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C1E12" w14:textId="77777777" w:rsidR="008113A1" w:rsidRDefault="00000000">
      <w:pPr>
        <w:spacing w:after="120"/>
        <w:jc w:val="center"/>
        <w:rPr>
          <w:lang w:eastAsia="zh-CN"/>
        </w:rPr>
      </w:pPr>
      <w:r>
        <w:rPr>
          <w:rFonts w:ascii="Microsoft YaHei" w:eastAsia="Microsoft YaHei" w:hAnsi="Microsoft YaHei"/>
          <w:b/>
          <w:sz w:val="40"/>
          <w:lang w:eastAsia="zh-CN"/>
        </w:rPr>
        <w:t>北京七年级(上)数学 填空最后一题答案 · 2023-2024学年</w:t>
      </w:r>
    </w:p>
    <w:p w14:paraId="3F7A656A" w14:textId="77777777" w:rsidR="008113A1" w:rsidRDefault="00000000">
      <w:pPr>
        <w:spacing w:after="160"/>
        <w:jc w:val="center"/>
        <w:rPr>
          <w:lang w:eastAsia="zh-CN"/>
        </w:rPr>
      </w:pPr>
      <w:r>
        <w:rPr>
          <w:sz w:val="21"/>
          <w:lang w:eastAsia="zh-CN"/>
        </w:rPr>
        <w:t>共 58 份试卷 · 章节见 Word 导航窗格（视图→导航窗格）</w:t>
      </w:r>
    </w:p>
    <w:p w14:paraId="544E0C6A" w14:textId="77777777" w:rsidR="008113A1" w:rsidRDefault="00000000">
      <w:pPr>
        <w:pStyle w:val="Heading1"/>
        <w:rPr>
          <w:lang w:eastAsia="zh-CN"/>
        </w:rPr>
      </w:pPr>
      <w:bookmarkStart w:id="0" w:name="_Toc235460013"/>
      <w:r>
        <w:rPr>
          <w:lang w:eastAsia="zh-CN"/>
        </w:rPr>
        <w:t>月考</w:t>
      </w:r>
      <w:bookmarkEnd w:id="0"/>
    </w:p>
    <w:p w14:paraId="513F2C0D" w14:textId="77777777" w:rsidR="008113A1" w:rsidRDefault="00000000">
      <w:pPr>
        <w:pStyle w:val="Heading2"/>
        <w:rPr>
          <w:lang w:eastAsia="zh-CN"/>
        </w:rPr>
      </w:pPr>
      <w:bookmarkStart w:id="1" w:name="_Toc235460014"/>
      <w:proofErr w:type="gramStart"/>
      <w:r>
        <w:rPr>
          <w:lang w:eastAsia="zh-CN"/>
        </w:rPr>
        <w:t>东城区汇文</w:t>
      </w:r>
      <w:proofErr w:type="gramEnd"/>
      <w:r>
        <w:rPr>
          <w:lang w:eastAsia="zh-CN"/>
        </w:rPr>
        <w:t>中学</w:t>
      </w:r>
      <w:bookmarkEnd w:id="1"/>
    </w:p>
    <w:p w14:paraId="67C55DF0" w14:textId="77777777" w:rsidR="008113A1" w:rsidRDefault="00000000">
      <w:pPr>
        <w:spacing w:line="360" w:lineRule="auto"/>
        <w:textAlignment w:val="center"/>
        <w:rPr>
          <w:color w:val="000000"/>
          <w:lang w:eastAsia="zh-CN"/>
        </w:rPr>
      </w:pPr>
      <w:r>
        <w:rPr>
          <w:color w:val="2E75B6"/>
          <w:lang w:eastAsia="zh-CN"/>
        </w:rPr>
        <w:t>【答案】</w:t>
      </w:r>
      <w:r>
        <w:pict w14:anchorId="1991A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学科网(www.zxxk.com)--教育资源门户，提供试卷、教案、课件、论文、素材以及各类教学资源下载，还有大量而丰富的教学相关资讯！" style="width:44.15pt;height:31.25pt">
            <v:imagedata r:id="rId8" o:title="eqId70c2273ca7291f39943755e1fb288497"/>
          </v:shape>
        </w:pict>
      </w:r>
    </w:p>
    <w:p w14:paraId="06DCDB3C" w14:textId="77777777" w:rsidR="008113A1" w:rsidRDefault="00000000">
      <w:pPr>
        <w:spacing w:line="360" w:lineRule="auto"/>
        <w:textAlignment w:val="center"/>
        <w:rPr>
          <w:color w:val="000000"/>
          <w:lang w:eastAsia="zh-CN"/>
        </w:rPr>
      </w:pPr>
      <w:r>
        <w:rPr>
          <w:color w:val="2E75B6"/>
          <w:lang w:eastAsia="zh-CN"/>
        </w:rPr>
        <w:t>【解析】</w:t>
      </w:r>
    </w:p>
    <w:p w14:paraId="61D33389"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仿照示解题过程，将整数部分相加减，分数部分相加减，再计算可得．</w:t>
      </w:r>
    </w:p>
    <w:p w14:paraId="7E6CFC14" w14:textId="77777777" w:rsidR="008113A1" w:rsidRDefault="00000000">
      <w:pPr>
        <w:spacing w:line="360" w:lineRule="auto"/>
        <w:textAlignment w:val="center"/>
        <w:rPr>
          <w:color w:val="000000"/>
        </w:rPr>
      </w:pPr>
      <w:r>
        <w:rPr>
          <w:color w:val="000000"/>
        </w:rPr>
        <w:t>【</w:t>
      </w:r>
      <w:proofErr w:type="spellStart"/>
      <w:r>
        <w:rPr>
          <w:color w:val="000000"/>
        </w:rPr>
        <w:t>详解】</w:t>
      </w:r>
      <w:r>
        <w:rPr>
          <w:rFonts w:ascii="SimSun" w:eastAsia="SimSun" w:hAnsi="SimSun" w:cs="SimSun"/>
          <w:color w:val="000000"/>
        </w:rPr>
        <w:t>解：原式</w:t>
      </w:r>
      <w:proofErr w:type="spellEnd"/>
      <w:r>
        <w:pict w14:anchorId="5BF55861">
          <v:shape id="_x0000_i1032" type="#_x0000_t75" alt="学科网(www.zxxk.com)--教育资源门户，提供试卷、教案、课件、论文、素材以及各类教学资源下载，还有大量而丰富的教学相关资讯！" style="width:233pt;height:30.55pt">
            <v:imagedata r:id="rId9" o:title="eqId8fb5cd132323119530e805ecfd0be787"/>
          </v:shape>
        </w:pict>
      </w:r>
    </w:p>
    <w:p w14:paraId="03D5CE5A" w14:textId="77777777" w:rsidR="008113A1" w:rsidRDefault="00000000">
      <w:pPr>
        <w:spacing w:line="360" w:lineRule="auto"/>
        <w:textAlignment w:val="center"/>
        <w:rPr>
          <w:color w:val="000000"/>
        </w:rPr>
      </w:pPr>
      <w:r>
        <w:pict w14:anchorId="2CF3F0F2">
          <v:shape id="_x0000_i1033" type="#_x0000_t75" alt="学科网(www.zxxk.com)--教育资源门户，提供试卷、教案、课件、论文、素材以及各类教学资源下载，还有大量而丰富的教学相关资讯！" style="width:62.5pt;height:30.55pt">
            <v:imagedata r:id="rId10" o:title="eqId4ba05ed66b7326fb8bf452710704bd12"/>
          </v:shape>
        </w:pict>
      </w:r>
    </w:p>
    <w:p w14:paraId="366080D1" w14:textId="77777777" w:rsidR="008113A1" w:rsidRDefault="00000000">
      <w:pPr>
        <w:spacing w:line="360" w:lineRule="auto"/>
        <w:textAlignment w:val="center"/>
        <w:rPr>
          <w:color w:val="000000"/>
        </w:rPr>
      </w:pPr>
      <w:r>
        <w:pict w14:anchorId="32D13DA3">
          <v:shape id="_x0000_i1034" type="#_x0000_t75" alt="学科网(www.zxxk.com)--教育资源门户，提供试卷、教案、课件、论文、素材以及各类教学资源下载，还有大量而丰富的教学相关资讯！" style="width:53pt;height:30.55pt">
            <v:imagedata r:id="rId11" o:title="eqId1289bcd5170c21a8626b64291c375e02"/>
          </v:shape>
        </w:pict>
      </w:r>
    </w:p>
    <w:p w14:paraId="626766EA"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本题主要考查有理数</w:t>
      </w:r>
      <w:r>
        <w:rPr>
          <w:rFonts w:ascii="SimSun" w:eastAsia="SimSun" w:hAnsi="SimSun" w:cs="SimSun"/>
          <w:noProof/>
          <w:color w:val="000000"/>
        </w:rPr>
        <w:drawing>
          <wp:inline distT="0" distB="0" distL="114300" distR="114300" wp14:anchorId="2675DD8C" wp14:editId="12C10247">
            <wp:extent cx="133350" cy="177800"/>
            <wp:effectExtent l="0" t="0" r="0" b="13335"/>
            <wp:docPr id="4245" name="图片 986217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6" name="图片 986217053"/>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加减混合运算，解题的关键是熟练掌握有理数的加减混合运算法则和运算律．</w:t>
      </w:r>
    </w:p>
    <w:p w14:paraId="33E3FC25" w14:textId="77777777" w:rsidR="008113A1" w:rsidRDefault="00000000">
      <w:pPr>
        <w:spacing w:line="285" w:lineRule="auto"/>
        <w:textAlignment w:val="center"/>
        <w:rPr>
          <w:color w:val="000000"/>
          <w:lang w:eastAsia="zh-CN"/>
        </w:rPr>
      </w:pPr>
      <w:r>
        <w:rPr>
          <w:rFonts w:ascii="SimSun" w:eastAsia="SimSun" w:hAnsi="SimSun" w:cs="SimSun"/>
          <w:b/>
          <w:color w:val="000000"/>
          <w:sz w:val="24"/>
          <w:lang w:eastAsia="zh-CN"/>
        </w:rPr>
        <w:t>三、解答题</w:t>
      </w:r>
    </w:p>
    <w:p w14:paraId="4C4CE8D0" w14:textId="77777777" w:rsidR="008113A1" w:rsidRDefault="00000000">
      <w:pPr>
        <w:pStyle w:val="Heading2"/>
        <w:rPr>
          <w:lang w:eastAsia="zh-CN"/>
        </w:rPr>
      </w:pPr>
      <w:bookmarkStart w:id="2" w:name="_Toc235460015"/>
      <w:r>
        <w:rPr>
          <w:lang w:eastAsia="zh-CN"/>
        </w:rPr>
        <w:t>丰台区第十二中学</w:t>
      </w:r>
      <w:bookmarkEnd w:id="2"/>
    </w:p>
    <w:p w14:paraId="3D8C5771" w14:textId="77777777" w:rsidR="008113A1" w:rsidRDefault="00000000">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已知</w:t>
      </w:r>
      <w:r>
        <w:pict w14:anchorId="09A046D4">
          <v:shape id="_x0000_i1035" type="#_x0000_t75" alt="学科网(www.zxxk.com)--教育资源门户，提供试卷、教案、课件、论文、素材以及各类教学资源下载，还有大量而丰富的教学相关资讯！" style="width:30.55pt;height:20.4pt">
            <v:imagedata r:id="rId13" o:title="eqIdf3ba338ee0ef6b08754fc1b1225ba514"/>
          </v:shape>
        </w:pict>
      </w:r>
      <w:r>
        <w:rPr>
          <w:rFonts w:ascii="SimSun" w:eastAsia="SimSun" w:hAnsi="SimSun" w:cs="SimSun"/>
          <w:color w:val="000000"/>
          <w:lang w:eastAsia="zh-CN"/>
        </w:rPr>
        <w:t>，</w:t>
      </w:r>
      <w:r>
        <w:pict w14:anchorId="4DF476CA">
          <v:shape id="_x0000_i1036" type="#_x0000_t75" alt="学科网(www.zxxk.com)--教育资源门户，提供试卷、教案、课件、论文、素材以及各类教学资源下载，还有大量而丰富的教学相关资讯！" style="width:33.3pt;height:20.4pt">
            <v:imagedata r:id="rId14" o:title="eqId2387d3e5bee7ab4ba12999191d464ba6"/>
          </v:shape>
        </w:pict>
      </w:r>
      <w:r>
        <w:rPr>
          <w:rFonts w:ascii="SimSun" w:eastAsia="SimSun" w:hAnsi="SimSun" w:cs="SimSun"/>
          <w:color w:val="000000"/>
          <w:lang w:eastAsia="zh-CN"/>
        </w:rPr>
        <w:t>，且</w:t>
      </w:r>
      <w:r>
        <w:pict w14:anchorId="42FA3910">
          <v:shape id="_x0000_i1037" type="#_x0000_t75" alt="学科网(www.zxxk.com)--教育资源门户，提供试卷、教案、课件、论文、素材以及各类教学资源下载，还有大量而丰富的教学相关资讯！" style="width:29.2pt;height:12.9pt">
            <v:imagedata r:id="rId15" o:title="eqId43a5abe56c019ac914e1fcde1865a747"/>
          </v:shape>
        </w:pict>
      </w:r>
      <w:r>
        <w:rPr>
          <w:rFonts w:ascii="SimSun" w:eastAsia="SimSun" w:hAnsi="SimSun" w:cs="SimSun"/>
          <w:color w:val="000000"/>
          <w:lang w:eastAsia="zh-CN"/>
        </w:rPr>
        <w:t>，则</w:t>
      </w:r>
      <w:r>
        <w:pict w14:anchorId="3845EBF5">
          <v:shape id="_x0000_i1038" type="#_x0000_t75" alt="学科网(www.zxxk.com)--教育资源门户，提供试卷、教案、课件、论文、素材以及各类教学资源下载，还有大量而丰富的教学相关资讯！" style="width:27.85pt;height:14.25pt">
            <v:imagedata r:id="rId16" o:title="eqIdb88584cf1df43e28d03592c7998b1653"/>
          </v:shape>
        </w:pict>
      </w:r>
      <w:r>
        <w:rPr>
          <w:rFonts w:ascii="SimSun" w:eastAsia="SimSun" w:hAnsi="SimSun" w:cs="SimSun"/>
          <w:color w:val="000000"/>
          <w:lang w:eastAsia="zh-CN"/>
        </w:rPr>
        <w:t>的值为</w:t>
      </w:r>
      <w:r>
        <w:rPr>
          <w:color w:val="000000"/>
          <w:lang w:eastAsia="zh-CN"/>
        </w:rPr>
        <w:t>________</w:t>
      </w:r>
      <w:r>
        <w:rPr>
          <w:rFonts w:ascii="SimSun" w:eastAsia="SimSun" w:hAnsi="SimSun" w:cs="SimSun"/>
          <w:color w:val="000000"/>
          <w:lang w:eastAsia="zh-CN"/>
        </w:rPr>
        <w:t>．</w:t>
      </w:r>
    </w:p>
    <w:p w14:paraId="773B626F" w14:textId="77777777" w:rsidR="008113A1" w:rsidRDefault="00000000">
      <w:pPr>
        <w:spacing w:line="360" w:lineRule="auto"/>
        <w:textAlignment w:val="center"/>
        <w:rPr>
          <w:color w:val="000000"/>
          <w:lang w:eastAsia="zh-CN"/>
        </w:rPr>
      </w:pPr>
      <w:r>
        <w:rPr>
          <w:color w:val="2E75B6"/>
          <w:lang w:eastAsia="zh-CN"/>
        </w:rPr>
        <w:t>【答案】</w:t>
      </w:r>
      <w:r>
        <w:pict w14:anchorId="54875EFB">
          <v:shape id="_x0000_i1039" type="#_x0000_t75" alt="学科网(www.zxxk.com)--教育资源门户，提供试卷、教案、课件、论文、素材以及各类教学资源下载，还有大量而丰富的教学相关资讯！" style="width:12.25pt;height:10.2pt">
            <v:imagedata r:id="rId17" o:title="eqIdacbc6a613224461ade69362d46550474"/>
          </v:shape>
        </w:pict>
      </w:r>
      <w:r>
        <w:rPr>
          <w:rFonts w:ascii="SimSun" w:eastAsia="SimSun" w:hAnsi="SimSun" w:cs="SimSun"/>
          <w:color w:val="000000"/>
          <w:lang w:eastAsia="zh-CN"/>
        </w:rPr>
        <w:t>或</w:t>
      </w:r>
      <w:r>
        <w:pict w14:anchorId="2B6C4182">
          <v:shape id="_x0000_i1040" type="#_x0000_t75" alt="学科网(www.zxxk.com)--教育资源门户，提供试卷、教案、课件、论文、素材以及各类教学资源下载，还有大量而丰富的教学相关资讯！" style="width:15.6pt;height:14.25pt">
            <v:imagedata r:id="rId18" o:title="eqIdd13ce3ebd1112220c639562739f1f9d1"/>
          </v:shape>
        </w:pict>
      </w:r>
    </w:p>
    <w:p w14:paraId="419CB38F" w14:textId="77777777" w:rsidR="008113A1" w:rsidRDefault="00000000">
      <w:pPr>
        <w:spacing w:line="360" w:lineRule="auto"/>
        <w:textAlignment w:val="center"/>
        <w:rPr>
          <w:color w:val="000000"/>
          <w:lang w:eastAsia="zh-CN"/>
        </w:rPr>
      </w:pPr>
      <w:r>
        <w:rPr>
          <w:color w:val="2E75B6"/>
          <w:lang w:eastAsia="zh-CN"/>
        </w:rPr>
        <w:t>【解析】</w:t>
      </w:r>
    </w:p>
    <w:p w14:paraId="33A15A2E" w14:textId="77777777" w:rsidR="008113A1" w:rsidRDefault="00000000">
      <w:pPr>
        <w:spacing w:line="360" w:lineRule="auto"/>
        <w:jc w:val="both"/>
        <w:textAlignment w:val="center"/>
        <w:rPr>
          <w:color w:val="000000"/>
          <w:lang w:eastAsia="zh-CN"/>
        </w:rPr>
      </w:pPr>
      <w:r>
        <w:rPr>
          <w:color w:val="000000"/>
          <w:lang w:eastAsia="zh-CN"/>
        </w:rPr>
        <w:lastRenderedPageBreak/>
        <w:t>【分析】</w:t>
      </w:r>
      <w:r>
        <w:rPr>
          <w:rFonts w:ascii="SimSun" w:eastAsia="SimSun" w:hAnsi="SimSun" w:cs="SimSun"/>
          <w:color w:val="000000"/>
          <w:lang w:eastAsia="zh-CN"/>
        </w:rPr>
        <w:t>本题考查了绝对值的性质，代数式求值，根据绝对值的性质求出</w:t>
      </w:r>
      <w:r>
        <w:pict w14:anchorId="7391F7CA">
          <v:shape id="_x0000_i1041" type="#_x0000_t75" alt="学科网(www.zxxk.com)--教育资源门户，提供试卷、教案、课件、论文、素材以及各类教学资源下载，还有大量而丰富的教学相关资讯！" style="width:70.65pt;height:15.6pt">
            <v:imagedata r:id="rId19" o:title="eqId7687a18559b76653e8279d09653d0311"/>
          </v:shape>
        </w:pict>
      </w:r>
      <w:r>
        <w:rPr>
          <w:rFonts w:ascii="SimSun" w:eastAsia="SimSun" w:hAnsi="SimSun" w:cs="SimSun"/>
          <w:color w:val="000000"/>
          <w:lang w:eastAsia="zh-CN"/>
        </w:rPr>
        <w:t>，再根据</w:t>
      </w:r>
      <w:r>
        <w:pict w14:anchorId="485AB424">
          <v:shape id="_x0000_i1042" type="#_x0000_t75" alt="学科网(www.zxxk.com)--教育资源门户，提供试卷、教案、课件、论文、素材以及各类教学资源下载，还有大量而丰富的教学相关资讯！" style="width:29.2pt;height:12.9pt">
            <v:imagedata r:id="rId15" o:title="eqId43a5abe56c019ac914e1fcde1865a747"/>
          </v:shape>
        </w:pict>
      </w:r>
      <w:r>
        <w:rPr>
          <w:rFonts w:ascii="SimSun" w:eastAsia="SimSun" w:hAnsi="SimSun" w:cs="SimSun"/>
          <w:color w:val="000000"/>
          <w:lang w:eastAsia="zh-CN"/>
        </w:rPr>
        <w:t>分情况确定</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i/>
          <w:color w:val="000000"/>
          <w:lang w:eastAsia="zh-CN"/>
        </w:rPr>
        <w:t>y</w:t>
      </w:r>
      <w:r>
        <w:rPr>
          <w:rFonts w:ascii="SimSun" w:eastAsia="SimSun" w:hAnsi="SimSun" w:cs="SimSun"/>
          <w:color w:val="000000"/>
          <w:lang w:eastAsia="zh-CN"/>
        </w:rPr>
        <w:t>的值，然后相加即可．</w:t>
      </w:r>
    </w:p>
    <w:p w14:paraId="36E0D166" w14:textId="77777777" w:rsidR="008113A1" w:rsidRDefault="00000000">
      <w:pPr>
        <w:spacing w:line="360" w:lineRule="auto"/>
        <w:textAlignment w:val="center"/>
        <w:rPr>
          <w:color w:val="000000"/>
          <w:lang w:eastAsia="zh-CN"/>
        </w:rPr>
      </w:pPr>
      <w:r>
        <w:rPr>
          <w:noProof/>
          <w:color w:val="000000"/>
        </w:rPr>
        <w:drawing>
          <wp:inline distT="0" distB="0" distL="114300" distR="114300" wp14:anchorId="11811D09" wp14:editId="2143A170">
            <wp:extent cx="95250" cy="171450"/>
            <wp:effectExtent l="0" t="0" r="0" b="0"/>
            <wp:docPr id="4247" name="图片 62959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 name="图片 629593328"/>
                    <pic:cNvPicPr>
                      <a:picLocks noChangeAspect="1"/>
                    </pic:cNvPicPr>
                  </pic:nvPicPr>
                  <pic:blipFill>
                    <a:blip r:embed="rId20"/>
                    <a:stretch>
                      <a:fillRect/>
                    </a:stretch>
                  </pic:blipFill>
                  <pic:spPr>
                    <a:xfrm>
                      <a:off x="0" y="0"/>
                      <a:ext cx="95250" cy="171450"/>
                    </a:xfrm>
                    <a:prstGeom prst="rect">
                      <a:avLst/>
                    </a:prstGeom>
                  </pic:spPr>
                </pic:pic>
              </a:graphicData>
            </a:graphic>
          </wp:inline>
        </w:drawing>
      </w:r>
      <w:r>
        <w:rPr>
          <w:color w:val="000000"/>
          <w:lang w:eastAsia="zh-CN"/>
        </w:rPr>
        <w:t>详解</w:t>
      </w:r>
      <w:proofErr w:type="gramStart"/>
      <w:r>
        <w:rPr>
          <w:color w:val="000000"/>
          <w:lang w:eastAsia="zh-CN"/>
        </w:rPr>
        <w:t>】</w:t>
      </w:r>
      <w:proofErr w:type="gramEnd"/>
      <w:r>
        <w:rPr>
          <w:rFonts w:ascii="SimSun" w:eastAsia="SimSun" w:hAnsi="SimSun" w:cs="SimSun"/>
          <w:color w:val="000000"/>
          <w:lang w:eastAsia="zh-CN"/>
        </w:rPr>
        <w:t>解：</w:t>
      </w:r>
      <w:r>
        <w:pict w14:anchorId="26CE9020">
          <v:shape id="_x0000_i1043" type="#_x0000_t75" alt="学科网(www.zxxk.com)--教育资源门户，提供试卷、教案、课件、论文、素材以及各类教学资源下载，还有大量而丰富的教学相关资讯！" style="width:9.5pt;height:8.15pt">
            <v:imagedata r:id="rId21" o:title="eqId16f3d198e76391779fa3badc848c8ac8"/>
          </v:shape>
        </w:pict>
      </w:r>
      <w:r>
        <w:pict w14:anchorId="154449A5">
          <v:shape id="_x0000_i1044" type="#_x0000_t75" alt="学科网(www.zxxk.com)--教育资源门户，提供试卷、教案、课件、论文、素材以及各类教学资源下载，还有大量而丰富的教学相关资讯！" style="width:30.55pt;height:20.4pt">
            <v:imagedata r:id="rId13" o:title="eqIdf3ba338ee0ef6b08754fc1b1225ba514"/>
          </v:shape>
        </w:pict>
      </w:r>
      <w:r>
        <w:rPr>
          <w:rFonts w:ascii="SimSun" w:eastAsia="SimSun" w:hAnsi="SimSun" w:cs="SimSun"/>
          <w:color w:val="000000"/>
          <w:lang w:eastAsia="zh-CN"/>
        </w:rPr>
        <w:t>，</w:t>
      </w:r>
      <w:r>
        <w:pict w14:anchorId="3FFC2C2B">
          <v:shape id="_x0000_i1045" type="#_x0000_t75" alt="学科网(www.zxxk.com)--教育资源门户，提供试卷、教案、课件、论文、素材以及各类教学资源下载，还有大量而丰富的教学相关资讯！" style="width:33.3pt;height:20.4pt">
            <v:imagedata r:id="rId14" o:title="eqId2387d3e5bee7ab4ba12999191d464ba6"/>
          </v:shape>
        </w:pict>
      </w:r>
      <w:r>
        <w:rPr>
          <w:rFonts w:ascii="SimSun" w:eastAsia="SimSun" w:hAnsi="SimSun" w:cs="SimSun"/>
          <w:color w:val="000000"/>
          <w:lang w:eastAsia="zh-CN"/>
        </w:rPr>
        <w:t>，</w:t>
      </w:r>
    </w:p>
    <w:p w14:paraId="0950677A" w14:textId="77777777" w:rsidR="008113A1" w:rsidRDefault="00000000">
      <w:pPr>
        <w:spacing w:line="360" w:lineRule="auto"/>
        <w:textAlignment w:val="center"/>
        <w:rPr>
          <w:color w:val="000000"/>
          <w:lang w:eastAsia="zh-CN"/>
        </w:rPr>
      </w:pPr>
      <w:r>
        <w:pict w14:anchorId="7214C18E">
          <v:shape id="_x0000_i1046" type="#_x0000_t75" alt="学科网(www.zxxk.com)--教育资源门户，提供试卷、教案、课件、论文、素材以及各类教学资源下载，还有大量而丰富的教学相关资讯！" style="width:78.8pt;height:15.6pt">
            <v:imagedata r:id="rId22" o:title="eqId72b42eedff8e6057ae257d947e41d7e0"/>
          </v:shape>
        </w:pict>
      </w:r>
      <w:r>
        <w:rPr>
          <w:rFonts w:ascii="SimSun" w:eastAsia="SimSun" w:hAnsi="SimSun" w:cs="SimSun"/>
          <w:color w:val="000000"/>
          <w:lang w:eastAsia="zh-CN"/>
        </w:rPr>
        <w:t>，</w:t>
      </w:r>
    </w:p>
    <w:p w14:paraId="6D4B353C" w14:textId="77777777" w:rsidR="008113A1" w:rsidRDefault="00000000">
      <w:pPr>
        <w:spacing w:line="360" w:lineRule="auto"/>
        <w:textAlignment w:val="center"/>
        <w:rPr>
          <w:color w:val="000000"/>
          <w:lang w:eastAsia="zh-CN"/>
        </w:rPr>
      </w:pPr>
      <w:r>
        <w:pict w14:anchorId="78089DE1">
          <v:shape id="_x0000_i1047" type="#_x0000_t75" alt="学科网(www.zxxk.com)--教育资源门户，提供试卷、教案、课件、论文、素材以及各类教学资源下载，还有大量而丰富的教学相关资讯！" style="width:9.5pt;height:8.15pt">
            <v:imagedata r:id="rId21" o:title="eqId16f3d198e76391779fa3badc848c8ac8"/>
          </v:shape>
        </w:pict>
      </w:r>
      <w:r>
        <w:pict w14:anchorId="5902DD79">
          <v:shape id="_x0000_i1048" type="#_x0000_t75" alt="学科网(www.zxxk.com)--教育资源门户，提供试卷、教案、课件、论文、素材以及各类教学资源下载，还有大量而丰富的教学相关资讯！" style="width:29.2pt;height:12.9pt">
            <v:imagedata r:id="rId15" o:title="eqId43a5abe56c019ac914e1fcde1865a747"/>
          </v:shape>
        </w:pict>
      </w:r>
      <w:r>
        <w:rPr>
          <w:rFonts w:ascii="SimSun" w:eastAsia="SimSun" w:hAnsi="SimSun" w:cs="SimSun"/>
          <w:color w:val="000000"/>
          <w:lang w:eastAsia="zh-CN"/>
        </w:rPr>
        <w:t>，</w:t>
      </w:r>
    </w:p>
    <w:p w14:paraId="71E919D9" w14:textId="77777777" w:rsidR="008113A1" w:rsidRDefault="00000000">
      <w:pPr>
        <w:spacing w:line="360" w:lineRule="auto"/>
        <w:textAlignment w:val="center"/>
        <w:rPr>
          <w:color w:val="000000"/>
          <w:lang w:eastAsia="zh-CN"/>
        </w:rPr>
      </w:pPr>
      <w:r>
        <w:pict w14:anchorId="60DACDE6">
          <v:shape id="_x0000_i1049" type="#_x0000_t75" alt="学科网(www.zxxk.com)--教育资源门户，提供试卷、教案、课件、论文、素材以及各类教学资源下载，还有大量而丰富的教学相关资讯！" style="width:78.8pt;height:15.6pt">
            <v:imagedata r:id="rId23" o:title="eqId853614730f6986d97ab17f412e6c4c44"/>
          </v:shape>
        </w:pict>
      </w:r>
      <w:r>
        <w:rPr>
          <w:rFonts w:ascii="SimSun" w:eastAsia="SimSun" w:hAnsi="SimSun" w:cs="SimSun"/>
          <w:color w:val="000000"/>
          <w:lang w:eastAsia="zh-CN"/>
        </w:rPr>
        <w:t>，</w:t>
      </w:r>
    </w:p>
    <w:p w14:paraId="0A1D0ED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pict w14:anchorId="64F66511">
          <v:shape id="_x0000_i1050" type="#_x0000_t75" alt="学科网(www.zxxk.com)--教育资源门户，提供试卷、教案、课件、论文、素材以及各类教学资源下载，还有大量而丰富的教学相关资讯！" style="width:63.15pt;height:15.6pt">
            <v:imagedata r:id="rId24" o:title="eqIda362de8c60ce820e8effb3c4a62538ff"/>
          </v:shape>
        </w:pict>
      </w:r>
      <w:r>
        <w:rPr>
          <w:rFonts w:ascii="SimSun" w:eastAsia="SimSun" w:hAnsi="SimSun" w:cs="SimSun"/>
          <w:color w:val="000000"/>
          <w:lang w:eastAsia="zh-CN"/>
        </w:rPr>
        <w:t>时，</w:t>
      </w:r>
      <w:r>
        <w:pict w14:anchorId="64825959">
          <v:shape id="_x0000_i1051" type="#_x0000_t75" alt="学科网(www.zxxk.com)--教育资源门户，提供试卷、教案、课件、论文、素材以及各类教学资源下载，还有大量而丰富的教学相关资讯！" style="width:44.85pt;height:13.6pt">
            <v:imagedata r:id="rId25" o:title="eqId5fdef24fc79459673e51803d4a3af9b0"/>
          </v:shape>
        </w:pict>
      </w:r>
      <w:r>
        <w:rPr>
          <w:rFonts w:ascii="SimSun" w:eastAsia="SimSun" w:hAnsi="SimSun" w:cs="SimSun"/>
          <w:color w:val="000000"/>
          <w:lang w:eastAsia="zh-CN"/>
        </w:rPr>
        <w:t>，</w:t>
      </w:r>
    </w:p>
    <w:p w14:paraId="66F1360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pict w14:anchorId="3E1B0CA0">
          <v:shape id="_x0000_i1052" type="#_x0000_t75" alt="学科网(www.zxxk.com)--教育资源门户，提供试卷、教案、课件、论文、素材以及各类教学资源下载，还有大量而丰富的教学相关资讯！" style="width:69.95pt;height:15.6pt">
            <v:imagedata r:id="rId26" o:title="eqIdceba6b8e7b415b64b8c6a20935b24b0e"/>
          </v:shape>
        </w:pict>
      </w:r>
      <w:r>
        <w:rPr>
          <w:rFonts w:ascii="SimSun" w:eastAsia="SimSun" w:hAnsi="SimSun" w:cs="SimSun"/>
          <w:color w:val="000000"/>
          <w:lang w:eastAsia="zh-CN"/>
        </w:rPr>
        <w:t>时，</w:t>
      </w:r>
      <w:r>
        <w:pict w14:anchorId="4D25B2E6">
          <v:shape id="_x0000_i1053" type="#_x0000_t75" alt="学科网(www.zxxk.com)--教育资源门户，提供试卷、教案、课件、论文、素材以及各类教学资源下载，还有大量而丰富的教学相关资讯！" style="width:46.2pt;height:14.25pt">
            <v:imagedata r:id="rId27" o:title="eqIde686df1f97ffecd81fa0195023b7b585"/>
          </v:shape>
        </w:pict>
      </w:r>
      <w:r>
        <w:rPr>
          <w:rFonts w:ascii="SimSun" w:eastAsia="SimSun" w:hAnsi="SimSun" w:cs="SimSun"/>
          <w:color w:val="000000"/>
          <w:lang w:eastAsia="zh-CN"/>
        </w:rPr>
        <w:t>，</w:t>
      </w:r>
    </w:p>
    <w:p w14:paraId="362FC50C"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4104E32D">
          <v:shape id="_x0000_i1054" type="#_x0000_t75" alt="学科网(www.zxxk.com)--教育资源门户，提供试卷、教案、课件、论文、素材以及各类教学资源下载，还有大量而丰富的教学相关资讯！" style="width:12.25pt;height:10.2pt">
            <v:imagedata r:id="rId17" o:title="eqIdacbc6a613224461ade69362d46550474"/>
          </v:shape>
        </w:pict>
      </w:r>
      <w:r>
        <w:rPr>
          <w:rFonts w:ascii="SimSun" w:eastAsia="SimSun" w:hAnsi="SimSun" w:cs="SimSun"/>
          <w:color w:val="000000"/>
          <w:lang w:eastAsia="zh-CN"/>
        </w:rPr>
        <w:t>或</w:t>
      </w:r>
      <w:r>
        <w:pict w14:anchorId="2118E32E">
          <v:shape id="_x0000_i1055" type="#_x0000_t75" alt="学科网(www.zxxk.com)--教育资源门户，提供试卷、教案、课件、论文、素材以及各类教学资源下载，还有大量而丰富的教学相关资讯！" style="width:15.6pt;height:14.25pt">
            <v:imagedata r:id="rId18" o:title="eqIdd13ce3ebd1112220c639562739f1f9d1"/>
          </v:shape>
        </w:pict>
      </w:r>
      <w:r>
        <w:rPr>
          <w:rFonts w:ascii="SimSun" w:eastAsia="SimSun" w:hAnsi="SimSun" w:cs="SimSun"/>
          <w:color w:val="000000"/>
          <w:lang w:eastAsia="zh-CN"/>
        </w:rPr>
        <w:t>．</w:t>
      </w:r>
    </w:p>
    <w:p w14:paraId="14D1DFDE" w14:textId="77777777" w:rsidR="008113A1" w:rsidRDefault="00000000">
      <w:pPr>
        <w:spacing w:line="285" w:lineRule="auto"/>
        <w:textAlignment w:val="center"/>
        <w:rPr>
          <w:color w:val="000000"/>
          <w:lang w:eastAsia="zh-CN"/>
        </w:rPr>
      </w:pPr>
      <w:r>
        <w:rPr>
          <w:rFonts w:ascii="SimSun" w:eastAsia="SimSun" w:hAnsi="SimSun" w:cs="SimSun"/>
          <w:b/>
          <w:color w:val="000000"/>
          <w:sz w:val="24"/>
          <w:lang w:eastAsia="zh-CN"/>
        </w:rPr>
        <w:t>三、计算题（每题</w:t>
      </w:r>
      <w:r>
        <w:rPr>
          <w:rFonts w:ascii="Times New Roman" w:eastAsia="Times New Roman" w:hAnsi="Times New Roman" w:cs="Times New Roman"/>
          <w:b/>
          <w:color w:val="000000"/>
          <w:sz w:val="24"/>
          <w:lang w:eastAsia="zh-CN"/>
        </w:rPr>
        <w:t>8</w:t>
      </w:r>
      <w:r>
        <w:rPr>
          <w:rFonts w:ascii="SimSun" w:eastAsia="SimSun" w:hAnsi="SimSun" w:cs="SimSun"/>
          <w:b/>
          <w:color w:val="000000"/>
          <w:sz w:val="24"/>
          <w:lang w:eastAsia="zh-CN"/>
        </w:rPr>
        <w:t>分，共</w:t>
      </w:r>
      <w:r>
        <w:rPr>
          <w:rFonts w:ascii="Times New Roman" w:eastAsia="Times New Roman" w:hAnsi="Times New Roman" w:cs="Times New Roman"/>
          <w:b/>
          <w:color w:val="000000"/>
          <w:sz w:val="24"/>
          <w:lang w:eastAsia="zh-CN"/>
        </w:rPr>
        <w:t>24</w:t>
      </w:r>
      <w:r>
        <w:rPr>
          <w:rFonts w:ascii="SimSun" w:eastAsia="SimSun" w:hAnsi="SimSun" w:cs="SimSun"/>
          <w:b/>
          <w:color w:val="000000"/>
          <w:sz w:val="24"/>
          <w:lang w:eastAsia="zh-CN"/>
        </w:rPr>
        <w:t>分）</w:t>
      </w:r>
    </w:p>
    <w:p w14:paraId="52860EC1" w14:textId="77777777" w:rsidR="008113A1" w:rsidRDefault="00000000">
      <w:pPr>
        <w:pStyle w:val="Heading2"/>
        <w:rPr>
          <w:lang w:eastAsia="zh-CN"/>
        </w:rPr>
      </w:pPr>
      <w:bookmarkStart w:id="3" w:name="_Toc235460016"/>
      <w:r>
        <w:rPr>
          <w:lang w:eastAsia="zh-CN"/>
        </w:rPr>
        <w:t>师范大学附属实验中学</w:t>
      </w:r>
      <w:bookmarkEnd w:id="3"/>
    </w:p>
    <w:p w14:paraId="6279F093" w14:textId="77777777" w:rsidR="008113A1" w:rsidRDefault="00000000">
      <w:pPr>
        <w:spacing w:line="360" w:lineRule="auto"/>
        <w:textAlignment w:val="center"/>
        <w:rPr>
          <w:color w:val="000000"/>
          <w:lang w:eastAsia="zh-CN"/>
        </w:rPr>
      </w:pPr>
      <w:r>
        <w:rPr>
          <w:color w:val="2E75B6"/>
          <w:lang w:eastAsia="zh-CN"/>
        </w:rPr>
        <w:t>【答案】</w:t>
      </w:r>
      <w:r>
        <w:rPr>
          <w:color w:val="000000"/>
          <w:lang w:eastAsia="zh-CN"/>
        </w:rPr>
        <w:t xml:space="preserve">    ①. </w:t>
      </w:r>
      <w:r>
        <w:rPr>
          <w:rFonts w:ascii="Times New Roman" w:eastAsia="Times New Roman" w:hAnsi="Times New Roman" w:cs="Times New Roman"/>
          <w:color w:val="000000"/>
          <w:lang w:eastAsia="zh-CN"/>
        </w:rPr>
        <w:t>37</w:t>
      </w:r>
      <w:r>
        <w:rPr>
          <w:color w:val="000000"/>
          <w:lang w:eastAsia="zh-CN"/>
        </w:rPr>
        <w:t xml:space="preserve">    ②. </w:t>
      </w:r>
      <w:r>
        <w:rPr>
          <w:rFonts w:ascii="Times New Roman" w:eastAsia="Times New Roman" w:hAnsi="Times New Roman" w:cs="Times New Roman"/>
          <w:color w:val="000000"/>
          <w:lang w:eastAsia="zh-CN"/>
        </w:rPr>
        <w:t>40</w:t>
      </w:r>
    </w:p>
    <w:p w14:paraId="7B0F20E6" w14:textId="77777777" w:rsidR="008113A1" w:rsidRDefault="00000000">
      <w:pPr>
        <w:spacing w:line="360" w:lineRule="auto"/>
        <w:textAlignment w:val="center"/>
        <w:rPr>
          <w:color w:val="000000"/>
          <w:lang w:eastAsia="zh-CN"/>
        </w:rPr>
      </w:pPr>
      <w:r>
        <w:rPr>
          <w:color w:val="2E75B6"/>
          <w:lang w:eastAsia="zh-CN"/>
        </w:rPr>
        <w:t>【解析】</w:t>
      </w:r>
    </w:p>
    <w:p w14:paraId="0E6E0E2B"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本题考查有理数的乘方；能准确理解定义，根据题意分别求出</w:t>
      </w:r>
      <w:r>
        <w:pict w14:anchorId="4E15CEF3">
          <v:shape id="_x0000_i1065" type="#_x0000_t75" alt="学科网(www.zxxk.com)--教育资源门户，提供试卷、教案、课件、论文、素材以及各类教学资源下载，还有大量而丰富的教学相关资讯！" style="width:27.15pt;height:17pt">
            <v:imagedata r:id="rId28" o:title="eqIddfc4ab472a7d2b0d1379eac2159cd7ef"/>
          </v:shape>
        </w:pict>
      </w:r>
      <w:r>
        <w:rPr>
          <w:rFonts w:ascii="SimSun" w:eastAsia="SimSun" w:hAnsi="SimSun" w:cs="SimSun"/>
          <w:color w:val="000000"/>
          <w:lang w:eastAsia="zh-CN"/>
        </w:rPr>
        <w:t>到</w:t>
      </w:r>
      <w:r>
        <w:pict w14:anchorId="31607BB1">
          <v:shape id="_x0000_i1066" type="#_x0000_t75" alt="学科网(www.zxxk.com)--教育资源门户，提供试卷、教案、课件、论文、素材以及各类教学资源下载，还有大量而丰富的教学相关资讯！" style="width:27.85pt;height:17pt">
            <v:imagedata r:id="rId29" o:title="eqId11606029f76fd18b39967b86d87c9c59"/>
          </v:shape>
        </w:pict>
      </w:r>
      <w:r>
        <w:rPr>
          <w:rFonts w:ascii="SimSun" w:eastAsia="SimSun" w:hAnsi="SimSun" w:cs="SimSun"/>
          <w:color w:val="000000"/>
          <w:lang w:eastAsia="zh-CN"/>
        </w:rPr>
        <w:t>，进而确定循环规律是解题关键．</w:t>
      </w:r>
    </w:p>
    <w:p w14:paraId="1604602F"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pict w14:anchorId="5A5B4E31">
          <v:shape id="_x0000_i1067" type="#_x0000_t75" alt="学科网(www.zxxk.com)--教育资源门户，提供试卷、教案、课件、论文、素材以及各类教学资源下载，还有大量而丰富的教学相关资讯！" style="width:67.9pt;height:18.35pt">
            <v:imagedata r:id="rId30" o:title="eqId2f35ed8272ec01aab337eff829785cf7"/>
          </v:shape>
        </w:pict>
      </w:r>
      <w:r>
        <w:rPr>
          <w:rFonts w:ascii="SimSun" w:eastAsia="SimSun" w:hAnsi="SimSun" w:cs="SimSun"/>
          <w:color w:val="000000"/>
          <w:lang w:eastAsia="zh-CN"/>
        </w:rPr>
        <w:t>，</w:t>
      </w:r>
    </w:p>
    <w:p w14:paraId="7C71F6F9" w14:textId="77777777" w:rsidR="008113A1" w:rsidRDefault="00000000">
      <w:pPr>
        <w:spacing w:line="360" w:lineRule="auto"/>
        <w:textAlignment w:val="center"/>
        <w:rPr>
          <w:color w:val="000000"/>
          <w:lang w:eastAsia="zh-CN"/>
        </w:rPr>
      </w:pPr>
      <w:r>
        <w:pict w14:anchorId="5A3B7E3E">
          <v:shape id="_x0000_i1068" type="#_x0000_t75" alt="学科网(www.zxxk.com)--教育资源门户，提供试卷、教案、课件、论文、素材以及各类教学资源下载，还有大量而丰富的教学相关资讯！" style="width:175.9pt;height:19pt">
            <v:imagedata r:id="rId31" o:title="eqId9c1b683ef933009b067f145a83181ae9"/>
          </v:shape>
        </w:pict>
      </w:r>
      <w:r>
        <w:rPr>
          <w:rFonts w:ascii="SimSun" w:eastAsia="SimSun" w:hAnsi="SimSun" w:cs="SimSun"/>
          <w:color w:val="000000"/>
          <w:lang w:eastAsia="zh-CN"/>
        </w:rPr>
        <w:t>，</w:t>
      </w:r>
    </w:p>
    <w:p w14:paraId="0683D20F" w14:textId="77777777" w:rsidR="008113A1" w:rsidRDefault="00000000">
      <w:pPr>
        <w:spacing w:line="360" w:lineRule="auto"/>
        <w:textAlignment w:val="center"/>
        <w:rPr>
          <w:color w:val="000000"/>
          <w:lang w:eastAsia="zh-CN"/>
        </w:rPr>
      </w:pPr>
      <w:r>
        <w:pict w14:anchorId="3A933655">
          <v:shape id="_x0000_i1069" type="#_x0000_t75" alt="学科网(www.zxxk.com)--教育资源门户，提供试卷、教案、课件、论文、素材以及各类教学资源下载，还有大量而丰富的教学相关资讯！" style="width:179.3pt;height:19pt">
            <v:imagedata r:id="rId32" o:title="eqId2a93542d6fafd4db773046d42824b476"/>
          </v:shape>
        </w:pict>
      </w:r>
      <w:r>
        <w:rPr>
          <w:rFonts w:ascii="SimSun" w:eastAsia="SimSun" w:hAnsi="SimSun" w:cs="SimSun"/>
          <w:color w:val="000000"/>
          <w:lang w:eastAsia="zh-CN"/>
        </w:rPr>
        <w:t>，</w:t>
      </w:r>
    </w:p>
    <w:p w14:paraId="337687AF" w14:textId="77777777" w:rsidR="008113A1" w:rsidRDefault="00000000">
      <w:pPr>
        <w:spacing w:line="360" w:lineRule="auto"/>
        <w:textAlignment w:val="center"/>
        <w:rPr>
          <w:color w:val="000000"/>
          <w:lang w:eastAsia="zh-CN"/>
        </w:rPr>
      </w:pPr>
      <w:r>
        <w:pict w14:anchorId="6694C8FD">
          <v:shape id="_x0000_i1070" type="#_x0000_t75" alt="学科网(www.zxxk.com)--教育资源门户，提供试卷、教案、课件、论文、素材以及各类教学资源下载，还有大量而丰富的教学相关资讯！" style="width:177.95pt;height:19pt">
            <v:imagedata r:id="rId33" o:title="eqId8b71a460502554cccad213d86fd9e96f"/>
          </v:shape>
        </w:pict>
      </w:r>
      <w:r>
        <w:rPr>
          <w:rFonts w:ascii="SimSun" w:eastAsia="SimSun" w:hAnsi="SimSun" w:cs="SimSun"/>
          <w:color w:val="000000"/>
          <w:lang w:eastAsia="zh-CN"/>
        </w:rPr>
        <w:t>，</w:t>
      </w:r>
    </w:p>
    <w:p w14:paraId="22C2D6DE" w14:textId="77777777" w:rsidR="008113A1" w:rsidRDefault="00000000">
      <w:pPr>
        <w:spacing w:line="360" w:lineRule="auto"/>
        <w:textAlignment w:val="center"/>
        <w:rPr>
          <w:color w:val="000000"/>
          <w:lang w:eastAsia="zh-CN"/>
        </w:rPr>
      </w:pPr>
      <w:r>
        <w:pict w14:anchorId="7689626B">
          <v:shape id="_x0000_i1071" type="#_x0000_t75" alt="学科网(www.zxxk.com)--教育资源门户，提供试卷、教案、课件、论文、素材以及各类教学资源下载，还有大量而丰富的教学相关资讯！" style="width:182.05pt;height:19pt">
            <v:imagedata r:id="rId34" o:title="eqId4349b2e8514c1b0272edcc4c7cf58724"/>
          </v:shape>
        </w:pict>
      </w:r>
      <w:r>
        <w:rPr>
          <w:rFonts w:ascii="SimSun" w:eastAsia="SimSun" w:hAnsi="SimSun" w:cs="SimSun"/>
          <w:color w:val="000000"/>
          <w:lang w:eastAsia="zh-CN"/>
        </w:rPr>
        <w:t>，</w:t>
      </w:r>
    </w:p>
    <w:p w14:paraId="5FFEEF19" w14:textId="77777777" w:rsidR="008113A1" w:rsidRDefault="00000000">
      <w:pPr>
        <w:spacing w:line="360" w:lineRule="auto"/>
        <w:textAlignment w:val="center"/>
        <w:rPr>
          <w:color w:val="000000"/>
          <w:lang w:eastAsia="zh-CN"/>
        </w:rPr>
      </w:pPr>
      <w:r>
        <w:lastRenderedPageBreak/>
        <w:pict w14:anchorId="2A629805">
          <v:shape id="_x0000_i1072" type="#_x0000_t75" alt="学科网(www.zxxk.com)--教育资源门户，提供试卷、教案、课件、论文、素材以及各类教学资源下载，还有大量而丰富的教学相关资讯！" style="width:180.7pt;height:19pt">
            <v:imagedata r:id="rId35" o:title="eqId83464cd9f2a1431baf4ce461604d7252"/>
          </v:shape>
        </w:pict>
      </w:r>
      <w:r>
        <w:rPr>
          <w:rFonts w:ascii="SimSun" w:eastAsia="SimSun" w:hAnsi="SimSun" w:cs="SimSun"/>
          <w:color w:val="000000"/>
          <w:lang w:eastAsia="zh-CN"/>
        </w:rPr>
        <w:t>，</w:t>
      </w:r>
    </w:p>
    <w:p w14:paraId="6C6E2E37" w14:textId="77777777" w:rsidR="008113A1" w:rsidRDefault="00000000">
      <w:pPr>
        <w:spacing w:line="360" w:lineRule="auto"/>
        <w:textAlignment w:val="center"/>
        <w:rPr>
          <w:color w:val="000000"/>
          <w:lang w:eastAsia="zh-CN"/>
        </w:rPr>
      </w:pPr>
      <w:r>
        <w:pict w14:anchorId="03FDC064">
          <v:shape id="_x0000_i1073" type="#_x0000_t75" alt="学科网(www.zxxk.com)--教育资源门户，提供试卷、教案、课件、论文、素材以及各类教学资源下载，还有大量而丰富的教学相关资讯！" style="width:180pt;height:19pt">
            <v:imagedata r:id="rId36" o:title="eqIda2f7806be52dd6d40adc4fcedd534aba"/>
          </v:shape>
        </w:pict>
      </w:r>
      <w:r>
        <w:rPr>
          <w:rFonts w:ascii="SimSun" w:eastAsia="SimSun" w:hAnsi="SimSun" w:cs="SimSun"/>
          <w:color w:val="000000"/>
          <w:lang w:eastAsia="zh-CN"/>
        </w:rPr>
        <w:t>，</w:t>
      </w:r>
    </w:p>
    <w:p w14:paraId="46F11D5F" w14:textId="77777777" w:rsidR="008113A1" w:rsidRDefault="00000000">
      <w:pPr>
        <w:spacing w:line="360" w:lineRule="auto"/>
        <w:textAlignment w:val="center"/>
        <w:rPr>
          <w:color w:val="000000"/>
          <w:lang w:eastAsia="zh-CN"/>
        </w:rPr>
      </w:pPr>
      <w:r>
        <w:pict w14:anchorId="483F349F">
          <v:shape id="_x0000_i1074" type="#_x0000_t75" alt="学科网(www.zxxk.com)--教育资源门户，提供试卷、教案、课件、论文、素材以及各类教学资源下载，还有大量而丰富的教学相关资讯！" style="width:213.3pt;height:19pt">
            <v:imagedata r:id="rId37" o:title="eqId7309b1630acd943efc9ae1dea64ad11d"/>
          </v:shape>
        </w:pict>
      </w:r>
      <w:r>
        <w:rPr>
          <w:rFonts w:ascii="SimSun" w:eastAsia="SimSun" w:hAnsi="SimSun" w:cs="SimSun"/>
          <w:color w:val="000000"/>
          <w:lang w:eastAsia="zh-CN"/>
        </w:rPr>
        <w:t>，</w:t>
      </w:r>
    </w:p>
    <w:p w14:paraId="1848313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…通过计算发现，</w:t>
      </w:r>
      <w:r>
        <w:pict w14:anchorId="4096A1FC">
          <v:shape id="_x0000_i1075" type="#_x0000_t75" alt="学科网(www.zxxk.com)--教育资源门户，提供试卷、教案、课件、论文、素材以及各类教学资源下载，还有大量而丰富的教学相关资讯！" style="width:62.5pt;height:17pt">
            <v:imagedata r:id="rId38" o:title="eqId9237c4c3148dd6a471b3be0dafb1676e"/>
          </v:shape>
        </w:pict>
      </w:r>
      <w:r>
        <w:rPr>
          <w:rFonts w:ascii="SimSun" w:eastAsia="SimSun" w:hAnsi="SimSun" w:cs="SimSun"/>
          <w:color w:val="000000"/>
          <w:lang w:eastAsia="zh-CN"/>
        </w:rPr>
        <w:t>，</w:t>
      </w:r>
    </w:p>
    <w:p w14:paraId="08DA260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499A8BB2">
          <v:shape id="_x0000_i1076" type="#_x0000_t75" alt="学科网(www.zxxk.com)--教育资源门户，提供试卷、教案、课件、论文、素材以及各类教学资源下载，还有大量而丰富的教学相关资讯！" style="width:74.05pt;height:13.6pt">
            <v:imagedata r:id="rId39" o:title="eqIdf1e8686d39361a13443b66fe8895514b"/>
          </v:shape>
        </w:pict>
      </w:r>
      <w:r>
        <w:rPr>
          <w:rFonts w:ascii="SimSun" w:eastAsia="SimSun" w:hAnsi="SimSun" w:cs="SimSun"/>
          <w:color w:val="000000"/>
          <w:lang w:eastAsia="zh-CN"/>
        </w:rPr>
        <w:t>，</w:t>
      </w:r>
    </w:p>
    <w:p w14:paraId="6CDA889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64289DA8">
          <v:shape id="_x0000_i1077" type="#_x0000_t75" alt="学科网(www.zxxk.com)--教育资源门户，提供试卷、教案、课件、论文、素材以及各类教学资源下载，还有大量而丰富的教学相关资讯！" style="width:93.75pt;height:17pt">
            <v:imagedata r:id="rId40" o:title="eqId2048d056235c057f265a54250703e4ad"/>
          </v:shape>
        </w:pict>
      </w:r>
      <w:r>
        <w:rPr>
          <w:rFonts w:ascii="SimSun" w:eastAsia="SimSun" w:hAnsi="SimSun" w:cs="SimSun"/>
          <w:color w:val="000000"/>
          <w:lang w:eastAsia="zh-CN"/>
        </w:rPr>
        <w:t>；</w:t>
      </w:r>
    </w:p>
    <w:p w14:paraId="61B9D825"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37</w:t>
      </w:r>
      <w:r>
        <w:rPr>
          <w:rFonts w:ascii="SimSun" w:eastAsia="SimSun" w:hAnsi="SimSun" w:cs="SimSun"/>
          <w:color w:val="000000"/>
          <w:lang w:eastAsia="zh-CN"/>
        </w:rPr>
        <w:t>，</w:t>
      </w:r>
      <w:r>
        <w:rPr>
          <w:rFonts w:ascii="Times New Roman" w:eastAsia="Times New Roman" w:hAnsi="Times New Roman" w:cs="Times New Roman"/>
          <w:color w:val="000000"/>
          <w:lang w:eastAsia="zh-CN"/>
        </w:rPr>
        <w:t>40</w:t>
      </w:r>
      <w:r>
        <w:rPr>
          <w:rFonts w:ascii="SimSun" w:eastAsia="SimSun" w:hAnsi="SimSun" w:cs="SimSun"/>
          <w:color w:val="000000"/>
          <w:lang w:eastAsia="zh-CN"/>
        </w:rPr>
        <w:t>．</w:t>
      </w:r>
    </w:p>
    <w:p w14:paraId="31A5EE11"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三、计算题（本大题共</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道题，共</w:t>
      </w:r>
      <w:r>
        <w:rPr>
          <w:rFonts w:ascii="Times New Roman" w:eastAsia="Times New Roman" w:hAnsi="Times New Roman" w:cs="Times New Roman"/>
          <w:b/>
          <w:color w:val="000000"/>
          <w:sz w:val="24"/>
          <w:lang w:eastAsia="zh-CN"/>
        </w:rPr>
        <w:t>38</w:t>
      </w:r>
      <w:r>
        <w:rPr>
          <w:rFonts w:ascii="SimSun" w:eastAsia="SimSun" w:hAnsi="SimSun" w:cs="SimSun"/>
          <w:b/>
          <w:color w:val="000000"/>
          <w:sz w:val="24"/>
          <w:lang w:eastAsia="zh-CN"/>
        </w:rPr>
        <w:t>分）</w:t>
      </w:r>
    </w:p>
    <w:p w14:paraId="45AAC7DC" w14:textId="77777777" w:rsidR="008113A1" w:rsidRDefault="00000000">
      <w:pPr>
        <w:pStyle w:val="Heading2"/>
        <w:rPr>
          <w:lang w:eastAsia="zh-CN"/>
        </w:rPr>
      </w:pPr>
      <w:bookmarkStart w:id="4" w:name="_Toc235460017"/>
      <w:r>
        <w:rPr>
          <w:lang w:eastAsia="zh-CN"/>
        </w:rPr>
        <w:t>师达中学（第一次月考）</w:t>
      </w:r>
      <w:bookmarkEnd w:id="4"/>
    </w:p>
    <w:p w14:paraId="43C219EA" w14:textId="77777777" w:rsidR="008113A1" w:rsidRDefault="00000000">
      <w:pPr>
        <w:spacing w:line="360" w:lineRule="auto"/>
        <w:jc w:val="both"/>
        <w:textAlignment w:val="center"/>
        <w:rPr>
          <w:color w:val="000000"/>
          <w:lang w:eastAsia="zh-CN"/>
        </w:rPr>
      </w:pPr>
      <w:r>
        <w:rPr>
          <w:color w:val="000000"/>
          <w:lang w:eastAsia="zh-CN"/>
        </w:rPr>
        <w:t xml:space="preserve">18. </w:t>
      </w:r>
      <w:r>
        <w:rPr>
          <w:rFonts w:ascii="SimSun" w:eastAsia="SimSun" w:hAnsi="SimSun" w:cs="SimSun"/>
          <w:color w:val="000000"/>
          <w:lang w:eastAsia="zh-CN"/>
        </w:rPr>
        <w:t>有理数</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都不为零，且</w:t>
      </w:r>
      <w:r>
        <w:pict w14:anchorId="758BDB16">
          <v:shape id="_x0000_i1078" type="#_x0000_t75" alt="学科网(www.zxxk.com)--教育资源门户，提供试卷、教案、课件、论文、素材以及各类教学资源下载，还有大量而丰富的教学相关资讯！" style="width:60.45pt;height:14.25pt">
            <v:imagedata r:id="rId41" o:title="eqId9e56f4504e0f80fd031c8b5f41832e03"/>
          </v:shape>
        </w:pict>
      </w:r>
      <w:r>
        <w:rPr>
          <w:rFonts w:ascii="SimSun" w:eastAsia="SimSun" w:hAnsi="SimSun" w:cs="SimSun"/>
          <w:color w:val="000000"/>
          <w:lang w:eastAsia="zh-CN"/>
        </w:rPr>
        <w:t>，则</w:t>
      </w:r>
      <w:r>
        <w:pict w14:anchorId="003289DA">
          <v:shape id="_x0000_i1079" type="#_x0000_t75" alt="学科网(www.zxxk.com)--教育资源门户，提供试卷、教案、课件、论文、素材以及各类教学资源下载，还有大量而丰富的教学相关资讯！" style="width:119.55pt;height:33.3pt">
            <v:imagedata r:id="rId42" o:title="eqIdef42a7211beb48da57ae54b87b0436a6"/>
          </v:shape>
        </w:pict>
      </w:r>
      <w:r>
        <w:rPr>
          <w:color w:val="000000"/>
          <w:lang w:eastAsia="zh-CN"/>
        </w:rPr>
        <w:t>_________</w:t>
      </w:r>
      <w:r>
        <w:rPr>
          <w:rFonts w:ascii="SimSun" w:eastAsia="SimSun" w:hAnsi="SimSun" w:cs="SimSun"/>
          <w:color w:val="000000"/>
          <w:lang w:eastAsia="zh-CN"/>
        </w:rPr>
        <w:t>．</w:t>
      </w:r>
    </w:p>
    <w:p w14:paraId="638AF91D" w14:textId="77777777" w:rsidR="008113A1" w:rsidRDefault="00000000">
      <w:pPr>
        <w:spacing w:line="360" w:lineRule="auto"/>
        <w:textAlignment w:val="center"/>
        <w:rPr>
          <w:color w:val="000000"/>
          <w:lang w:eastAsia="zh-CN"/>
        </w:rPr>
      </w:pPr>
      <w:r>
        <w:rPr>
          <w:color w:val="2E75B6"/>
          <w:lang w:eastAsia="zh-CN"/>
        </w:rPr>
        <w:t>【答案】</w:t>
      </w:r>
      <w:r>
        <w:rPr>
          <w:rFonts w:ascii="Times New Roman" w:eastAsia="Times New Roman" w:hAnsi="Times New Roman" w:cs="Times New Roman"/>
          <w:color w:val="000000"/>
          <w:lang w:eastAsia="zh-CN"/>
        </w:rPr>
        <w:t>1</w:t>
      </w:r>
      <w:r>
        <w:rPr>
          <w:rFonts w:ascii="SimSun" w:eastAsia="SimSun" w:hAnsi="SimSun" w:cs="SimSun"/>
          <w:color w:val="000000"/>
          <w:lang w:eastAsia="zh-CN"/>
        </w:rPr>
        <w:t>或</w:t>
      </w:r>
      <w:r>
        <w:pict w14:anchorId="7F58FF11">
          <v:shape id="_x0000_i1080" type="#_x0000_t75" alt="学科网(www.zxxk.com)--教育资源门户，提供试卷、教案、课件、论文、素材以及各类教学资源下载，还有大量而丰富的教学相关资讯！" style="width:12.25pt;height:10.2pt">
            <v:imagedata r:id="rId17" o:title="eqIdacbc6a613224461ade69362d46550474"/>
          </v:shape>
        </w:pict>
      </w:r>
    </w:p>
    <w:p w14:paraId="322ABCB6" w14:textId="77777777" w:rsidR="008113A1" w:rsidRDefault="00000000">
      <w:pPr>
        <w:spacing w:line="360" w:lineRule="auto"/>
        <w:textAlignment w:val="center"/>
        <w:rPr>
          <w:color w:val="000000"/>
          <w:lang w:eastAsia="zh-CN"/>
        </w:rPr>
      </w:pPr>
      <w:r>
        <w:rPr>
          <w:color w:val="2E75B6"/>
          <w:lang w:eastAsia="zh-CN"/>
        </w:rPr>
        <w:t>【解析】</w:t>
      </w:r>
    </w:p>
    <w:p w14:paraId="2C96607E" w14:textId="77777777" w:rsidR="008113A1" w:rsidRDefault="00000000">
      <w:pPr>
        <w:spacing w:line="360" w:lineRule="auto"/>
        <w:jc w:val="both"/>
        <w:textAlignment w:val="center"/>
        <w:rPr>
          <w:color w:val="000000"/>
          <w:lang w:eastAsia="zh-CN"/>
        </w:rPr>
      </w:pPr>
      <w:r>
        <w:rPr>
          <w:color w:val="000000"/>
          <w:lang w:eastAsia="zh-CN"/>
        </w:rPr>
        <w:t>【详解】</w:t>
      </w:r>
      <w:r>
        <w:rPr>
          <w:rFonts w:ascii="SimSun" w:eastAsia="SimSun" w:hAnsi="SimSun" w:cs="SimSun"/>
          <w:color w:val="000000"/>
          <w:lang w:eastAsia="zh-CN"/>
        </w:rPr>
        <w:t>根据题意分析可得：有理数</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中一个为正，两个为负或一个为负，两个为正，分情况讨论，利用绝对值的意义化简运算即可．</w:t>
      </w:r>
    </w:p>
    <w:p w14:paraId="20009B77"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解：∵</w:t>
      </w:r>
      <w:r>
        <w:pict w14:anchorId="011CCB8B">
          <v:shape id="_x0000_i1081" type="#_x0000_t75" alt="学科网(www.zxxk.com)--教育资源门户，提供试卷、教案、课件、论文、素材以及各类教学资源下载，还有大量而丰富的教学相关资讯！" style="width:60.45pt;height:14.25pt">
            <v:imagedata r:id="rId41" o:title="eqId9e56f4504e0f80fd031c8b5f41832e03"/>
          </v:shape>
        </w:pict>
      </w:r>
      <w:r>
        <w:rPr>
          <w:rFonts w:ascii="SimSun" w:eastAsia="SimSun" w:hAnsi="SimSun" w:cs="SimSun"/>
          <w:color w:val="000000"/>
          <w:lang w:eastAsia="zh-CN"/>
        </w:rPr>
        <w:t>，</w:t>
      </w:r>
    </w:p>
    <w:p w14:paraId="07630A72"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pict w14:anchorId="26EA6EB5">
          <v:shape id="_x0000_i1082" type="#_x0000_t75" alt="学科网(www.zxxk.com)--教育资源门户，提供试卷、教案、课件、论文、素材以及各类教学资源下载，还有大量而丰富的教学相关资讯！" style="width:50.95pt;height:13.6pt">
            <v:imagedata r:id="rId43" o:title="eqId60bdab0df8ddd08800e0858c217f299b"/>
          </v:shape>
        </w:pict>
      </w:r>
      <w:r>
        <w:rPr>
          <w:rFonts w:ascii="SimSun" w:eastAsia="SimSun" w:hAnsi="SimSun" w:cs="SimSun"/>
          <w:color w:val="000000"/>
          <w:lang w:eastAsia="zh-CN"/>
        </w:rPr>
        <w:t>，</w:t>
      </w:r>
      <w:r>
        <w:pict w14:anchorId="579539EB">
          <v:shape id="_x0000_i1083" type="#_x0000_t75" alt="学科网(www.zxxk.com)--教育资源门户，提供试卷、教案、课件、论文、素材以及各类教学资源下载，还有大量而丰富的教学相关资讯！" style="width:45.5pt;height:12.9pt">
            <v:imagedata r:id="rId44" o:title="eqId30f9e7ce66282532659bc5020758223c"/>
          </v:shape>
        </w:pict>
      </w:r>
      <w:r>
        <w:rPr>
          <w:rFonts w:ascii="SimSun" w:eastAsia="SimSun" w:hAnsi="SimSun" w:cs="SimSun"/>
          <w:color w:val="000000"/>
          <w:lang w:eastAsia="zh-CN"/>
        </w:rPr>
        <w:t>，</w:t>
      </w:r>
      <w:r>
        <w:pict w14:anchorId="27161D00">
          <v:shape id="_x0000_i1084" type="#_x0000_t75" alt="学科网(www.zxxk.com)--教育资源门户，提供试卷、教案、课件、论文、素材以及各类教学资源下载，还有大量而丰富的教学相关资讯！" style="width:50.95pt;height:14.25pt">
            <v:imagedata r:id="rId45" o:title="eqId7488ea5ec6d32206c226063a8d2b5367"/>
          </v:shape>
        </w:pict>
      </w:r>
      <w:r>
        <w:rPr>
          <w:rFonts w:ascii="SimSun" w:eastAsia="SimSun" w:hAnsi="SimSun" w:cs="SimSun"/>
          <w:color w:val="000000"/>
          <w:lang w:eastAsia="zh-CN"/>
        </w:rPr>
        <w:t>．</w:t>
      </w:r>
    </w:p>
    <w:p w14:paraId="792219D5"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∵有理数</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都不为零，且</w:t>
      </w:r>
      <w:r>
        <w:pict w14:anchorId="54F3EEF5">
          <v:shape id="_x0000_i1085" type="#_x0000_t75" alt="学科网(www.zxxk.com)--教育资源门户，提供试卷、教案、课件、论文、素材以及各类教学资源下载，还有大量而丰富的教学相关资讯！" style="width:60.45pt;height:14.25pt">
            <v:imagedata r:id="rId41" o:title="eqId9e56f4504e0f80fd031c8b5f41832e03"/>
          </v:shape>
        </w:pict>
      </w:r>
      <w:r>
        <w:rPr>
          <w:rFonts w:ascii="SimSun" w:eastAsia="SimSun" w:hAnsi="SimSun" w:cs="SimSun"/>
          <w:color w:val="000000"/>
          <w:lang w:eastAsia="zh-CN"/>
        </w:rPr>
        <w:t>，</w:t>
      </w:r>
    </w:p>
    <w:p w14:paraId="32ADCAF2"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∴有理数</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不同时</w:t>
      </w:r>
      <w:r>
        <w:rPr>
          <w:rFonts w:ascii="SimSun" w:eastAsia="SimSun" w:hAnsi="SimSun" w:cs="SimSun"/>
          <w:noProof/>
          <w:color w:val="000000"/>
        </w:rPr>
        <w:drawing>
          <wp:inline distT="0" distB="0" distL="114300" distR="114300" wp14:anchorId="3A94FDE2" wp14:editId="00DCA9C9">
            <wp:extent cx="158750" cy="190500"/>
            <wp:effectExtent l="0" t="0" r="12700" b="0"/>
            <wp:docPr id="4249" name="图片 706887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0" name="图片 706887010"/>
                    <pic:cNvPicPr>
                      <a:picLocks noChangeAspect="1"/>
                    </pic:cNvPicPr>
                  </pic:nvPicPr>
                  <pic:blipFill>
                    <a:blip r:embed="rId46"/>
                    <a:stretch>
                      <a:fillRect/>
                    </a:stretch>
                  </pic:blipFill>
                  <pic:spPr>
                    <a:xfrm>
                      <a:off x="0" y="0"/>
                      <a:ext cx="158750" cy="190500"/>
                    </a:xfrm>
                    <a:prstGeom prst="rect">
                      <a:avLst/>
                    </a:prstGeom>
                  </pic:spPr>
                </pic:pic>
              </a:graphicData>
            </a:graphic>
          </wp:inline>
        </w:drawing>
      </w:r>
      <w:r>
        <w:rPr>
          <w:rFonts w:ascii="SimSun" w:eastAsia="SimSun" w:hAnsi="SimSun" w:cs="SimSun"/>
          <w:color w:val="000000"/>
          <w:lang w:eastAsia="zh-CN"/>
        </w:rPr>
        <w:t>正，也不同时为负，</w:t>
      </w:r>
    </w:p>
    <w:p w14:paraId="504F714B"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∴有理数</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中一个为正，两个为负或一个为负，两个为正，</w:t>
      </w:r>
    </w:p>
    <w:p w14:paraId="12BA19C0"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当有理数</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中一个为正，两个为负时，假定</w:t>
      </w:r>
      <w:r>
        <w:pict w14:anchorId="7C037448">
          <v:shape id="_x0000_i1086" type="#_x0000_t75" alt="学科网(www.zxxk.com)--教育资源门户，提供试卷、教案、课件、论文、素材以及各类教学资源下载，还有大量而丰富的教学相关资讯！" style="width:95.75pt;height:14.95pt">
            <v:imagedata r:id="rId47" o:title="eqIda94fcfdef8f9bafb160230cf480a1287"/>
          </v:shape>
        </w:pict>
      </w:r>
      <w:r>
        <w:rPr>
          <w:rFonts w:ascii="SimSun" w:eastAsia="SimSun" w:hAnsi="SimSun" w:cs="SimSun"/>
          <w:color w:val="000000"/>
          <w:lang w:eastAsia="zh-CN"/>
        </w:rPr>
        <w:t>，</w:t>
      </w:r>
    </w:p>
    <w:p w14:paraId="6EE4B5E5" w14:textId="77777777" w:rsidR="008113A1" w:rsidRDefault="00000000">
      <w:pPr>
        <w:spacing w:line="360" w:lineRule="auto"/>
        <w:jc w:val="both"/>
        <w:textAlignment w:val="center"/>
        <w:rPr>
          <w:color w:val="000000"/>
        </w:rPr>
      </w:pPr>
      <w:r>
        <w:rPr>
          <w:rFonts w:ascii="SimSun" w:eastAsia="SimSun" w:hAnsi="SimSun" w:cs="SimSun"/>
          <w:color w:val="000000"/>
        </w:rPr>
        <w:lastRenderedPageBreak/>
        <w:t>∴</w:t>
      </w:r>
      <w:proofErr w:type="spellStart"/>
      <w:r>
        <w:rPr>
          <w:rFonts w:ascii="SimSun" w:eastAsia="SimSun" w:hAnsi="SimSun" w:cs="SimSun"/>
          <w:color w:val="000000"/>
        </w:rPr>
        <w:t>原式</w:t>
      </w:r>
      <w:proofErr w:type="spellEnd"/>
      <w:r>
        <w:pict w14:anchorId="1870866C">
          <v:shape id="_x0000_i1087" type="#_x0000_t75" alt="学科网(www.zxxk.com)--教育资源门户，提供试卷、教案、课件、论文、素材以及各类教学资源下载，还有大量而丰富的教学相关资讯！" style="width:91pt;height:33.3pt">
            <v:imagedata r:id="rId48" o:title="eqId0d0f70426ef8e05ed0f10808f8e95742"/>
          </v:shape>
        </w:pict>
      </w:r>
    </w:p>
    <w:p w14:paraId="7AB030D7" w14:textId="77777777" w:rsidR="008113A1" w:rsidRDefault="00000000">
      <w:pPr>
        <w:spacing w:line="360" w:lineRule="auto"/>
        <w:jc w:val="both"/>
        <w:textAlignment w:val="center"/>
        <w:rPr>
          <w:color w:val="000000"/>
        </w:rPr>
      </w:pPr>
      <w:r>
        <w:pict w14:anchorId="309BCF69">
          <v:shape id="_x0000_i1088" type="#_x0000_t75" alt="学科网(www.zxxk.com)--教育资源门户，提供试卷、教案、课件、论文、素材以及各类教学资源下载，还有大量而丰富的教学相关资讯！" style="width:1in;height:30.55pt">
            <v:imagedata r:id="rId49" o:title="eqId7ffc9911554ee73ff21b7ca6d98f0bee"/>
          </v:shape>
        </w:pict>
      </w:r>
    </w:p>
    <w:p w14:paraId="5545C3F1" w14:textId="77777777" w:rsidR="008113A1" w:rsidRDefault="00000000">
      <w:pPr>
        <w:spacing w:line="360" w:lineRule="auto"/>
        <w:jc w:val="both"/>
        <w:textAlignment w:val="center"/>
        <w:rPr>
          <w:color w:val="000000"/>
        </w:rPr>
      </w:pPr>
      <w:r>
        <w:pict w14:anchorId="58D860D2">
          <v:shape id="_x0000_i1089" type="#_x0000_t75" alt="学科网(www.zxxk.com)--教育资源门户，提供试卷、教案、课件、论文、素材以及各类教学资源下载，还有大量而丰富的教学相关资讯！" style="width:44.85pt;height:12.9pt">
            <v:imagedata r:id="rId50" o:title="eqId4b09e6000382e9ff3c205673fe3eac3c"/>
          </v:shape>
        </w:pict>
      </w:r>
    </w:p>
    <w:p w14:paraId="334B1D6C" w14:textId="77777777" w:rsidR="008113A1" w:rsidRDefault="00000000">
      <w:pPr>
        <w:spacing w:line="360" w:lineRule="auto"/>
        <w:jc w:val="both"/>
        <w:textAlignment w:val="center"/>
        <w:rPr>
          <w:color w:val="000000"/>
          <w:lang w:eastAsia="zh-CN"/>
        </w:rPr>
      </w:pPr>
      <w:r>
        <w:pict w14:anchorId="09E3BBFD">
          <v:shape id="_x0000_i1090" type="#_x0000_t75" alt="学科网(www.zxxk.com)--教育资源门户，提供试卷、教案、课件、论文、素材以及各类教学资源下载，还有大量而丰富的教学相关资讯！" style="width:24.45pt;height:12.9pt">
            <v:imagedata r:id="rId51" o:title="eqIde5e4c403759024e71362fdc528d89d8b"/>
          </v:shape>
        </w:pict>
      </w:r>
      <w:r>
        <w:rPr>
          <w:rFonts w:ascii="SimSun" w:eastAsia="SimSun" w:hAnsi="SimSun" w:cs="SimSun"/>
          <w:color w:val="000000"/>
          <w:lang w:eastAsia="zh-CN"/>
        </w:rPr>
        <w:t>，</w:t>
      </w:r>
    </w:p>
    <w:p w14:paraId="69649DBB"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当有理数</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中一个为负，两个为正时，假定</w:t>
      </w:r>
      <w:r>
        <w:pict w14:anchorId="1B20172C">
          <v:shape id="_x0000_i1091" type="#_x0000_t75" alt="学科网(www.zxxk.com)--教育资源门户，提供试卷、教案、课件、论文、素材以及各类教学资源下载，还有大量而丰富的教学相关资讯！" style="width:96.45pt;height:14.95pt">
            <v:imagedata r:id="rId52" o:title="eqId6d528e71b8d8ae2651286b58561e8eff"/>
          </v:shape>
        </w:pict>
      </w:r>
      <w:r>
        <w:rPr>
          <w:rFonts w:ascii="SimSun" w:eastAsia="SimSun" w:hAnsi="SimSun" w:cs="SimSun"/>
          <w:color w:val="000000"/>
          <w:lang w:eastAsia="zh-CN"/>
        </w:rPr>
        <w:t>，</w:t>
      </w:r>
    </w:p>
    <w:p w14:paraId="76303A5C" w14:textId="77777777" w:rsidR="008113A1" w:rsidRDefault="00000000">
      <w:pPr>
        <w:spacing w:line="360" w:lineRule="auto"/>
        <w:jc w:val="both"/>
        <w:textAlignment w:val="center"/>
        <w:rPr>
          <w:color w:val="000000"/>
        </w:rPr>
      </w:pPr>
      <w:r>
        <w:rPr>
          <w:rFonts w:ascii="SimSun" w:eastAsia="SimSun" w:hAnsi="SimSun" w:cs="SimSun"/>
          <w:color w:val="000000"/>
        </w:rPr>
        <w:t>∴</w:t>
      </w:r>
      <w:proofErr w:type="spellStart"/>
      <w:r>
        <w:rPr>
          <w:rFonts w:ascii="SimSun" w:eastAsia="SimSun" w:hAnsi="SimSun" w:cs="SimSun"/>
          <w:color w:val="000000"/>
        </w:rPr>
        <w:t>原式</w:t>
      </w:r>
      <w:proofErr w:type="spellEnd"/>
      <w:r>
        <w:pict w14:anchorId="5EFF9211">
          <v:shape id="_x0000_i1092" type="#_x0000_t75" alt="学科网(www.zxxk.com)--教育资源门户，提供试卷、教案、课件、论文、素材以及各类教学资源下载，还有大量而丰富的教学相关资讯！" style="width:91pt;height:33.3pt">
            <v:imagedata r:id="rId48" o:title="eqId0d0f70426ef8e05ed0f10808f8e95742"/>
          </v:shape>
        </w:pict>
      </w:r>
    </w:p>
    <w:p w14:paraId="6D345000" w14:textId="77777777" w:rsidR="008113A1" w:rsidRDefault="00000000">
      <w:pPr>
        <w:spacing w:line="360" w:lineRule="auto"/>
        <w:jc w:val="both"/>
        <w:textAlignment w:val="center"/>
        <w:rPr>
          <w:color w:val="000000"/>
        </w:rPr>
      </w:pPr>
      <w:r>
        <w:pict w14:anchorId="08951620">
          <v:shape id="_x0000_i1093" type="#_x0000_t75" alt="学科网(www.zxxk.com)--教育资源门户，提供试卷、教案、课件、论文、素材以及各类教学资源下载，还有大量而丰富的教学相关资讯！" style="width:65.2pt;height:30.55pt">
            <v:imagedata r:id="rId53" o:title="eqId7fc4f66beb6ef4353821205a8a1d0b3d"/>
          </v:shape>
        </w:pict>
      </w:r>
    </w:p>
    <w:p w14:paraId="43470C76" w14:textId="77777777" w:rsidR="008113A1" w:rsidRDefault="00000000">
      <w:pPr>
        <w:spacing w:line="360" w:lineRule="auto"/>
        <w:jc w:val="both"/>
        <w:textAlignment w:val="center"/>
        <w:rPr>
          <w:color w:val="000000"/>
        </w:rPr>
      </w:pPr>
      <w:r>
        <w:pict w14:anchorId="12A6776A">
          <v:shape id="_x0000_i1094" type="#_x0000_t75" alt="学科网(www.zxxk.com)--教育资源门户，提供试卷、教案、课件、论文、素材以及各类教学资源下载，还有大量而丰富的教学相关资讯！" style="width:54.35pt;height:12.9pt">
            <v:imagedata r:id="rId54" o:title="eqId55e3a2d62113eb86033824f0360ba250"/>
          </v:shape>
        </w:pict>
      </w:r>
    </w:p>
    <w:p w14:paraId="08E4A6D5" w14:textId="77777777" w:rsidR="008113A1" w:rsidRDefault="00000000">
      <w:pPr>
        <w:spacing w:line="360" w:lineRule="auto"/>
        <w:jc w:val="both"/>
        <w:textAlignment w:val="center"/>
        <w:rPr>
          <w:color w:val="000000"/>
          <w:lang w:eastAsia="zh-CN"/>
        </w:rPr>
      </w:pPr>
      <w:r>
        <w:pict w14:anchorId="29D39527">
          <v:shape id="_x0000_i1095" type="#_x0000_t75" alt="学科网(www.zxxk.com)--教育资源门户，提供试卷、教案、课件、论文、素材以及各类教学资源下载，还有大量而丰富的教学相关资讯！" style="width:14.95pt;height:12.25pt">
            <v:imagedata r:id="rId55" o:title="eqIdf90bae886c8ab958aa4c693bf8e0627d"/>
          </v:shape>
        </w:pict>
      </w:r>
      <w:r>
        <w:rPr>
          <w:rFonts w:ascii="SimSun" w:eastAsia="SimSun" w:hAnsi="SimSun" w:cs="SimSun"/>
          <w:color w:val="000000"/>
          <w:lang w:eastAsia="zh-CN"/>
        </w:rPr>
        <w:t>．</w:t>
      </w:r>
    </w:p>
    <w:p w14:paraId="6E64C565"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综上，</w:t>
      </w:r>
      <w:r>
        <w:pict w14:anchorId="50F493A5">
          <v:shape id="_x0000_i1096" type="#_x0000_t75" alt="学科网(www.zxxk.com)--教育资源门户，提供试卷、教案、课件、论文、素材以及各类教学资源下载，还有大量而丰富的教学相关资讯！" style="width:125pt;height:33.3pt">
            <v:imagedata r:id="rId56" o:title="eqIdfa406d0932336069ab0b43b27cf68e75"/>
          </v:shape>
        </w:pict>
      </w:r>
      <w:r>
        <w:rPr>
          <w:rFonts w:ascii="SimSun" w:eastAsia="SimSun" w:hAnsi="SimSun" w:cs="SimSun"/>
          <w:color w:val="000000"/>
          <w:lang w:eastAsia="zh-CN"/>
        </w:rPr>
        <w:t>或</w:t>
      </w:r>
      <w:r>
        <w:pict w14:anchorId="0198AF05">
          <v:shape id="_x0000_i1097" type="#_x0000_t75" alt="学科网(www.zxxk.com)--教育资源门户，提供试卷、教案、课件、论文、素材以及各类教学资源下载，还有大量而丰富的教学相关资讯！" style="width:12.25pt;height:10.2pt">
            <v:imagedata r:id="rId17" o:title="eqIdacbc6a613224461ade69362d46550474"/>
          </v:shape>
        </w:pict>
      </w:r>
      <w:r>
        <w:rPr>
          <w:rFonts w:ascii="SimSun" w:eastAsia="SimSun" w:hAnsi="SimSun" w:cs="SimSun"/>
          <w:color w:val="000000"/>
          <w:lang w:eastAsia="zh-CN"/>
        </w:rPr>
        <w:t>．</w:t>
      </w:r>
    </w:p>
    <w:p w14:paraId="7663DC79"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1</w:t>
      </w:r>
      <w:r>
        <w:rPr>
          <w:rFonts w:ascii="SimSun" w:eastAsia="SimSun" w:hAnsi="SimSun" w:cs="SimSun"/>
          <w:color w:val="000000"/>
          <w:lang w:eastAsia="zh-CN"/>
        </w:rPr>
        <w:t>或</w:t>
      </w:r>
      <w:r>
        <w:pict w14:anchorId="428731A3">
          <v:shape id="_x0000_i1098" type="#_x0000_t75" alt="学科网(www.zxxk.com)--教育资源门户，提供试卷、教案、课件、论文、素材以及各类教学资源下载，还有大量而丰富的教学相关资讯！" style="width:12.25pt;height:10.2pt">
            <v:imagedata r:id="rId17" o:title="eqIdacbc6a613224461ade69362d46550474"/>
          </v:shape>
        </w:pict>
      </w:r>
      <w:r>
        <w:rPr>
          <w:rFonts w:ascii="SimSun" w:eastAsia="SimSun" w:hAnsi="SimSun" w:cs="SimSun"/>
          <w:color w:val="000000"/>
          <w:lang w:eastAsia="zh-CN"/>
        </w:rPr>
        <w:t>．</w:t>
      </w:r>
    </w:p>
    <w:p w14:paraId="17992FBD" w14:textId="77777777" w:rsidR="008113A1" w:rsidRDefault="00000000">
      <w:pPr>
        <w:spacing w:line="360" w:lineRule="auto"/>
        <w:jc w:val="both"/>
        <w:textAlignment w:val="center"/>
        <w:rPr>
          <w:color w:val="000000"/>
          <w:lang w:eastAsia="zh-CN"/>
        </w:rPr>
      </w:pPr>
      <w:r>
        <w:rPr>
          <w:color w:val="000000"/>
          <w:lang w:eastAsia="zh-CN"/>
        </w:rPr>
        <w:t>【点睛】</w:t>
      </w:r>
      <w:r>
        <w:rPr>
          <w:rFonts w:ascii="SimSun" w:eastAsia="SimSun" w:hAnsi="SimSun" w:cs="SimSun"/>
          <w:color w:val="000000"/>
          <w:lang w:eastAsia="zh-CN"/>
        </w:rPr>
        <w:t>本题主要考查了绝对值，有理数的加法，熟练掌握绝对值的意义是解题的关键．</w:t>
      </w:r>
    </w:p>
    <w:p w14:paraId="6AC927BF" w14:textId="77777777" w:rsidR="008113A1" w:rsidRDefault="00000000">
      <w:pPr>
        <w:spacing w:line="285" w:lineRule="auto"/>
        <w:textAlignment w:val="center"/>
        <w:rPr>
          <w:color w:val="000000"/>
          <w:lang w:eastAsia="zh-CN"/>
        </w:rPr>
      </w:pPr>
      <w:r>
        <w:rPr>
          <w:rFonts w:ascii="SimSun" w:eastAsia="SimSun" w:hAnsi="SimSun" w:cs="SimSun"/>
          <w:b/>
          <w:color w:val="000000"/>
          <w:sz w:val="24"/>
          <w:lang w:eastAsia="zh-CN"/>
        </w:rPr>
        <w:t>三、解答题（共</w:t>
      </w:r>
      <w:r>
        <w:rPr>
          <w:rFonts w:ascii="Times New Roman" w:eastAsia="Times New Roman" w:hAnsi="Times New Roman" w:cs="Times New Roman"/>
          <w:b/>
          <w:color w:val="000000"/>
          <w:sz w:val="24"/>
          <w:lang w:eastAsia="zh-CN"/>
        </w:rPr>
        <w:t>46</w:t>
      </w:r>
      <w:r>
        <w:rPr>
          <w:rFonts w:ascii="SimSun" w:eastAsia="SimSun" w:hAnsi="SimSun" w:cs="SimSun"/>
          <w:b/>
          <w:color w:val="000000"/>
          <w:sz w:val="24"/>
          <w:lang w:eastAsia="zh-CN"/>
        </w:rPr>
        <w:t>分）</w:t>
      </w:r>
    </w:p>
    <w:p w14:paraId="4206AC2B" w14:textId="77777777" w:rsidR="008113A1" w:rsidRDefault="00000000">
      <w:pPr>
        <w:pStyle w:val="Heading2"/>
        <w:rPr>
          <w:lang w:eastAsia="zh-CN"/>
        </w:rPr>
      </w:pPr>
      <w:bookmarkStart w:id="5" w:name="_Toc235460018"/>
      <w:r>
        <w:rPr>
          <w:lang w:eastAsia="zh-CN"/>
        </w:rPr>
        <w:t>朝阳区北京市陈经纶中学分校</w:t>
      </w:r>
      <w:bookmarkEnd w:id="5"/>
    </w:p>
    <w:p w14:paraId="1507C91D" w14:textId="77777777" w:rsidR="008113A1" w:rsidRDefault="00000000">
      <w:pPr>
        <w:spacing w:line="360" w:lineRule="auto"/>
        <w:textAlignment w:val="center"/>
        <w:rPr>
          <w:color w:val="000000"/>
          <w:lang w:eastAsia="zh-CN"/>
        </w:rPr>
      </w:pPr>
      <w:r>
        <w:rPr>
          <w:color w:val="000000"/>
          <w:lang w:eastAsia="zh-CN"/>
        </w:rPr>
        <w:t xml:space="preserve">16. </w:t>
      </w:r>
      <w:r>
        <w:rPr>
          <w:rFonts w:ascii="Times New Roman" w:eastAsia="Times New Roman" w:hAnsi="Times New Roman" w:cs="Times New Roman"/>
          <w:color w:val="000000"/>
          <w:lang w:eastAsia="zh-CN"/>
        </w:rPr>
        <w:t>1</w:t>
      </w:r>
      <w:r>
        <w:rPr>
          <w:rFonts w:ascii="SimSun" w:eastAsia="SimSun" w:hAnsi="SimSun" w:cs="SimSun"/>
          <w:color w:val="000000"/>
          <w:lang w:eastAsia="zh-CN"/>
        </w:rPr>
        <w:t>公顷生长茂盛的树林每天大约可以吸收二氧化碳</w:t>
      </w:r>
      <w:r>
        <w:rPr>
          <w:rFonts w:ascii="Times New Roman" w:eastAsia="Times New Roman" w:hAnsi="Times New Roman" w:cs="Times New Roman"/>
          <w:color w:val="000000"/>
          <w:lang w:eastAsia="zh-CN"/>
        </w:rPr>
        <w:t>1</w:t>
      </w:r>
      <w:r>
        <w:rPr>
          <w:rFonts w:ascii="SimSun" w:eastAsia="SimSun" w:hAnsi="SimSun" w:cs="SimSun"/>
          <w:color w:val="000000"/>
          <w:lang w:eastAsia="zh-CN"/>
        </w:rPr>
        <w:t>吨，每人每小时呼出的二氧化碳约</w:t>
      </w:r>
      <w:r>
        <w:rPr>
          <w:rFonts w:ascii="Times New Roman" w:eastAsia="Times New Roman" w:hAnsi="Times New Roman" w:cs="Times New Roman"/>
          <w:color w:val="000000"/>
          <w:lang w:eastAsia="zh-CN"/>
        </w:rPr>
        <w:t>38</w:t>
      </w:r>
      <w:r>
        <w:rPr>
          <w:rFonts w:ascii="SimSun" w:eastAsia="SimSun" w:hAnsi="SimSun" w:cs="SimSun"/>
          <w:color w:val="000000"/>
          <w:lang w:eastAsia="zh-CN"/>
        </w:rPr>
        <w:t>克，如果要吸收掉</w:t>
      </w:r>
      <w:r>
        <w:rPr>
          <w:rFonts w:ascii="Times New Roman" w:eastAsia="Times New Roman" w:hAnsi="Times New Roman" w:cs="Times New Roman"/>
          <w:color w:val="000000"/>
          <w:lang w:eastAsia="zh-CN"/>
        </w:rPr>
        <w:t>1</w:t>
      </w:r>
      <w:r>
        <w:rPr>
          <w:rFonts w:ascii="SimSun" w:eastAsia="SimSun" w:hAnsi="SimSun" w:cs="SimSun"/>
          <w:color w:val="000000"/>
          <w:lang w:eastAsia="zh-CN"/>
        </w:rPr>
        <w:t>万人</w:t>
      </w:r>
      <w:r>
        <w:rPr>
          <w:rFonts w:ascii="Times New Roman" w:eastAsia="Times New Roman" w:hAnsi="Times New Roman" w:cs="Times New Roman"/>
          <w:color w:val="000000"/>
          <w:lang w:eastAsia="zh-CN"/>
        </w:rPr>
        <w:t>1</w:t>
      </w:r>
      <w:r>
        <w:rPr>
          <w:rFonts w:ascii="SimSun" w:eastAsia="SimSun" w:hAnsi="SimSun" w:cs="SimSun"/>
          <w:color w:val="000000"/>
          <w:lang w:eastAsia="zh-CN"/>
        </w:rPr>
        <w:t>天呼出的二氧化碳，那么大约需要</w:t>
      </w:r>
      <w:r>
        <w:rPr>
          <w:color w:val="000000"/>
          <w:lang w:eastAsia="zh-CN"/>
        </w:rPr>
        <w:t>__________</w:t>
      </w:r>
      <w:r>
        <w:rPr>
          <w:rFonts w:ascii="SimSun" w:eastAsia="SimSun" w:hAnsi="SimSun" w:cs="SimSun"/>
          <w:color w:val="000000"/>
          <w:lang w:eastAsia="zh-CN"/>
        </w:rPr>
        <w:t>公顷生长茂盛的树林</w:t>
      </w:r>
      <w:r>
        <w:pict w14:anchorId="4D080530">
          <v:shape id="_x0000_i1099" type="#_x0000_t75" alt="学科网(www.zxxk.com)--教育资源门户，提供试卷、教案、课件、论文、素材以及各类教学资源下载，还有大量而丰富的教学相关资讯！" style="width:10.2pt;height:15.6pt">
            <v:imagedata r:id="rId57" o:title="eqId108f238e79d8386b3bbf1ca4b87ae025"/>
          </v:shape>
        </w:pict>
      </w:r>
      <w:r>
        <w:rPr>
          <w:rFonts w:ascii="SimSun" w:eastAsia="SimSun" w:hAnsi="SimSun" w:cs="SimSun"/>
          <w:color w:val="000000"/>
          <w:lang w:eastAsia="zh-CN"/>
        </w:rPr>
        <w:t>结果精确到</w:t>
      </w:r>
      <w:r>
        <w:pict w14:anchorId="50078662">
          <v:shape id="_x0000_i1100" type="#_x0000_t75" alt="学科网(www.zxxk.com)--教育资源门户，提供试卷、教案、课件、论文、素材以及各类教学资源下载，还有大量而丰富的教学相关资讯！" style="width:18.35pt;height:14.25pt">
            <v:imagedata r:id="rId58" o:title="eqIda87796ee30e6c5d5e6b6285b32abe10c"/>
          </v:shape>
        </w:pict>
      </w:r>
      <w:r>
        <w:rPr>
          <w:rFonts w:ascii="SimSun" w:eastAsia="SimSun" w:hAnsi="SimSun" w:cs="SimSun"/>
          <w:color w:val="000000"/>
          <w:lang w:eastAsia="zh-CN"/>
        </w:rPr>
        <w:t>公顷</w:t>
      </w:r>
      <w:r>
        <w:pict w14:anchorId="5519D662">
          <v:shape id="_x0000_i1101" type="#_x0000_t75" alt="学科网(www.zxxk.com)--教育资源门户，提供试卷、教案、课件、论文、素材以及各类教学资源下载，还有大量而丰富的教学相关资讯！" style="width:6.8pt;height:14.95pt">
            <v:imagedata r:id="rId59" o:title="eqId04582116cd765fcc5a52f44279ad6c94"/>
          </v:shape>
        </w:pict>
      </w:r>
    </w:p>
    <w:p w14:paraId="183FF149" w14:textId="77777777" w:rsidR="008113A1" w:rsidRDefault="00000000">
      <w:pPr>
        <w:spacing w:line="360" w:lineRule="auto"/>
        <w:textAlignment w:val="center"/>
        <w:rPr>
          <w:color w:val="000000"/>
          <w:lang w:eastAsia="zh-CN"/>
        </w:rPr>
      </w:pPr>
      <w:r>
        <w:rPr>
          <w:color w:val="2E75B6"/>
          <w:lang w:eastAsia="zh-CN"/>
        </w:rPr>
        <w:t>【答案】</w:t>
      </w:r>
      <w:r>
        <w:pict w14:anchorId="6C908BB6">
          <v:shape id="_x0000_i1102" type="#_x0000_t75" alt="学科网(www.zxxk.com)--教育资源门户，提供试卷、教案、课件、论文、素材以及各类教学资源下载，还有大量而丰富的教学相关资讯！" style="width:17pt;height:14.25pt">
            <v:imagedata r:id="rId60" o:title="eqIde3b8287dda98dd8bb42a2a1bf1c80a0b"/>
          </v:shape>
        </w:pict>
      </w:r>
    </w:p>
    <w:p w14:paraId="1AF5DB3A" w14:textId="77777777" w:rsidR="008113A1" w:rsidRDefault="00000000">
      <w:pPr>
        <w:spacing w:line="360" w:lineRule="auto"/>
        <w:textAlignment w:val="center"/>
        <w:rPr>
          <w:color w:val="000000"/>
          <w:lang w:eastAsia="zh-CN"/>
        </w:rPr>
      </w:pPr>
      <w:r>
        <w:rPr>
          <w:color w:val="2E75B6"/>
          <w:lang w:eastAsia="zh-CN"/>
        </w:rPr>
        <w:t>【解析】</w:t>
      </w:r>
    </w:p>
    <w:p w14:paraId="64E8065A" w14:textId="77777777" w:rsidR="008113A1" w:rsidRDefault="00000000">
      <w:pPr>
        <w:spacing w:line="360" w:lineRule="auto"/>
        <w:textAlignment w:val="center"/>
        <w:rPr>
          <w:color w:val="000000"/>
          <w:lang w:eastAsia="zh-CN"/>
        </w:rPr>
      </w:pPr>
      <w:r>
        <w:rPr>
          <w:color w:val="000000"/>
          <w:lang w:eastAsia="zh-CN"/>
        </w:rPr>
        <w:lastRenderedPageBreak/>
        <w:t>【分析】</w:t>
      </w:r>
      <w:r>
        <w:rPr>
          <w:rFonts w:ascii="SimSun" w:eastAsia="SimSun" w:hAnsi="SimSun" w:cs="SimSun"/>
          <w:color w:val="000000"/>
          <w:lang w:eastAsia="zh-CN"/>
        </w:rPr>
        <w:t>先计算出</w:t>
      </w:r>
      <w:r>
        <w:rPr>
          <w:rFonts w:ascii="Times New Roman" w:eastAsia="Times New Roman" w:hAnsi="Times New Roman" w:cs="Times New Roman"/>
          <w:color w:val="000000"/>
          <w:lang w:eastAsia="zh-CN"/>
        </w:rPr>
        <w:t>1</w:t>
      </w:r>
      <w:r>
        <w:rPr>
          <w:rFonts w:ascii="SimSun" w:eastAsia="SimSun" w:hAnsi="SimSun" w:cs="SimSun"/>
          <w:color w:val="000000"/>
          <w:lang w:eastAsia="zh-CN"/>
        </w:rPr>
        <w:t>万人</w:t>
      </w:r>
      <w:r>
        <w:rPr>
          <w:rFonts w:ascii="Times New Roman" w:eastAsia="Times New Roman" w:hAnsi="Times New Roman" w:cs="Times New Roman"/>
          <w:color w:val="000000"/>
          <w:lang w:eastAsia="zh-CN"/>
        </w:rPr>
        <w:t>1</w:t>
      </w:r>
      <w:r>
        <w:rPr>
          <w:rFonts w:ascii="SimSun" w:eastAsia="SimSun" w:hAnsi="SimSun" w:cs="SimSun"/>
          <w:color w:val="000000"/>
          <w:lang w:eastAsia="zh-CN"/>
        </w:rPr>
        <w:t>天呼出的二氧化碳的吨数，然后计算需要的树林公顷数．</w:t>
      </w:r>
    </w:p>
    <w:p w14:paraId="3448A175"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pict w14:anchorId="0E2225BA">
          <v:shape id="_x0000_i1103" type="#_x0000_t75" alt="学科网(www.zxxk.com)--教育资源门户，提供试卷、教案、课件、论文、素材以及各类教学资源下载，还有大量而丰富的教学相关资讯！" style="width:133.15pt;height:14.25pt">
            <v:imagedata r:id="rId61" o:title="eqId98c19538a8e87efa7fb40f2b58103d8c"/>
          </v:shape>
        </w:pict>
      </w:r>
      <w:r>
        <w:rPr>
          <w:rFonts w:ascii="SimSun" w:eastAsia="SimSun" w:hAnsi="SimSun" w:cs="SimSun"/>
          <w:color w:val="000000"/>
          <w:lang w:eastAsia="zh-CN"/>
        </w:rPr>
        <w:t>，</w:t>
      </w:r>
    </w:p>
    <w:p w14:paraId="67EC0FF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所以至少需要</w:t>
      </w:r>
      <w:r>
        <w:pict w14:anchorId="23060FC3">
          <v:shape id="_x0000_i1104" type="#_x0000_t75" alt="学科网(www.zxxk.com)--教育资源门户，提供试卷、教案、课件、论文、素材以及各类教学资源下载，还有大量而丰富的教学相关资讯！" style="width:17pt;height:14.25pt">
            <v:imagedata r:id="rId60" o:title="eqIde3b8287dda98dd8bb42a2a1bf1c80a0b"/>
          </v:shape>
        </w:pict>
      </w:r>
      <w:r>
        <w:rPr>
          <w:rFonts w:ascii="SimSun" w:eastAsia="SimSun" w:hAnsi="SimSun" w:cs="SimSun"/>
          <w:color w:val="000000"/>
          <w:lang w:eastAsia="zh-CN"/>
        </w:rPr>
        <w:t>公顷的树林，</w:t>
      </w:r>
    </w:p>
    <w:p w14:paraId="5E8C1CF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故填：</w:t>
      </w:r>
      <w:r>
        <w:pict w14:anchorId="6A27C797">
          <v:shape id="_x0000_i1105" type="#_x0000_t75" alt="学科网(www.zxxk.com)--教育资源门户，提供试卷、教案、课件、论文、素材以及各类教学资源下载，还有大量而丰富的教学相关资讯！" style="width:17pt;height:14.25pt">
            <v:imagedata r:id="rId60" o:title="eqIde3b8287dda98dd8bb42a2a1bf1c80a0b"/>
          </v:shape>
        </w:pict>
      </w:r>
      <w:r>
        <w:rPr>
          <w:rFonts w:ascii="SimSun" w:eastAsia="SimSun" w:hAnsi="SimSun" w:cs="SimSun"/>
          <w:color w:val="000000"/>
          <w:lang w:eastAsia="zh-CN"/>
        </w:rPr>
        <w:t>．</w:t>
      </w:r>
    </w:p>
    <w:p w14:paraId="6E078FE8"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本题考查了有理数的乘法，</w:t>
      </w:r>
      <w:proofErr w:type="gramStart"/>
      <w:r>
        <w:rPr>
          <w:rFonts w:ascii="SimSun" w:eastAsia="SimSun" w:hAnsi="SimSun" w:cs="SimSun"/>
          <w:color w:val="000000"/>
          <w:lang w:eastAsia="zh-CN"/>
        </w:rPr>
        <w:t>近似数</w:t>
      </w:r>
      <w:proofErr w:type="gramEnd"/>
      <w:r>
        <w:rPr>
          <w:rFonts w:ascii="SimSun" w:eastAsia="SimSun" w:hAnsi="SimSun" w:cs="SimSun"/>
          <w:color w:val="000000"/>
          <w:lang w:eastAsia="zh-CN"/>
        </w:rPr>
        <w:t>和有效数字：</w:t>
      </w:r>
      <w:proofErr w:type="gramStart"/>
      <w:r>
        <w:rPr>
          <w:rFonts w:ascii="SimSun" w:eastAsia="SimSun" w:hAnsi="SimSun" w:cs="SimSun"/>
          <w:color w:val="000000"/>
          <w:lang w:eastAsia="zh-CN"/>
        </w:rPr>
        <w:t>近似数</w:t>
      </w:r>
      <w:proofErr w:type="gramEnd"/>
      <w:r>
        <w:rPr>
          <w:rFonts w:ascii="SimSun" w:eastAsia="SimSun" w:hAnsi="SimSun" w:cs="SimSun"/>
          <w:color w:val="000000"/>
          <w:lang w:eastAsia="zh-CN"/>
        </w:rPr>
        <w:t>与精确数的接近程度，可以用精确度表示．一般有，精确到哪一位，保留几个有效数字等说法．从</w:t>
      </w:r>
      <w:proofErr w:type="gramStart"/>
      <w:r>
        <w:rPr>
          <w:rFonts w:ascii="SimSun" w:eastAsia="SimSun" w:hAnsi="SimSun" w:cs="SimSun"/>
          <w:color w:val="000000"/>
          <w:lang w:eastAsia="zh-CN"/>
        </w:rPr>
        <w:t>一</w:t>
      </w:r>
      <w:proofErr w:type="gramEnd"/>
      <w:r>
        <w:rPr>
          <w:rFonts w:ascii="SimSun" w:eastAsia="SimSun" w:hAnsi="SimSun" w:cs="SimSun"/>
          <w:color w:val="000000"/>
          <w:lang w:eastAsia="zh-CN"/>
        </w:rPr>
        <w:t>个数的左边第一个不是</w:t>
      </w:r>
      <w:r>
        <w:rPr>
          <w:rFonts w:ascii="Times New Roman" w:eastAsia="Times New Roman" w:hAnsi="Times New Roman" w:cs="Times New Roman"/>
          <w:color w:val="000000"/>
          <w:lang w:eastAsia="zh-CN"/>
        </w:rPr>
        <w:t>0</w:t>
      </w:r>
      <w:r>
        <w:rPr>
          <w:rFonts w:ascii="SimSun" w:eastAsia="SimSun" w:hAnsi="SimSun" w:cs="SimSun"/>
          <w:color w:val="000000"/>
          <w:lang w:eastAsia="zh-CN"/>
        </w:rPr>
        <w:t>的数字起到末位数字止，所有的数字都是这个数的有效数字，</w:t>
      </w:r>
    </w:p>
    <w:p w14:paraId="3328B310" w14:textId="77777777" w:rsidR="008113A1" w:rsidRDefault="00000000">
      <w:pPr>
        <w:spacing w:line="360" w:lineRule="auto"/>
        <w:jc w:val="both"/>
        <w:textAlignment w:val="center"/>
        <w:rPr>
          <w:color w:val="000000"/>
          <w:lang w:eastAsia="zh-CN"/>
        </w:rPr>
      </w:pPr>
      <w:r>
        <w:rPr>
          <w:rFonts w:ascii="SimSun" w:eastAsia="SimSun" w:hAnsi="SimSun" w:cs="SimSun"/>
          <w:b/>
          <w:color w:val="000000"/>
          <w:sz w:val="24"/>
          <w:lang w:eastAsia="zh-CN"/>
        </w:rPr>
        <w:t>三、解答题（共</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小题；共</w:t>
      </w:r>
      <w:r>
        <w:rPr>
          <w:rFonts w:ascii="Times New Roman" w:eastAsia="Times New Roman" w:hAnsi="Times New Roman" w:cs="Times New Roman"/>
          <w:b/>
          <w:color w:val="000000"/>
          <w:sz w:val="24"/>
          <w:lang w:eastAsia="zh-CN"/>
        </w:rPr>
        <w:t>46</w:t>
      </w:r>
      <w:r>
        <w:rPr>
          <w:rFonts w:ascii="SimSun" w:eastAsia="SimSun" w:hAnsi="SimSun" w:cs="SimSun"/>
          <w:b/>
          <w:color w:val="000000"/>
          <w:sz w:val="24"/>
          <w:lang w:eastAsia="zh-CN"/>
        </w:rPr>
        <w:t>分）</w:t>
      </w:r>
    </w:p>
    <w:p w14:paraId="3B6A4959" w14:textId="77777777" w:rsidR="008113A1" w:rsidRDefault="00000000">
      <w:pPr>
        <w:pStyle w:val="Heading2"/>
        <w:rPr>
          <w:lang w:eastAsia="zh-CN"/>
        </w:rPr>
      </w:pPr>
      <w:bookmarkStart w:id="6" w:name="_Toc235460019"/>
      <w:r>
        <w:rPr>
          <w:lang w:eastAsia="zh-CN"/>
        </w:rPr>
        <w:t>朝阳区陈经纶中学</w:t>
      </w:r>
      <w:bookmarkEnd w:id="6"/>
    </w:p>
    <w:p w14:paraId="223331AA" w14:textId="77777777" w:rsidR="008113A1" w:rsidRDefault="00000000">
      <w:pPr>
        <w:spacing w:line="360" w:lineRule="auto"/>
        <w:textAlignment w:val="center"/>
        <w:rPr>
          <w:color w:val="000000"/>
          <w:lang w:eastAsia="zh-CN"/>
        </w:rPr>
      </w:pPr>
      <w:r>
        <w:rPr>
          <w:color w:val="2E75B6"/>
          <w:lang w:eastAsia="zh-CN"/>
        </w:rPr>
        <w:t>【答案】</w:t>
      </w:r>
      <w:r>
        <w:rPr>
          <w:rFonts w:ascii="Times New Roman" w:eastAsia="Times New Roman" w:hAnsi="Times New Roman" w:cs="Times New Roman"/>
          <w:color w:val="000000"/>
          <w:lang w:eastAsia="zh-CN"/>
        </w:rPr>
        <w:t>8</w:t>
      </w:r>
      <w:r>
        <w:rPr>
          <w:rFonts w:ascii="SimSun" w:eastAsia="SimSun" w:hAnsi="SimSun" w:cs="SimSun"/>
          <w:color w:val="000000"/>
          <w:lang w:eastAsia="zh-CN"/>
        </w:rPr>
        <w:t>或</w:t>
      </w:r>
      <w:r>
        <w:rPr>
          <w:rFonts w:ascii="Times New Roman" w:eastAsia="Times New Roman" w:hAnsi="Times New Roman" w:cs="Times New Roman"/>
          <w:color w:val="000000"/>
          <w:lang w:eastAsia="zh-CN"/>
        </w:rPr>
        <w:t>4</w:t>
      </w:r>
      <w:r>
        <w:rPr>
          <w:rFonts w:ascii="SimSun" w:eastAsia="SimSun" w:hAnsi="SimSun" w:cs="SimSun"/>
          <w:color w:val="000000"/>
          <w:lang w:eastAsia="zh-CN"/>
        </w:rPr>
        <w:t>或</w:t>
      </w:r>
      <w:r>
        <w:rPr>
          <w:rFonts w:ascii="Times New Roman" w:eastAsia="Times New Roman" w:hAnsi="Times New Roman" w:cs="Times New Roman"/>
          <w:color w:val="000000"/>
          <w:lang w:eastAsia="zh-CN"/>
        </w:rPr>
        <w:t>6</w:t>
      </w:r>
    </w:p>
    <w:p w14:paraId="2104F9A3" w14:textId="77777777" w:rsidR="008113A1" w:rsidRDefault="00000000">
      <w:pPr>
        <w:spacing w:line="360" w:lineRule="auto"/>
        <w:textAlignment w:val="center"/>
        <w:rPr>
          <w:color w:val="000000"/>
          <w:lang w:eastAsia="zh-CN"/>
        </w:rPr>
      </w:pPr>
      <w:r>
        <w:rPr>
          <w:color w:val="2E75B6"/>
          <w:lang w:eastAsia="zh-CN"/>
        </w:rPr>
        <w:t>【解析】</w:t>
      </w:r>
    </w:p>
    <w:p w14:paraId="56E9A281"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由题意可得</w:t>
      </w:r>
      <w:r>
        <w:pict w14:anchorId="692636DE">
          <v:shape id="_x0000_i1120" type="#_x0000_t75" alt="学科网(www.zxxk.com)--教育资源门户，提供试卷、教案、课件、论文、素材以及各类教学资源下载，还有大量而丰富的教学相关资讯！" style="width:21.05pt;height:14.25pt">
            <v:imagedata r:id="rId62" o:title="eqId60ef95894ceebaf236170e8832dcf7e3"/>
          </v:shape>
        </w:pict>
      </w:r>
      <w:r>
        <w:rPr>
          <w:rFonts w:ascii="SimSun" w:eastAsia="SimSun" w:hAnsi="SimSun" w:cs="SimSun"/>
          <w:color w:val="000000"/>
          <w:lang w:eastAsia="zh-CN"/>
        </w:rPr>
        <w:t>与</w:t>
      </w:r>
      <w:r>
        <w:pict w14:anchorId="7262AA21">
          <v:shape id="_x0000_i1121" type="#_x0000_t75" alt="学科网(www.zxxk.com)--教育资源门户，提供试卷、教案、课件、论文、素材以及各类教学资源下载，还有大量而丰富的教学相关资讯！" style="width:20.4pt;height:12.9pt">
            <v:imagedata r:id="rId63" o:title="eqIdf52a58fbaf4fea03567e88a9f0f6e37e"/>
          </v:shape>
        </w:pict>
      </w:r>
      <w:r>
        <w:rPr>
          <w:rFonts w:ascii="SimSun" w:eastAsia="SimSun" w:hAnsi="SimSun" w:cs="SimSun"/>
          <w:color w:val="000000"/>
          <w:lang w:eastAsia="zh-CN"/>
        </w:rPr>
        <w:t>的数量关系，根据</w:t>
      </w:r>
      <w:r>
        <w:pict w14:anchorId="05587DBA">
          <v:shape id="_x0000_i1122" type="#_x0000_t75" alt="学科网(www.zxxk.com)--教育资源门户，提供试卷、教案、课件、论文、素材以及各类教学资源下载，还有大量而丰富的教学相关资讯！" style="width:20.4pt;height:12.9pt">
            <v:imagedata r:id="rId63" o:title="eqIdf52a58fbaf4fea03567e88a9f0f6e37e"/>
          </v:shape>
        </w:pict>
      </w:r>
      <w:r>
        <w:rPr>
          <w:rFonts w:ascii="SimSun" w:eastAsia="SimSun" w:hAnsi="SimSun" w:cs="SimSun"/>
          <w:color w:val="000000"/>
          <w:lang w:eastAsia="zh-CN"/>
        </w:rPr>
        <w:t>的长度求解</w:t>
      </w:r>
      <w:r>
        <w:pict w14:anchorId="6BEB53A0">
          <v:shape id="_x0000_i1123" type="#_x0000_t75" alt="学科网(www.zxxk.com)--教育资源门户，提供试卷、教案、课件、论文、素材以及各类教学资源下载，还有大量而丰富的教学相关资讯！" style="width:21.05pt;height:14.25pt">
            <v:imagedata r:id="rId62" o:title="eqId60ef95894ceebaf236170e8832dcf7e3"/>
          </v:shape>
        </w:pict>
      </w:r>
      <w:r>
        <w:rPr>
          <w:rFonts w:ascii="SimSun" w:eastAsia="SimSun" w:hAnsi="SimSun" w:cs="SimSun"/>
          <w:color w:val="000000"/>
          <w:lang w:eastAsia="zh-CN"/>
        </w:rPr>
        <w:t>的长即可．</w:t>
      </w:r>
    </w:p>
    <w:p w14:paraId="58311689"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解：由“巧点”的定义可得</w:t>
      </w:r>
      <w:r>
        <w:pict w14:anchorId="61ADA49C">
          <v:shape id="_x0000_i1124" type="#_x0000_t75" alt="学科网(www.zxxk.com)--教育资源门户，提供试卷、教案、课件、论文、素材以及各类教学资源下载，还有大量而丰富的教学相关资讯！" style="width:55pt;height:14.25pt">
            <v:imagedata r:id="rId64" o:title="eqId3d3976d08e5f9e24e76ce9579c06a8dc"/>
          </v:shape>
        </w:pict>
      </w:r>
      <w:r>
        <w:rPr>
          <w:rFonts w:ascii="SimSun" w:eastAsia="SimSun" w:hAnsi="SimSun" w:cs="SimSun"/>
          <w:color w:val="000000"/>
          <w:lang w:eastAsia="zh-CN"/>
        </w:rPr>
        <w:t>或</w:t>
      </w:r>
      <w:r>
        <w:pict w14:anchorId="374F6F89">
          <v:shape id="_x0000_i1125" type="#_x0000_t75" alt="学科网(www.zxxk.com)--教育资源门户，提供试卷、教案、课件、论文、素材以及各类教学资源下载，还有大量而丰富的教学相关资讯！" style="width:55.7pt;height:14.25pt">
            <v:imagedata r:id="rId65" o:title="eqIde7777a27259d26724229b604df42656c"/>
          </v:shape>
        </w:pict>
      </w:r>
      <w:r>
        <w:rPr>
          <w:rFonts w:ascii="SimSun" w:eastAsia="SimSun" w:hAnsi="SimSun" w:cs="SimSun"/>
          <w:color w:val="000000"/>
          <w:lang w:eastAsia="zh-CN"/>
        </w:rPr>
        <w:t>或</w:t>
      </w:r>
      <w:r>
        <w:pict w14:anchorId="67D6BFD2">
          <v:shape id="_x0000_i1126" type="#_x0000_t75" alt="学科网(www.zxxk.com)--教育资源门户，提供试卷、教案、课件、论文、素材以及各类教学资源下载，还有大量而丰富的教学相关资讯！" style="width:48.9pt;height:12.9pt">
            <v:imagedata r:id="rId66" o:title="eqId846071242f981289741ad19f4e7190cf"/>
          </v:shape>
        </w:pict>
      </w:r>
      <w:r>
        <w:rPr>
          <w:rFonts w:ascii="SimSun" w:eastAsia="SimSun" w:hAnsi="SimSun" w:cs="SimSun"/>
          <w:color w:val="000000"/>
          <w:lang w:eastAsia="zh-CN"/>
        </w:rPr>
        <w:t>，</w:t>
      </w:r>
    </w:p>
    <w:p w14:paraId="250FE0F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48F4B319">
          <v:shape id="_x0000_i1127" type="#_x0000_t75" alt="学科网(www.zxxk.com)--教育资源门户，提供试卷、教案、课件、论文、素材以及各类教学资源下载，还有大量而丰富的教学相关资讯！" style="width:57.75pt;height:30.55pt">
            <v:imagedata r:id="rId67" o:title="eqId0b6c335ce6d93ec0eba323f43412b5c0"/>
          </v:shape>
        </w:pict>
      </w:r>
      <w:r>
        <w:rPr>
          <w:rFonts w:ascii="SimSun" w:eastAsia="SimSun" w:hAnsi="SimSun" w:cs="SimSun"/>
          <w:color w:val="000000"/>
          <w:lang w:eastAsia="zh-CN"/>
        </w:rPr>
        <w:t>或</w:t>
      </w:r>
      <w:r>
        <w:pict w14:anchorId="3936F0FE">
          <v:shape id="_x0000_i1128" type="#_x0000_t75" alt="学科网(www.zxxk.com)--教育资源门户，提供试卷、教案、课件、论文、素材以及各类教学资源下载，还有大量而丰富的教学相关资讯！" style="width:57.05pt;height:30.55pt">
            <v:imagedata r:id="rId68" o:title="eqId661118c777c154fe49a24dfdc79f9b8d"/>
          </v:shape>
        </w:pict>
      </w:r>
      <w:r>
        <w:rPr>
          <w:rFonts w:ascii="SimSun" w:eastAsia="SimSun" w:hAnsi="SimSun" w:cs="SimSun"/>
          <w:color w:val="000000"/>
          <w:lang w:eastAsia="zh-CN"/>
        </w:rPr>
        <w:t>或</w:t>
      </w:r>
      <w:r>
        <w:pict w14:anchorId="2A664B71">
          <v:shape id="_x0000_i1129" type="#_x0000_t75" alt="学科网(www.zxxk.com)--教育资源门户，提供试卷、教案、课件、论文、素材以及各类教学资源下载，还有大量而丰富的教学相关资讯！" style="width:57.75pt;height:31.25pt">
            <v:imagedata r:id="rId69" o:title="eqIdbd1fe7660ee42b8d3a9c076b700ae59a"/>
          </v:shape>
        </w:pict>
      </w:r>
      <w:r>
        <w:rPr>
          <w:rFonts w:ascii="SimSun" w:eastAsia="SimSun" w:hAnsi="SimSun" w:cs="SimSun"/>
          <w:color w:val="000000"/>
          <w:lang w:eastAsia="zh-CN"/>
        </w:rPr>
        <w:t>，</w:t>
      </w:r>
    </w:p>
    <w:p w14:paraId="256C06FC"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又∵</w:t>
      </w:r>
      <w:r>
        <w:pict w14:anchorId="0B450E22">
          <v:shape id="_x0000_i1130" type="#_x0000_t75" alt="学科网(www.zxxk.com)--教育资源门户，提供试卷、教案、课件、论文、素材以及各类教学资源下载，还有大量而丰富的教学相关资讯！" style="width:42.1pt;height:12.9pt">
            <v:imagedata r:id="rId70" o:title="eqId78b65065ec3a0cb4b050989165c003d1"/>
          </v:shape>
        </w:pict>
      </w:r>
      <w:r>
        <w:rPr>
          <w:rFonts w:ascii="SimSun" w:eastAsia="SimSun" w:hAnsi="SimSun" w:cs="SimSun"/>
          <w:color w:val="000000"/>
          <w:lang w:eastAsia="zh-CN"/>
        </w:rPr>
        <w:t>，</w:t>
      </w:r>
    </w:p>
    <w:p w14:paraId="5B78B20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1DFAEF54">
          <v:shape id="_x0000_i1131" type="#_x0000_t75" alt="学科网(www.zxxk.com)--教育资源门户，提供试卷、教案、课件、论文、素材以及各类教学资源下载，还有大量而丰富的教学相关资讯！" style="width:38.05pt;height:14.25pt">
            <v:imagedata r:id="rId71" o:title="eqId4494a85de0be0b97a69348115aef8513"/>
          </v:shape>
        </w:pict>
      </w:r>
      <w:r>
        <w:rPr>
          <w:rFonts w:ascii="SimSun" w:eastAsia="SimSun" w:hAnsi="SimSun" w:cs="SimSun"/>
          <w:color w:val="000000"/>
          <w:lang w:eastAsia="zh-CN"/>
        </w:rPr>
        <w:t>或</w:t>
      </w:r>
      <w:r>
        <w:rPr>
          <w:rFonts w:ascii="Times New Roman" w:eastAsia="Times New Roman" w:hAnsi="Times New Roman" w:cs="Times New Roman"/>
          <w:color w:val="000000"/>
          <w:lang w:eastAsia="zh-CN"/>
        </w:rPr>
        <w:t>4</w:t>
      </w:r>
      <w:r>
        <w:rPr>
          <w:rFonts w:ascii="SimSun" w:eastAsia="SimSun" w:hAnsi="SimSun" w:cs="SimSun"/>
          <w:color w:val="000000"/>
          <w:lang w:eastAsia="zh-CN"/>
        </w:rPr>
        <w:t>或</w:t>
      </w:r>
      <w:r>
        <w:rPr>
          <w:rFonts w:ascii="Times New Roman" w:eastAsia="Times New Roman" w:hAnsi="Times New Roman" w:cs="Times New Roman"/>
          <w:color w:val="000000"/>
          <w:lang w:eastAsia="zh-CN"/>
        </w:rPr>
        <w:t>6</w:t>
      </w:r>
      <w:r>
        <w:rPr>
          <w:rFonts w:ascii="SimSun" w:eastAsia="SimSun" w:hAnsi="SimSun" w:cs="SimSun"/>
          <w:color w:val="000000"/>
          <w:lang w:eastAsia="zh-CN"/>
        </w:rPr>
        <w:t>．</w:t>
      </w:r>
    </w:p>
    <w:p w14:paraId="53BF1647"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8</w:t>
      </w:r>
      <w:r>
        <w:rPr>
          <w:rFonts w:ascii="SimSun" w:eastAsia="SimSun" w:hAnsi="SimSun" w:cs="SimSun"/>
          <w:color w:val="000000"/>
          <w:lang w:eastAsia="zh-CN"/>
        </w:rPr>
        <w:t>或</w:t>
      </w:r>
      <w:r>
        <w:rPr>
          <w:rFonts w:ascii="Times New Roman" w:eastAsia="Times New Roman" w:hAnsi="Times New Roman" w:cs="Times New Roman"/>
          <w:color w:val="000000"/>
          <w:lang w:eastAsia="zh-CN"/>
        </w:rPr>
        <w:t>4</w:t>
      </w:r>
      <w:r>
        <w:rPr>
          <w:rFonts w:ascii="SimSun" w:eastAsia="SimSun" w:hAnsi="SimSun" w:cs="SimSun"/>
          <w:color w:val="000000"/>
          <w:lang w:eastAsia="zh-CN"/>
        </w:rPr>
        <w:t>或</w:t>
      </w:r>
      <w:r>
        <w:rPr>
          <w:rFonts w:ascii="Times New Roman" w:eastAsia="Times New Roman" w:hAnsi="Times New Roman" w:cs="Times New Roman"/>
          <w:color w:val="000000"/>
          <w:lang w:eastAsia="zh-CN"/>
        </w:rPr>
        <w:t>6</w:t>
      </w:r>
      <w:r>
        <w:rPr>
          <w:rFonts w:ascii="SimSun" w:eastAsia="SimSun" w:hAnsi="SimSun" w:cs="SimSun"/>
          <w:color w:val="000000"/>
          <w:lang w:eastAsia="zh-CN"/>
        </w:rPr>
        <w:t>．</w:t>
      </w:r>
    </w:p>
    <w:p w14:paraId="64C6884B"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本题主要考查两点间的距离，关键在于对“巧点”的理解，注意分类讨论．</w:t>
      </w:r>
    </w:p>
    <w:p w14:paraId="2F6791AB" w14:textId="77777777" w:rsidR="008113A1" w:rsidRDefault="00000000">
      <w:pPr>
        <w:spacing w:line="360" w:lineRule="auto"/>
        <w:jc w:val="both"/>
        <w:textAlignment w:val="center"/>
        <w:rPr>
          <w:color w:val="000000"/>
          <w:lang w:eastAsia="zh-CN"/>
        </w:rPr>
      </w:pPr>
      <w:r>
        <w:rPr>
          <w:rFonts w:ascii="SimSun" w:eastAsia="SimSun" w:hAnsi="SimSun" w:cs="SimSun"/>
          <w:b/>
          <w:color w:val="000000"/>
          <w:lang w:eastAsia="zh-CN"/>
        </w:rPr>
        <w:t>三、解答题：本大题共</w:t>
      </w:r>
      <w:r>
        <w:rPr>
          <w:rFonts w:ascii="Times New Roman" w:eastAsia="Times New Roman" w:hAnsi="Times New Roman" w:cs="Times New Roman"/>
          <w:b/>
          <w:color w:val="000000"/>
          <w:lang w:eastAsia="zh-CN"/>
        </w:rPr>
        <w:t>11</w:t>
      </w:r>
      <w:r>
        <w:rPr>
          <w:rFonts w:ascii="SimSun" w:eastAsia="SimSun" w:hAnsi="SimSun" w:cs="SimSun"/>
          <w:b/>
          <w:color w:val="000000"/>
          <w:lang w:eastAsia="zh-CN"/>
        </w:rPr>
        <w:t>小题，共</w:t>
      </w:r>
      <w:r>
        <w:rPr>
          <w:rFonts w:ascii="Times New Roman" w:eastAsia="Times New Roman" w:hAnsi="Times New Roman" w:cs="Times New Roman"/>
          <w:b/>
          <w:color w:val="000000"/>
          <w:lang w:eastAsia="zh-CN"/>
        </w:rPr>
        <w:t>52</w:t>
      </w:r>
      <w:r>
        <w:rPr>
          <w:rFonts w:ascii="SimSun" w:eastAsia="SimSun" w:hAnsi="SimSun" w:cs="SimSun"/>
          <w:b/>
          <w:color w:val="000000"/>
          <w:lang w:eastAsia="zh-CN"/>
        </w:rPr>
        <w:t>分．</w:t>
      </w:r>
    </w:p>
    <w:p w14:paraId="4DEFC0AB" w14:textId="77777777" w:rsidR="008113A1" w:rsidRDefault="00000000">
      <w:pPr>
        <w:pStyle w:val="Heading2"/>
        <w:rPr>
          <w:lang w:eastAsia="zh-CN"/>
        </w:rPr>
      </w:pPr>
      <w:bookmarkStart w:id="7" w:name="_Toc235460021"/>
      <w:r>
        <w:rPr>
          <w:lang w:eastAsia="zh-CN"/>
        </w:rPr>
        <w:t>海淀区清华大学附属中学</w:t>
      </w:r>
      <w:bookmarkEnd w:id="7"/>
    </w:p>
    <w:p w14:paraId="01BF42BB" w14:textId="77777777" w:rsidR="008113A1" w:rsidRDefault="00000000">
      <w:pPr>
        <w:spacing w:line="360" w:lineRule="auto"/>
        <w:textAlignment w:val="center"/>
        <w:rPr>
          <w:color w:val="000000"/>
          <w:lang w:eastAsia="zh-CN"/>
        </w:rPr>
      </w:pPr>
      <w:r>
        <w:rPr>
          <w:color w:val="000000"/>
          <w:lang w:eastAsia="zh-CN"/>
        </w:rPr>
        <w:t xml:space="preserve">14. </w:t>
      </w:r>
      <w:r>
        <w:rPr>
          <w:rFonts w:ascii="SimSun" w:eastAsia="SimSun" w:hAnsi="SimSun" w:cs="SimSun"/>
          <w:color w:val="000000"/>
          <w:lang w:eastAsia="zh-CN"/>
        </w:rPr>
        <w:t>有理数</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在数轴上的位置如图所示，且</w:t>
      </w:r>
      <w:r>
        <w:pict w14:anchorId="1A56D63D">
          <v:shape id="_x0000_i1153" type="#_x0000_t75" alt="学科网(www.zxxk.com)--教育资源门户，提供试卷、教案、课件、论文、素材以及各类教学资源下载，还有大量而丰富的教学相关资讯！" style="width:63.15pt;height:20.4pt">
            <v:imagedata r:id="rId72" o:title="eqIdde6b16a65d6f7e00d0e163dcb546bedc"/>
          </v:shape>
        </w:pict>
      </w:r>
      <w:r>
        <w:rPr>
          <w:rFonts w:ascii="SimSun" w:eastAsia="SimSun" w:hAnsi="SimSun" w:cs="SimSun"/>
          <w:color w:val="000000"/>
          <w:lang w:eastAsia="zh-CN"/>
        </w:rPr>
        <w:t>，则</w:t>
      </w:r>
      <w:r>
        <w:pict w14:anchorId="778313F5">
          <v:shape id="_x0000_i1154" type="#_x0000_t75" alt="学科网(www.zxxk.com)--教育资源门户，提供试卷、教案、课件、论文、素材以及各类教学资源下载，还有大量而丰富的教学相关资讯！" style="width:36pt;height:14.25pt">
            <v:imagedata r:id="rId73" o:title="eqId892560dcff6af9f66a3f735652f69dd7"/>
          </v:shape>
        </w:pict>
      </w:r>
      <w:r>
        <w:rPr>
          <w:color w:val="000000"/>
          <w:lang w:eastAsia="zh-CN"/>
        </w:rPr>
        <w:t>_____</w:t>
      </w:r>
      <w:r>
        <w:rPr>
          <w:rFonts w:ascii="SimSun" w:eastAsia="SimSun" w:hAnsi="SimSun" w:cs="SimSun"/>
          <w:color w:val="000000"/>
          <w:lang w:eastAsia="zh-CN"/>
        </w:rPr>
        <w:t>．</w:t>
      </w:r>
    </w:p>
    <w:p w14:paraId="22A44702" w14:textId="77777777" w:rsidR="008113A1" w:rsidRDefault="00000000">
      <w:pPr>
        <w:spacing w:line="360" w:lineRule="auto"/>
        <w:textAlignment w:val="center"/>
        <w:rPr>
          <w:color w:val="000000"/>
        </w:rPr>
      </w:pPr>
      <w:r>
        <w:rPr>
          <w:noProof/>
          <w:color w:val="000000"/>
        </w:rPr>
        <w:lastRenderedPageBreak/>
        <w:drawing>
          <wp:inline distT="0" distB="0" distL="114300" distR="114300" wp14:anchorId="3008ABBD" wp14:editId="57B12C25">
            <wp:extent cx="2886075" cy="352425"/>
            <wp:effectExtent l="0" t="0" r="9525" b="9525"/>
            <wp:docPr id="4253"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4" name="图片 100009" descr="学科网(www.zxxk.com)--教育资源门户，提供试卷、教案、课件、论文、素材以及各类教学资源下载，还有大量而丰富的教学相关资讯！"/>
                    <pic:cNvPicPr>
                      <a:picLocks noChangeAspect="1"/>
                    </pic:cNvPicPr>
                  </pic:nvPicPr>
                  <pic:blipFill>
                    <a:blip r:embed="rId74"/>
                    <a:stretch>
                      <a:fillRect/>
                    </a:stretch>
                  </pic:blipFill>
                  <pic:spPr>
                    <a:xfrm>
                      <a:off x="0" y="0"/>
                      <a:ext cx="2886075" cy="352425"/>
                    </a:xfrm>
                    <a:prstGeom prst="rect">
                      <a:avLst/>
                    </a:prstGeom>
                  </pic:spPr>
                </pic:pic>
              </a:graphicData>
            </a:graphic>
          </wp:inline>
        </w:drawing>
      </w:r>
    </w:p>
    <w:p w14:paraId="1344CECD" w14:textId="77777777" w:rsidR="008113A1" w:rsidRDefault="00000000">
      <w:pPr>
        <w:spacing w:line="360" w:lineRule="auto"/>
        <w:textAlignment w:val="center"/>
        <w:rPr>
          <w:color w:val="000000"/>
          <w:lang w:eastAsia="zh-CN"/>
        </w:rPr>
      </w:pPr>
      <w:r>
        <w:rPr>
          <w:color w:val="2E75B6"/>
          <w:lang w:eastAsia="zh-CN"/>
        </w:rPr>
        <w:t>【答案】</w:t>
      </w:r>
      <w:r>
        <w:rPr>
          <w:rFonts w:ascii="Times New Roman" w:eastAsia="Times New Roman" w:hAnsi="Times New Roman" w:cs="Times New Roman"/>
          <w:color w:val="000000"/>
          <w:lang w:eastAsia="zh-CN"/>
        </w:rPr>
        <w:t>5</w:t>
      </w:r>
      <w:r>
        <w:rPr>
          <w:rFonts w:ascii="SimSun" w:eastAsia="SimSun" w:hAnsi="SimSun" w:cs="SimSun"/>
          <w:color w:val="000000"/>
          <w:lang w:eastAsia="zh-CN"/>
        </w:rPr>
        <w:t>或</w:t>
      </w:r>
      <w:r>
        <w:rPr>
          <w:rFonts w:ascii="Times New Roman" w:eastAsia="Times New Roman" w:hAnsi="Times New Roman" w:cs="Times New Roman"/>
          <w:color w:val="000000"/>
          <w:lang w:eastAsia="zh-CN"/>
        </w:rPr>
        <w:t>1##1或5</w:t>
      </w:r>
    </w:p>
    <w:p w14:paraId="51BE555B" w14:textId="77777777" w:rsidR="008113A1" w:rsidRDefault="00000000">
      <w:pPr>
        <w:spacing w:line="360" w:lineRule="auto"/>
        <w:textAlignment w:val="center"/>
        <w:rPr>
          <w:color w:val="000000"/>
          <w:lang w:eastAsia="zh-CN"/>
        </w:rPr>
      </w:pPr>
      <w:r>
        <w:rPr>
          <w:color w:val="2E75B6"/>
          <w:lang w:eastAsia="zh-CN"/>
        </w:rPr>
        <w:t>【解析】</w:t>
      </w:r>
    </w:p>
    <w:p w14:paraId="0DDD5775"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根据题意和数轴可以求得</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noProof/>
          <w:color w:val="000000"/>
        </w:rPr>
        <w:drawing>
          <wp:inline distT="0" distB="0" distL="114300" distR="114300" wp14:anchorId="42F75C4C" wp14:editId="269CB178">
            <wp:extent cx="133350" cy="177800"/>
            <wp:effectExtent l="0" t="0" r="0" b="13335"/>
            <wp:docPr id="4255" name="图片 1404199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6" name="图片 1404199853"/>
                    <pic:cNvPicPr>
                      <a:picLocks noChangeAspect="1"/>
                    </pic:cNvPicPr>
                  </pic:nvPicPr>
                  <pic:blipFill>
                    <a:blip r:embed="rId75"/>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值，从而可以求得</w:t>
      </w:r>
      <w:r>
        <w:pict w14:anchorId="1880BAE0">
          <v:shape id="_x0000_i1155" type="#_x0000_t75" alt="学科网(www.zxxk.com)--教育资源门户，提供试卷、教案、课件、论文、素材以及各类教学资源下载，还有大量而丰富的教学相关资讯！" style="width:27.15pt;height:14.25pt">
            <v:imagedata r:id="rId76" o:title="eqId704f858f73063183e5779257900e694d"/>
          </v:shape>
        </w:pict>
      </w:r>
      <w:r>
        <w:rPr>
          <w:rFonts w:ascii="SimSun" w:eastAsia="SimSun" w:hAnsi="SimSun" w:cs="SimSun"/>
          <w:color w:val="000000"/>
          <w:lang w:eastAsia="zh-CN"/>
        </w:rPr>
        <w:t>的值，本题得以解决．</w:t>
      </w:r>
    </w:p>
    <w:p w14:paraId="656F9B41"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pict w14:anchorId="3341E326">
          <v:shape id="_x0000_i1156" type="#_x0000_t75" alt="学科网(www.zxxk.com)--教育资源门户，提供试卷、教案、课件、论文、素材以及各类教学资源下载，还有大量而丰富的教学相关资讯！" style="width:63.15pt;height:20.4pt">
            <v:imagedata r:id="rId72" o:title="eqIdde6b16a65d6f7e00d0e163dcb546bedc"/>
          </v:shape>
        </w:pict>
      </w:r>
      <w:r>
        <w:rPr>
          <w:rFonts w:ascii="SimSun" w:eastAsia="SimSun" w:hAnsi="SimSun" w:cs="SimSun"/>
          <w:color w:val="000000"/>
          <w:lang w:eastAsia="zh-CN"/>
        </w:rPr>
        <w:t>，且</w:t>
      </w:r>
      <w:r>
        <w:pict w14:anchorId="5C4D33E2">
          <v:shape id="_x0000_i1157" type="#_x0000_t75" alt="学科网(www.zxxk.com)--教育资源门户，提供试卷、教案、课件、论文、素材以及各类教学资源下载，还有大量而丰富的教学相关资讯！" style="width:27.85pt;height:14.25pt">
            <v:imagedata r:id="rId77" o:title="eqIdd4d39f63380f7f1b57b2441522692678"/>
          </v:shape>
        </w:pict>
      </w:r>
      <w:r>
        <w:rPr>
          <w:rFonts w:ascii="SimSun" w:eastAsia="SimSun" w:hAnsi="SimSun" w:cs="SimSun"/>
          <w:color w:val="000000"/>
          <w:lang w:eastAsia="zh-CN"/>
        </w:rPr>
        <w:t>，</w:t>
      </w:r>
    </w:p>
    <w:p w14:paraId="72C7A4F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143901B1">
          <v:shape id="_x0000_i1158" type="#_x0000_t75" alt="学科网(www.zxxk.com)--教育资源门户，提供试卷、教案、课件、论文、素材以及各类教学资源下载，还有大量而丰富的教学相关资讯！" style="width:69.3pt;height:14.25pt">
            <v:imagedata r:id="rId78" o:title="eqId7e7439f64c6fd92c6edf80a27697f4cd"/>
          </v:shape>
        </w:pict>
      </w:r>
      <w:r>
        <w:rPr>
          <w:rFonts w:ascii="SimSun" w:eastAsia="SimSun" w:hAnsi="SimSun" w:cs="SimSun"/>
          <w:color w:val="000000"/>
          <w:lang w:eastAsia="zh-CN"/>
        </w:rPr>
        <w:t>，</w:t>
      </w:r>
    </w:p>
    <w:p w14:paraId="032AE1C4"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7F985492">
          <v:shape id="_x0000_i1159" type="#_x0000_t75" alt="学科网(www.zxxk.com)--教育资源门户，提供试卷、教案、课件、论文、素材以及各类教学资源下载，还有大量而丰富的教学相关资讯！" style="width:78.1pt;height:14.25pt">
            <v:imagedata r:id="rId79" o:title="eqIdf5de66dd47a3a95a106e1e335744fc10"/>
          </v:shape>
        </w:pict>
      </w:r>
      <w:r>
        <w:rPr>
          <w:rFonts w:ascii="SimSun" w:eastAsia="SimSun" w:hAnsi="SimSun" w:cs="SimSun"/>
          <w:color w:val="000000"/>
          <w:lang w:eastAsia="zh-CN"/>
        </w:rPr>
        <w:t>或</w:t>
      </w:r>
      <w:r>
        <w:pict w14:anchorId="3B65CEAD">
          <v:shape id="_x0000_i1160" type="#_x0000_t75" alt="学科网(www.zxxk.com)--教育资源门户，提供试卷、教案、课件、论文、素材以及各类教学资源下载，还有大量而丰富的教学相关资讯！" style="width:57.05pt;height:20.4pt">
            <v:imagedata r:id="rId80" o:title="eqId583bdca57d1b55a5b28c81bde6ecb09a"/>
          </v:shape>
        </w:pict>
      </w:r>
      <w:r>
        <w:rPr>
          <w:rFonts w:ascii="SimSun" w:eastAsia="SimSun" w:hAnsi="SimSun" w:cs="SimSun"/>
          <w:color w:val="000000"/>
          <w:lang w:eastAsia="zh-CN"/>
        </w:rPr>
        <w:t>，</w:t>
      </w:r>
    </w:p>
    <w:p w14:paraId="34D45E1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5</w:t>
      </w:r>
      <w:r>
        <w:rPr>
          <w:rFonts w:ascii="SimSun" w:eastAsia="SimSun" w:hAnsi="SimSun" w:cs="SimSun"/>
          <w:color w:val="000000"/>
          <w:lang w:eastAsia="zh-CN"/>
        </w:rPr>
        <w:t>或</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p>
    <w:p w14:paraId="5229B081"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本题考查数轴、绝对值，解答本题的关键是明确数轴的特点，利用数形结合的思想解答．</w:t>
      </w:r>
    </w:p>
    <w:p w14:paraId="24652825" w14:textId="77777777" w:rsidR="008113A1" w:rsidRDefault="00000000">
      <w:pPr>
        <w:pStyle w:val="Heading2"/>
        <w:rPr>
          <w:lang w:eastAsia="zh-CN"/>
        </w:rPr>
      </w:pPr>
      <w:bookmarkStart w:id="8" w:name="_Toc235460022"/>
      <w:r>
        <w:rPr>
          <w:lang w:eastAsia="zh-CN"/>
        </w:rPr>
        <w:t>海淀区首都师范大学附属中学第一分校</w:t>
      </w:r>
      <w:bookmarkEnd w:id="8"/>
    </w:p>
    <w:p w14:paraId="43D8AA6D" w14:textId="77777777" w:rsidR="008113A1" w:rsidRDefault="00000000">
      <w:pPr>
        <w:spacing w:line="360" w:lineRule="auto"/>
        <w:textAlignment w:val="center"/>
        <w:rPr>
          <w:color w:val="000000"/>
        </w:rPr>
      </w:pPr>
      <w:r>
        <w:rPr>
          <w:color w:val="2E75B6"/>
        </w:rPr>
        <w:t>【</w:t>
      </w:r>
      <w:proofErr w:type="spellStart"/>
      <w:r>
        <w:rPr>
          <w:color w:val="2E75B6"/>
        </w:rPr>
        <w:t>答案</w:t>
      </w:r>
      <w:proofErr w:type="spellEnd"/>
      <w:r>
        <w:rPr>
          <w:color w:val="2E75B6"/>
        </w:rPr>
        <w:t>】</w:t>
      </w:r>
      <w:r>
        <w:rPr>
          <w:rFonts w:ascii="SimSun" w:eastAsia="SimSun" w:hAnsi="SimSun" w:cs="SimSun"/>
          <w:color w:val="000000"/>
        </w:rPr>
        <w:t>②①③④</w:t>
      </w:r>
    </w:p>
    <w:p w14:paraId="6A0EEEA9" w14:textId="77777777" w:rsidR="008113A1" w:rsidRDefault="00000000">
      <w:pPr>
        <w:spacing w:line="360" w:lineRule="auto"/>
        <w:textAlignment w:val="center"/>
        <w:rPr>
          <w:color w:val="000000"/>
        </w:rPr>
      </w:pPr>
      <w:r>
        <w:rPr>
          <w:color w:val="2E75B6"/>
        </w:rPr>
        <w:t>【解析】</w:t>
      </w:r>
    </w:p>
    <w:p w14:paraId="59E6CC25"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本题考查了逻辑推理．根据小升或小</w:t>
      </w:r>
      <w:proofErr w:type="gramStart"/>
      <w:r>
        <w:rPr>
          <w:rFonts w:ascii="SimSun" w:eastAsia="SimSun" w:hAnsi="SimSun" w:cs="SimSun"/>
          <w:color w:val="000000"/>
          <w:lang w:eastAsia="zh-CN"/>
        </w:rPr>
        <w:t>焱</w:t>
      </w:r>
      <w:proofErr w:type="gramEnd"/>
      <w:r>
        <w:rPr>
          <w:rFonts w:ascii="SimSun" w:eastAsia="SimSun" w:hAnsi="SimSun" w:cs="SimSun"/>
          <w:color w:val="000000"/>
          <w:lang w:eastAsia="zh-CN"/>
        </w:rPr>
        <w:t>中的其中一个参加了②，说明小</w:t>
      </w:r>
      <w:proofErr w:type="gramStart"/>
      <w:r>
        <w:rPr>
          <w:rFonts w:ascii="SimSun" w:eastAsia="SimSun" w:hAnsi="SimSun" w:cs="SimSun"/>
          <w:color w:val="000000"/>
          <w:lang w:eastAsia="zh-CN"/>
        </w:rPr>
        <w:t>楠参加</w:t>
      </w:r>
      <w:proofErr w:type="gramEnd"/>
      <w:r>
        <w:rPr>
          <w:rFonts w:ascii="SimSun" w:eastAsia="SimSun" w:hAnsi="SimSun" w:cs="SimSun"/>
          <w:color w:val="000000"/>
          <w:lang w:eastAsia="zh-CN"/>
        </w:rPr>
        <w:t>了①为突破口，即可得出结果．</w:t>
      </w:r>
    </w:p>
    <w:p w14:paraId="06327FDC"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解：小</w:t>
      </w:r>
      <w:proofErr w:type="gramStart"/>
      <w:r>
        <w:rPr>
          <w:rFonts w:ascii="SimSun" w:eastAsia="SimSun" w:hAnsi="SimSun" w:cs="SimSun"/>
          <w:color w:val="000000"/>
          <w:lang w:eastAsia="zh-CN"/>
        </w:rPr>
        <w:t>升参加</w:t>
      </w:r>
      <w:proofErr w:type="gramEnd"/>
      <w:r>
        <w:rPr>
          <w:rFonts w:ascii="SimSun" w:eastAsia="SimSun" w:hAnsi="SimSun" w:cs="SimSun"/>
          <w:color w:val="000000"/>
          <w:lang w:eastAsia="zh-CN"/>
        </w:rPr>
        <w:t>了②③，</w:t>
      </w:r>
    </w:p>
    <w:p w14:paraId="5A5FDB49"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小</w:t>
      </w:r>
      <w:proofErr w:type="gramStart"/>
      <w:r>
        <w:rPr>
          <w:rFonts w:ascii="SimSun" w:eastAsia="SimSun" w:hAnsi="SimSun" w:cs="SimSun"/>
          <w:color w:val="000000"/>
          <w:lang w:eastAsia="zh-CN"/>
        </w:rPr>
        <w:t>楠参加</w:t>
      </w:r>
      <w:proofErr w:type="gramEnd"/>
      <w:r>
        <w:rPr>
          <w:rFonts w:ascii="SimSun" w:eastAsia="SimSun" w:hAnsi="SimSun" w:cs="SimSun"/>
          <w:color w:val="000000"/>
          <w:lang w:eastAsia="zh-CN"/>
        </w:rPr>
        <w:t>了①②，</w:t>
      </w:r>
    </w:p>
    <w:p w14:paraId="2A6C5A7C"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小霞参加了①③，</w:t>
      </w:r>
    </w:p>
    <w:p w14:paraId="19D80E2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根据小升或小</w:t>
      </w:r>
      <w:proofErr w:type="gramStart"/>
      <w:r>
        <w:rPr>
          <w:rFonts w:ascii="SimSun" w:eastAsia="SimSun" w:hAnsi="SimSun" w:cs="SimSun"/>
          <w:color w:val="000000"/>
          <w:lang w:eastAsia="zh-CN"/>
        </w:rPr>
        <w:t>焱</w:t>
      </w:r>
      <w:proofErr w:type="gramEnd"/>
      <w:r>
        <w:rPr>
          <w:rFonts w:ascii="SimSun" w:eastAsia="SimSun" w:hAnsi="SimSun" w:cs="SimSun"/>
          <w:color w:val="000000"/>
          <w:lang w:eastAsia="zh-CN"/>
        </w:rPr>
        <w:t>中的其中一个参加了②，</w:t>
      </w:r>
    </w:p>
    <w:p w14:paraId="10A3D679"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说明小</w:t>
      </w:r>
      <w:proofErr w:type="gramStart"/>
      <w:r>
        <w:rPr>
          <w:rFonts w:ascii="SimSun" w:eastAsia="SimSun" w:hAnsi="SimSun" w:cs="SimSun"/>
          <w:color w:val="000000"/>
          <w:lang w:eastAsia="zh-CN"/>
        </w:rPr>
        <w:t>楠参加</w:t>
      </w:r>
      <w:proofErr w:type="gramEnd"/>
      <w:r>
        <w:rPr>
          <w:rFonts w:ascii="SimSun" w:eastAsia="SimSun" w:hAnsi="SimSun" w:cs="SimSun"/>
          <w:color w:val="000000"/>
          <w:lang w:eastAsia="zh-CN"/>
        </w:rPr>
        <w:t>了①，小霞参加了③，小</w:t>
      </w:r>
      <w:proofErr w:type="gramStart"/>
      <w:r>
        <w:rPr>
          <w:rFonts w:ascii="SimSun" w:eastAsia="SimSun" w:hAnsi="SimSun" w:cs="SimSun"/>
          <w:color w:val="000000"/>
          <w:lang w:eastAsia="zh-CN"/>
        </w:rPr>
        <w:t>升参加</w:t>
      </w:r>
      <w:proofErr w:type="gramEnd"/>
      <w:r>
        <w:rPr>
          <w:rFonts w:ascii="SimSun" w:eastAsia="SimSun" w:hAnsi="SimSun" w:cs="SimSun"/>
          <w:color w:val="000000"/>
          <w:lang w:eastAsia="zh-CN"/>
        </w:rPr>
        <w:t>了②，小</w:t>
      </w:r>
      <w:proofErr w:type="gramStart"/>
      <w:r>
        <w:rPr>
          <w:rFonts w:ascii="SimSun" w:eastAsia="SimSun" w:hAnsi="SimSun" w:cs="SimSun"/>
          <w:color w:val="000000"/>
          <w:lang w:eastAsia="zh-CN"/>
        </w:rPr>
        <w:t>焱</w:t>
      </w:r>
      <w:proofErr w:type="gramEnd"/>
      <w:r>
        <w:rPr>
          <w:rFonts w:ascii="SimSun" w:eastAsia="SimSun" w:hAnsi="SimSun" w:cs="SimSun"/>
          <w:color w:val="000000"/>
          <w:lang w:eastAsia="zh-CN"/>
        </w:rPr>
        <w:t>参加了④，</w:t>
      </w:r>
    </w:p>
    <w:p w14:paraId="78678D6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故小升、小楠、小霞、小</w:t>
      </w:r>
      <w:proofErr w:type="gramStart"/>
      <w:r>
        <w:rPr>
          <w:rFonts w:ascii="SimSun" w:eastAsia="SimSun" w:hAnsi="SimSun" w:cs="SimSun"/>
          <w:color w:val="000000"/>
          <w:lang w:eastAsia="zh-CN"/>
        </w:rPr>
        <w:t>焱</w:t>
      </w:r>
      <w:proofErr w:type="gramEnd"/>
      <w:r>
        <w:rPr>
          <w:rFonts w:ascii="SimSun" w:eastAsia="SimSun" w:hAnsi="SimSun" w:cs="SimSun"/>
          <w:color w:val="000000"/>
          <w:lang w:eastAsia="zh-CN"/>
        </w:rPr>
        <w:t>分别参加的项目名称所对应的数字编号②①③④，</w:t>
      </w:r>
    </w:p>
    <w:p w14:paraId="37A9E55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lastRenderedPageBreak/>
        <w:t>故答案为：②①③④．</w:t>
      </w:r>
    </w:p>
    <w:p w14:paraId="0BD02AED"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w:t>
      </w:r>
    </w:p>
    <w:p w14:paraId="4C0B844A" w14:textId="77777777" w:rsidR="008113A1" w:rsidRDefault="00000000">
      <w:pPr>
        <w:pStyle w:val="Heading2"/>
        <w:rPr>
          <w:lang w:eastAsia="zh-CN"/>
        </w:rPr>
      </w:pPr>
      <w:bookmarkStart w:id="9" w:name="_Toc235460023"/>
      <w:r>
        <w:rPr>
          <w:lang w:eastAsia="zh-CN"/>
        </w:rPr>
        <w:t>海淀区首都师范大学附属中学第一分校</w:t>
      </w:r>
      <w:bookmarkEnd w:id="9"/>
    </w:p>
    <w:p w14:paraId="3CE1DD40" w14:textId="77777777" w:rsidR="008113A1" w:rsidRDefault="00000000">
      <w:pPr>
        <w:spacing w:line="360" w:lineRule="auto"/>
        <w:textAlignment w:val="center"/>
        <w:rPr>
          <w:color w:val="000000"/>
        </w:rPr>
      </w:pPr>
      <w:r>
        <w:rPr>
          <w:color w:val="2E75B6"/>
        </w:rPr>
        <w:t>【</w:t>
      </w:r>
      <w:proofErr w:type="spellStart"/>
      <w:r>
        <w:rPr>
          <w:color w:val="2E75B6"/>
        </w:rPr>
        <w:t>答案</w:t>
      </w:r>
      <w:proofErr w:type="spellEnd"/>
      <w:r>
        <w:rPr>
          <w:color w:val="2E75B6"/>
        </w:rPr>
        <w:t>】</w:t>
      </w:r>
      <w:r>
        <w:rPr>
          <w:color w:val="000000"/>
        </w:rPr>
        <w:t xml:space="preserve">    ①. </w:t>
      </w:r>
      <w:r>
        <w:rPr>
          <w:rFonts w:ascii="Times New Roman" w:eastAsia="Times New Roman" w:hAnsi="Times New Roman" w:cs="Times New Roman"/>
          <w:i/>
          <w:color w:val="000000"/>
        </w:rPr>
        <w:t>A</w:t>
      </w:r>
      <w:r>
        <w:rPr>
          <w:color w:val="000000"/>
        </w:rPr>
        <w:t xml:space="preserve">    ②. </w:t>
      </w:r>
      <w:r>
        <w:rPr>
          <w:rFonts w:ascii="Times New Roman" w:eastAsia="Times New Roman" w:hAnsi="Times New Roman" w:cs="Times New Roman"/>
          <w:color w:val="000000"/>
        </w:rPr>
        <w:t>3</w:t>
      </w:r>
    </w:p>
    <w:p w14:paraId="3FF1C3E8" w14:textId="77777777" w:rsidR="008113A1" w:rsidRDefault="00000000">
      <w:pPr>
        <w:spacing w:line="360" w:lineRule="auto"/>
        <w:textAlignment w:val="center"/>
        <w:rPr>
          <w:color w:val="000000"/>
        </w:rPr>
      </w:pPr>
      <w:r>
        <w:rPr>
          <w:color w:val="2E75B6"/>
        </w:rPr>
        <w:t>【解析】</w:t>
      </w:r>
    </w:p>
    <w:p w14:paraId="38F56516"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）若</w:t>
      </w:r>
      <w:r>
        <w:pict w14:anchorId="4F3238CD">
          <v:shape id="_x0000_i1165" type="#_x0000_t75" alt="学科网(www.zxxk.com)--教育资源门户，提供试卷、教案、课件、论文、素材以及各类教学资源下载，还有大量而丰富的教学相关资讯！" style="width:31.9pt;height:14.25pt">
            <v:imagedata r:id="rId81" o:title="eqIdb6d39e8c6fc9149d6290c493a65bdc53"/>
          </v:shape>
        </w:pict>
      </w:r>
      <w:r>
        <w:rPr>
          <w:rFonts w:ascii="SimSun" w:eastAsia="SimSun" w:hAnsi="SimSun" w:cs="SimSun"/>
          <w:color w:val="000000"/>
          <w:lang w:eastAsia="zh-CN"/>
        </w:rPr>
        <w:t>，</w:t>
      </w:r>
      <w:r>
        <w:pict w14:anchorId="756C10E2">
          <v:shape id="_x0000_i1166" type="#_x0000_t75" alt="学科网(www.zxxk.com)--教育资源门户，提供试卷、教案、课件、论文、素材以及各类教学资源下载，还有大量而丰富的教学相关资讯！" style="width:28.55pt;height:13.6pt">
            <v:imagedata r:id="rId82" o:title="eqIdaa4c355f11471a38f5583a434a1ddeb3"/>
          </v:shape>
        </w:pict>
      </w:r>
      <w:r>
        <w:rPr>
          <w:rFonts w:ascii="SimSun" w:eastAsia="SimSun" w:hAnsi="SimSun" w:cs="SimSun"/>
          <w:color w:val="000000"/>
          <w:lang w:eastAsia="zh-CN"/>
        </w:rPr>
        <w:t>，</w:t>
      </w:r>
      <w:r>
        <w:pict w14:anchorId="62C5A988">
          <v:shape id="_x0000_i1167" type="#_x0000_t75" alt="学科网(www.zxxk.com)--教育资源门户，提供试卷、教案、课件、论文、素材以及各类教学资源下载，还有大量而丰富的教学相关资讯！" style="width:27.85pt;height:14.25pt">
            <v:imagedata r:id="rId83" o:title="eqId9ab1c19b66cda3fb899f06d9a25e973c"/>
          </v:shape>
        </w:pict>
      </w:r>
      <w:r>
        <w:rPr>
          <w:rFonts w:ascii="SimSun" w:eastAsia="SimSun" w:hAnsi="SimSun" w:cs="SimSun"/>
          <w:color w:val="000000"/>
          <w:lang w:eastAsia="zh-CN"/>
        </w:rPr>
        <w:t>，求出</w:t>
      </w:r>
      <w:r>
        <w:rPr>
          <w:rFonts w:ascii="Times New Roman" w:eastAsia="Times New Roman" w:hAnsi="Times New Roman" w:cs="Times New Roman"/>
          <w:i/>
          <w:color w:val="000000"/>
          <w:lang w:eastAsia="zh-CN"/>
        </w:rPr>
        <w:t>m</w:t>
      </w:r>
      <w:r>
        <w:rPr>
          <w:rFonts w:ascii="SimSun" w:eastAsia="SimSun" w:hAnsi="SimSun" w:cs="SimSun"/>
          <w:color w:val="000000"/>
          <w:lang w:eastAsia="zh-CN"/>
        </w:rPr>
        <w:t>的值，再求出</w:t>
      </w:r>
      <w:r>
        <w:rPr>
          <w:rFonts w:ascii="Times New Roman" w:eastAsia="Times New Roman" w:hAnsi="Times New Roman" w:cs="Times New Roman"/>
          <w:i/>
          <w:color w:val="000000"/>
          <w:lang w:eastAsia="zh-CN"/>
        </w:rPr>
        <w:t>A</w:t>
      </w:r>
      <w:r>
        <w:rPr>
          <w:rFonts w:ascii="SimSun" w:eastAsia="SimSun" w:hAnsi="SimSun" w:cs="SimSun"/>
          <w:i/>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i/>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中与</w:t>
      </w:r>
      <w:r>
        <w:rPr>
          <w:rFonts w:ascii="Times New Roman" w:eastAsia="Times New Roman" w:hAnsi="Times New Roman" w:cs="Times New Roman"/>
          <w:i/>
          <w:color w:val="000000"/>
          <w:lang w:eastAsia="zh-CN"/>
        </w:rPr>
        <w:t>M</w:t>
      </w:r>
      <w:r>
        <w:rPr>
          <w:rFonts w:ascii="SimSun" w:eastAsia="SimSun" w:hAnsi="SimSun" w:cs="SimSun"/>
          <w:color w:val="000000"/>
          <w:lang w:eastAsia="zh-CN"/>
        </w:rPr>
        <w:t>距离，比较大小，得出与</w:t>
      </w:r>
      <w:r>
        <w:rPr>
          <w:rFonts w:ascii="Times New Roman" w:eastAsia="Times New Roman" w:hAnsi="Times New Roman" w:cs="Times New Roman"/>
          <w:i/>
          <w:color w:val="000000"/>
          <w:lang w:eastAsia="zh-CN"/>
        </w:rPr>
        <w:t>M</w:t>
      </w:r>
      <w:r>
        <w:rPr>
          <w:rFonts w:ascii="SimSun" w:eastAsia="SimSun" w:hAnsi="SimSun" w:cs="SimSun"/>
          <w:color w:val="000000"/>
          <w:lang w:eastAsia="zh-CN"/>
        </w:rPr>
        <w:t>距离最小的点为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color w:val="000000"/>
          <w:lang w:eastAsia="zh-CN"/>
        </w:rPr>
        <w:br/>
      </w: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）若在</w:t>
      </w:r>
      <w:r>
        <w:rPr>
          <w:rFonts w:ascii="Times New Roman" w:eastAsia="Times New Roman" w:hAnsi="Times New Roman" w:cs="Times New Roman"/>
          <w:i/>
          <w:color w:val="000000"/>
          <w:lang w:eastAsia="zh-CN"/>
        </w:rPr>
        <w:t>A</w:t>
      </w:r>
      <w:r>
        <w:rPr>
          <w:rFonts w:ascii="SimSun" w:eastAsia="SimSun" w:hAnsi="SimSun" w:cs="SimSun"/>
          <w:i/>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i/>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中，点</w:t>
      </w:r>
      <w:r>
        <w:rPr>
          <w:rFonts w:ascii="Times New Roman" w:eastAsia="Times New Roman" w:hAnsi="Times New Roman" w:cs="Times New Roman"/>
          <w:i/>
          <w:color w:val="000000"/>
          <w:lang w:eastAsia="zh-CN"/>
        </w:rPr>
        <w:t>C</w:t>
      </w:r>
      <w:r>
        <w:rPr>
          <w:rFonts w:ascii="SimSun" w:eastAsia="SimSun" w:hAnsi="SimSun" w:cs="SimSun"/>
          <w:color w:val="000000"/>
          <w:lang w:eastAsia="zh-CN"/>
        </w:rPr>
        <w:t>是一个变化的点，点</w:t>
      </w:r>
      <w:r>
        <w:rPr>
          <w:rFonts w:ascii="Times New Roman" w:eastAsia="Times New Roman" w:hAnsi="Times New Roman" w:cs="Times New Roman"/>
          <w:color w:val="000000"/>
          <w:lang w:eastAsia="zh-CN"/>
        </w:rPr>
        <w:t xml:space="preserve"> </w:t>
      </w:r>
      <w:r>
        <w:rPr>
          <w:rFonts w:ascii="Times New Roman" w:eastAsia="Times New Roman" w:hAnsi="Times New Roman" w:cs="Times New Roman"/>
          <w:i/>
          <w:color w:val="000000"/>
          <w:lang w:eastAsia="zh-CN"/>
        </w:rPr>
        <w:t>M</w:t>
      </w:r>
      <w:r>
        <w:rPr>
          <w:rFonts w:ascii="SimSun" w:eastAsia="SimSun" w:hAnsi="SimSun" w:cs="SimSun"/>
          <w:color w:val="000000"/>
          <w:lang w:eastAsia="zh-CN"/>
        </w:rPr>
        <w:t>随它变化，因此</w:t>
      </w:r>
      <w:r>
        <w:pict w14:anchorId="2F805FEC">
          <v:shape id="_x0000_i1168" type="#_x0000_t75" alt="学科网(www.zxxk.com)--教育资源门户，提供试卷、教案、课件、论文、素材以及各类教学资源下载，还有大量而丰富的教学相关资讯！" style="width:84.25pt;height:13.6pt">
            <v:imagedata r:id="rId84" o:title="eqIde43f6eedcee88c8a469eb099c1eb7a25"/>
          </v:shape>
        </w:pict>
      </w:r>
      <w:r>
        <w:rPr>
          <w:rFonts w:ascii="SimSun" w:eastAsia="SimSun" w:hAnsi="SimSun" w:cs="SimSun"/>
          <w:color w:val="000000"/>
          <w:lang w:eastAsia="zh-CN"/>
        </w:rPr>
        <w:t>也随之变化．点</w:t>
      </w:r>
      <w:r>
        <w:rPr>
          <w:rFonts w:ascii="Times New Roman" w:eastAsia="Times New Roman" w:hAnsi="Times New Roman" w:cs="Times New Roman"/>
          <w:i/>
          <w:color w:val="000000"/>
          <w:lang w:eastAsia="zh-CN"/>
        </w:rPr>
        <w:t>C</w:t>
      </w:r>
      <w:r>
        <w:rPr>
          <w:rFonts w:ascii="SimSun" w:eastAsia="SimSun" w:hAnsi="SimSun" w:cs="SimSun"/>
          <w:color w:val="000000"/>
          <w:lang w:eastAsia="zh-CN"/>
        </w:rPr>
        <w:t>与点</w:t>
      </w:r>
      <w:r>
        <w:rPr>
          <w:rFonts w:ascii="Times New Roman" w:eastAsia="Times New Roman" w:hAnsi="Times New Roman" w:cs="Times New Roman"/>
          <w:i/>
          <w:color w:val="000000"/>
          <w:lang w:eastAsia="zh-CN"/>
        </w:rPr>
        <w:t>M</w:t>
      </w:r>
      <w:r>
        <w:rPr>
          <w:rFonts w:ascii="SimSun" w:eastAsia="SimSun" w:hAnsi="SimSun" w:cs="SimSun"/>
          <w:color w:val="000000"/>
          <w:lang w:eastAsia="zh-CN"/>
        </w:rPr>
        <w:t>的距离最小，则符合条件的点</w:t>
      </w:r>
      <w:r>
        <w:rPr>
          <w:rFonts w:ascii="Times New Roman" w:eastAsia="Times New Roman" w:hAnsi="Times New Roman" w:cs="Times New Roman"/>
          <w:i/>
          <w:color w:val="000000"/>
          <w:lang w:eastAsia="zh-CN"/>
        </w:rPr>
        <w:t>C</w:t>
      </w:r>
      <w:r>
        <w:rPr>
          <w:rFonts w:ascii="SimSun" w:eastAsia="SimSun" w:hAnsi="SimSun" w:cs="SimSun"/>
          <w:color w:val="000000"/>
          <w:lang w:eastAsia="zh-CN"/>
        </w:rPr>
        <w:t>有</w:t>
      </w:r>
      <w:r>
        <w:rPr>
          <w:rFonts w:ascii="Times New Roman" w:eastAsia="Times New Roman" w:hAnsi="Times New Roman" w:cs="Times New Roman"/>
          <w:color w:val="000000"/>
          <w:lang w:eastAsia="zh-CN"/>
        </w:rPr>
        <w:t>3</w:t>
      </w:r>
      <w:r>
        <w:rPr>
          <w:rFonts w:ascii="SimSun" w:eastAsia="SimSun" w:hAnsi="SimSun" w:cs="SimSun"/>
          <w:color w:val="000000"/>
          <w:lang w:eastAsia="zh-CN"/>
        </w:rPr>
        <w:t>个．</w:t>
      </w:r>
    </w:p>
    <w:p w14:paraId="16C14AF3"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rPr>
          <w:rFonts w:ascii="Times New Roman" w:eastAsia="Times New Roman" w:hAnsi="Times New Roman" w:cs="Times New Roman"/>
          <w:color w:val="000000"/>
          <w:lang w:eastAsia="zh-CN"/>
        </w:rPr>
        <w:t>1</w:t>
      </w:r>
      <w:r>
        <w:rPr>
          <w:rFonts w:ascii="SimSun" w:eastAsia="SimSun" w:hAnsi="SimSun" w:cs="SimSun"/>
          <w:color w:val="000000"/>
          <w:lang w:eastAsia="zh-CN"/>
        </w:rPr>
        <w:t>）当</w:t>
      </w:r>
      <w:r>
        <w:pict w14:anchorId="089D4821">
          <v:shape id="_x0000_i1169" type="#_x0000_t75" alt="学科网(www.zxxk.com)--教育资源门户，提供试卷、教案、课件、论文、素材以及各类教学资源下载，还有大量而丰富的教学相关资讯！" style="width:31.9pt;height:14.25pt">
            <v:imagedata r:id="rId81" o:title="eqIdb6d39e8c6fc9149d6290c493a65bdc53"/>
          </v:shape>
        </w:pict>
      </w:r>
      <w:r>
        <w:rPr>
          <w:rFonts w:ascii="SimSun" w:eastAsia="SimSun" w:hAnsi="SimSun" w:cs="SimSun"/>
          <w:color w:val="000000"/>
          <w:lang w:eastAsia="zh-CN"/>
        </w:rPr>
        <w:t>，</w:t>
      </w:r>
      <w:r>
        <w:pict w14:anchorId="166387A2">
          <v:shape id="_x0000_i1170" type="#_x0000_t75" alt="学科网(www.zxxk.com)--教育资源门户，提供试卷、教案、课件、论文、素材以及各类教学资源下载，还有大量而丰富的教学相关资讯！" style="width:28.55pt;height:13.6pt">
            <v:imagedata r:id="rId82" o:title="eqIdaa4c355f11471a38f5583a434a1ddeb3"/>
          </v:shape>
        </w:pict>
      </w:r>
      <w:r>
        <w:rPr>
          <w:rFonts w:ascii="SimSun" w:eastAsia="SimSun" w:hAnsi="SimSun" w:cs="SimSun"/>
          <w:color w:val="000000"/>
          <w:lang w:eastAsia="zh-CN"/>
        </w:rPr>
        <w:t>，</w:t>
      </w:r>
      <w:r>
        <w:pict w14:anchorId="71FABFA8">
          <v:shape id="_x0000_i1171" type="#_x0000_t75" alt="学科网(www.zxxk.com)--教育资源门户，提供试卷、教案、课件、论文、素材以及各类教学资源下载，还有大量而丰富的教学相关资讯！" style="width:27.85pt;height:14.25pt">
            <v:imagedata r:id="rId83" o:title="eqId9ab1c19b66cda3fb899f06d9a25e973c"/>
          </v:shape>
        </w:pict>
      </w:r>
      <w:r>
        <w:rPr>
          <w:rFonts w:ascii="SimSun" w:eastAsia="SimSun" w:hAnsi="SimSun" w:cs="SimSun"/>
          <w:color w:val="000000"/>
          <w:lang w:eastAsia="zh-CN"/>
        </w:rPr>
        <w:t>时，</w:t>
      </w:r>
      <w:r>
        <w:pict w14:anchorId="43923609">
          <v:shape id="_x0000_i1172" type="#_x0000_t75" alt="学科网(www.zxxk.com)--教育资源门户，提供试卷、教案、课件、论文、素材以及各类教学资源下载，还有大量而丰富的教学相关资讯！" style="width:120.9pt;height:20.4pt">
            <v:imagedata r:id="rId85" o:title="eqId93fe5c54d5ebfce68c4b314347fc74f7"/>
          </v:shape>
        </w:pict>
      </w:r>
      <w:r>
        <w:rPr>
          <w:rFonts w:ascii="SimSun" w:eastAsia="SimSun" w:hAnsi="SimSun" w:cs="SimSun"/>
          <w:color w:val="000000"/>
          <w:lang w:eastAsia="zh-CN"/>
        </w:rPr>
        <w:t>，</w:t>
      </w:r>
    </w:p>
    <w:p w14:paraId="53595DA5" w14:textId="77777777" w:rsidR="008113A1" w:rsidRDefault="00000000">
      <w:pPr>
        <w:spacing w:line="360" w:lineRule="auto"/>
        <w:jc w:val="both"/>
        <w:textAlignment w:val="center"/>
        <w:rPr>
          <w:color w:val="000000"/>
          <w:lang w:eastAsia="zh-CN"/>
        </w:rPr>
      </w:pPr>
      <w:r>
        <w:pict w14:anchorId="47EAE4B0">
          <v:shape id="_x0000_i1173" type="#_x0000_t75" alt="学科网(www.zxxk.com)--教育资源门户，提供试卷、教案、课件、论文、素材以及各类教学资源下载，还有大量而丰富的教学相关资讯！" style="width:9.5pt;height:8.85pt">
            <v:imagedata r:id="rId86" o:title="eqId2de0d10ef8b748d4531250c37c5d3f9e"/>
          </v:shape>
        </w:pict>
      </w:r>
      <w:r>
        <w:pict w14:anchorId="7C1119D3">
          <v:shape id="_x0000_i1174" type="#_x0000_t75" alt="学科网(www.zxxk.com)--教育资源门户，提供试卷、教案、课件、论文、素材以及各类教学资源下载，还有大量而丰富的教学相关资讯！" style="width:93.75pt;height:14.25pt">
            <v:imagedata r:id="rId87" o:title="eqId58b23bc5f8732622d9151787d212f7c4"/>
          </v:shape>
        </w:pict>
      </w:r>
      <w:r>
        <w:rPr>
          <w:rFonts w:ascii="SimSun" w:eastAsia="SimSun" w:hAnsi="SimSun" w:cs="SimSun"/>
          <w:color w:val="000000"/>
          <w:lang w:eastAsia="zh-CN"/>
        </w:rPr>
        <w:t>，</w:t>
      </w:r>
      <w:r>
        <w:pict w14:anchorId="67126857">
          <v:shape id="_x0000_i1175" type="#_x0000_t75" alt="学科网(www.zxxk.com)--教育资源门户，提供试卷、教案、课件、论文、素材以及各类教学资源下载，还有大量而丰富的教学相关资讯！" style="width:93.75pt;height:14.25pt">
            <v:imagedata r:id="rId88" o:title="eqId463b12f23ce5fd9e8ca617e122e6157a"/>
          </v:shape>
        </w:pict>
      </w:r>
      <w:r>
        <w:rPr>
          <w:rFonts w:ascii="SimSun" w:eastAsia="SimSun" w:hAnsi="SimSun" w:cs="SimSun"/>
          <w:color w:val="000000"/>
          <w:lang w:eastAsia="zh-CN"/>
        </w:rPr>
        <w:t>，</w:t>
      </w:r>
      <w:r>
        <w:pict w14:anchorId="141373F0">
          <v:shape id="_x0000_i1176" type="#_x0000_t75" alt="学科网(www.zxxk.com)--教育资源门户，提供试卷、教案、课件、论文、素材以及各类教学资源下载，还有大量而丰富的教学相关资讯！" style="width:98.5pt;height:14.25pt">
            <v:imagedata r:id="rId89" o:title="eqId65429e3b8d1e63bcd4e4ebc5a4323ca4"/>
          </v:shape>
        </w:pict>
      </w:r>
      <w:r>
        <w:rPr>
          <w:rFonts w:ascii="SimSun" w:eastAsia="SimSun" w:hAnsi="SimSun" w:cs="SimSun"/>
          <w:color w:val="000000"/>
          <w:lang w:eastAsia="zh-CN"/>
        </w:rPr>
        <w:t>，</w:t>
      </w:r>
    </w:p>
    <w:p w14:paraId="222AEDB3"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所以</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中与</w:t>
      </w:r>
      <w:r>
        <w:rPr>
          <w:rFonts w:ascii="Times New Roman" w:eastAsia="Times New Roman" w:hAnsi="Times New Roman" w:cs="Times New Roman"/>
          <w:i/>
          <w:color w:val="000000"/>
          <w:lang w:eastAsia="zh-CN"/>
        </w:rPr>
        <w:t>M</w:t>
      </w:r>
      <w:r>
        <w:rPr>
          <w:rFonts w:ascii="SimSun" w:eastAsia="SimSun" w:hAnsi="SimSun" w:cs="SimSun"/>
          <w:color w:val="000000"/>
          <w:lang w:eastAsia="zh-CN"/>
        </w:rPr>
        <w:t>距离最小的点为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p>
    <w:p w14:paraId="63EDA24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故答案为：点</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p>
    <w:p w14:paraId="2E7744C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w:t>
      </w:r>
      <w:r>
        <w:pict w14:anchorId="73A5318E">
          <v:shape id="_x0000_i1177" type="#_x0000_t75" alt="学科网(www.zxxk.com)--教育资源门户，提供试卷、教案、课件、论文、素材以及各类教学资源下载，还有大量而丰富的教学相关资讯！" style="width:156.9pt;height:20.4pt">
            <v:imagedata r:id="rId90" o:title="eqId19fb5e4d2cdab451515513e81f003339"/>
          </v:shape>
        </w:pict>
      </w:r>
      <w:r>
        <w:rPr>
          <w:rFonts w:ascii="SimSun" w:eastAsia="SimSun" w:hAnsi="SimSun" w:cs="SimSun"/>
          <w:color w:val="000000"/>
          <w:lang w:eastAsia="zh-CN"/>
        </w:rPr>
        <w:t>．</w:t>
      </w:r>
    </w:p>
    <w:p w14:paraId="5D573A13"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①</w:t>
      </w:r>
      <w:r>
        <w:rPr>
          <w:rFonts w:ascii="SimSun" w:eastAsia="SimSun" w:hAnsi="SimSun" w:cs="SimSun"/>
          <w:color w:val="000000"/>
          <w:lang w:eastAsia="zh-CN"/>
        </w:rPr>
        <w:t>当</w:t>
      </w:r>
      <w:r>
        <w:pict w14:anchorId="59004C90">
          <v:shape id="_x0000_i1178" type="#_x0000_t75" alt="学科网(www.zxxk.com)--教育资源门户，提供试卷、教案、课件、论文、素材以及各类教学资源下载，还有大量而丰富的教学相关资讯！" style="width:24.45pt;height:14.25pt">
            <v:imagedata r:id="rId91" o:title="eqId4580cc037c0c760c728cdbb74a8154c6"/>
          </v:shape>
        </w:pict>
      </w:r>
      <w:r>
        <w:rPr>
          <w:rFonts w:ascii="SimSun" w:eastAsia="SimSun" w:hAnsi="SimSun" w:cs="SimSun"/>
          <w:color w:val="000000"/>
          <w:lang w:eastAsia="zh-CN"/>
        </w:rPr>
        <w:t>时，</w:t>
      </w:r>
      <w:r>
        <w:pict w14:anchorId="11D2E911">
          <v:shape id="_x0000_i1179" type="#_x0000_t75" alt="学科网(www.zxxk.com)--教育资源门户，提供试卷、教案、课件、论文、素材以及各类教学资源下载，还有大量而丰富的教学相关资讯！" style="width:40.1pt;height:14.25pt">
            <v:imagedata r:id="rId92" o:title="eqId35d57ffb7cb268fddb72371fee9442eb"/>
          </v:shape>
        </w:pict>
      </w:r>
      <w:r>
        <w:rPr>
          <w:rFonts w:ascii="SimSun" w:eastAsia="SimSun" w:hAnsi="SimSun" w:cs="SimSun"/>
          <w:color w:val="000000"/>
          <w:lang w:eastAsia="zh-CN"/>
        </w:rPr>
        <w:t>．</w:t>
      </w:r>
      <w:r>
        <w:pict w14:anchorId="4A0BD2FE">
          <v:shape id="_x0000_i1180" type="#_x0000_t75" alt="学科网(www.zxxk.com)--教育资源门户，提供试卷、教案、课件、论文、素材以及各类教学资源下载，还有大量而丰富的教学相关资讯！" style="width:50.25pt;height:14.25pt">
            <v:imagedata r:id="rId93" o:title="eqIdeb57a388d7deb1a2cf8bbdb429bfc9ae"/>
          </v:shape>
        </w:pict>
      </w:r>
      <w:r>
        <w:rPr>
          <w:rFonts w:ascii="SimSun" w:eastAsia="SimSun" w:hAnsi="SimSun" w:cs="SimSun"/>
          <w:color w:val="000000"/>
          <w:lang w:eastAsia="zh-CN"/>
        </w:rPr>
        <w:t>，</w:t>
      </w:r>
      <w:r>
        <w:pict w14:anchorId="29CBB0BD">
          <v:shape id="_x0000_i1181" type="#_x0000_t75" alt="学科网(www.zxxk.com)--教育资源门户，提供试卷、教案、课件、论文、素材以及各类教学资源下载，还有大量而丰富的教学相关资讯！" style="width:50.25pt;height:14.25pt">
            <v:imagedata r:id="rId94" o:title="eqIdaa8a0531c780969a3a3ccefc8a0063ce"/>
          </v:shape>
        </w:pict>
      </w:r>
      <w:r>
        <w:rPr>
          <w:rFonts w:ascii="SimSun" w:eastAsia="SimSun" w:hAnsi="SimSun" w:cs="SimSun"/>
          <w:color w:val="000000"/>
          <w:lang w:eastAsia="zh-CN"/>
        </w:rPr>
        <w:t>，</w:t>
      </w:r>
      <w:r>
        <w:pict w14:anchorId="68EFBDC1">
          <v:shape id="_x0000_i1182" type="#_x0000_t75" alt="学科网(www.zxxk.com)--教育资源门户，提供试卷、教案、课件、论文、素材以及各类教学资源下载，还有大量而丰富的教学相关资讯！" style="width:48.9pt;height:14.25pt">
            <v:imagedata r:id="rId95" o:title="eqId43653d55a157e3b64091c33f9287e54e"/>
          </v:shape>
        </w:pict>
      </w:r>
      <w:r>
        <w:rPr>
          <w:rFonts w:ascii="SimSun" w:eastAsia="SimSun" w:hAnsi="SimSun" w:cs="SimSun"/>
          <w:color w:val="000000"/>
          <w:lang w:eastAsia="zh-CN"/>
        </w:rPr>
        <w:t>，此时</w:t>
      </w:r>
      <w:r>
        <w:pict w14:anchorId="7028EB22">
          <v:shape id="_x0000_i1183" type="#_x0000_t75" alt="学科网(www.zxxk.com)--教育资源门户，提供试卷、教案、课件、论文、素材以及各类教学资源下载，还有大量而丰富的教学相关资讯！" style="width:23.1pt;height:14.25pt">
            <v:imagedata r:id="rId96" o:title="eqId2e883f81c66ceef54d2d0556a68ed585"/>
          </v:shape>
        </w:pict>
      </w:r>
      <w:r>
        <w:rPr>
          <w:rFonts w:ascii="SimSun" w:eastAsia="SimSun" w:hAnsi="SimSun" w:cs="SimSun"/>
          <w:color w:val="000000"/>
          <w:lang w:eastAsia="zh-CN"/>
        </w:rPr>
        <w:t>最小；</w:t>
      </w:r>
    </w:p>
    <w:p w14:paraId="39BC4194"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②</w:t>
      </w:r>
      <w:r>
        <w:rPr>
          <w:rFonts w:ascii="SimSun" w:eastAsia="SimSun" w:hAnsi="SimSun" w:cs="SimSun"/>
          <w:color w:val="000000"/>
          <w:lang w:eastAsia="zh-CN"/>
        </w:rPr>
        <w:t>当</w:t>
      </w:r>
      <w:r>
        <w:pict w14:anchorId="437B7C72">
          <v:shape id="_x0000_i1184" type="#_x0000_t75" alt="学科网(www.zxxk.com)--教育资源门户，提供试卷、教案、课件、论文、素材以及各类教学资源下载，还有大量而丰富的教学相关资讯！" style="width:27.15pt;height:14.25pt">
            <v:imagedata r:id="rId97" o:title="eqId6de1d395e6c48c0676a1488a299479d9"/>
          </v:shape>
        </w:pict>
      </w:r>
      <w:r>
        <w:rPr>
          <w:rFonts w:ascii="SimSun" w:eastAsia="SimSun" w:hAnsi="SimSun" w:cs="SimSun"/>
          <w:color w:val="000000"/>
          <w:lang w:eastAsia="zh-CN"/>
        </w:rPr>
        <w:t>时，</w:t>
      </w:r>
      <w:r>
        <w:pict w14:anchorId="6985B8BA">
          <v:shape id="_x0000_i1185" type="#_x0000_t75" alt="学科网(www.zxxk.com)--教育资源门户，提供试卷、教案、课件、论文、素材以及各类教学资源下载，还有大量而丰富的教学相关资讯！" style="width:35.3pt;height:12.9pt">
            <v:imagedata r:id="rId98" o:title="eqId0479bde34c8b093c9e62171149d3fcfb"/>
          </v:shape>
        </w:pict>
      </w:r>
      <w:r>
        <w:rPr>
          <w:rFonts w:ascii="SimSun" w:eastAsia="SimSun" w:hAnsi="SimSun" w:cs="SimSun"/>
          <w:color w:val="000000"/>
          <w:lang w:eastAsia="zh-CN"/>
        </w:rPr>
        <w:t>．</w:t>
      </w:r>
      <w:r>
        <w:pict w14:anchorId="69CCBAA9">
          <v:shape id="_x0000_i1186" type="#_x0000_t75" alt="学科网(www.zxxk.com)--教育资源门户，提供试卷、教案、课件、论文、素材以及各类教学资源下载，还有大量而丰富的教学相关资讯！" style="width:50.25pt;height:14.25pt">
            <v:imagedata r:id="rId99" o:title="eqIdafa1e037a7d322e50225144836a4ba66"/>
          </v:shape>
        </w:pict>
      </w:r>
      <w:r>
        <w:rPr>
          <w:rFonts w:ascii="SimSun" w:eastAsia="SimSun" w:hAnsi="SimSun" w:cs="SimSun"/>
          <w:color w:val="000000"/>
          <w:lang w:eastAsia="zh-CN"/>
        </w:rPr>
        <w:t>，</w:t>
      </w:r>
      <w:r>
        <w:pict w14:anchorId="3B6551C9">
          <v:shape id="_x0000_i1187" type="#_x0000_t75" alt="学科网(www.zxxk.com)--教育资源门户，提供试卷、教案、课件、论文、素材以及各类教学资源下载，还有大量而丰富的教学相关资讯！" style="width:50.25pt;height:14.25pt">
            <v:imagedata r:id="rId100" o:title="eqId5e3d9c867a6983085e4a9dfe58fbb887"/>
          </v:shape>
        </w:pict>
      </w:r>
      <w:r>
        <w:rPr>
          <w:rFonts w:ascii="SimSun" w:eastAsia="SimSun" w:hAnsi="SimSun" w:cs="SimSun"/>
          <w:color w:val="000000"/>
          <w:lang w:eastAsia="zh-CN"/>
        </w:rPr>
        <w:t>，</w:t>
      </w:r>
      <w:r>
        <w:pict w14:anchorId="78285D6A">
          <v:shape id="_x0000_i1188" type="#_x0000_t75" alt="学科网(www.zxxk.com)--教育资源门户，提供试卷、教案、课件、论文、素材以及各类教学资源下载，还有大量而丰富的教学相关资讯！" style="width:50.25pt;height:14.25pt">
            <v:imagedata r:id="rId101" o:title="eqId6aa85f6649337870b9f82e40d5ad1cc8"/>
          </v:shape>
        </w:pict>
      </w:r>
      <w:r>
        <w:rPr>
          <w:rFonts w:ascii="SimSun" w:eastAsia="SimSun" w:hAnsi="SimSun" w:cs="SimSun"/>
          <w:color w:val="000000"/>
          <w:lang w:eastAsia="zh-CN"/>
        </w:rPr>
        <w:t>，此时</w:t>
      </w:r>
      <w:r>
        <w:pict w14:anchorId="399042D4">
          <v:shape id="_x0000_i1189" type="#_x0000_t75" alt="学科网(www.zxxk.com)--教育资源门户，提供试卷、教案、课件、论文、素材以及各类教学资源下载，还有大量而丰富的教学相关资讯！" style="width:23.1pt;height:14.25pt">
            <v:imagedata r:id="rId96" o:title="eqId2e883f81c66ceef54d2d0556a68ed585"/>
          </v:shape>
        </w:pict>
      </w:r>
      <w:r>
        <w:rPr>
          <w:rFonts w:ascii="SimSun" w:eastAsia="SimSun" w:hAnsi="SimSun" w:cs="SimSun"/>
          <w:color w:val="000000"/>
          <w:lang w:eastAsia="zh-CN"/>
        </w:rPr>
        <w:t>最小；</w:t>
      </w:r>
    </w:p>
    <w:p w14:paraId="076DE26C"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③</w:t>
      </w:r>
      <w:r>
        <w:rPr>
          <w:rFonts w:ascii="SimSun" w:eastAsia="SimSun" w:hAnsi="SimSun" w:cs="SimSun"/>
          <w:color w:val="000000"/>
          <w:lang w:eastAsia="zh-CN"/>
        </w:rPr>
        <w:t>当</w:t>
      </w:r>
      <w:r>
        <w:pict w14:anchorId="364C4E34">
          <v:shape id="_x0000_i1190" type="#_x0000_t75" alt="学科网(www.zxxk.com)--教育资源门户，提供试卷、教案、课件、论文、素材以及各类教学资源下载，还有大量而丰富的教学相关资讯！" style="width:25.8pt;height:14.25pt">
            <v:imagedata r:id="rId102" o:title="eqIddcb5bac75f36bb1dc5c8190d4dbe681d"/>
          </v:shape>
        </w:pict>
      </w:r>
      <w:r>
        <w:rPr>
          <w:rFonts w:ascii="SimSun" w:eastAsia="SimSun" w:hAnsi="SimSun" w:cs="SimSun"/>
          <w:color w:val="000000"/>
          <w:lang w:eastAsia="zh-CN"/>
        </w:rPr>
        <w:t>时，</w:t>
      </w:r>
      <w:r>
        <w:pict w14:anchorId="79F0A608">
          <v:shape id="_x0000_i1191" type="#_x0000_t75" alt="学科网(www.zxxk.com)--教育资源门户，提供试卷、教案、课件、论文、素材以及各类教学资源下载，还有大量而丰富的教学相关资讯！" style="width:38.7pt;height:14.25pt">
            <v:imagedata r:id="rId103" o:title="eqId3fafea91db2ec345c3edd93c63503155"/>
          </v:shape>
        </w:pict>
      </w:r>
      <w:r>
        <w:rPr>
          <w:rFonts w:ascii="SimSun" w:eastAsia="SimSun" w:hAnsi="SimSun" w:cs="SimSun"/>
          <w:color w:val="000000"/>
          <w:lang w:eastAsia="zh-CN"/>
        </w:rPr>
        <w:t>．</w:t>
      </w:r>
      <w:r>
        <w:pict w14:anchorId="3904DA58">
          <v:shape id="_x0000_i1192" type="#_x0000_t75" alt="学科网(www.zxxk.com)--教育资源门户，提供试卷、教案、课件、论文、素材以及各类教学资源下载，还有大量而丰富的教学相关资讯！" style="width:50.25pt;height:14.25pt">
            <v:imagedata r:id="rId104" o:title="eqId862f535383560401c32bc8d51b107019"/>
          </v:shape>
        </w:pict>
      </w:r>
      <w:r>
        <w:rPr>
          <w:rFonts w:ascii="SimSun" w:eastAsia="SimSun" w:hAnsi="SimSun" w:cs="SimSun"/>
          <w:color w:val="000000"/>
          <w:lang w:eastAsia="zh-CN"/>
        </w:rPr>
        <w:t>，</w:t>
      </w:r>
      <w:r>
        <w:pict w14:anchorId="3347A118">
          <v:shape id="_x0000_i1193" type="#_x0000_t75" alt="学科网(www.zxxk.com)--教育资源门户，提供试卷、教案、课件、论文、素材以及各类教学资源下载，还有大量而丰富的教学相关资讯！" style="width:50.25pt;height:14.25pt">
            <v:imagedata r:id="rId105" o:title="eqId2ee13a19e24b65271d8536701476149f"/>
          </v:shape>
        </w:pict>
      </w:r>
      <w:r>
        <w:rPr>
          <w:rFonts w:ascii="SimSun" w:eastAsia="SimSun" w:hAnsi="SimSun" w:cs="SimSun"/>
          <w:color w:val="000000"/>
          <w:lang w:eastAsia="zh-CN"/>
        </w:rPr>
        <w:t>，</w:t>
      </w:r>
      <w:r>
        <w:pict w14:anchorId="73BB37BA">
          <v:shape id="_x0000_i1194" type="#_x0000_t75" alt="学科网(www.zxxk.com)--教育资源门户，提供试卷、教案、课件、论文、素材以及各类教学资源下载，还有大量而丰富的教学相关资讯！" style="width:50.25pt;height:14.25pt">
            <v:imagedata r:id="rId106" o:title="eqId92b60a52c5f7067f69e81baae79d34c2"/>
          </v:shape>
        </w:pict>
      </w:r>
      <w:r>
        <w:rPr>
          <w:rFonts w:ascii="SimSun" w:eastAsia="SimSun" w:hAnsi="SimSun" w:cs="SimSun"/>
          <w:color w:val="000000"/>
          <w:lang w:eastAsia="zh-CN"/>
        </w:rPr>
        <w:t>，此时</w:t>
      </w:r>
      <w:r>
        <w:pict w14:anchorId="05CA3F5E">
          <v:shape id="_x0000_i1195" type="#_x0000_t75" alt="学科网(www.zxxk.com)--教育资源门户，提供试卷、教案、课件、论文、素材以及各类教学资源下载，还有大量而丰富的教学相关资讯！" style="width:23.1pt;height:14.25pt">
            <v:imagedata r:id="rId96" o:title="eqId2e883f81c66ceef54d2d0556a68ed585"/>
          </v:shape>
        </w:pict>
      </w:r>
      <w:r>
        <w:rPr>
          <w:rFonts w:ascii="SimSun" w:eastAsia="SimSun" w:hAnsi="SimSun" w:cs="SimSun"/>
          <w:color w:val="000000"/>
          <w:lang w:eastAsia="zh-CN"/>
        </w:rPr>
        <w:t>最小；</w:t>
      </w:r>
    </w:p>
    <w:p w14:paraId="4D0110E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所以符合条件的点</w:t>
      </w:r>
      <w:r>
        <w:rPr>
          <w:rFonts w:ascii="Times New Roman" w:eastAsia="Times New Roman" w:hAnsi="Times New Roman" w:cs="Times New Roman"/>
          <w:i/>
          <w:color w:val="000000"/>
          <w:lang w:eastAsia="zh-CN"/>
        </w:rPr>
        <w:t>C</w:t>
      </w:r>
      <w:r>
        <w:rPr>
          <w:rFonts w:ascii="SimSun" w:eastAsia="SimSun" w:hAnsi="SimSun" w:cs="SimSun"/>
          <w:color w:val="000000"/>
          <w:lang w:eastAsia="zh-CN"/>
        </w:rPr>
        <w:t>有</w:t>
      </w:r>
      <w:r>
        <w:rPr>
          <w:rFonts w:ascii="Times New Roman" w:eastAsia="Times New Roman" w:hAnsi="Times New Roman" w:cs="Times New Roman"/>
          <w:color w:val="000000"/>
          <w:lang w:eastAsia="zh-CN"/>
        </w:rPr>
        <w:t>3</w:t>
      </w:r>
      <w:r>
        <w:rPr>
          <w:rFonts w:ascii="SimSun" w:eastAsia="SimSun" w:hAnsi="SimSun" w:cs="SimSun"/>
          <w:color w:val="000000"/>
          <w:lang w:eastAsia="zh-CN"/>
        </w:rPr>
        <w:t>个．</w:t>
      </w:r>
    </w:p>
    <w:p w14:paraId="3CF26D2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3</w:t>
      </w:r>
      <w:r>
        <w:rPr>
          <w:rFonts w:ascii="SimSun" w:eastAsia="SimSun" w:hAnsi="SimSun" w:cs="SimSun"/>
          <w:color w:val="000000"/>
          <w:lang w:eastAsia="zh-CN"/>
        </w:rPr>
        <w:t>．</w:t>
      </w:r>
    </w:p>
    <w:p w14:paraId="3B520E9E"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本题主要考查了实数大小比较的方法，在数轴上表示数的方法，以及数轴的特征：一般来说，当数轴正方向朝右时，右边的数总比左边的数大．</w:t>
      </w:r>
    </w:p>
    <w:p w14:paraId="560785A2" w14:textId="77777777" w:rsidR="008113A1" w:rsidRDefault="00000000">
      <w:pPr>
        <w:spacing w:line="285" w:lineRule="auto"/>
        <w:textAlignment w:val="center"/>
        <w:rPr>
          <w:color w:val="000000"/>
          <w:lang w:eastAsia="zh-CN"/>
        </w:rPr>
      </w:pPr>
      <w:r>
        <w:rPr>
          <w:rFonts w:ascii="SimSun" w:eastAsia="SimSun" w:hAnsi="SimSun" w:cs="SimSun"/>
          <w:b/>
          <w:color w:val="000000"/>
          <w:sz w:val="24"/>
          <w:lang w:eastAsia="zh-CN"/>
        </w:rPr>
        <w:lastRenderedPageBreak/>
        <w:t>三、解答题（第</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16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23</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24</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25</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26</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w:t>
      </w:r>
    </w:p>
    <w:p w14:paraId="799E8791" w14:textId="77777777" w:rsidR="008113A1" w:rsidRDefault="00000000">
      <w:pPr>
        <w:pStyle w:val="Heading2"/>
        <w:rPr>
          <w:lang w:eastAsia="zh-CN"/>
        </w:rPr>
      </w:pPr>
      <w:bookmarkStart w:id="10" w:name="_Toc235460024"/>
      <w:r>
        <w:rPr>
          <w:lang w:eastAsia="zh-CN"/>
        </w:rPr>
        <w:t>海淀外国语实验学校</w:t>
      </w:r>
      <w:bookmarkEnd w:id="10"/>
    </w:p>
    <w:p w14:paraId="27ADBF68" w14:textId="77777777" w:rsidR="008113A1" w:rsidRDefault="00000000">
      <w:pPr>
        <w:spacing w:line="360" w:lineRule="auto"/>
        <w:textAlignment w:val="center"/>
        <w:rPr>
          <w:color w:val="000000"/>
          <w:lang w:eastAsia="zh-CN"/>
        </w:rPr>
      </w:pPr>
      <w:r>
        <w:rPr>
          <w:color w:val="2E75B6"/>
          <w:lang w:eastAsia="zh-CN"/>
        </w:rPr>
        <w:t>【答案】</w:t>
      </w:r>
      <w:r>
        <w:pict w14:anchorId="7E9E3A84">
          <v:shape id="_x0000_i1204" type="#_x0000_t75" alt="学科网(www.zxxk.com)--教育资源门户，提供试卷、教案、课件、论文、素材以及各类教学资源下载，还有大量而丰富的教学相关资讯！" style="width:9.5pt;height:14.25pt">
            <v:imagedata r:id="rId107" o:title="eqIdd91e07104b699c4012be2d26160976a2"/>
          </v:shape>
        </w:pict>
      </w:r>
    </w:p>
    <w:p w14:paraId="54AD82CB" w14:textId="77777777" w:rsidR="008113A1" w:rsidRDefault="00000000">
      <w:pPr>
        <w:spacing w:line="360" w:lineRule="auto"/>
        <w:textAlignment w:val="center"/>
        <w:rPr>
          <w:color w:val="000000"/>
          <w:lang w:eastAsia="zh-CN"/>
        </w:rPr>
      </w:pPr>
      <w:r>
        <w:rPr>
          <w:color w:val="2E75B6"/>
          <w:lang w:eastAsia="zh-CN"/>
        </w:rPr>
        <w:t>【解析】</w:t>
      </w:r>
    </w:p>
    <w:p w14:paraId="1F7F9697"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本题考查了正方体相对两个面上的文字及图形类的变化规律问题，观察图形知道第一次</w:t>
      </w:r>
      <w:r>
        <w:pict w14:anchorId="48AD7726">
          <v:shape id="_x0000_i1205" type="#_x0000_t75" alt="学科网(www.zxxk.com)--教育资源门户，提供试卷、教案、课件、论文、素材以及各类教学资源下载，还有大量而丰富的教学相关资讯！" style="width:9.5pt;height:14.25pt">
            <v:imagedata r:id="rId107" o:title="eqIdd91e07104b699c4012be2d26160976a2"/>
          </v:shape>
        </w:pict>
      </w:r>
      <w:r>
        <w:rPr>
          <w:rFonts w:ascii="SimSun" w:eastAsia="SimSun" w:hAnsi="SimSun" w:cs="SimSun"/>
          <w:color w:val="000000"/>
          <w:lang w:eastAsia="zh-CN"/>
        </w:rPr>
        <w:t>和</w:t>
      </w:r>
      <w:r>
        <w:pict w14:anchorId="63684A6E">
          <v:shape id="_x0000_i1206" type="#_x0000_t75" alt="学科网(www.zxxk.com)--教育资源门户，提供试卷、教案、课件、论文、素材以及各类教学资源下载，还有大量而丰富的教学相关资讯！" style="width:9.5pt;height:12.9pt">
            <v:imagedata r:id="rId108" o:title="eqId61128ab996360a038e6e64d82fcba004"/>
          </v:shape>
        </w:pict>
      </w:r>
      <w:r>
        <w:rPr>
          <w:rFonts w:ascii="SimSun" w:eastAsia="SimSun" w:hAnsi="SimSun" w:cs="SimSun"/>
          <w:color w:val="000000"/>
          <w:lang w:eastAsia="zh-CN"/>
        </w:rPr>
        <w:t>相对，第二次</w:t>
      </w:r>
      <w:r>
        <w:pict w14:anchorId="686FDD61">
          <v:shape id="_x0000_i1207" type="#_x0000_t75" alt="学科网(www.zxxk.com)--教育资源门户，提供试卷、教案、课件、论文、素材以及各类教学资源下载，还有大量而丰富的教学相关资讯！" style="width:9.5pt;height:12.9pt">
            <v:imagedata r:id="rId109" o:title="eqIdb8860d9787671b53b1ab68b3d526f5ca"/>
          </v:shape>
        </w:pict>
      </w:r>
      <w:r>
        <w:rPr>
          <w:rFonts w:ascii="SimSun" w:eastAsia="SimSun" w:hAnsi="SimSun" w:cs="SimSun"/>
          <w:color w:val="000000"/>
          <w:lang w:eastAsia="zh-CN"/>
        </w:rPr>
        <w:t>和</w:t>
      </w:r>
      <w:r>
        <w:pict w14:anchorId="63895953">
          <v:shape id="_x0000_i1208" type="#_x0000_t75" alt="学科网(www.zxxk.com)--教育资源门户，提供试卷、教案、课件、论文、素材以及各类教学资源下载，还有大量而丰富的教学相关资讯！" style="width:9.5pt;height:14.25pt">
            <v:imagedata r:id="rId110" o:title="eqId5ca7d1107389675d32b56ec097464c14"/>
          </v:shape>
        </w:pict>
      </w:r>
      <w:r>
        <w:rPr>
          <w:rFonts w:ascii="SimSun" w:eastAsia="SimSun" w:hAnsi="SimSun" w:cs="SimSun"/>
          <w:color w:val="000000"/>
          <w:lang w:eastAsia="zh-CN"/>
        </w:rPr>
        <w:t>相对，第三次</w:t>
      </w:r>
      <w:r>
        <w:pict w14:anchorId="3A6F6223">
          <v:shape id="_x0000_i1209" type="#_x0000_t75" alt="学科网(www.zxxk.com)--教育资源门户，提供试卷、教案、课件、论文、素材以及各类教学资源下载，还有大量而丰富的教学相关资讯！" style="width:9.5pt;height:12.9pt">
            <v:imagedata r:id="rId108" o:title="eqId61128ab996360a038e6e64d82fcba004"/>
          </v:shape>
        </w:pict>
      </w:r>
      <w:r>
        <w:rPr>
          <w:rFonts w:ascii="SimSun" w:eastAsia="SimSun" w:hAnsi="SimSun" w:cs="SimSun"/>
          <w:color w:val="000000"/>
          <w:lang w:eastAsia="zh-CN"/>
        </w:rPr>
        <w:t>和</w:t>
      </w:r>
      <w:r>
        <w:pict w14:anchorId="5AA3E7F0">
          <v:shape id="_x0000_i1210" type="#_x0000_t75" alt="学科网(www.zxxk.com)--教育资源门户，提供试卷、教案、课件、论文、素材以及各类教学资源下载，还有大量而丰富的教学相关资讯！" style="width:9.5pt;height:14.25pt">
            <v:imagedata r:id="rId107" o:title="eqIdd91e07104b699c4012be2d26160976a2"/>
          </v:shape>
        </w:pict>
      </w:r>
      <w:r>
        <w:rPr>
          <w:rFonts w:ascii="SimSun" w:eastAsia="SimSun" w:hAnsi="SimSun" w:cs="SimSun"/>
          <w:color w:val="000000"/>
          <w:lang w:eastAsia="zh-CN"/>
        </w:rPr>
        <w:t>相对，第四次</w:t>
      </w:r>
      <w:r>
        <w:pict w14:anchorId="65771413">
          <v:shape id="_x0000_i1211" type="#_x0000_t75" alt="学科网(www.zxxk.com)--教育资源门户，提供试卷、教案、课件、论文、素材以及各类教学资源下载，还有大量而丰富的教学相关资讯！" style="width:9.5pt;height:14.25pt">
            <v:imagedata r:id="rId110" o:title="eqId5ca7d1107389675d32b56ec097464c14"/>
          </v:shape>
        </w:pict>
      </w:r>
      <w:r>
        <w:rPr>
          <w:rFonts w:ascii="SimSun" w:eastAsia="SimSun" w:hAnsi="SimSun" w:cs="SimSun"/>
          <w:color w:val="000000"/>
          <w:lang w:eastAsia="zh-CN"/>
        </w:rPr>
        <w:t>和</w:t>
      </w:r>
      <w:r>
        <w:pict w14:anchorId="09B33EE7">
          <v:shape id="_x0000_i1212" type="#_x0000_t75" alt="学科网(www.zxxk.com)--教育资源门户，提供试卷、教案、课件、论文、素材以及各类教学资源下载，还有大量而丰富的教学相关资讯！" style="width:9.5pt;height:12.9pt">
            <v:imagedata r:id="rId109" o:title="eqIdb8860d9787671b53b1ab68b3d526f5ca"/>
          </v:shape>
        </w:pict>
      </w:r>
      <w:r>
        <w:rPr>
          <w:rFonts w:ascii="SimSun" w:eastAsia="SimSun" w:hAnsi="SimSun" w:cs="SimSun"/>
          <w:color w:val="000000"/>
          <w:lang w:eastAsia="zh-CN"/>
        </w:rPr>
        <w:t>相对，第五次</w:t>
      </w:r>
      <w:r>
        <w:pict w14:anchorId="4C799DE9">
          <v:shape id="_x0000_i1213" type="#_x0000_t75" alt="学科网(www.zxxk.com)--教育资源门户，提供试卷、教案、课件、论文、素材以及各类教学资源下载，还有大量而丰富的教学相关资讯！" style="width:9.5pt;height:14.25pt">
            <v:imagedata r:id="rId107" o:title="eqIdd91e07104b699c4012be2d26160976a2"/>
          </v:shape>
        </w:pict>
      </w:r>
      <w:r>
        <w:rPr>
          <w:rFonts w:ascii="SimSun" w:eastAsia="SimSun" w:hAnsi="SimSun" w:cs="SimSun"/>
          <w:color w:val="000000"/>
          <w:lang w:eastAsia="zh-CN"/>
        </w:rPr>
        <w:t>和</w:t>
      </w:r>
      <w:r>
        <w:pict w14:anchorId="552AF064">
          <v:shape id="_x0000_i1214" type="#_x0000_t75" alt="学科网(www.zxxk.com)--教育资源门户，提供试卷、教案、课件、论文、素材以及各类教学资源下载，还有大量而丰富的教学相关资讯！" style="width:9.5pt;height:12.9pt">
            <v:imagedata r:id="rId108" o:title="eqId61128ab996360a038e6e64d82fcba004"/>
          </v:shape>
        </w:pict>
      </w:r>
      <w:r>
        <w:rPr>
          <w:rFonts w:ascii="SimSun" w:eastAsia="SimSun" w:hAnsi="SimSun" w:cs="SimSun"/>
          <w:color w:val="000000"/>
          <w:lang w:eastAsia="zh-CN"/>
        </w:rPr>
        <w:t>相对，且四次</w:t>
      </w:r>
      <w:proofErr w:type="gramStart"/>
      <w:r>
        <w:rPr>
          <w:rFonts w:ascii="SimSun" w:eastAsia="SimSun" w:hAnsi="SimSun" w:cs="SimSun"/>
          <w:color w:val="000000"/>
          <w:lang w:eastAsia="zh-CN"/>
        </w:rPr>
        <w:t>一</w:t>
      </w:r>
      <w:proofErr w:type="gramEnd"/>
      <w:r>
        <w:rPr>
          <w:rFonts w:ascii="SimSun" w:eastAsia="SimSun" w:hAnsi="SimSun" w:cs="SimSun"/>
          <w:color w:val="000000"/>
          <w:lang w:eastAsia="zh-CN"/>
        </w:rPr>
        <w:t>循环，从而确定答案．</w:t>
      </w:r>
    </w:p>
    <w:p w14:paraId="39FC98B9"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观察图形知道：</w:t>
      </w:r>
    </w:p>
    <w:p w14:paraId="2A7BBADD"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第一次数</w:t>
      </w:r>
      <w:r>
        <w:pict w14:anchorId="12F34B53">
          <v:shape id="_x0000_i1215" type="#_x0000_t75" alt="学科网(www.zxxk.com)--教育资源门户，提供试卷、教案、课件、论文、素材以及各类教学资源下载，还有大量而丰富的教学相关资讯！" style="width:9.5pt;height:14.25pt">
            <v:imagedata r:id="rId107" o:title="eqIdd91e07104b699c4012be2d26160976a2"/>
          </v:shape>
        </w:pict>
      </w:r>
      <w:r>
        <w:rPr>
          <w:rFonts w:ascii="SimSun" w:eastAsia="SimSun" w:hAnsi="SimSun" w:cs="SimSun"/>
          <w:color w:val="000000"/>
          <w:lang w:eastAsia="zh-CN"/>
        </w:rPr>
        <w:t>和数</w:t>
      </w:r>
      <w:r>
        <w:pict w14:anchorId="3225B38E">
          <v:shape id="_x0000_i1216" type="#_x0000_t75" alt="学科网(www.zxxk.com)--教育资源门户，提供试卷、教案、课件、论文、素材以及各类教学资源下载，还有大量而丰富的教学相关资讯！" style="width:9.5pt;height:12.9pt">
            <v:imagedata r:id="rId108" o:title="eqId61128ab996360a038e6e64d82fcba004"/>
          </v:shape>
        </w:pict>
      </w:r>
      <w:r>
        <w:rPr>
          <w:rFonts w:ascii="SimSun" w:eastAsia="SimSun" w:hAnsi="SimSun" w:cs="SimSun"/>
          <w:color w:val="000000"/>
          <w:lang w:eastAsia="zh-CN"/>
        </w:rPr>
        <w:t>相对，</w:t>
      </w:r>
    </w:p>
    <w:p w14:paraId="49BF288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第二次数</w:t>
      </w:r>
      <w:r>
        <w:pict w14:anchorId="13BF41AA">
          <v:shape id="_x0000_i1217" type="#_x0000_t75" alt="学科网(www.zxxk.com)--教育资源门户，提供试卷、教案、课件、论文、素材以及各类教学资源下载，还有大量而丰富的教学相关资讯！" style="width:9.5pt;height:12.9pt">
            <v:imagedata r:id="rId109" o:title="eqIdb8860d9787671b53b1ab68b3d526f5ca"/>
          </v:shape>
        </w:pict>
      </w:r>
      <w:r>
        <w:rPr>
          <w:rFonts w:ascii="SimSun" w:eastAsia="SimSun" w:hAnsi="SimSun" w:cs="SimSun"/>
          <w:color w:val="000000"/>
          <w:lang w:eastAsia="zh-CN"/>
        </w:rPr>
        <w:t>和数</w:t>
      </w:r>
      <w:r>
        <w:pict w14:anchorId="02D36756">
          <v:shape id="_x0000_i1218" type="#_x0000_t75" alt="学科网(www.zxxk.com)--教育资源门户，提供试卷、教案、课件、论文、素材以及各类教学资源下载，还有大量而丰富的教学相关资讯！" style="width:9.5pt;height:14.25pt">
            <v:imagedata r:id="rId110" o:title="eqId5ca7d1107389675d32b56ec097464c14"/>
          </v:shape>
        </w:pict>
      </w:r>
      <w:r>
        <w:rPr>
          <w:rFonts w:ascii="SimSun" w:eastAsia="SimSun" w:hAnsi="SimSun" w:cs="SimSun"/>
          <w:color w:val="000000"/>
          <w:lang w:eastAsia="zh-CN"/>
        </w:rPr>
        <w:t>相对，</w:t>
      </w:r>
    </w:p>
    <w:p w14:paraId="6537509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第三次数</w:t>
      </w:r>
      <w:r>
        <w:pict w14:anchorId="06F8F163">
          <v:shape id="_x0000_i1219" type="#_x0000_t75" alt="学科网(www.zxxk.com)--教育资源门户，提供试卷、教案、课件、论文、素材以及各类教学资源下载，还有大量而丰富的教学相关资讯！" style="width:9.5pt;height:12.9pt">
            <v:imagedata r:id="rId108" o:title="eqId61128ab996360a038e6e64d82fcba004"/>
          </v:shape>
        </w:pict>
      </w:r>
      <w:r>
        <w:rPr>
          <w:rFonts w:ascii="SimSun" w:eastAsia="SimSun" w:hAnsi="SimSun" w:cs="SimSun"/>
          <w:color w:val="000000"/>
          <w:lang w:eastAsia="zh-CN"/>
        </w:rPr>
        <w:t>和数</w:t>
      </w:r>
      <w:r>
        <w:pict w14:anchorId="39D53834">
          <v:shape id="_x0000_i1220" type="#_x0000_t75" alt="学科网(www.zxxk.com)--教育资源门户，提供试卷、教案、课件、论文、素材以及各类教学资源下载，还有大量而丰富的教学相关资讯！" style="width:9.5pt;height:14.25pt">
            <v:imagedata r:id="rId107" o:title="eqIdd91e07104b699c4012be2d26160976a2"/>
          </v:shape>
        </w:pict>
      </w:r>
      <w:r>
        <w:rPr>
          <w:rFonts w:ascii="SimSun" w:eastAsia="SimSun" w:hAnsi="SimSun" w:cs="SimSun"/>
          <w:color w:val="000000"/>
          <w:lang w:eastAsia="zh-CN"/>
        </w:rPr>
        <w:t>相对，</w:t>
      </w:r>
    </w:p>
    <w:p w14:paraId="198B489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第四次数</w:t>
      </w:r>
      <w:r>
        <w:pict w14:anchorId="396CFA55">
          <v:shape id="_x0000_i1221" type="#_x0000_t75" alt="学科网(www.zxxk.com)--教育资源门户，提供试卷、教案、课件、论文、素材以及各类教学资源下载，还有大量而丰富的教学相关资讯！" style="width:9.5pt;height:14.25pt">
            <v:imagedata r:id="rId110" o:title="eqId5ca7d1107389675d32b56ec097464c14"/>
          </v:shape>
        </w:pict>
      </w:r>
      <w:r>
        <w:rPr>
          <w:rFonts w:ascii="SimSun" w:eastAsia="SimSun" w:hAnsi="SimSun" w:cs="SimSun"/>
          <w:color w:val="000000"/>
          <w:lang w:eastAsia="zh-CN"/>
        </w:rPr>
        <w:t>和数</w:t>
      </w:r>
      <w:r>
        <w:pict w14:anchorId="63538A14">
          <v:shape id="_x0000_i1222" type="#_x0000_t75" alt="学科网(www.zxxk.com)--教育资源门户，提供试卷、教案、课件、论文、素材以及各类教学资源下载，还有大量而丰富的教学相关资讯！" style="width:9.5pt;height:12.9pt">
            <v:imagedata r:id="rId109" o:title="eqIdb8860d9787671b53b1ab68b3d526f5ca"/>
          </v:shape>
        </w:pict>
      </w:r>
      <w:r>
        <w:rPr>
          <w:rFonts w:ascii="SimSun" w:eastAsia="SimSun" w:hAnsi="SimSun" w:cs="SimSun"/>
          <w:color w:val="000000"/>
          <w:lang w:eastAsia="zh-CN"/>
        </w:rPr>
        <w:t>相对，</w:t>
      </w:r>
    </w:p>
    <w:p w14:paraId="6C1FCE5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第五次数</w:t>
      </w:r>
      <w:r>
        <w:pict w14:anchorId="79B80259">
          <v:shape id="_x0000_i1223" type="#_x0000_t75" alt="学科网(www.zxxk.com)--教育资源门户，提供试卷、教案、课件、论文、素材以及各类教学资源下载，还有大量而丰富的教学相关资讯！" style="width:9.5pt;height:14.25pt">
            <v:imagedata r:id="rId107" o:title="eqIdd91e07104b699c4012be2d26160976a2"/>
          </v:shape>
        </w:pict>
      </w:r>
      <w:r>
        <w:rPr>
          <w:rFonts w:ascii="SimSun" w:eastAsia="SimSun" w:hAnsi="SimSun" w:cs="SimSun"/>
          <w:color w:val="000000"/>
          <w:lang w:eastAsia="zh-CN"/>
        </w:rPr>
        <w:t>和</w:t>
      </w:r>
      <w:r>
        <w:pict w14:anchorId="289531B0">
          <v:shape id="_x0000_i1224" type="#_x0000_t75" alt="学科网(www.zxxk.com)--教育资源门户，提供试卷、教案、课件、论文、素材以及各类教学资源下载，还有大量而丰富的教学相关资讯！" style="width:9.5pt;height:12.9pt">
            <v:imagedata r:id="rId108" o:title="eqId61128ab996360a038e6e64d82fcba004"/>
          </v:shape>
        </w:pict>
      </w:r>
      <w:r>
        <w:rPr>
          <w:rFonts w:ascii="SimSun" w:eastAsia="SimSun" w:hAnsi="SimSun" w:cs="SimSun"/>
          <w:color w:val="000000"/>
          <w:lang w:eastAsia="zh-CN"/>
        </w:rPr>
        <w:t>数相对，</w:t>
      </w:r>
    </w:p>
    <w:p w14:paraId="58905BBC"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且四次</w:t>
      </w:r>
      <w:proofErr w:type="gramStart"/>
      <w:r>
        <w:rPr>
          <w:rFonts w:ascii="SimSun" w:eastAsia="SimSun" w:hAnsi="SimSun" w:cs="SimSun"/>
          <w:color w:val="000000"/>
          <w:lang w:eastAsia="zh-CN"/>
        </w:rPr>
        <w:t>一</w:t>
      </w:r>
      <w:proofErr w:type="gramEnd"/>
      <w:r>
        <w:rPr>
          <w:rFonts w:ascii="SimSun" w:eastAsia="SimSun" w:hAnsi="SimSun" w:cs="SimSun"/>
          <w:color w:val="000000"/>
          <w:lang w:eastAsia="zh-CN"/>
        </w:rPr>
        <w:t>循环，</w:t>
      </w:r>
    </w:p>
    <w:p w14:paraId="351C2F83" w14:textId="77777777" w:rsidR="008113A1" w:rsidRDefault="00000000">
      <w:pPr>
        <w:spacing w:line="360" w:lineRule="auto"/>
        <w:textAlignment w:val="center"/>
        <w:rPr>
          <w:color w:val="000000"/>
          <w:lang w:eastAsia="zh-CN"/>
        </w:rPr>
      </w:pPr>
      <w:r>
        <w:pict w14:anchorId="75473979">
          <v:shape id="_x0000_i1225" type="#_x0000_t75" alt="学科网(www.zxxk.com)--教育资源门户，提供试卷、教案、课件、论文、素材以及各类教学资源下载，还有大量而丰富的教学相关资讯！" style="width:101.2pt;height:14.25pt">
            <v:imagedata r:id="rId111" o:title="eqIded0e8eca94784d2c95274c307a1cb93a"/>
          </v:shape>
        </w:pict>
      </w:r>
      <w:r>
        <w:rPr>
          <w:rFonts w:ascii="SimSun" w:eastAsia="SimSun" w:hAnsi="SimSun" w:cs="SimSun"/>
          <w:color w:val="000000"/>
          <w:lang w:eastAsia="zh-CN"/>
        </w:rPr>
        <w:t>，</w:t>
      </w:r>
    </w:p>
    <w:p w14:paraId="41D17B49" w14:textId="77777777" w:rsidR="008113A1" w:rsidRDefault="00000000">
      <w:pPr>
        <w:spacing w:line="360" w:lineRule="auto"/>
        <w:textAlignment w:val="center"/>
        <w:rPr>
          <w:color w:val="000000"/>
          <w:lang w:eastAsia="zh-CN"/>
        </w:rPr>
      </w:pPr>
      <w:r>
        <w:pict w14:anchorId="1AA6EC6C">
          <v:shape id="_x0000_i1226" type="#_x0000_t75" alt="学科网(www.zxxk.com)--教育资源门户，提供试卷、教案、课件、论文、素材以及各类教学资源下载，还有大量而丰富的教学相关资讯！" style="width:9.5pt;height:8.85pt">
            <v:imagedata r:id="rId86" o:title="eqId2de0d10ef8b748d4531250c37c5d3f9e"/>
          </v:shape>
        </w:pict>
      </w:r>
      <w:proofErr w:type="gramStart"/>
      <w:r>
        <w:rPr>
          <w:rFonts w:ascii="SimSun" w:eastAsia="SimSun" w:hAnsi="SimSun" w:cs="SimSun"/>
          <w:color w:val="000000"/>
          <w:lang w:eastAsia="zh-CN"/>
        </w:rPr>
        <w:t>滚动第</w:t>
      </w:r>
      <w:proofErr w:type="gramEnd"/>
      <w:r>
        <w:pict w14:anchorId="0F6D0BB6">
          <v:shape id="_x0000_i1227" type="#_x0000_t75" alt="学科网(www.zxxk.com)--教育资源门户，提供试卷、教案、课件、论文、素材以及各类教学资源下载，还有大量而丰富的教学相关资讯！" style="width:27.15pt;height:14.25pt">
            <v:imagedata r:id="rId112" o:title="eqId0875d9cad7f9332984f2040a3dea6c60"/>
          </v:shape>
        </w:pict>
      </w:r>
      <w:r>
        <w:rPr>
          <w:rFonts w:ascii="SimSun" w:eastAsia="SimSun" w:hAnsi="SimSun" w:cs="SimSun"/>
          <w:color w:val="000000"/>
          <w:lang w:eastAsia="zh-CN"/>
        </w:rPr>
        <w:t>次后与第三次相同，</w:t>
      </w:r>
    </w:p>
    <w:p w14:paraId="390B6006" w14:textId="77777777" w:rsidR="008113A1" w:rsidRDefault="00000000">
      <w:pPr>
        <w:spacing w:line="360" w:lineRule="auto"/>
        <w:textAlignment w:val="center"/>
        <w:rPr>
          <w:color w:val="000000"/>
          <w:lang w:eastAsia="zh-CN"/>
        </w:rPr>
      </w:pPr>
      <w:r>
        <w:pict w14:anchorId="4358FD18">
          <v:shape id="_x0000_i1228" type="#_x0000_t75" alt="学科网(www.zxxk.com)--教育资源门户，提供试卷、教案、课件、论文、素材以及各类教学资源下载，还有大量而丰富的教学相关资讯！" style="width:9.5pt;height:8.85pt">
            <v:imagedata r:id="rId86" o:title="eqId2de0d10ef8b748d4531250c37c5d3f9e"/>
          </v:shape>
        </w:pict>
      </w:r>
      <w:r>
        <w:rPr>
          <w:rFonts w:ascii="SimSun" w:eastAsia="SimSun" w:hAnsi="SimSun" w:cs="SimSun"/>
          <w:color w:val="000000"/>
          <w:lang w:eastAsia="zh-CN"/>
        </w:rPr>
        <w:t>朝下的数字是</w:t>
      </w:r>
      <w:r>
        <w:pict w14:anchorId="71D85F84">
          <v:shape id="_x0000_i1229" type="#_x0000_t75" alt="学科网(www.zxxk.com)--教育资源门户，提供试卷、教案、课件、论文、素材以及各类教学资源下载，还有大量而丰富的教学相关资讯！" style="width:9.5pt;height:12.9pt">
            <v:imagedata r:id="rId108" o:title="eqId61128ab996360a038e6e64d82fcba004"/>
          </v:shape>
        </w:pict>
      </w:r>
      <w:r>
        <w:rPr>
          <w:rFonts w:ascii="SimSun" w:eastAsia="SimSun" w:hAnsi="SimSun" w:cs="SimSun"/>
          <w:color w:val="000000"/>
          <w:lang w:eastAsia="zh-CN"/>
        </w:rPr>
        <w:t>的对面</w:t>
      </w:r>
      <w:r>
        <w:pict w14:anchorId="2C51E3C0">
          <v:shape id="_x0000_i1230" type="#_x0000_t75" alt="学科网(www.zxxk.com)--教育资源门户，提供试卷、教案、课件、论文、素材以及各类教学资源下载，还有大量而丰富的教学相关资讯！" style="width:9.5pt;height:14.25pt">
            <v:imagedata r:id="rId107" o:title="eqIdd91e07104b699c4012be2d26160976a2"/>
          </v:shape>
        </w:pict>
      </w:r>
      <w:r>
        <w:rPr>
          <w:rFonts w:ascii="SimSun" w:eastAsia="SimSun" w:hAnsi="SimSun" w:cs="SimSun"/>
          <w:color w:val="000000"/>
          <w:lang w:eastAsia="zh-CN"/>
        </w:rPr>
        <w:t>，</w:t>
      </w:r>
    </w:p>
    <w:p w14:paraId="42AD885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52DBD092">
          <v:shape id="_x0000_i1231" type="#_x0000_t75" alt="学科网(www.zxxk.com)--教育资源门户，提供试卷、教案、课件、论文、素材以及各类教学资源下载，还有大量而丰富的教学相关资讯！" style="width:9.5pt;height:14.25pt">
            <v:imagedata r:id="rId107" o:title="eqIdd91e07104b699c4012be2d26160976a2"/>
          </v:shape>
        </w:pict>
      </w:r>
      <w:r>
        <w:rPr>
          <w:rFonts w:ascii="SimSun" w:eastAsia="SimSun" w:hAnsi="SimSun" w:cs="SimSun"/>
          <w:color w:val="000000"/>
          <w:lang w:eastAsia="zh-CN"/>
        </w:rPr>
        <w:t>．</w:t>
      </w:r>
    </w:p>
    <w:p w14:paraId="275D3697" w14:textId="77777777" w:rsidR="008113A1" w:rsidRDefault="00000000">
      <w:pPr>
        <w:spacing w:line="285" w:lineRule="auto"/>
        <w:jc w:val="both"/>
        <w:textAlignment w:val="center"/>
        <w:rPr>
          <w:color w:val="000000"/>
          <w:lang w:eastAsia="zh-CN"/>
        </w:rPr>
      </w:pPr>
      <w:r>
        <w:rPr>
          <w:rFonts w:ascii="SimSun" w:eastAsia="SimSun" w:hAnsi="SimSun" w:cs="SimSun"/>
          <w:b/>
          <w:color w:val="000000"/>
          <w:sz w:val="24"/>
          <w:lang w:eastAsia="zh-CN"/>
        </w:rPr>
        <w:t>三、解答题（本题共</w:t>
      </w:r>
      <w:r>
        <w:rPr>
          <w:rFonts w:ascii="Times New Roman" w:eastAsia="Times New Roman" w:hAnsi="Times New Roman" w:cs="Times New Roman"/>
          <w:b/>
          <w:color w:val="000000"/>
          <w:sz w:val="24"/>
          <w:lang w:eastAsia="zh-CN"/>
        </w:rPr>
        <w:t>52</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17</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18</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19</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8</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20-25</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26-27</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分）解答应写出文字说明、演算步骤或证明过程</w:t>
      </w:r>
      <w:r>
        <w:rPr>
          <w:rFonts w:ascii="Times New Roman" w:eastAsia="Times New Roman" w:hAnsi="Times New Roman" w:cs="Times New Roman"/>
          <w:b/>
          <w:color w:val="000000"/>
          <w:sz w:val="24"/>
          <w:lang w:eastAsia="zh-CN"/>
        </w:rPr>
        <w:t>.</w:t>
      </w:r>
    </w:p>
    <w:p w14:paraId="00E9CCE0" w14:textId="77777777" w:rsidR="008113A1" w:rsidRDefault="00000000">
      <w:pPr>
        <w:spacing w:line="360" w:lineRule="auto"/>
        <w:textAlignment w:val="center"/>
        <w:rPr>
          <w:color w:val="000000"/>
          <w:lang w:eastAsia="zh-CN"/>
        </w:rPr>
      </w:pPr>
      <w:r>
        <w:rPr>
          <w:color w:val="000000"/>
          <w:lang w:eastAsia="zh-CN"/>
        </w:rPr>
        <w:lastRenderedPageBreak/>
        <w:t xml:space="preserve">20. </w:t>
      </w:r>
      <w:r>
        <w:rPr>
          <w:rFonts w:ascii="SimSun" w:eastAsia="SimSun" w:hAnsi="SimSun" w:cs="SimSun"/>
          <w:color w:val="000000"/>
          <w:lang w:eastAsia="zh-CN"/>
        </w:rPr>
        <w:t>将</w:t>
      </w:r>
      <w:r>
        <w:rPr>
          <w:rFonts w:ascii="Times New Roman" w:eastAsia="Times New Roman" w:hAnsi="Times New Roman" w:cs="Times New Roman"/>
          <w:color w:val="000000"/>
          <w:lang w:eastAsia="zh-CN"/>
        </w:rPr>
        <w:t>15</w:t>
      </w:r>
      <w:r>
        <w:rPr>
          <w:rFonts w:ascii="SimSun" w:eastAsia="SimSun" w:hAnsi="SimSun" w:cs="SimSun"/>
          <w:color w:val="000000"/>
          <w:lang w:eastAsia="zh-CN"/>
        </w:rPr>
        <w:t>个编号为</w:t>
      </w:r>
      <w:r>
        <w:rPr>
          <w:rFonts w:ascii="Times New Roman" w:eastAsia="Times New Roman" w:hAnsi="Times New Roman" w:cs="Times New Roman"/>
          <w:color w:val="000000"/>
          <w:lang w:eastAsia="zh-CN"/>
        </w:rPr>
        <w:t>1~15</w:t>
      </w:r>
      <w:r>
        <w:rPr>
          <w:rFonts w:ascii="SimSun" w:eastAsia="SimSun" w:hAnsi="SimSun" w:cs="SimSun"/>
          <w:color w:val="000000"/>
          <w:lang w:eastAsia="zh-CN"/>
        </w:rPr>
        <w:t>的小球全部放入甲、乙、丙三个盘子内，每个盘子里的小球不少于</w:t>
      </w:r>
      <w:r>
        <w:rPr>
          <w:rFonts w:ascii="Times New Roman" w:eastAsia="Times New Roman" w:hAnsi="Times New Roman" w:cs="Times New Roman"/>
          <w:color w:val="000000"/>
          <w:lang w:eastAsia="zh-CN"/>
        </w:rPr>
        <w:t>4</w:t>
      </w:r>
      <w:r>
        <w:rPr>
          <w:rFonts w:ascii="SimSun" w:eastAsia="SimSun" w:hAnsi="SimSun" w:cs="SimSun"/>
          <w:color w:val="000000"/>
          <w:lang w:eastAsia="zh-CN"/>
        </w:rPr>
        <w:t>个，甲盘中小球编号的平均值为</w:t>
      </w:r>
      <w:r>
        <w:rPr>
          <w:rFonts w:ascii="Times New Roman" w:eastAsia="Times New Roman" w:hAnsi="Times New Roman" w:cs="Times New Roman"/>
          <w:color w:val="000000"/>
          <w:lang w:eastAsia="zh-CN"/>
        </w:rPr>
        <w:t>3</w:t>
      </w:r>
      <w:r>
        <w:rPr>
          <w:rFonts w:ascii="SimSun" w:eastAsia="SimSun" w:hAnsi="SimSun" w:cs="SimSun"/>
          <w:color w:val="000000"/>
          <w:lang w:eastAsia="zh-CN"/>
        </w:rPr>
        <w:t>．</w:t>
      </w:r>
    </w:p>
    <w:p w14:paraId="24655F94"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）写出一种甲盘中小球的编号是</w:t>
      </w:r>
      <w:r>
        <w:rPr>
          <w:color w:val="000000"/>
          <w:lang w:eastAsia="zh-CN"/>
        </w:rPr>
        <w:t>_________</w:t>
      </w:r>
      <w:r>
        <w:rPr>
          <w:rFonts w:ascii="SimSun" w:eastAsia="SimSun" w:hAnsi="SimSun" w:cs="SimSun"/>
          <w:color w:val="000000"/>
          <w:lang w:eastAsia="zh-CN"/>
        </w:rPr>
        <w:t>；</w:t>
      </w:r>
    </w:p>
    <w:p w14:paraId="60107F1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）若乙、丙盘中小球编号的平均值分别为</w:t>
      </w:r>
      <w:r>
        <w:rPr>
          <w:rFonts w:ascii="Times New Roman" w:eastAsia="Times New Roman" w:hAnsi="Times New Roman" w:cs="Times New Roman"/>
          <w:color w:val="000000"/>
          <w:lang w:eastAsia="zh-CN"/>
        </w:rPr>
        <w:t>8</w:t>
      </w:r>
      <w:r>
        <w:rPr>
          <w:rFonts w:ascii="SimSun" w:eastAsia="SimSun" w:hAnsi="SimSun" w:cs="SimSun"/>
          <w:color w:val="000000"/>
          <w:lang w:eastAsia="zh-CN"/>
        </w:rPr>
        <w:t>，</w:t>
      </w:r>
      <w:r>
        <w:rPr>
          <w:rFonts w:ascii="Times New Roman" w:eastAsia="Times New Roman" w:hAnsi="Times New Roman" w:cs="Times New Roman"/>
          <w:color w:val="000000"/>
          <w:lang w:eastAsia="zh-CN"/>
        </w:rPr>
        <w:t>13</w:t>
      </w:r>
      <w:r>
        <w:rPr>
          <w:rFonts w:ascii="SimSun" w:eastAsia="SimSun" w:hAnsi="SimSun" w:cs="SimSun"/>
          <w:color w:val="000000"/>
          <w:lang w:eastAsia="zh-CN"/>
        </w:rPr>
        <w:t>，则乙盘中小球的个数可以是</w:t>
      </w:r>
      <w:r>
        <w:rPr>
          <w:color w:val="000000"/>
          <w:lang w:eastAsia="zh-CN"/>
        </w:rPr>
        <w:t>_________</w:t>
      </w:r>
      <w:r>
        <w:rPr>
          <w:rFonts w:ascii="SimSun" w:eastAsia="SimSun" w:hAnsi="SimSun" w:cs="SimSun"/>
          <w:color w:val="000000"/>
          <w:lang w:eastAsia="zh-CN"/>
        </w:rPr>
        <w:t>．</w:t>
      </w:r>
    </w:p>
    <w:p w14:paraId="73E78D65" w14:textId="77777777" w:rsidR="008113A1" w:rsidRDefault="00000000">
      <w:pPr>
        <w:spacing w:line="360" w:lineRule="auto"/>
        <w:textAlignment w:val="center"/>
        <w:rPr>
          <w:color w:val="000000"/>
          <w:lang w:eastAsia="zh-CN"/>
        </w:rPr>
      </w:pPr>
      <w:r>
        <w:rPr>
          <w:color w:val="2E75B6"/>
          <w:lang w:eastAsia="zh-CN"/>
        </w:rPr>
        <w:t>【答案】</w:t>
      </w:r>
      <w:r>
        <w:rPr>
          <w:color w:val="000000"/>
          <w:lang w:eastAsia="zh-CN"/>
        </w:rPr>
        <w:t xml:space="preserve">    ①. </w:t>
      </w:r>
      <w:r>
        <w:rPr>
          <w:rFonts w:ascii="Times New Roman" w:eastAsia="Times New Roman" w:hAnsi="Times New Roman" w:cs="Times New Roman"/>
          <w:color w:val="000000"/>
          <w:lang w:eastAsia="zh-CN"/>
        </w:rPr>
        <w:t>1</w:t>
      </w:r>
      <w:r>
        <w:rPr>
          <w:rFonts w:ascii="SimSun" w:eastAsia="SimSun" w:hAnsi="SimSun" w:cs="SimSun"/>
          <w:color w:val="000000"/>
          <w:lang w:eastAsia="zh-CN"/>
        </w:rPr>
        <w:t>号，</w:t>
      </w:r>
      <w:r>
        <w:rPr>
          <w:rFonts w:ascii="Times New Roman" w:eastAsia="Times New Roman" w:hAnsi="Times New Roman" w:cs="Times New Roman"/>
          <w:color w:val="000000"/>
          <w:lang w:eastAsia="zh-CN"/>
        </w:rPr>
        <w:t>2</w:t>
      </w:r>
      <w:r>
        <w:rPr>
          <w:rFonts w:ascii="SimSun" w:eastAsia="SimSun" w:hAnsi="SimSun" w:cs="SimSun"/>
          <w:color w:val="000000"/>
          <w:lang w:eastAsia="zh-CN"/>
        </w:rPr>
        <w:t>号，</w:t>
      </w:r>
      <w:r>
        <w:rPr>
          <w:rFonts w:ascii="Times New Roman" w:eastAsia="Times New Roman" w:hAnsi="Times New Roman" w:cs="Times New Roman"/>
          <w:color w:val="000000"/>
          <w:lang w:eastAsia="zh-CN"/>
        </w:rPr>
        <w:t>3</w:t>
      </w:r>
      <w:r>
        <w:rPr>
          <w:rFonts w:ascii="SimSun" w:eastAsia="SimSun" w:hAnsi="SimSun" w:cs="SimSun"/>
          <w:color w:val="000000"/>
          <w:lang w:eastAsia="zh-CN"/>
        </w:rPr>
        <w:t>号，</w:t>
      </w:r>
      <w:r>
        <w:rPr>
          <w:rFonts w:ascii="Times New Roman" w:eastAsia="Times New Roman" w:hAnsi="Times New Roman" w:cs="Times New Roman"/>
          <w:color w:val="000000"/>
          <w:lang w:eastAsia="zh-CN"/>
        </w:rPr>
        <w:t>6</w:t>
      </w:r>
      <w:r>
        <w:rPr>
          <w:rFonts w:ascii="SimSun" w:eastAsia="SimSun" w:hAnsi="SimSun" w:cs="SimSun"/>
          <w:color w:val="000000"/>
          <w:lang w:eastAsia="zh-CN"/>
        </w:rPr>
        <w:t>号（答案不唯一）</w:t>
      </w:r>
      <w:r>
        <w:rPr>
          <w:color w:val="000000"/>
          <w:lang w:eastAsia="zh-CN"/>
        </w:rPr>
        <w:t xml:space="preserve">    ②. </w:t>
      </w:r>
      <w:r>
        <w:rPr>
          <w:rFonts w:ascii="Times New Roman" w:eastAsia="Times New Roman" w:hAnsi="Times New Roman" w:cs="Times New Roman"/>
          <w:color w:val="000000"/>
          <w:lang w:eastAsia="zh-CN"/>
        </w:rPr>
        <w:t>7</w:t>
      </w:r>
      <w:r>
        <w:rPr>
          <w:rFonts w:ascii="SimSun" w:eastAsia="SimSun" w:hAnsi="SimSun" w:cs="SimSun"/>
          <w:color w:val="000000"/>
          <w:lang w:eastAsia="zh-CN"/>
        </w:rPr>
        <w:t>或</w:t>
      </w:r>
      <w:r>
        <w:rPr>
          <w:rFonts w:ascii="Times New Roman" w:eastAsia="Times New Roman" w:hAnsi="Times New Roman" w:cs="Times New Roman"/>
          <w:color w:val="000000"/>
          <w:lang w:eastAsia="zh-CN"/>
        </w:rPr>
        <w:t>5</w:t>
      </w:r>
    </w:p>
    <w:p w14:paraId="15285886" w14:textId="77777777" w:rsidR="008113A1" w:rsidRDefault="00000000">
      <w:pPr>
        <w:spacing w:line="360" w:lineRule="auto"/>
        <w:textAlignment w:val="center"/>
        <w:rPr>
          <w:color w:val="000000"/>
          <w:lang w:eastAsia="zh-CN"/>
        </w:rPr>
      </w:pPr>
      <w:r>
        <w:rPr>
          <w:color w:val="2E75B6"/>
          <w:lang w:eastAsia="zh-CN"/>
        </w:rPr>
        <w:t>【解析】</w:t>
      </w:r>
    </w:p>
    <w:p w14:paraId="47D8D7D5"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）根据每个盘子里的小球不少于</w:t>
      </w:r>
      <w:r>
        <w:rPr>
          <w:rFonts w:ascii="Times New Roman" w:eastAsia="Times New Roman" w:hAnsi="Times New Roman" w:cs="Times New Roman"/>
          <w:color w:val="000000"/>
          <w:lang w:eastAsia="zh-CN"/>
        </w:rPr>
        <w:t>4</w:t>
      </w:r>
      <w:r>
        <w:rPr>
          <w:rFonts w:ascii="SimSun" w:eastAsia="SimSun" w:hAnsi="SimSun" w:cs="SimSun"/>
          <w:color w:val="000000"/>
          <w:lang w:eastAsia="zh-CN"/>
        </w:rPr>
        <w:t>个，甲盘中小球编号的平均值为</w:t>
      </w:r>
      <w:r>
        <w:rPr>
          <w:rFonts w:ascii="Times New Roman" w:eastAsia="Times New Roman" w:hAnsi="Times New Roman" w:cs="Times New Roman"/>
          <w:color w:val="000000"/>
          <w:lang w:eastAsia="zh-CN"/>
        </w:rPr>
        <w:t>3</w:t>
      </w:r>
      <w:r>
        <w:rPr>
          <w:rFonts w:ascii="SimSun" w:eastAsia="SimSun" w:hAnsi="SimSun" w:cs="SimSun"/>
          <w:color w:val="000000"/>
          <w:lang w:eastAsia="zh-CN"/>
        </w:rPr>
        <w:t>，列出一种情况即可得出答案；</w:t>
      </w:r>
    </w:p>
    <w:p w14:paraId="64DCE756"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）通过设甲盘中有</w:t>
      </w:r>
      <w:r>
        <w:rPr>
          <w:rFonts w:ascii="Times New Roman" w:eastAsia="Times New Roman" w:hAnsi="Times New Roman" w:cs="Times New Roman"/>
          <w:i/>
          <w:color w:val="000000"/>
          <w:lang w:eastAsia="zh-CN"/>
        </w:rPr>
        <w:t>x</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球，</w:t>
      </w:r>
      <w:proofErr w:type="gramStart"/>
      <w:r>
        <w:rPr>
          <w:rFonts w:ascii="SimSun" w:eastAsia="SimSun" w:hAnsi="SimSun" w:cs="SimSun"/>
          <w:color w:val="000000"/>
          <w:lang w:eastAsia="zh-CN"/>
        </w:rPr>
        <w:t>乙盘有</w:t>
      </w:r>
      <w:proofErr w:type="gramEnd"/>
      <w:r>
        <w:rPr>
          <w:rFonts w:ascii="Times New Roman" w:eastAsia="Times New Roman" w:hAnsi="Times New Roman" w:cs="Times New Roman"/>
          <w:i/>
          <w:color w:val="000000"/>
          <w:lang w:eastAsia="zh-CN"/>
        </w:rPr>
        <w:t>y</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球，丙盘中有</w:t>
      </w:r>
      <w:r>
        <w:rPr>
          <w:rFonts w:ascii="Times New Roman" w:eastAsia="Times New Roman" w:hAnsi="Times New Roman" w:cs="Times New Roman"/>
          <w:i/>
          <w:color w:val="000000"/>
          <w:lang w:eastAsia="zh-CN"/>
        </w:rPr>
        <w:t>z</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球（</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i/>
          <w:color w:val="000000"/>
          <w:lang w:eastAsia="zh-CN"/>
        </w:rPr>
        <w:t>y</w:t>
      </w:r>
      <w:r>
        <w:rPr>
          <w:rFonts w:ascii="SimSun" w:eastAsia="SimSun" w:hAnsi="SimSun" w:cs="SimSun"/>
          <w:color w:val="000000"/>
          <w:lang w:eastAsia="zh-CN"/>
        </w:rPr>
        <w:t>、</w:t>
      </w:r>
      <w:r>
        <w:rPr>
          <w:rFonts w:ascii="Times New Roman" w:eastAsia="Times New Roman" w:hAnsi="Times New Roman" w:cs="Times New Roman"/>
          <w:i/>
          <w:color w:val="000000"/>
          <w:lang w:eastAsia="zh-CN"/>
        </w:rPr>
        <w:t>z</w:t>
      </w:r>
      <w:r>
        <w:rPr>
          <w:rFonts w:ascii="SimSun" w:eastAsia="SimSun" w:hAnsi="SimSun" w:cs="SimSun"/>
          <w:color w:val="000000"/>
          <w:lang w:eastAsia="zh-CN"/>
        </w:rPr>
        <w:t>都是不小于</w:t>
      </w:r>
      <w:r>
        <w:rPr>
          <w:rFonts w:ascii="Times New Roman" w:eastAsia="Times New Roman" w:hAnsi="Times New Roman" w:cs="Times New Roman"/>
          <w:color w:val="000000"/>
          <w:lang w:eastAsia="zh-CN"/>
        </w:rPr>
        <w:t>4</w:t>
      </w:r>
      <w:r>
        <w:rPr>
          <w:rFonts w:ascii="SimSun" w:eastAsia="SimSun" w:hAnsi="SimSun" w:cs="SimSun"/>
          <w:color w:val="000000"/>
          <w:lang w:eastAsia="zh-CN"/>
        </w:rPr>
        <w:t>的正整数）即可得到方程组，进而问题可求解．</w:t>
      </w:r>
    </w:p>
    <w:p w14:paraId="09A3A9BC"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rPr>
          <w:rFonts w:ascii="Times New Roman" w:eastAsia="Times New Roman" w:hAnsi="Times New Roman" w:cs="Times New Roman"/>
          <w:color w:val="000000"/>
          <w:lang w:eastAsia="zh-CN"/>
        </w:rPr>
        <w:t>1</w:t>
      </w:r>
      <w:r>
        <w:rPr>
          <w:rFonts w:ascii="SimSun" w:eastAsia="SimSun" w:hAnsi="SimSun" w:cs="SimSun"/>
          <w:color w:val="000000"/>
          <w:lang w:eastAsia="zh-CN"/>
        </w:rPr>
        <w:t>）∵每个盘子里的小球不少于</w:t>
      </w:r>
      <w:r>
        <w:rPr>
          <w:rFonts w:ascii="Times New Roman" w:eastAsia="Times New Roman" w:hAnsi="Times New Roman" w:cs="Times New Roman"/>
          <w:color w:val="000000"/>
          <w:lang w:eastAsia="zh-CN"/>
        </w:rPr>
        <w:t>4</w:t>
      </w:r>
      <w:r>
        <w:rPr>
          <w:rFonts w:ascii="SimSun" w:eastAsia="SimSun" w:hAnsi="SimSun" w:cs="SimSun"/>
          <w:color w:val="000000"/>
          <w:lang w:eastAsia="zh-CN"/>
        </w:rPr>
        <w:t>个，甲盘中小球的平均值为</w:t>
      </w:r>
      <w:r>
        <w:rPr>
          <w:rFonts w:ascii="Times New Roman" w:eastAsia="Times New Roman" w:hAnsi="Times New Roman" w:cs="Times New Roman"/>
          <w:color w:val="000000"/>
          <w:lang w:eastAsia="zh-CN"/>
        </w:rPr>
        <w:t>3</w:t>
      </w:r>
      <w:r>
        <w:rPr>
          <w:rFonts w:ascii="SimSun" w:eastAsia="SimSun" w:hAnsi="SimSun" w:cs="SimSun"/>
          <w:color w:val="000000"/>
          <w:lang w:eastAsia="zh-CN"/>
        </w:rPr>
        <w:t>，且</w:t>
      </w:r>
      <w:r>
        <w:pict w14:anchorId="455DBC63">
          <v:shape id="_x0000_i1232" type="#_x0000_t75" alt="学科网(www.zxxk.com)--教育资源门户，提供试卷、教案、课件、论文、素材以及各类教学资源下载，还有大量而丰富的教学相关资讯！" style="width:76.1pt;height:30.55pt">
            <v:imagedata r:id="rId113" o:title="eqId3bcd9f18307b21736a7b12f80e331599"/>
          </v:shape>
        </w:pict>
      </w:r>
      <w:r>
        <w:rPr>
          <w:rFonts w:ascii="SimSun" w:eastAsia="SimSun" w:hAnsi="SimSun" w:cs="SimSun"/>
          <w:color w:val="000000"/>
          <w:lang w:eastAsia="zh-CN"/>
        </w:rPr>
        <w:t>，</w:t>
      </w:r>
    </w:p>
    <w:p w14:paraId="00144E7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∴甲盘中小球的编号可能是：</w:t>
      </w:r>
      <w:r>
        <w:rPr>
          <w:rFonts w:ascii="Times New Roman" w:eastAsia="Times New Roman" w:hAnsi="Times New Roman" w:cs="Times New Roman"/>
          <w:color w:val="000000"/>
          <w:lang w:eastAsia="zh-CN"/>
        </w:rPr>
        <w:t>1</w:t>
      </w:r>
      <w:r>
        <w:rPr>
          <w:rFonts w:ascii="SimSun" w:eastAsia="SimSun" w:hAnsi="SimSun" w:cs="SimSun"/>
          <w:color w:val="000000"/>
          <w:lang w:eastAsia="zh-CN"/>
        </w:rPr>
        <w:t>号，</w:t>
      </w:r>
      <w:r>
        <w:rPr>
          <w:rFonts w:ascii="Times New Roman" w:eastAsia="Times New Roman" w:hAnsi="Times New Roman" w:cs="Times New Roman"/>
          <w:color w:val="000000"/>
          <w:lang w:eastAsia="zh-CN"/>
        </w:rPr>
        <w:t>2</w:t>
      </w:r>
      <w:r>
        <w:rPr>
          <w:rFonts w:ascii="SimSun" w:eastAsia="SimSun" w:hAnsi="SimSun" w:cs="SimSun"/>
          <w:color w:val="000000"/>
          <w:lang w:eastAsia="zh-CN"/>
        </w:rPr>
        <w:t>号，</w:t>
      </w:r>
      <w:r>
        <w:rPr>
          <w:rFonts w:ascii="Times New Roman" w:eastAsia="Times New Roman" w:hAnsi="Times New Roman" w:cs="Times New Roman"/>
          <w:color w:val="000000"/>
          <w:lang w:eastAsia="zh-CN"/>
        </w:rPr>
        <w:t>3</w:t>
      </w:r>
      <w:r>
        <w:rPr>
          <w:rFonts w:ascii="SimSun" w:eastAsia="SimSun" w:hAnsi="SimSun" w:cs="SimSun"/>
          <w:color w:val="000000"/>
          <w:lang w:eastAsia="zh-CN"/>
        </w:rPr>
        <w:t>号，</w:t>
      </w:r>
      <w:r>
        <w:rPr>
          <w:rFonts w:ascii="Times New Roman" w:eastAsia="Times New Roman" w:hAnsi="Times New Roman" w:cs="Times New Roman"/>
          <w:color w:val="000000"/>
          <w:lang w:eastAsia="zh-CN"/>
        </w:rPr>
        <w:t>6</w:t>
      </w:r>
      <w:r>
        <w:rPr>
          <w:rFonts w:ascii="SimSun" w:eastAsia="SimSun" w:hAnsi="SimSun" w:cs="SimSun"/>
          <w:color w:val="000000"/>
          <w:lang w:eastAsia="zh-CN"/>
        </w:rPr>
        <w:t>号；</w:t>
      </w:r>
    </w:p>
    <w:p w14:paraId="2611F12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1</w:t>
      </w:r>
      <w:r>
        <w:rPr>
          <w:rFonts w:ascii="SimSun" w:eastAsia="SimSun" w:hAnsi="SimSun" w:cs="SimSun"/>
          <w:color w:val="000000"/>
          <w:lang w:eastAsia="zh-CN"/>
        </w:rPr>
        <w:t>号，</w:t>
      </w:r>
      <w:r>
        <w:rPr>
          <w:rFonts w:ascii="Times New Roman" w:eastAsia="Times New Roman" w:hAnsi="Times New Roman" w:cs="Times New Roman"/>
          <w:color w:val="000000"/>
          <w:lang w:eastAsia="zh-CN"/>
        </w:rPr>
        <w:t>2</w:t>
      </w:r>
      <w:r>
        <w:rPr>
          <w:rFonts w:ascii="SimSun" w:eastAsia="SimSun" w:hAnsi="SimSun" w:cs="SimSun"/>
          <w:color w:val="000000"/>
          <w:lang w:eastAsia="zh-CN"/>
        </w:rPr>
        <w:t>号，</w:t>
      </w:r>
      <w:r>
        <w:rPr>
          <w:rFonts w:ascii="Times New Roman" w:eastAsia="Times New Roman" w:hAnsi="Times New Roman" w:cs="Times New Roman"/>
          <w:color w:val="000000"/>
          <w:lang w:eastAsia="zh-CN"/>
        </w:rPr>
        <w:t>3</w:t>
      </w:r>
      <w:r>
        <w:rPr>
          <w:rFonts w:ascii="SimSun" w:eastAsia="SimSun" w:hAnsi="SimSun" w:cs="SimSun"/>
          <w:color w:val="000000"/>
          <w:lang w:eastAsia="zh-CN"/>
        </w:rPr>
        <w:t>号，</w:t>
      </w:r>
      <w:r>
        <w:rPr>
          <w:rFonts w:ascii="Times New Roman" w:eastAsia="Times New Roman" w:hAnsi="Times New Roman" w:cs="Times New Roman"/>
          <w:color w:val="000000"/>
          <w:lang w:eastAsia="zh-CN"/>
        </w:rPr>
        <w:t>6</w:t>
      </w:r>
      <w:r>
        <w:rPr>
          <w:rFonts w:ascii="SimSun" w:eastAsia="SimSun" w:hAnsi="SimSun" w:cs="SimSun"/>
          <w:color w:val="000000"/>
          <w:lang w:eastAsia="zh-CN"/>
        </w:rPr>
        <w:t>号（答案</w:t>
      </w:r>
      <w:proofErr w:type="gramStart"/>
      <w:r>
        <w:rPr>
          <w:rFonts w:ascii="SimSun" w:eastAsia="SimSun" w:hAnsi="SimSun" w:cs="SimSun"/>
          <w:color w:val="000000"/>
          <w:lang w:eastAsia="zh-CN"/>
        </w:rPr>
        <w:t>不</w:t>
      </w:r>
      <w:proofErr w:type="gramEnd"/>
      <w:r>
        <w:rPr>
          <w:rFonts w:ascii="SimSun" w:eastAsia="SimSun" w:hAnsi="SimSun" w:cs="SimSun"/>
          <w:color w:val="000000"/>
          <w:lang w:eastAsia="zh-CN"/>
        </w:rPr>
        <w:t>唯一）；</w:t>
      </w:r>
    </w:p>
    <w:p w14:paraId="195E7165"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）设甲盘中有</w:t>
      </w:r>
      <w:r>
        <w:rPr>
          <w:rFonts w:ascii="Times New Roman" w:eastAsia="Times New Roman" w:hAnsi="Times New Roman" w:cs="Times New Roman"/>
          <w:i/>
          <w:color w:val="000000"/>
          <w:lang w:eastAsia="zh-CN"/>
        </w:rPr>
        <w:t>x</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球，</w:t>
      </w:r>
      <w:proofErr w:type="gramStart"/>
      <w:r>
        <w:rPr>
          <w:rFonts w:ascii="SimSun" w:eastAsia="SimSun" w:hAnsi="SimSun" w:cs="SimSun"/>
          <w:color w:val="000000"/>
          <w:lang w:eastAsia="zh-CN"/>
        </w:rPr>
        <w:t>乙盘有</w:t>
      </w:r>
      <w:proofErr w:type="gramEnd"/>
      <w:r>
        <w:rPr>
          <w:rFonts w:ascii="Times New Roman" w:eastAsia="Times New Roman" w:hAnsi="Times New Roman" w:cs="Times New Roman"/>
          <w:i/>
          <w:color w:val="000000"/>
          <w:lang w:eastAsia="zh-CN"/>
        </w:rPr>
        <w:t>y</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球，丙盘中有</w:t>
      </w:r>
      <w:r>
        <w:rPr>
          <w:rFonts w:ascii="Times New Roman" w:eastAsia="Times New Roman" w:hAnsi="Times New Roman" w:cs="Times New Roman"/>
          <w:i/>
          <w:color w:val="000000"/>
          <w:lang w:eastAsia="zh-CN"/>
        </w:rPr>
        <w:t>z</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球（</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i/>
          <w:color w:val="000000"/>
          <w:lang w:eastAsia="zh-CN"/>
        </w:rPr>
        <w:t>y</w:t>
      </w:r>
      <w:r>
        <w:rPr>
          <w:rFonts w:ascii="SimSun" w:eastAsia="SimSun" w:hAnsi="SimSun" w:cs="SimSun"/>
          <w:color w:val="000000"/>
          <w:lang w:eastAsia="zh-CN"/>
        </w:rPr>
        <w:t>、</w:t>
      </w:r>
      <w:r>
        <w:rPr>
          <w:rFonts w:ascii="Times New Roman" w:eastAsia="Times New Roman" w:hAnsi="Times New Roman" w:cs="Times New Roman"/>
          <w:i/>
          <w:color w:val="000000"/>
          <w:lang w:eastAsia="zh-CN"/>
        </w:rPr>
        <w:t>z</w:t>
      </w:r>
      <w:r>
        <w:rPr>
          <w:rFonts w:ascii="SimSun" w:eastAsia="SimSun" w:hAnsi="SimSun" w:cs="SimSun"/>
          <w:color w:val="000000"/>
          <w:lang w:eastAsia="zh-CN"/>
        </w:rPr>
        <w:t>都是不小于</w:t>
      </w:r>
      <w:r>
        <w:rPr>
          <w:rFonts w:ascii="Times New Roman" w:eastAsia="Times New Roman" w:hAnsi="Times New Roman" w:cs="Times New Roman"/>
          <w:color w:val="000000"/>
          <w:lang w:eastAsia="zh-CN"/>
        </w:rPr>
        <w:t>4</w:t>
      </w:r>
      <w:r>
        <w:rPr>
          <w:rFonts w:ascii="SimSun" w:eastAsia="SimSun" w:hAnsi="SimSun" w:cs="SimSun"/>
          <w:color w:val="000000"/>
          <w:lang w:eastAsia="zh-CN"/>
        </w:rPr>
        <w:t>的正整数），由题意得：</w:t>
      </w:r>
    </w:p>
    <w:p w14:paraId="5730DE39" w14:textId="77777777" w:rsidR="008113A1" w:rsidRDefault="00000000">
      <w:pPr>
        <w:spacing w:line="360" w:lineRule="auto"/>
        <w:textAlignment w:val="center"/>
        <w:rPr>
          <w:color w:val="000000"/>
          <w:lang w:eastAsia="zh-CN"/>
        </w:rPr>
      </w:pPr>
      <w:r>
        <w:pict w14:anchorId="244E97FD">
          <v:shape id="_x0000_i1233" type="#_x0000_t75" alt="学科网(www.zxxk.com)--教育资源门户，提供试卷、教案、课件、论文、素材以及各类教学资源下载，还有大量而丰富的教学相关资讯！" style="width:163pt;height:36pt">
            <v:imagedata r:id="rId114" o:title="eqId397921bfb5add32426bf5f59280a60eb"/>
          </v:shape>
        </w:pict>
      </w:r>
      <w:r>
        <w:rPr>
          <w:rFonts w:ascii="SimSun" w:eastAsia="SimSun" w:hAnsi="SimSun" w:cs="SimSun"/>
          <w:color w:val="000000"/>
          <w:lang w:eastAsia="zh-CN"/>
        </w:rPr>
        <w:t>，</w:t>
      </w:r>
    </w:p>
    <w:p w14:paraId="3582800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消去</w:t>
      </w:r>
      <w:r>
        <w:rPr>
          <w:rFonts w:ascii="Times New Roman" w:eastAsia="Times New Roman" w:hAnsi="Times New Roman" w:cs="Times New Roman"/>
          <w:i/>
          <w:color w:val="000000"/>
          <w:lang w:eastAsia="zh-CN"/>
        </w:rPr>
        <w:t>x</w:t>
      </w:r>
      <w:r>
        <w:rPr>
          <w:rFonts w:ascii="SimSun" w:eastAsia="SimSun" w:hAnsi="SimSun" w:cs="SimSun"/>
          <w:color w:val="000000"/>
          <w:lang w:eastAsia="zh-CN"/>
        </w:rPr>
        <w:t>得：</w:t>
      </w:r>
      <w:r>
        <w:pict w14:anchorId="704234A4">
          <v:shape id="_x0000_i1234" type="#_x0000_t75" alt="学科网(www.zxxk.com)--教育资源门户，提供试卷、教案、课件、论文、素材以及各类教学资源下载，还有大量而丰富的教学相关资讯！" style="width:67.25pt;height:16.3pt">
            <v:imagedata r:id="rId115" o:title="eqId6fcdc674c1d95c1509e5e6bc57efe818"/>
          </v:shape>
        </w:pict>
      </w:r>
      <w:r>
        <w:rPr>
          <w:rFonts w:ascii="SimSun" w:eastAsia="SimSun" w:hAnsi="SimSun" w:cs="SimSun"/>
          <w:color w:val="000000"/>
          <w:lang w:eastAsia="zh-CN"/>
        </w:rPr>
        <w:t>，即</w:t>
      </w:r>
      <w:r>
        <w:pict w14:anchorId="54CB0D7E">
          <v:shape id="_x0000_i1235" type="#_x0000_t75" alt="学科网(www.zxxk.com)--教育资源门户，提供试卷、教案、课件、论文、素材以及各类教学资源下载，还有大量而丰富的教学相关资讯！" style="width:55.7pt;height:16.3pt">
            <v:imagedata r:id="rId116" o:title="eqId3e919b183ac88b89a933916780f9f3ef"/>
          </v:shape>
        </w:pict>
      </w:r>
      <w:r>
        <w:rPr>
          <w:rFonts w:ascii="SimSun" w:eastAsia="SimSun" w:hAnsi="SimSun" w:cs="SimSun"/>
          <w:color w:val="000000"/>
          <w:lang w:eastAsia="zh-CN"/>
        </w:rPr>
        <w:t>，</w:t>
      </w:r>
    </w:p>
    <w:p w14:paraId="5AB8799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pict w14:anchorId="568A1649">
          <v:shape id="_x0000_i1236" type="#_x0000_t75" alt="学科网(www.zxxk.com)--教育资源门户，提供试卷、教案、课件、论文、素材以及各类教学资源下载，还有大量而丰富的教学相关资讯！" style="width:28.55pt;height:12.9pt">
            <v:imagedata r:id="rId117" o:title="eqId82288b9aad954b24b88286d8e1a58791"/>
          </v:shape>
        </w:pict>
      </w:r>
      <w:r>
        <w:rPr>
          <w:rFonts w:ascii="SimSun" w:eastAsia="SimSun" w:hAnsi="SimSun" w:cs="SimSun"/>
          <w:color w:val="000000"/>
          <w:lang w:eastAsia="zh-CN"/>
        </w:rPr>
        <w:t>时，则</w:t>
      </w:r>
      <w:r>
        <w:pict w14:anchorId="21838CFD">
          <v:shape id="_x0000_i1237" type="#_x0000_t75" alt="学科网(www.zxxk.com)--教育资源门户，提供试卷、教案、课件、论文、素材以及各类教学资源下载，还有大量而丰富的教学相关资讯！" style="width:29.2pt;height:16.3pt">
            <v:imagedata r:id="rId118" o:title="eqId940d2a86ce2df808e29ce79c7c782a43"/>
          </v:shape>
        </w:pict>
      </w:r>
      <w:r>
        <w:rPr>
          <w:rFonts w:ascii="SimSun" w:eastAsia="SimSun" w:hAnsi="SimSun" w:cs="SimSun"/>
          <w:color w:val="000000"/>
          <w:lang w:eastAsia="zh-CN"/>
        </w:rPr>
        <w:t>，此时</w:t>
      </w:r>
      <w:r>
        <w:pict w14:anchorId="4CF77D73">
          <v:shape id="_x0000_i1238" type="#_x0000_t75" alt="学科网(www.zxxk.com)--教育资源门户，提供试卷、教案、课件、论文、素材以及各类教学资源下载，还有大量而丰富的教学相关资讯！" style="width:24.45pt;height:12.9pt">
            <v:imagedata r:id="rId119" o:title="eqIdf23d29646155e27b172ecdf263e2d702"/>
          </v:shape>
        </w:pict>
      </w:r>
      <w:r>
        <w:rPr>
          <w:rFonts w:ascii="SimSun" w:eastAsia="SimSun" w:hAnsi="SimSun" w:cs="SimSun"/>
          <w:color w:val="000000"/>
          <w:lang w:eastAsia="zh-CN"/>
        </w:rPr>
        <w:t>符合题意；</w:t>
      </w:r>
    </w:p>
    <w:p w14:paraId="533D96E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pict w14:anchorId="19A70425">
          <v:shape id="_x0000_i1239" type="#_x0000_t75" alt="学科网(www.zxxk.com)--教育资源门户，提供试卷、教案、课件、论文、素材以及各类教学资源下载，还有大量而丰富的教学相关资讯！" style="width:27.15pt;height:14.25pt">
            <v:imagedata r:id="rId120" o:title="eqId80cce574305acfe7d719d666b500234d"/>
          </v:shape>
        </w:pict>
      </w:r>
      <w:r>
        <w:rPr>
          <w:rFonts w:ascii="SimSun" w:eastAsia="SimSun" w:hAnsi="SimSun" w:cs="SimSun"/>
          <w:color w:val="000000"/>
          <w:lang w:eastAsia="zh-CN"/>
        </w:rPr>
        <w:t>时，则</w:t>
      </w:r>
      <w:r>
        <w:pict w14:anchorId="7FE1B4FD">
          <v:shape id="_x0000_i1240" type="#_x0000_t75" alt="学科网(www.zxxk.com)--教育资源门户，提供试卷、教案、课件、论文、素材以及各类教学资源下载，还有大量而丰富的教学相关资讯！" style="width:27.85pt;height:16.3pt">
            <v:imagedata r:id="rId121" o:title="eqIdb8076b511e27939c629762296b8cfd08"/>
          </v:shape>
        </w:pict>
      </w:r>
      <w:r>
        <w:rPr>
          <w:rFonts w:ascii="SimSun" w:eastAsia="SimSun" w:hAnsi="SimSun" w:cs="SimSun"/>
          <w:color w:val="000000"/>
          <w:lang w:eastAsia="zh-CN"/>
        </w:rPr>
        <w:t>，此时</w:t>
      </w:r>
      <w:r>
        <w:pict w14:anchorId="5955AF71">
          <v:shape id="_x0000_i1241" type="#_x0000_t75" alt="学科网(www.zxxk.com)--教育资源门户，提供试卷、教案、课件、论文、素材以及各类教学资源下载，还有大量而丰富的教学相关资讯！" style="width:27.15pt;height:13.6pt">
            <v:imagedata r:id="rId122" o:title="eqIdda322ac8867e8a47c6588601078abf18"/>
          </v:shape>
        </w:pict>
      </w:r>
      <w:r>
        <w:rPr>
          <w:rFonts w:ascii="SimSun" w:eastAsia="SimSun" w:hAnsi="SimSun" w:cs="SimSun"/>
          <w:color w:val="000000"/>
          <w:lang w:eastAsia="zh-CN"/>
        </w:rPr>
        <w:t>符合题意；</w:t>
      </w:r>
    </w:p>
    <w:p w14:paraId="59777C7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lastRenderedPageBreak/>
        <w:t>当</w:t>
      </w:r>
      <w:r>
        <w:pict w14:anchorId="1DD8536E">
          <v:shape id="_x0000_i1242" type="#_x0000_t75" alt="学科网(www.zxxk.com)--教育资源门户，提供试卷、教案、课件、论文、素材以及各类教学资源下载，还有大量而丰富的教学相关资讯！" style="width:27.15pt;height:14.25pt">
            <v:imagedata r:id="rId123" o:title="eqId36db71b85dad40dad1e422f2cc41c2ff"/>
          </v:shape>
        </w:pict>
      </w:r>
      <w:r>
        <w:rPr>
          <w:rFonts w:ascii="SimSun" w:eastAsia="SimSun" w:hAnsi="SimSun" w:cs="SimSun"/>
          <w:color w:val="000000"/>
          <w:lang w:eastAsia="zh-CN"/>
        </w:rPr>
        <w:t>时，则</w:t>
      </w:r>
      <w:r>
        <w:pict w14:anchorId="0788140A">
          <v:shape id="_x0000_i1243" type="#_x0000_t75" alt="学科网(www.zxxk.com)--教育资源门户，提供试卷、教案、课件、论文、素材以及各类教学资源下载，还有大量而丰富的教学相关资讯！" style="width:25.15pt;height:14.95pt">
            <v:imagedata r:id="rId124" o:title="eqIdc9355031ea0b2dc9cef3777621bc6d38"/>
          </v:shape>
        </w:pict>
      </w:r>
      <w:r>
        <w:rPr>
          <w:rFonts w:ascii="SimSun" w:eastAsia="SimSun" w:hAnsi="SimSun" w:cs="SimSun"/>
          <w:color w:val="000000"/>
          <w:lang w:eastAsia="zh-CN"/>
        </w:rPr>
        <w:t>，此时</w:t>
      </w:r>
      <w:r>
        <w:pict w14:anchorId="7380931C">
          <v:shape id="_x0000_i1244" type="#_x0000_t75" alt="学科网(www.zxxk.com)--教育资源门户，提供试卷、教案、课件、论文、素材以及各类教学资源下载，还有大量而丰富的教学相关资讯！" style="width:28.55pt;height:14.25pt">
            <v:imagedata r:id="rId125" o:title="eqId39cc033406da2cdd342308972c6701f1"/>
          </v:shape>
        </w:pict>
      </w:r>
      <w:r>
        <w:rPr>
          <w:rFonts w:ascii="SimSun" w:eastAsia="SimSun" w:hAnsi="SimSun" w:cs="SimSun"/>
          <w:color w:val="000000"/>
          <w:lang w:eastAsia="zh-CN"/>
        </w:rPr>
        <w:t>不符合题意，舍去；</w:t>
      </w:r>
    </w:p>
    <w:p w14:paraId="45BCBB0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∴乙盘中小球的个数可以是</w:t>
      </w:r>
      <w:r>
        <w:rPr>
          <w:rFonts w:ascii="Times New Roman" w:eastAsia="Times New Roman" w:hAnsi="Times New Roman" w:cs="Times New Roman"/>
          <w:color w:val="000000"/>
          <w:lang w:eastAsia="zh-CN"/>
        </w:rPr>
        <w:t>7</w:t>
      </w:r>
      <w:r>
        <w:rPr>
          <w:rFonts w:ascii="SimSun" w:eastAsia="SimSun" w:hAnsi="SimSun" w:cs="SimSun"/>
          <w:color w:val="000000"/>
          <w:lang w:eastAsia="zh-CN"/>
        </w:rPr>
        <w:t>或</w:t>
      </w:r>
      <w:r>
        <w:rPr>
          <w:rFonts w:ascii="Times New Roman" w:eastAsia="Times New Roman" w:hAnsi="Times New Roman" w:cs="Times New Roman"/>
          <w:color w:val="000000"/>
          <w:lang w:eastAsia="zh-CN"/>
        </w:rPr>
        <w:t>5</w:t>
      </w:r>
      <w:r>
        <w:rPr>
          <w:rFonts w:ascii="SimSun" w:eastAsia="SimSun" w:hAnsi="SimSun" w:cs="SimSun"/>
          <w:color w:val="000000"/>
          <w:lang w:eastAsia="zh-CN"/>
        </w:rPr>
        <w:t>；</w:t>
      </w:r>
    </w:p>
    <w:p w14:paraId="745F020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7</w:t>
      </w:r>
      <w:r>
        <w:rPr>
          <w:rFonts w:ascii="SimSun" w:eastAsia="SimSun" w:hAnsi="SimSun" w:cs="SimSun"/>
          <w:color w:val="000000"/>
          <w:lang w:eastAsia="zh-CN"/>
        </w:rPr>
        <w:t>或</w:t>
      </w:r>
      <w:r>
        <w:rPr>
          <w:rFonts w:ascii="Times New Roman" w:eastAsia="Times New Roman" w:hAnsi="Times New Roman" w:cs="Times New Roman"/>
          <w:color w:val="000000"/>
          <w:lang w:eastAsia="zh-CN"/>
        </w:rPr>
        <w:t>5</w:t>
      </w:r>
      <w:r>
        <w:rPr>
          <w:rFonts w:ascii="SimSun" w:eastAsia="SimSun" w:hAnsi="SimSun" w:cs="SimSun"/>
          <w:color w:val="000000"/>
          <w:lang w:eastAsia="zh-CN"/>
        </w:rPr>
        <w:t>．</w:t>
      </w:r>
    </w:p>
    <w:p w14:paraId="7BDCEF19"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本题主要考查三元一次方程组的应用及平均数，熟练掌握三元一次方程组的应用及平均数是解题的关键．</w:t>
      </w:r>
    </w:p>
    <w:p w14:paraId="65CD9355"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三、解答题（本题共</w:t>
      </w:r>
      <w:r>
        <w:rPr>
          <w:rFonts w:ascii="Times New Roman" w:eastAsia="Times New Roman" w:hAnsi="Times New Roman" w:cs="Times New Roman"/>
          <w:b/>
          <w:color w:val="000000"/>
          <w:sz w:val="24"/>
          <w:lang w:eastAsia="zh-CN"/>
        </w:rPr>
        <w:t>60</w:t>
      </w:r>
      <w:r>
        <w:rPr>
          <w:rFonts w:ascii="SimSun" w:eastAsia="SimSun" w:hAnsi="SimSun" w:cs="SimSun"/>
          <w:b/>
          <w:color w:val="000000"/>
          <w:sz w:val="24"/>
          <w:lang w:eastAsia="zh-CN"/>
        </w:rPr>
        <w:t>分）</w:t>
      </w:r>
    </w:p>
    <w:p w14:paraId="1A9A0A75" w14:textId="77777777" w:rsidR="008113A1" w:rsidRDefault="00000000">
      <w:pPr>
        <w:pStyle w:val="Heading2"/>
        <w:rPr>
          <w:lang w:eastAsia="zh-CN"/>
        </w:rPr>
      </w:pPr>
      <w:bookmarkStart w:id="11" w:name="_Toc235460028"/>
      <w:r>
        <w:rPr>
          <w:lang w:eastAsia="zh-CN"/>
        </w:rPr>
        <w:t>中国人民大学附属中学朝阳学校</w:t>
      </w:r>
      <w:bookmarkEnd w:id="11"/>
    </w:p>
    <w:p w14:paraId="228FF788" w14:textId="77777777" w:rsidR="008113A1" w:rsidRDefault="00000000">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如图，若一个表格的行数代表关于</w:t>
      </w:r>
      <w:r>
        <w:rPr>
          <w:rFonts w:ascii="Times New Roman" w:eastAsia="Times New Roman" w:hAnsi="Times New Roman" w:cs="Times New Roman"/>
          <w:i/>
          <w:color w:val="000000"/>
          <w:lang w:eastAsia="zh-CN"/>
        </w:rPr>
        <w:t>x</w:t>
      </w:r>
      <w:r>
        <w:rPr>
          <w:rFonts w:ascii="SimSun" w:eastAsia="SimSun" w:hAnsi="SimSun" w:cs="SimSun"/>
          <w:color w:val="000000"/>
          <w:lang w:eastAsia="zh-CN"/>
        </w:rPr>
        <w:t>的整式的次数，列数代表关于</w:t>
      </w:r>
      <w:r>
        <w:rPr>
          <w:rFonts w:ascii="Times New Roman" w:eastAsia="Times New Roman" w:hAnsi="Times New Roman" w:cs="Times New Roman"/>
          <w:i/>
          <w:color w:val="000000"/>
          <w:lang w:eastAsia="zh-CN"/>
        </w:rPr>
        <w:t>x</w:t>
      </w:r>
      <w:r>
        <w:rPr>
          <w:rFonts w:ascii="SimSun" w:eastAsia="SimSun" w:hAnsi="SimSun" w:cs="SimSun"/>
          <w:color w:val="000000"/>
          <w:lang w:eastAsia="zh-CN"/>
        </w:rPr>
        <w:t>的整式的项数（规定单项式的项数为</w:t>
      </w:r>
      <w:r>
        <w:rPr>
          <w:rFonts w:ascii="Times New Roman" w:eastAsia="Times New Roman" w:hAnsi="Times New Roman" w:cs="Times New Roman"/>
          <w:color w:val="000000"/>
          <w:lang w:eastAsia="zh-CN"/>
        </w:rPr>
        <w:t>1</w:t>
      </w:r>
      <w:r>
        <w:rPr>
          <w:rFonts w:ascii="SimSun" w:eastAsia="SimSun" w:hAnsi="SimSun" w:cs="SimSun"/>
          <w:color w:val="000000"/>
          <w:lang w:eastAsia="zh-CN"/>
        </w:rPr>
        <w:t>），那么每个关于</w:t>
      </w:r>
      <w:r>
        <w:rPr>
          <w:rFonts w:ascii="Times New Roman" w:eastAsia="Times New Roman" w:hAnsi="Times New Roman" w:cs="Times New Roman"/>
          <w:i/>
          <w:color w:val="000000"/>
          <w:lang w:eastAsia="zh-CN"/>
        </w:rPr>
        <w:t>x</w:t>
      </w:r>
      <w:r>
        <w:rPr>
          <w:rFonts w:ascii="SimSun" w:eastAsia="SimSun" w:hAnsi="SimSun" w:cs="SimSun"/>
          <w:color w:val="000000"/>
          <w:lang w:eastAsia="zh-CN"/>
        </w:rPr>
        <w:t>的整式均会对应表格中的某个小方格．若关于</w:t>
      </w:r>
      <w:r>
        <w:rPr>
          <w:rFonts w:ascii="Times New Roman" w:eastAsia="Times New Roman" w:hAnsi="Times New Roman" w:cs="Times New Roman"/>
          <w:i/>
          <w:color w:val="000000"/>
          <w:lang w:eastAsia="zh-CN"/>
        </w:rPr>
        <w:t>x</w:t>
      </w:r>
      <w:r>
        <w:rPr>
          <w:rFonts w:ascii="SimSun" w:eastAsia="SimSun" w:hAnsi="SimSun" w:cs="SimSun"/>
          <w:color w:val="000000"/>
          <w:lang w:eastAsia="zh-CN"/>
        </w:rPr>
        <w:t>的整式</w:t>
      </w:r>
      <w:r>
        <w:rPr>
          <w:rFonts w:ascii="Times New Roman" w:eastAsia="Times New Roman" w:hAnsi="Times New Roman" w:cs="Times New Roman"/>
          <w:i/>
          <w:color w:val="000000"/>
          <w:lang w:eastAsia="zh-CN"/>
        </w:rPr>
        <w:t>A</w:t>
      </w:r>
      <w:r>
        <w:rPr>
          <w:rFonts w:ascii="SimSun" w:eastAsia="SimSun" w:hAnsi="SimSun" w:cs="SimSun"/>
          <w:color w:val="000000"/>
          <w:lang w:eastAsia="zh-CN"/>
        </w:rPr>
        <w:t>是三次二项式，则</w:t>
      </w:r>
      <w:r>
        <w:rPr>
          <w:rFonts w:ascii="Times New Roman" w:eastAsia="Times New Roman" w:hAnsi="Times New Roman" w:cs="Times New Roman"/>
          <w:i/>
          <w:color w:val="000000"/>
          <w:lang w:eastAsia="zh-CN"/>
        </w:rPr>
        <w:t>A</w:t>
      </w:r>
      <w:r>
        <w:rPr>
          <w:rFonts w:ascii="SimSun" w:eastAsia="SimSun" w:hAnsi="SimSun" w:cs="SimSun"/>
          <w:color w:val="000000"/>
          <w:lang w:eastAsia="zh-CN"/>
        </w:rPr>
        <w:t>对应表格中标★的小方格．已知</w:t>
      </w:r>
      <w:r>
        <w:rPr>
          <w:rFonts w:ascii="Times New Roman" w:eastAsia="Times New Roman" w:hAnsi="Times New Roman" w:cs="Times New Roman"/>
          <w:i/>
          <w:color w:val="000000"/>
          <w:lang w:eastAsia="zh-CN"/>
        </w:rPr>
        <w:t>B</w:t>
      </w:r>
      <w:r>
        <w:rPr>
          <w:rFonts w:ascii="SimSun" w:eastAsia="SimSun" w:hAnsi="SimSun" w:cs="SimSun"/>
          <w:color w:val="000000"/>
          <w:lang w:eastAsia="zh-CN"/>
        </w:rPr>
        <w:t>也是关于</w:t>
      </w:r>
      <w:r>
        <w:rPr>
          <w:rFonts w:ascii="Times New Roman" w:eastAsia="Times New Roman" w:hAnsi="Times New Roman" w:cs="Times New Roman"/>
          <w:i/>
          <w:color w:val="000000"/>
          <w:lang w:eastAsia="zh-CN"/>
        </w:rPr>
        <w:t>x</w:t>
      </w:r>
      <w:r>
        <w:rPr>
          <w:rFonts w:ascii="SimSun" w:eastAsia="SimSun" w:hAnsi="SimSun" w:cs="SimSun"/>
          <w:color w:val="000000"/>
          <w:lang w:eastAsia="zh-CN"/>
        </w:rPr>
        <w:t>的整式，下列说法正确的有</w:t>
      </w:r>
      <w:r>
        <w:rPr>
          <w:color w:val="000000"/>
          <w:lang w:eastAsia="zh-CN"/>
        </w:rPr>
        <w:t>______</w:t>
      </w:r>
      <w:r>
        <w:rPr>
          <w:rFonts w:ascii="SimSun" w:eastAsia="SimSun" w:hAnsi="SimSun" w:cs="SimSun"/>
          <w:color w:val="000000"/>
          <w:lang w:eastAsia="zh-CN"/>
        </w:rPr>
        <w:t>．（写出所有正确的序号）</w:t>
      </w:r>
    </w:p>
    <w:p w14:paraId="0817EBC2" w14:textId="77777777" w:rsidR="008113A1" w:rsidRDefault="00000000">
      <w:pPr>
        <w:spacing w:line="360" w:lineRule="auto"/>
        <w:textAlignment w:val="center"/>
        <w:rPr>
          <w:color w:val="000000"/>
        </w:rPr>
      </w:pPr>
      <w:r>
        <w:rPr>
          <w:noProof/>
          <w:color w:val="000000"/>
        </w:rPr>
        <w:drawing>
          <wp:inline distT="0" distB="0" distL="114300" distR="114300" wp14:anchorId="4ABD3F75" wp14:editId="59385500">
            <wp:extent cx="1362075" cy="1390650"/>
            <wp:effectExtent l="0" t="0" r="9525" b="0"/>
            <wp:docPr id="4261"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2" name="图片 100009" descr="学科网(www.zxxk.com)--教育资源门户，提供试卷、教案、课件、论文、素材以及各类教学资源下载，还有大量而丰富的教学相关资讯！"/>
                    <pic:cNvPicPr>
                      <a:picLocks noChangeAspect="1"/>
                    </pic:cNvPicPr>
                  </pic:nvPicPr>
                  <pic:blipFill>
                    <a:blip r:embed="rId126"/>
                    <a:stretch>
                      <a:fillRect/>
                    </a:stretch>
                  </pic:blipFill>
                  <pic:spPr>
                    <a:xfrm>
                      <a:off x="0" y="0"/>
                      <a:ext cx="1362075" cy="1390650"/>
                    </a:xfrm>
                    <a:prstGeom prst="rect">
                      <a:avLst/>
                    </a:prstGeom>
                  </pic:spPr>
                </pic:pic>
              </a:graphicData>
            </a:graphic>
          </wp:inline>
        </w:drawing>
      </w:r>
    </w:p>
    <w:p w14:paraId="18BC32A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①若</w:t>
      </w:r>
      <w:r>
        <w:rPr>
          <w:rFonts w:ascii="Times New Roman" w:eastAsia="Times New Roman" w:hAnsi="Times New Roman" w:cs="Times New Roman"/>
          <w:i/>
          <w:color w:val="000000"/>
          <w:lang w:eastAsia="zh-CN"/>
        </w:rPr>
        <w:t>B</w:t>
      </w:r>
      <w:r>
        <w:rPr>
          <w:rFonts w:ascii="SimSun" w:eastAsia="SimSun" w:hAnsi="SimSun" w:cs="SimSun"/>
          <w:color w:val="000000"/>
          <w:lang w:eastAsia="zh-CN"/>
        </w:rPr>
        <w:t>对应的小方格行数是</w:t>
      </w:r>
      <w:r>
        <w:rPr>
          <w:rFonts w:ascii="Times New Roman" w:eastAsia="Times New Roman" w:hAnsi="Times New Roman" w:cs="Times New Roman"/>
          <w:color w:val="000000"/>
          <w:lang w:eastAsia="zh-CN"/>
        </w:rPr>
        <w:t>4</w:t>
      </w:r>
      <w:r>
        <w:rPr>
          <w:rFonts w:ascii="SimSun" w:eastAsia="SimSun" w:hAnsi="SimSun" w:cs="SimSun"/>
          <w:color w:val="000000"/>
          <w:lang w:eastAsia="zh-CN"/>
        </w:rPr>
        <w:t>，则</w:t>
      </w:r>
      <w:r>
        <w:pict w14:anchorId="419F2EC6">
          <v:shape id="_x0000_i1245" type="#_x0000_t75" alt="学科网(www.zxxk.com)--教育资源门户，提供试卷、教案、课件、论文、素材以及各类教学资源下载，还有大量而丰富的教学相关资讯！" style="width:30.55pt;height:12.9pt">
            <v:imagedata r:id="rId127" o:title="eqId6ce69cd33d105ce280170f0cd0513026"/>
          </v:shape>
        </w:pict>
      </w:r>
      <w:r>
        <w:rPr>
          <w:rFonts w:ascii="SimSun" w:eastAsia="SimSun" w:hAnsi="SimSun" w:cs="SimSun"/>
          <w:color w:val="000000"/>
          <w:lang w:eastAsia="zh-CN"/>
        </w:rPr>
        <w:t>对应的小方格行数一定是</w:t>
      </w:r>
      <w:r>
        <w:rPr>
          <w:rFonts w:ascii="Times New Roman" w:eastAsia="Times New Roman" w:hAnsi="Times New Roman" w:cs="Times New Roman"/>
          <w:color w:val="000000"/>
          <w:lang w:eastAsia="zh-CN"/>
        </w:rPr>
        <w:t>4</w:t>
      </w:r>
      <w:r>
        <w:rPr>
          <w:rFonts w:ascii="SimSun" w:eastAsia="SimSun" w:hAnsi="SimSun" w:cs="SimSun"/>
          <w:color w:val="000000"/>
          <w:lang w:eastAsia="zh-CN"/>
        </w:rPr>
        <w:t>；</w:t>
      </w:r>
    </w:p>
    <w:p w14:paraId="26FB1E5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②若</w:t>
      </w:r>
      <w:r>
        <w:pict w14:anchorId="3035B7FB">
          <v:shape id="_x0000_i1246" type="#_x0000_t75" alt="学科网(www.zxxk.com)--教育资源门户，提供试卷、教案、课件、论文、素材以及各类教学资源下载，还有大量而丰富的教学相关资讯！" style="width:30.55pt;height:12.9pt">
            <v:imagedata r:id="rId127" o:title="eqId6ce69cd33d105ce280170f0cd0513026"/>
          </v:shape>
        </w:pict>
      </w:r>
      <w:r>
        <w:rPr>
          <w:rFonts w:ascii="SimSun" w:eastAsia="SimSun" w:hAnsi="SimSun" w:cs="SimSun"/>
          <w:color w:val="000000"/>
          <w:lang w:eastAsia="zh-CN"/>
        </w:rPr>
        <w:t>对应的小方格列数是</w:t>
      </w:r>
      <w:r>
        <w:rPr>
          <w:rFonts w:ascii="Times New Roman" w:eastAsia="Times New Roman" w:hAnsi="Times New Roman" w:cs="Times New Roman"/>
          <w:color w:val="000000"/>
          <w:lang w:eastAsia="zh-CN"/>
        </w:rPr>
        <w:t>5</w:t>
      </w:r>
      <w:r>
        <w:rPr>
          <w:rFonts w:ascii="SimSun" w:eastAsia="SimSun" w:hAnsi="SimSun" w:cs="SimSun"/>
          <w:color w:val="000000"/>
          <w:lang w:eastAsia="zh-CN"/>
        </w:rPr>
        <w:t>，则</w:t>
      </w:r>
      <w:r>
        <w:rPr>
          <w:rFonts w:ascii="Times New Roman" w:eastAsia="Times New Roman" w:hAnsi="Times New Roman" w:cs="Times New Roman"/>
          <w:color w:val="000000"/>
          <w:lang w:eastAsia="zh-CN"/>
        </w:rPr>
        <w:t>B</w:t>
      </w:r>
      <w:r>
        <w:rPr>
          <w:rFonts w:ascii="SimSun" w:eastAsia="SimSun" w:hAnsi="SimSun" w:cs="SimSun"/>
          <w:color w:val="000000"/>
          <w:lang w:eastAsia="zh-CN"/>
        </w:rPr>
        <w:t>对应的小方格列数一定是</w:t>
      </w:r>
      <w:r>
        <w:rPr>
          <w:rFonts w:ascii="Times New Roman" w:eastAsia="Times New Roman" w:hAnsi="Times New Roman" w:cs="Times New Roman"/>
          <w:color w:val="000000"/>
          <w:lang w:eastAsia="zh-CN"/>
        </w:rPr>
        <w:t>3</w:t>
      </w:r>
      <w:r>
        <w:rPr>
          <w:rFonts w:ascii="SimSun" w:eastAsia="SimSun" w:hAnsi="SimSun" w:cs="SimSun"/>
          <w:color w:val="000000"/>
          <w:lang w:eastAsia="zh-CN"/>
        </w:rPr>
        <w:t>；</w:t>
      </w:r>
    </w:p>
    <w:p w14:paraId="0596BEE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③若</w:t>
      </w:r>
      <w:r>
        <w:rPr>
          <w:rFonts w:ascii="Times New Roman" w:eastAsia="Times New Roman" w:hAnsi="Times New Roman" w:cs="Times New Roman"/>
          <w:i/>
          <w:color w:val="000000"/>
          <w:lang w:eastAsia="zh-CN"/>
        </w:rPr>
        <w:t>B</w:t>
      </w:r>
      <w:r>
        <w:rPr>
          <w:rFonts w:ascii="SimSun" w:eastAsia="SimSun" w:hAnsi="SimSun" w:cs="SimSun"/>
          <w:color w:val="000000"/>
          <w:lang w:eastAsia="zh-CN"/>
        </w:rPr>
        <w:t>对应的小方格列数是</w:t>
      </w:r>
      <w:r>
        <w:rPr>
          <w:rFonts w:ascii="Times New Roman" w:eastAsia="Times New Roman" w:hAnsi="Times New Roman" w:cs="Times New Roman"/>
          <w:color w:val="000000"/>
          <w:lang w:eastAsia="zh-CN"/>
        </w:rPr>
        <w:t>3</w:t>
      </w:r>
      <w:r>
        <w:rPr>
          <w:rFonts w:ascii="SimSun" w:eastAsia="SimSun" w:hAnsi="SimSun" w:cs="SimSun"/>
          <w:color w:val="000000"/>
          <w:lang w:eastAsia="zh-CN"/>
        </w:rPr>
        <w:t>，且</w:t>
      </w:r>
      <w:r>
        <w:pict w14:anchorId="0CC446AF">
          <v:shape id="_x0000_i1247" type="#_x0000_t75" alt="学科网(www.zxxk.com)--教育资源门户，提供试卷、教案、课件、论文、素材以及各类教学资源下载，还有大量而丰富的教学相关资讯！" style="width:30.55pt;height:12.9pt">
            <v:imagedata r:id="rId127" o:title="eqId6ce69cd33d105ce280170f0cd0513026"/>
          </v:shape>
        </w:pict>
      </w:r>
      <w:r>
        <w:rPr>
          <w:rFonts w:ascii="SimSun" w:eastAsia="SimSun" w:hAnsi="SimSun" w:cs="SimSun"/>
          <w:color w:val="000000"/>
          <w:lang w:eastAsia="zh-CN"/>
        </w:rPr>
        <w:t>对应的小方格列数是</w:t>
      </w:r>
      <w:r>
        <w:rPr>
          <w:rFonts w:ascii="Times New Roman" w:eastAsia="Times New Roman" w:hAnsi="Times New Roman" w:cs="Times New Roman"/>
          <w:color w:val="000000"/>
          <w:lang w:eastAsia="zh-CN"/>
        </w:rPr>
        <w:t>5</w:t>
      </w:r>
      <w:r>
        <w:rPr>
          <w:rFonts w:ascii="SimSun" w:eastAsia="SimSun" w:hAnsi="SimSun" w:cs="SimSun"/>
          <w:color w:val="000000"/>
          <w:lang w:eastAsia="zh-CN"/>
        </w:rPr>
        <w:t>，则</w:t>
      </w:r>
      <w:r>
        <w:rPr>
          <w:rFonts w:ascii="Times New Roman" w:eastAsia="Times New Roman" w:hAnsi="Times New Roman" w:cs="Times New Roman"/>
          <w:i/>
          <w:color w:val="000000"/>
          <w:lang w:eastAsia="zh-CN"/>
        </w:rPr>
        <w:t>B</w:t>
      </w:r>
      <w:r>
        <w:rPr>
          <w:rFonts w:ascii="SimSun" w:eastAsia="SimSun" w:hAnsi="SimSun" w:cs="SimSun"/>
          <w:color w:val="000000"/>
          <w:lang w:eastAsia="zh-CN"/>
        </w:rPr>
        <w:t>对应的小方格行数不可能是</w:t>
      </w:r>
      <w:r>
        <w:rPr>
          <w:rFonts w:ascii="Times New Roman" w:eastAsia="Times New Roman" w:hAnsi="Times New Roman" w:cs="Times New Roman"/>
          <w:color w:val="000000"/>
          <w:lang w:eastAsia="zh-CN"/>
        </w:rPr>
        <w:t>3</w:t>
      </w:r>
      <w:r>
        <w:rPr>
          <w:rFonts w:ascii="SimSun" w:eastAsia="SimSun" w:hAnsi="SimSun" w:cs="SimSun"/>
          <w:color w:val="000000"/>
          <w:lang w:eastAsia="zh-CN"/>
        </w:rPr>
        <w:t>．</w:t>
      </w:r>
    </w:p>
    <w:p w14:paraId="690CBDAA" w14:textId="77777777" w:rsidR="008113A1" w:rsidRDefault="00000000">
      <w:pPr>
        <w:spacing w:line="360" w:lineRule="auto"/>
        <w:textAlignment w:val="center"/>
        <w:rPr>
          <w:color w:val="000000"/>
        </w:rPr>
      </w:pPr>
      <w:r>
        <w:rPr>
          <w:color w:val="2E75B6"/>
        </w:rPr>
        <w:t>【</w:t>
      </w:r>
      <w:proofErr w:type="spellStart"/>
      <w:r>
        <w:rPr>
          <w:color w:val="2E75B6"/>
        </w:rPr>
        <w:t>答案</w:t>
      </w:r>
      <w:proofErr w:type="spellEnd"/>
      <w:r>
        <w:rPr>
          <w:color w:val="2E75B6"/>
        </w:rPr>
        <w:t>】</w:t>
      </w:r>
      <w:r>
        <w:rPr>
          <w:rFonts w:ascii="SimSun" w:eastAsia="SimSun" w:hAnsi="SimSun" w:cs="SimSun"/>
          <w:color w:val="000000"/>
        </w:rPr>
        <w:t>①③##③①</w:t>
      </w:r>
    </w:p>
    <w:p w14:paraId="28D520B7" w14:textId="77777777" w:rsidR="008113A1" w:rsidRDefault="00000000">
      <w:pPr>
        <w:spacing w:line="360" w:lineRule="auto"/>
        <w:textAlignment w:val="center"/>
        <w:rPr>
          <w:color w:val="000000"/>
        </w:rPr>
      </w:pPr>
      <w:r>
        <w:rPr>
          <w:color w:val="2E75B6"/>
        </w:rPr>
        <w:t>【解析】</w:t>
      </w:r>
    </w:p>
    <w:p w14:paraId="1354CCEC"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根据多项式的次数与项数，整式的加减，逐项分析判断即可</w:t>
      </w:r>
    </w:p>
    <w:p w14:paraId="3746354E"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pict w14:anchorId="0E5FB1F9">
          <v:shape id="_x0000_i1248" type="#_x0000_t75" alt="学科网(www.zxxk.com)--教育资源门户，提供试卷、教案、课件、论文、素材以及各类教学资源下载，还有大量而丰富的教学相关资讯！" style="width:19pt;height:12.25pt">
            <v:imagedata r:id="rId128" o:title="eqIde9e4c464ac8cfa27d6e3957d91e214fc"/>
          </v:shape>
        </w:pict>
      </w:r>
      <w:r>
        <w:rPr>
          <w:rFonts w:ascii="SimSun" w:eastAsia="SimSun" w:hAnsi="SimSun" w:cs="SimSun"/>
          <w:color w:val="000000"/>
          <w:lang w:eastAsia="zh-CN"/>
        </w:rPr>
        <w:t>是三次二次项式，</w:t>
      </w:r>
    </w:p>
    <w:p w14:paraId="6488EA6B" w14:textId="77777777" w:rsidR="008113A1" w:rsidRDefault="00000000">
      <w:pPr>
        <w:spacing w:line="360" w:lineRule="auto"/>
        <w:textAlignment w:val="center"/>
        <w:rPr>
          <w:color w:val="000000"/>
          <w:lang w:eastAsia="zh-CN"/>
        </w:rPr>
      </w:pPr>
      <w:r>
        <w:lastRenderedPageBreak/>
        <w:pict w14:anchorId="27D2ACE7">
          <v:shape id="_x0000_i1249" type="#_x0000_t75" alt="学科网(www.zxxk.com)--教育资源门户，提供试卷、教案、课件、论文、素材以及各类教学资源下载，还有大量而丰富的教学相关资讯！" style="width:9.5pt;height:8.85pt">
            <v:imagedata r:id="rId86" o:title="eqId2de0d10ef8b748d4531250c37c5d3f9e"/>
          </v:shape>
        </w:pict>
      </w:r>
      <w:r>
        <w:pict w14:anchorId="5B7E57E5">
          <v:shape id="_x0000_i1250" type="#_x0000_t75" alt="学科网(www.zxxk.com)--教育资源门户，提供试卷、教案、课件、论文、素材以及各类教学资源下载，还有大量而丰富的教学相关资讯！" style="width:12.25pt;height:12.25pt">
            <v:imagedata r:id="rId129" o:title="eqId5963abe8f421bd99a2aaa94831a951e9"/>
          </v:shape>
        </w:pict>
      </w:r>
      <w:r>
        <w:rPr>
          <w:rFonts w:ascii="SimSun" w:eastAsia="SimSun" w:hAnsi="SimSun" w:cs="SimSun"/>
          <w:color w:val="000000"/>
          <w:lang w:eastAsia="zh-CN"/>
        </w:rPr>
        <w:t>对应的行数是</w:t>
      </w:r>
      <w:r>
        <w:rPr>
          <w:rFonts w:ascii="Times New Roman" w:eastAsia="Times New Roman" w:hAnsi="Times New Roman" w:cs="Times New Roman"/>
          <w:color w:val="000000"/>
          <w:lang w:eastAsia="zh-CN"/>
        </w:rPr>
        <w:t>3</w:t>
      </w:r>
      <w:r>
        <w:rPr>
          <w:rFonts w:ascii="SimSun" w:eastAsia="SimSun" w:hAnsi="SimSun" w:cs="SimSun"/>
          <w:color w:val="000000"/>
          <w:lang w:eastAsia="zh-CN"/>
        </w:rPr>
        <w:t>，列数是</w:t>
      </w:r>
      <w:r>
        <w:rPr>
          <w:rFonts w:ascii="Times New Roman" w:eastAsia="Times New Roman" w:hAnsi="Times New Roman" w:cs="Times New Roman"/>
          <w:color w:val="000000"/>
          <w:lang w:eastAsia="zh-CN"/>
        </w:rPr>
        <w:t>2</w:t>
      </w:r>
    </w:p>
    <w:p w14:paraId="05ABBCC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①若</w:t>
      </w:r>
      <w:r>
        <w:rPr>
          <w:rFonts w:ascii="Times New Roman" w:eastAsia="Times New Roman" w:hAnsi="Times New Roman" w:cs="Times New Roman"/>
          <w:i/>
          <w:color w:val="000000"/>
          <w:lang w:eastAsia="zh-CN"/>
        </w:rPr>
        <w:t>B</w:t>
      </w:r>
      <w:r>
        <w:rPr>
          <w:rFonts w:ascii="SimSun" w:eastAsia="SimSun" w:hAnsi="SimSun" w:cs="SimSun"/>
          <w:color w:val="000000"/>
          <w:lang w:eastAsia="zh-CN"/>
        </w:rPr>
        <w:t>对应的小方格行数是</w:t>
      </w:r>
      <w:r>
        <w:rPr>
          <w:rFonts w:ascii="Times New Roman" w:eastAsia="Times New Roman" w:hAnsi="Times New Roman" w:cs="Times New Roman"/>
          <w:color w:val="000000"/>
          <w:lang w:eastAsia="zh-CN"/>
        </w:rPr>
        <w:t>4</w:t>
      </w:r>
      <w:r>
        <w:rPr>
          <w:rFonts w:ascii="SimSun" w:eastAsia="SimSun" w:hAnsi="SimSun" w:cs="SimSun"/>
          <w:color w:val="000000"/>
          <w:lang w:eastAsia="zh-CN"/>
        </w:rPr>
        <w:t>，则</w:t>
      </w:r>
      <w:r>
        <w:pict w14:anchorId="617B1F47">
          <v:shape id="_x0000_i1251" type="#_x0000_t75" alt="学科网(www.zxxk.com)--教育资源门户，提供试卷、教案、课件、论文、素材以及各类教学资源下载，还有大量而丰富的教学相关资讯！" style="width:9.5pt;height:10.2pt">
            <v:imagedata r:id="rId130" o:title="eqId7f9e8449aad35c5d840a3395ea86df6d"/>
          </v:shape>
        </w:pict>
      </w:r>
      <w:r>
        <w:rPr>
          <w:rFonts w:ascii="SimSun" w:eastAsia="SimSun" w:hAnsi="SimSun" w:cs="SimSun"/>
          <w:color w:val="000000"/>
          <w:lang w:eastAsia="zh-CN"/>
        </w:rPr>
        <w:t>是四次多项式，则</w:t>
      </w:r>
      <w:r>
        <w:pict w14:anchorId="26A1E1BB">
          <v:shape id="_x0000_i1252" type="#_x0000_t75" alt="学科网(www.zxxk.com)--教育资源门户，提供试卷、教案、课件、论文、素材以及各类教学资源下载，还有大量而丰富的教学相关资讯！" style="width:30.55pt;height:12.9pt">
            <v:imagedata r:id="rId127" o:title="eqId6ce69cd33d105ce280170f0cd0513026"/>
          </v:shape>
        </w:pict>
      </w:r>
      <w:r>
        <w:rPr>
          <w:rFonts w:ascii="SimSun" w:eastAsia="SimSun" w:hAnsi="SimSun" w:cs="SimSun"/>
          <w:color w:val="000000"/>
          <w:lang w:eastAsia="zh-CN"/>
        </w:rPr>
        <w:t>也是四次多项式，则</w:t>
      </w:r>
      <w:r>
        <w:pict w14:anchorId="3B550FD5">
          <v:shape id="_x0000_i1253" type="#_x0000_t75" alt="学科网(www.zxxk.com)--教育资源门户，提供试卷、教案、课件、论文、素材以及各类教学资源下载，还有大量而丰富的教学相关资讯！" style="width:30.55pt;height:12.9pt">
            <v:imagedata r:id="rId127" o:title="eqId6ce69cd33d105ce280170f0cd0513026"/>
          </v:shape>
        </w:pict>
      </w:r>
      <w:r>
        <w:rPr>
          <w:rFonts w:ascii="SimSun" w:eastAsia="SimSun" w:hAnsi="SimSun" w:cs="SimSun"/>
          <w:color w:val="000000"/>
          <w:lang w:eastAsia="zh-CN"/>
        </w:rPr>
        <w:t>对应的小方格行数一定是</w:t>
      </w:r>
      <w:r>
        <w:rPr>
          <w:rFonts w:ascii="Times New Roman" w:eastAsia="Times New Roman" w:hAnsi="Times New Roman" w:cs="Times New Roman"/>
          <w:color w:val="000000"/>
          <w:lang w:eastAsia="zh-CN"/>
        </w:rPr>
        <w:t>4，</w:t>
      </w:r>
      <w:r>
        <w:rPr>
          <w:rFonts w:ascii="SimSun" w:eastAsia="SimSun" w:hAnsi="SimSun" w:cs="SimSun"/>
          <w:color w:val="000000"/>
          <w:lang w:eastAsia="zh-CN"/>
        </w:rPr>
        <w:t>故①正确；</w:t>
      </w:r>
    </w:p>
    <w:p w14:paraId="3366E30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②若</w:t>
      </w:r>
      <w:r>
        <w:pict w14:anchorId="4506D2D8">
          <v:shape id="_x0000_i1254" type="#_x0000_t75" alt="学科网(www.zxxk.com)--教育资源门户，提供试卷、教案、课件、论文、素材以及各类教学资源下载，还有大量而丰富的教学相关资讯！" style="width:30.55pt;height:12.9pt">
            <v:imagedata r:id="rId127" o:title="eqId6ce69cd33d105ce280170f0cd0513026"/>
          </v:shape>
        </w:pict>
      </w:r>
      <w:r>
        <w:rPr>
          <w:rFonts w:ascii="SimSun" w:eastAsia="SimSun" w:hAnsi="SimSun" w:cs="SimSun"/>
          <w:color w:val="000000"/>
          <w:lang w:eastAsia="zh-CN"/>
        </w:rPr>
        <w:t>对应的小方格列数是</w:t>
      </w:r>
      <w:r>
        <w:rPr>
          <w:rFonts w:ascii="Times New Roman" w:eastAsia="Times New Roman" w:hAnsi="Times New Roman" w:cs="Times New Roman"/>
          <w:color w:val="000000"/>
          <w:lang w:eastAsia="zh-CN"/>
        </w:rPr>
        <w:t>5</w:t>
      </w:r>
      <w:r>
        <w:rPr>
          <w:rFonts w:ascii="SimSun" w:eastAsia="SimSun" w:hAnsi="SimSun" w:cs="SimSun"/>
          <w:color w:val="000000"/>
          <w:lang w:eastAsia="zh-CN"/>
        </w:rPr>
        <w:t>，则说明</w:t>
      </w:r>
      <w:r>
        <w:pict w14:anchorId="63673970">
          <v:shape id="_x0000_i1255" type="#_x0000_t75" alt="学科网(www.zxxk.com)--教育资源门户，提供试卷、教案、课件、论文、素材以及各类教学资源下载，还有大量而丰富的教学相关资讯！" style="width:30.55pt;height:12.9pt">
            <v:imagedata r:id="rId127" o:title="eqId6ce69cd33d105ce280170f0cd0513026"/>
          </v:shape>
        </w:pict>
      </w:r>
      <w:r>
        <w:rPr>
          <w:rFonts w:ascii="SimSun" w:eastAsia="SimSun" w:hAnsi="SimSun" w:cs="SimSun"/>
          <w:color w:val="000000"/>
          <w:lang w:eastAsia="zh-CN"/>
        </w:rPr>
        <w:t>是五项多项式，</w:t>
      </w:r>
      <w:r>
        <w:pict w14:anchorId="76FF4F05">
          <v:shape id="_x0000_i1256" type="#_x0000_t75" alt="学科网(www.zxxk.com)--教育资源门户，提供试卷、教案、课件、论文、素材以及各类教学资源下载，还有大量而丰富的教学相关资讯！" style="width:9.5pt;height:10.2pt">
            <v:imagedata r:id="rId130" o:title="eqId7f9e8449aad35c5d840a3395ea86df6d"/>
          </v:shape>
        </w:pict>
      </w:r>
      <w:r>
        <w:rPr>
          <w:rFonts w:ascii="SimSun" w:eastAsia="SimSun" w:hAnsi="SimSun" w:cs="SimSun"/>
          <w:color w:val="000000"/>
          <w:lang w:eastAsia="zh-CN"/>
        </w:rPr>
        <w:t>不一定是三项，有可能四项或五项，通过</w:t>
      </w:r>
      <w:r>
        <w:pict w14:anchorId="11C848D5">
          <v:shape id="_x0000_i1257" type="#_x0000_t75" alt="学科网(www.zxxk.com)--教育资源门户，提供试卷、教案、课件、论文、素材以及各类教学资源下载，还有大量而丰富的教学相关资讯！" style="width:30.55pt;height:12.9pt">
            <v:imagedata r:id="rId127" o:title="eqId6ce69cd33d105ce280170f0cd0513026"/>
          </v:shape>
        </w:pict>
      </w:r>
      <w:r>
        <w:rPr>
          <w:rFonts w:ascii="SimSun" w:eastAsia="SimSun" w:hAnsi="SimSun" w:cs="SimSun"/>
          <w:color w:val="000000"/>
          <w:lang w:eastAsia="zh-CN"/>
        </w:rPr>
        <w:t>合并同类项之后仍为五项，故②不正确；</w:t>
      </w:r>
    </w:p>
    <w:p w14:paraId="28B4E96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③若</w:t>
      </w:r>
      <w:r>
        <w:rPr>
          <w:rFonts w:ascii="Times New Roman" w:eastAsia="Times New Roman" w:hAnsi="Times New Roman" w:cs="Times New Roman"/>
          <w:i/>
          <w:color w:val="000000"/>
          <w:lang w:eastAsia="zh-CN"/>
        </w:rPr>
        <w:t>B</w:t>
      </w:r>
      <w:r>
        <w:rPr>
          <w:rFonts w:ascii="SimSun" w:eastAsia="SimSun" w:hAnsi="SimSun" w:cs="SimSun"/>
          <w:color w:val="000000"/>
          <w:lang w:eastAsia="zh-CN"/>
        </w:rPr>
        <w:t>对应的小方格行数为</w:t>
      </w:r>
      <w:r>
        <w:rPr>
          <w:rFonts w:ascii="Times New Roman" w:eastAsia="Times New Roman" w:hAnsi="Times New Roman" w:cs="Times New Roman"/>
          <w:color w:val="000000"/>
          <w:lang w:eastAsia="zh-CN"/>
        </w:rPr>
        <w:t>3</w:t>
      </w:r>
      <w:r>
        <w:rPr>
          <w:rFonts w:ascii="SimSun" w:eastAsia="SimSun" w:hAnsi="SimSun" w:cs="SimSun"/>
          <w:color w:val="000000"/>
          <w:lang w:eastAsia="zh-CN"/>
        </w:rPr>
        <w:t>，则</w:t>
      </w:r>
      <w:r>
        <w:pict w14:anchorId="78A77313">
          <v:shape id="_x0000_i1258" type="#_x0000_t75" alt="学科网(www.zxxk.com)--教育资源门户，提供试卷、教案、课件、论文、素材以及各类教学资源下载，还有大量而丰富的教学相关资讯！" style="width:12.25pt;height:12.25pt">
            <v:imagedata r:id="rId129" o:title="eqId5963abe8f421bd99a2aaa94831a951e9"/>
          </v:shape>
        </w:pict>
      </w:r>
      <w:r>
        <w:rPr>
          <w:rFonts w:ascii="SimSun" w:eastAsia="SimSun" w:hAnsi="SimSun" w:cs="SimSun"/>
          <w:color w:val="000000"/>
          <w:lang w:eastAsia="zh-CN"/>
        </w:rPr>
        <w:t>与</w:t>
      </w:r>
      <w:r>
        <w:pict w14:anchorId="47D1A89E">
          <v:shape id="_x0000_i1259" type="#_x0000_t75" alt="学科网(www.zxxk.com)--教育资源门户，提供试卷、教案、课件、论文、素材以及各类教学资源下载，还有大量而丰富的教学相关资讯！" style="width:9.5pt;height:10.2pt">
            <v:imagedata r:id="rId130" o:title="eqId7f9e8449aad35c5d840a3395ea86df6d"/>
          </v:shape>
        </w:pict>
      </w:r>
      <w:r>
        <w:rPr>
          <w:rFonts w:ascii="SimSun" w:eastAsia="SimSun" w:hAnsi="SimSun" w:cs="SimSun"/>
          <w:color w:val="000000"/>
          <w:lang w:eastAsia="zh-CN"/>
        </w:rPr>
        <w:t>中存在</w:t>
      </w:r>
      <w:r>
        <w:pict w14:anchorId="5845108F">
          <v:shape id="_x0000_i1260" type="#_x0000_t75" alt="学科网(www.zxxk.com)--教育资源门户，提供试卷、教案、课件、论文、素材以及各类教学资源下载，还有大量而丰富的教学相关资讯！" style="width:8.85pt;height:9.5pt">
            <v:imagedata r:id="rId131" o:title="eqId81dea63b8ce3e51adf66cf7b9982a248"/>
          </v:shape>
        </w:pict>
      </w:r>
      <w:r>
        <w:rPr>
          <w:rFonts w:ascii="SimSun" w:eastAsia="SimSun" w:hAnsi="SimSun" w:cs="SimSun"/>
          <w:color w:val="000000"/>
          <w:lang w:eastAsia="zh-CN"/>
        </w:rPr>
        <w:t>的三次项，通过</w:t>
      </w:r>
      <w:r>
        <w:pict w14:anchorId="59F40A34">
          <v:shape id="_x0000_i1261" type="#_x0000_t75" alt="学科网(www.zxxk.com)--教育资源门户，提供试卷、教案、课件、论文、素材以及各类教学资源下载，还有大量而丰富的教学相关资讯！" style="width:30.55pt;height:12.9pt">
            <v:imagedata r:id="rId127" o:title="eqId6ce69cd33d105ce280170f0cd0513026"/>
          </v:shape>
        </w:pict>
      </w:r>
      <w:r>
        <w:rPr>
          <w:rFonts w:ascii="SimSun" w:eastAsia="SimSun" w:hAnsi="SimSun" w:cs="SimSun"/>
          <w:color w:val="000000"/>
          <w:lang w:eastAsia="zh-CN"/>
        </w:rPr>
        <w:t>合并同类项之后的多项式的项数不可能为</w:t>
      </w:r>
      <w:r>
        <w:rPr>
          <w:rFonts w:ascii="Times New Roman" w:eastAsia="Times New Roman" w:hAnsi="Times New Roman" w:cs="Times New Roman"/>
          <w:color w:val="000000"/>
          <w:lang w:eastAsia="zh-CN"/>
        </w:rPr>
        <w:t>5</w:t>
      </w:r>
      <w:r>
        <w:rPr>
          <w:rFonts w:ascii="SimSun" w:eastAsia="SimSun" w:hAnsi="SimSun" w:cs="SimSun"/>
          <w:color w:val="000000"/>
          <w:lang w:eastAsia="zh-CN"/>
        </w:rPr>
        <w:t>，即</w:t>
      </w:r>
      <w:r>
        <w:pict w14:anchorId="1B61E596">
          <v:shape id="_x0000_i1262" type="#_x0000_t75" alt="学科网(www.zxxk.com)--教育资源门户，提供试卷、教案、课件、论文、素材以及各类教学资源下载，还有大量而丰富的教学相关资讯！" style="width:30.55pt;height:12.9pt">
            <v:imagedata r:id="rId127" o:title="eqId6ce69cd33d105ce280170f0cd0513026"/>
          </v:shape>
        </w:pict>
      </w:r>
      <w:r>
        <w:rPr>
          <w:rFonts w:ascii="SimSun" w:eastAsia="SimSun" w:hAnsi="SimSun" w:cs="SimSun"/>
          <w:color w:val="000000"/>
          <w:lang w:eastAsia="zh-CN"/>
        </w:rPr>
        <w:t>的列数不为</w:t>
      </w:r>
      <w:r>
        <w:rPr>
          <w:rFonts w:ascii="Times New Roman" w:eastAsia="Times New Roman" w:hAnsi="Times New Roman" w:cs="Times New Roman"/>
          <w:color w:val="000000"/>
          <w:lang w:eastAsia="zh-CN"/>
        </w:rPr>
        <w:t>5</w:t>
      </w:r>
      <w:r>
        <w:rPr>
          <w:rFonts w:ascii="SimSun" w:eastAsia="SimSun" w:hAnsi="SimSun" w:cs="SimSun"/>
          <w:color w:val="000000"/>
          <w:lang w:eastAsia="zh-CN"/>
        </w:rPr>
        <w:t>，</w:t>
      </w:r>
    </w:p>
    <w:p w14:paraId="5512EE09"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所以</w:t>
      </w:r>
      <w:r>
        <w:rPr>
          <w:rFonts w:ascii="Times New Roman" w:eastAsia="Times New Roman" w:hAnsi="Times New Roman" w:cs="Times New Roman"/>
          <w:i/>
          <w:color w:val="000000"/>
          <w:lang w:eastAsia="zh-CN"/>
        </w:rPr>
        <w:t>B</w:t>
      </w:r>
      <w:r>
        <w:rPr>
          <w:rFonts w:ascii="SimSun" w:eastAsia="SimSun" w:hAnsi="SimSun" w:cs="SimSun"/>
          <w:color w:val="000000"/>
          <w:lang w:eastAsia="zh-CN"/>
        </w:rPr>
        <w:t>对应的小方格行数不可能是</w:t>
      </w:r>
      <w:r>
        <w:rPr>
          <w:rFonts w:ascii="Times New Roman" w:eastAsia="Times New Roman" w:hAnsi="Times New Roman" w:cs="Times New Roman"/>
          <w:color w:val="000000"/>
          <w:lang w:eastAsia="zh-CN"/>
        </w:rPr>
        <w:t>3</w:t>
      </w:r>
      <w:r>
        <w:rPr>
          <w:rFonts w:ascii="SimSun" w:eastAsia="SimSun" w:hAnsi="SimSun" w:cs="SimSun"/>
          <w:color w:val="000000"/>
          <w:lang w:eastAsia="zh-CN"/>
        </w:rPr>
        <w:t>；故③正确；</w:t>
      </w:r>
    </w:p>
    <w:p w14:paraId="5242A9D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故答案为：①③</w:t>
      </w:r>
    </w:p>
    <w:p w14:paraId="627B278C"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本题考查了多项式的次数与项数，合并同类项，弄起题意中的行数和列数分别对应次数和项数是解题的关键．</w:t>
      </w:r>
    </w:p>
    <w:p w14:paraId="29A922C4"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w:t>
      </w:r>
      <w:r>
        <w:rPr>
          <w:rFonts w:ascii="Times New Roman" w:eastAsia="Times New Roman" w:hAnsi="Times New Roman" w:cs="Times New Roman"/>
          <w:b/>
          <w:color w:val="000000"/>
          <w:sz w:val="24"/>
          <w:lang w:eastAsia="zh-CN"/>
        </w:rPr>
        <w:t>.</w:t>
      </w:r>
      <w:r>
        <w:rPr>
          <w:rFonts w:ascii="SimSun" w:eastAsia="SimSun" w:hAnsi="SimSun" w:cs="SimSun"/>
          <w:b/>
          <w:color w:val="000000"/>
          <w:sz w:val="24"/>
          <w:lang w:eastAsia="zh-CN"/>
        </w:rPr>
        <w:t>解答题</w:t>
      </w:r>
    </w:p>
    <w:p w14:paraId="58A78B2C" w14:textId="77777777" w:rsidR="008113A1" w:rsidRDefault="00000000">
      <w:pPr>
        <w:pStyle w:val="Heading2"/>
        <w:rPr>
          <w:lang w:eastAsia="zh-CN"/>
        </w:rPr>
      </w:pPr>
      <w:bookmarkStart w:id="12" w:name="_Toc235460029"/>
      <w:r>
        <w:rPr>
          <w:lang w:eastAsia="zh-CN"/>
        </w:rPr>
        <w:t>丰台区丰台二中教育集团</w:t>
      </w:r>
      <w:bookmarkEnd w:id="12"/>
    </w:p>
    <w:p w14:paraId="2E930C40" w14:textId="77777777" w:rsidR="008113A1" w:rsidRDefault="00000000">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若</w:t>
      </w:r>
      <w:r>
        <w:pict w14:anchorId="28DD841B">
          <v:shape id="_x0000_i1263" type="#_x0000_t75" alt="学科网(www.zxxk.com)--教育资源门户，提供试卷、教案、课件、论文、素材以及各类教学资源下载，还有大量而丰富的教学相关资讯！" style="width:95.1pt;height:21.75pt">
            <v:imagedata r:id="rId132" o:title="eqIdb580bf69eb8a4c8819c41f3b16f8e153"/>
          </v:shape>
        </w:pict>
      </w:r>
      <w:r>
        <w:rPr>
          <w:rFonts w:ascii="SimSun" w:eastAsia="SimSun" w:hAnsi="SimSun" w:cs="SimSun"/>
          <w:color w:val="000000"/>
          <w:lang w:eastAsia="zh-CN"/>
        </w:rPr>
        <w:t>，则</w:t>
      </w:r>
      <w:r>
        <w:pict w14:anchorId="3D05DCF8">
          <v:shape id="_x0000_i1264" type="#_x0000_t75" alt="学科网(www.zxxk.com)--教育资源门户，提供试卷、教案、课件、论文、素材以及各类教学资源下载，还有大量而丰富的教学相关资讯！" style="width:15.6pt;height:14.25pt">
            <v:imagedata r:id="rId133" o:title="eqId18f0281e6bbdbe08beeccb55adf84536"/>
          </v:shape>
        </w:pict>
      </w:r>
      <w:r>
        <w:rPr>
          <w:rFonts w:ascii="SimSun" w:eastAsia="SimSun" w:hAnsi="SimSun" w:cs="SimSun"/>
          <w:color w:val="000000"/>
          <w:lang w:eastAsia="zh-CN"/>
        </w:rPr>
        <w:t>的值为</w:t>
      </w:r>
      <w:r>
        <w:rPr>
          <w:color w:val="000000"/>
          <w:lang w:eastAsia="zh-CN"/>
        </w:rPr>
        <w:t>_____</w:t>
      </w:r>
      <w:r>
        <w:rPr>
          <w:rFonts w:ascii="SimSun" w:eastAsia="SimSun" w:hAnsi="SimSun" w:cs="SimSun"/>
          <w:color w:val="000000"/>
          <w:lang w:eastAsia="zh-CN"/>
        </w:rPr>
        <w:t>．</w:t>
      </w:r>
    </w:p>
    <w:p w14:paraId="473E533E" w14:textId="77777777" w:rsidR="008113A1" w:rsidRDefault="00000000">
      <w:pPr>
        <w:spacing w:line="360" w:lineRule="auto"/>
        <w:textAlignment w:val="center"/>
        <w:rPr>
          <w:color w:val="000000"/>
          <w:lang w:eastAsia="zh-CN"/>
        </w:rPr>
      </w:pPr>
      <w:r>
        <w:rPr>
          <w:color w:val="2E75B6"/>
          <w:lang w:eastAsia="zh-CN"/>
        </w:rPr>
        <w:t>【答案】</w:t>
      </w:r>
      <w:r>
        <w:pict w14:anchorId="31CD0310">
          <v:shape id="_x0000_i1265" type="#_x0000_t75" alt="学科网(www.zxxk.com)--教育资源门户，提供试卷、教案、课件、论文、素材以及各类教学资源下载，还有大量而丰富的教学相关资讯！" style="width:16.3pt;height:13.6pt">
            <v:imagedata r:id="rId134" o:title="eqId01317332a203c898536b1d0459f51d23"/>
          </v:shape>
        </w:pict>
      </w:r>
    </w:p>
    <w:p w14:paraId="61EDDC3B" w14:textId="77777777" w:rsidR="008113A1" w:rsidRDefault="00000000">
      <w:pPr>
        <w:spacing w:line="360" w:lineRule="auto"/>
        <w:textAlignment w:val="center"/>
        <w:rPr>
          <w:color w:val="000000"/>
          <w:lang w:eastAsia="zh-CN"/>
        </w:rPr>
      </w:pPr>
      <w:r>
        <w:rPr>
          <w:color w:val="2E75B6"/>
          <w:lang w:eastAsia="zh-CN"/>
        </w:rPr>
        <w:t>【解析】</w:t>
      </w:r>
    </w:p>
    <w:p w14:paraId="7D26AF07"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由非负数性质可知，</w:t>
      </w:r>
      <w:r>
        <w:pict w14:anchorId="4B2737D7">
          <v:shape id="_x0000_i1266" type="#_x0000_t75" alt="学科网(www.zxxk.com)--教育资源门户，提供试卷、教案、课件、论文、素材以及各类教学资源下载，还有大量而丰富的教学相关资讯！" style="width:42.1pt;height:14.25pt">
            <v:imagedata r:id="rId135" o:title="eqId972a596c02cdf7aaa8f4d27c8cca615e"/>
          </v:shape>
        </w:pict>
      </w:r>
      <w:r>
        <w:rPr>
          <w:rFonts w:ascii="SimSun" w:eastAsia="SimSun" w:hAnsi="SimSun" w:cs="SimSun"/>
          <w:color w:val="000000"/>
          <w:lang w:eastAsia="zh-CN"/>
        </w:rPr>
        <w:t>，</w:t>
      </w:r>
      <w:r>
        <w:pict w14:anchorId="658EB523">
          <v:shape id="_x0000_i1267" type="#_x0000_t75" alt="学科网(www.zxxk.com)--教育资源门户，提供试卷、教案、课件、论文、素材以及各类教学资源下载，还有大量而丰富的教学相关资讯！" style="width:42.8pt;height:14.25pt">
            <v:imagedata r:id="rId136" o:title="eqId837410535906721cc0449edb1c5a6ae4"/>
          </v:shape>
        </w:pict>
      </w:r>
      <w:r>
        <w:rPr>
          <w:rFonts w:ascii="SimSun" w:eastAsia="SimSun" w:hAnsi="SimSun" w:cs="SimSun"/>
          <w:color w:val="000000"/>
          <w:lang w:eastAsia="zh-CN"/>
        </w:rPr>
        <w:t>，得到</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的值，再进行乘方运算即可．</w:t>
      </w:r>
    </w:p>
    <w:p w14:paraId="446EF8AB" w14:textId="77777777" w:rsidR="008113A1" w:rsidRDefault="00000000">
      <w:pPr>
        <w:spacing w:line="360" w:lineRule="auto"/>
        <w:jc w:val="both"/>
        <w:textAlignment w:val="center"/>
        <w:rPr>
          <w:color w:val="000000"/>
          <w:lang w:eastAsia="zh-CN"/>
        </w:rPr>
      </w:pPr>
      <w:r>
        <w:rPr>
          <w:color w:val="000000"/>
          <w:lang w:eastAsia="zh-CN"/>
        </w:rPr>
        <w:t>【详解】</w:t>
      </w:r>
      <w:r>
        <w:rPr>
          <w:rFonts w:ascii="SimSun" w:eastAsia="SimSun" w:hAnsi="SimSun" w:cs="SimSun"/>
          <w:color w:val="000000"/>
          <w:lang w:eastAsia="zh-CN"/>
        </w:rPr>
        <w:t>解：∵</w:t>
      </w:r>
      <w:r>
        <w:pict w14:anchorId="37A74311">
          <v:shape id="_x0000_i1268" type="#_x0000_t75" alt="学科网(www.zxxk.com)--教育资源门户，提供试卷、教案、课件、论文、素材以及各类教学资源下载，还有大量而丰富的教学相关资讯！" style="width:74.7pt;height:20.4pt">
            <v:imagedata r:id="rId137" o:title="eqId7563dd87753a271122504a5e8719ffb9"/>
          </v:shape>
        </w:pict>
      </w:r>
      <w:r>
        <w:rPr>
          <w:rFonts w:ascii="SimSun" w:eastAsia="SimSun" w:hAnsi="SimSun" w:cs="SimSun"/>
          <w:color w:val="000000"/>
          <w:lang w:eastAsia="zh-CN"/>
        </w:rPr>
        <w:t>＝</w:t>
      </w:r>
      <w:r>
        <w:pict w14:anchorId="74A3C79B">
          <v:shape id="_x0000_i1269" type="#_x0000_t75" alt="学科网(www.zxxk.com)--教育资源门户，提供试卷、教案、课件、论文、素材以及各类教学资源下载，还有大量而丰富的教学相关资讯！" style="width:8.85pt;height:12.9pt">
            <v:imagedata r:id="rId138" o:title="eqIdc95b6be4554f03bf496092f1acdfbb89"/>
          </v:shape>
        </w:pict>
      </w:r>
      <w:r>
        <w:rPr>
          <w:rFonts w:ascii="SimSun" w:eastAsia="SimSun" w:hAnsi="SimSun" w:cs="SimSun"/>
          <w:color w:val="000000"/>
          <w:lang w:eastAsia="zh-CN"/>
        </w:rPr>
        <w:t>，</w:t>
      </w:r>
    </w:p>
    <w:p w14:paraId="4D81FA44"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pict w14:anchorId="77E82DBF">
          <v:shape id="_x0000_i1270" type="#_x0000_t75" alt="学科网(www.zxxk.com)--教育资源门户，提供试卷、教案、课件、论文、素材以及各类教学资源下载，还有大量而丰富的教学相关资讯！" style="width:27.15pt;height:14.25pt">
            <v:imagedata r:id="rId139" o:title="eqId7570c77bd375f4dfdffee64fce8d1a9a"/>
          </v:shape>
        </w:pict>
      </w:r>
      <w:r>
        <w:rPr>
          <w:rFonts w:ascii="SimSun" w:eastAsia="SimSun" w:hAnsi="SimSun" w:cs="SimSun"/>
          <w:color w:val="000000"/>
          <w:lang w:eastAsia="zh-CN"/>
        </w:rPr>
        <w:t>＝</w:t>
      </w:r>
      <w:r>
        <w:pict w14:anchorId="34EE74AE">
          <v:shape id="_x0000_i1271" type="#_x0000_t75" alt="学科网(www.zxxk.com)--教育资源门户，提供试卷、教案、课件、论文、素材以及各类教学资源下载，还有大量而丰富的教学相关资讯！" style="width:8.85pt;height:12.9pt">
            <v:imagedata r:id="rId138" o:title="eqIdc95b6be4554f03bf496092f1acdfbb89"/>
          </v:shape>
        </w:pict>
      </w:r>
      <w:r>
        <w:rPr>
          <w:rFonts w:ascii="SimSun" w:eastAsia="SimSun" w:hAnsi="SimSun" w:cs="SimSun"/>
          <w:color w:val="000000"/>
          <w:lang w:eastAsia="zh-CN"/>
        </w:rPr>
        <w:t>，</w:t>
      </w:r>
      <w:r>
        <w:pict w14:anchorId="07212D54">
          <v:shape id="_x0000_i1272" type="#_x0000_t75" alt="学科网(www.zxxk.com)--教育资源门户，提供试卷、教案、课件、论文、素材以及各类教学资源下载，还有大量而丰富的教学相关资讯！" style="width:24.45pt;height:14.25pt">
            <v:imagedata r:id="rId140" o:title="eqIdbd70eb30efae55303b68f03f4eaf51fc"/>
          </v:shape>
        </w:pict>
      </w:r>
      <w:r>
        <w:rPr>
          <w:rFonts w:ascii="SimSun" w:eastAsia="SimSun" w:hAnsi="SimSun" w:cs="SimSun"/>
          <w:color w:val="000000"/>
          <w:lang w:eastAsia="zh-CN"/>
        </w:rPr>
        <w:t>＝</w:t>
      </w:r>
      <w:r>
        <w:pict w14:anchorId="09AED642">
          <v:shape id="_x0000_i1273" type="#_x0000_t75" alt="学科网(www.zxxk.com)--教育资源门户，提供试卷、教案、课件、论文、素材以及各类教学资源下载，还有大量而丰富的教学相关资讯！" style="width:8.85pt;height:12.9pt">
            <v:imagedata r:id="rId138" o:title="eqIdc95b6be4554f03bf496092f1acdfbb89"/>
          </v:shape>
        </w:pict>
      </w:r>
      <w:r>
        <w:rPr>
          <w:rFonts w:ascii="SimSun" w:eastAsia="SimSun" w:hAnsi="SimSun" w:cs="SimSun"/>
          <w:color w:val="000000"/>
          <w:lang w:eastAsia="zh-CN"/>
        </w:rPr>
        <w:t>，</w:t>
      </w:r>
    </w:p>
    <w:p w14:paraId="22CACE4B"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解得：</w:t>
      </w:r>
      <w:r>
        <w:pict w14:anchorId="53C3C225">
          <v:shape id="_x0000_i1274" type="#_x0000_t75" alt="学科网(www.zxxk.com)--教育资源门户，提供试卷、教案、课件、论文、素材以及各类教学资源下载，还有大量而丰富的教学相关资讯！" style="width:36pt;height:14.25pt">
            <v:imagedata r:id="rId141" o:title="eqIdcc9a7938543bf4887b78a99f156b741b"/>
          </v:shape>
        </w:pict>
      </w:r>
      <w:r>
        <w:rPr>
          <w:rFonts w:ascii="SimSun" w:eastAsia="SimSun" w:hAnsi="SimSun" w:cs="SimSun"/>
          <w:color w:val="000000"/>
          <w:lang w:eastAsia="zh-CN"/>
        </w:rPr>
        <w:t>，</w:t>
      </w:r>
      <w:r>
        <w:pict w14:anchorId="4DF82D30">
          <v:shape id="_x0000_i1275" type="#_x0000_t75" alt="学科网(www.zxxk.com)--教育资源门户，提供试卷、教案、课件、论文、素材以及各类教学资源下载，还有大量而丰富的教学相关资讯！" style="width:27.15pt;height:13.6pt">
            <v:imagedata r:id="rId142" o:title="eqIdfcdb7a488910743dc5c63afb394b87e2"/>
          </v:shape>
        </w:pict>
      </w:r>
      <w:r>
        <w:rPr>
          <w:rFonts w:ascii="SimSun" w:eastAsia="SimSun" w:hAnsi="SimSun" w:cs="SimSun"/>
          <w:color w:val="000000"/>
          <w:lang w:eastAsia="zh-CN"/>
        </w:rPr>
        <w:t>，</w:t>
      </w:r>
    </w:p>
    <w:p w14:paraId="7051FB3D"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则</w:t>
      </w:r>
      <w:r>
        <w:pict w14:anchorId="6B4A645F">
          <v:shape id="_x0000_i1276" type="#_x0000_t75" alt="学科网(www.zxxk.com)--教育资源门户，提供试卷、教案、课件、论文、素材以及各类教学资源下载，还有大量而丰富的教学相关资讯！" style="width:15.6pt;height:14.25pt">
            <v:imagedata r:id="rId133" o:title="eqId18f0281e6bbdbe08beeccb55adf84536"/>
          </v:shape>
        </w:pict>
      </w:r>
      <w:r>
        <w:rPr>
          <w:rFonts w:ascii="SimSun" w:eastAsia="SimSun" w:hAnsi="SimSun" w:cs="SimSun"/>
          <w:color w:val="000000"/>
          <w:lang w:eastAsia="zh-CN"/>
        </w:rPr>
        <w:t>的值为：</w:t>
      </w:r>
      <w:r>
        <w:pict w14:anchorId="04AFFC3A">
          <v:shape id="_x0000_i1277" type="#_x0000_t75" alt="学科网(www.zxxk.com)--教育资源门户，提供试卷、教案、课件、论文、素材以及各类教学资源下载，还有大量而丰富的教学相关资讯！" style="width:59.1pt;height:14.95pt">
            <v:imagedata r:id="rId143" o:title="eqIda94b1397cafef110a5f6741a690e630d"/>
          </v:shape>
        </w:pict>
      </w:r>
      <w:r>
        <w:rPr>
          <w:rFonts w:ascii="SimSun" w:eastAsia="SimSun" w:hAnsi="SimSun" w:cs="SimSun"/>
          <w:color w:val="000000"/>
          <w:lang w:eastAsia="zh-CN"/>
        </w:rPr>
        <w:t>．</w:t>
      </w:r>
    </w:p>
    <w:p w14:paraId="3C1DB1DF"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故答案为：</w:t>
      </w:r>
      <w:r>
        <w:pict w14:anchorId="62CC43CD">
          <v:shape id="_x0000_i1278" type="#_x0000_t75" alt="学科网(www.zxxk.com)--教育资源门户，提供试卷、教案、课件、论文、素材以及各类教学资源下载，还有大量而丰富的教学相关资讯！" style="width:16.3pt;height:13.6pt">
            <v:imagedata r:id="rId134" o:title="eqId01317332a203c898536b1d0459f51d23"/>
          </v:shape>
        </w:pict>
      </w:r>
      <w:r>
        <w:rPr>
          <w:rFonts w:ascii="SimSun" w:eastAsia="SimSun" w:hAnsi="SimSun" w:cs="SimSun"/>
          <w:color w:val="000000"/>
          <w:lang w:eastAsia="zh-CN"/>
        </w:rPr>
        <w:t>．</w:t>
      </w:r>
    </w:p>
    <w:p w14:paraId="4EC3CFFC" w14:textId="77777777" w:rsidR="008113A1" w:rsidRDefault="00000000">
      <w:pPr>
        <w:spacing w:line="360" w:lineRule="auto"/>
        <w:jc w:val="both"/>
        <w:textAlignment w:val="center"/>
        <w:rPr>
          <w:color w:val="000000"/>
          <w:lang w:eastAsia="zh-CN"/>
        </w:rPr>
      </w:pPr>
      <w:r>
        <w:rPr>
          <w:color w:val="000000"/>
          <w:lang w:eastAsia="zh-CN"/>
        </w:rPr>
        <w:lastRenderedPageBreak/>
        <w:t>【点睛】</w:t>
      </w:r>
      <w:r>
        <w:rPr>
          <w:rFonts w:ascii="SimSun" w:eastAsia="SimSun" w:hAnsi="SimSun" w:cs="SimSun"/>
          <w:color w:val="000000"/>
          <w:lang w:eastAsia="zh-CN"/>
        </w:rPr>
        <w:t>本题考查了有理数的绝对值和平方的非负性以及有理数的乘方运算，解答关键是按照相关法则进行计算．</w:t>
      </w:r>
    </w:p>
    <w:p w14:paraId="490ECB84" w14:textId="77777777" w:rsidR="008113A1" w:rsidRDefault="00000000">
      <w:pPr>
        <w:pStyle w:val="Heading2"/>
        <w:rPr>
          <w:lang w:eastAsia="zh-CN"/>
        </w:rPr>
      </w:pPr>
      <w:bookmarkStart w:id="13" w:name="_Toc235460030"/>
      <w:r>
        <w:rPr>
          <w:lang w:eastAsia="zh-CN"/>
        </w:rPr>
        <w:t>丰台区北京市第十二中学</w:t>
      </w:r>
      <w:bookmarkEnd w:id="13"/>
    </w:p>
    <w:p w14:paraId="57A2600B" w14:textId="77777777" w:rsidR="008113A1" w:rsidRDefault="00000000">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w:t>
      </w:r>
      <w:proofErr w:type="gramStart"/>
      <w:r>
        <w:rPr>
          <w:rFonts w:ascii="SimSun" w:eastAsia="SimSun" w:hAnsi="SimSun" w:cs="SimSun"/>
          <w:color w:val="000000"/>
          <w:lang w:eastAsia="zh-CN"/>
        </w:rPr>
        <w:t>端午节”是中国的传统佳节</w:t>
      </w:r>
      <w:proofErr w:type="gramEnd"/>
      <w:r>
        <w:rPr>
          <w:rFonts w:ascii="SimSun" w:eastAsia="SimSun" w:hAnsi="SimSun" w:cs="SimSun"/>
          <w:color w:val="000000"/>
          <w:lang w:eastAsia="zh-CN"/>
        </w:rPr>
        <w:t>，为了传承中华民族传统文化．</w:t>
      </w:r>
      <w:proofErr w:type="gramStart"/>
      <w:r>
        <w:rPr>
          <w:rFonts w:ascii="SimSun" w:eastAsia="SimSun" w:hAnsi="SimSun" w:cs="SimSun"/>
          <w:color w:val="000000"/>
          <w:lang w:eastAsia="zh-CN"/>
        </w:rPr>
        <w:t>某学校组织“端午”知识测试</w:t>
      </w:r>
      <w:proofErr w:type="gramEnd"/>
      <w:r>
        <w:rPr>
          <w:rFonts w:ascii="SimSun" w:eastAsia="SimSun" w:hAnsi="SimSun" w:cs="SimSun"/>
          <w:color w:val="000000"/>
          <w:lang w:eastAsia="zh-CN"/>
        </w:rPr>
        <w:t>．测试的试题由</w:t>
      </w:r>
      <w:r>
        <w:rPr>
          <w:rFonts w:ascii="Times New Roman" w:eastAsia="Times New Roman" w:hAnsi="Times New Roman" w:cs="Times New Roman"/>
          <w:color w:val="000000"/>
          <w:lang w:eastAsia="zh-CN"/>
        </w:rPr>
        <w:t>6</w:t>
      </w:r>
      <w:r>
        <w:rPr>
          <w:rFonts w:ascii="SimSun" w:eastAsia="SimSun" w:hAnsi="SimSun" w:cs="SimSun"/>
          <w:color w:val="000000"/>
          <w:lang w:eastAsia="zh-CN"/>
        </w:rPr>
        <w:t>道判断题组成，</w:t>
      </w:r>
      <w:proofErr w:type="gramStart"/>
      <w:r>
        <w:rPr>
          <w:rFonts w:ascii="SimSun" w:eastAsia="SimSun" w:hAnsi="SimSun" w:cs="SimSun"/>
          <w:color w:val="000000"/>
          <w:lang w:eastAsia="zh-CN"/>
        </w:rPr>
        <w:t>被测试人员只要画“√”或画</w:t>
      </w:r>
      <w:proofErr w:type="gramEnd"/>
      <w:r>
        <w:rPr>
          <w:rFonts w:ascii="SimSun" w:eastAsia="SimSun" w:hAnsi="SimSun" w:cs="SimSun"/>
          <w:color w:val="000000"/>
          <w:lang w:eastAsia="zh-CN"/>
        </w:rPr>
        <w:t>“</w:t>
      </w:r>
      <w:proofErr w:type="gramStart"/>
      <w:r>
        <w:rPr>
          <w:rFonts w:ascii="SimSun" w:eastAsia="SimSun" w:hAnsi="SimSun" w:cs="SimSun"/>
          <w:color w:val="000000"/>
          <w:lang w:eastAsia="zh-CN"/>
        </w:rPr>
        <w:t>×”表示出对各题的正误判断即可</w:t>
      </w:r>
      <w:proofErr w:type="gramEnd"/>
      <w:r>
        <w:rPr>
          <w:rFonts w:ascii="SimSun" w:eastAsia="SimSun" w:hAnsi="SimSun" w:cs="SimSun"/>
          <w:color w:val="000000"/>
          <w:lang w:eastAsia="zh-CN"/>
        </w:rPr>
        <w:t>，每小题判断正确得</w:t>
      </w:r>
      <w:r>
        <w:rPr>
          <w:rFonts w:ascii="Times New Roman" w:eastAsia="Times New Roman" w:hAnsi="Times New Roman" w:cs="Times New Roman"/>
          <w:color w:val="000000"/>
          <w:lang w:eastAsia="zh-CN"/>
        </w:rPr>
        <w:t>1</w:t>
      </w:r>
      <w:r>
        <w:rPr>
          <w:rFonts w:ascii="SimSun" w:eastAsia="SimSun" w:hAnsi="SimSun" w:cs="SimSun"/>
          <w:color w:val="000000"/>
          <w:lang w:eastAsia="zh-CN"/>
        </w:rPr>
        <w:t>分，判断错误得</w:t>
      </w:r>
      <w:r>
        <w:rPr>
          <w:rFonts w:ascii="Times New Roman" w:eastAsia="Times New Roman" w:hAnsi="Times New Roman" w:cs="Times New Roman"/>
          <w:color w:val="000000"/>
          <w:lang w:eastAsia="zh-CN"/>
        </w:rPr>
        <w:t>0</w:t>
      </w:r>
      <w:r>
        <w:rPr>
          <w:rFonts w:ascii="SimSun" w:eastAsia="SimSun" w:hAnsi="SimSun" w:cs="SimSun"/>
          <w:color w:val="000000"/>
          <w:lang w:eastAsia="zh-CN"/>
        </w:rPr>
        <w:t>分．现有甲，乙，丙，丁四位同学对</w:t>
      </w:r>
      <w:r>
        <w:rPr>
          <w:rFonts w:ascii="Times New Roman" w:eastAsia="Times New Roman" w:hAnsi="Times New Roman" w:cs="Times New Roman"/>
          <w:color w:val="000000"/>
          <w:lang w:eastAsia="zh-CN"/>
        </w:rPr>
        <w:t>6</w:t>
      </w:r>
      <w:r>
        <w:rPr>
          <w:rFonts w:ascii="SimSun" w:eastAsia="SimSun" w:hAnsi="SimSun" w:cs="SimSun"/>
          <w:color w:val="000000"/>
          <w:lang w:eastAsia="zh-CN"/>
        </w:rPr>
        <w:t>道试题的判断与得分的结果如下：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60"/>
        <w:gridCol w:w="890"/>
        <w:gridCol w:w="890"/>
        <w:gridCol w:w="890"/>
        <w:gridCol w:w="890"/>
        <w:gridCol w:w="890"/>
        <w:gridCol w:w="890"/>
        <w:gridCol w:w="680"/>
      </w:tblGrid>
      <w:tr w:rsidR="008113A1" w14:paraId="6F43230A"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4B5EB7" w14:textId="77777777" w:rsidR="008113A1" w:rsidRDefault="008113A1">
            <w:pPr>
              <w:spacing w:line="360" w:lineRule="auto"/>
              <w:textAlignment w:val="center"/>
              <w:rPr>
                <w:color w:val="000000"/>
                <w:lang w:eastAsia="zh-CN"/>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7D485A" w14:textId="77777777" w:rsidR="008113A1" w:rsidRDefault="00000000">
            <w:pPr>
              <w:spacing w:line="360" w:lineRule="auto"/>
              <w:textAlignment w:val="center"/>
              <w:rPr>
                <w:color w:val="000000"/>
              </w:rPr>
            </w:pPr>
            <w:r>
              <w:rPr>
                <w:rFonts w:ascii="SimSun" w:eastAsia="SimSun" w:hAnsi="SimSun" w:cs="SimSun"/>
                <w:color w:val="000000"/>
              </w:rPr>
              <w:t>第</w:t>
            </w:r>
            <w:r>
              <w:rPr>
                <w:rFonts w:ascii="Times New Roman" w:eastAsia="Times New Roman" w:hAnsi="Times New Roman" w:cs="Times New Roman"/>
                <w:color w:val="000000"/>
              </w:rPr>
              <w:t>1</w:t>
            </w:r>
            <w:r>
              <w:rPr>
                <w:rFonts w:ascii="SimSun" w:eastAsia="SimSun" w:hAnsi="SimSun" w:cs="SimSun"/>
                <w:color w:val="000000"/>
              </w:rPr>
              <w:t>题</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4D958A" w14:textId="77777777" w:rsidR="008113A1" w:rsidRDefault="00000000">
            <w:pPr>
              <w:spacing w:line="360" w:lineRule="auto"/>
              <w:textAlignment w:val="center"/>
              <w:rPr>
                <w:color w:val="000000"/>
              </w:rPr>
            </w:pPr>
            <w:r>
              <w:rPr>
                <w:rFonts w:ascii="SimSun" w:eastAsia="SimSun" w:hAnsi="SimSun" w:cs="SimSun"/>
                <w:color w:val="000000"/>
              </w:rPr>
              <w:t>第</w:t>
            </w:r>
            <w:r>
              <w:rPr>
                <w:rFonts w:ascii="Times New Roman" w:eastAsia="Times New Roman" w:hAnsi="Times New Roman" w:cs="Times New Roman"/>
                <w:color w:val="000000"/>
              </w:rPr>
              <w:t>2</w:t>
            </w:r>
            <w:r>
              <w:rPr>
                <w:rFonts w:ascii="SimSun" w:eastAsia="SimSun" w:hAnsi="SimSun" w:cs="SimSun"/>
                <w:color w:val="000000"/>
              </w:rPr>
              <w:t>题</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6E97BD" w14:textId="77777777" w:rsidR="008113A1" w:rsidRDefault="00000000">
            <w:pPr>
              <w:spacing w:line="360" w:lineRule="auto"/>
              <w:textAlignment w:val="center"/>
              <w:rPr>
                <w:color w:val="000000"/>
              </w:rPr>
            </w:pPr>
            <w:r>
              <w:rPr>
                <w:rFonts w:ascii="SimSun" w:eastAsia="SimSun" w:hAnsi="SimSun" w:cs="SimSun"/>
                <w:color w:val="000000"/>
              </w:rPr>
              <w:t>第</w:t>
            </w:r>
            <w:r>
              <w:rPr>
                <w:rFonts w:ascii="Times New Roman" w:eastAsia="Times New Roman" w:hAnsi="Times New Roman" w:cs="Times New Roman"/>
                <w:color w:val="000000"/>
              </w:rPr>
              <w:t>3</w:t>
            </w:r>
            <w:r>
              <w:rPr>
                <w:rFonts w:ascii="SimSun" w:eastAsia="SimSun" w:hAnsi="SimSun" w:cs="SimSun"/>
                <w:color w:val="000000"/>
              </w:rPr>
              <w:t>题</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EC007E0" w14:textId="77777777" w:rsidR="008113A1" w:rsidRDefault="00000000">
            <w:pPr>
              <w:spacing w:line="360" w:lineRule="auto"/>
              <w:textAlignment w:val="center"/>
              <w:rPr>
                <w:color w:val="000000"/>
              </w:rPr>
            </w:pPr>
            <w:r>
              <w:rPr>
                <w:rFonts w:ascii="SimSun" w:eastAsia="SimSun" w:hAnsi="SimSun" w:cs="SimSun"/>
                <w:color w:val="000000"/>
              </w:rPr>
              <w:t>第</w:t>
            </w:r>
            <w:r>
              <w:rPr>
                <w:rFonts w:ascii="Times New Roman" w:eastAsia="Times New Roman" w:hAnsi="Times New Roman" w:cs="Times New Roman"/>
                <w:color w:val="000000"/>
              </w:rPr>
              <w:t>4</w:t>
            </w:r>
            <w:r>
              <w:rPr>
                <w:rFonts w:ascii="SimSun" w:eastAsia="SimSun" w:hAnsi="SimSun" w:cs="SimSun"/>
                <w:color w:val="000000"/>
              </w:rPr>
              <w:t>题</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FAEA86" w14:textId="77777777" w:rsidR="008113A1" w:rsidRDefault="00000000">
            <w:pPr>
              <w:spacing w:line="360" w:lineRule="auto"/>
              <w:textAlignment w:val="center"/>
              <w:rPr>
                <w:color w:val="000000"/>
              </w:rPr>
            </w:pPr>
            <w:r>
              <w:rPr>
                <w:rFonts w:ascii="SimSun" w:eastAsia="SimSun" w:hAnsi="SimSun" w:cs="SimSun"/>
                <w:color w:val="000000"/>
              </w:rPr>
              <w:t>第</w:t>
            </w:r>
            <w:r>
              <w:rPr>
                <w:rFonts w:ascii="Times New Roman" w:eastAsia="Times New Roman" w:hAnsi="Times New Roman" w:cs="Times New Roman"/>
                <w:color w:val="000000"/>
              </w:rPr>
              <w:t>5</w:t>
            </w:r>
            <w:r>
              <w:rPr>
                <w:rFonts w:ascii="SimSun" w:eastAsia="SimSun" w:hAnsi="SimSun" w:cs="SimSun"/>
                <w:color w:val="000000"/>
              </w:rPr>
              <w:t>题</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0401D4" w14:textId="77777777" w:rsidR="008113A1" w:rsidRDefault="00000000">
            <w:pPr>
              <w:spacing w:line="360" w:lineRule="auto"/>
              <w:textAlignment w:val="center"/>
              <w:rPr>
                <w:color w:val="000000"/>
              </w:rPr>
            </w:pPr>
            <w:r>
              <w:rPr>
                <w:rFonts w:ascii="SimSun" w:eastAsia="SimSun" w:hAnsi="SimSun" w:cs="SimSun"/>
                <w:color w:val="000000"/>
              </w:rPr>
              <w:t>第</w:t>
            </w:r>
            <w:r>
              <w:rPr>
                <w:rFonts w:ascii="Times New Roman" w:eastAsia="Times New Roman" w:hAnsi="Times New Roman" w:cs="Times New Roman"/>
                <w:color w:val="000000"/>
              </w:rPr>
              <w:t>6</w:t>
            </w:r>
            <w:r>
              <w:rPr>
                <w:rFonts w:ascii="SimSun" w:eastAsia="SimSun" w:hAnsi="SimSun" w:cs="SimSun"/>
                <w:color w:val="000000"/>
              </w:rPr>
              <w:t>题</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C6F21D" w14:textId="77777777" w:rsidR="008113A1" w:rsidRDefault="00000000">
            <w:pPr>
              <w:spacing w:line="360" w:lineRule="auto"/>
              <w:textAlignment w:val="center"/>
              <w:rPr>
                <w:color w:val="000000"/>
              </w:rPr>
            </w:pPr>
            <w:r>
              <w:rPr>
                <w:rFonts w:ascii="SimSun" w:eastAsia="SimSun" w:hAnsi="SimSun" w:cs="SimSun"/>
                <w:color w:val="000000"/>
              </w:rPr>
              <w:t>得分</w:t>
            </w:r>
          </w:p>
        </w:tc>
      </w:tr>
      <w:tr w:rsidR="008113A1" w14:paraId="773F1BC5"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A43509" w14:textId="77777777" w:rsidR="008113A1" w:rsidRDefault="00000000">
            <w:pPr>
              <w:spacing w:line="360" w:lineRule="auto"/>
              <w:textAlignment w:val="center"/>
              <w:rPr>
                <w:color w:val="000000"/>
              </w:rPr>
            </w:pPr>
            <w:r>
              <w:rPr>
                <w:rFonts w:ascii="SimSun" w:eastAsia="SimSun" w:hAnsi="SimSun" w:cs="SimSun"/>
                <w:color w:val="000000"/>
              </w:rPr>
              <w:t>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938498"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528B77"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BD42AC"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B3B6CB" w14:textId="77777777" w:rsidR="008113A1" w:rsidRDefault="00000000">
            <w:pPr>
              <w:spacing w:line="360" w:lineRule="auto"/>
              <w:textAlignment w:val="center"/>
              <w:rPr>
                <w:color w:val="000000"/>
              </w:rPr>
            </w:pPr>
            <w:r>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7882C2"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3D0D72"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5396E09"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4</w:t>
            </w:r>
            <w:r>
              <w:rPr>
                <w:rFonts w:ascii="SimSun" w:eastAsia="SimSun" w:hAnsi="SimSun" w:cs="SimSun"/>
                <w:color w:val="000000"/>
              </w:rPr>
              <w:t>分</w:t>
            </w:r>
          </w:p>
        </w:tc>
      </w:tr>
      <w:tr w:rsidR="008113A1" w14:paraId="4EBDDACD"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193FDD" w14:textId="77777777" w:rsidR="008113A1" w:rsidRDefault="00000000">
            <w:pPr>
              <w:spacing w:line="360" w:lineRule="auto"/>
              <w:textAlignment w:val="center"/>
              <w:rPr>
                <w:color w:val="000000"/>
              </w:rPr>
            </w:pPr>
            <w:r>
              <w:rPr>
                <w:rFonts w:ascii="SimSun" w:eastAsia="SimSun" w:hAnsi="SimSun" w:cs="SimSun"/>
                <w:color w:val="000000"/>
              </w:rPr>
              <w:t>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B3DF53"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8B250D"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1962E1"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F30E94"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83307D" w14:textId="77777777" w:rsidR="008113A1" w:rsidRDefault="00000000">
            <w:pPr>
              <w:spacing w:line="360" w:lineRule="auto"/>
              <w:textAlignment w:val="center"/>
              <w:rPr>
                <w:color w:val="000000"/>
              </w:rPr>
            </w:pPr>
            <w:r>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E7F463"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977704"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4</w:t>
            </w:r>
            <w:r>
              <w:rPr>
                <w:rFonts w:ascii="SimSun" w:eastAsia="SimSun" w:hAnsi="SimSun" w:cs="SimSun"/>
                <w:color w:val="000000"/>
              </w:rPr>
              <w:t>分</w:t>
            </w:r>
          </w:p>
        </w:tc>
      </w:tr>
      <w:tr w:rsidR="008113A1" w14:paraId="750F4F7C"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7FB82C" w14:textId="77777777" w:rsidR="008113A1" w:rsidRDefault="00000000">
            <w:pPr>
              <w:spacing w:line="360" w:lineRule="auto"/>
              <w:textAlignment w:val="center"/>
              <w:rPr>
                <w:color w:val="000000"/>
              </w:rPr>
            </w:pPr>
            <w:r>
              <w:rPr>
                <w:rFonts w:ascii="SimSun" w:eastAsia="SimSun" w:hAnsi="SimSun" w:cs="SimSun"/>
                <w:color w:val="000000"/>
              </w:rPr>
              <w:t>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C957B0"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35BD66"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AFD051"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D77A3C" w14:textId="77777777" w:rsidR="008113A1" w:rsidRDefault="00000000">
            <w:pPr>
              <w:spacing w:line="360" w:lineRule="auto"/>
              <w:textAlignment w:val="center"/>
              <w:rPr>
                <w:color w:val="000000"/>
              </w:rPr>
            </w:pPr>
            <w:r>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791C3A"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63C9B0A"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148A6C"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4</w:t>
            </w:r>
            <w:r>
              <w:rPr>
                <w:rFonts w:ascii="SimSun" w:eastAsia="SimSun" w:hAnsi="SimSun" w:cs="SimSun"/>
                <w:color w:val="000000"/>
              </w:rPr>
              <w:t>分</w:t>
            </w:r>
          </w:p>
        </w:tc>
      </w:tr>
      <w:tr w:rsidR="008113A1" w14:paraId="2023D09E"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694ACB" w14:textId="77777777" w:rsidR="008113A1" w:rsidRDefault="00000000">
            <w:pPr>
              <w:spacing w:line="360" w:lineRule="auto"/>
              <w:textAlignment w:val="center"/>
              <w:rPr>
                <w:color w:val="000000"/>
              </w:rPr>
            </w:pPr>
            <w:r>
              <w:rPr>
                <w:rFonts w:ascii="SimSun" w:eastAsia="SimSun" w:hAnsi="SimSun" w:cs="SimSun"/>
                <w:color w:val="000000"/>
              </w:rPr>
              <w:t>丁</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674C99"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F27748"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D6B5A4"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02F5B2" w14:textId="77777777" w:rsidR="008113A1" w:rsidRDefault="00000000">
            <w:pPr>
              <w:spacing w:line="360" w:lineRule="auto"/>
              <w:textAlignment w:val="center"/>
              <w:rPr>
                <w:color w:val="000000"/>
              </w:rPr>
            </w:pPr>
            <w:r>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989271"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36DEBA"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60B7212" w14:textId="77777777" w:rsidR="008113A1" w:rsidRDefault="00000000">
            <w:pPr>
              <w:spacing w:line="360" w:lineRule="auto"/>
              <w:textAlignment w:val="center"/>
              <w:rPr>
                <w:color w:val="000000"/>
              </w:rPr>
            </w:pPr>
            <w:r>
              <w:rPr>
                <w:rFonts w:ascii="SimSun" w:eastAsia="SimSun" w:hAnsi="SimSun" w:cs="SimSun"/>
                <w:color w:val="000000"/>
              </w:rPr>
              <w:t>？</w:t>
            </w:r>
          </w:p>
        </w:tc>
      </w:tr>
    </w:tbl>
    <w:p w14:paraId="1906FA1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根据以上结果，可以推断丁的得分是</w:t>
      </w:r>
      <w:r>
        <w:rPr>
          <w:color w:val="000000"/>
          <w:lang w:eastAsia="zh-CN"/>
        </w:rPr>
        <w:t>______</w:t>
      </w:r>
      <w:r>
        <w:rPr>
          <w:rFonts w:ascii="SimSun" w:eastAsia="SimSun" w:hAnsi="SimSun" w:cs="SimSun"/>
          <w:color w:val="000000"/>
          <w:lang w:eastAsia="zh-CN"/>
        </w:rPr>
        <w:t>分．</w:t>
      </w:r>
    </w:p>
    <w:p w14:paraId="3BB52324" w14:textId="77777777" w:rsidR="008113A1" w:rsidRDefault="00000000">
      <w:pPr>
        <w:spacing w:line="360" w:lineRule="auto"/>
        <w:textAlignment w:val="center"/>
        <w:rPr>
          <w:color w:val="000000"/>
          <w:lang w:eastAsia="zh-CN"/>
        </w:rPr>
      </w:pPr>
      <w:r>
        <w:rPr>
          <w:color w:val="2E75B6"/>
          <w:lang w:eastAsia="zh-CN"/>
        </w:rPr>
        <w:t>【答案】</w:t>
      </w:r>
      <w:r>
        <w:rPr>
          <w:rFonts w:ascii="Times New Roman" w:eastAsia="Times New Roman" w:hAnsi="Times New Roman" w:cs="Times New Roman"/>
          <w:color w:val="000000"/>
          <w:lang w:eastAsia="zh-CN"/>
        </w:rPr>
        <w:t>5</w:t>
      </w:r>
    </w:p>
    <w:p w14:paraId="2F11ED4D" w14:textId="77777777" w:rsidR="008113A1" w:rsidRDefault="00000000">
      <w:pPr>
        <w:spacing w:line="360" w:lineRule="auto"/>
        <w:textAlignment w:val="center"/>
        <w:rPr>
          <w:color w:val="000000"/>
          <w:lang w:eastAsia="zh-CN"/>
        </w:rPr>
      </w:pPr>
      <w:r>
        <w:rPr>
          <w:color w:val="2E75B6"/>
          <w:lang w:eastAsia="zh-CN"/>
        </w:rPr>
        <w:t>【解析】</w:t>
      </w:r>
    </w:p>
    <w:p w14:paraId="5DC978EA"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先根据甲乙的总得分与判断的对错数相等推断出第</w:t>
      </w:r>
      <w:r>
        <w:rPr>
          <w:rFonts w:ascii="Times New Roman" w:eastAsia="Times New Roman" w:hAnsi="Times New Roman" w:cs="Times New Roman"/>
          <w:color w:val="000000"/>
          <w:lang w:eastAsia="zh-CN"/>
        </w:rPr>
        <w:t>3</w:t>
      </w:r>
      <w:r>
        <w:rPr>
          <w:rFonts w:ascii="SimSun" w:eastAsia="SimSun" w:hAnsi="SimSun" w:cs="SimSun"/>
          <w:color w:val="000000"/>
          <w:lang w:eastAsia="zh-CN"/>
        </w:rPr>
        <w:t>道题和第</w:t>
      </w:r>
      <w:r>
        <w:rPr>
          <w:rFonts w:ascii="Times New Roman" w:eastAsia="Times New Roman" w:hAnsi="Times New Roman" w:cs="Times New Roman"/>
          <w:color w:val="000000"/>
          <w:lang w:eastAsia="zh-CN"/>
        </w:rPr>
        <w:t>6</w:t>
      </w:r>
      <w:r>
        <w:rPr>
          <w:rFonts w:ascii="SimSun" w:eastAsia="SimSun" w:hAnsi="SimSun" w:cs="SimSun"/>
          <w:color w:val="000000"/>
          <w:lang w:eastAsia="zh-CN"/>
        </w:rPr>
        <w:t>道题的正确答案均为“×”，进而根据丙的判断可得这</w:t>
      </w:r>
      <w:r>
        <w:rPr>
          <w:rFonts w:ascii="Times New Roman" w:eastAsia="Times New Roman" w:hAnsi="Times New Roman" w:cs="Times New Roman"/>
          <w:color w:val="000000"/>
          <w:lang w:eastAsia="zh-CN"/>
        </w:rPr>
        <w:t>6</w:t>
      </w:r>
      <w:r>
        <w:rPr>
          <w:rFonts w:ascii="SimSun" w:eastAsia="SimSun" w:hAnsi="SimSun" w:cs="SimSun"/>
          <w:color w:val="000000"/>
          <w:lang w:eastAsia="zh-CN"/>
        </w:rPr>
        <w:t>道题目的正确答案是：</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w:t>
      </w:r>
      <w:r>
        <w:rPr>
          <w:rFonts w:ascii="Times New Roman" w:eastAsia="Times New Roman" w:hAnsi="Times New Roman" w:cs="Times New Roman"/>
          <w:color w:val="000000"/>
          <w:lang w:eastAsia="zh-CN"/>
        </w:rPr>
        <w:t>3</w:t>
      </w:r>
      <w:r>
        <w:rPr>
          <w:rFonts w:ascii="SimSun" w:eastAsia="SimSun" w:hAnsi="SimSun" w:cs="SimSun"/>
          <w:color w:val="000000"/>
          <w:lang w:eastAsia="zh-CN"/>
        </w:rPr>
        <w:t>×，</w:t>
      </w:r>
      <w:r>
        <w:rPr>
          <w:rFonts w:ascii="Times New Roman" w:eastAsia="Times New Roman" w:hAnsi="Times New Roman" w:cs="Times New Roman"/>
          <w:color w:val="000000"/>
          <w:lang w:eastAsia="zh-CN"/>
        </w:rPr>
        <w:t>4</w:t>
      </w:r>
      <w:r>
        <w:rPr>
          <w:rFonts w:ascii="SimSun" w:eastAsia="SimSun" w:hAnsi="SimSun" w:cs="SimSun"/>
          <w:color w:val="000000"/>
          <w:lang w:eastAsia="zh-CN"/>
        </w:rPr>
        <w:t>√，</w:t>
      </w:r>
      <w:r>
        <w:rPr>
          <w:rFonts w:ascii="Times New Roman" w:eastAsia="Times New Roman" w:hAnsi="Times New Roman" w:cs="Times New Roman"/>
          <w:color w:val="000000"/>
          <w:lang w:eastAsia="zh-CN"/>
        </w:rPr>
        <w:t>5</w:t>
      </w:r>
      <w:r>
        <w:rPr>
          <w:rFonts w:ascii="SimSun" w:eastAsia="SimSun" w:hAnsi="SimSun" w:cs="SimSun"/>
          <w:color w:val="000000"/>
          <w:lang w:eastAsia="zh-CN"/>
        </w:rPr>
        <w:t>×，</w:t>
      </w:r>
      <w:r>
        <w:rPr>
          <w:rFonts w:ascii="Times New Roman" w:eastAsia="Times New Roman" w:hAnsi="Times New Roman" w:cs="Times New Roman"/>
          <w:color w:val="000000"/>
          <w:lang w:eastAsia="zh-CN"/>
        </w:rPr>
        <w:t>6</w:t>
      </w:r>
      <w:r>
        <w:rPr>
          <w:rFonts w:ascii="SimSun" w:eastAsia="SimSun" w:hAnsi="SimSun" w:cs="SimSun"/>
          <w:color w:val="000000"/>
          <w:lang w:eastAsia="zh-CN"/>
        </w:rPr>
        <w:t>×，进而得出丁的分数．</w:t>
      </w:r>
    </w:p>
    <w:p w14:paraId="15308FF6"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解：知识测试共有</w:t>
      </w:r>
      <w:r>
        <w:rPr>
          <w:rFonts w:ascii="Times New Roman" w:eastAsia="Times New Roman" w:hAnsi="Times New Roman" w:cs="Times New Roman"/>
          <w:color w:val="000000"/>
          <w:lang w:eastAsia="zh-CN"/>
        </w:rPr>
        <w:t>6</w:t>
      </w:r>
      <w:r>
        <w:rPr>
          <w:rFonts w:ascii="SimSun" w:eastAsia="SimSun" w:hAnsi="SimSun" w:cs="SimSun"/>
          <w:color w:val="000000"/>
          <w:lang w:eastAsia="zh-CN"/>
        </w:rPr>
        <w:t>道题目，每题判断正确得</w:t>
      </w:r>
      <w:r>
        <w:rPr>
          <w:rFonts w:ascii="Times New Roman" w:eastAsia="Times New Roman" w:hAnsi="Times New Roman" w:cs="Times New Roman"/>
          <w:color w:val="000000"/>
          <w:lang w:eastAsia="zh-CN"/>
        </w:rPr>
        <w:t>1</w:t>
      </w:r>
      <w:r>
        <w:rPr>
          <w:rFonts w:ascii="SimSun" w:eastAsia="SimSun" w:hAnsi="SimSun" w:cs="SimSun"/>
          <w:color w:val="000000"/>
          <w:lang w:eastAsia="zh-CN"/>
        </w:rPr>
        <w:t>分，判断错误得</w:t>
      </w:r>
      <w:r>
        <w:rPr>
          <w:rFonts w:ascii="Times New Roman" w:eastAsia="Times New Roman" w:hAnsi="Times New Roman" w:cs="Times New Roman"/>
          <w:color w:val="000000"/>
          <w:lang w:eastAsia="zh-CN"/>
        </w:rPr>
        <w:t>0</w:t>
      </w:r>
      <w:r>
        <w:rPr>
          <w:rFonts w:ascii="SimSun" w:eastAsia="SimSun" w:hAnsi="SimSun" w:cs="SimSun"/>
          <w:color w:val="000000"/>
          <w:lang w:eastAsia="zh-CN"/>
        </w:rPr>
        <w:t>分，甲、乙的得分都是</w:t>
      </w:r>
      <w:r>
        <w:rPr>
          <w:rFonts w:ascii="Times New Roman" w:eastAsia="Times New Roman" w:hAnsi="Times New Roman" w:cs="Times New Roman"/>
          <w:color w:val="000000"/>
          <w:lang w:eastAsia="zh-CN"/>
        </w:rPr>
        <w:t>4</w:t>
      </w:r>
      <w:r>
        <w:rPr>
          <w:rFonts w:ascii="SimSun" w:eastAsia="SimSun" w:hAnsi="SimSun" w:cs="SimSun"/>
          <w:color w:val="000000"/>
          <w:lang w:eastAsia="zh-CN"/>
        </w:rPr>
        <w:t>分，则甲、</w:t>
      </w:r>
      <w:proofErr w:type="gramStart"/>
      <w:r>
        <w:rPr>
          <w:rFonts w:ascii="SimSun" w:eastAsia="SimSun" w:hAnsi="SimSun" w:cs="SimSun"/>
          <w:color w:val="000000"/>
          <w:lang w:eastAsia="zh-CN"/>
        </w:rPr>
        <w:t>乙至少</w:t>
      </w:r>
      <w:proofErr w:type="gramEnd"/>
      <w:r>
        <w:rPr>
          <w:rFonts w:ascii="SimSun" w:eastAsia="SimSun" w:hAnsi="SimSun" w:cs="SimSun"/>
          <w:color w:val="000000"/>
          <w:lang w:eastAsia="zh-CN"/>
        </w:rPr>
        <w:t>有</w:t>
      </w:r>
      <w:r>
        <w:rPr>
          <w:rFonts w:ascii="Times New Roman" w:eastAsia="Times New Roman" w:hAnsi="Times New Roman" w:cs="Times New Roman"/>
          <w:color w:val="000000"/>
          <w:lang w:eastAsia="zh-CN"/>
        </w:rPr>
        <w:t>2</w:t>
      </w:r>
      <w:r>
        <w:rPr>
          <w:rFonts w:ascii="SimSun" w:eastAsia="SimSun" w:hAnsi="SimSun" w:cs="SimSun"/>
          <w:color w:val="000000"/>
          <w:lang w:eastAsia="zh-CN"/>
        </w:rPr>
        <w:t>道题目的结果相同且为正确答案，不难发现，甲、乙的第</w:t>
      </w:r>
      <w:r>
        <w:rPr>
          <w:rFonts w:ascii="Times New Roman" w:eastAsia="Times New Roman" w:hAnsi="Times New Roman" w:cs="Times New Roman"/>
          <w:color w:val="000000"/>
          <w:lang w:eastAsia="zh-CN"/>
        </w:rPr>
        <w:t>3</w:t>
      </w:r>
      <w:r>
        <w:rPr>
          <w:rFonts w:ascii="SimSun" w:eastAsia="SimSun" w:hAnsi="SimSun" w:cs="SimSun"/>
          <w:color w:val="000000"/>
          <w:lang w:eastAsia="zh-CN"/>
        </w:rPr>
        <w:t>道题和第</w:t>
      </w:r>
      <w:r>
        <w:rPr>
          <w:rFonts w:ascii="Times New Roman" w:eastAsia="Times New Roman" w:hAnsi="Times New Roman" w:cs="Times New Roman"/>
          <w:color w:val="000000"/>
          <w:lang w:eastAsia="zh-CN"/>
        </w:rPr>
        <w:t>6</w:t>
      </w:r>
      <w:r>
        <w:rPr>
          <w:rFonts w:ascii="SimSun" w:eastAsia="SimSun" w:hAnsi="SimSun" w:cs="SimSun"/>
          <w:color w:val="000000"/>
          <w:lang w:eastAsia="zh-CN"/>
        </w:rPr>
        <w:t>道</w:t>
      </w:r>
      <w:proofErr w:type="gramStart"/>
      <w:r>
        <w:rPr>
          <w:rFonts w:ascii="SimSun" w:eastAsia="SimSun" w:hAnsi="SimSun" w:cs="SimSun"/>
          <w:color w:val="000000"/>
          <w:lang w:eastAsia="zh-CN"/>
        </w:rPr>
        <w:t>题判断</w:t>
      </w:r>
      <w:proofErr w:type="gramEnd"/>
      <w:r>
        <w:rPr>
          <w:rFonts w:ascii="SimSun" w:eastAsia="SimSun" w:hAnsi="SimSun" w:cs="SimSun"/>
          <w:color w:val="000000"/>
          <w:lang w:eastAsia="zh-CN"/>
        </w:rPr>
        <w:t>相同，所以第</w:t>
      </w:r>
      <w:r>
        <w:rPr>
          <w:rFonts w:ascii="Times New Roman" w:eastAsia="Times New Roman" w:hAnsi="Times New Roman" w:cs="Times New Roman"/>
          <w:color w:val="000000"/>
          <w:lang w:eastAsia="zh-CN"/>
        </w:rPr>
        <w:t>3</w:t>
      </w:r>
      <w:r>
        <w:rPr>
          <w:rFonts w:ascii="SimSun" w:eastAsia="SimSun" w:hAnsi="SimSun" w:cs="SimSun"/>
          <w:color w:val="000000"/>
          <w:lang w:eastAsia="zh-CN"/>
        </w:rPr>
        <w:t>道题和第</w:t>
      </w:r>
      <w:r>
        <w:rPr>
          <w:rFonts w:ascii="Times New Roman" w:eastAsia="Times New Roman" w:hAnsi="Times New Roman" w:cs="Times New Roman"/>
          <w:color w:val="000000"/>
          <w:lang w:eastAsia="zh-CN"/>
        </w:rPr>
        <w:t>6</w:t>
      </w:r>
      <w:r>
        <w:rPr>
          <w:rFonts w:ascii="SimSun" w:eastAsia="SimSun" w:hAnsi="SimSun" w:cs="SimSun"/>
          <w:color w:val="000000"/>
          <w:lang w:eastAsia="zh-CN"/>
        </w:rPr>
        <w:t>道题的正确答案均为“×”，</w:t>
      </w:r>
    </w:p>
    <w:p w14:paraId="030F99E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所以丙的第</w:t>
      </w:r>
      <w:r>
        <w:rPr>
          <w:rFonts w:ascii="Times New Roman" w:eastAsia="Times New Roman" w:hAnsi="Times New Roman" w:cs="Times New Roman"/>
          <w:color w:val="000000"/>
          <w:lang w:eastAsia="zh-CN"/>
        </w:rPr>
        <w:t>3</w:t>
      </w:r>
      <w:r>
        <w:rPr>
          <w:rFonts w:ascii="SimSun" w:eastAsia="SimSun" w:hAnsi="SimSun" w:cs="SimSun"/>
          <w:color w:val="000000"/>
          <w:lang w:eastAsia="zh-CN"/>
        </w:rPr>
        <w:t>道题和第</w:t>
      </w:r>
      <w:r>
        <w:rPr>
          <w:rFonts w:ascii="Times New Roman" w:eastAsia="Times New Roman" w:hAnsi="Times New Roman" w:cs="Times New Roman"/>
          <w:color w:val="000000"/>
          <w:lang w:eastAsia="zh-CN"/>
        </w:rPr>
        <w:t>6</w:t>
      </w:r>
      <w:r>
        <w:rPr>
          <w:rFonts w:ascii="SimSun" w:eastAsia="SimSun" w:hAnsi="SimSun" w:cs="SimSun"/>
          <w:color w:val="000000"/>
          <w:lang w:eastAsia="zh-CN"/>
        </w:rPr>
        <w:t>道</w:t>
      </w:r>
      <w:proofErr w:type="gramStart"/>
      <w:r>
        <w:rPr>
          <w:rFonts w:ascii="SimSun" w:eastAsia="SimSun" w:hAnsi="SimSun" w:cs="SimSun"/>
          <w:color w:val="000000"/>
          <w:lang w:eastAsia="zh-CN"/>
        </w:rPr>
        <w:t>题判断</w:t>
      </w:r>
      <w:proofErr w:type="gramEnd"/>
      <w:r>
        <w:rPr>
          <w:rFonts w:ascii="SimSun" w:eastAsia="SimSun" w:hAnsi="SimSun" w:cs="SimSun"/>
          <w:color w:val="000000"/>
          <w:lang w:eastAsia="zh-CN"/>
        </w:rPr>
        <w:t>错误，而丙也得了</w:t>
      </w:r>
      <w:r>
        <w:rPr>
          <w:rFonts w:ascii="Times New Roman" w:eastAsia="Times New Roman" w:hAnsi="Times New Roman" w:cs="Times New Roman"/>
          <w:color w:val="000000"/>
          <w:lang w:eastAsia="zh-CN"/>
        </w:rPr>
        <w:t>4</w:t>
      </w:r>
      <w:r>
        <w:rPr>
          <w:rFonts w:ascii="SimSun" w:eastAsia="SimSun" w:hAnsi="SimSun" w:cs="SimSun"/>
          <w:color w:val="000000"/>
          <w:lang w:eastAsia="zh-CN"/>
        </w:rPr>
        <w:t>分，说明丙其余题目全部判断正确，</w:t>
      </w:r>
    </w:p>
    <w:p w14:paraId="088EE11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lastRenderedPageBreak/>
        <w:t>所以这</w:t>
      </w:r>
      <w:r>
        <w:rPr>
          <w:rFonts w:ascii="Times New Roman" w:eastAsia="Times New Roman" w:hAnsi="Times New Roman" w:cs="Times New Roman"/>
          <w:color w:val="000000"/>
          <w:lang w:eastAsia="zh-CN"/>
        </w:rPr>
        <w:t>6</w:t>
      </w:r>
      <w:r>
        <w:rPr>
          <w:rFonts w:ascii="SimSun" w:eastAsia="SimSun" w:hAnsi="SimSun" w:cs="SimSun"/>
          <w:color w:val="000000"/>
          <w:lang w:eastAsia="zh-CN"/>
        </w:rPr>
        <w:t>道题目的正确答案是：</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w:t>
      </w:r>
      <w:r>
        <w:rPr>
          <w:rFonts w:ascii="Times New Roman" w:eastAsia="Times New Roman" w:hAnsi="Times New Roman" w:cs="Times New Roman"/>
          <w:color w:val="000000"/>
          <w:lang w:eastAsia="zh-CN"/>
        </w:rPr>
        <w:t>3</w:t>
      </w:r>
      <w:r>
        <w:rPr>
          <w:rFonts w:ascii="SimSun" w:eastAsia="SimSun" w:hAnsi="SimSun" w:cs="SimSun"/>
          <w:color w:val="000000"/>
          <w:lang w:eastAsia="zh-CN"/>
        </w:rPr>
        <w:t>×，</w:t>
      </w:r>
      <w:r>
        <w:rPr>
          <w:rFonts w:ascii="Times New Roman" w:eastAsia="Times New Roman" w:hAnsi="Times New Roman" w:cs="Times New Roman"/>
          <w:color w:val="000000"/>
          <w:lang w:eastAsia="zh-CN"/>
        </w:rPr>
        <w:t>4</w:t>
      </w:r>
      <w:r>
        <w:rPr>
          <w:rFonts w:ascii="SimSun" w:eastAsia="SimSun" w:hAnsi="SimSun" w:cs="SimSun"/>
          <w:color w:val="000000"/>
          <w:lang w:eastAsia="zh-CN"/>
        </w:rPr>
        <w:t>√，</w:t>
      </w:r>
      <w:r>
        <w:rPr>
          <w:rFonts w:ascii="Times New Roman" w:eastAsia="Times New Roman" w:hAnsi="Times New Roman" w:cs="Times New Roman"/>
          <w:color w:val="000000"/>
          <w:lang w:eastAsia="zh-CN"/>
        </w:rPr>
        <w:t>5</w:t>
      </w:r>
      <w:r>
        <w:rPr>
          <w:rFonts w:ascii="SimSun" w:eastAsia="SimSun" w:hAnsi="SimSun" w:cs="SimSun"/>
          <w:color w:val="000000"/>
          <w:lang w:eastAsia="zh-CN"/>
        </w:rPr>
        <w:t>×，</w:t>
      </w:r>
      <w:r>
        <w:rPr>
          <w:rFonts w:ascii="Times New Roman" w:eastAsia="Times New Roman" w:hAnsi="Times New Roman" w:cs="Times New Roman"/>
          <w:color w:val="000000"/>
          <w:lang w:eastAsia="zh-CN"/>
        </w:rPr>
        <w:t>6×</w:t>
      </w:r>
      <w:r>
        <w:rPr>
          <w:rFonts w:ascii="SimSun" w:eastAsia="SimSun" w:hAnsi="SimSun" w:cs="SimSun"/>
          <w:color w:val="000000"/>
          <w:lang w:eastAsia="zh-CN"/>
        </w:rPr>
        <w:t>，</w:t>
      </w:r>
    </w:p>
    <w:p w14:paraId="6C5F255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所以丁</w:t>
      </w:r>
      <w:proofErr w:type="gramStart"/>
      <w:r>
        <w:rPr>
          <w:rFonts w:ascii="SimSun" w:eastAsia="SimSun" w:hAnsi="SimSun" w:cs="SimSun"/>
          <w:color w:val="000000"/>
          <w:lang w:eastAsia="zh-CN"/>
        </w:rPr>
        <w:t>做对</w:t>
      </w:r>
      <w:proofErr w:type="gramEnd"/>
      <w:r>
        <w:rPr>
          <w:rFonts w:ascii="SimSun" w:eastAsia="SimSun" w:hAnsi="SimSun" w:cs="SimSun"/>
          <w:color w:val="000000"/>
          <w:lang w:eastAsia="zh-CN"/>
        </w:rPr>
        <w:t>了</w:t>
      </w:r>
      <w:r>
        <w:rPr>
          <w:rFonts w:ascii="Times New Roman" w:eastAsia="Times New Roman" w:hAnsi="Times New Roman" w:cs="Times New Roman"/>
          <w:color w:val="000000"/>
          <w:lang w:eastAsia="zh-CN"/>
        </w:rPr>
        <w:t>5</w:t>
      </w:r>
      <w:r>
        <w:rPr>
          <w:rFonts w:ascii="SimSun" w:eastAsia="SimSun" w:hAnsi="SimSun" w:cs="SimSun"/>
          <w:color w:val="000000"/>
          <w:lang w:eastAsia="zh-CN"/>
        </w:rPr>
        <w:t>道，得了</w:t>
      </w:r>
      <w:r>
        <w:rPr>
          <w:rFonts w:ascii="Times New Roman" w:eastAsia="Times New Roman" w:hAnsi="Times New Roman" w:cs="Times New Roman"/>
          <w:color w:val="000000"/>
          <w:lang w:eastAsia="zh-CN"/>
        </w:rPr>
        <w:t>5</w:t>
      </w:r>
      <w:r>
        <w:rPr>
          <w:rFonts w:ascii="SimSun" w:eastAsia="SimSun" w:hAnsi="SimSun" w:cs="SimSun"/>
          <w:color w:val="000000"/>
          <w:lang w:eastAsia="zh-CN"/>
        </w:rPr>
        <w:t>分，</w:t>
      </w:r>
    </w:p>
    <w:p w14:paraId="1927C16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5</w:t>
      </w:r>
      <w:r>
        <w:rPr>
          <w:rFonts w:ascii="SimSun" w:eastAsia="SimSun" w:hAnsi="SimSun" w:cs="SimSun"/>
          <w:color w:val="000000"/>
          <w:lang w:eastAsia="zh-CN"/>
        </w:rPr>
        <w:t>．</w:t>
      </w:r>
    </w:p>
    <w:p w14:paraId="25344CE3"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本题主要考查了简单的合情推理，属于基础题．</w:t>
      </w:r>
    </w:p>
    <w:p w14:paraId="62767595"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三、计算题（</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23</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8</w:t>
      </w:r>
      <w:r>
        <w:rPr>
          <w:rFonts w:ascii="SimSun" w:eastAsia="SimSun" w:hAnsi="SimSun" w:cs="SimSun"/>
          <w:b/>
          <w:color w:val="000000"/>
          <w:sz w:val="24"/>
          <w:lang w:eastAsia="zh-CN"/>
        </w:rPr>
        <w:t>分，共</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分）</w:t>
      </w:r>
    </w:p>
    <w:p w14:paraId="7589BC27" w14:textId="77777777" w:rsidR="008113A1" w:rsidRDefault="00000000">
      <w:pPr>
        <w:pStyle w:val="Heading2"/>
        <w:rPr>
          <w:lang w:eastAsia="zh-CN"/>
        </w:rPr>
      </w:pPr>
      <w:bookmarkStart w:id="14" w:name="_Toc235460031"/>
      <w:r>
        <w:rPr>
          <w:lang w:eastAsia="zh-CN"/>
        </w:rPr>
        <w:t>人大附中北京经济技术开发区学校</w:t>
      </w:r>
      <w:bookmarkEnd w:id="14"/>
    </w:p>
    <w:p w14:paraId="40041B01" w14:textId="77777777" w:rsidR="008113A1" w:rsidRDefault="00000000">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观察，已知如图阴影部分是由一大个长方形剪掉一小长方形后的得到的图形，请回答下列问题：</w:t>
      </w:r>
    </w:p>
    <w:p w14:paraId="788CD27F" w14:textId="77777777" w:rsidR="008113A1" w:rsidRDefault="00000000">
      <w:pPr>
        <w:spacing w:line="360" w:lineRule="auto"/>
        <w:textAlignment w:val="center"/>
        <w:rPr>
          <w:color w:val="000000"/>
        </w:rPr>
      </w:pPr>
      <w:r>
        <w:rPr>
          <w:noProof/>
          <w:color w:val="000000"/>
        </w:rPr>
        <w:drawing>
          <wp:inline distT="0" distB="0" distL="114300" distR="114300" wp14:anchorId="6121D79C" wp14:editId="6A596A1D">
            <wp:extent cx="1162050" cy="1343025"/>
            <wp:effectExtent l="0" t="0" r="0" b="0"/>
            <wp:docPr id="4263"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4" name="图片 100007" descr="学科网(www.zxxk.com)--教育资源门户，提供试卷、教案、课件、论文、素材以及各类教学资源下载，还有大量而丰富的教学相关资讯！"/>
                    <pic:cNvPicPr>
                      <a:picLocks noChangeAspect="1"/>
                    </pic:cNvPicPr>
                  </pic:nvPicPr>
                  <pic:blipFill>
                    <a:blip r:embed="rId144"/>
                    <a:stretch>
                      <a:fillRect/>
                    </a:stretch>
                  </pic:blipFill>
                  <pic:spPr>
                    <a:xfrm>
                      <a:off x="0" y="0"/>
                      <a:ext cx="1162050" cy="1343025"/>
                    </a:xfrm>
                    <a:prstGeom prst="rect">
                      <a:avLst/>
                    </a:prstGeom>
                  </pic:spPr>
                </pic:pic>
              </a:graphicData>
            </a:graphic>
          </wp:inline>
        </w:drawing>
      </w:r>
    </w:p>
    <w:p w14:paraId="4D7449D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r>
        <w:pict w14:anchorId="2681C5D0">
          <v:shape id="_x0000_i1279" type="#_x0000_t75" alt="学科网(www.zxxk.com)--教育资源门户，提供试卷、教案、课件、论文、素材以及各类教学资源下载，还有大量而丰富的教学相关资讯！" style="width:20.4pt;height:12.9pt">
            <v:imagedata r:id="rId63" o:title="eqIdf52a58fbaf4fea03567e88a9f0f6e37e"/>
          </v:shape>
        </w:pict>
      </w:r>
      <w:r>
        <w:rPr>
          <w:rFonts w:ascii="SimSun" w:eastAsia="SimSun" w:hAnsi="SimSun" w:cs="SimSun"/>
          <w:color w:val="000000"/>
          <w:lang w:eastAsia="zh-CN"/>
        </w:rPr>
        <w:t>边的长度为</w:t>
      </w:r>
      <w:r>
        <w:rPr>
          <w:rFonts w:ascii="Times New Roman" w:eastAsia="Times New Roman" w:hAnsi="Times New Roman" w:cs="Times New Roman"/>
          <w:color w:val="000000"/>
          <w:lang w:eastAsia="zh-CN"/>
        </w:rPr>
        <w:t xml:space="preserve"> </w:t>
      </w:r>
      <w:r>
        <w:rPr>
          <w:color w:val="000000"/>
          <w:lang w:eastAsia="zh-CN"/>
        </w:rPr>
        <w:t>_____</w:t>
      </w:r>
      <w:r>
        <w:rPr>
          <w:rFonts w:ascii="SimSun" w:eastAsia="SimSun" w:hAnsi="SimSun" w:cs="SimSun"/>
          <w:color w:val="000000"/>
          <w:lang w:eastAsia="zh-CN"/>
        </w:rPr>
        <w:t>；</w:t>
      </w:r>
    </w:p>
    <w:p w14:paraId="07D682F9"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）阴影部分的周长是</w:t>
      </w:r>
      <w:r>
        <w:rPr>
          <w:rFonts w:ascii="Times New Roman" w:eastAsia="Times New Roman" w:hAnsi="Times New Roman" w:cs="Times New Roman"/>
          <w:color w:val="000000"/>
          <w:lang w:eastAsia="zh-CN"/>
        </w:rPr>
        <w:t xml:space="preserve"> </w:t>
      </w:r>
      <w:r>
        <w:rPr>
          <w:color w:val="000000"/>
          <w:lang w:eastAsia="zh-CN"/>
        </w:rPr>
        <w:t>_____</w:t>
      </w:r>
      <w:r>
        <w:rPr>
          <w:rFonts w:ascii="SimSun" w:eastAsia="SimSun" w:hAnsi="SimSun" w:cs="SimSun"/>
          <w:color w:val="000000"/>
          <w:lang w:eastAsia="zh-CN"/>
        </w:rPr>
        <w:t>．</w:t>
      </w:r>
    </w:p>
    <w:p w14:paraId="4B6B4606" w14:textId="77777777" w:rsidR="008113A1" w:rsidRDefault="00000000">
      <w:pPr>
        <w:spacing w:line="360" w:lineRule="auto"/>
        <w:textAlignment w:val="center"/>
        <w:rPr>
          <w:color w:val="000000"/>
          <w:lang w:eastAsia="zh-CN"/>
        </w:rPr>
      </w:pPr>
      <w:r>
        <w:rPr>
          <w:color w:val="2E75B6"/>
          <w:lang w:eastAsia="zh-CN"/>
        </w:rPr>
        <w:t>【答案】</w:t>
      </w:r>
      <w:r>
        <w:rPr>
          <w:color w:val="000000"/>
          <w:lang w:eastAsia="zh-CN"/>
        </w:rPr>
        <w:t xml:space="preserve">    ①. </w:t>
      </w:r>
      <w:r>
        <w:pict w14:anchorId="31FC730E">
          <v:shape id="_x0000_i1280" type="#_x0000_t75" alt="学科网(www.zxxk.com)--教育资源门户，提供试卷、教案、课件、论文、素材以及各类教学资源下载，还有大量而丰富的教学相关资讯！" style="width:24.45pt;height:14.25pt">
            <v:imagedata r:id="rId145" o:title="eqId5e6e94f889e8de4ef5f9d0e32dd47487"/>
          </v:shape>
        </w:pict>
      </w:r>
      <w:r>
        <w:rPr>
          <w:color w:val="000000"/>
          <w:lang w:eastAsia="zh-CN"/>
        </w:rPr>
        <w:t xml:space="preserve">    ②. </w:t>
      </w:r>
      <w:r>
        <w:pict w14:anchorId="37B8C7F5">
          <v:shape id="_x0000_i1281" type="#_x0000_t75" alt="学科网(www.zxxk.com)--教育资源门户，提供试卷、教案、课件、论文、素材以及各类教学资源下载，还有大量而丰富的教学相关资讯！" style="width:40.1pt;height:16.3pt">
            <v:imagedata r:id="rId146" o:title="eqId92491b35edd25c85cac74fa6572a03e0"/>
          </v:shape>
        </w:pict>
      </w:r>
    </w:p>
    <w:p w14:paraId="7AB628D6" w14:textId="77777777" w:rsidR="008113A1" w:rsidRDefault="00000000">
      <w:pPr>
        <w:spacing w:line="360" w:lineRule="auto"/>
        <w:textAlignment w:val="center"/>
        <w:rPr>
          <w:color w:val="000000"/>
          <w:lang w:eastAsia="zh-CN"/>
        </w:rPr>
      </w:pPr>
      <w:r>
        <w:rPr>
          <w:color w:val="2E75B6"/>
          <w:lang w:eastAsia="zh-CN"/>
        </w:rPr>
        <w:t>【解析】</w:t>
      </w:r>
    </w:p>
    <w:p w14:paraId="39499BAB"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本题考查了整式的加减运算，</w:t>
      </w:r>
    </w:p>
    <w:p w14:paraId="57E5C7C3"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）表示出</w:t>
      </w:r>
      <w:r>
        <w:pict w14:anchorId="037B7A3F">
          <v:shape id="_x0000_i1282" type="#_x0000_t75" alt="学科网(www.zxxk.com)--教育资源门户，提供试卷、教案、课件、论文、素材以及各类教学资源下载，还有大量而丰富的教学相关资讯！" style="width:20.4pt;height:12.9pt">
            <v:imagedata r:id="rId63" o:title="eqIdf52a58fbaf4fea03567e88a9f0f6e37e"/>
          </v:shape>
        </w:pict>
      </w:r>
      <w:r>
        <w:rPr>
          <w:rFonts w:ascii="SimSun" w:eastAsia="SimSun" w:hAnsi="SimSun" w:cs="SimSun"/>
          <w:color w:val="000000"/>
          <w:lang w:eastAsia="zh-CN"/>
        </w:rPr>
        <w:t>边的长度，再化简即可；</w:t>
      </w:r>
    </w:p>
    <w:p w14:paraId="28D2C4D1"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）表示出阴影部分的周长，再化简即可．</w:t>
      </w:r>
    </w:p>
    <w:p w14:paraId="38D55A5F"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r>
        <w:pict w14:anchorId="19F52616">
          <v:shape id="_x0000_i1283" type="#_x0000_t75" alt="学科网(www.zxxk.com)--教育资源门户，提供试卷、教案、课件、论文、素材以及各类教学资源下载，还有大量而丰富的教学相关资讯！" style="width:20.4pt;height:12.9pt">
            <v:imagedata r:id="rId63" o:title="eqIdf52a58fbaf4fea03567e88a9f0f6e37e"/>
          </v:shape>
        </w:pict>
      </w:r>
      <w:r>
        <w:rPr>
          <w:rFonts w:ascii="SimSun" w:eastAsia="SimSun" w:hAnsi="SimSun" w:cs="SimSun"/>
          <w:color w:val="000000"/>
          <w:lang w:eastAsia="zh-CN"/>
        </w:rPr>
        <w:t>边的长度为</w:t>
      </w:r>
      <w:r>
        <w:pict w14:anchorId="62114DD6">
          <v:shape id="_x0000_i1284" type="#_x0000_t75" alt="学科网(www.zxxk.com)--教育资源门户，提供试卷、教案、课件、论文、素材以及各类教学资源下载，还有大量而丰富的教学相关资讯！" style="width:97.15pt;height:14.25pt">
            <v:imagedata r:id="rId147" o:title="eqId55c8533444215ade2c8197512a42f1cb"/>
          </v:shape>
        </w:pict>
      </w:r>
      <w:r>
        <w:rPr>
          <w:rFonts w:ascii="SimSun" w:eastAsia="SimSun" w:hAnsi="SimSun" w:cs="SimSun"/>
          <w:color w:val="000000"/>
          <w:lang w:eastAsia="zh-CN"/>
        </w:rPr>
        <w:t>，</w:t>
      </w:r>
    </w:p>
    <w:p w14:paraId="5DF8B779"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7CAECD72">
          <v:shape id="_x0000_i1285" type="#_x0000_t75" alt="学科网(www.zxxk.com)--教育资源门户，提供试卷、教案、课件、论文、素材以及各类教学资源下载，还有大量而丰富的教学相关资讯！" style="width:24.45pt;height:14.25pt">
            <v:imagedata r:id="rId145" o:title="eqId5e6e94f889e8de4ef5f9d0e32dd47487"/>
          </v:shape>
        </w:pict>
      </w:r>
      <w:r>
        <w:rPr>
          <w:rFonts w:ascii="SimSun" w:eastAsia="SimSun" w:hAnsi="SimSun" w:cs="SimSun"/>
          <w:color w:val="000000"/>
          <w:lang w:eastAsia="zh-CN"/>
        </w:rPr>
        <w:t>；</w:t>
      </w:r>
    </w:p>
    <w:p w14:paraId="4EDCB6C5"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lastRenderedPageBreak/>
        <w:t>（</w:t>
      </w:r>
      <w:r>
        <w:rPr>
          <w:rFonts w:ascii="Times New Roman" w:eastAsia="Times New Roman" w:hAnsi="Times New Roman" w:cs="Times New Roman"/>
          <w:color w:val="000000"/>
          <w:lang w:eastAsia="zh-CN"/>
        </w:rPr>
        <w:t>2</w:t>
      </w:r>
      <w:r>
        <w:rPr>
          <w:rFonts w:ascii="SimSun" w:eastAsia="SimSun" w:hAnsi="SimSun" w:cs="SimSun"/>
          <w:color w:val="000000"/>
          <w:lang w:eastAsia="zh-CN"/>
        </w:rPr>
        <w:t>）阴影部分的周长是</w:t>
      </w:r>
      <w:r>
        <w:pict w14:anchorId="5956706C">
          <v:shape id="_x0000_i1286" type="#_x0000_t75" alt="学科网(www.zxxk.com)--教育资源门户，提供试卷、教案、课件、论文、素材以及各类教学资源下载，还有大量而丰富的教学相关资讯！" style="width:150.8pt;height:16.3pt">
            <v:imagedata r:id="rId148" o:title="eqId39d91a489f2051b9074fe44423eecb3f"/>
          </v:shape>
        </w:pict>
      </w:r>
      <w:r>
        <w:rPr>
          <w:rFonts w:ascii="SimSun" w:eastAsia="SimSun" w:hAnsi="SimSun" w:cs="SimSun"/>
          <w:color w:val="000000"/>
          <w:lang w:eastAsia="zh-CN"/>
        </w:rPr>
        <w:t>，</w:t>
      </w:r>
    </w:p>
    <w:p w14:paraId="4AEA0F47"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58C51E90">
          <v:shape id="_x0000_i1287" type="#_x0000_t75" alt="学科网(www.zxxk.com)--教育资源门户，提供试卷、教案、课件、论文、素材以及各类教学资源下载，还有大量而丰富的教学相关资讯！" style="width:40.1pt;height:16.3pt">
            <v:imagedata r:id="rId146" o:title="eqId92491b35edd25c85cac74fa6572a03e0"/>
          </v:shape>
        </w:pict>
      </w:r>
      <w:r>
        <w:rPr>
          <w:rFonts w:ascii="SimSun" w:eastAsia="SimSun" w:hAnsi="SimSun" w:cs="SimSun"/>
          <w:color w:val="000000"/>
          <w:lang w:eastAsia="zh-CN"/>
        </w:rPr>
        <w:t>．</w:t>
      </w:r>
    </w:p>
    <w:p w14:paraId="2EFE4BE7"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三、解答题（本题共</w:t>
      </w:r>
      <w:r>
        <w:rPr>
          <w:rFonts w:ascii="Times New Roman" w:eastAsia="Times New Roman" w:hAnsi="Times New Roman" w:cs="Times New Roman"/>
          <w:b/>
          <w:color w:val="000000"/>
          <w:sz w:val="24"/>
          <w:lang w:eastAsia="zh-CN"/>
        </w:rPr>
        <w:t>52</w:t>
      </w:r>
      <w:r>
        <w:rPr>
          <w:rFonts w:ascii="SimSun" w:eastAsia="SimSun" w:hAnsi="SimSun" w:cs="SimSun"/>
          <w:b/>
          <w:color w:val="000000"/>
          <w:sz w:val="24"/>
          <w:lang w:eastAsia="zh-CN"/>
        </w:rPr>
        <w:t>分）</w:t>
      </w:r>
    </w:p>
    <w:p w14:paraId="6CB29EDA" w14:textId="77777777" w:rsidR="008113A1" w:rsidRDefault="00000000">
      <w:pPr>
        <w:pStyle w:val="Heading2"/>
        <w:rPr>
          <w:lang w:eastAsia="zh-CN"/>
        </w:rPr>
      </w:pPr>
      <w:bookmarkStart w:id="15" w:name="_Toc235460032"/>
      <w:r>
        <w:rPr>
          <w:lang w:eastAsia="zh-CN"/>
        </w:rPr>
        <w:t>北京师范大学附属实验中学</w:t>
      </w:r>
      <w:bookmarkEnd w:id="15"/>
    </w:p>
    <w:p w14:paraId="1B850B68" w14:textId="77777777" w:rsidR="008113A1" w:rsidRDefault="00000000">
      <w:pPr>
        <w:spacing w:line="360" w:lineRule="auto"/>
        <w:jc w:val="both"/>
        <w:textAlignment w:val="center"/>
        <w:rPr>
          <w:color w:val="000000"/>
          <w:lang w:eastAsia="zh-CN"/>
        </w:rPr>
      </w:pPr>
      <w:r>
        <w:rPr>
          <w:color w:val="000000"/>
          <w:lang w:eastAsia="zh-CN"/>
        </w:rPr>
        <w:t xml:space="preserve">20. </w:t>
      </w:r>
      <w:r>
        <w:rPr>
          <w:rFonts w:ascii="SimSun" w:eastAsia="SimSun" w:hAnsi="SimSun" w:cs="SimSun"/>
          <w:color w:val="000000"/>
          <w:lang w:eastAsia="zh-CN"/>
        </w:rPr>
        <w:t>数轴上，点</w:t>
      </w:r>
      <w:r>
        <w:rPr>
          <w:rFonts w:ascii="Times New Roman" w:eastAsia="Times New Roman" w:hAnsi="Times New Roman" w:cs="Times New Roman"/>
          <w:i/>
          <w:color w:val="000000"/>
          <w:lang w:eastAsia="zh-CN"/>
        </w:rPr>
        <w:t>M</w:t>
      </w:r>
      <w:r>
        <w:rPr>
          <w:rFonts w:ascii="SimSun" w:eastAsia="SimSun" w:hAnsi="SimSun" w:cs="SimSun"/>
          <w:color w:val="000000"/>
          <w:lang w:eastAsia="zh-CN"/>
        </w:rPr>
        <w:t>和</w:t>
      </w:r>
      <w:r>
        <w:rPr>
          <w:rFonts w:ascii="Times New Roman" w:eastAsia="Times New Roman" w:hAnsi="Times New Roman" w:cs="Times New Roman"/>
          <w:i/>
          <w:color w:val="000000"/>
          <w:lang w:eastAsia="zh-CN"/>
        </w:rPr>
        <w:t>P</w:t>
      </w:r>
      <w:r>
        <w:rPr>
          <w:rFonts w:ascii="SimSun" w:eastAsia="SimSun" w:hAnsi="SimSun" w:cs="SimSun"/>
          <w:color w:val="000000"/>
          <w:lang w:eastAsia="zh-CN"/>
        </w:rPr>
        <w:t>的距离记为</w:t>
      </w:r>
      <w:r>
        <w:pict w14:anchorId="3053E74A">
          <v:shape id="_x0000_i1288" type="#_x0000_t75" alt="学科网(www.zxxk.com)--教育资源门户，提供试卷、教案、课件、论文、素材以及各类教学资源下载，还有大量而丰富的教学相关资讯！" style="width:21.75pt;height:12.9pt">
            <v:imagedata r:id="rId149" o:title="eqId438f34bc8b04e8c494b91306ac6fe352"/>
          </v:shape>
        </w:pict>
      </w:r>
      <w:r>
        <w:rPr>
          <w:rFonts w:ascii="SimSun" w:eastAsia="SimSun" w:hAnsi="SimSun" w:cs="SimSun"/>
          <w:color w:val="000000"/>
          <w:lang w:eastAsia="zh-CN"/>
        </w:rPr>
        <w:t>，点</w:t>
      </w:r>
      <w:r>
        <w:rPr>
          <w:rFonts w:ascii="Times New Roman" w:eastAsia="Times New Roman" w:hAnsi="Times New Roman" w:cs="Times New Roman"/>
          <w:i/>
          <w:color w:val="000000"/>
          <w:lang w:eastAsia="zh-CN"/>
        </w:rPr>
        <w:t>A</w:t>
      </w:r>
      <w:r>
        <w:rPr>
          <w:rFonts w:ascii="SimSun" w:eastAsia="SimSun" w:hAnsi="SimSun" w:cs="SimSun"/>
          <w:color w:val="000000"/>
          <w:lang w:eastAsia="zh-CN"/>
        </w:rPr>
        <w:t>和</w:t>
      </w:r>
      <w:r>
        <w:rPr>
          <w:rFonts w:ascii="Times New Roman" w:eastAsia="Times New Roman" w:hAnsi="Times New Roman" w:cs="Times New Roman"/>
          <w:i/>
          <w:color w:val="000000"/>
          <w:lang w:eastAsia="zh-CN"/>
        </w:rPr>
        <w:t>P</w:t>
      </w:r>
      <w:r>
        <w:rPr>
          <w:rFonts w:ascii="SimSun" w:eastAsia="SimSun" w:hAnsi="SimSun" w:cs="SimSun"/>
          <w:color w:val="000000"/>
          <w:lang w:eastAsia="zh-CN"/>
        </w:rPr>
        <w:t>的距离记为</w:t>
      </w:r>
      <w:r>
        <w:pict w14:anchorId="5AAEBEFF">
          <v:shape id="_x0000_i1289" type="#_x0000_t75" alt="学科网(www.zxxk.com)--教育资源门户，提供试卷、教案、课件、论文、素材以及各类教学资源下载，还有大量而丰富的教学相关资讯！" style="width:18.35pt;height:12.25pt">
            <v:imagedata r:id="rId150" o:title="eqId20a541b81584a032f571159ea152c85a"/>
          </v:shape>
        </w:pict>
      </w:r>
      <w:r>
        <w:rPr>
          <w:rFonts w:ascii="SimSun" w:eastAsia="SimSun" w:hAnsi="SimSun" w:cs="SimSun"/>
          <w:color w:val="000000"/>
          <w:lang w:eastAsia="zh-CN"/>
        </w:rPr>
        <w:t>．给出如下定义：若</w:t>
      </w:r>
      <w:r>
        <w:pict w14:anchorId="2DAB9E2F">
          <v:shape id="_x0000_i1290" type="#_x0000_t75" alt="学科网(www.zxxk.com)--教育资源门户，提供试卷、教案、课件、论文、素材以及各类教学资源下载，还有大量而丰富的教学相关资讯！" style="width:18.35pt;height:12.25pt">
            <v:imagedata r:id="rId150" o:title="eqId20a541b81584a032f571159ea152c85a"/>
          </v:shape>
        </w:pict>
      </w:r>
      <w:r>
        <w:rPr>
          <w:rFonts w:ascii="SimSun" w:eastAsia="SimSun" w:hAnsi="SimSun" w:cs="SimSun"/>
          <w:color w:val="000000"/>
          <w:lang w:eastAsia="zh-CN"/>
        </w:rPr>
        <w:t>不小于</w:t>
      </w:r>
      <w:r>
        <w:pict w14:anchorId="3816B361">
          <v:shape id="_x0000_i1291" type="#_x0000_t75" alt="学科网(www.zxxk.com)--教育资源门户，提供试卷、教案、课件、论文、素材以及各类教学资源下载，还有大量而丰富的教学相关资讯！" style="width:21.75pt;height:12.9pt">
            <v:imagedata r:id="rId149" o:title="eqId438f34bc8b04e8c494b91306ac6fe352"/>
          </v:shape>
        </w:pict>
      </w:r>
      <w:r>
        <w:rPr>
          <w:rFonts w:ascii="SimSun" w:eastAsia="SimSun" w:hAnsi="SimSun" w:cs="SimSun"/>
          <w:color w:val="000000"/>
          <w:lang w:eastAsia="zh-CN"/>
        </w:rPr>
        <w:t>，且</w:t>
      </w:r>
      <w:r>
        <w:pict w14:anchorId="47DBB07B">
          <v:shape id="_x0000_i1292" type="#_x0000_t75" alt="学科网(www.zxxk.com)--教育资源门户，提供试卷、教案、课件、论文、素材以及各类教学资源下载，还有大量而丰富的教学相关资讯！" style="width:18.35pt;height:12.25pt">
            <v:imagedata r:id="rId150" o:title="eqId20a541b81584a032f571159ea152c85a"/>
          </v:shape>
        </w:pict>
      </w:r>
      <w:r>
        <w:rPr>
          <w:rFonts w:ascii="SimSun" w:eastAsia="SimSun" w:hAnsi="SimSun" w:cs="SimSun"/>
          <w:color w:val="000000"/>
          <w:lang w:eastAsia="zh-CN"/>
        </w:rPr>
        <w:t>不大于</w:t>
      </w:r>
      <w:r>
        <w:pict w14:anchorId="4BED5FAE">
          <v:shape id="_x0000_i1293" type="#_x0000_t75" alt="学科网(www.zxxk.com)--教育资源门户，提供试卷、教案、课件、论文、素材以及各类教学资源下载，还有大量而丰富的教学相关资讯！" style="width:25.15pt;height:12.25pt">
            <v:imagedata r:id="rId151" o:title="eqId6713918019c79a761e1ad70c1ce0c948"/>
          </v:shape>
        </w:pict>
      </w:r>
      <w:r>
        <w:rPr>
          <w:rFonts w:ascii="SimSun" w:eastAsia="SimSun" w:hAnsi="SimSun" w:cs="SimSun"/>
          <w:color w:val="000000"/>
          <w:lang w:eastAsia="zh-CN"/>
        </w:rPr>
        <w:t>，则称点</w:t>
      </w:r>
      <w:r>
        <w:rPr>
          <w:rFonts w:ascii="Times New Roman" w:eastAsia="Times New Roman" w:hAnsi="Times New Roman" w:cs="Times New Roman"/>
          <w:i/>
          <w:color w:val="000000"/>
          <w:lang w:eastAsia="zh-CN"/>
        </w:rPr>
        <w:t>A</w:t>
      </w:r>
      <w:r>
        <w:rPr>
          <w:rFonts w:ascii="SimSun" w:eastAsia="SimSun" w:hAnsi="SimSun" w:cs="SimSun"/>
          <w:color w:val="000000"/>
          <w:lang w:eastAsia="zh-CN"/>
        </w:rPr>
        <w:t>是点</w:t>
      </w:r>
      <w:r>
        <w:rPr>
          <w:rFonts w:ascii="Times New Roman" w:eastAsia="Times New Roman" w:hAnsi="Times New Roman" w:cs="Times New Roman"/>
          <w:i/>
          <w:color w:val="000000"/>
          <w:lang w:eastAsia="zh-CN"/>
        </w:rPr>
        <w:t>P</w:t>
      </w:r>
      <w:r>
        <w:rPr>
          <w:rFonts w:ascii="SimSun" w:eastAsia="SimSun" w:hAnsi="SimSun" w:cs="SimSun"/>
          <w:color w:val="000000"/>
          <w:lang w:eastAsia="zh-CN"/>
        </w:rPr>
        <w:t>关于点</w:t>
      </w:r>
      <w:r>
        <w:rPr>
          <w:rFonts w:ascii="Times New Roman" w:eastAsia="Times New Roman" w:hAnsi="Times New Roman" w:cs="Times New Roman"/>
          <w:i/>
          <w:color w:val="000000"/>
          <w:lang w:eastAsia="zh-CN"/>
        </w:rPr>
        <w:t>M</w:t>
      </w:r>
      <w:r>
        <w:rPr>
          <w:rFonts w:ascii="SimSun" w:eastAsia="SimSun" w:hAnsi="SimSun" w:cs="SimSun"/>
          <w:color w:val="000000"/>
          <w:lang w:eastAsia="zh-CN"/>
        </w:rPr>
        <w:t>的捕获点．已知：如图，点</w:t>
      </w:r>
      <w:r>
        <w:rPr>
          <w:rFonts w:ascii="Times New Roman" w:eastAsia="Times New Roman" w:hAnsi="Times New Roman" w:cs="Times New Roman"/>
          <w:i/>
          <w:color w:val="000000"/>
          <w:lang w:eastAsia="zh-CN"/>
        </w:rPr>
        <w:t>O</w:t>
      </w:r>
      <w:r>
        <w:rPr>
          <w:rFonts w:ascii="SimSun" w:eastAsia="SimSun" w:hAnsi="SimSun" w:cs="SimSun"/>
          <w:color w:val="000000"/>
          <w:lang w:eastAsia="zh-CN"/>
        </w:rPr>
        <w:t>为原点，点</w:t>
      </w:r>
      <w:r>
        <w:rPr>
          <w:rFonts w:ascii="Times New Roman" w:eastAsia="Times New Roman" w:hAnsi="Times New Roman" w:cs="Times New Roman"/>
          <w:i/>
          <w:color w:val="000000"/>
          <w:lang w:eastAsia="zh-CN"/>
        </w:rPr>
        <w:t>N</w:t>
      </w:r>
      <w:r>
        <w:rPr>
          <w:rFonts w:ascii="SimSun" w:eastAsia="SimSun" w:hAnsi="SimSun" w:cs="SimSun"/>
          <w:color w:val="000000"/>
          <w:lang w:eastAsia="zh-CN"/>
        </w:rPr>
        <w:t>表示的数是</w:t>
      </w:r>
      <w:r>
        <w:rPr>
          <w:rFonts w:ascii="Times New Roman" w:eastAsia="Times New Roman" w:hAnsi="Times New Roman" w:cs="Times New Roman"/>
          <w:color w:val="000000"/>
          <w:lang w:eastAsia="zh-CN"/>
        </w:rPr>
        <w:t>2</w:t>
      </w:r>
      <w:r>
        <w:rPr>
          <w:rFonts w:ascii="SimSun" w:eastAsia="SimSun" w:hAnsi="SimSun" w:cs="SimSun"/>
          <w:color w:val="000000"/>
          <w:lang w:eastAsia="zh-CN"/>
        </w:rPr>
        <w:t>，点</w:t>
      </w:r>
      <w:r>
        <w:rPr>
          <w:rFonts w:ascii="Times New Roman" w:eastAsia="Times New Roman" w:hAnsi="Times New Roman" w:cs="Times New Roman"/>
          <w:i/>
          <w:color w:val="000000"/>
          <w:lang w:eastAsia="zh-CN"/>
        </w:rPr>
        <w:t>B</w:t>
      </w:r>
      <w:r>
        <w:rPr>
          <w:rFonts w:ascii="SimSun" w:eastAsia="SimSun" w:hAnsi="SimSun" w:cs="SimSun"/>
          <w:color w:val="000000"/>
          <w:lang w:eastAsia="zh-CN"/>
        </w:rPr>
        <w:t>表示的数是</w:t>
      </w:r>
      <w:r>
        <w:rPr>
          <w:rFonts w:ascii="Times New Roman" w:eastAsia="Times New Roman" w:hAnsi="Times New Roman" w:cs="Times New Roman"/>
          <w:color w:val="000000"/>
          <w:lang w:eastAsia="zh-CN"/>
        </w:rPr>
        <w:t>4</w:t>
      </w:r>
      <w:r>
        <w:rPr>
          <w:rFonts w:ascii="SimSun" w:eastAsia="SimSun" w:hAnsi="SimSun" w:cs="SimSun"/>
          <w:color w:val="000000"/>
          <w:lang w:eastAsia="zh-CN"/>
        </w:rPr>
        <w:t>，点</w:t>
      </w:r>
      <w:r>
        <w:rPr>
          <w:rFonts w:ascii="Times New Roman" w:eastAsia="Times New Roman" w:hAnsi="Times New Roman" w:cs="Times New Roman"/>
          <w:i/>
          <w:color w:val="000000"/>
          <w:lang w:eastAsia="zh-CN"/>
        </w:rPr>
        <w:t>C</w:t>
      </w:r>
      <w:r>
        <w:rPr>
          <w:rFonts w:ascii="SimSun" w:eastAsia="SimSun" w:hAnsi="SimSun" w:cs="SimSun"/>
          <w:color w:val="000000"/>
          <w:lang w:eastAsia="zh-CN"/>
        </w:rPr>
        <w:t>表示的数是</w:t>
      </w:r>
      <w:r>
        <w:rPr>
          <w:rFonts w:ascii="Times New Roman" w:eastAsia="Times New Roman" w:hAnsi="Times New Roman" w:cs="Times New Roman"/>
          <w:color w:val="000000"/>
          <w:lang w:eastAsia="zh-CN"/>
        </w:rPr>
        <w:t>5</w:t>
      </w:r>
      <w:r>
        <w:rPr>
          <w:rFonts w:ascii="SimSun" w:eastAsia="SimSun" w:hAnsi="SimSun" w:cs="SimSun"/>
          <w:color w:val="000000"/>
          <w:lang w:eastAsia="zh-CN"/>
        </w:rPr>
        <w:t>．例如：若点</w:t>
      </w:r>
      <w:r>
        <w:rPr>
          <w:rFonts w:ascii="Times New Roman" w:eastAsia="Times New Roman" w:hAnsi="Times New Roman" w:cs="Times New Roman"/>
          <w:i/>
          <w:color w:val="000000"/>
          <w:lang w:eastAsia="zh-CN"/>
        </w:rPr>
        <w:t>A</w:t>
      </w:r>
      <w:r>
        <w:rPr>
          <w:rFonts w:ascii="SimSun" w:eastAsia="SimSun" w:hAnsi="SimSun" w:cs="SimSun"/>
          <w:color w:val="000000"/>
          <w:lang w:eastAsia="zh-CN"/>
        </w:rPr>
        <w:t>表示</w:t>
      </w:r>
      <w:r>
        <w:rPr>
          <w:rFonts w:ascii="Times New Roman" w:eastAsia="Times New Roman" w:hAnsi="Times New Roman" w:cs="Times New Roman"/>
          <w:color w:val="000000"/>
          <w:lang w:eastAsia="zh-CN"/>
        </w:rPr>
        <w:t>3</w:t>
      </w:r>
      <w:r>
        <w:rPr>
          <w:rFonts w:ascii="SimSun" w:eastAsia="SimSun" w:hAnsi="SimSun" w:cs="SimSun"/>
          <w:color w:val="000000"/>
          <w:lang w:eastAsia="zh-CN"/>
        </w:rPr>
        <w:t>，则</w:t>
      </w:r>
      <w:r>
        <w:pict w14:anchorId="76D61D62">
          <v:shape id="_x0000_i1294" type="#_x0000_t75" alt="学科网(www.zxxk.com)--教育资源门户，提供试卷、教案、课件、论文、素材以及各类教学资源下载，还有大量而丰富的教学相关资讯！" style="width:38.7pt;height:14.25pt">
            <v:imagedata r:id="rId152" o:title="eqId6a69b7672cd2925271115062a9863a6d"/>
          </v:shape>
        </w:pict>
      </w:r>
      <w:r>
        <w:rPr>
          <w:rFonts w:ascii="SimSun" w:eastAsia="SimSun" w:hAnsi="SimSun" w:cs="SimSun"/>
          <w:color w:val="000000"/>
          <w:lang w:eastAsia="zh-CN"/>
        </w:rPr>
        <w:t>，</w:t>
      </w:r>
      <w:r>
        <w:pict w14:anchorId="1965CEE6">
          <v:shape id="_x0000_i1295" type="#_x0000_t75" alt="学科网(www.zxxk.com)--教育资源门户，提供试卷、教案、课件、论文、素材以及各类教学资源下载，还有大量而丰富的教学相关资讯！" style="width:38.05pt;height:14.25pt">
            <v:imagedata r:id="rId153" o:title="eqIdb72d83915b41102495fcff91dbdbb0b5"/>
          </v:shape>
        </w:pict>
      </w:r>
      <w:r>
        <w:rPr>
          <w:rFonts w:ascii="SimSun" w:eastAsia="SimSun" w:hAnsi="SimSun" w:cs="SimSun"/>
          <w:color w:val="000000"/>
          <w:lang w:eastAsia="zh-CN"/>
        </w:rPr>
        <w:t>，</w:t>
      </w:r>
      <w:r>
        <w:pict w14:anchorId="2FDE1C77">
          <v:shape id="_x0000_i1296" type="#_x0000_t75" alt="学科网(www.zxxk.com)--教育资源门户，提供试卷、教案、课件、论文、素材以及各类教学资源下载，还有大量而丰富的教学相关资讯！" style="width:21.05pt;height:14.25pt">
            <v:imagedata r:id="rId154" o:title="eqIde2c3d2cba96f6f03520c0b3f6e4da03e"/>
          </v:shape>
        </w:pict>
      </w:r>
      <w:r>
        <w:rPr>
          <w:rFonts w:ascii="SimSun" w:eastAsia="SimSun" w:hAnsi="SimSun" w:cs="SimSun"/>
          <w:color w:val="000000"/>
          <w:lang w:eastAsia="zh-CN"/>
        </w:rPr>
        <w:t>不小于</w:t>
      </w:r>
      <w:r>
        <w:pict w14:anchorId="7EB3562B">
          <v:shape id="_x0000_i1297" type="#_x0000_t75" alt="学科网(www.zxxk.com)--教育资源门户，提供试卷、教案、课件、论文、素材以及各类教学资源下载，还有大量而丰富的教学相关资讯！" style="width:18.35pt;height:12.9pt">
            <v:imagedata r:id="rId155" o:title="eqId88e9f7d1272b7344346b58b660aa260a"/>
          </v:shape>
        </w:pict>
      </w:r>
      <w:r>
        <w:rPr>
          <w:rFonts w:ascii="SimSun" w:eastAsia="SimSun" w:hAnsi="SimSun" w:cs="SimSun"/>
          <w:color w:val="000000"/>
          <w:lang w:eastAsia="zh-CN"/>
        </w:rPr>
        <w:t>，不大于</w:t>
      </w:r>
      <w:r>
        <w:pict w14:anchorId="58AC6735">
          <v:shape id="_x0000_i1298" type="#_x0000_t75" alt="学科网(www.zxxk.com)--教育资源门户，提供试卷、教案、课件、论文、素材以及各类教学资源下载，还有大量而丰富的教学相关资讯！" style="width:24.45pt;height:12.9pt">
            <v:imagedata r:id="rId156" o:title="eqId39ccdcd170b6643370a3278ab44a77e1"/>
          </v:shape>
        </w:pict>
      </w:r>
      <w:r>
        <w:rPr>
          <w:rFonts w:ascii="SimSun" w:eastAsia="SimSun" w:hAnsi="SimSun" w:cs="SimSun"/>
          <w:color w:val="000000"/>
          <w:lang w:eastAsia="zh-CN"/>
        </w:rPr>
        <w:t>．故点</w:t>
      </w:r>
      <w:r>
        <w:rPr>
          <w:rFonts w:ascii="Times New Roman" w:eastAsia="Times New Roman" w:hAnsi="Times New Roman" w:cs="Times New Roman"/>
          <w:i/>
          <w:color w:val="000000"/>
          <w:lang w:eastAsia="zh-CN"/>
        </w:rPr>
        <w:t>A</w:t>
      </w:r>
      <w:r>
        <w:rPr>
          <w:rFonts w:ascii="SimSun" w:eastAsia="SimSun" w:hAnsi="SimSun" w:cs="SimSun"/>
          <w:color w:val="000000"/>
          <w:lang w:eastAsia="zh-CN"/>
        </w:rPr>
        <w:t>是点</w:t>
      </w:r>
      <w:r>
        <w:rPr>
          <w:rFonts w:ascii="Times New Roman" w:eastAsia="Times New Roman" w:hAnsi="Times New Roman" w:cs="Times New Roman"/>
          <w:i/>
          <w:color w:val="000000"/>
          <w:lang w:eastAsia="zh-CN"/>
        </w:rPr>
        <w:t>O</w:t>
      </w:r>
      <w:r>
        <w:rPr>
          <w:rFonts w:ascii="SimSun" w:eastAsia="SimSun" w:hAnsi="SimSun" w:cs="SimSun"/>
          <w:color w:val="000000"/>
          <w:lang w:eastAsia="zh-CN"/>
        </w:rPr>
        <w:t>关于点</w:t>
      </w:r>
      <w:r>
        <w:rPr>
          <w:rFonts w:ascii="Times New Roman" w:eastAsia="Times New Roman" w:hAnsi="Times New Roman" w:cs="Times New Roman"/>
          <w:i/>
          <w:color w:val="000000"/>
          <w:lang w:eastAsia="zh-CN"/>
        </w:rPr>
        <w:t>N</w:t>
      </w:r>
      <w:r>
        <w:rPr>
          <w:rFonts w:ascii="SimSun" w:eastAsia="SimSun" w:hAnsi="SimSun" w:cs="SimSun"/>
          <w:color w:val="000000"/>
          <w:lang w:eastAsia="zh-CN"/>
        </w:rPr>
        <w:t>的捕获点．</w:t>
      </w:r>
    </w:p>
    <w:p w14:paraId="49DA14DD" w14:textId="77777777" w:rsidR="008113A1" w:rsidRDefault="00000000">
      <w:pPr>
        <w:spacing w:line="360" w:lineRule="auto"/>
        <w:jc w:val="both"/>
        <w:textAlignment w:val="center"/>
        <w:rPr>
          <w:color w:val="000000"/>
        </w:rPr>
      </w:pPr>
      <w:r>
        <w:rPr>
          <w:noProof/>
          <w:color w:val="000000"/>
        </w:rPr>
        <w:drawing>
          <wp:inline distT="0" distB="0" distL="114300" distR="114300" wp14:anchorId="0348D0B3" wp14:editId="1B7B27AA">
            <wp:extent cx="2628900" cy="561975"/>
            <wp:effectExtent l="0" t="0" r="0" b="0"/>
            <wp:docPr id="4265"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6" name="图片 100011" descr="学科网(www.zxxk.com)--教育资源门户，提供试卷、教案、课件、论文、素材以及各类教学资源下载，还有大量而丰富的教学相关资讯！"/>
                    <pic:cNvPicPr>
                      <a:picLocks noChangeAspect="1"/>
                    </pic:cNvPicPr>
                  </pic:nvPicPr>
                  <pic:blipFill>
                    <a:blip r:embed="rId157"/>
                    <a:stretch>
                      <a:fillRect/>
                    </a:stretch>
                  </pic:blipFill>
                  <pic:spPr>
                    <a:xfrm>
                      <a:off x="0" y="0"/>
                      <a:ext cx="2628900" cy="561975"/>
                    </a:xfrm>
                    <a:prstGeom prst="rect">
                      <a:avLst/>
                    </a:prstGeom>
                  </pic:spPr>
                </pic:pic>
              </a:graphicData>
            </a:graphic>
          </wp:inline>
        </w:drawing>
      </w:r>
    </w:p>
    <w:p w14:paraId="4E5F3335"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）若点</w:t>
      </w:r>
      <w:r>
        <w:rPr>
          <w:rFonts w:ascii="Times New Roman" w:eastAsia="Times New Roman" w:hAnsi="Times New Roman" w:cs="Times New Roman"/>
          <w:i/>
          <w:color w:val="000000"/>
          <w:lang w:eastAsia="zh-CN"/>
        </w:rPr>
        <w:t>A</w:t>
      </w:r>
      <w:r>
        <w:rPr>
          <w:rFonts w:ascii="SimSun" w:eastAsia="SimSun" w:hAnsi="SimSun" w:cs="SimSun"/>
          <w:color w:val="000000"/>
          <w:lang w:eastAsia="zh-CN"/>
        </w:rPr>
        <w:t>是点</w:t>
      </w:r>
      <w:r>
        <w:rPr>
          <w:rFonts w:ascii="Times New Roman" w:eastAsia="Times New Roman" w:hAnsi="Times New Roman" w:cs="Times New Roman"/>
          <w:i/>
          <w:color w:val="000000"/>
          <w:lang w:eastAsia="zh-CN"/>
        </w:rPr>
        <w:t>O</w:t>
      </w:r>
      <w:r>
        <w:rPr>
          <w:rFonts w:ascii="SimSun" w:eastAsia="SimSun" w:hAnsi="SimSun" w:cs="SimSun"/>
          <w:color w:val="000000"/>
          <w:lang w:eastAsia="zh-CN"/>
        </w:rPr>
        <w:t>关于点</w:t>
      </w:r>
      <w:r>
        <w:rPr>
          <w:rFonts w:ascii="Times New Roman" w:eastAsia="Times New Roman" w:hAnsi="Times New Roman" w:cs="Times New Roman"/>
          <w:i/>
          <w:color w:val="000000"/>
          <w:lang w:eastAsia="zh-CN"/>
        </w:rPr>
        <w:t>N</w:t>
      </w:r>
      <w:r>
        <w:rPr>
          <w:rFonts w:ascii="SimSun" w:eastAsia="SimSun" w:hAnsi="SimSun" w:cs="SimSun"/>
          <w:color w:val="000000"/>
          <w:lang w:eastAsia="zh-CN"/>
        </w:rPr>
        <w:t>的捕获点，则点</w:t>
      </w:r>
      <w:r>
        <w:rPr>
          <w:rFonts w:ascii="Times New Roman" w:eastAsia="Times New Roman" w:hAnsi="Times New Roman" w:cs="Times New Roman"/>
          <w:i/>
          <w:color w:val="000000"/>
          <w:lang w:eastAsia="zh-CN"/>
        </w:rPr>
        <w:t>A</w:t>
      </w:r>
      <w:r>
        <w:rPr>
          <w:rFonts w:ascii="SimSun" w:eastAsia="SimSun" w:hAnsi="SimSun" w:cs="SimSun"/>
          <w:color w:val="000000"/>
          <w:lang w:eastAsia="zh-CN"/>
        </w:rPr>
        <w:t>所表示数的最大值为：</w:t>
      </w:r>
      <w:r>
        <w:rPr>
          <w:color w:val="000000"/>
          <w:lang w:eastAsia="zh-CN"/>
        </w:rPr>
        <w:t>______</w:t>
      </w:r>
      <w:r>
        <w:rPr>
          <w:rFonts w:ascii="SimSun" w:eastAsia="SimSun" w:hAnsi="SimSun" w:cs="SimSun"/>
          <w:color w:val="000000"/>
          <w:lang w:eastAsia="zh-CN"/>
        </w:rPr>
        <w:t>．</w:t>
      </w:r>
    </w:p>
    <w:p w14:paraId="353C58B0"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）若点</w:t>
      </w:r>
      <w:r>
        <w:rPr>
          <w:rFonts w:ascii="Times New Roman" w:eastAsia="Times New Roman" w:hAnsi="Times New Roman" w:cs="Times New Roman"/>
          <w:i/>
          <w:color w:val="000000"/>
          <w:lang w:eastAsia="zh-CN"/>
        </w:rPr>
        <w:t>A</w:t>
      </w:r>
      <w:r>
        <w:rPr>
          <w:rFonts w:ascii="SimSun" w:eastAsia="SimSun" w:hAnsi="SimSun" w:cs="SimSun"/>
          <w:color w:val="000000"/>
          <w:lang w:eastAsia="zh-CN"/>
        </w:rPr>
        <w:t>表示的数为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，点</w:t>
      </w:r>
      <w:r>
        <w:rPr>
          <w:rFonts w:ascii="Times New Roman" w:eastAsia="Times New Roman" w:hAnsi="Times New Roman" w:cs="Times New Roman"/>
          <w:i/>
          <w:color w:val="000000"/>
          <w:lang w:eastAsia="zh-CN"/>
        </w:rPr>
        <w:t>A</w:t>
      </w:r>
      <w:r>
        <w:rPr>
          <w:rFonts w:ascii="SimSun" w:eastAsia="SimSun" w:hAnsi="SimSun" w:cs="SimSun"/>
          <w:color w:val="000000"/>
          <w:lang w:eastAsia="zh-CN"/>
        </w:rPr>
        <w:t>既是点</w:t>
      </w:r>
      <w:r>
        <w:rPr>
          <w:rFonts w:ascii="Times New Roman" w:eastAsia="Times New Roman" w:hAnsi="Times New Roman" w:cs="Times New Roman"/>
          <w:i/>
          <w:color w:val="000000"/>
          <w:lang w:eastAsia="zh-CN"/>
        </w:rPr>
        <w:t>O</w:t>
      </w:r>
      <w:r>
        <w:rPr>
          <w:rFonts w:ascii="SimSun" w:eastAsia="SimSun" w:hAnsi="SimSun" w:cs="SimSun"/>
          <w:color w:val="000000"/>
          <w:lang w:eastAsia="zh-CN"/>
        </w:rPr>
        <w:t>关于点</w:t>
      </w:r>
      <w:r>
        <w:rPr>
          <w:rFonts w:ascii="Times New Roman" w:eastAsia="Times New Roman" w:hAnsi="Times New Roman" w:cs="Times New Roman"/>
          <w:i/>
          <w:color w:val="000000"/>
          <w:lang w:eastAsia="zh-CN"/>
        </w:rPr>
        <w:t>N</w:t>
      </w:r>
      <w:r>
        <w:rPr>
          <w:rFonts w:ascii="SimSun" w:eastAsia="SimSun" w:hAnsi="SimSun" w:cs="SimSun"/>
          <w:color w:val="000000"/>
          <w:lang w:eastAsia="zh-CN"/>
        </w:rPr>
        <w:t>的捕获点，还是点</w:t>
      </w:r>
      <w:r>
        <w:rPr>
          <w:rFonts w:ascii="Times New Roman" w:eastAsia="Times New Roman" w:hAnsi="Times New Roman" w:cs="Times New Roman"/>
          <w:i/>
          <w:color w:val="000000"/>
          <w:lang w:eastAsia="zh-CN"/>
        </w:rPr>
        <w:t>C</w:t>
      </w:r>
      <w:r>
        <w:rPr>
          <w:rFonts w:ascii="SimSun" w:eastAsia="SimSun" w:hAnsi="SimSun" w:cs="SimSun"/>
          <w:color w:val="000000"/>
          <w:lang w:eastAsia="zh-CN"/>
        </w:rPr>
        <w:t>关于点</w:t>
      </w:r>
      <w:r>
        <w:rPr>
          <w:rFonts w:ascii="Times New Roman" w:eastAsia="Times New Roman" w:hAnsi="Times New Roman" w:cs="Times New Roman"/>
          <w:i/>
          <w:color w:val="000000"/>
          <w:lang w:eastAsia="zh-CN"/>
        </w:rPr>
        <w:t>B</w:t>
      </w:r>
      <w:r>
        <w:rPr>
          <w:rFonts w:ascii="SimSun" w:eastAsia="SimSun" w:hAnsi="SimSun" w:cs="SimSun"/>
          <w:color w:val="000000"/>
          <w:lang w:eastAsia="zh-CN"/>
        </w:rPr>
        <w:t>的捕获点，写出</w:t>
      </w:r>
      <w:r>
        <w:rPr>
          <w:rFonts w:ascii="Times New Roman" w:eastAsia="Times New Roman" w:hAnsi="Times New Roman" w:cs="Times New Roman"/>
          <w:i/>
          <w:color w:val="000000"/>
          <w:lang w:eastAsia="zh-CN"/>
        </w:rPr>
        <w:t>a</w:t>
      </w:r>
      <w:r>
        <w:rPr>
          <w:rFonts w:ascii="SimSun" w:eastAsia="SimSun" w:hAnsi="SimSun" w:cs="SimSun"/>
          <w:color w:val="000000"/>
          <w:lang w:eastAsia="zh-CN"/>
        </w:rPr>
        <w:t>的取值范围：</w:t>
      </w:r>
      <w:r>
        <w:rPr>
          <w:color w:val="000000"/>
          <w:lang w:eastAsia="zh-CN"/>
        </w:rPr>
        <w:t>______</w:t>
      </w:r>
      <w:r>
        <w:rPr>
          <w:rFonts w:ascii="SimSun" w:eastAsia="SimSun" w:hAnsi="SimSun" w:cs="SimSun"/>
          <w:color w:val="000000"/>
          <w:lang w:eastAsia="zh-CN"/>
        </w:rPr>
        <w:t>．</w:t>
      </w:r>
    </w:p>
    <w:p w14:paraId="67232902" w14:textId="77777777" w:rsidR="008113A1" w:rsidRDefault="00000000">
      <w:pPr>
        <w:spacing w:line="360" w:lineRule="auto"/>
        <w:textAlignment w:val="center"/>
        <w:rPr>
          <w:color w:val="000000"/>
          <w:lang w:eastAsia="zh-CN"/>
        </w:rPr>
      </w:pPr>
      <w:r>
        <w:rPr>
          <w:color w:val="2E75B6"/>
          <w:lang w:eastAsia="zh-CN"/>
        </w:rPr>
        <w:t>【答案】</w:t>
      </w:r>
      <w:r>
        <w:rPr>
          <w:color w:val="000000"/>
          <w:lang w:eastAsia="zh-CN"/>
        </w:rPr>
        <w:t xml:space="preserve">    ①. </w:t>
      </w:r>
      <w:r>
        <w:rPr>
          <w:rFonts w:ascii="Times New Roman" w:eastAsia="Times New Roman" w:hAnsi="Times New Roman" w:cs="Times New Roman"/>
          <w:color w:val="000000"/>
          <w:lang w:eastAsia="zh-CN"/>
        </w:rPr>
        <w:t>4</w:t>
      </w:r>
      <w:r>
        <w:rPr>
          <w:color w:val="000000"/>
          <w:lang w:eastAsia="zh-CN"/>
        </w:rPr>
        <w:t xml:space="preserve">    ②. </w:t>
      </w:r>
      <w:r>
        <w:pict w14:anchorId="77077A0D">
          <v:shape id="_x0000_i1299" type="#_x0000_t75" alt="学科网(www.zxxk.com)--教育资源门户，提供试卷、教案、课件、论文、素材以及各类教学资源下载，还有大量而丰富的教学相关资讯！" style="width:44.85pt;height:14.25pt">
            <v:imagedata r:id="rId158" o:title="eqId71f48d0512af28cd3dbff53127660afa"/>
          </v:shape>
        </w:pict>
      </w:r>
    </w:p>
    <w:p w14:paraId="23D1F402" w14:textId="77777777" w:rsidR="008113A1" w:rsidRDefault="00000000">
      <w:pPr>
        <w:spacing w:line="360" w:lineRule="auto"/>
        <w:textAlignment w:val="center"/>
        <w:rPr>
          <w:color w:val="000000"/>
          <w:lang w:eastAsia="zh-CN"/>
        </w:rPr>
      </w:pPr>
      <w:r>
        <w:rPr>
          <w:color w:val="2E75B6"/>
          <w:lang w:eastAsia="zh-CN"/>
        </w:rPr>
        <w:t>【解析】</w:t>
      </w:r>
    </w:p>
    <w:p w14:paraId="488AAB8C"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本题考查了新定义，数轴上的点表示有理数，关键是新定义的阅读理解要准确．</w:t>
      </w:r>
    </w:p>
    <w:p w14:paraId="0AE3E3E4"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）根据捕获点的定义求点</w:t>
      </w:r>
      <w:r>
        <w:rPr>
          <w:rFonts w:ascii="Times New Roman" w:eastAsia="Times New Roman" w:hAnsi="Times New Roman" w:cs="Times New Roman"/>
          <w:i/>
          <w:color w:val="000000"/>
          <w:lang w:eastAsia="zh-CN"/>
        </w:rPr>
        <w:t>A</w:t>
      </w:r>
      <w:r>
        <w:rPr>
          <w:rFonts w:ascii="SimSun" w:eastAsia="SimSun" w:hAnsi="SimSun" w:cs="SimSun"/>
          <w:color w:val="000000"/>
          <w:lang w:eastAsia="zh-CN"/>
        </w:rPr>
        <w:t>所表示数的取值范围，得到最大值．</w:t>
      </w:r>
    </w:p>
    <w:p w14:paraId="63AA66FC"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）点</w:t>
      </w:r>
      <w:r>
        <w:rPr>
          <w:rFonts w:ascii="Times New Roman" w:eastAsia="Times New Roman" w:hAnsi="Times New Roman" w:cs="Times New Roman"/>
          <w:i/>
          <w:color w:val="000000"/>
          <w:lang w:eastAsia="zh-CN"/>
        </w:rPr>
        <w:t>A</w:t>
      </w:r>
      <w:r>
        <w:rPr>
          <w:rFonts w:ascii="SimSun" w:eastAsia="SimSun" w:hAnsi="SimSun" w:cs="SimSun"/>
          <w:color w:val="000000"/>
          <w:lang w:eastAsia="zh-CN"/>
        </w:rPr>
        <w:t>既是点</w:t>
      </w:r>
      <w:r>
        <w:rPr>
          <w:rFonts w:ascii="Times New Roman" w:eastAsia="Times New Roman" w:hAnsi="Times New Roman" w:cs="Times New Roman"/>
          <w:i/>
          <w:color w:val="000000"/>
          <w:lang w:eastAsia="zh-CN"/>
        </w:rPr>
        <w:t>O</w:t>
      </w:r>
      <w:r>
        <w:rPr>
          <w:rFonts w:ascii="SimSun" w:eastAsia="SimSun" w:hAnsi="SimSun" w:cs="SimSun"/>
          <w:color w:val="000000"/>
          <w:lang w:eastAsia="zh-CN"/>
        </w:rPr>
        <w:t>关于点</w:t>
      </w:r>
      <w:r>
        <w:rPr>
          <w:rFonts w:ascii="Times New Roman" w:eastAsia="Times New Roman" w:hAnsi="Times New Roman" w:cs="Times New Roman"/>
          <w:i/>
          <w:color w:val="000000"/>
          <w:lang w:eastAsia="zh-CN"/>
        </w:rPr>
        <w:t>N</w:t>
      </w:r>
      <w:r>
        <w:rPr>
          <w:rFonts w:ascii="SimSun" w:eastAsia="SimSun" w:hAnsi="SimSun" w:cs="SimSun"/>
          <w:color w:val="000000"/>
          <w:lang w:eastAsia="zh-CN"/>
        </w:rPr>
        <w:t>的捕获点，还是点</w:t>
      </w:r>
      <w:r>
        <w:rPr>
          <w:rFonts w:ascii="Times New Roman" w:eastAsia="Times New Roman" w:hAnsi="Times New Roman" w:cs="Times New Roman"/>
          <w:i/>
          <w:color w:val="000000"/>
          <w:lang w:eastAsia="zh-CN"/>
        </w:rPr>
        <w:t>C</w:t>
      </w:r>
      <w:r>
        <w:rPr>
          <w:rFonts w:ascii="SimSun" w:eastAsia="SimSun" w:hAnsi="SimSun" w:cs="SimSun"/>
          <w:color w:val="000000"/>
          <w:lang w:eastAsia="zh-CN"/>
        </w:rPr>
        <w:t>关于点</w:t>
      </w:r>
      <w:r>
        <w:rPr>
          <w:rFonts w:ascii="Times New Roman" w:eastAsia="Times New Roman" w:hAnsi="Times New Roman" w:cs="Times New Roman"/>
          <w:i/>
          <w:color w:val="000000"/>
          <w:lang w:eastAsia="zh-CN"/>
        </w:rPr>
        <w:t>B</w:t>
      </w:r>
      <w:r>
        <w:rPr>
          <w:rFonts w:ascii="SimSun" w:eastAsia="SimSun" w:hAnsi="SimSun" w:cs="SimSun"/>
          <w:color w:val="000000"/>
          <w:lang w:eastAsia="zh-CN"/>
        </w:rPr>
        <w:t>的捕获点，找到两个范围，取公共部分即可．</w:t>
      </w:r>
    </w:p>
    <w:p w14:paraId="1B3DC47D" w14:textId="77777777" w:rsidR="008113A1" w:rsidRDefault="00000000">
      <w:pPr>
        <w:spacing w:line="360" w:lineRule="auto"/>
        <w:jc w:val="both"/>
        <w:textAlignment w:val="center"/>
        <w:rPr>
          <w:color w:val="000000"/>
          <w:lang w:eastAsia="zh-CN"/>
        </w:rPr>
      </w:pPr>
      <w:r>
        <w:rPr>
          <w:color w:val="000000"/>
          <w:lang w:eastAsia="zh-CN"/>
        </w:rPr>
        <w:t>【详解】</w:t>
      </w:r>
      <w:r>
        <w:rPr>
          <w:rFonts w:ascii="SimSun" w:eastAsia="SimSun" w:hAnsi="SimSun" w:cs="SimSun"/>
          <w:color w:val="000000"/>
          <w:lang w:eastAsia="zh-CN"/>
        </w:rPr>
        <w:t>解：点</w:t>
      </w:r>
      <w:r>
        <w:rPr>
          <w:rFonts w:ascii="Times New Roman" w:eastAsia="Times New Roman" w:hAnsi="Times New Roman" w:cs="Times New Roman"/>
          <w:i/>
          <w:color w:val="000000"/>
          <w:lang w:eastAsia="zh-CN"/>
        </w:rPr>
        <w:t>A</w:t>
      </w:r>
      <w:r>
        <w:rPr>
          <w:rFonts w:ascii="SimSun" w:eastAsia="SimSun" w:hAnsi="SimSun" w:cs="SimSun"/>
          <w:color w:val="000000"/>
          <w:lang w:eastAsia="zh-CN"/>
        </w:rPr>
        <w:t>是点</w:t>
      </w:r>
      <w:r>
        <w:rPr>
          <w:rFonts w:ascii="Times New Roman" w:eastAsia="Times New Roman" w:hAnsi="Times New Roman" w:cs="Times New Roman"/>
          <w:i/>
          <w:color w:val="000000"/>
          <w:lang w:eastAsia="zh-CN"/>
        </w:rPr>
        <w:t>O</w:t>
      </w:r>
      <w:r>
        <w:rPr>
          <w:rFonts w:ascii="SimSun" w:eastAsia="SimSun" w:hAnsi="SimSun" w:cs="SimSun"/>
          <w:color w:val="000000"/>
          <w:lang w:eastAsia="zh-CN"/>
        </w:rPr>
        <w:t>关于点</w:t>
      </w:r>
      <w:r>
        <w:rPr>
          <w:rFonts w:ascii="Times New Roman" w:eastAsia="Times New Roman" w:hAnsi="Times New Roman" w:cs="Times New Roman"/>
          <w:i/>
          <w:color w:val="000000"/>
          <w:lang w:eastAsia="zh-CN"/>
        </w:rPr>
        <w:t>N</w:t>
      </w:r>
      <w:r>
        <w:rPr>
          <w:rFonts w:ascii="SimSun" w:eastAsia="SimSun" w:hAnsi="SimSun" w:cs="SimSun"/>
          <w:color w:val="000000"/>
          <w:lang w:eastAsia="zh-CN"/>
        </w:rPr>
        <w:t>的捕获点，</w:t>
      </w:r>
    </w:p>
    <w:p w14:paraId="2BA7BB50" w14:textId="77777777" w:rsidR="008113A1" w:rsidRDefault="00000000">
      <w:pPr>
        <w:spacing w:line="360" w:lineRule="auto"/>
        <w:jc w:val="both"/>
        <w:textAlignment w:val="center"/>
        <w:rPr>
          <w:color w:val="000000"/>
          <w:lang w:eastAsia="zh-CN"/>
        </w:rPr>
      </w:pPr>
      <w:r>
        <w:pict w14:anchorId="6EAFA8A7">
          <v:shape id="_x0000_i1300" type="#_x0000_t75" alt="学科网(www.zxxk.com)--教育资源门户，提供试卷、教案、课件、论文、素材以及各类教学资源下载，还有大量而丰富的教学相关资讯！" style="width:95.75pt;height:14.25pt">
            <v:imagedata r:id="rId159" o:title="eqIdffed6bd34b3c33bbe6f7271be8aabcfb"/>
          </v:shape>
        </w:pict>
      </w:r>
      <w:r>
        <w:rPr>
          <w:rFonts w:ascii="SimSun" w:eastAsia="SimSun" w:hAnsi="SimSun" w:cs="SimSun"/>
          <w:color w:val="000000"/>
          <w:lang w:eastAsia="zh-CN"/>
        </w:rPr>
        <w:t>，</w:t>
      </w:r>
    </w:p>
    <w:p w14:paraId="0C6ACC09" w14:textId="77777777" w:rsidR="008113A1" w:rsidRDefault="00000000">
      <w:pPr>
        <w:spacing w:line="360" w:lineRule="auto"/>
        <w:jc w:val="both"/>
        <w:textAlignment w:val="center"/>
        <w:rPr>
          <w:color w:val="000000"/>
          <w:lang w:eastAsia="zh-CN"/>
        </w:rPr>
      </w:pPr>
      <w:r>
        <w:pict w14:anchorId="7E1E60D9">
          <v:shape id="_x0000_i1301" type="#_x0000_t75" alt="学科网(www.zxxk.com)--教育资源门户，提供试卷、教案、课件、论文、素材以及各类教学资源下载，还有大量而丰富的教学相关资讯！" style="width:42.8pt;height:12.9pt">
            <v:imagedata r:id="rId160" o:title="eqId3d8e00d85ca315dc2c88e2518010fc39"/>
          </v:shape>
        </w:pict>
      </w:r>
      <w:r>
        <w:rPr>
          <w:rFonts w:ascii="SimSun" w:eastAsia="SimSun" w:hAnsi="SimSun" w:cs="SimSun"/>
          <w:color w:val="000000"/>
          <w:lang w:eastAsia="zh-CN"/>
        </w:rPr>
        <w:t>，</w:t>
      </w:r>
    </w:p>
    <w:p w14:paraId="4F5C7899" w14:textId="77777777" w:rsidR="008113A1" w:rsidRDefault="00000000">
      <w:pPr>
        <w:spacing w:line="360" w:lineRule="auto"/>
        <w:jc w:val="both"/>
        <w:textAlignment w:val="center"/>
        <w:rPr>
          <w:color w:val="000000"/>
          <w:lang w:eastAsia="zh-CN"/>
        </w:rPr>
      </w:pPr>
      <w:r>
        <w:lastRenderedPageBreak/>
        <w:pict w14:anchorId="63C4D77A">
          <v:shape id="_x0000_i1302" type="#_x0000_t75" alt="学科网(www.zxxk.com)--教育资源门户，提供试卷、教案、课件、论文、素材以及各类教学资源下载，还有大量而丰富的教学相关资讯！" style="width:63.85pt;height:14.25pt">
            <v:imagedata r:id="rId161" o:title="eqIdee7957b6fc8b3111781d13c2277ee6e5"/>
          </v:shape>
        </w:pict>
      </w:r>
      <w:r>
        <w:rPr>
          <w:rFonts w:ascii="SimSun" w:eastAsia="SimSun" w:hAnsi="SimSun" w:cs="SimSun"/>
          <w:color w:val="000000"/>
          <w:lang w:eastAsia="zh-CN"/>
        </w:rPr>
        <w:t>，</w:t>
      </w:r>
    </w:p>
    <w:p w14:paraId="25E13DA1"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∴点</w:t>
      </w:r>
      <w:r>
        <w:rPr>
          <w:rFonts w:ascii="Times New Roman" w:eastAsia="Times New Roman" w:hAnsi="Times New Roman" w:cs="Times New Roman"/>
          <w:i/>
          <w:color w:val="000000"/>
          <w:lang w:eastAsia="zh-CN"/>
        </w:rPr>
        <w:t>A</w:t>
      </w:r>
      <w:r>
        <w:rPr>
          <w:rFonts w:ascii="SimSun" w:eastAsia="SimSun" w:hAnsi="SimSun" w:cs="SimSun"/>
          <w:color w:val="000000"/>
          <w:lang w:eastAsia="zh-CN"/>
        </w:rPr>
        <w:t>所表示数的最大值为：</w:t>
      </w:r>
      <w:r>
        <w:rPr>
          <w:rFonts w:ascii="Times New Roman" w:eastAsia="Times New Roman" w:hAnsi="Times New Roman" w:cs="Times New Roman"/>
          <w:color w:val="000000"/>
          <w:lang w:eastAsia="zh-CN"/>
        </w:rPr>
        <w:t>4</w:t>
      </w:r>
      <w:r>
        <w:rPr>
          <w:rFonts w:ascii="SimSun" w:eastAsia="SimSun" w:hAnsi="SimSun" w:cs="SimSun"/>
          <w:color w:val="000000"/>
          <w:lang w:eastAsia="zh-CN"/>
        </w:rPr>
        <w:t>．</w:t>
      </w:r>
    </w:p>
    <w:p w14:paraId="4D060B6D"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4</w:t>
      </w:r>
      <w:r>
        <w:rPr>
          <w:rFonts w:ascii="SimSun" w:eastAsia="SimSun" w:hAnsi="SimSun" w:cs="SimSun"/>
          <w:color w:val="000000"/>
          <w:lang w:eastAsia="zh-CN"/>
        </w:rPr>
        <w:t>．</w:t>
      </w:r>
    </w:p>
    <w:p w14:paraId="7BF12870"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）∵点</w:t>
      </w:r>
      <w:r>
        <w:rPr>
          <w:rFonts w:ascii="Times New Roman" w:eastAsia="Times New Roman" w:hAnsi="Times New Roman" w:cs="Times New Roman"/>
          <w:i/>
          <w:color w:val="000000"/>
          <w:lang w:eastAsia="zh-CN"/>
        </w:rPr>
        <w:t>A</w:t>
      </w:r>
      <w:r>
        <w:rPr>
          <w:rFonts w:ascii="SimSun" w:eastAsia="SimSun" w:hAnsi="SimSun" w:cs="SimSun"/>
          <w:color w:val="000000"/>
          <w:lang w:eastAsia="zh-CN"/>
        </w:rPr>
        <w:t>是点</w:t>
      </w:r>
      <w:r>
        <w:rPr>
          <w:rFonts w:ascii="Times New Roman" w:eastAsia="Times New Roman" w:hAnsi="Times New Roman" w:cs="Times New Roman"/>
          <w:i/>
          <w:color w:val="000000"/>
          <w:lang w:eastAsia="zh-CN"/>
        </w:rPr>
        <w:t>C</w:t>
      </w:r>
      <w:r>
        <w:rPr>
          <w:rFonts w:ascii="SimSun" w:eastAsia="SimSun" w:hAnsi="SimSun" w:cs="SimSun"/>
          <w:color w:val="000000"/>
          <w:lang w:eastAsia="zh-CN"/>
        </w:rPr>
        <w:t>关于点</w:t>
      </w:r>
      <w:r>
        <w:rPr>
          <w:rFonts w:ascii="Times New Roman" w:eastAsia="Times New Roman" w:hAnsi="Times New Roman" w:cs="Times New Roman"/>
          <w:i/>
          <w:color w:val="000000"/>
          <w:lang w:eastAsia="zh-CN"/>
        </w:rPr>
        <w:t>B</w:t>
      </w:r>
      <w:r>
        <w:rPr>
          <w:rFonts w:ascii="SimSun" w:eastAsia="SimSun" w:hAnsi="SimSun" w:cs="SimSun"/>
          <w:color w:val="000000"/>
          <w:lang w:eastAsia="zh-CN"/>
        </w:rPr>
        <w:t>的捕获点，</w:t>
      </w:r>
    </w:p>
    <w:p w14:paraId="6DA95AB4" w14:textId="77777777" w:rsidR="008113A1" w:rsidRDefault="00000000">
      <w:pPr>
        <w:spacing w:line="360" w:lineRule="auto"/>
        <w:jc w:val="both"/>
        <w:textAlignment w:val="center"/>
        <w:rPr>
          <w:color w:val="000000"/>
          <w:lang w:eastAsia="zh-CN"/>
        </w:rPr>
      </w:pPr>
      <w:r>
        <w:pict w14:anchorId="365D83C5">
          <v:shape id="_x0000_i1303" type="#_x0000_t75" alt="学科网(www.zxxk.com)--教育资源门户，提供试卷、教案、课件、论文、素材以及各类教学资源下载，还有大量而丰富的教学相关资讯！" style="width:93.05pt;height:14.25pt">
            <v:imagedata r:id="rId162" o:title="eqId233000e9797afc4d4f21b9385d9b2b8d"/>
          </v:shape>
        </w:pict>
      </w:r>
      <w:r>
        <w:rPr>
          <w:rFonts w:ascii="SimSun" w:eastAsia="SimSun" w:hAnsi="SimSun" w:cs="SimSun"/>
          <w:color w:val="000000"/>
          <w:lang w:eastAsia="zh-CN"/>
        </w:rPr>
        <w:t>，</w:t>
      </w:r>
    </w:p>
    <w:p w14:paraId="365F6C40" w14:textId="77777777" w:rsidR="008113A1" w:rsidRDefault="00000000">
      <w:pPr>
        <w:spacing w:line="360" w:lineRule="auto"/>
        <w:jc w:val="both"/>
        <w:textAlignment w:val="center"/>
        <w:rPr>
          <w:color w:val="000000"/>
          <w:lang w:eastAsia="zh-CN"/>
        </w:rPr>
      </w:pPr>
      <w:r>
        <w:pict w14:anchorId="464D49F0">
          <v:shape id="_x0000_i1304" type="#_x0000_t75" alt="学科网(www.zxxk.com)--教育资源门户，提供试卷、教案、课件、论文、素材以及各类教学资源下载，还有大量而丰富的教学相关资讯！" style="width:45.5pt;height:14.25pt">
            <v:imagedata r:id="rId163" o:title="eqIdd5c47ff30a24f03e2fbca27b1ac80e35"/>
          </v:shape>
        </w:pict>
      </w:r>
      <w:r>
        <w:rPr>
          <w:rFonts w:ascii="SimSun" w:eastAsia="SimSun" w:hAnsi="SimSun" w:cs="SimSun"/>
          <w:color w:val="000000"/>
          <w:lang w:eastAsia="zh-CN"/>
        </w:rPr>
        <w:t>，</w:t>
      </w:r>
    </w:p>
    <w:p w14:paraId="71F04CE5" w14:textId="77777777" w:rsidR="008113A1" w:rsidRDefault="00000000">
      <w:pPr>
        <w:spacing w:line="360" w:lineRule="auto"/>
        <w:jc w:val="both"/>
        <w:textAlignment w:val="center"/>
        <w:rPr>
          <w:color w:val="000000"/>
          <w:lang w:eastAsia="zh-CN"/>
        </w:rPr>
      </w:pPr>
      <w:r>
        <w:pict w14:anchorId="42794B01">
          <v:shape id="_x0000_i1305" type="#_x0000_t75" alt="学科网(www.zxxk.com)--教育资源门户，提供试卷、教案、课件、论文、素材以及各类教学资源下载，还有大量而丰富的教学相关资讯！" style="width:63.85pt;height:14.25pt">
            <v:imagedata r:id="rId164" o:title="eqId4ffeb52e44497e96e12cbdf5d054b948"/>
          </v:shape>
        </w:pict>
      </w:r>
      <w:r>
        <w:rPr>
          <w:rFonts w:ascii="SimSun" w:eastAsia="SimSun" w:hAnsi="SimSun" w:cs="SimSun"/>
          <w:color w:val="000000"/>
          <w:lang w:eastAsia="zh-CN"/>
        </w:rPr>
        <w:t>，</w:t>
      </w:r>
    </w:p>
    <w:p w14:paraId="0FCFFAE9" w14:textId="77777777" w:rsidR="008113A1" w:rsidRDefault="00000000">
      <w:pPr>
        <w:spacing w:line="360" w:lineRule="auto"/>
        <w:jc w:val="both"/>
        <w:textAlignment w:val="center"/>
        <w:rPr>
          <w:color w:val="000000"/>
          <w:lang w:eastAsia="zh-CN"/>
        </w:rPr>
      </w:pPr>
      <w:r>
        <w:pict w14:anchorId="1C497A09">
          <v:shape id="_x0000_i1306" type="#_x0000_t75" alt="学科网(www.zxxk.com)--教育资源门户，提供试卷、教案、课件、论文、素材以及各类教学资源下载，还有大量而丰富的教学相关资讯！" style="width:9.5pt;height:8.15pt">
            <v:imagedata r:id="rId21" o:title="eqId16f3d198e76391779fa3badc848c8ac8"/>
          </v:shape>
        </w:pict>
      </w:r>
      <w:r>
        <w:rPr>
          <w:rFonts w:ascii="SimSun" w:eastAsia="SimSun" w:hAnsi="SimSun" w:cs="SimSun"/>
          <w:color w:val="000000"/>
          <w:lang w:eastAsia="zh-CN"/>
        </w:rPr>
        <w:t>点</w:t>
      </w:r>
      <w:r>
        <w:pict w14:anchorId="0BA70627">
          <v:shape id="_x0000_i1307" type="#_x0000_t75" alt="学科网(www.zxxk.com)--教育资源门户，提供试卷、教案、课件、论文、素材以及各类教学资源下载，还有大量而丰富的教学相关资讯！" style="width:12.25pt;height:14.25pt">
            <v:imagedata r:id="rId165" o:title="eqIdc5db41a1f31d6baee7c69990811edb9f"/>
          </v:shape>
        </w:pict>
      </w:r>
      <w:r>
        <w:rPr>
          <w:rFonts w:ascii="SimSun" w:eastAsia="SimSun" w:hAnsi="SimSun" w:cs="SimSun"/>
          <w:color w:val="000000"/>
          <w:lang w:eastAsia="zh-CN"/>
        </w:rPr>
        <w:t>表示的数是</w:t>
      </w:r>
      <w:r>
        <w:rPr>
          <w:rFonts w:ascii="Times New Roman" w:eastAsia="Times New Roman" w:hAnsi="Times New Roman" w:cs="Times New Roman"/>
          <w:color w:val="000000"/>
          <w:lang w:eastAsia="zh-CN"/>
        </w:rPr>
        <w:t>5</w:t>
      </w:r>
      <w:r>
        <w:rPr>
          <w:rFonts w:ascii="SimSun" w:eastAsia="SimSun" w:hAnsi="SimSun" w:cs="SimSun"/>
          <w:color w:val="000000"/>
          <w:lang w:eastAsia="zh-CN"/>
        </w:rPr>
        <w:t>，</w:t>
      </w:r>
    </w:p>
    <w:p w14:paraId="1FB71065" w14:textId="77777777" w:rsidR="008113A1" w:rsidRDefault="00000000">
      <w:pPr>
        <w:spacing w:line="360" w:lineRule="auto"/>
        <w:jc w:val="both"/>
        <w:textAlignment w:val="center"/>
        <w:rPr>
          <w:color w:val="000000"/>
          <w:lang w:eastAsia="zh-CN"/>
        </w:rPr>
      </w:pPr>
      <w:r>
        <w:pict w14:anchorId="427BA684">
          <v:shape id="_x0000_i1308" type="#_x0000_t75" alt="学科网(www.zxxk.com)--教育资源门户，提供试卷、教案、课件、论文、素材以及各类教学资源下载，还有大量而丰富的教学相关资讯！" style="width:55pt;height:14.25pt">
            <v:imagedata r:id="rId166" o:title="eqIdf27691ed6d962a496f173232e4f6828b"/>
          </v:shape>
        </w:pict>
      </w:r>
      <w:r>
        <w:rPr>
          <w:rFonts w:ascii="SimSun" w:eastAsia="SimSun" w:hAnsi="SimSun" w:cs="SimSun"/>
          <w:color w:val="000000"/>
          <w:lang w:eastAsia="zh-CN"/>
        </w:rPr>
        <w:t>或</w:t>
      </w:r>
      <w:r>
        <w:pict w14:anchorId="0226F3C6">
          <v:shape id="_x0000_i1309" type="#_x0000_t75" alt="学科网(www.zxxk.com)--教育资源门户，提供试卷、教案、课件、论文、素材以及各类教学资源下载，还有大量而丰富的教学相关资讯！" style="width:46.2pt;height:13.6pt">
            <v:imagedata r:id="rId167" o:title="eqId2f8c565a3e2ecaaade988893d6358467"/>
          </v:shape>
        </w:pict>
      </w:r>
      <w:r>
        <w:rPr>
          <w:rFonts w:ascii="SimSun" w:eastAsia="SimSun" w:hAnsi="SimSun" w:cs="SimSun"/>
          <w:color w:val="000000"/>
          <w:lang w:eastAsia="zh-CN"/>
        </w:rPr>
        <w:t>．</w:t>
      </w:r>
    </w:p>
    <w:p w14:paraId="00662EAE" w14:textId="77777777" w:rsidR="008113A1" w:rsidRDefault="00000000">
      <w:pPr>
        <w:spacing w:line="360" w:lineRule="auto"/>
        <w:jc w:val="both"/>
        <w:textAlignment w:val="center"/>
        <w:rPr>
          <w:color w:val="000000"/>
          <w:lang w:eastAsia="zh-CN"/>
        </w:rPr>
      </w:pPr>
      <w:r>
        <w:pict w14:anchorId="4A951B92">
          <v:shape id="_x0000_i1310" type="#_x0000_t75" alt="学科网(www.zxxk.com)--教育资源门户，提供试卷、教案、课件、论文、素材以及各类教学资源下载，还有大量而丰富的教学相关资讯！" style="width:9.5pt;height:8.85pt">
            <v:imagedata r:id="rId86" o:title="eqId2de0d10ef8b748d4531250c37c5d3f9e"/>
          </v:shape>
        </w:pict>
      </w:r>
      <w:r>
        <w:rPr>
          <w:rFonts w:ascii="SimSun" w:eastAsia="SimSun" w:hAnsi="SimSun" w:cs="SimSun"/>
          <w:color w:val="000000"/>
          <w:lang w:eastAsia="zh-CN"/>
        </w:rPr>
        <w:t>点</w:t>
      </w:r>
      <w:r>
        <w:pict w14:anchorId="27E218BF">
          <v:shape id="_x0000_i1311" type="#_x0000_t75" alt="学科网(www.zxxk.com)--教育资源门户，提供试卷、教案、课件、论文、素材以及各类教学资源下载，还有大量而丰富的教学相关资讯！" style="width:12.25pt;height:12.25pt">
            <v:imagedata r:id="rId129" o:title="eqId5963abe8f421bd99a2aaa94831a951e9"/>
          </v:shape>
        </w:pict>
      </w:r>
      <w:r>
        <w:rPr>
          <w:rFonts w:ascii="SimSun" w:eastAsia="SimSun" w:hAnsi="SimSun" w:cs="SimSun"/>
          <w:color w:val="000000"/>
          <w:lang w:eastAsia="zh-CN"/>
        </w:rPr>
        <w:t>是点</w:t>
      </w:r>
      <w:r>
        <w:pict w14:anchorId="7C3ADD06">
          <v:shape id="_x0000_i1312" type="#_x0000_t75" alt="学科网(www.zxxk.com)--教育资源门户，提供试卷、教案、课件、论文、素材以及各类教学资源下载，还有大量而丰富的教学相关资讯！" style="width:12.25pt;height:14.25pt">
            <v:imagedata r:id="rId168" o:title="eqId1dde8112e8eb968fd042418dd632759e"/>
          </v:shape>
        </w:pict>
      </w:r>
      <w:r>
        <w:rPr>
          <w:rFonts w:ascii="SimSun" w:eastAsia="SimSun" w:hAnsi="SimSun" w:cs="SimSun"/>
          <w:color w:val="000000"/>
          <w:lang w:eastAsia="zh-CN"/>
        </w:rPr>
        <w:t>关于点</w:t>
      </w:r>
      <w:r>
        <w:pict w14:anchorId="67802970">
          <v:shape id="_x0000_i1313" type="#_x0000_t75" alt="学科网(www.zxxk.com)--教育资源门户，提供试卷、教案、课件、论文、素材以及各类教学资源下载，还有大量而丰富的教学相关资讯！" style="width:14.25pt;height:14.25pt">
            <v:imagedata r:id="rId169" o:title="eqId54a5d7d3b6b63fe5c24c3907b7a8eaa3"/>
          </v:shape>
        </w:pict>
      </w:r>
      <w:r>
        <w:rPr>
          <w:rFonts w:ascii="SimSun" w:eastAsia="SimSun" w:hAnsi="SimSun" w:cs="SimSun"/>
          <w:color w:val="000000"/>
          <w:lang w:eastAsia="zh-CN"/>
        </w:rPr>
        <w:t>的捕获点，</w:t>
      </w:r>
    </w:p>
    <w:p w14:paraId="58932123" w14:textId="77777777" w:rsidR="008113A1" w:rsidRDefault="00000000">
      <w:pPr>
        <w:spacing w:line="360" w:lineRule="auto"/>
        <w:jc w:val="both"/>
        <w:textAlignment w:val="center"/>
        <w:rPr>
          <w:color w:val="000000"/>
          <w:lang w:eastAsia="zh-CN"/>
        </w:rPr>
      </w:pPr>
      <w:r>
        <w:pict w14:anchorId="584A957B">
          <v:shape id="_x0000_i1314" type="#_x0000_t75" alt="学科网(www.zxxk.com)--教育资源门户，提供试卷、教案、课件、论文、素材以及各类教学资源下载，还有大量而丰富的教学相关资讯！" style="width:95.75pt;height:14.25pt">
            <v:imagedata r:id="rId159" o:title="eqIdffed6bd34b3c33bbe6f7271be8aabcfb"/>
          </v:shape>
        </w:pict>
      </w:r>
      <w:r>
        <w:rPr>
          <w:rFonts w:ascii="SimSun" w:eastAsia="SimSun" w:hAnsi="SimSun" w:cs="SimSun"/>
          <w:color w:val="000000"/>
          <w:lang w:eastAsia="zh-CN"/>
        </w:rPr>
        <w:t>，</w:t>
      </w:r>
    </w:p>
    <w:p w14:paraId="281A0737" w14:textId="77777777" w:rsidR="008113A1" w:rsidRDefault="00000000">
      <w:pPr>
        <w:spacing w:line="360" w:lineRule="auto"/>
        <w:jc w:val="both"/>
        <w:textAlignment w:val="center"/>
        <w:rPr>
          <w:color w:val="000000"/>
          <w:lang w:eastAsia="zh-CN"/>
        </w:rPr>
      </w:pPr>
      <w:r>
        <w:pict w14:anchorId="57201B25">
          <v:shape id="_x0000_i1315" type="#_x0000_t75" alt="学科网(www.zxxk.com)--教育资源门户，提供试卷、教案、课件、论文、素材以及各类教学资源下载，还有大量而丰富的教学相关资讯！" style="width:42.8pt;height:12.9pt">
            <v:imagedata r:id="rId160" o:title="eqId3d8e00d85ca315dc2c88e2518010fc39"/>
          </v:shape>
        </w:pict>
      </w:r>
      <w:r>
        <w:rPr>
          <w:rFonts w:ascii="SimSun" w:eastAsia="SimSun" w:hAnsi="SimSun" w:cs="SimSun"/>
          <w:color w:val="000000"/>
          <w:lang w:eastAsia="zh-CN"/>
        </w:rPr>
        <w:t>，</w:t>
      </w:r>
    </w:p>
    <w:p w14:paraId="6D4FFB2B" w14:textId="77777777" w:rsidR="008113A1" w:rsidRDefault="00000000">
      <w:pPr>
        <w:spacing w:line="360" w:lineRule="auto"/>
        <w:jc w:val="both"/>
        <w:textAlignment w:val="center"/>
        <w:rPr>
          <w:color w:val="000000"/>
          <w:lang w:eastAsia="zh-CN"/>
        </w:rPr>
      </w:pPr>
      <w:r>
        <w:pict w14:anchorId="217FF90B">
          <v:shape id="_x0000_i1316" type="#_x0000_t75" alt="学科网(www.zxxk.com)--教育资源门户，提供试卷、教案、课件、论文、素材以及各类教学资源下载，还有大量而丰富的教学相关资讯！" style="width:63.85pt;height:14.25pt">
            <v:imagedata r:id="rId161" o:title="eqIdee7957b6fc8b3111781d13c2277ee6e5"/>
          </v:shape>
        </w:pict>
      </w:r>
      <w:r>
        <w:rPr>
          <w:rFonts w:ascii="SimSun" w:eastAsia="SimSun" w:hAnsi="SimSun" w:cs="SimSun"/>
          <w:color w:val="000000"/>
          <w:lang w:eastAsia="zh-CN"/>
        </w:rPr>
        <w:t>，</w:t>
      </w:r>
    </w:p>
    <w:p w14:paraId="2144F956" w14:textId="77777777" w:rsidR="008113A1" w:rsidRDefault="00000000">
      <w:pPr>
        <w:spacing w:line="360" w:lineRule="auto"/>
        <w:jc w:val="both"/>
        <w:textAlignment w:val="center"/>
        <w:rPr>
          <w:color w:val="000000"/>
          <w:lang w:eastAsia="zh-CN"/>
        </w:rPr>
      </w:pPr>
      <w:r>
        <w:pict w14:anchorId="0EE2E94F">
          <v:shape id="_x0000_i1317" type="#_x0000_t75" alt="学科网(www.zxxk.com)--教育资源门户，提供试卷、教案、课件、论文、素材以及各类教学资源下载，还有大量而丰富的教学相关资讯！" style="width:67.9pt;height:14.25pt">
            <v:imagedata r:id="rId170" o:title="eqIdf96109f1ea95770ae225950d7b764211"/>
          </v:shape>
        </w:pict>
      </w:r>
      <w:r>
        <w:rPr>
          <w:rFonts w:ascii="SimSun" w:eastAsia="SimSun" w:hAnsi="SimSun" w:cs="SimSun"/>
          <w:color w:val="000000"/>
          <w:lang w:eastAsia="zh-CN"/>
        </w:rPr>
        <w:t>或</w:t>
      </w:r>
      <w:r>
        <w:pict w14:anchorId="40983653">
          <v:shape id="_x0000_i1318" type="#_x0000_t75" alt="学科网(www.zxxk.com)--教育资源门户，提供试卷、教案、课件、论文、素材以及各类教学资源下载，还有大量而丰富的教学相关资讯！" style="width:45.5pt;height:14.25pt">
            <v:imagedata r:id="rId171" o:title="eqId84d7c795bcba039d4f7a0703b78c3efb"/>
          </v:shape>
        </w:pict>
      </w:r>
      <w:r>
        <w:rPr>
          <w:rFonts w:ascii="SimSun" w:eastAsia="SimSun" w:hAnsi="SimSun" w:cs="SimSun"/>
          <w:color w:val="000000"/>
          <w:lang w:eastAsia="zh-CN"/>
        </w:rPr>
        <w:t>，</w:t>
      </w:r>
    </w:p>
    <w:p w14:paraId="17EBD22D" w14:textId="77777777" w:rsidR="008113A1" w:rsidRDefault="00000000">
      <w:pPr>
        <w:spacing w:line="360" w:lineRule="auto"/>
        <w:jc w:val="both"/>
        <w:textAlignment w:val="center"/>
        <w:rPr>
          <w:color w:val="000000"/>
          <w:lang w:eastAsia="zh-CN"/>
        </w:rPr>
      </w:pPr>
      <w:r>
        <w:pict w14:anchorId="014D7007">
          <v:shape id="_x0000_i1319" type="#_x0000_t75" alt="学科网(www.zxxk.com)--教育资源门户，提供试卷、教案、课件、论文、素材以及各类教学资源下载，还有大量而丰富的教学相关资讯！" style="width:55pt;height:14.25pt">
            <v:imagedata r:id="rId166" o:title="eqIdf27691ed6d962a496f173232e4f6828b"/>
          </v:shape>
        </w:pict>
      </w:r>
      <w:r>
        <w:rPr>
          <w:rFonts w:ascii="SimSun" w:eastAsia="SimSun" w:hAnsi="SimSun" w:cs="SimSun"/>
          <w:color w:val="000000"/>
          <w:lang w:eastAsia="zh-CN"/>
        </w:rPr>
        <w:t>．</w:t>
      </w:r>
    </w:p>
    <w:p w14:paraId="3A2ECB52"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故答案为：</w:t>
      </w:r>
      <w:r>
        <w:pict w14:anchorId="6CA0483C">
          <v:shape id="_x0000_i1320" type="#_x0000_t75" alt="学科网(www.zxxk.com)--教育资源门户，提供试卷、教案、课件、论文、素材以及各类教学资源下载，还有大量而丰富的教学相关资讯！" style="width:44.85pt;height:14.25pt">
            <v:imagedata r:id="rId158" o:title="eqId71f48d0512af28cd3dbff53127660afa"/>
          </v:shape>
        </w:pict>
      </w:r>
      <w:r>
        <w:rPr>
          <w:rFonts w:ascii="SimSun" w:eastAsia="SimSun" w:hAnsi="SimSun" w:cs="SimSun"/>
          <w:color w:val="000000"/>
          <w:lang w:eastAsia="zh-CN"/>
        </w:rPr>
        <w:t>．</w:t>
      </w:r>
    </w:p>
    <w:p w14:paraId="0B54700C" w14:textId="77777777" w:rsidR="008113A1" w:rsidRDefault="00000000">
      <w:pPr>
        <w:spacing w:line="360" w:lineRule="auto"/>
        <w:jc w:val="both"/>
        <w:textAlignment w:val="center"/>
        <w:rPr>
          <w:color w:val="000000"/>
          <w:lang w:eastAsia="zh-CN"/>
        </w:rPr>
      </w:pPr>
      <w:r>
        <w:rPr>
          <w:rFonts w:ascii="SimSun" w:eastAsia="SimSun" w:hAnsi="SimSun" w:cs="SimSun"/>
          <w:b/>
          <w:color w:val="000000"/>
          <w:sz w:val="24"/>
          <w:lang w:eastAsia="zh-CN"/>
        </w:rPr>
        <w:t>三、计算题（本大题共</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道小题，每小题</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分，共</w:t>
      </w:r>
      <w:r>
        <w:rPr>
          <w:rFonts w:ascii="Times New Roman" w:eastAsia="Times New Roman" w:hAnsi="Times New Roman" w:cs="Times New Roman"/>
          <w:b/>
          <w:color w:val="000000"/>
          <w:sz w:val="24"/>
          <w:lang w:eastAsia="zh-CN"/>
        </w:rPr>
        <w:t>16</w:t>
      </w:r>
      <w:r>
        <w:rPr>
          <w:rFonts w:ascii="SimSun" w:eastAsia="SimSun" w:hAnsi="SimSun" w:cs="SimSun"/>
          <w:b/>
          <w:color w:val="000000"/>
          <w:sz w:val="24"/>
          <w:lang w:eastAsia="zh-CN"/>
        </w:rPr>
        <w:t>分）</w:t>
      </w:r>
    </w:p>
    <w:p w14:paraId="415B2485" w14:textId="77777777" w:rsidR="008113A1" w:rsidRDefault="00000000">
      <w:pPr>
        <w:pStyle w:val="Heading2"/>
        <w:rPr>
          <w:lang w:eastAsia="zh-CN"/>
        </w:rPr>
      </w:pPr>
      <w:bookmarkStart w:id="16" w:name="_Toc235460033"/>
      <w:r>
        <w:rPr>
          <w:lang w:eastAsia="zh-CN"/>
        </w:rPr>
        <w:t>大兴区</w:t>
      </w:r>
      <w:bookmarkEnd w:id="16"/>
    </w:p>
    <w:p w14:paraId="6094E9F1" w14:textId="77777777" w:rsidR="008113A1" w:rsidRDefault="00000000">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顾客请一位工艺师把</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两件玉石原料各制成一件工艺品，工艺师带一位徒弟完成这项任务．每件原料先由徒弟完成粗加工，再由工艺师进行精加工完成制作，两件工艺品都完成后交付顾客，两件原料每道工序所需时间（单位：天）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70"/>
        <w:gridCol w:w="900"/>
        <w:gridCol w:w="900"/>
      </w:tblGrid>
      <w:tr w:rsidR="008113A1" w14:paraId="7B0AEF3F"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DFA468" w14:textId="77777777" w:rsidR="008113A1" w:rsidRDefault="008113A1">
            <w:pPr>
              <w:spacing w:line="360" w:lineRule="auto"/>
              <w:textAlignment w:val="center"/>
              <w:rPr>
                <w:color w:val="000000"/>
                <w:lang w:eastAsia="zh-CN"/>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B30C29" w14:textId="77777777" w:rsidR="008113A1" w:rsidRDefault="00000000">
            <w:pPr>
              <w:spacing w:line="360" w:lineRule="auto"/>
              <w:textAlignment w:val="center"/>
              <w:rPr>
                <w:color w:val="000000"/>
              </w:rPr>
            </w:pPr>
            <w:proofErr w:type="spellStart"/>
            <w:r>
              <w:rPr>
                <w:rFonts w:ascii="SimSun" w:eastAsia="SimSun" w:hAnsi="SimSun" w:cs="SimSun"/>
                <w:color w:val="000000"/>
              </w:rPr>
              <w:t>粗加工</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E66DB1" w14:textId="77777777" w:rsidR="008113A1" w:rsidRDefault="00000000">
            <w:pPr>
              <w:spacing w:line="360" w:lineRule="auto"/>
              <w:textAlignment w:val="center"/>
              <w:rPr>
                <w:color w:val="000000"/>
              </w:rPr>
            </w:pPr>
            <w:r>
              <w:rPr>
                <w:rFonts w:ascii="SimSun" w:eastAsia="SimSun" w:hAnsi="SimSun" w:cs="SimSun"/>
                <w:color w:val="000000"/>
              </w:rPr>
              <w:t>精加工</w:t>
            </w:r>
          </w:p>
        </w:tc>
      </w:tr>
      <w:tr w:rsidR="008113A1" w14:paraId="06A7D809"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893CD2" w14:textId="77777777" w:rsidR="008113A1" w:rsidRDefault="00000000">
            <w:pPr>
              <w:spacing w:line="360" w:lineRule="auto"/>
              <w:textAlignment w:val="center"/>
              <w:rPr>
                <w:color w:val="000000"/>
              </w:rPr>
            </w:pPr>
            <w:r>
              <w:rPr>
                <w:rFonts w:ascii="SimSun" w:eastAsia="SimSun" w:hAnsi="SimSun" w:cs="SimSun"/>
                <w:color w:val="000000"/>
              </w:rPr>
              <w:t>原料</w:t>
            </w:r>
            <w:r>
              <w:rPr>
                <w:rFonts w:ascii="Times New Roman" w:eastAsia="Times New Roman" w:hAnsi="Times New Roman" w:cs="Times New Roman"/>
                <w:i/>
                <w:color w:val="000000"/>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EF24B9"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609E5B"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15</w:t>
            </w:r>
          </w:p>
        </w:tc>
      </w:tr>
      <w:tr w:rsidR="008113A1" w14:paraId="3A5519F8"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1795FA" w14:textId="77777777" w:rsidR="008113A1" w:rsidRDefault="00000000">
            <w:pPr>
              <w:spacing w:line="360" w:lineRule="auto"/>
              <w:textAlignment w:val="center"/>
              <w:rPr>
                <w:color w:val="000000"/>
              </w:rPr>
            </w:pPr>
            <w:r>
              <w:rPr>
                <w:rFonts w:ascii="SimSun" w:eastAsia="SimSun" w:hAnsi="SimSun" w:cs="SimSun"/>
                <w:color w:val="000000"/>
              </w:rPr>
              <w:t>原料</w:t>
            </w:r>
            <w:r>
              <w:rPr>
                <w:rFonts w:ascii="Times New Roman" w:eastAsia="Times New Roman" w:hAnsi="Times New Roman" w:cs="Times New Roman"/>
                <w:i/>
                <w:color w:val="000000"/>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E18750"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10ECB2"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8</w:t>
            </w:r>
          </w:p>
        </w:tc>
      </w:tr>
    </w:tbl>
    <w:p w14:paraId="6DD2067F" w14:textId="77777777" w:rsidR="008113A1" w:rsidRDefault="00000000">
      <w:pPr>
        <w:spacing w:line="360" w:lineRule="auto"/>
        <w:textAlignment w:val="center"/>
        <w:rPr>
          <w:color w:val="000000"/>
        </w:rPr>
      </w:pPr>
      <w:r>
        <w:rPr>
          <w:rFonts w:ascii="SimSun" w:eastAsia="SimSun" w:hAnsi="SimSun" w:cs="SimSun"/>
          <w:color w:val="000000"/>
        </w:rPr>
        <w:t>那么最短交货期为</w:t>
      </w:r>
      <w:r>
        <w:rPr>
          <w:color w:val="000000"/>
        </w:rPr>
        <w:t>______</w:t>
      </w:r>
      <w:r>
        <w:rPr>
          <w:rFonts w:ascii="SimSun" w:eastAsia="SimSun" w:hAnsi="SimSun" w:cs="SimSun"/>
          <w:color w:val="000000"/>
        </w:rPr>
        <w:t>天．</w:t>
      </w:r>
    </w:p>
    <w:p w14:paraId="2D503A50" w14:textId="77777777" w:rsidR="008113A1" w:rsidRDefault="00000000">
      <w:pPr>
        <w:spacing w:line="360" w:lineRule="auto"/>
        <w:textAlignment w:val="center"/>
        <w:rPr>
          <w:color w:val="000000"/>
        </w:rPr>
      </w:pPr>
      <w:r>
        <w:rPr>
          <w:color w:val="2E75B6"/>
        </w:rPr>
        <w:t>【答案】</w:t>
      </w:r>
      <w:r>
        <w:rPr>
          <w:rFonts w:ascii="Times New Roman" w:eastAsia="Times New Roman" w:hAnsi="Times New Roman" w:cs="Times New Roman"/>
          <w:color w:val="000000"/>
        </w:rPr>
        <w:t>30</w:t>
      </w:r>
    </w:p>
    <w:p w14:paraId="79D9D26B" w14:textId="77777777" w:rsidR="008113A1" w:rsidRDefault="00000000">
      <w:pPr>
        <w:spacing w:line="360" w:lineRule="auto"/>
        <w:textAlignment w:val="center"/>
        <w:rPr>
          <w:color w:val="000000"/>
        </w:rPr>
      </w:pPr>
      <w:r>
        <w:rPr>
          <w:color w:val="2E75B6"/>
        </w:rPr>
        <w:t>【解析】</w:t>
      </w:r>
    </w:p>
    <w:p w14:paraId="346A5E63"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本题考查了逻辑推理，统筹方法，因为第一件进行粗加工时，工艺师什么都不能做，所以徒弟先完成原料</w:t>
      </w:r>
      <w:r>
        <w:rPr>
          <w:rFonts w:ascii="Times New Roman" w:eastAsia="Times New Roman" w:hAnsi="Times New Roman" w:cs="Times New Roman"/>
          <w:i/>
          <w:color w:val="000000"/>
          <w:lang w:eastAsia="zh-CN"/>
        </w:rPr>
        <w:t>B</w:t>
      </w:r>
      <w:r>
        <w:rPr>
          <w:rFonts w:ascii="SimSun" w:eastAsia="SimSun" w:hAnsi="SimSun" w:cs="SimSun"/>
          <w:color w:val="000000"/>
          <w:lang w:eastAsia="zh-CN"/>
        </w:rPr>
        <w:t>所用的总时间最短，累加后可得答案．</w:t>
      </w:r>
    </w:p>
    <w:p w14:paraId="6FB3DE31"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解：当徒弟先加工原料</w:t>
      </w:r>
      <w:r>
        <w:rPr>
          <w:rFonts w:ascii="Times New Roman" w:eastAsia="Times New Roman" w:hAnsi="Times New Roman" w:cs="Times New Roman"/>
          <w:i/>
          <w:color w:val="000000"/>
          <w:lang w:eastAsia="zh-CN"/>
        </w:rPr>
        <w:t>A</w:t>
      </w:r>
      <w:r>
        <w:rPr>
          <w:rFonts w:ascii="SimSun" w:eastAsia="SimSun" w:hAnsi="SimSun" w:cs="SimSun"/>
          <w:color w:val="000000"/>
          <w:lang w:eastAsia="zh-CN"/>
        </w:rPr>
        <w:t>时，所需时间为</w:t>
      </w:r>
      <w:r>
        <w:pict w14:anchorId="2B3612A5">
          <v:shape id="_x0000_i1321" type="#_x0000_t75" alt="学科网(www.zxxk.com)--教育资源门户，提供试卷、教案、课件、论文、素材以及各类教学资源下载，还有大量而丰富的教学相关资讯！" style="width:69.95pt;height:14.25pt">
            <v:imagedata r:id="rId172" o:title="eqId83f6b46cea00f1754c83459c8de259ed"/>
          </v:shape>
        </w:pict>
      </w:r>
      <w:r>
        <w:rPr>
          <w:rFonts w:ascii="SimSun" w:eastAsia="SimSun" w:hAnsi="SimSun" w:cs="SimSun"/>
          <w:color w:val="000000"/>
          <w:lang w:eastAsia="zh-CN"/>
        </w:rPr>
        <w:t>（天），</w:t>
      </w:r>
    </w:p>
    <w:p w14:paraId="4F537681" w14:textId="77777777" w:rsidR="008113A1" w:rsidRDefault="00000000">
      <w:pPr>
        <w:spacing w:before="90" w:line="360" w:lineRule="auto"/>
        <w:textAlignment w:val="center"/>
        <w:rPr>
          <w:color w:val="000000"/>
          <w:lang w:eastAsia="zh-CN"/>
        </w:rPr>
      </w:pPr>
      <w:r>
        <w:rPr>
          <w:rFonts w:ascii="SimSun" w:eastAsia="SimSun" w:hAnsi="SimSun" w:cs="SimSun"/>
          <w:color w:val="000000"/>
          <w:lang w:eastAsia="zh-CN"/>
        </w:rPr>
        <w:t>当徒弟先加工原料</w:t>
      </w:r>
      <w:r>
        <w:rPr>
          <w:rFonts w:ascii="Times New Roman" w:eastAsia="Times New Roman" w:hAnsi="Times New Roman" w:cs="Times New Roman"/>
          <w:i/>
          <w:color w:val="000000"/>
          <w:lang w:eastAsia="zh-CN"/>
        </w:rPr>
        <w:t>B</w:t>
      </w:r>
      <w:r>
        <w:rPr>
          <w:rFonts w:ascii="SimSun" w:eastAsia="SimSun" w:hAnsi="SimSun" w:cs="SimSun"/>
          <w:color w:val="000000"/>
          <w:lang w:eastAsia="zh-CN"/>
        </w:rPr>
        <w:t>时，所需时间为</w:t>
      </w:r>
      <w:r>
        <w:pict w14:anchorId="766A46E9">
          <v:shape id="_x0000_i1322" type="#_x0000_t75" alt="学科网(www.zxxk.com)--教育资源门户，提供试卷、教案、课件、论文、素材以及各类教学资源下载，还有大量而丰富的教学相关资讯！" style="width:71.3pt;height:14.25pt">
            <v:imagedata r:id="rId173" o:title="eqId3944372318099cb5ef1178cab45e26ff"/>
          </v:shape>
        </w:pict>
      </w:r>
      <w:r>
        <w:rPr>
          <w:rFonts w:ascii="SimSun" w:eastAsia="SimSun" w:hAnsi="SimSun" w:cs="SimSun"/>
          <w:color w:val="000000"/>
          <w:lang w:eastAsia="zh-CN"/>
        </w:rPr>
        <w:t>（天），</w:t>
      </w:r>
    </w:p>
    <w:p w14:paraId="41D4EA21" w14:textId="77777777" w:rsidR="008113A1" w:rsidRDefault="00000000">
      <w:pPr>
        <w:spacing w:before="90" w:line="360" w:lineRule="auto"/>
        <w:textAlignment w:val="center"/>
        <w:rPr>
          <w:color w:val="000000"/>
          <w:lang w:eastAsia="zh-CN"/>
        </w:rPr>
      </w:pPr>
      <w:r>
        <w:rPr>
          <w:rFonts w:ascii="SimSun" w:eastAsia="SimSun" w:hAnsi="SimSun" w:cs="SimSun"/>
          <w:color w:val="000000"/>
          <w:lang w:eastAsia="zh-CN"/>
        </w:rPr>
        <w:t>因为</w:t>
      </w:r>
      <w:r>
        <w:pict w14:anchorId="1802D0A9">
          <v:shape id="_x0000_i1323" type="#_x0000_t75" alt="学科网(www.zxxk.com)--教育资源门户，提供试卷、教案、课件、论文、素材以及各类教学资源下载，还有大量而丰富的教学相关资讯！" style="width:38.7pt;height:14.25pt">
            <v:imagedata r:id="rId174" o:title="eqId417c41130f15bbf4fdbd1f66bf8c6cc3"/>
          </v:shape>
        </w:pict>
      </w:r>
      <w:r>
        <w:rPr>
          <w:rFonts w:ascii="SimSun" w:eastAsia="SimSun" w:hAnsi="SimSun" w:cs="SimSun"/>
          <w:color w:val="000000"/>
          <w:lang w:eastAsia="zh-CN"/>
        </w:rPr>
        <w:t>，</w:t>
      </w:r>
    </w:p>
    <w:p w14:paraId="3A0C81AB" w14:textId="77777777" w:rsidR="008113A1" w:rsidRDefault="00000000">
      <w:pPr>
        <w:spacing w:before="90" w:line="360" w:lineRule="auto"/>
        <w:textAlignment w:val="center"/>
        <w:rPr>
          <w:color w:val="000000"/>
          <w:lang w:eastAsia="zh-CN"/>
        </w:rPr>
      </w:pPr>
      <w:r>
        <w:rPr>
          <w:rFonts w:ascii="SimSun" w:eastAsia="SimSun" w:hAnsi="SimSun" w:cs="SimSun"/>
          <w:color w:val="000000"/>
          <w:lang w:eastAsia="zh-CN"/>
        </w:rPr>
        <w:t>所以最短交货期为</w:t>
      </w:r>
      <w:r>
        <w:rPr>
          <w:rFonts w:ascii="Times New Roman" w:eastAsia="Times New Roman" w:hAnsi="Times New Roman" w:cs="Times New Roman"/>
          <w:color w:val="000000"/>
          <w:lang w:eastAsia="zh-CN"/>
        </w:rPr>
        <w:t>30</w:t>
      </w:r>
      <w:r>
        <w:rPr>
          <w:rFonts w:ascii="SimSun" w:eastAsia="SimSun" w:hAnsi="SimSun" w:cs="SimSun"/>
          <w:color w:val="000000"/>
          <w:lang w:eastAsia="zh-CN"/>
        </w:rPr>
        <w:t>天．</w:t>
      </w:r>
    </w:p>
    <w:p w14:paraId="0CD74EDF" w14:textId="77777777" w:rsidR="008113A1" w:rsidRDefault="00000000">
      <w:pPr>
        <w:spacing w:before="90"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30</w:t>
      </w:r>
      <w:r>
        <w:rPr>
          <w:rFonts w:ascii="SimSun" w:eastAsia="SimSun" w:hAnsi="SimSun" w:cs="SimSun"/>
          <w:color w:val="000000"/>
          <w:lang w:eastAsia="zh-CN"/>
        </w:rPr>
        <w:t>．</w:t>
      </w:r>
    </w:p>
    <w:p w14:paraId="3AF97B02"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三、解答题（本题共</w:t>
      </w:r>
      <w:r>
        <w:rPr>
          <w:rFonts w:ascii="Times New Roman" w:eastAsia="Times New Roman" w:hAnsi="Times New Roman" w:cs="Times New Roman"/>
          <w:b/>
          <w:color w:val="000000"/>
          <w:sz w:val="24"/>
          <w:lang w:eastAsia="zh-CN"/>
        </w:rPr>
        <w:t>68</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17-21</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22-23</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24</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25-26</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27-28</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w:t>
      </w:r>
    </w:p>
    <w:p w14:paraId="0FF0C5D5"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解答应写出文字说明、演算步骤或证明过程</w:t>
      </w:r>
    </w:p>
    <w:p w14:paraId="22E24882" w14:textId="77777777" w:rsidR="008113A1" w:rsidRDefault="00000000">
      <w:pPr>
        <w:pStyle w:val="Heading2"/>
        <w:rPr>
          <w:lang w:eastAsia="zh-CN"/>
        </w:rPr>
      </w:pPr>
      <w:bookmarkStart w:id="17" w:name="_Toc235460034"/>
      <w:r>
        <w:rPr>
          <w:lang w:eastAsia="zh-CN"/>
        </w:rPr>
        <w:t>工业大学附属中学</w:t>
      </w:r>
      <w:bookmarkEnd w:id="17"/>
    </w:p>
    <w:p w14:paraId="5E046BAE" w14:textId="77777777" w:rsidR="008113A1" w:rsidRDefault="00000000">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高速公路某收费站出城方向有编号为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w:t>
      </w:r>
      <w:r>
        <w:rPr>
          <w:rFonts w:ascii="Times New Roman" w:eastAsia="Times New Roman" w:hAnsi="Times New Roman" w:cs="Times New Roman"/>
          <w:i/>
          <w:color w:val="000000"/>
          <w:lang w:eastAsia="zh-CN"/>
        </w:rPr>
        <w:t>D</w:t>
      </w:r>
      <w:r>
        <w:rPr>
          <w:rFonts w:ascii="SimSun" w:eastAsia="SimSun" w:hAnsi="SimSun" w:cs="SimSun"/>
          <w:color w:val="000000"/>
          <w:lang w:eastAsia="zh-CN"/>
        </w:rPr>
        <w:t>，</w:t>
      </w:r>
      <w:r>
        <w:rPr>
          <w:rFonts w:ascii="Times New Roman" w:eastAsia="Times New Roman" w:hAnsi="Times New Roman" w:cs="Times New Roman"/>
          <w:i/>
          <w:color w:val="000000"/>
          <w:lang w:eastAsia="zh-CN"/>
        </w:rPr>
        <w:t>E</w:t>
      </w:r>
      <w:r>
        <w:rPr>
          <w:rFonts w:ascii="SimSun" w:eastAsia="SimSun" w:hAnsi="SimSun" w:cs="SimSun"/>
          <w:color w:val="000000"/>
          <w:lang w:eastAsia="zh-CN"/>
        </w:rPr>
        <w:t>的五个小客车收费出口，假定各收费出口</w:t>
      </w:r>
      <w:r>
        <w:rPr>
          <w:rFonts w:ascii="Times New Roman" w:eastAsia="Times New Roman" w:hAnsi="Times New Roman" w:cs="Times New Roman"/>
          <w:color w:val="000000"/>
          <w:lang w:eastAsia="zh-CN"/>
        </w:rPr>
        <w:t>10</w:t>
      </w:r>
      <w:r>
        <w:rPr>
          <w:rFonts w:ascii="SimSun" w:eastAsia="SimSun" w:hAnsi="SimSun" w:cs="SimSun"/>
          <w:color w:val="000000"/>
          <w:lang w:eastAsia="zh-CN"/>
        </w:rPr>
        <w:t>分钟通过小客车的数量分别都是不变的．同时开放其中的某两个收费出口，这两个出口</w:t>
      </w:r>
      <w:r>
        <w:rPr>
          <w:rFonts w:ascii="Times New Roman" w:eastAsia="Times New Roman" w:hAnsi="Times New Roman" w:cs="Times New Roman"/>
          <w:color w:val="000000"/>
          <w:lang w:eastAsia="zh-CN"/>
        </w:rPr>
        <w:t>10</w:t>
      </w:r>
      <w:r>
        <w:rPr>
          <w:rFonts w:ascii="SimSun" w:eastAsia="SimSun" w:hAnsi="SimSun" w:cs="SimSun"/>
          <w:color w:val="000000"/>
          <w:lang w:eastAsia="zh-CN"/>
        </w:rPr>
        <w:t>分钟一共通过的小客车数量记录如下：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220"/>
        <w:gridCol w:w="729"/>
        <w:gridCol w:w="742"/>
        <w:gridCol w:w="766"/>
        <w:gridCol w:w="754"/>
        <w:gridCol w:w="729"/>
      </w:tblGrid>
      <w:tr w:rsidR="008113A1" w14:paraId="2E37B862"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A3E4D9" w14:textId="77777777" w:rsidR="008113A1" w:rsidRDefault="00000000">
            <w:pPr>
              <w:spacing w:line="360" w:lineRule="auto"/>
              <w:jc w:val="center"/>
              <w:textAlignment w:val="center"/>
              <w:rPr>
                <w:color w:val="000000"/>
              </w:rPr>
            </w:pPr>
            <w:proofErr w:type="spellStart"/>
            <w:r>
              <w:rPr>
                <w:rFonts w:ascii="SimSun" w:eastAsia="SimSun" w:hAnsi="SimSun" w:cs="SimSun"/>
                <w:color w:val="000000"/>
              </w:rPr>
              <w:lastRenderedPageBreak/>
              <w:t>收费出口编号</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8F5597" w14:textId="77777777" w:rsidR="008113A1" w:rsidRDefault="00000000">
            <w:pPr>
              <w:spacing w:line="360" w:lineRule="auto"/>
              <w:jc w:val="center"/>
              <w:textAlignment w:val="center"/>
              <w:rPr>
                <w:color w:val="000000"/>
              </w:rPr>
            </w:pPr>
            <w:r>
              <w:rPr>
                <w:rFonts w:ascii="Times New Roman" w:eastAsia="Times New Roman" w:hAnsi="Times New Roman" w:cs="Times New Roman"/>
                <w:i/>
                <w:color w:val="000000"/>
              </w:rPr>
              <w:t>A</w:t>
            </w:r>
            <w:r>
              <w:rPr>
                <w:rFonts w:ascii="SimSun" w:eastAsia="SimSun" w:hAnsi="SimSun" w:cs="SimSun"/>
                <w:color w:val="000000"/>
              </w:rPr>
              <w:t>，</w:t>
            </w:r>
            <w:r>
              <w:rPr>
                <w:rFonts w:ascii="Times New Roman" w:eastAsia="Times New Roman" w:hAnsi="Times New Roman" w:cs="Times New Roman"/>
                <w:i/>
                <w:color w:val="000000"/>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D345E5" w14:textId="77777777" w:rsidR="008113A1" w:rsidRDefault="00000000">
            <w:pPr>
              <w:spacing w:line="360" w:lineRule="auto"/>
              <w:jc w:val="center"/>
              <w:textAlignment w:val="center"/>
              <w:rPr>
                <w:color w:val="000000"/>
              </w:rPr>
            </w:pPr>
            <w:r>
              <w:rPr>
                <w:rFonts w:ascii="Times New Roman" w:eastAsia="Times New Roman" w:hAnsi="Times New Roman" w:cs="Times New Roman"/>
                <w:i/>
                <w:color w:val="000000"/>
              </w:rPr>
              <w:t>B</w:t>
            </w:r>
            <w:r>
              <w:rPr>
                <w:rFonts w:ascii="SimSun" w:eastAsia="SimSun" w:hAnsi="SimSun" w:cs="SimSun"/>
                <w:color w:val="000000"/>
              </w:rPr>
              <w:t>，</w:t>
            </w:r>
            <w:r>
              <w:rPr>
                <w:rFonts w:ascii="Times New Roman" w:eastAsia="Times New Roman" w:hAnsi="Times New Roman" w:cs="Times New Roman"/>
                <w:i/>
                <w:color w:val="000000"/>
              </w:rPr>
              <w:t>C</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2D12F8" w14:textId="77777777" w:rsidR="008113A1" w:rsidRDefault="00000000">
            <w:pPr>
              <w:spacing w:line="360" w:lineRule="auto"/>
              <w:jc w:val="center"/>
              <w:textAlignment w:val="center"/>
              <w:rPr>
                <w:color w:val="000000"/>
              </w:rPr>
            </w:pPr>
            <w:r>
              <w:rPr>
                <w:rFonts w:ascii="Times New Roman" w:eastAsia="Times New Roman" w:hAnsi="Times New Roman" w:cs="Times New Roman"/>
                <w:i/>
                <w:color w:val="000000"/>
              </w:rPr>
              <w:t>C</w:t>
            </w:r>
            <w:r>
              <w:rPr>
                <w:rFonts w:ascii="SimSun" w:eastAsia="SimSun" w:hAnsi="SimSun" w:cs="SimSun"/>
                <w:color w:val="000000"/>
              </w:rPr>
              <w:t>，</w:t>
            </w:r>
            <w:r>
              <w:rPr>
                <w:rFonts w:ascii="Times New Roman" w:eastAsia="Times New Roman" w:hAnsi="Times New Roman" w:cs="Times New Roman"/>
                <w:i/>
                <w:color w:val="000000"/>
              </w:rPr>
              <w:t>D</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3D9772" w14:textId="77777777" w:rsidR="008113A1" w:rsidRDefault="00000000">
            <w:pPr>
              <w:spacing w:line="360" w:lineRule="auto"/>
              <w:jc w:val="center"/>
              <w:textAlignment w:val="center"/>
              <w:rPr>
                <w:color w:val="000000"/>
              </w:rPr>
            </w:pPr>
            <w:r>
              <w:rPr>
                <w:rFonts w:ascii="Times New Roman" w:eastAsia="Times New Roman" w:hAnsi="Times New Roman" w:cs="Times New Roman"/>
                <w:i/>
                <w:color w:val="000000"/>
              </w:rPr>
              <w:t>D</w:t>
            </w:r>
            <w:r>
              <w:rPr>
                <w:rFonts w:ascii="SimSun" w:eastAsia="SimSun" w:hAnsi="SimSun" w:cs="SimSun"/>
                <w:color w:val="000000"/>
              </w:rPr>
              <w:t>，</w:t>
            </w:r>
            <w:r>
              <w:rPr>
                <w:rFonts w:ascii="Times New Roman" w:eastAsia="Times New Roman" w:hAnsi="Times New Roman" w:cs="Times New Roman"/>
                <w:i/>
                <w:color w:val="000000"/>
              </w:rPr>
              <w:t>E</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E7EB38" w14:textId="77777777" w:rsidR="008113A1" w:rsidRDefault="00000000">
            <w:pPr>
              <w:spacing w:line="360" w:lineRule="auto"/>
              <w:jc w:val="center"/>
              <w:textAlignment w:val="center"/>
              <w:rPr>
                <w:color w:val="000000"/>
              </w:rPr>
            </w:pPr>
            <w:r>
              <w:rPr>
                <w:rFonts w:ascii="Times New Roman" w:eastAsia="Times New Roman" w:hAnsi="Times New Roman" w:cs="Times New Roman"/>
                <w:i/>
                <w:color w:val="000000"/>
              </w:rPr>
              <w:t>E</w:t>
            </w:r>
            <w:r>
              <w:rPr>
                <w:rFonts w:ascii="SimSun" w:eastAsia="SimSun" w:hAnsi="SimSun" w:cs="SimSun"/>
                <w:color w:val="000000"/>
              </w:rPr>
              <w:t>，</w:t>
            </w:r>
            <w:r>
              <w:rPr>
                <w:rFonts w:ascii="Times New Roman" w:eastAsia="Times New Roman" w:hAnsi="Times New Roman" w:cs="Times New Roman"/>
                <w:i/>
                <w:color w:val="000000"/>
              </w:rPr>
              <w:t>A</w:t>
            </w:r>
          </w:p>
        </w:tc>
      </w:tr>
      <w:tr w:rsidR="008113A1" w14:paraId="51E546CE"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A956F4" w14:textId="77777777" w:rsidR="008113A1" w:rsidRDefault="00000000">
            <w:pPr>
              <w:spacing w:line="360" w:lineRule="auto"/>
              <w:jc w:val="center"/>
              <w:textAlignment w:val="center"/>
              <w:rPr>
                <w:color w:val="000000"/>
              </w:rPr>
            </w:pPr>
            <w:r>
              <w:rPr>
                <w:rFonts w:ascii="SimSun" w:eastAsia="SimSun" w:hAnsi="SimSun" w:cs="SimSun"/>
                <w:color w:val="000000"/>
              </w:rPr>
              <w:t>通过小客车数（辆）</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D798FD4"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130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8F92E6"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160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038E6B"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150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7B8B4A"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180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39B8FB8"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120</w:t>
            </w:r>
          </w:p>
        </w:tc>
      </w:tr>
    </w:tbl>
    <w:p w14:paraId="63DA392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）每</w:t>
      </w:r>
      <w:r>
        <w:rPr>
          <w:rFonts w:ascii="Times New Roman" w:eastAsia="Times New Roman" w:hAnsi="Times New Roman" w:cs="Times New Roman"/>
          <w:color w:val="000000"/>
          <w:lang w:eastAsia="zh-CN"/>
        </w:rPr>
        <w:t>10</w:t>
      </w:r>
      <w:r>
        <w:rPr>
          <w:rFonts w:ascii="SimSun" w:eastAsia="SimSun" w:hAnsi="SimSun" w:cs="SimSun"/>
          <w:color w:val="000000"/>
          <w:lang w:eastAsia="zh-CN"/>
        </w:rPr>
        <w:t>分钟通过的小客车数量比较：</w:t>
      </w:r>
      <w:r>
        <w:rPr>
          <w:rFonts w:ascii="Times New Roman" w:eastAsia="Times New Roman" w:hAnsi="Times New Roman" w:cs="Times New Roman"/>
          <w:i/>
          <w:color w:val="000000"/>
          <w:lang w:eastAsia="zh-CN"/>
        </w:rPr>
        <w:t>A</w:t>
      </w:r>
      <w:r>
        <w:rPr>
          <w:rFonts w:ascii="SimSun" w:eastAsia="SimSun" w:hAnsi="SimSun" w:cs="SimSun"/>
          <w:color w:val="000000"/>
          <w:lang w:eastAsia="zh-CN"/>
        </w:rPr>
        <w:t>收费出口</w:t>
      </w:r>
      <w:r>
        <w:rPr>
          <w:color w:val="000000"/>
          <w:lang w:eastAsia="zh-CN"/>
        </w:rPr>
        <w:t>______</w:t>
      </w:r>
      <w:r>
        <w:rPr>
          <w:rFonts w:ascii="Times New Roman" w:eastAsia="Times New Roman" w:hAnsi="Times New Roman" w:cs="Times New Roman"/>
          <w:i/>
          <w:color w:val="000000"/>
          <w:lang w:eastAsia="zh-CN"/>
        </w:rPr>
        <w:t>C</w:t>
      </w:r>
      <w:r>
        <w:rPr>
          <w:rFonts w:ascii="SimSun" w:eastAsia="SimSun" w:hAnsi="SimSun" w:cs="SimSun"/>
          <w:color w:val="000000"/>
          <w:lang w:eastAsia="zh-CN"/>
        </w:rPr>
        <w:t>收费出口．（</w:t>
      </w:r>
      <w:proofErr w:type="gramStart"/>
      <w:r>
        <w:rPr>
          <w:rFonts w:ascii="SimSun" w:eastAsia="SimSun" w:hAnsi="SimSun" w:cs="SimSun"/>
          <w:color w:val="000000"/>
          <w:lang w:eastAsia="zh-CN"/>
        </w:rPr>
        <w:t>填“多于”、</w:t>
      </w:r>
      <w:proofErr w:type="gramEnd"/>
      <w:r>
        <w:rPr>
          <w:rFonts w:ascii="SimSun" w:eastAsia="SimSun" w:hAnsi="SimSun" w:cs="SimSun"/>
          <w:color w:val="000000"/>
          <w:lang w:eastAsia="zh-CN"/>
        </w:rPr>
        <w:t>“</w:t>
      </w:r>
      <w:proofErr w:type="gramStart"/>
      <w:r>
        <w:rPr>
          <w:rFonts w:ascii="SimSun" w:eastAsia="SimSun" w:hAnsi="SimSun" w:cs="SimSun"/>
          <w:color w:val="000000"/>
          <w:lang w:eastAsia="zh-CN"/>
        </w:rPr>
        <w:t>少于”或</w:t>
      </w:r>
      <w:proofErr w:type="gramEnd"/>
      <w:r>
        <w:rPr>
          <w:rFonts w:ascii="SimSun" w:eastAsia="SimSun" w:hAnsi="SimSun" w:cs="SimSun"/>
          <w:color w:val="000000"/>
          <w:lang w:eastAsia="zh-CN"/>
        </w:rPr>
        <w:t>“</w:t>
      </w:r>
      <w:proofErr w:type="gramStart"/>
      <w:r>
        <w:rPr>
          <w:rFonts w:ascii="SimSun" w:eastAsia="SimSun" w:hAnsi="SimSun" w:cs="SimSun"/>
          <w:color w:val="000000"/>
          <w:lang w:eastAsia="zh-CN"/>
        </w:rPr>
        <w:t>等于”）</w:t>
      </w:r>
      <w:proofErr w:type="gramEnd"/>
      <w:r>
        <w:rPr>
          <w:rFonts w:ascii="SimSun" w:eastAsia="SimSun" w:hAnsi="SimSun" w:cs="SimSun"/>
          <w:color w:val="000000"/>
          <w:lang w:eastAsia="zh-CN"/>
        </w:rPr>
        <w:t>；</w:t>
      </w:r>
    </w:p>
    <w:p w14:paraId="45D08C9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）在</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w:t>
      </w:r>
      <w:r>
        <w:rPr>
          <w:rFonts w:ascii="Times New Roman" w:eastAsia="Times New Roman" w:hAnsi="Times New Roman" w:cs="Times New Roman"/>
          <w:i/>
          <w:color w:val="000000"/>
          <w:lang w:eastAsia="zh-CN"/>
        </w:rPr>
        <w:t>D</w:t>
      </w:r>
      <w:r>
        <w:rPr>
          <w:rFonts w:ascii="SimSun" w:eastAsia="SimSun" w:hAnsi="SimSun" w:cs="SimSun"/>
          <w:color w:val="000000"/>
          <w:lang w:eastAsia="zh-CN"/>
        </w:rPr>
        <w:t>，</w:t>
      </w:r>
      <w:r>
        <w:rPr>
          <w:rFonts w:ascii="Times New Roman" w:eastAsia="Times New Roman" w:hAnsi="Times New Roman" w:cs="Times New Roman"/>
          <w:i/>
          <w:color w:val="000000"/>
          <w:lang w:eastAsia="zh-CN"/>
        </w:rPr>
        <w:t>E</w:t>
      </w:r>
      <w:r>
        <w:rPr>
          <w:rFonts w:ascii="SimSun" w:eastAsia="SimSun" w:hAnsi="SimSun" w:cs="SimSun"/>
          <w:color w:val="000000"/>
          <w:lang w:eastAsia="zh-CN"/>
        </w:rPr>
        <w:t>五个收费出口中，每</w:t>
      </w:r>
      <w:r>
        <w:rPr>
          <w:rFonts w:ascii="Times New Roman" w:eastAsia="Times New Roman" w:hAnsi="Times New Roman" w:cs="Times New Roman"/>
          <w:color w:val="000000"/>
          <w:lang w:eastAsia="zh-CN"/>
        </w:rPr>
        <w:t>10</w:t>
      </w:r>
      <w:r>
        <w:rPr>
          <w:rFonts w:ascii="SimSun" w:eastAsia="SimSun" w:hAnsi="SimSun" w:cs="SimSun"/>
          <w:color w:val="000000"/>
          <w:lang w:eastAsia="zh-CN"/>
        </w:rPr>
        <w:t>分钟通过小客车数量最多的收费出口编号是</w:t>
      </w:r>
      <w:r>
        <w:rPr>
          <w:color w:val="000000"/>
          <w:lang w:eastAsia="zh-CN"/>
        </w:rPr>
        <w:t>______</w:t>
      </w:r>
      <w:r>
        <w:rPr>
          <w:rFonts w:ascii="SimSun" w:eastAsia="SimSun" w:hAnsi="SimSun" w:cs="SimSun"/>
          <w:color w:val="000000"/>
          <w:lang w:eastAsia="zh-CN"/>
        </w:rPr>
        <w:t>．</w:t>
      </w:r>
    </w:p>
    <w:p w14:paraId="6CADCEB2" w14:textId="77777777" w:rsidR="008113A1" w:rsidRDefault="00000000">
      <w:pPr>
        <w:spacing w:line="360" w:lineRule="auto"/>
        <w:textAlignment w:val="center"/>
        <w:rPr>
          <w:color w:val="000000"/>
        </w:rPr>
      </w:pPr>
      <w:r>
        <w:rPr>
          <w:color w:val="2E75B6"/>
        </w:rPr>
        <w:t>【</w:t>
      </w:r>
      <w:proofErr w:type="spellStart"/>
      <w:r>
        <w:rPr>
          <w:color w:val="2E75B6"/>
        </w:rPr>
        <w:t>答案</w:t>
      </w:r>
      <w:proofErr w:type="spellEnd"/>
      <w:r>
        <w:rPr>
          <w:color w:val="2E75B6"/>
        </w:rPr>
        <w:t>】</w:t>
      </w:r>
      <w:r>
        <w:rPr>
          <w:color w:val="000000"/>
        </w:rPr>
        <w:t xml:space="preserve">    ①. </w:t>
      </w:r>
      <w:r>
        <w:rPr>
          <w:rFonts w:ascii="SimSun" w:eastAsia="SimSun" w:hAnsi="SimSun" w:cs="SimSun"/>
          <w:color w:val="000000"/>
        </w:rPr>
        <w:t>少于</w:t>
      </w:r>
      <w:r>
        <w:rPr>
          <w:color w:val="000000"/>
        </w:rPr>
        <w:t xml:space="preserve">    ②. </w:t>
      </w:r>
      <w:r>
        <w:rPr>
          <w:rFonts w:ascii="Times New Roman" w:eastAsia="Times New Roman" w:hAnsi="Times New Roman" w:cs="Times New Roman"/>
          <w:i/>
          <w:color w:val="000000"/>
        </w:rPr>
        <w:t>B</w:t>
      </w:r>
    </w:p>
    <w:p w14:paraId="62DF8710" w14:textId="77777777" w:rsidR="008113A1" w:rsidRDefault="00000000">
      <w:pPr>
        <w:spacing w:line="360" w:lineRule="auto"/>
        <w:textAlignment w:val="center"/>
        <w:rPr>
          <w:color w:val="000000"/>
        </w:rPr>
      </w:pPr>
      <w:r>
        <w:rPr>
          <w:color w:val="2E75B6"/>
        </w:rPr>
        <w:t>【解析】</w:t>
      </w:r>
    </w:p>
    <w:p w14:paraId="344D4927"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根据表中数据两两相比较即可得到结论．</w:t>
      </w:r>
    </w:p>
    <w:p w14:paraId="13FC3CEE"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r>
        <w:rPr>
          <w:rFonts w:ascii="Times New Roman" w:eastAsia="Times New Roman" w:hAnsi="Times New Roman" w:cs="Times New Roman"/>
          <w:color w:val="000000"/>
          <w:lang w:eastAsia="zh-CN"/>
        </w:rPr>
        <w:t>∵</w:t>
      </w:r>
      <w:r>
        <w:rPr>
          <w:rFonts w:ascii="SimSun" w:eastAsia="SimSun" w:hAnsi="SimSun" w:cs="SimSun"/>
          <w:color w:val="000000"/>
          <w:lang w:eastAsia="zh-CN"/>
        </w:rPr>
        <w:t>同时开放</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两个出口通过的小客车数量为</w:t>
      </w:r>
      <w:r>
        <w:rPr>
          <w:rFonts w:ascii="Times New Roman" w:eastAsia="Times New Roman" w:hAnsi="Times New Roman" w:cs="Times New Roman"/>
          <w:color w:val="000000"/>
          <w:lang w:eastAsia="zh-CN"/>
        </w:rPr>
        <w:t>130</w:t>
      </w:r>
      <w:r>
        <w:rPr>
          <w:rFonts w:ascii="SimSun" w:eastAsia="SimSun" w:hAnsi="SimSun" w:cs="SimSun"/>
          <w:color w:val="000000"/>
          <w:lang w:eastAsia="zh-CN"/>
        </w:rPr>
        <w:t>辆，同时开放</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两个出口通过的小客车数量为</w:t>
      </w:r>
      <w:r>
        <w:rPr>
          <w:rFonts w:ascii="Times New Roman" w:eastAsia="Times New Roman" w:hAnsi="Times New Roman" w:cs="Times New Roman"/>
          <w:color w:val="000000"/>
          <w:lang w:eastAsia="zh-CN"/>
        </w:rPr>
        <w:t>160</w:t>
      </w:r>
      <w:r>
        <w:rPr>
          <w:rFonts w:ascii="SimSun" w:eastAsia="SimSun" w:hAnsi="SimSun" w:cs="SimSun"/>
          <w:color w:val="000000"/>
          <w:lang w:eastAsia="zh-CN"/>
        </w:rPr>
        <w:t>辆，</w:t>
      </w:r>
    </w:p>
    <w:p w14:paraId="4EBA2F2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i/>
          <w:color w:val="000000"/>
          <w:lang w:eastAsia="zh-CN"/>
        </w:rPr>
        <w:t>A</w:t>
      </w:r>
      <w:r>
        <w:rPr>
          <w:rFonts w:ascii="SimSun" w:eastAsia="SimSun" w:hAnsi="SimSun" w:cs="SimSun"/>
          <w:color w:val="000000"/>
          <w:lang w:eastAsia="zh-CN"/>
        </w:rPr>
        <w:t>收费出口</w:t>
      </w:r>
      <w:r>
        <w:rPr>
          <w:rFonts w:ascii="Times New Roman" w:eastAsia="Times New Roman" w:hAnsi="Times New Roman" w:cs="Times New Roman"/>
          <w:color w:val="000000"/>
          <w:lang w:eastAsia="zh-CN"/>
        </w:rPr>
        <w:t>10</w:t>
      </w:r>
      <w:r>
        <w:rPr>
          <w:rFonts w:ascii="SimSun" w:eastAsia="SimSun" w:hAnsi="SimSun" w:cs="SimSun"/>
          <w:color w:val="000000"/>
          <w:lang w:eastAsia="zh-CN"/>
        </w:rPr>
        <w:t>分钟通过的小客车数量少于</w:t>
      </w:r>
      <w:r>
        <w:rPr>
          <w:rFonts w:ascii="Times New Roman" w:eastAsia="Times New Roman" w:hAnsi="Times New Roman" w:cs="Times New Roman"/>
          <w:i/>
          <w:color w:val="000000"/>
          <w:lang w:eastAsia="zh-CN"/>
        </w:rPr>
        <w:t>C</w:t>
      </w:r>
      <w:r>
        <w:rPr>
          <w:rFonts w:ascii="SimSun" w:eastAsia="SimSun" w:hAnsi="SimSun" w:cs="SimSun"/>
          <w:color w:val="000000"/>
          <w:lang w:eastAsia="zh-CN"/>
        </w:rPr>
        <w:t>收费出口</w:t>
      </w:r>
      <w:r>
        <w:rPr>
          <w:rFonts w:ascii="Times New Roman" w:eastAsia="Times New Roman" w:hAnsi="Times New Roman" w:cs="Times New Roman"/>
          <w:color w:val="000000"/>
          <w:lang w:eastAsia="zh-CN"/>
        </w:rPr>
        <w:t>10</w:t>
      </w:r>
      <w:r>
        <w:rPr>
          <w:rFonts w:ascii="SimSun" w:eastAsia="SimSun" w:hAnsi="SimSun" w:cs="SimSun"/>
          <w:color w:val="000000"/>
          <w:lang w:eastAsia="zh-CN"/>
        </w:rPr>
        <w:t>分钟通过的小客车数量，</w:t>
      </w:r>
    </w:p>
    <w:p w14:paraId="57B0E4C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故答案为：少于；</w:t>
      </w:r>
    </w:p>
    <w:p w14:paraId="38469EA9"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）同（</w:t>
      </w:r>
      <w:r>
        <w:rPr>
          <w:rFonts w:ascii="Times New Roman" w:eastAsia="Times New Roman" w:hAnsi="Times New Roman" w:cs="Times New Roman"/>
          <w:color w:val="000000"/>
          <w:lang w:eastAsia="zh-CN"/>
        </w:rPr>
        <w:t>1</w:t>
      </w:r>
      <w:r>
        <w:rPr>
          <w:rFonts w:ascii="SimSun" w:eastAsia="SimSun" w:hAnsi="SimSun" w:cs="SimSun"/>
          <w:color w:val="000000"/>
          <w:lang w:eastAsia="zh-CN"/>
        </w:rPr>
        <w:t>）可知</w:t>
      </w:r>
      <w:r>
        <w:rPr>
          <w:rFonts w:ascii="Times New Roman" w:eastAsia="Times New Roman" w:hAnsi="Times New Roman" w:cs="Times New Roman"/>
          <w:i/>
          <w:color w:val="000000"/>
          <w:lang w:eastAsia="zh-CN"/>
        </w:rPr>
        <w:t>B</w:t>
      </w:r>
      <w:r>
        <w:rPr>
          <w:rFonts w:ascii="SimSun" w:eastAsia="SimSun" w:hAnsi="SimSun" w:cs="SimSun"/>
          <w:color w:val="000000"/>
          <w:lang w:eastAsia="zh-CN"/>
        </w:rPr>
        <w:t>收费出口多于</w:t>
      </w:r>
      <w:r>
        <w:rPr>
          <w:rFonts w:ascii="Times New Roman" w:eastAsia="Times New Roman" w:hAnsi="Times New Roman" w:cs="Times New Roman"/>
          <w:i/>
          <w:color w:val="000000"/>
          <w:lang w:eastAsia="zh-CN"/>
        </w:rPr>
        <w:t>D</w:t>
      </w:r>
      <w:r>
        <w:rPr>
          <w:rFonts w:ascii="SimSun" w:eastAsia="SimSun" w:hAnsi="SimSun" w:cs="SimSun"/>
          <w:color w:val="000000"/>
          <w:lang w:eastAsia="zh-CN"/>
        </w:rPr>
        <w:t>收费出口，</w:t>
      </w:r>
      <w:r>
        <w:rPr>
          <w:rFonts w:ascii="Times New Roman" w:eastAsia="Times New Roman" w:hAnsi="Times New Roman" w:cs="Times New Roman"/>
          <w:i/>
          <w:color w:val="000000"/>
          <w:lang w:eastAsia="zh-CN"/>
        </w:rPr>
        <w:t>C</w:t>
      </w:r>
      <w:r>
        <w:rPr>
          <w:rFonts w:ascii="SimSun" w:eastAsia="SimSun" w:hAnsi="SimSun" w:cs="SimSun"/>
          <w:color w:val="000000"/>
          <w:lang w:eastAsia="zh-CN"/>
        </w:rPr>
        <w:t>收费出口少于</w:t>
      </w:r>
      <w:r>
        <w:rPr>
          <w:rFonts w:ascii="Times New Roman" w:eastAsia="Times New Roman" w:hAnsi="Times New Roman" w:cs="Times New Roman"/>
          <w:i/>
          <w:color w:val="000000"/>
          <w:lang w:eastAsia="zh-CN"/>
        </w:rPr>
        <w:t>E</w:t>
      </w:r>
      <w:r>
        <w:rPr>
          <w:rFonts w:ascii="SimSun" w:eastAsia="SimSun" w:hAnsi="SimSun" w:cs="SimSun"/>
          <w:color w:val="000000"/>
          <w:lang w:eastAsia="zh-CN"/>
        </w:rPr>
        <w:t>收费出口，</w:t>
      </w:r>
      <w:r>
        <w:rPr>
          <w:rFonts w:ascii="Times New Roman" w:eastAsia="Times New Roman" w:hAnsi="Times New Roman" w:cs="Times New Roman"/>
          <w:i/>
          <w:color w:val="000000"/>
          <w:lang w:eastAsia="zh-CN"/>
        </w:rPr>
        <w:t>E</w:t>
      </w:r>
      <w:r>
        <w:rPr>
          <w:rFonts w:ascii="SimSun" w:eastAsia="SimSun" w:hAnsi="SimSun" w:cs="SimSun"/>
          <w:color w:val="000000"/>
          <w:lang w:eastAsia="zh-CN"/>
        </w:rPr>
        <w:t>收费出口少于</w:t>
      </w:r>
      <w:r>
        <w:rPr>
          <w:rFonts w:ascii="Times New Roman" w:eastAsia="Times New Roman" w:hAnsi="Times New Roman" w:cs="Times New Roman"/>
          <w:i/>
          <w:color w:val="000000"/>
          <w:lang w:eastAsia="zh-CN"/>
        </w:rPr>
        <w:t>B</w:t>
      </w:r>
      <w:r>
        <w:rPr>
          <w:rFonts w:ascii="SimSun" w:eastAsia="SimSun" w:hAnsi="SimSun" w:cs="SimSun"/>
          <w:color w:val="000000"/>
          <w:lang w:eastAsia="zh-CN"/>
        </w:rPr>
        <w:t>收费出口，</w:t>
      </w:r>
    </w:p>
    <w:p w14:paraId="08417B7C"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∴在</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w:t>
      </w:r>
      <w:r>
        <w:rPr>
          <w:rFonts w:ascii="Times New Roman" w:eastAsia="Times New Roman" w:hAnsi="Times New Roman" w:cs="Times New Roman"/>
          <w:i/>
          <w:color w:val="000000"/>
          <w:lang w:eastAsia="zh-CN"/>
        </w:rPr>
        <w:t>D</w:t>
      </w:r>
      <w:r>
        <w:rPr>
          <w:rFonts w:ascii="SimSun" w:eastAsia="SimSun" w:hAnsi="SimSun" w:cs="SimSun"/>
          <w:color w:val="000000"/>
          <w:lang w:eastAsia="zh-CN"/>
        </w:rPr>
        <w:t>，</w:t>
      </w:r>
      <w:r>
        <w:rPr>
          <w:rFonts w:ascii="Times New Roman" w:eastAsia="Times New Roman" w:hAnsi="Times New Roman" w:cs="Times New Roman"/>
          <w:i/>
          <w:color w:val="000000"/>
          <w:lang w:eastAsia="zh-CN"/>
        </w:rPr>
        <w:t>E</w:t>
      </w:r>
      <w:r>
        <w:rPr>
          <w:rFonts w:ascii="SimSun" w:eastAsia="SimSun" w:hAnsi="SimSun" w:cs="SimSun"/>
          <w:color w:val="000000"/>
          <w:lang w:eastAsia="zh-CN"/>
        </w:rPr>
        <w:t>五个收费出口中，每</w:t>
      </w:r>
      <w:r>
        <w:rPr>
          <w:rFonts w:ascii="Times New Roman" w:eastAsia="Times New Roman" w:hAnsi="Times New Roman" w:cs="Times New Roman"/>
          <w:color w:val="000000"/>
          <w:lang w:eastAsia="zh-CN"/>
        </w:rPr>
        <w:t>10</w:t>
      </w:r>
      <w:r>
        <w:rPr>
          <w:rFonts w:ascii="SimSun" w:eastAsia="SimSun" w:hAnsi="SimSun" w:cs="SimSun"/>
          <w:color w:val="000000"/>
          <w:lang w:eastAsia="zh-CN"/>
        </w:rPr>
        <w:t>分钟通过小客车数量最多的收费出口编号是</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p>
    <w:p w14:paraId="532AFF77"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i/>
          <w:color w:val="000000"/>
          <w:lang w:eastAsia="zh-CN"/>
        </w:rPr>
        <w:t>B</w:t>
      </w:r>
    </w:p>
    <w:p w14:paraId="339753A5"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本题主要考查统计表和不等式的基本性质，正确的理解题意是解题的关键．</w:t>
      </w:r>
    </w:p>
    <w:p w14:paraId="4F70AB7F" w14:textId="77777777" w:rsidR="008113A1" w:rsidRDefault="00000000">
      <w:pPr>
        <w:spacing w:line="285" w:lineRule="auto"/>
        <w:jc w:val="both"/>
        <w:textAlignment w:val="center"/>
        <w:rPr>
          <w:color w:val="000000"/>
          <w:lang w:eastAsia="zh-CN"/>
        </w:rPr>
      </w:pPr>
      <w:r>
        <w:rPr>
          <w:rFonts w:ascii="SimSun" w:eastAsia="SimSun" w:hAnsi="SimSun" w:cs="SimSun"/>
          <w:b/>
          <w:color w:val="000000"/>
          <w:sz w:val="24"/>
          <w:lang w:eastAsia="zh-CN"/>
        </w:rPr>
        <w:t>三、解答题（本大题共</w:t>
      </w:r>
      <w:r>
        <w:rPr>
          <w:rFonts w:ascii="Times New Roman" w:eastAsia="Times New Roman" w:hAnsi="Times New Roman" w:cs="Times New Roman"/>
          <w:b/>
          <w:color w:val="000000"/>
          <w:sz w:val="24"/>
          <w:lang w:eastAsia="zh-CN"/>
        </w:rPr>
        <w:t>12</w:t>
      </w:r>
      <w:r>
        <w:rPr>
          <w:rFonts w:ascii="SimSun" w:eastAsia="SimSun" w:hAnsi="SimSun" w:cs="SimSun"/>
          <w:b/>
          <w:color w:val="000000"/>
          <w:sz w:val="24"/>
          <w:lang w:eastAsia="zh-CN"/>
        </w:rPr>
        <w:t>个小题，共</w:t>
      </w:r>
      <w:r>
        <w:rPr>
          <w:rFonts w:ascii="Times New Roman" w:eastAsia="Times New Roman" w:hAnsi="Times New Roman" w:cs="Times New Roman"/>
          <w:b/>
          <w:color w:val="000000"/>
          <w:sz w:val="24"/>
          <w:lang w:eastAsia="zh-CN"/>
        </w:rPr>
        <w:t>68</w:t>
      </w:r>
      <w:r>
        <w:rPr>
          <w:rFonts w:ascii="SimSun" w:eastAsia="SimSun" w:hAnsi="SimSun" w:cs="SimSun"/>
          <w:b/>
          <w:color w:val="000000"/>
          <w:sz w:val="24"/>
          <w:lang w:eastAsia="zh-CN"/>
        </w:rPr>
        <w:t>分．解答应写出文字说明，证明过程或演算步骤）</w:t>
      </w:r>
    </w:p>
    <w:p w14:paraId="306FF6B6" w14:textId="77777777" w:rsidR="008113A1" w:rsidRDefault="00000000">
      <w:pPr>
        <w:spacing w:line="360" w:lineRule="auto"/>
        <w:textAlignment w:val="center"/>
        <w:rPr>
          <w:color w:val="000000"/>
          <w:lang w:eastAsia="zh-CN"/>
        </w:rPr>
      </w:pPr>
      <w:r>
        <w:rPr>
          <w:color w:val="000000"/>
          <w:lang w:eastAsia="zh-CN"/>
        </w:rPr>
        <w:t>17</w:t>
      </w:r>
      <w:r>
        <w:rPr>
          <w:noProof/>
          <w:color w:val="000000"/>
          <w:position w:val="-22"/>
        </w:rPr>
        <w:drawing>
          <wp:inline distT="0" distB="0" distL="114300" distR="114300" wp14:anchorId="5EAD66EC" wp14:editId="3D524520">
            <wp:extent cx="31750" cy="88900"/>
            <wp:effectExtent l="0" t="0" r="0" b="0"/>
            <wp:docPr id="4267" name="图片 874713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8" name="图片 874713719"/>
                    <pic:cNvPicPr>
                      <a:picLocks noChangeAspect="1"/>
                    </pic:cNvPicPr>
                  </pic:nvPicPr>
                  <pic:blipFill>
                    <a:blip r:embed="rId175"/>
                    <a:stretch>
                      <a:fillRect/>
                    </a:stretch>
                  </pic:blipFill>
                  <pic:spPr>
                    <a:xfrm>
                      <a:off x="0" y="0"/>
                      <a:ext cx="31750" cy="88900"/>
                    </a:xfrm>
                    <a:prstGeom prst="rect">
                      <a:avLst/>
                    </a:prstGeom>
                  </pic:spPr>
                </pic:pic>
              </a:graphicData>
            </a:graphic>
          </wp:inline>
        </w:drawing>
      </w:r>
      <w:r>
        <w:rPr>
          <w:color w:val="000000"/>
          <w:lang w:eastAsia="zh-CN"/>
        </w:rPr>
        <w:t xml:space="preserve"> </w:t>
      </w:r>
      <w:r>
        <w:rPr>
          <w:rFonts w:ascii="SimSun" w:eastAsia="SimSun" w:hAnsi="SimSun" w:cs="SimSun"/>
          <w:color w:val="000000"/>
          <w:lang w:eastAsia="zh-CN"/>
        </w:rPr>
        <w:t>计算：</w:t>
      </w:r>
      <w:r>
        <w:pict w14:anchorId="5AF6A644">
          <v:shape id="_x0000_i1324" type="#_x0000_t75" alt="学科网(www.zxxk.com)--教育资源门户，提供试卷、教案、课件、论文、素材以及各类教学资源下载，还有大量而丰富的教学相关资讯！" style="width:124.3pt;height:19.7pt">
            <v:imagedata r:id="rId176" o:title="eqId4c63c1f1322aed5b720bd0273a2f0d6a"/>
          </v:shape>
        </w:pict>
      </w:r>
    </w:p>
    <w:p w14:paraId="3F09DD73" w14:textId="77777777" w:rsidR="008113A1" w:rsidRDefault="00000000">
      <w:pPr>
        <w:spacing w:line="360" w:lineRule="auto"/>
        <w:textAlignment w:val="center"/>
        <w:rPr>
          <w:color w:val="000000"/>
          <w:lang w:eastAsia="zh-CN"/>
        </w:rPr>
      </w:pPr>
      <w:r>
        <w:rPr>
          <w:color w:val="2E75B6"/>
          <w:lang w:eastAsia="zh-CN"/>
        </w:rPr>
        <w:lastRenderedPageBreak/>
        <w:t>【答案】</w:t>
      </w:r>
      <w:r>
        <w:pict w14:anchorId="6D18EEC9">
          <v:shape id="_x0000_i1325" type="#_x0000_t75" alt="学科网(www.zxxk.com)--教育资源门户，提供试卷、教案、课件、论文、素材以及各类教学资源下载，还有大量而丰富的教学相关资讯！" style="width:21.75pt;height:14.25pt">
            <v:imagedata r:id="rId177" o:title="eqId2671ff440b9cdd3614f941c566287ff5"/>
          </v:shape>
        </w:pict>
      </w:r>
    </w:p>
    <w:p w14:paraId="012FAE37" w14:textId="77777777" w:rsidR="008113A1" w:rsidRDefault="00000000">
      <w:pPr>
        <w:spacing w:line="360" w:lineRule="auto"/>
        <w:textAlignment w:val="center"/>
        <w:rPr>
          <w:color w:val="000000"/>
          <w:lang w:eastAsia="zh-CN"/>
        </w:rPr>
      </w:pPr>
      <w:r>
        <w:rPr>
          <w:color w:val="2E75B6"/>
          <w:lang w:eastAsia="zh-CN"/>
        </w:rPr>
        <w:t>【解析】</w:t>
      </w:r>
    </w:p>
    <w:p w14:paraId="1D3B2F8D" w14:textId="77777777" w:rsidR="008113A1" w:rsidRDefault="00000000">
      <w:pPr>
        <w:spacing w:line="360" w:lineRule="auto"/>
        <w:textAlignment w:val="center"/>
        <w:rPr>
          <w:color w:val="000000"/>
        </w:rPr>
      </w:pPr>
      <w:r>
        <w:rPr>
          <w:color w:val="000000"/>
        </w:rPr>
        <w:t>【</w:t>
      </w:r>
      <w:proofErr w:type="spellStart"/>
      <w:r>
        <w:rPr>
          <w:color w:val="000000"/>
        </w:rPr>
        <w:t>详解】</w:t>
      </w:r>
      <w:r>
        <w:rPr>
          <w:rFonts w:ascii="SimSun" w:eastAsia="SimSun" w:hAnsi="SimSun" w:cs="SimSun"/>
          <w:color w:val="000000"/>
        </w:rPr>
        <w:t>解：原式</w:t>
      </w:r>
      <w:proofErr w:type="spellEnd"/>
      <w:r>
        <w:pict w14:anchorId="2D7831A4">
          <v:shape id="_x0000_i1326" type="#_x0000_t75" alt="学科网(www.zxxk.com)--教育资源门户，提供试卷、教案、课件、论文、素材以及各类教学资源下载，还有大量而丰富的教学相关资讯！" style="width:99.85pt;height:13.6pt">
            <v:imagedata r:id="rId178" o:title="eqId4c20cc06b7462ceac3f29dd40cad06bc"/>
          </v:shape>
        </w:pict>
      </w:r>
    </w:p>
    <w:p w14:paraId="00EB3507" w14:textId="77777777" w:rsidR="008113A1" w:rsidRDefault="00000000">
      <w:pPr>
        <w:spacing w:line="360" w:lineRule="auto"/>
        <w:textAlignment w:val="center"/>
        <w:rPr>
          <w:color w:val="000000"/>
        </w:rPr>
      </w:pPr>
      <w:r>
        <w:pict w14:anchorId="1C4ADCFE">
          <v:shape id="_x0000_i1327" type="#_x0000_t75" alt="学科网(www.zxxk.com)--教育资源门户，提供试卷、教案、课件、论文、素材以及各类教学资源下载，还有大量而丰富的教学相关资讯！" style="width:118.2pt;height:19.7pt">
            <v:imagedata r:id="rId179" o:title="eqId31178e8f3233da1f8c23589c725eaf74"/>
          </v:shape>
        </w:pict>
      </w:r>
    </w:p>
    <w:p w14:paraId="27824A9C" w14:textId="77777777" w:rsidR="008113A1" w:rsidRDefault="00000000">
      <w:pPr>
        <w:spacing w:line="360" w:lineRule="auto"/>
        <w:textAlignment w:val="center"/>
        <w:rPr>
          <w:color w:val="000000"/>
        </w:rPr>
      </w:pPr>
      <w:r>
        <w:pict w14:anchorId="778CD7FD">
          <v:shape id="_x0000_i1328" type="#_x0000_t75" alt="学科网(www.zxxk.com)--教育资源门户，提供试卷、教案、课件、论文、素材以及各类教学资源下载，还有大量而丰富的教学相关资讯！" style="width:46.2pt;height:13.6pt">
            <v:imagedata r:id="rId180" o:title="eqId4ed36f92098ba0370d34432d6a5d19be"/>
          </v:shape>
        </w:pict>
      </w:r>
    </w:p>
    <w:p w14:paraId="4C541E97" w14:textId="77777777" w:rsidR="008113A1" w:rsidRDefault="00000000">
      <w:pPr>
        <w:spacing w:line="360" w:lineRule="auto"/>
        <w:textAlignment w:val="center"/>
        <w:rPr>
          <w:color w:val="000000"/>
          <w:lang w:eastAsia="zh-CN"/>
        </w:rPr>
      </w:pPr>
      <w:r>
        <w:pict w14:anchorId="4661B166">
          <v:shape id="_x0000_i1329" type="#_x0000_t75" alt="学科网(www.zxxk.com)--教育资源门户，提供试卷、教案、课件、论文、素材以及各类教学资源下载，还有大量而丰富的教学相关资讯！" style="width:31.9pt;height:14.25pt">
            <v:imagedata r:id="rId181" o:title="eqId0c7945d2a6bbaa2158db9930bae2e801"/>
          </v:shape>
        </w:pict>
      </w:r>
      <w:r>
        <w:rPr>
          <w:rFonts w:ascii="SimSun" w:eastAsia="SimSun" w:hAnsi="SimSun" w:cs="SimSun"/>
          <w:color w:val="000000"/>
          <w:lang w:eastAsia="zh-CN"/>
        </w:rPr>
        <w:t>．</w:t>
      </w:r>
    </w:p>
    <w:p w14:paraId="123C1CB8"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本题主要考查了有理数的加减混合运算，解题的关键是熟练掌握有理数的加减混合运算法则．加法交换律和结合律在有理数范围依旧适用．</w:t>
      </w:r>
    </w:p>
    <w:p w14:paraId="27268C79" w14:textId="77777777" w:rsidR="008113A1" w:rsidRDefault="00000000">
      <w:pPr>
        <w:pStyle w:val="Heading2"/>
        <w:rPr>
          <w:lang w:eastAsia="zh-CN"/>
        </w:rPr>
      </w:pPr>
      <w:bookmarkStart w:id="18" w:name="_Toc235460035"/>
      <w:r>
        <w:rPr>
          <w:lang w:eastAsia="zh-CN"/>
        </w:rPr>
        <w:t>房山区</w:t>
      </w:r>
      <w:bookmarkEnd w:id="18"/>
    </w:p>
    <w:p w14:paraId="0CE7B854" w14:textId="77777777" w:rsidR="008113A1" w:rsidRDefault="00000000">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长阳</w:t>
      </w:r>
      <w:r>
        <w:pict w14:anchorId="435AC829">
          <v:shape id="_x0000_i1330" type="#_x0000_t75" alt="学科网(www.zxxk.com)--教育资源门户，提供试卷、教案、课件、论文、素材以及各类教学资源下载，还有大量而丰富的教学相关资讯！" style="width:43.45pt;height:13.6pt">
            <v:imagedata r:id="rId182" o:title="eqId0db3adcd6c3654dd7b196e8e02c739aa"/>
          </v:shape>
        </w:pict>
      </w:r>
      <w:r>
        <w:rPr>
          <w:rFonts w:ascii="SimSun" w:eastAsia="SimSun" w:hAnsi="SimSun" w:cs="SimSun"/>
          <w:color w:val="000000"/>
          <w:lang w:eastAsia="zh-CN"/>
        </w:rPr>
        <w:t>音乐节在</w:t>
      </w:r>
      <w:r>
        <w:rPr>
          <w:rFonts w:ascii="Times New Roman" w:eastAsia="Times New Roman" w:hAnsi="Times New Roman" w:cs="Times New Roman"/>
          <w:color w:val="000000"/>
          <w:lang w:eastAsia="zh-CN"/>
        </w:rPr>
        <w:t>10</w:t>
      </w:r>
      <w:r>
        <w:rPr>
          <w:rFonts w:ascii="SimSun" w:eastAsia="SimSun" w:hAnsi="SimSun" w:cs="SimSun"/>
          <w:color w:val="000000"/>
          <w:lang w:eastAsia="zh-CN"/>
        </w:rPr>
        <w:t>月</w:t>
      </w:r>
      <w:r>
        <w:rPr>
          <w:rFonts w:ascii="Times New Roman" w:eastAsia="Times New Roman" w:hAnsi="Times New Roman" w:cs="Times New Roman"/>
          <w:color w:val="000000"/>
          <w:lang w:eastAsia="zh-CN"/>
        </w:rPr>
        <w:t>2</w:t>
      </w:r>
      <w:r>
        <w:rPr>
          <w:rFonts w:ascii="SimSun" w:eastAsia="SimSun" w:hAnsi="SimSun" w:cs="SimSun"/>
          <w:color w:val="000000"/>
          <w:lang w:eastAsia="zh-CN"/>
        </w:rPr>
        <w:t>日和</w:t>
      </w:r>
      <w:r>
        <w:rPr>
          <w:rFonts w:ascii="Times New Roman" w:eastAsia="Times New Roman" w:hAnsi="Times New Roman" w:cs="Times New Roman"/>
          <w:color w:val="000000"/>
          <w:lang w:eastAsia="zh-CN"/>
        </w:rPr>
        <w:t>6</w:t>
      </w:r>
      <w:r>
        <w:rPr>
          <w:rFonts w:ascii="SimSun" w:eastAsia="SimSun" w:hAnsi="SimSun" w:cs="SimSun"/>
          <w:color w:val="000000"/>
          <w:lang w:eastAsia="zh-CN"/>
        </w:rPr>
        <w:t>日成功举办，为打造房山形象，特招募了一批志愿者参与服务工作，帮助维持现场秩序．某志愿服务站点有</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pict w14:anchorId="0CDFBE54">
          <v:shape id="_x0000_i1331" type="#_x0000_t75" alt="学科网(www.zxxk.com)--教育资源门户，提供试卷、教案、课件、论文、素材以及各类教学资源下载，还有大量而丰富的教学相关资讯！" style="width:9.5pt;height:10.2pt">
            <v:imagedata r:id="rId130" o:title="eqId7f9e8449aad35c5d840a3395ea86df6d"/>
          </v:shape>
        </w:pict>
      </w:r>
      <w:r>
        <w:rPr>
          <w:rFonts w:ascii="SimSun" w:eastAsia="SimSun" w:hAnsi="SimSun" w:cs="SimSun"/>
          <w:color w:val="000000"/>
          <w:lang w:eastAsia="zh-CN"/>
        </w:rPr>
        <w:t>，</w:t>
      </w:r>
      <w:r>
        <w:pict w14:anchorId="4508FF72">
          <v:shape id="_x0000_i1332" type="#_x0000_t75" alt="学科网(www.zxxk.com)--教育资源门户，提供试卷、教案、课件、论文、素材以及各类教学资源下载，还有大量而丰富的教学相关资讯！" style="width:12.25pt;height:14.25pt">
            <v:imagedata r:id="rId165" o:title="eqIdc5db41a1f31d6baee7c69990811edb9f"/>
          </v:shape>
        </w:pict>
      </w:r>
      <w:r>
        <w:rPr>
          <w:rFonts w:ascii="SimSun" w:eastAsia="SimSun" w:hAnsi="SimSun" w:cs="SimSun"/>
          <w:color w:val="000000"/>
          <w:lang w:eastAsia="zh-CN"/>
        </w:rPr>
        <w:t>，</w:t>
      </w:r>
      <w:r>
        <w:pict w14:anchorId="7D6E4475">
          <v:shape id="_x0000_i1333" type="#_x0000_t75" alt="学科网(www.zxxk.com)--教育资源门户，提供试卷、教案、课件、论文、素材以及各类教学资源下载，还有大量而丰富的教学相关资讯！" style="width:11.55pt;height:11.55pt">
            <v:imagedata r:id="rId183" o:title="eqId8455657dde27aabe6adb7b188e031c11"/>
          </v:shape>
        </w:pict>
      </w:r>
      <w:r>
        <w:rPr>
          <w:rFonts w:ascii="SimSun" w:eastAsia="SimSun" w:hAnsi="SimSun" w:cs="SimSun"/>
          <w:color w:val="000000"/>
          <w:lang w:eastAsia="zh-CN"/>
        </w:rPr>
        <w:t>四名志愿者，某一天每人可参与服务时间段如下表所示：</w:t>
      </w:r>
    </w:p>
    <w:tbl>
      <w:tblPr>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695"/>
        <w:gridCol w:w="2325"/>
        <w:gridCol w:w="2325"/>
      </w:tblGrid>
      <w:tr w:rsidR="008113A1" w14:paraId="6035C070" w14:textId="77777777">
        <w:trPr>
          <w:trHeight w:val="24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620713" w14:textId="77777777" w:rsidR="008113A1" w:rsidRDefault="00000000">
            <w:pPr>
              <w:spacing w:line="360" w:lineRule="auto"/>
              <w:jc w:val="center"/>
              <w:textAlignment w:val="center"/>
              <w:rPr>
                <w:color w:val="000000"/>
              </w:rPr>
            </w:pPr>
            <w:proofErr w:type="spellStart"/>
            <w:r>
              <w:rPr>
                <w:rFonts w:ascii="SimSun" w:eastAsia="SimSun" w:hAnsi="SimSun" w:cs="SimSun"/>
                <w:color w:val="000000"/>
              </w:rPr>
              <w:t>志愿者</w:t>
            </w:r>
            <w:proofErr w:type="spellEnd"/>
          </w:p>
        </w:tc>
        <w:tc>
          <w:tcPr>
            <w:tcW w:w="23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7B61BF2" w14:textId="77777777" w:rsidR="008113A1" w:rsidRDefault="00000000">
            <w:pPr>
              <w:spacing w:line="360" w:lineRule="auto"/>
              <w:jc w:val="center"/>
              <w:textAlignment w:val="center"/>
              <w:rPr>
                <w:color w:val="000000"/>
              </w:rPr>
            </w:pPr>
            <w:r>
              <w:rPr>
                <w:rFonts w:ascii="SimSun" w:eastAsia="SimSun" w:hAnsi="SimSun" w:cs="SimSun"/>
                <w:color w:val="000000"/>
              </w:rPr>
              <w:t>服务时段</w:t>
            </w:r>
            <w:r>
              <w:rPr>
                <w:rFonts w:ascii="Times New Roman" w:eastAsia="Times New Roman" w:hAnsi="Times New Roman" w:cs="Times New Roman"/>
                <w:color w:val="000000"/>
              </w:rPr>
              <w:t>1</w:t>
            </w:r>
          </w:p>
        </w:tc>
        <w:tc>
          <w:tcPr>
            <w:tcW w:w="23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5B0E06" w14:textId="77777777" w:rsidR="008113A1" w:rsidRDefault="00000000">
            <w:pPr>
              <w:spacing w:line="360" w:lineRule="auto"/>
              <w:jc w:val="center"/>
              <w:textAlignment w:val="center"/>
              <w:rPr>
                <w:color w:val="000000"/>
              </w:rPr>
            </w:pPr>
            <w:r>
              <w:rPr>
                <w:rFonts w:ascii="SimSun" w:eastAsia="SimSun" w:hAnsi="SimSun" w:cs="SimSun"/>
                <w:color w:val="000000"/>
              </w:rPr>
              <w:t>服务时段</w:t>
            </w:r>
            <w:r>
              <w:rPr>
                <w:rFonts w:ascii="Times New Roman" w:eastAsia="Times New Roman" w:hAnsi="Times New Roman" w:cs="Times New Roman"/>
                <w:color w:val="000000"/>
              </w:rPr>
              <w:t>2</w:t>
            </w:r>
          </w:p>
        </w:tc>
      </w:tr>
      <w:tr w:rsidR="008113A1" w14:paraId="59657DD6" w14:textId="77777777">
        <w:trPr>
          <w:trHeight w:val="24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2474BD" w14:textId="77777777" w:rsidR="008113A1" w:rsidRDefault="00000000">
            <w:pPr>
              <w:spacing w:line="360" w:lineRule="auto"/>
              <w:jc w:val="center"/>
              <w:textAlignment w:val="center"/>
              <w:rPr>
                <w:color w:val="000000"/>
              </w:rPr>
            </w:pPr>
            <w:r>
              <w:rPr>
                <w:rFonts w:ascii="Times New Roman" w:eastAsia="Times New Roman" w:hAnsi="Times New Roman" w:cs="Times New Roman"/>
                <w:i/>
                <w:color w:val="000000"/>
              </w:rPr>
              <w:t>A</w:t>
            </w:r>
          </w:p>
        </w:tc>
        <w:tc>
          <w:tcPr>
            <w:tcW w:w="23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9F274A" w14:textId="77777777" w:rsidR="008113A1" w:rsidRDefault="00000000">
            <w:pPr>
              <w:spacing w:line="360" w:lineRule="auto"/>
              <w:jc w:val="center"/>
              <w:textAlignment w:val="center"/>
              <w:rPr>
                <w:color w:val="000000"/>
              </w:rPr>
            </w:pPr>
            <w:r>
              <w:pict w14:anchorId="3943BCF7">
                <v:shape id="_x0000_i1334" type="#_x0000_t75" alt="学科网(www.zxxk.com)--教育资源门户，提供试卷、教案、课件、论文、素材以及各类教学资源下载，还有大量而丰富的教学相关资讯！" style="width:1in;height:13.6pt">
                  <v:imagedata r:id="rId184" o:title="eqId418a7a84f12a1ab66190c371d708404e"/>
                </v:shape>
              </w:pict>
            </w:r>
          </w:p>
        </w:tc>
        <w:tc>
          <w:tcPr>
            <w:tcW w:w="23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2BC434" w14:textId="77777777" w:rsidR="008113A1" w:rsidRDefault="00000000">
            <w:pPr>
              <w:spacing w:line="360" w:lineRule="auto"/>
              <w:jc w:val="center"/>
              <w:textAlignment w:val="center"/>
              <w:rPr>
                <w:color w:val="000000"/>
              </w:rPr>
            </w:pPr>
            <w:r>
              <w:pict w14:anchorId="6C1104E3">
                <v:shape id="_x0000_i1335" type="#_x0000_t75" alt="学科网(www.zxxk.com)--教育资源门户，提供试卷、教案、课件、论文、素材以及各类教学资源下载，还有大量而丰富的教学相关资讯！" style="width:73.35pt;height:13.6pt">
                  <v:imagedata r:id="rId185" o:title="eqIddf147f4c06d12cef7914ddbed57b834d"/>
                </v:shape>
              </w:pict>
            </w:r>
          </w:p>
        </w:tc>
      </w:tr>
      <w:tr w:rsidR="008113A1" w14:paraId="6128FCCE" w14:textId="77777777">
        <w:trPr>
          <w:trHeight w:val="24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996D16" w14:textId="77777777" w:rsidR="008113A1" w:rsidRDefault="00000000">
            <w:pPr>
              <w:spacing w:line="360" w:lineRule="auto"/>
              <w:jc w:val="center"/>
              <w:textAlignment w:val="center"/>
              <w:rPr>
                <w:color w:val="000000"/>
              </w:rPr>
            </w:pPr>
            <w:r>
              <w:pict w14:anchorId="1355053A">
                <v:shape id="_x0000_i1336" type="#_x0000_t75" alt="学科网(www.zxxk.com)--教育资源门户，提供试卷、教案、课件、论文、素材以及各类教学资源下载，还有大量而丰富的教学相关资讯！" style="width:9.5pt;height:10.2pt">
                  <v:imagedata r:id="rId130" o:title="eqId7f9e8449aad35c5d840a3395ea86df6d"/>
                </v:shape>
              </w:pict>
            </w:r>
          </w:p>
        </w:tc>
        <w:tc>
          <w:tcPr>
            <w:tcW w:w="23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704AB0" w14:textId="77777777" w:rsidR="008113A1" w:rsidRDefault="00000000">
            <w:pPr>
              <w:spacing w:line="360" w:lineRule="auto"/>
              <w:jc w:val="center"/>
              <w:textAlignment w:val="center"/>
              <w:rPr>
                <w:color w:val="000000"/>
              </w:rPr>
            </w:pPr>
            <w:r>
              <w:pict w14:anchorId="65A48650">
                <v:shape id="_x0000_i1337" type="#_x0000_t75" alt="学科网(www.zxxk.com)--教育资源门户，提供试卷、教案、课件、论文、素材以及各类教学资源下载，还有大量而丰富的教学相关资讯！" style="width:73.35pt;height:13.6pt">
                  <v:imagedata r:id="rId186" o:title="eqId09c45a33ee503dd18537e2bdee2b9c91"/>
                </v:shape>
              </w:pict>
            </w:r>
          </w:p>
        </w:tc>
        <w:tc>
          <w:tcPr>
            <w:tcW w:w="23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785105" w14:textId="77777777" w:rsidR="008113A1" w:rsidRDefault="00000000">
            <w:pPr>
              <w:spacing w:line="360" w:lineRule="auto"/>
              <w:jc w:val="center"/>
              <w:textAlignment w:val="center"/>
              <w:rPr>
                <w:color w:val="000000"/>
              </w:rPr>
            </w:pPr>
            <w:r>
              <w:pict w14:anchorId="590A0691">
                <v:shape id="_x0000_i1338" type="#_x0000_t75" alt="学科网(www.zxxk.com)--教育资源门户，提供试卷、教案、课件、论文、素材以及各类教学资源下载，还有大量而丰富的教学相关资讯！" style="width:74.05pt;height:13.6pt">
                  <v:imagedata r:id="rId187" o:title="eqId65315a581f2ebf22df7a86761712712d"/>
                </v:shape>
              </w:pict>
            </w:r>
          </w:p>
        </w:tc>
      </w:tr>
      <w:tr w:rsidR="008113A1" w14:paraId="5B59A843" w14:textId="77777777">
        <w:trPr>
          <w:trHeight w:val="24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775C59" w14:textId="77777777" w:rsidR="008113A1" w:rsidRDefault="00000000">
            <w:pPr>
              <w:spacing w:line="360" w:lineRule="auto"/>
              <w:jc w:val="center"/>
              <w:textAlignment w:val="center"/>
              <w:rPr>
                <w:color w:val="000000"/>
              </w:rPr>
            </w:pPr>
            <w:r>
              <w:pict w14:anchorId="2D9ECC02">
                <v:shape id="_x0000_i1339" type="#_x0000_t75" alt="学科网(www.zxxk.com)--教育资源门户，提供试卷、教案、课件、论文、素材以及各类教学资源下载，还有大量而丰富的教学相关资讯！" style="width:12.25pt;height:14.25pt">
                  <v:imagedata r:id="rId165" o:title="eqIdc5db41a1f31d6baee7c69990811edb9f"/>
                </v:shape>
              </w:pict>
            </w:r>
          </w:p>
        </w:tc>
        <w:tc>
          <w:tcPr>
            <w:tcW w:w="23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902C1D" w14:textId="77777777" w:rsidR="008113A1" w:rsidRDefault="00000000">
            <w:pPr>
              <w:spacing w:line="360" w:lineRule="auto"/>
              <w:jc w:val="center"/>
              <w:textAlignment w:val="center"/>
              <w:rPr>
                <w:color w:val="000000"/>
              </w:rPr>
            </w:pPr>
            <w:r>
              <w:pict w14:anchorId="70162B4D">
                <v:shape id="_x0000_i1340" type="#_x0000_t75" alt="学科网(www.zxxk.com)--教育资源门户，提供试卷、教案、课件、论文、素材以及各类教学资源下载，还有大量而丰富的教学相关资讯！" style="width:73.35pt;height:13.6pt">
                  <v:imagedata r:id="rId188" o:title="eqIdf5fbd52d72d63f9022306696c6e33c3e"/>
                </v:shape>
              </w:pict>
            </w:r>
          </w:p>
        </w:tc>
        <w:tc>
          <w:tcPr>
            <w:tcW w:w="23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F9BC99" w14:textId="77777777" w:rsidR="008113A1" w:rsidRDefault="00000000">
            <w:pPr>
              <w:spacing w:line="360" w:lineRule="auto"/>
              <w:jc w:val="center"/>
              <w:textAlignment w:val="center"/>
              <w:rPr>
                <w:color w:val="000000"/>
              </w:rPr>
            </w:pPr>
            <w:r>
              <w:pict w14:anchorId="55A757A9">
                <v:shape id="_x0000_i1341" type="#_x0000_t75" alt="学科网(www.zxxk.com)--教育资源门户，提供试卷、教案、课件、论文、素材以及各类教学资源下载，还有大量而丰富的教学相关资讯！" style="width:74.7pt;height:13.6pt">
                  <v:imagedata r:id="rId189" o:title="eqId08d86da6f701e801829593fc6dd40f5f"/>
                </v:shape>
              </w:pict>
            </w:r>
          </w:p>
        </w:tc>
      </w:tr>
      <w:tr w:rsidR="008113A1" w14:paraId="06C1AE0E" w14:textId="77777777">
        <w:trPr>
          <w:trHeight w:val="24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990A14" w14:textId="77777777" w:rsidR="008113A1" w:rsidRDefault="00000000">
            <w:pPr>
              <w:spacing w:line="360" w:lineRule="auto"/>
              <w:jc w:val="center"/>
              <w:textAlignment w:val="center"/>
              <w:rPr>
                <w:color w:val="000000"/>
              </w:rPr>
            </w:pPr>
            <w:r>
              <w:pict w14:anchorId="6A06AB42">
                <v:shape id="_x0000_i1342" type="#_x0000_t75" alt="学科网(www.zxxk.com)--教育资源门户，提供试卷、教案、课件、论文、素材以及各类教学资源下载，还有大量而丰富的教学相关资讯！" style="width:11.55pt;height:11.55pt">
                  <v:imagedata r:id="rId183" o:title="eqId8455657dde27aabe6adb7b188e031c11"/>
                </v:shape>
              </w:pict>
            </w:r>
          </w:p>
        </w:tc>
        <w:tc>
          <w:tcPr>
            <w:tcW w:w="23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CC4380" w14:textId="77777777" w:rsidR="008113A1" w:rsidRDefault="00000000">
            <w:pPr>
              <w:spacing w:line="360" w:lineRule="auto"/>
              <w:jc w:val="center"/>
              <w:textAlignment w:val="center"/>
              <w:rPr>
                <w:color w:val="000000"/>
              </w:rPr>
            </w:pPr>
            <w:r>
              <w:pict w14:anchorId="28CF5D54">
                <v:shape id="_x0000_i1343" type="#_x0000_t75" alt="学科网(www.zxxk.com)--教育资源门户，提供试卷、教案、课件、论文、素材以及各类教学资源下载，还有大量而丰富的教学相关资讯！" style="width:73.35pt;height:13.6pt">
                  <v:imagedata r:id="rId190" o:title="eqId9cc36b74730052e94e512453ec6544b4"/>
                </v:shape>
              </w:pict>
            </w:r>
          </w:p>
        </w:tc>
        <w:tc>
          <w:tcPr>
            <w:tcW w:w="23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B114ED" w14:textId="77777777" w:rsidR="008113A1" w:rsidRDefault="00000000">
            <w:pPr>
              <w:spacing w:line="360" w:lineRule="auto"/>
              <w:jc w:val="center"/>
              <w:textAlignment w:val="center"/>
              <w:rPr>
                <w:color w:val="000000"/>
              </w:rPr>
            </w:pPr>
            <w:r>
              <w:pict w14:anchorId="2182DE8C">
                <v:shape id="_x0000_i1344" type="#_x0000_t75" alt="学科网(www.zxxk.com)--教育资源门户，提供试卷、教案、课件、论文、素材以及各类教学资源下载，还有大量而丰富的教学相关资讯！" style="width:73.35pt;height:13.6pt">
                  <v:imagedata r:id="rId191" o:title="eqIdcc53559646dbfde0c8dba7cb4a535552"/>
                </v:shape>
              </w:pict>
            </w:r>
          </w:p>
        </w:tc>
      </w:tr>
    </w:tbl>
    <w:p w14:paraId="4F3F013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已知每名志愿者一天至少要参加一个时间段的服务，任意时刻志愿服务站点同时最多需要</w:t>
      </w:r>
      <w:r>
        <w:rPr>
          <w:rFonts w:ascii="Times New Roman" w:eastAsia="Times New Roman" w:hAnsi="Times New Roman" w:cs="Times New Roman"/>
          <w:color w:val="000000"/>
          <w:lang w:eastAsia="zh-CN"/>
        </w:rPr>
        <w:t>2</w:t>
      </w:r>
      <w:r>
        <w:rPr>
          <w:rFonts w:ascii="SimSun" w:eastAsia="SimSun" w:hAnsi="SimSun" w:cs="SimSun"/>
          <w:color w:val="000000"/>
          <w:lang w:eastAsia="zh-CN"/>
        </w:rPr>
        <w:t>名志愿者服务，则该志愿服务站点这一天所有参与服务的志愿者的累计服务时间最短为</w:t>
      </w:r>
      <w:r>
        <w:rPr>
          <w:color w:val="000000"/>
          <w:lang w:eastAsia="zh-CN"/>
        </w:rPr>
        <w:t>________</w:t>
      </w:r>
      <w:r>
        <w:rPr>
          <w:rFonts w:ascii="SimSun" w:eastAsia="SimSun" w:hAnsi="SimSun" w:cs="SimSun"/>
          <w:color w:val="000000"/>
          <w:lang w:eastAsia="zh-CN"/>
        </w:rPr>
        <w:t>小时，最长为</w:t>
      </w:r>
      <w:r>
        <w:rPr>
          <w:color w:val="000000"/>
          <w:lang w:eastAsia="zh-CN"/>
        </w:rPr>
        <w:t>________</w:t>
      </w:r>
      <w:r>
        <w:rPr>
          <w:rFonts w:ascii="SimSun" w:eastAsia="SimSun" w:hAnsi="SimSun" w:cs="SimSun"/>
          <w:color w:val="000000"/>
          <w:lang w:eastAsia="zh-CN"/>
        </w:rPr>
        <w:t>小时（假设志愿者只要参与服务，就一定把相应时间段的任务全部完成）．</w:t>
      </w:r>
    </w:p>
    <w:p w14:paraId="3F1E6250" w14:textId="77777777" w:rsidR="008113A1" w:rsidRDefault="00000000">
      <w:pPr>
        <w:spacing w:line="360" w:lineRule="auto"/>
        <w:textAlignment w:val="center"/>
        <w:rPr>
          <w:color w:val="000000"/>
          <w:lang w:eastAsia="zh-CN"/>
        </w:rPr>
      </w:pPr>
      <w:r>
        <w:rPr>
          <w:color w:val="2E75B6"/>
          <w:lang w:eastAsia="zh-CN"/>
        </w:rPr>
        <w:lastRenderedPageBreak/>
        <w:t>【答案】</w:t>
      </w:r>
      <w:r>
        <w:rPr>
          <w:color w:val="000000"/>
          <w:lang w:eastAsia="zh-CN"/>
        </w:rPr>
        <w:t xml:space="preserve">    ①</w:t>
      </w:r>
      <w:r>
        <w:rPr>
          <w:noProof/>
          <w:color w:val="000000"/>
          <w:position w:val="-22"/>
        </w:rPr>
        <w:drawing>
          <wp:inline distT="0" distB="0" distL="114300" distR="114300" wp14:anchorId="1832AADA" wp14:editId="6AD138F2">
            <wp:extent cx="31750" cy="88900"/>
            <wp:effectExtent l="0" t="0" r="0" b="0"/>
            <wp:docPr id="4269" name="图片 1541572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0" name="图片 1541572459"/>
                    <pic:cNvPicPr>
                      <a:picLocks noChangeAspect="1"/>
                    </pic:cNvPicPr>
                  </pic:nvPicPr>
                  <pic:blipFill>
                    <a:blip r:embed="rId192"/>
                    <a:stretch>
                      <a:fillRect/>
                    </a:stretch>
                  </pic:blipFill>
                  <pic:spPr>
                    <a:xfrm>
                      <a:off x="0" y="0"/>
                      <a:ext cx="31750" cy="88900"/>
                    </a:xfrm>
                    <a:prstGeom prst="rect">
                      <a:avLst/>
                    </a:prstGeom>
                  </pic:spPr>
                </pic:pic>
              </a:graphicData>
            </a:graphic>
          </wp:inline>
        </w:drawing>
      </w:r>
      <w:r>
        <w:rPr>
          <w:color w:val="000000"/>
          <w:lang w:eastAsia="zh-CN"/>
        </w:rPr>
        <w:t xml:space="preserve"> </w:t>
      </w:r>
      <w:r>
        <w:rPr>
          <w:rFonts w:ascii="Times New Roman" w:eastAsia="Times New Roman" w:hAnsi="Times New Roman" w:cs="Times New Roman"/>
          <w:color w:val="000000"/>
          <w:lang w:eastAsia="zh-CN"/>
        </w:rPr>
        <w:t>6</w:t>
      </w:r>
      <w:r>
        <w:rPr>
          <w:color w:val="000000"/>
          <w:lang w:eastAsia="zh-CN"/>
        </w:rPr>
        <w:t xml:space="preserve">    ②. </w:t>
      </w:r>
      <w:r>
        <w:rPr>
          <w:rFonts w:ascii="Times New Roman" w:eastAsia="Times New Roman" w:hAnsi="Times New Roman" w:cs="Times New Roman"/>
          <w:color w:val="000000"/>
          <w:lang w:eastAsia="zh-CN"/>
        </w:rPr>
        <w:t>12.5</w:t>
      </w:r>
    </w:p>
    <w:p w14:paraId="0BAE6DE8" w14:textId="77777777" w:rsidR="008113A1" w:rsidRDefault="00000000">
      <w:pPr>
        <w:spacing w:line="360" w:lineRule="auto"/>
        <w:textAlignment w:val="center"/>
        <w:rPr>
          <w:color w:val="000000"/>
          <w:lang w:eastAsia="zh-CN"/>
        </w:rPr>
      </w:pPr>
      <w:r>
        <w:rPr>
          <w:color w:val="2E75B6"/>
          <w:lang w:eastAsia="zh-CN"/>
        </w:rPr>
        <w:t>【解析】</w:t>
      </w:r>
    </w:p>
    <w:p w14:paraId="3DBB24C3"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先列表表示时段</w:t>
      </w:r>
      <w:r>
        <w:rPr>
          <w:rFonts w:ascii="Times New Roman" w:eastAsia="Times New Roman" w:hAnsi="Times New Roman" w:cs="Times New Roman"/>
          <w:color w:val="000000"/>
          <w:lang w:eastAsia="zh-CN"/>
        </w:rPr>
        <w:t>1</w:t>
      </w:r>
      <w:r>
        <w:rPr>
          <w:rFonts w:ascii="SimSun" w:eastAsia="SimSun" w:hAnsi="SimSun" w:cs="SimSun"/>
          <w:color w:val="000000"/>
          <w:lang w:eastAsia="zh-CN"/>
        </w:rPr>
        <w:t>时间安排，时段</w:t>
      </w:r>
      <w:r>
        <w:rPr>
          <w:rFonts w:ascii="Times New Roman" w:eastAsia="Times New Roman" w:hAnsi="Times New Roman" w:cs="Times New Roman"/>
          <w:color w:val="000000"/>
          <w:lang w:eastAsia="zh-CN"/>
        </w:rPr>
        <w:t>2</w:t>
      </w:r>
      <w:r>
        <w:rPr>
          <w:rFonts w:ascii="SimSun" w:eastAsia="SimSun" w:hAnsi="SimSun" w:cs="SimSun"/>
          <w:color w:val="000000"/>
          <w:lang w:eastAsia="zh-CN"/>
        </w:rPr>
        <w:t>时间安排，再结合每名志愿者一天至少要参加一个时间段的服务，任意时刻同时最多需要</w:t>
      </w:r>
      <w:r>
        <w:rPr>
          <w:rFonts w:ascii="Times New Roman" w:eastAsia="Times New Roman" w:hAnsi="Times New Roman" w:cs="Times New Roman"/>
          <w:color w:val="000000"/>
          <w:lang w:eastAsia="zh-CN"/>
        </w:rPr>
        <w:t>2</w:t>
      </w:r>
      <w:r>
        <w:rPr>
          <w:rFonts w:ascii="SimSun" w:eastAsia="SimSun" w:hAnsi="SimSun" w:cs="SimSun"/>
          <w:color w:val="000000"/>
          <w:lang w:eastAsia="zh-CN"/>
        </w:rPr>
        <w:t>名志愿者服务，分析得出答案即可．</w:t>
      </w:r>
    </w:p>
    <w:p w14:paraId="4F7E319E"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解：服务时段1时间安排表，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95"/>
        <w:gridCol w:w="1689"/>
        <w:gridCol w:w="1706"/>
        <w:gridCol w:w="1689"/>
        <w:gridCol w:w="1689"/>
        <w:gridCol w:w="1712"/>
      </w:tblGrid>
      <w:tr w:rsidR="008113A1" w14:paraId="6C63DB66"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426001" w14:textId="77777777" w:rsidR="008113A1" w:rsidRDefault="008113A1">
            <w:pPr>
              <w:spacing w:line="360" w:lineRule="auto"/>
              <w:textAlignment w:val="center"/>
              <w:rPr>
                <w:color w:val="000000"/>
                <w:lang w:eastAsia="zh-CN"/>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869C588" w14:textId="77777777" w:rsidR="008113A1" w:rsidRDefault="00000000">
            <w:pPr>
              <w:spacing w:line="360" w:lineRule="auto"/>
              <w:textAlignment w:val="center"/>
              <w:rPr>
                <w:color w:val="000000"/>
              </w:rPr>
            </w:pPr>
            <w:r>
              <w:pict w14:anchorId="5129AA74">
                <v:shape id="_x0000_i1345" type="#_x0000_t75" alt="学科网(www.zxxk.com)--教育资源门户，提供试卷、教案、课件、论文、素材以及各类教学资源下载，还有大量而丰富的教学相关资讯！" style="width:74.05pt;height:13.6pt">
                  <v:imagedata r:id="rId193" o:title="eqId80c89a43f78dcf3bfcb68b9a51b5aa79"/>
                </v:shape>
              </w:pi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03250C" w14:textId="77777777" w:rsidR="008113A1" w:rsidRDefault="00000000">
            <w:pPr>
              <w:spacing w:line="360" w:lineRule="auto"/>
              <w:textAlignment w:val="center"/>
              <w:rPr>
                <w:color w:val="000000"/>
              </w:rPr>
            </w:pPr>
            <w:r>
              <w:pict w14:anchorId="09863602">
                <v:shape id="_x0000_i1346" type="#_x0000_t75" alt="学科网(www.zxxk.com)--教育资源门户，提供试卷、教案、课件、论文、素材以及各类教学资源下载，还有大量而丰富的教学相关资讯！" style="width:74.7pt;height:14.25pt">
                  <v:imagedata r:id="rId194" o:title="eqIdc65b7d328aaea4020cb96a0266aaf533"/>
                </v:shape>
              </w:pi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53497C6" w14:textId="77777777" w:rsidR="008113A1" w:rsidRDefault="00000000">
            <w:pPr>
              <w:spacing w:line="360" w:lineRule="auto"/>
              <w:textAlignment w:val="center"/>
              <w:rPr>
                <w:color w:val="000000"/>
              </w:rPr>
            </w:pPr>
            <w:r>
              <w:pict w14:anchorId="51E950BB">
                <v:shape id="_x0000_i1347" type="#_x0000_t75" alt="学科网(www.zxxk.com)--教育资源门户，提供试卷、教案、课件、论文、素材以及各类教学资源下载，还有大量而丰富的教学相关资讯！" style="width:74.05pt;height:13.6pt">
                  <v:imagedata r:id="rId195" o:title="eqId25be3e26a9fe87030624756f36645f97"/>
                </v:shape>
              </w:pi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B94C76" w14:textId="77777777" w:rsidR="008113A1" w:rsidRDefault="00000000">
            <w:pPr>
              <w:spacing w:line="360" w:lineRule="auto"/>
              <w:textAlignment w:val="center"/>
              <w:rPr>
                <w:color w:val="000000"/>
              </w:rPr>
            </w:pPr>
            <w:r>
              <w:pict w14:anchorId="3A2D0643">
                <v:shape id="_x0000_i1348" type="#_x0000_t75" alt="学科网(www.zxxk.com)--教育资源门户，提供试卷、教案、课件、论文、素材以及各类教学资源下载，还有大量而丰富的教学相关资讯！" style="width:74.05pt;height:13.6pt">
                  <v:imagedata r:id="rId196" o:title="eqId2e7c9a14213c6d1114bae504b20c6c0a"/>
                </v:shape>
              </w:pi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D96D9CA" w14:textId="77777777" w:rsidR="008113A1" w:rsidRDefault="00000000">
            <w:pPr>
              <w:spacing w:line="360" w:lineRule="auto"/>
              <w:textAlignment w:val="center"/>
              <w:rPr>
                <w:color w:val="000000"/>
              </w:rPr>
            </w:pPr>
            <w:r>
              <w:pict w14:anchorId="54AC2DDB">
                <v:shape id="_x0000_i1349" type="#_x0000_t75" alt="学科网(www.zxxk.com)--教育资源门户，提供试卷、教案、课件、论文、素材以及各类教学资源下载，还有大量而丰富的教学相关资讯！" style="width:74.7pt;height:13.6pt">
                  <v:imagedata r:id="rId197" o:title="eqId83cf742b655e094248b5c5cabb8e5798"/>
                </v:shape>
              </w:pict>
            </w:r>
          </w:p>
        </w:tc>
      </w:tr>
      <w:tr w:rsidR="008113A1" w14:paraId="3577E34B"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E4C5AD"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804DCB"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355DAE"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57BC7F" w14:textId="77777777" w:rsidR="008113A1" w:rsidRDefault="008113A1">
            <w:pPr>
              <w:spacing w:line="360" w:lineRule="auto"/>
              <w:textAlignment w:val="center"/>
              <w:rPr>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E71746" w14:textId="77777777" w:rsidR="008113A1" w:rsidRDefault="008113A1">
            <w:pPr>
              <w:spacing w:line="360" w:lineRule="auto"/>
              <w:textAlignment w:val="center"/>
              <w:rPr>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74A8AE" w14:textId="77777777" w:rsidR="008113A1" w:rsidRDefault="008113A1">
            <w:pPr>
              <w:spacing w:line="360" w:lineRule="auto"/>
              <w:textAlignment w:val="center"/>
              <w:rPr>
                <w:color w:val="000000"/>
              </w:rPr>
            </w:pPr>
          </w:p>
        </w:tc>
      </w:tr>
      <w:tr w:rsidR="008113A1" w14:paraId="5F6333B2"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57840B"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F7184FE" w14:textId="77777777" w:rsidR="008113A1" w:rsidRDefault="008113A1">
            <w:pPr>
              <w:spacing w:line="360" w:lineRule="auto"/>
              <w:textAlignment w:val="center"/>
              <w:rPr>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07ECCD"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1436DC"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896D37"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2FA1E9" w14:textId="77777777" w:rsidR="008113A1" w:rsidRDefault="008113A1">
            <w:pPr>
              <w:spacing w:line="360" w:lineRule="auto"/>
              <w:textAlignment w:val="center"/>
              <w:rPr>
                <w:color w:val="000000"/>
              </w:rPr>
            </w:pPr>
          </w:p>
        </w:tc>
      </w:tr>
      <w:tr w:rsidR="008113A1" w14:paraId="7BA65E3E"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C31B83"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C</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03675B" w14:textId="77777777" w:rsidR="008113A1" w:rsidRDefault="008113A1">
            <w:pPr>
              <w:spacing w:line="360" w:lineRule="auto"/>
              <w:textAlignment w:val="center"/>
              <w:rPr>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A0BDCA" w14:textId="77777777" w:rsidR="008113A1" w:rsidRDefault="008113A1">
            <w:pPr>
              <w:spacing w:line="360" w:lineRule="auto"/>
              <w:textAlignment w:val="center"/>
              <w:rPr>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9DBCE9" w14:textId="77777777" w:rsidR="008113A1" w:rsidRDefault="008113A1">
            <w:pPr>
              <w:spacing w:line="360" w:lineRule="auto"/>
              <w:textAlignment w:val="center"/>
              <w:rPr>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364F7E7"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C</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876124" w14:textId="77777777" w:rsidR="008113A1" w:rsidRDefault="008113A1">
            <w:pPr>
              <w:spacing w:line="360" w:lineRule="auto"/>
              <w:textAlignment w:val="center"/>
              <w:rPr>
                <w:color w:val="000000"/>
              </w:rPr>
            </w:pPr>
          </w:p>
        </w:tc>
      </w:tr>
      <w:tr w:rsidR="008113A1" w14:paraId="6BE2E4F2"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7A6B42"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D</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718AD5" w14:textId="77777777" w:rsidR="008113A1" w:rsidRDefault="008113A1">
            <w:pPr>
              <w:spacing w:line="360" w:lineRule="auto"/>
              <w:textAlignment w:val="center"/>
              <w:rPr>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E7EEA2" w14:textId="77777777" w:rsidR="008113A1" w:rsidRDefault="008113A1">
            <w:pPr>
              <w:spacing w:line="360" w:lineRule="auto"/>
              <w:textAlignment w:val="center"/>
              <w:rPr>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BAB437"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D</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A06306"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D</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0383C4"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D</w:t>
            </w:r>
          </w:p>
        </w:tc>
      </w:tr>
    </w:tbl>
    <w:p w14:paraId="7A760395" w14:textId="77777777" w:rsidR="008113A1" w:rsidRDefault="00000000">
      <w:pPr>
        <w:spacing w:line="360" w:lineRule="auto"/>
        <w:textAlignment w:val="center"/>
        <w:rPr>
          <w:color w:val="000000"/>
        </w:rPr>
      </w:pPr>
      <w:r>
        <w:rPr>
          <w:rFonts w:ascii="SimSun" w:eastAsia="SimSun" w:hAnsi="SimSun" w:cs="SimSun"/>
          <w:color w:val="000000"/>
        </w:rPr>
        <w:t>服务时段1时间安排表，</w:t>
      </w:r>
    </w:p>
    <w:tbl>
      <w:tblPr>
        <w:tblW w:w="7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99"/>
        <w:gridCol w:w="1732"/>
        <w:gridCol w:w="1740"/>
        <w:gridCol w:w="1760"/>
        <w:gridCol w:w="1764"/>
      </w:tblGrid>
      <w:tr w:rsidR="008113A1" w14:paraId="6DE355DD" w14:textId="77777777">
        <w:trPr>
          <w:trHeight w:val="330"/>
        </w:trPr>
        <w:tc>
          <w:tcPr>
            <w:tcW w:w="3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746C15" w14:textId="77777777" w:rsidR="008113A1" w:rsidRDefault="008113A1">
            <w:pPr>
              <w:spacing w:line="360" w:lineRule="auto"/>
              <w:textAlignment w:val="center"/>
              <w:rPr>
                <w:color w:val="000000"/>
              </w:rPr>
            </w:pP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632C55" w14:textId="77777777" w:rsidR="008113A1" w:rsidRDefault="00000000">
            <w:pPr>
              <w:spacing w:line="360" w:lineRule="auto"/>
              <w:textAlignment w:val="center"/>
              <w:rPr>
                <w:color w:val="000000"/>
              </w:rPr>
            </w:pPr>
            <w:r>
              <w:pict w14:anchorId="20C55800">
                <v:shape id="_x0000_i1350" type="#_x0000_t75" alt="学科网(www.zxxk.com)--教育资源门户，提供试卷、教案、课件、论文、素材以及各类教学资源下载，还有大量而丰富的教学相关资讯！" style="width:65.9pt;height:12.9pt">
                  <v:imagedata r:id="rId198" o:title="eqId7691cccceb486d33e94f5dee0ead1d25"/>
                </v:shape>
              </w:pic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0FA3C8" w14:textId="77777777" w:rsidR="008113A1" w:rsidRDefault="00000000">
            <w:pPr>
              <w:spacing w:line="360" w:lineRule="auto"/>
              <w:textAlignment w:val="center"/>
              <w:rPr>
                <w:color w:val="000000"/>
              </w:rPr>
            </w:pPr>
            <w:r>
              <w:pict w14:anchorId="07E9007F">
                <v:shape id="_x0000_i1351" type="#_x0000_t75" alt="学科网(www.zxxk.com)--教育资源门户，提供试卷、教案、课件、论文、素材以及各类教学资源下载，还有大量而丰富的教学相关资讯！" style="width:74.7pt;height:13.6pt">
                  <v:imagedata r:id="rId199" o:title="eqIda0856cdcec2560b3fb6863aed7227aaf"/>
                </v:shape>
              </w:pic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FFC2FE" w14:textId="77777777" w:rsidR="008113A1" w:rsidRDefault="00000000">
            <w:pPr>
              <w:spacing w:line="360" w:lineRule="auto"/>
              <w:textAlignment w:val="center"/>
              <w:rPr>
                <w:color w:val="000000"/>
              </w:rPr>
            </w:pPr>
            <w:r>
              <w:pict w14:anchorId="49EF8A10">
                <v:shape id="_x0000_i1352" type="#_x0000_t75" alt="学科网(www.zxxk.com)--教育资源门户，提供试卷、教案、课件、论文、素材以及各类教学资源下载，还有大量而丰富的教学相关资讯！" style="width:76.1pt;height:14.25pt">
                  <v:imagedata r:id="rId200" o:title="eqId58afff7a1daa465d628deeca30fc53fa"/>
                </v:shape>
              </w:pic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5B3CB7" w14:textId="77777777" w:rsidR="008113A1" w:rsidRDefault="00000000">
            <w:pPr>
              <w:spacing w:line="360" w:lineRule="auto"/>
              <w:textAlignment w:val="center"/>
              <w:rPr>
                <w:color w:val="000000"/>
              </w:rPr>
            </w:pPr>
            <w:r>
              <w:pict w14:anchorId="6E6878D3">
                <v:shape id="_x0000_i1353" type="#_x0000_t75" alt="学科网(www.zxxk.com)--教育资源门户，提供试卷、教案、课件、论文、素材以及各类教学资源下载，还有大量而丰富的教学相关资讯！" style="width:76.1pt;height:13.6pt">
                  <v:imagedata r:id="rId201" o:title="eqIdcc657681c21d8e6e4258ce05f568423d"/>
                </v:shape>
              </w:pict>
            </w:r>
          </w:p>
        </w:tc>
      </w:tr>
      <w:tr w:rsidR="008113A1" w14:paraId="5E680567" w14:textId="77777777">
        <w:trPr>
          <w:trHeight w:val="330"/>
        </w:trPr>
        <w:tc>
          <w:tcPr>
            <w:tcW w:w="3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61F453"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A</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E6E380"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A</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B28D0E" w14:textId="77777777" w:rsidR="008113A1" w:rsidRDefault="008113A1">
            <w:pPr>
              <w:spacing w:line="360" w:lineRule="auto"/>
              <w:textAlignment w:val="center"/>
              <w:rPr>
                <w:color w:val="000000"/>
              </w:rPr>
            </w:pP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DA069D" w14:textId="77777777" w:rsidR="008113A1" w:rsidRDefault="008113A1">
            <w:pPr>
              <w:spacing w:line="360" w:lineRule="auto"/>
              <w:textAlignment w:val="center"/>
              <w:rPr>
                <w:color w:val="000000"/>
              </w:rPr>
            </w:pP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3C752D" w14:textId="77777777" w:rsidR="008113A1" w:rsidRDefault="008113A1">
            <w:pPr>
              <w:spacing w:line="360" w:lineRule="auto"/>
              <w:textAlignment w:val="center"/>
              <w:rPr>
                <w:color w:val="000000"/>
              </w:rPr>
            </w:pPr>
          </w:p>
        </w:tc>
      </w:tr>
      <w:tr w:rsidR="008113A1" w14:paraId="60FE554E" w14:textId="77777777">
        <w:trPr>
          <w:trHeight w:val="330"/>
        </w:trPr>
        <w:tc>
          <w:tcPr>
            <w:tcW w:w="3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A43A40"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B</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5B906D" w14:textId="77777777" w:rsidR="008113A1" w:rsidRDefault="008113A1">
            <w:pPr>
              <w:spacing w:line="360" w:lineRule="auto"/>
              <w:textAlignment w:val="center"/>
              <w:rPr>
                <w:color w:val="000000"/>
              </w:rPr>
            </w:pP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C08402"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B</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951578"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B</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658724" w14:textId="77777777" w:rsidR="008113A1" w:rsidRDefault="008113A1">
            <w:pPr>
              <w:spacing w:line="360" w:lineRule="auto"/>
              <w:textAlignment w:val="center"/>
              <w:rPr>
                <w:color w:val="000000"/>
              </w:rPr>
            </w:pPr>
          </w:p>
        </w:tc>
      </w:tr>
      <w:tr w:rsidR="008113A1" w14:paraId="002047AD" w14:textId="77777777">
        <w:trPr>
          <w:trHeight w:val="330"/>
        </w:trPr>
        <w:tc>
          <w:tcPr>
            <w:tcW w:w="3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1B7A63"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C</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32F4C3"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C</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E4E403"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C</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0C14A4"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C</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80B157" w14:textId="77777777" w:rsidR="008113A1" w:rsidRDefault="008113A1">
            <w:pPr>
              <w:spacing w:line="360" w:lineRule="auto"/>
              <w:textAlignment w:val="center"/>
              <w:rPr>
                <w:color w:val="000000"/>
              </w:rPr>
            </w:pPr>
          </w:p>
        </w:tc>
      </w:tr>
      <w:tr w:rsidR="008113A1" w14:paraId="61378A64" w14:textId="77777777">
        <w:trPr>
          <w:trHeight w:val="330"/>
        </w:trPr>
        <w:tc>
          <w:tcPr>
            <w:tcW w:w="3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6A6EFE"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D</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30FA7E" w14:textId="77777777" w:rsidR="008113A1" w:rsidRDefault="008113A1">
            <w:pPr>
              <w:spacing w:line="360" w:lineRule="auto"/>
              <w:textAlignment w:val="center"/>
              <w:rPr>
                <w:color w:val="000000"/>
              </w:rPr>
            </w:pP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066B25" w14:textId="77777777" w:rsidR="008113A1" w:rsidRDefault="008113A1">
            <w:pPr>
              <w:spacing w:line="360" w:lineRule="auto"/>
              <w:textAlignment w:val="center"/>
              <w:rPr>
                <w:color w:val="000000"/>
              </w:rPr>
            </w:pP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494D33"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D</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236070"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D</w:t>
            </w:r>
          </w:p>
        </w:tc>
      </w:tr>
    </w:tbl>
    <w:p w14:paraId="2AC5192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∵任意时刻志愿服务站点同时最多需要</w:t>
      </w:r>
      <w:r>
        <w:rPr>
          <w:rFonts w:ascii="Times New Roman" w:eastAsia="Times New Roman" w:hAnsi="Times New Roman" w:cs="Times New Roman"/>
          <w:color w:val="000000"/>
          <w:lang w:eastAsia="zh-CN"/>
        </w:rPr>
        <w:t>2</w:t>
      </w:r>
      <w:r>
        <w:rPr>
          <w:rFonts w:ascii="SimSun" w:eastAsia="SimSun" w:hAnsi="SimSun" w:cs="SimSun"/>
          <w:color w:val="000000"/>
          <w:lang w:eastAsia="zh-CN"/>
        </w:rPr>
        <w:t>名志愿者服务，每名志愿者一天至少要参加一个时间段的服务，</w:t>
      </w:r>
    </w:p>
    <w:p w14:paraId="66622263"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lastRenderedPageBreak/>
        <w:t>∴</w:t>
      </w:r>
      <w:r>
        <w:rPr>
          <w:rFonts w:ascii="Times New Roman" w:eastAsia="Times New Roman" w:hAnsi="Times New Roman" w:cs="Times New Roman"/>
          <w:i/>
          <w:color w:val="000000"/>
          <w:lang w:eastAsia="zh-CN"/>
        </w:rPr>
        <w:t>A</w:t>
      </w:r>
      <w:r>
        <w:rPr>
          <w:rFonts w:ascii="SimSun" w:eastAsia="SimSun" w:hAnsi="SimSun" w:cs="SimSun"/>
          <w:color w:val="000000"/>
          <w:lang w:eastAsia="zh-CN"/>
        </w:rPr>
        <w:t>参与</w:t>
      </w:r>
      <w:r>
        <w:pict w14:anchorId="20B37868">
          <v:shape id="_x0000_i1354" type="#_x0000_t75" alt="学科网(www.zxxk.com)--教育资源门户，提供试卷、教案、课件、论文、素材以及各类教学资源下载，还有大量而丰富的教学相关资讯！" style="width:73.35pt;height:13.6pt">
            <v:imagedata r:id="rId185" o:title="eqIddf147f4c06d12cef7914ddbed57b834d"/>
          </v:shape>
        </w:pict>
      </w:r>
      <w:r>
        <w:rPr>
          <w:rFonts w:ascii="SimSun" w:eastAsia="SimSun" w:hAnsi="SimSun" w:cs="SimSun"/>
          <w:color w:val="000000"/>
          <w:lang w:eastAsia="zh-CN"/>
        </w:rPr>
        <w:t>时段服务，</w:t>
      </w:r>
      <w:r>
        <w:rPr>
          <w:rFonts w:ascii="Times New Roman" w:eastAsia="Times New Roman" w:hAnsi="Times New Roman" w:cs="Times New Roman"/>
          <w:i/>
          <w:color w:val="000000"/>
          <w:lang w:eastAsia="zh-CN"/>
        </w:rPr>
        <w:t>B</w:t>
      </w:r>
      <w:r>
        <w:rPr>
          <w:rFonts w:ascii="SimSun" w:eastAsia="SimSun" w:hAnsi="SimSun" w:cs="SimSun"/>
          <w:color w:val="000000"/>
          <w:lang w:eastAsia="zh-CN"/>
        </w:rPr>
        <w:t>参加</w:t>
      </w:r>
      <w:r>
        <w:pict w14:anchorId="25FA959B">
          <v:shape id="_x0000_i1355" type="#_x0000_t75" alt="学科网(www.zxxk.com)--教育资源门户，提供试卷、教案、课件、论文、素材以及各类教学资源下载，还有大量而丰富的教学相关资讯！" style="width:74.05pt;height:13.6pt">
            <v:imagedata r:id="rId187" o:title="eqId65315a581f2ebf22df7a86761712712d"/>
          </v:shape>
        </w:pict>
      </w:r>
      <w:r>
        <w:rPr>
          <w:rFonts w:ascii="SimSun" w:eastAsia="SimSun" w:hAnsi="SimSun" w:cs="SimSun"/>
          <w:color w:val="000000"/>
          <w:lang w:eastAsia="zh-CN"/>
        </w:rPr>
        <w:t>时段服务，</w:t>
      </w:r>
      <w:r>
        <w:rPr>
          <w:rFonts w:ascii="Times New Roman" w:eastAsia="Times New Roman" w:hAnsi="Times New Roman" w:cs="Times New Roman"/>
          <w:i/>
          <w:color w:val="000000"/>
          <w:lang w:eastAsia="zh-CN"/>
        </w:rPr>
        <w:t>C</w:t>
      </w:r>
      <w:r>
        <w:rPr>
          <w:rFonts w:ascii="SimSun" w:eastAsia="SimSun" w:hAnsi="SimSun" w:cs="SimSun"/>
          <w:color w:val="000000"/>
          <w:lang w:eastAsia="zh-CN"/>
        </w:rPr>
        <w:t>参加</w:t>
      </w:r>
      <w:r>
        <w:pict w14:anchorId="34D08BD7">
          <v:shape id="_x0000_i1356" type="#_x0000_t75" alt="学科网(www.zxxk.com)--教育资源门户，提供试卷、教案、课件、论文、素材以及各类教学资源下载，还有大量而丰富的教学相关资讯！" style="width:74.05pt;height:13.6pt">
            <v:imagedata r:id="rId196" o:title="eqId2e7c9a14213c6d1114bae504b20c6c0a"/>
          </v:shape>
        </w:pict>
      </w:r>
      <w:r>
        <w:rPr>
          <w:rFonts w:ascii="SimSun" w:eastAsia="SimSun" w:hAnsi="SimSun" w:cs="SimSun"/>
          <w:color w:val="000000"/>
          <w:lang w:eastAsia="zh-CN"/>
        </w:rPr>
        <w:t>时段服务，</w:t>
      </w:r>
      <w:r>
        <w:rPr>
          <w:rFonts w:ascii="Times New Roman" w:eastAsia="Times New Roman" w:hAnsi="Times New Roman" w:cs="Times New Roman"/>
          <w:i/>
          <w:color w:val="000000"/>
          <w:lang w:eastAsia="zh-CN"/>
        </w:rPr>
        <w:t>D</w:t>
      </w:r>
      <w:r>
        <w:rPr>
          <w:rFonts w:ascii="SimSun" w:eastAsia="SimSun" w:hAnsi="SimSun" w:cs="SimSun"/>
          <w:color w:val="000000"/>
          <w:lang w:eastAsia="zh-CN"/>
        </w:rPr>
        <w:t>参加</w:t>
      </w:r>
      <w:r>
        <w:pict w14:anchorId="0C30E95F">
          <v:shape id="_x0000_i1357" type="#_x0000_t75" alt="学科网(www.zxxk.com)--教育资源门户，提供试卷、教案、课件、论文、素材以及各类教学资源下载，还有大量而丰富的教学相关资讯！" style="width:73.35pt;height:13.6pt">
            <v:imagedata r:id="rId190" o:title="eqId9cc36b74730052e94e512453ec6544b4"/>
          </v:shape>
        </w:pict>
      </w:r>
      <w:r>
        <w:rPr>
          <w:rFonts w:ascii="SimSun" w:eastAsia="SimSun" w:hAnsi="SimSun" w:cs="SimSun"/>
          <w:color w:val="000000"/>
          <w:lang w:eastAsia="zh-CN"/>
        </w:rPr>
        <w:t>时段服务时，累计服务时间最短，</w:t>
      </w:r>
    </w:p>
    <w:p w14:paraId="7BB01F3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∴该志愿服务站点这一天所有参与服务的志愿者的累计服务时间最短为：</w:t>
      </w:r>
      <w:r>
        <w:pict w14:anchorId="4C5D1BC5">
          <v:shape id="_x0000_i1358" type="#_x0000_t75" alt="学科网(www.zxxk.com)--教育资源门户，提供试卷、教案、课件、论文、素材以及各类教学资源下载，还有大量而丰富的教学相关资讯！" style="width:72.7pt;height:14.25pt">
            <v:imagedata r:id="rId202" o:title="eqId6d9733a9c468ffc2be2fc7a188e324aa"/>
          </v:shape>
        </w:pict>
      </w:r>
      <w:r>
        <w:rPr>
          <w:rFonts w:ascii="SimSun" w:eastAsia="SimSun" w:hAnsi="SimSun" w:cs="SimSun"/>
          <w:color w:val="000000"/>
          <w:lang w:eastAsia="zh-CN"/>
        </w:rPr>
        <w:t>（小时），</w:t>
      </w:r>
    </w:p>
    <w:p w14:paraId="1AC69BE7"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∵任意时刻志愿服务站点同时最多需要</w:t>
      </w:r>
      <w:r>
        <w:rPr>
          <w:rFonts w:ascii="Times New Roman" w:eastAsia="Times New Roman" w:hAnsi="Times New Roman" w:cs="Times New Roman"/>
          <w:color w:val="000000"/>
          <w:lang w:eastAsia="zh-CN"/>
        </w:rPr>
        <w:t>2</w:t>
      </w:r>
      <w:r>
        <w:rPr>
          <w:rFonts w:ascii="SimSun" w:eastAsia="SimSun" w:hAnsi="SimSun" w:cs="SimSun"/>
          <w:color w:val="000000"/>
          <w:lang w:eastAsia="zh-CN"/>
        </w:rPr>
        <w:t>名志愿者服务，每名志愿者一天至少要参加一个时间段的服务，</w:t>
      </w:r>
    </w:p>
    <w:p w14:paraId="5057BB3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D</w:t>
      </w:r>
      <w:r>
        <w:rPr>
          <w:rFonts w:ascii="SimSun" w:eastAsia="SimSun" w:hAnsi="SimSun" w:cs="SimSun"/>
          <w:color w:val="000000"/>
          <w:lang w:eastAsia="zh-CN"/>
        </w:rPr>
        <w:t>参与时段</w:t>
      </w:r>
      <w:r>
        <w:rPr>
          <w:rFonts w:ascii="Times New Roman" w:eastAsia="Times New Roman" w:hAnsi="Times New Roman" w:cs="Times New Roman"/>
          <w:color w:val="000000"/>
          <w:lang w:eastAsia="zh-CN"/>
        </w:rPr>
        <w:t>1</w:t>
      </w:r>
      <w:r>
        <w:rPr>
          <w:rFonts w:ascii="SimSun" w:eastAsia="SimSun" w:hAnsi="SimSun" w:cs="SimSun"/>
          <w:color w:val="000000"/>
          <w:lang w:eastAsia="zh-CN"/>
        </w:rPr>
        <w:t>服务，</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w:t>
      </w:r>
      <w:r>
        <w:rPr>
          <w:rFonts w:ascii="Times New Roman" w:eastAsia="Times New Roman" w:hAnsi="Times New Roman" w:cs="Times New Roman"/>
          <w:i/>
          <w:color w:val="000000"/>
          <w:lang w:eastAsia="zh-CN"/>
        </w:rPr>
        <w:t>D</w:t>
      </w:r>
      <w:r>
        <w:rPr>
          <w:rFonts w:ascii="SimSun" w:eastAsia="SimSun" w:hAnsi="SimSun" w:cs="SimSun"/>
          <w:color w:val="000000"/>
          <w:lang w:eastAsia="zh-CN"/>
        </w:rPr>
        <w:t>参加时段</w:t>
      </w:r>
      <w:r>
        <w:rPr>
          <w:rFonts w:ascii="Times New Roman" w:eastAsia="Times New Roman" w:hAnsi="Times New Roman" w:cs="Times New Roman"/>
          <w:color w:val="000000"/>
          <w:lang w:eastAsia="zh-CN"/>
        </w:rPr>
        <w:t>2</w:t>
      </w:r>
      <w:r>
        <w:rPr>
          <w:rFonts w:ascii="SimSun" w:eastAsia="SimSun" w:hAnsi="SimSun" w:cs="SimSun"/>
          <w:color w:val="000000"/>
          <w:lang w:eastAsia="zh-CN"/>
        </w:rPr>
        <w:t>服务，累计服务时间最长，</w:t>
      </w:r>
    </w:p>
    <w:p w14:paraId="50B6261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∴该志愿服务站点这一天所有参与服务的志愿者的累计服务时间最长为：</w:t>
      </w:r>
    </w:p>
    <w:p w14:paraId="76DF2207" w14:textId="77777777" w:rsidR="008113A1" w:rsidRDefault="00000000">
      <w:pPr>
        <w:spacing w:line="360" w:lineRule="auto"/>
        <w:textAlignment w:val="center"/>
        <w:rPr>
          <w:color w:val="000000"/>
          <w:lang w:eastAsia="zh-CN"/>
        </w:rPr>
      </w:pPr>
      <w:r>
        <w:pict w14:anchorId="59A9B34F">
          <v:shape id="_x0000_i1359" type="#_x0000_t75" alt="学科网(www.zxxk.com)--教育资源门户，提供试卷、教案、课件、论文、素材以及各类教学资源下载，还有大量而丰富的教学相关资讯！" style="width:146.7pt;height:13.6pt">
            <v:imagedata r:id="rId203" o:title="eqId0ac95e7c3dcd028ab319de26aab2ecab"/>
          </v:shape>
        </w:pict>
      </w:r>
      <w:r>
        <w:rPr>
          <w:rFonts w:ascii="SimSun" w:eastAsia="SimSun" w:hAnsi="SimSun" w:cs="SimSun"/>
          <w:color w:val="000000"/>
          <w:lang w:eastAsia="zh-CN"/>
        </w:rPr>
        <w:t>（小时）</w:t>
      </w:r>
    </w:p>
    <w:p w14:paraId="5BB8DB97"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6</w:t>
      </w:r>
      <w:r>
        <w:rPr>
          <w:rFonts w:ascii="SimSun" w:eastAsia="SimSun" w:hAnsi="SimSun" w:cs="SimSun"/>
          <w:color w:val="000000"/>
          <w:lang w:eastAsia="zh-CN"/>
        </w:rPr>
        <w:t>；</w:t>
      </w:r>
      <w:r>
        <w:rPr>
          <w:rFonts w:ascii="Times New Roman" w:eastAsia="Times New Roman" w:hAnsi="Times New Roman" w:cs="Times New Roman"/>
          <w:color w:val="000000"/>
          <w:lang w:eastAsia="zh-CN"/>
        </w:rPr>
        <w:t>12.5</w:t>
      </w:r>
      <w:r>
        <w:rPr>
          <w:rFonts w:ascii="SimSun" w:eastAsia="SimSun" w:hAnsi="SimSun" w:cs="SimSun"/>
          <w:color w:val="000000"/>
          <w:lang w:eastAsia="zh-CN"/>
        </w:rPr>
        <w:t>．</w:t>
      </w:r>
    </w:p>
    <w:p w14:paraId="5DCD105D"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本题考查的是逻辑推理，理解题意，找到突破口，逐步分析是解本题的关键．</w:t>
      </w:r>
    </w:p>
    <w:p w14:paraId="1EF997D4" w14:textId="77777777" w:rsidR="008113A1" w:rsidRDefault="00000000">
      <w:pPr>
        <w:spacing w:line="285" w:lineRule="auto"/>
        <w:textAlignment w:val="center"/>
        <w:rPr>
          <w:color w:val="000000"/>
          <w:lang w:eastAsia="zh-CN"/>
        </w:rPr>
      </w:pPr>
      <w:r>
        <w:rPr>
          <w:rFonts w:ascii="SimSun" w:eastAsia="SimSun" w:hAnsi="SimSun" w:cs="SimSun"/>
          <w:b/>
          <w:color w:val="000000"/>
          <w:sz w:val="24"/>
          <w:lang w:eastAsia="zh-CN"/>
        </w:rPr>
        <w:t>三、解答题（本题共</w:t>
      </w:r>
      <w:r>
        <w:rPr>
          <w:rFonts w:ascii="Times New Roman" w:eastAsia="Times New Roman" w:hAnsi="Times New Roman" w:cs="Times New Roman"/>
          <w:b/>
          <w:color w:val="000000"/>
          <w:sz w:val="24"/>
          <w:lang w:eastAsia="zh-CN"/>
        </w:rPr>
        <w:t>64</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19-20</w:t>
      </w:r>
      <w:r>
        <w:rPr>
          <w:rFonts w:ascii="SimSun" w:eastAsia="SimSun" w:hAnsi="SimSun" w:cs="SimSun"/>
          <w:b/>
          <w:color w:val="000000"/>
          <w:sz w:val="24"/>
          <w:lang w:eastAsia="zh-CN"/>
        </w:rPr>
        <w:t>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23</w:t>
      </w:r>
      <w:r>
        <w:rPr>
          <w:rFonts w:ascii="SimSun" w:eastAsia="SimSun" w:hAnsi="SimSun" w:cs="SimSun"/>
          <w:b/>
          <w:color w:val="000000"/>
          <w:sz w:val="24"/>
          <w:lang w:eastAsia="zh-CN"/>
        </w:rPr>
        <w:t>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题的</w:t>
      </w:r>
      <w:r>
        <w:rPr>
          <w:rFonts w:ascii="Times New Roman" w:eastAsia="Times New Roman" w:hAnsi="Times New Roman" w:cs="Times New Roman"/>
          <w:b/>
          <w:color w:val="000000"/>
          <w:sz w:val="24"/>
          <w:lang w:eastAsia="zh-CN"/>
        </w:rPr>
        <w:t>1</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w:t>
      </w:r>
      <w:r>
        <w:rPr>
          <w:rFonts w:ascii="SimSun" w:eastAsia="SimSun" w:hAnsi="SimSun" w:cs="SimSun"/>
          <w:b/>
          <w:color w:val="000000"/>
          <w:sz w:val="24"/>
          <w:lang w:eastAsia="zh-CN"/>
        </w:rPr>
        <w:t>小题各</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3</w:t>
      </w:r>
      <w:r>
        <w:rPr>
          <w:rFonts w:ascii="SimSun" w:eastAsia="SimSun" w:hAnsi="SimSun" w:cs="SimSun"/>
          <w:b/>
          <w:color w:val="000000"/>
          <w:sz w:val="24"/>
          <w:lang w:eastAsia="zh-CN"/>
        </w:rPr>
        <w:t>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24</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25-27</w:t>
      </w:r>
      <w:r>
        <w:rPr>
          <w:rFonts w:ascii="SimSun" w:eastAsia="SimSun" w:hAnsi="SimSun" w:cs="SimSun"/>
          <w:b/>
          <w:color w:val="000000"/>
          <w:sz w:val="24"/>
          <w:lang w:eastAsia="zh-CN"/>
        </w:rPr>
        <w:t>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28</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分）．解答应写出文字说明、演算步骤或证明过程．</w:t>
      </w:r>
    </w:p>
    <w:p w14:paraId="684263E6" w14:textId="77777777" w:rsidR="008113A1" w:rsidRDefault="00000000">
      <w:pPr>
        <w:pStyle w:val="Heading2"/>
        <w:rPr>
          <w:lang w:eastAsia="zh-CN"/>
        </w:rPr>
      </w:pPr>
      <w:bookmarkStart w:id="19" w:name="_Toc235460036"/>
      <w:r>
        <w:rPr>
          <w:lang w:eastAsia="zh-CN"/>
        </w:rPr>
        <w:t>文汇中学</w:t>
      </w:r>
      <w:bookmarkEnd w:id="19"/>
    </w:p>
    <w:p w14:paraId="55FF5E1F" w14:textId="77777777" w:rsidR="008113A1" w:rsidRDefault="00000000">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一个</w:t>
      </w:r>
      <w:r>
        <w:rPr>
          <w:rFonts w:ascii="Times New Roman" w:eastAsia="Times New Roman" w:hAnsi="Times New Roman" w:cs="Times New Roman"/>
          <w:color w:val="000000"/>
          <w:lang w:eastAsia="zh-CN"/>
        </w:rPr>
        <w:t>33</w:t>
      </w:r>
      <w:r>
        <w:rPr>
          <w:rFonts w:ascii="SimSun" w:eastAsia="SimSun" w:hAnsi="SimSun" w:cs="SimSun"/>
          <w:color w:val="000000"/>
          <w:lang w:eastAsia="zh-CN"/>
        </w:rPr>
        <w:t>人的旅游团到一家酒店住宿，酒店的客房只剩下</w:t>
      </w:r>
      <w:r>
        <w:rPr>
          <w:rFonts w:ascii="Times New Roman" w:eastAsia="Times New Roman" w:hAnsi="Times New Roman" w:cs="Times New Roman"/>
          <w:color w:val="000000"/>
          <w:lang w:eastAsia="zh-CN"/>
        </w:rPr>
        <w:t>4</w:t>
      </w:r>
      <w:r>
        <w:rPr>
          <w:rFonts w:ascii="SimSun" w:eastAsia="SimSun" w:hAnsi="SimSun" w:cs="SimSun"/>
          <w:color w:val="000000"/>
          <w:lang w:eastAsia="zh-CN"/>
        </w:rPr>
        <w:t>间一人间和若干间三人间，住宿价格是一人间每晚</w:t>
      </w:r>
      <w:r>
        <w:rPr>
          <w:rFonts w:ascii="Times New Roman" w:eastAsia="Times New Roman" w:hAnsi="Times New Roman" w:cs="Times New Roman"/>
          <w:color w:val="000000"/>
          <w:lang w:eastAsia="zh-CN"/>
        </w:rPr>
        <w:t>100</w:t>
      </w:r>
      <w:r>
        <w:rPr>
          <w:rFonts w:ascii="SimSun" w:eastAsia="SimSun" w:hAnsi="SimSun" w:cs="SimSun"/>
          <w:color w:val="000000"/>
          <w:lang w:eastAsia="zh-CN"/>
        </w:rPr>
        <w:t>元，三人间每晚</w:t>
      </w:r>
      <w:r>
        <w:rPr>
          <w:rFonts w:ascii="Times New Roman" w:eastAsia="Times New Roman" w:hAnsi="Times New Roman" w:cs="Times New Roman"/>
          <w:color w:val="000000"/>
          <w:lang w:eastAsia="zh-CN"/>
        </w:rPr>
        <w:t>130</w:t>
      </w:r>
      <w:r>
        <w:rPr>
          <w:rFonts w:ascii="SimSun" w:eastAsia="SimSun" w:hAnsi="SimSun" w:cs="SimSun"/>
          <w:color w:val="000000"/>
          <w:lang w:eastAsia="zh-CN"/>
        </w:rPr>
        <w:t>元（说明：男士只能与男士同住，女士只能与女士同住，三人间客房可以不住满，但每间每晚仍需支付</w:t>
      </w:r>
      <w:r>
        <w:rPr>
          <w:rFonts w:ascii="Times New Roman" w:eastAsia="Times New Roman" w:hAnsi="Times New Roman" w:cs="Times New Roman"/>
          <w:color w:val="000000"/>
          <w:lang w:eastAsia="zh-CN"/>
        </w:rPr>
        <w:t>130</w:t>
      </w:r>
      <w:r>
        <w:rPr>
          <w:rFonts w:ascii="SimSun" w:eastAsia="SimSun" w:hAnsi="SimSun" w:cs="SimSun"/>
          <w:color w:val="000000"/>
          <w:lang w:eastAsia="zh-CN"/>
        </w:rPr>
        <w:t>元）．</w:t>
      </w:r>
    </w:p>
    <w:p w14:paraId="40CAB6DC"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）若该旅游团一晚的住宿房费为</w:t>
      </w:r>
      <w:r>
        <w:rPr>
          <w:rFonts w:ascii="Times New Roman" w:eastAsia="Times New Roman" w:hAnsi="Times New Roman" w:cs="Times New Roman"/>
          <w:color w:val="000000"/>
          <w:lang w:eastAsia="zh-CN"/>
        </w:rPr>
        <w:t>1530</w:t>
      </w:r>
      <w:r>
        <w:rPr>
          <w:rFonts w:ascii="SimSun" w:eastAsia="SimSun" w:hAnsi="SimSun" w:cs="SimSun"/>
          <w:color w:val="000000"/>
          <w:lang w:eastAsia="zh-CN"/>
        </w:rPr>
        <w:t>元，则他们租住了</w:t>
      </w:r>
      <w:r>
        <w:rPr>
          <w:color w:val="000000"/>
          <w:lang w:eastAsia="zh-CN"/>
        </w:rPr>
        <w:t>_______</w:t>
      </w:r>
      <w:r>
        <w:rPr>
          <w:rFonts w:ascii="SimSun" w:eastAsia="SimSun" w:hAnsi="SimSun" w:cs="SimSun"/>
          <w:color w:val="000000"/>
          <w:lang w:eastAsia="zh-CN"/>
        </w:rPr>
        <w:t>间</w:t>
      </w:r>
      <w:proofErr w:type="gramStart"/>
      <w:r>
        <w:rPr>
          <w:rFonts w:ascii="SimSun" w:eastAsia="SimSun" w:hAnsi="SimSun" w:cs="SimSun"/>
          <w:color w:val="000000"/>
          <w:lang w:eastAsia="zh-CN"/>
        </w:rPr>
        <w:t>一</w:t>
      </w:r>
      <w:proofErr w:type="gramEnd"/>
      <w:r>
        <w:rPr>
          <w:rFonts w:ascii="SimSun" w:eastAsia="SimSun" w:hAnsi="SimSun" w:cs="SimSun"/>
          <w:color w:val="000000"/>
          <w:lang w:eastAsia="zh-CN"/>
        </w:rPr>
        <w:t>人间；</w:t>
      </w:r>
    </w:p>
    <w:p w14:paraId="3BD5E97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）若该旅游团租住了</w:t>
      </w:r>
      <w:r>
        <w:rPr>
          <w:rFonts w:ascii="Times New Roman" w:eastAsia="Times New Roman" w:hAnsi="Times New Roman" w:cs="Times New Roman"/>
          <w:color w:val="000000"/>
          <w:lang w:eastAsia="zh-CN"/>
        </w:rPr>
        <w:t>3</w:t>
      </w:r>
      <w:r>
        <w:rPr>
          <w:rFonts w:ascii="SimSun" w:eastAsia="SimSun" w:hAnsi="SimSun" w:cs="SimSun"/>
          <w:color w:val="000000"/>
          <w:lang w:eastAsia="zh-CN"/>
        </w:rPr>
        <w:t>间</w:t>
      </w:r>
      <w:proofErr w:type="gramStart"/>
      <w:r>
        <w:rPr>
          <w:rFonts w:ascii="SimSun" w:eastAsia="SimSun" w:hAnsi="SimSun" w:cs="SimSun"/>
          <w:color w:val="000000"/>
          <w:lang w:eastAsia="zh-CN"/>
        </w:rPr>
        <w:t>一</w:t>
      </w:r>
      <w:proofErr w:type="gramEnd"/>
      <w:r>
        <w:rPr>
          <w:rFonts w:ascii="SimSun" w:eastAsia="SimSun" w:hAnsi="SimSun" w:cs="SimSun"/>
          <w:color w:val="000000"/>
          <w:lang w:eastAsia="zh-CN"/>
        </w:rPr>
        <w:t>人间，且共有</w:t>
      </w:r>
      <w:r>
        <w:rPr>
          <w:rFonts w:ascii="Times New Roman" w:eastAsia="Times New Roman" w:hAnsi="Times New Roman" w:cs="Times New Roman"/>
          <w:color w:val="000000"/>
          <w:lang w:eastAsia="zh-CN"/>
        </w:rPr>
        <w:t>19</w:t>
      </w:r>
      <w:r>
        <w:rPr>
          <w:rFonts w:ascii="SimSun" w:eastAsia="SimSun" w:hAnsi="SimSun" w:cs="SimSun"/>
          <w:color w:val="000000"/>
          <w:lang w:eastAsia="zh-CN"/>
        </w:rPr>
        <w:t>名男士，则租住一晚</w:t>
      </w:r>
      <w:r>
        <w:rPr>
          <w:rFonts w:ascii="SimSun" w:eastAsia="SimSun" w:hAnsi="SimSun" w:cs="SimSun"/>
          <w:noProof/>
          <w:color w:val="000000"/>
        </w:rPr>
        <w:drawing>
          <wp:inline distT="0" distB="0" distL="114300" distR="114300" wp14:anchorId="77828E40" wp14:editId="669834A5">
            <wp:extent cx="133350" cy="177800"/>
            <wp:effectExtent l="0" t="0" r="0" b="13335"/>
            <wp:docPr id="4271" name="图片 783560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2" name="图片 783560437"/>
                    <pic:cNvPicPr>
                      <a:picLocks noChangeAspect="1"/>
                    </pic:cNvPicPr>
                  </pic:nvPicPr>
                  <pic:blipFill>
                    <a:blip r:embed="rId204"/>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住宿房费最少为</w:t>
      </w:r>
      <w:r>
        <w:rPr>
          <w:color w:val="000000"/>
          <w:lang w:eastAsia="zh-CN"/>
        </w:rPr>
        <w:t>______</w:t>
      </w:r>
      <w:r>
        <w:rPr>
          <w:rFonts w:ascii="SimSun" w:eastAsia="SimSun" w:hAnsi="SimSun" w:cs="SimSun"/>
          <w:color w:val="000000"/>
          <w:lang w:eastAsia="zh-CN"/>
        </w:rPr>
        <w:t>元．</w:t>
      </w:r>
    </w:p>
    <w:p w14:paraId="186A6861" w14:textId="77777777" w:rsidR="008113A1" w:rsidRDefault="00000000">
      <w:pPr>
        <w:spacing w:line="360" w:lineRule="auto"/>
        <w:textAlignment w:val="center"/>
        <w:rPr>
          <w:color w:val="000000"/>
          <w:lang w:eastAsia="zh-CN"/>
        </w:rPr>
      </w:pPr>
      <w:r>
        <w:rPr>
          <w:color w:val="2E75B6"/>
          <w:lang w:eastAsia="zh-CN"/>
        </w:rPr>
        <w:t>【答案】</w:t>
      </w:r>
      <w:r>
        <w:rPr>
          <w:color w:val="000000"/>
          <w:lang w:eastAsia="zh-CN"/>
        </w:rPr>
        <w:t xml:space="preserve">    ①. </w:t>
      </w:r>
      <w:r>
        <w:rPr>
          <w:rFonts w:ascii="Times New Roman" w:eastAsia="Times New Roman" w:hAnsi="Times New Roman" w:cs="Times New Roman"/>
          <w:color w:val="000000"/>
          <w:lang w:eastAsia="zh-CN"/>
        </w:rPr>
        <w:t>1</w:t>
      </w:r>
      <w:r>
        <w:rPr>
          <w:color w:val="000000"/>
          <w:lang w:eastAsia="zh-CN"/>
        </w:rPr>
        <w:t xml:space="preserve">    ②. </w:t>
      </w:r>
      <w:r>
        <w:rPr>
          <w:rFonts w:ascii="Times New Roman" w:eastAsia="Times New Roman" w:hAnsi="Times New Roman" w:cs="Times New Roman"/>
          <w:color w:val="000000"/>
          <w:lang w:eastAsia="zh-CN"/>
        </w:rPr>
        <w:t>1600</w:t>
      </w:r>
    </w:p>
    <w:p w14:paraId="4533052A" w14:textId="77777777" w:rsidR="008113A1" w:rsidRDefault="00000000">
      <w:pPr>
        <w:spacing w:line="360" w:lineRule="auto"/>
        <w:textAlignment w:val="center"/>
        <w:rPr>
          <w:color w:val="000000"/>
          <w:lang w:eastAsia="zh-CN"/>
        </w:rPr>
      </w:pPr>
      <w:r>
        <w:rPr>
          <w:color w:val="2E75B6"/>
          <w:lang w:eastAsia="zh-CN"/>
        </w:rPr>
        <w:t>【解析】</w:t>
      </w:r>
    </w:p>
    <w:p w14:paraId="5159F160" w14:textId="77777777" w:rsidR="008113A1" w:rsidRDefault="00000000">
      <w:pPr>
        <w:spacing w:line="360" w:lineRule="auto"/>
        <w:textAlignment w:val="center"/>
        <w:rPr>
          <w:color w:val="000000"/>
          <w:lang w:eastAsia="zh-CN"/>
        </w:rPr>
      </w:pPr>
      <w:r>
        <w:rPr>
          <w:color w:val="000000"/>
          <w:lang w:eastAsia="zh-CN"/>
        </w:rPr>
        <w:lastRenderedPageBreak/>
        <w:t>【分析】</w:t>
      </w: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）设它们租住了</w:t>
      </w:r>
      <w:r>
        <w:rPr>
          <w:rFonts w:ascii="Times New Roman" w:eastAsia="Times New Roman" w:hAnsi="Times New Roman" w:cs="Times New Roman"/>
          <w:i/>
          <w:color w:val="000000"/>
          <w:lang w:eastAsia="zh-CN"/>
        </w:rPr>
        <w:t>x</w:t>
      </w:r>
      <w:r>
        <w:rPr>
          <w:rFonts w:ascii="SimSun" w:eastAsia="SimSun" w:hAnsi="SimSun" w:cs="SimSun"/>
          <w:color w:val="000000"/>
          <w:lang w:eastAsia="zh-CN"/>
        </w:rPr>
        <w:t>间</w:t>
      </w:r>
      <w:r>
        <w:rPr>
          <w:rFonts w:ascii="Times New Roman" w:eastAsia="Times New Roman" w:hAnsi="Times New Roman" w:cs="Times New Roman"/>
          <w:color w:val="000000"/>
          <w:lang w:eastAsia="zh-CN"/>
        </w:rPr>
        <w:t>1</w:t>
      </w:r>
      <w:r>
        <w:rPr>
          <w:rFonts w:ascii="SimSun" w:eastAsia="SimSun" w:hAnsi="SimSun" w:cs="SimSun"/>
          <w:color w:val="000000"/>
          <w:lang w:eastAsia="zh-CN"/>
        </w:rPr>
        <w:t>人间，</w:t>
      </w:r>
      <w:r>
        <w:rPr>
          <w:rFonts w:ascii="Times New Roman" w:eastAsia="Times New Roman" w:hAnsi="Times New Roman" w:cs="Times New Roman"/>
          <w:i/>
          <w:color w:val="000000"/>
          <w:lang w:eastAsia="zh-CN"/>
        </w:rPr>
        <w:t>y</w:t>
      </w:r>
      <w:r>
        <w:rPr>
          <w:rFonts w:ascii="SimSun" w:eastAsia="SimSun" w:hAnsi="SimSun" w:cs="SimSun"/>
          <w:color w:val="000000"/>
          <w:lang w:eastAsia="zh-CN"/>
        </w:rPr>
        <w:t>间三人间，且</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i/>
          <w:color w:val="000000"/>
          <w:lang w:eastAsia="zh-CN"/>
        </w:rPr>
        <w:t>y</w:t>
      </w:r>
      <w:r>
        <w:rPr>
          <w:rFonts w:ascii="SimSun" w:eastAsia="SimSun" w:hAnsi="SimSun" w:cs="SimSun"/>
          <w:color w:val="000000"/>
          <w:lang w:eastAsia="zh-CN"/>
        </w:rPr>
        <w:t>均为自然数，根据题意列出不等式组求解即可；</w:t>
      </w:r>
    </w:p>
    <w:p w14:paraId="028DD6E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w:t>
      </w:r>
      <w:r>
        <w:rPr>
          <w:rFonts w:ascii="Times New Roman" w:eastAsia="Times New Roman" w:hAnsi="Times New Roman" w:cs="Times New Roman"/>
          <w:color w:val="000000"/>
          <w:lang w:eastAsia="zh-CN"/>
        </w:rPr>
        <w:t>33</w:t>
      </w:r>
      <w:r>
        <w:rPr>
          <w:rFonts w:ascii="SimSun" w:eastAsia="SimSun" w:hAnsi="SimSun" w:cs="SimSun"/>
          <w:color w:val="000000"/>
          <w:lang w:eastAsia="zh-CN"/>
        </w:rPr>
        <w:t>人中共有</w:t>
      </w:r>
      <w:r>
        <w:rPr>
          <w:rFonts w:ascii="Times New Roman" w:eastAsia="Times New Roman" w:hAnsi="Times New Roman" w:cs="Times New Roman"/>
          <w:color w:val="000000"/>
          <w:lang w:eastAsia="zh-CN"/>
        </w:rPr>
        <w:t>19</w:t>
      </w:r>
      <w:r>
        <w:rPr>
          <w:rFonts w:ascii="SimSun" w:eastAsia="SimSun" w:hAnsi="SimSun" w:cs="SimSun"/>
          <w:color w:val="000000"/>
          <w:lang w:eastAsia="zh-CN"/>
        </w:rPr>
        <w:t>名男士，则女士有</w:t>
      </w:r>
      <w:r>
        <w:rPr>
          <w:rFonts w:ascii="Times New Roman" w:eastAsia="Times New Roman" w:hAnsi="Times New Roman" w:cs="Times New Roman"/>
          <w:color w:val="000000"/>
          <w:lang w:eastAsia="zh-CN"/>
        </w:rPr>
        <w:t>14</w:t>
      </w:r>
      <w:r>
        <w:rPr>
          <w:rFonts w:ascii="SimSun" w:eastAsia="SimSun" w:hAnsi="SimSun" w:cs="SimSun"/>
          <w:color w:val="000000"/>
          <w:lang w:eastAsia="zh-CN"/>
        </w:rPr>
        <w:t>名，根据</w:t>
      </w:r>
      <w:r>
        <w:pict w14:anchorId="70E31363">
          <v:shape id="_x0000_i1360" type="#_x0000_t75" alt="学科网(www.zxxk.com)--教育资源门户，提供试卷、教案、课件、论文、素材以及各类教学资源下载，还有大量而丰富的教学相关资讯！" style="width:68.6pt;height:13.6pt">
            <v:imagedata r:id="rId205" o:title="eqId1f281b3ca5da0cac7a7b64a47041f2e4"/>
          </v:shape>
        </w:pict>
      </w:r>
      <w:r>
        <w:rPr>
          <w:rFonts w:ascii="SimSun" w:eastAsia="SimSun" w:hAnsi="SimSun" w:cs="SimSun"/>
          <w:color w:val="000000"/>
          <w:lang w:eastAsia="zh-CN"/>
        </w:rPr>
        <w:t>，</w:t>
      </w:r>
      <w:r>
        <w:pict w14:anchorId="424F9B93">
          <v:shape id="_x0000_i1361" type="#_x0000_t75" alt="学科网(www.zxxk.com)--教育资源门户，提供试卷、教案、课件、论文、素材以及各类教学资源下载，还有大量而丰富的教学相关资讯！" style="width:69.95pt;height:13.6pt">
            <v:imagedata r:id="rId206" o:title="eqIdb141ae50783b432c8bafab4c566f5c48"/>
          </v:shape>
        </w:pict>
      </w:r>
      <w:r>
        <w:rPr>
          <w:rFonts w:ascii="SimSun" w:eastAsia="SimSun" w:hAnsi="SimSun" w:cs="SimSun"/>
          <w:color w:val="000000"/>
          <w:lang w:eastAsia="zh-CN"/>
        </w:rPr>
        <w:t>，再结合该团已经租住了</w:t>
      </w:r>
      <w:r>
        <w:rPr>
          <w:rFonts w:ascii="Times New Roman" w:eastAsia="Times New Roman" w:hAnsi="Times New Roman" w:cs="Times New Roman"/>
          <w:color w:val="000000"/>
          <w:lang w:eastAsia="zh-CN"/>
        </w:rPr>
        <w:t>3</w:t>
      </w:r>
      <w:r>
        <w:rPr>
          <w:rFonts w:ascii="SimSun" w:eastAsia="SimSun" w:hAnsi="SimSun" w:cs="SimSun"/>
          <w:color w:val="000000"/>
          <w:lang w:eastAsia="zh-CN"/>
        </w:rPr>
        <w:t>间</w:t>
      </w:r>
      <w:r>
        <w:rPr>
          <w:rFonts w:ascii="Times New Roman" w:eastAsia="Times New Roman" w:hAnsi="Times New Roman" w:cs="Times New Roman"/>
          <w:color w:val="000000"/>
          <w:lang w:eastAsia="zh-CN"/>
        </w:rPr>
        <w:t>1</w:t>
      </w:r>
      <w:r>
        <w:rPr>
          <w:rFonts w:ascii="SimSun" w:eastAsia="SimSun" w:hAnsi="SimSun" w:cs="SimSun"/>
          <w:color w:val="000000"/>
          <w:lang w:eastAsia="zh-CN"/>
        </w:rPr>
        <w:t>人间，可得：安排</w:t>
      </w:r>
      <w:r>
        <w:rPr>
          <w:rFonts w:ascii="Times New Roman" w:eastAsia="Times New Roman" w:hAnsi="Times New Roman" w:cs="Times New Roman"/>
          <w:color w:val="000000"/>
          <w:lang w:eastAsia="zh-CN"/>
        </w:rPr>
        <w:t>2</w:t>
      </w:r>
      <w:r>
        <w:rPr>
          <w:rFonts w:ascii="SimSun" w:eastAsia="SimSun" w:hAnsi="SimSun" w:cs="SimSun"/>
          <w:color w:val="000000"/>
          <w:lang w:eastAsia="zh-CN"/>
        </w:rPr>
        <w:t>名女士和</w:t>
      </w:r>
      <w:r>
        <w:rPr>
          <w:rFonts w:ascii="Times New Roman" w:eastAsia="Times New Roman" w:hAnsi="Times New Roman" w:cs="Times New Roman"/>
          <w:color w:val="000000"/>
          <w:lang w:eastAsia="zh-CN"/>
        </w:rPr>
        <w:t>1</w:t>
      </w:r>
      <w:r>
        <w:rPr>
          <w:rFonts w:ascii="SimSun" w:eastAsia="SimSun" w:hAnsi="SimSun" w:cs="SimSun"/>
          <w:color w:val="000000"/>
          <w:lang w:eastAsia="zh-CN"/>
        </w:rPr>
        <w:t>名</w:t>
      </w:r>
      <w:proofErr w:type="gramStart"/>
      <w:r>
        <w:rPr>
          <w:rFonts w:ascii="SimSun" w:eastAsia="SimSun" w:hAnsi="SimSun" w:cs="SimSun"/>
          <w:color w:val="000000"/>
          <w:lang w:eastAsia="zh-CN"/>
        </w:rPr>
        <w:t>男士住</w:t>
      </w:r>
      <w:proofErr w:type="gramEnd"/>
      <w:r>
        <w:rPr>
          <w:rFonts w:ascii="Times New Roman" w:eastAsia="Times New Roman" w:hAnsi="Times New Roman" w:cs="Times New Roman"/>
          <w:color w:val="000000"/>
          <w:lang w:eastAsia="zh-CN"/>
        </w:rPr>
        <w:t>1</w:t>
      </w:r>
      <w:r>
        <w:rPr>
          <w:rFonts w:ascii="SimSun" w:eastAsia="SimSun" w:hAnsi="SimSun" w:cs="SimSun"/>
          <w:color w:val="000000"/>
          <w:lang w:eastAsia="zh-CN"/>
        </w:rPr>
        <w:t>人间，剩下的</w:t>
      </w:r>
      <w:r>
        <w:rPr>
          <w:rFonts w:ascii="Times New Roman" w:eastAsia="Times New Roman" w:hAnsi="Times New Roman" w:cs="Times New Roman"/>
          <w:color w:val="000000"/>
          <w:lang w:eastAsia="zh-CN"/>
        </w:rPr>
        <w:t>18</w:t>
      </w:r>
      <w:r>
        <w:rPr>
          <w:rFonts w:ascii="SimSun" w:eastAsia="SimSun" w:hAnsi="SimSun" w:cs="SimSun"/>
          <w:color w:val="000000"/>
          <w:lang w:eastAsia="zh-CN"/>
        </w:rPr>
        <w:t>名男士和</w:t>
      </w:r>
      <w:r>
        <w:rPr>
          <w:rFonts w:ascii="Times New Roman" w:eastAsia="Times New Roman" w:hAnsi="Times New Roman" w:cs="Times New Roman"/>
          <w:color w:val="000000"/>
          <w:lang w:eastAsia="zh-CN"/>
        </w:rPr>
        <w:t>12</w:t>
      </w:r>
      <w:r>
        <w:rPr>
          <w:rFonts w:ascii="SimSun" w:eastAsia="SimSun" w:hAnsi="SimSun" w:cs="SimSun"/>
          <w:color w:val="000000"/>
          <w:lang w:eastAsia="zh-CN"/>
        </w:rPr>
        <w:t>名</w:t>
      </w:r>
      <w:proofErr w:type="gramStart"/>
      <w:r>
        <w:rPr>
          <w:rFonts w:ascii="SimSun" w:eastAsia="SimSun" w:hAnsi="SimSun" w:cs="SimSun"/>
          <w:color w:val="000000"/>
          <w:lang w:eastAsia="zh-CN"/>
        </w:rPr>
        <w:t>女士住</w:t>
      </w:r>
      <w:proofErr w:type="gramEnd"/>
      <w:r>
        <w:rPr>
          <w:rFonts w:ascii="SimSun" w:eastAsia="SimSun" w:hAnsi="SimSun" w:cs="SimSun"/>
          <w:color w:val="000000"/>
          <w:lang w:eastAsia="zh-CN"/>
        </w:rPr>
        <w:t>三人间，即可最节省，据此解答即可．</w:t>
      </w:r>
    </w:p>
    <w:p w14:paraId="1C9C48C7"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rPr>
          <w:rFonts w:ascii="Times New Roman" w:eastAsia="Times New Roman" w:hAnsi="Times New Roman" w:cs="Times New Roman"/>
          <w:color w:val="000000"/>
          <w:lang w:eastAsia="zh-CN"/>
        </w:rPr>
        <w:t>1</w:t>
      </w:r>
      <w:r>
        <w:rPr>
          <w:rFonts w:ascii="SimSun" w:eastAsia="SimSun" w:hAnsi="SimSun" w:cs="SimSun"/>
          <w:color w:val="000000"/>
          <w:lang w:eastAsia="zh-CN"/>
        </w:rPr>
        <w:t>）设它们租住了</w:t>
      </w:r>
      <w:r>
        <w:rPr>
          <w:rFonts w:ascii="Times New Roman" w:eastAsia="Times New Roman" w:hAnsi="Times New Roman" w:cs="Times New Roman"/>
          <w:i/>
          <w:color w:val="000000"/>
          <w:lang w:eastAsia="zh-CN"/>
        </w:rPr>
        <w:t>x</w:t>
      </w:r>
      <w:r>
        <w:rPr>
          <w:rFonts w:ascii="SimSun" w:eastAsia="SimSun" w:hAnsi="SimSun" w:cs="SimSun"/>
          <w:color w:val="000000"/>
          <w:lang w:eastAsia="zh-CN"/>
        </w:rPr>
        <w:t>间</w:t>
      </w:r>
      <w:r>
        <w:rPr>
          <w:rFonts w:ascii="Times New Roman" w:eastAsia="Times New Roman" w:hAnsi="Times New Roman" w:cs="Times New Roman"/>
          <w:color w:val="000000"/>
          <w:lang w:eastAsia="zh-CN"/>
        </w:rPr>
        <w:t>1</w:t>
      </w:r>
      <w:r>
        <w:rPr>
          <w:rFonts w:ascii="SimSun" w:eastAsia="SimSun" w:hAnsi="SimSun" w:cs="SimSun"/>
          <w:color w:val="000000"/>
          <w:lang w:eastAsia="zh-CN"/>
        </w:rPr>
        <w:t>人间，</w:t>
      </w:r>
      <w:r>
        <w:rPr>
          <w:rFonts w:ascii="Times New Roman" w:eastAsia="Times New Roman" w:hAnsi="Times New Roman" w:cs="Times New Roman"/>
          <w:i/>
          <w:color w:val="000000"/>
          <w:lang w:eastAsia="zh-CN"/>
        </w:rPr>
        <w:t>y</w:t>
      </w:r>
      <w:r>
        <w:rPr>
          <w:rFonts w:ascii="SimSun" w:eastAsia="SimSun" w:hAnsi="SimSun" w:cs="SimSun"/>
          <w:color w:val="000000"/>
          <w:lang w:eastAsia="zh-CN"/>
        </w:rPr>
        <w:t>间三人间，且</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i/>
          <w:color w:val="000000"/>
          <w:lang w:eastAsia="zh-CN"/>
        </w:rPr>
        <w:t>y</w:t>
      </w:r>
      <w:r>
        <w:rPr>
          <w:rFonts w:ascii="SimSun" w:eastAsia="SimSun" w:hAnsi="SimSun" w:cs="SimSun"/>
          <w:color w:val="000000"/>
          <w:lang w:eastAsia="zh-CN"/>
        </w:rPr>
        <w:t>均为自然数，</w:t>
      </w:r>
    </w:p>
    <w:p w14:paraId="32A0C9B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根据题意有：</w:t>
      </w:r>
      <w:r>
        <w:pict w14:anchorId="4C8142C4">
          <v:shape id="_x0000_i1362" type="#_x0000_t75" alt="学科网(www.zxxk.com)--教育资源门户，提供试卷、教案、课件、论文、素材以及各类教学资源下载，还有大量而丰富的教学相关资讯！" style="width:101.9pt;height:56.4pt">
            <v:imagedata r:id="rId207" o:title="eqIde3a79d3099d6abfbaa397321bb2c5316"/>
          </v:shape>
        </w:pict>
      </w:r>
      <w:r>
        <w:rPr>
          <w:rFonts w:ascii="SimSun" w:eastAsia="SimSun" w:hAnsi="SimSun" w:cs="SimSun"/>
          <w:color w:val="000000"/>
          <w:lang w:eastAsia="zh-CN"/>
        </w:rPr>
        <w:t>，解得：</w:t>
      </w:r>
      <w:r>
        <w:pict w14:anchorId="43662217">
          <v:shape id="_x0000_i1363" type="#_x0000_t75" alt="学科网(www.zxxk.com)--教育资源门户，提供试卷、教案、课件、论文、素材以及各类教学资源下载，还有大量而丰富的教学相关资讯！" style="width:34.65pt;height:30.55pt">
            <v:imagedata r:id="rId208" o:title="eqId8cf56fb90eb116a84e4cfbbfa28eee05"/>
          </v:shape>
        </w:pict>
      </w:r>
      <w:r>
        <w:rPr>
          <w:rFonts w:ascii="SimSun" w:eastAsia="SimSun" w:hAnsi="SimSun" w:cs="SimSun"/>
          <w:color w:val="000000"/>
          <w:lang w:eastAsia="zh-CN"/>
        </w:rPr>
        <w:t>，</w:t>
      </w:r>
    </w:p>
    <w:p w14:paraId="0C75B39F"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w:t>
      </w:r>
      <w:r>
        <w:rPr>
          <w:rFonts w:ascii="SimSun" w:eastAsia="SimSun" w:hAnsi="SimSun" w:cs="SimSun"/>
          <w:color w:val="000000"/>
          <w:lang w:eastAsia="zh-CN"/>
        </w:rPr>
        <w:t>且</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i/>
          <w:color w:val="000000"/>
          <w:lang w:eastAsia="zh-CN"/>
        </w:rPr>
        <w:t>y</w:t>
      </w:r>
      <w:r>
        <w:rPr>
          <w:rFonts w:ascii="SimSun" w:eastAsia="SimSun" w:hAnsi="SimSun" w:cs="SimSun"/>
          <w:color w:val="000000"/>
          <w:lang w:eastAsia="zh-CN"/>
        </w:rPr>
        <w:t>均为自然数，</w:t>
      </w:r>
    </w:p>
    <w:p w14:paraId="1A78A17F"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w:t>
      </w:r>
      <w:r>
        <w:pict w14:anchorId="408B9A6F">
          <v:shape id="_x0000_i1364" type="#_x0000_t75" alt="学科网(www.zxxk.com)--教育资源门户，提供试卷、教案、课件、论文、素材以及各类教学资源下载，还有大量而丰富的教学相关资讯！" style="width:8.85pt;height:9.5pt">
            <v:imagedata r:id="rId131" o:title="eqId81dea63b8ce3e51adf66cf7b9982a248"/>
          </v:shape>
        </w:pict>
      </w:r>
      <w:r>
        <w:rPr>
          <w:rFonts w:ascii="SimSun" w:eastAsia="SimSun" w:hAnsi="SimSun" w:cs="SimSun"/>
          <w:color w:val="000000"/>
          <w:lang w:eastAsia="zh-CN"/>
        </w:rPr>
        <w:t>可以取</w:t>
      </w:r>
      <w:r>
        <w:rPr>
          <w:rFonts w:ascii="Times New Roman" w:eastAsia="Times New Roman" w:hAnsi="Times New Roman" w:cs="Times New Roman"/>
          <w:color w:val="000000"/>
          <w:lang w:eastAsia="zh-CN"/>
        </w:rPr>
        <w:t>0</w:t>
      </w:r>
      <w:r>
        <w:rPr>
          <w:rFonts w:ascii="SimSun" w:eastAsia="SimSun" w:hAnsi="SimSun" w:cs="SimSun"/>
          <w:color w:val="000000"/>
          <w:lang w:eastAsia="zh-CN"/>
        </w:rPr>
        <w:t>和</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p>
    <w:p w14:paraId="77F544A5"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pict w14:anchorId="42471530">
          <v:shape id="_x0000_i1365" type="#_x0000_t75" alt="学科网(www.zxxk.com)--教育资源门户，提供试卷、教案、课件、论文、素材以及各类教学资源下载，还有大量而丰富的教学相关资讯！" style="width:27.85pt;height:14.25pt">
            <v:imagedata r:id="rId209" o:title="eqIdbb45f673c56a289ea78831c9237e8d20"/>
          </v:shape>
        </w:pict>
      </w:r>
      <w:r>
        <w:rPr>
          <w:rFonts w:ascii="SimSun" w:eastAsia="SimSun" w:hAnsi="SimSun" w:cs="SimSun"/>
          <w:color w:val="000000"/>
          <w:lang w:eastAsia="zh-CN"/>
        </w:rPr>
        <w:t>时，</w:t>
      </w:r>
      <w:r>
        <w:pict w14:anchorId="26BB1716">
          <v:shape id="_x0000_i1366" type="#_x0000_t75" alt="学科网(www.zxxk.com)--教育资源门户，提供试卷、教案、课件、论文、素材以及各类教学资源下载，还有大量而丰富的教学相关资讯！" style="width:41.45pt;height:30.55pt">
            <v:imagedata r:id="rId210" o:title="eqIdf1fc6bb14a8b94c4ab30ba253fadd808"/>
          </v:shape>
        </w:pict>
      </w:r>
      <w:r>
        <w:rPr>
          <w:rFonts w:ascii="SimSun" w:eastAsia="SimSun" w:hAnsi="SimSun" w:cs="SimSun"/>
          <w:color w:val="000000"/>
          <w:lang w:eastAsia="zh-CN"/>
        </w:rPr>
        <w:t>，不为自然数，舍去，</w:t>
      </w:r>
    </w:p>
    <w:p w14:paraId="05ECCE2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pict w14:anchorId="52CD4765">
          <v:shape id="_x0000_i1367" type="#_x0000_t75" alt="学科网(www.zxxk.com)--教育资源门户，提供试卷、教案、课件、论文、素材以及各类教学资源下载，还有大量而丰富的教学相关资讯！" style="width:25.8pt;height:14.25pt">
            <v:imagedata r:id="rId211" o:title="eqId9b384412acba251d87902ab928902f16"/>
          </v:shape>
        </w:pict>
      </w:r>
      <w:r>
        <w:rPr>
          <w:rFonts w:ascii="SimSun" w:eastAsia="SimSun" w:hAnsi="SimSun" w:cs="SimSun"/>
          <w:color w:val="000000"/>
          <w:lang w:eastAsia="zh-CN"/>
        </w:rPr>
        <w:t>时，</w:t>
      </w:r>
      <w:r>
        <w:pict w14:anchorId="6A12BF52">
          <v:shape id="_x0000_i1368" type="#_x0000_t75" alt="学科网(www.zxxk.com)--教育资源门户，提供试卷、教案、课件、论文、素材以及各类教学资源下载，还有大量而丰富的教学相关资讯！" style="width:31.25pt;height:16.3pt">
            <v:imagedata r:id="rId212" o:title="eqId925d5b244cfed97e892bed8802712886"/>
          </v:shape>
        </w:pict>
      </w:r>
      <w:r>
        <w:rPr>
          <w:rFonts w:ascii="SimSun" w:eastAsia="SimSun" w:hAnsi="SimSun" w:cs="SimSun"/>
          <w:color w:val="000000"/>
          <w:lang w:eastAsia="zh-CN"/>
        </w:rPr>
        <w:t>，即他们租住了</w:t>
      </w:r>
      <w:r>
        <w:rPr>
          <w:rFonts w:ascii="Times New Roman" w:eastAsia="Times New Roman" w:hAnsi="Times New Roman" w:cs="Times New Roman"/>
          <w:color w:val="000000"/>
          <w:lang w:eastAsia="zh-CN"/>
        </w:rPr>
        <w:t>1</w:t>
      </w:r>
      <w:r>
        <w:rPr>
          <w:rFonts w:ascii="SimSun" w:eastAsia="SimSun" w:hAnsi="SimSun" w:cs="SimSun"/>
          <w:color w:val="000000"/>
          <w:lang w:eastAsia="zh-CN"/>
        </w:rPr>
        <w:t>间</w:t>
      </w:r>
      <w:proofErr w:type="gramStart"/>
      <w:r>
        <w:rPr>
          <w:rFonts w:ascii="SimSun" w:eastAsia="SimSun" w:hAnsi="SimSun" w:cs="SimSun"/>
          <w:color w:val="000000"/>
          <w:lang w:eastAsia="zh-CN"/>
        </w:rPr>
        <w:t>一</w:t>
      </w:r>
      <w:proofErr w:type="gramEnd"/>
      <w:r>
        <w:rPr>
          <w:rFonts w:ascii="SimSun" w:eastAsia="SimSun" w:hAnsi="SimSun" w:cs="SimSun"/>
          <w:color w:val="000000"/>
          <w:lang w:eastAsia="zh-CN"/>
        </w:rPr>
        <w:t>人间．</w:t>
      </w:r>
    </w:p>
    <w:p w14:paraId="52BFF74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p>
    <w:p w14:paraId="297ED3E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w:t>
      </w:r>
      <w:r>
        <w:rPr>
          <w:rFonts w:ascii="Times New Roman" w:eastAsia="Times New Roman" w:hAnsi="Times New Roman" w:cs="Times New Roman"/>
          <w:color w:val="000000"/>
          <w:lang w:eastAsia="zh-CN"/>
        </w:rPr>
        <w:t>33</w:t>
      </w:r>
      <w:r>
        <w:rPr>
          <w:rFonts w:ascii="SimSun" w:eastAsia="SimSun" w:hAnsi="SimSun" w:cs="SimSun"/>
          <w:color w:val="000000"/>
          <w:lang w:eastAsia="zh-CN"/>
        </w:rPr>
        <w:t>人中共有</w:t>
      </w:r>
      <w:r>
        <w:rPr>
          <w:rFonts w:ascii="Times New Roman" w:eastAsia="Times New Roman" w:hAnsi="Times New Roman" w:cs="Times New Roman"/>
          <w:color w:val="000000"/>
          <w:lang w:eastAsia="zh-CN"/>
        </w:rPr>
        <w:t>19</w:t>
      </w:r>
      <w:r>
        <w:rPr>
          <w:rFonts w:ascii="SimSun" w:eastAsia="SimSun" w:hAnsi="SimSun" w:cs="SimSun"/>
          <w:color w:val="000000"/>
          <w:lang w:eastAsia="zh-CN"/>
        </w:rPr>
        <w:t>名男士，则女士有</w:t>
      </w:r>
      <w:r>
        <w:rPr>
          <w:rFonts w:ascii="Times New Roman" w:eastAsia="Times New Roman" w:hAnsi="Times New Roman" w:cs="Times New Roman"/>
          <w:color w:val="000000"/>
          <w:lang w:eastAsia="zh-CN"/>
        </w:rPr>
        <w:t>14</w:t>
      </w:r>
      <w:r>
        <w:rPr>
          <w:rFonts w:ascii="SimSun" w:eastAsia="SimSun" w:hAnsi="SimSun" w:cs="SimSun"/>
          <w:color w:val="000000"/>
          <w:lang w:eastAsia="zh-CN"/>
        </w:rPr>
        <w:t>名，</w:t>
      </w:r>
    </w:p>
    <w:p w14:paraId="01936490"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w:t>
      </w:r>
      <w:r>
        <w:pict w14:anchorId="1A815E41">
          <v:shape id="_x0000_i1369" type="#_x0000_t75" alt="学科网(www.zxxk.com)--教育资源门户，提供试卷、教案、课件、论文、素材以及各类教学资源下载，还有大量而丰富的教学相关资讯！" style="width:68.6pt;height:13.6pt">
            <v:imagedata r:id="rId205" o:title="eqId1f281b3ca5da0cac7a7b64a47041f2e4"/>
          </v:shape>
        </w:pict>
      </w:r>
      <w:r>
        <w:rPr>
          <w:rFonts w:ascii="SimSun" w:eastAsia="SimSun" w:hAnsi="SimSun" w:cs="SimSun"/>
          <w:color w:val="000000"/>
          <w:lang w:eastAsia="zh-CN"/>
        </w:rPr>
        <w:t>，</w:t>
      </w:r>
      <w:r>
        <w:pict w14:anchorId="36E7E29C">
          <v:shape id="_x0000_i1370" type="#_x0000_t75" alt="学科网(www.zxxk.com)--教育资源门户，提供试卷、教案、课件、论文、素材以及各类教学资源下载，还有大量而丰富的教学相关资讯！" style="width:69.95pt;height:13.6pt">
            <v:imagedata r:id="rId206" o:title="eqIdb141ae50783b432c8bafab4c566f5c48"/>
          </v:shape>
        </w:pict>
      </w:r>
      <w:r>
        <w:rPr>
          <w:rFonts w:ascii="SimSun" w:eastAsia="SimSun" w:hAnsi="SimSun" w:cs="SimSun"/>
          <w:color w:val="000000"/>
          <w:lang w:eastAsia="zh-CN"/>
        </w:rPr>
        <w:t>，该团已经租住了</w:t>
      </w:r>
      <w:r>
        <w:rPr>
          <w:rFonts w:ascii="Times New Roman" w:eastAsia="Times New Roman" w:hAnsi="Times New Roman" w:cs="Times New Roman"/>
          <w:color w:val="000000"/>
          <w:lang w:eastAsia="zh-CN"/>
        </w:rPr>
        <w:t>3</w:t>
      </w:r>
      <w:r>
        <w:rPr>
          <w:rFonts w:ascii="SimSun" w:eastAsia="SimSun" w:hAnsi="SimSun" w:cs="SimSun"/>
          <w:color w:val="000000"/>
          <w:lang w:eastAsia="zh-CN"/>
        </w:rPr>
        <w:t>间</w:t>
      </w:r>
      <w:r>
        <w:rPr>
          <w:rFonts w:ascii="Times New Roman" w:eastAsia="Times New Roman" w:hAnsi="Times New Roman" w:cs="Times New Roman"/>
          <w:color w:val="000000"/>
          <w:lang w:eastAsia="zh-CN"/>
        </w:rPr>
        <w:t>1</w:t>
      </w:r>
      <w:r>
        <w:rPr>
          <w:rFonts w:ascii="SimSun" w:eastAsia="SimSun" w:hAnsi="SimSun" w:cs="SimSun"/>
          <w:color w:val="000000"/>
          <w:lang w:eastAsia="zh-CN"/>
        </w:rPr>
        <w:t>人间，</w:t>
      </w:r>
    </w:p>
    <w:p w14:paraId="430C800E"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w:t>
      </w:r>
      <w:r>
        <w:rPr>
          <w:rFonts w:ascii="SimSun" w:eastAsia="SimSun" w:hAnsi="SimSun" w:cs="SimSun"/>
          <w:color w:val="000000"/>
          <w:lang w:eastAsia="zh-CN"/>
        </w:rPr>
        <w:t>安排</w:t>
      </w:r>
      <w:r>
        <w:rPr>
          <w:rFonts w:ascii="Times New Roman" w:eastAsia="Times New Roman" w:hAnsi="Times New Roman" w:cs="Times New Roman"/>
          <w:color w:val="000000"/>
          <w:lang w:eastAsia="zh-CN"/>
        </w:rPr>
        <w:t>2</w:t>
      </w:r>
      <w:r>
        <w:rPr>
          <w:rFonts w:ascii="SimSun" w:eastAsia="SimSun" w:hAnsi="SimSun" w:cs="SimSun"/>
          <w:color w:val="000000"/>
          <w:lang w:eastAsia="zh-CN"/>
        </w:rPr>
        <w:t>名女士和</w:t>
      </w:r>
      <w:r>
        <w:rPr>
          <w:rFonts w:ascii="Times New Roman" w:eastAsia="Times New Roman" w:hAnsi="Times New Roman" w:cs="Times New Roman"/>
          <w:color w:val="000000"/>
          <w:lang w:eastAsia="zh-CN"/>
        </w:rPr>
        <w:t>1</w:t>
      </w:r>
      <w:r>
        <w:rPr>
          <w:rFonts w:ascii="SimSun" w:eastAsia="SimSun" w:hAnsi="SimSun" w:cs="SimSun"/>
          <w:color w:val="000000"/>
          <w:lang w:eastAsia="zh-CN"/>
        </w:rPr>
        <w:t>名男士住</w:t>
      </w:r>
      <w:r>
        <w:rPr>
          <w:rFonts w:ascii="Times New Roman" w:eastAsia="Times New Roman" w:hAnsi="Times New Roman" w:cs="Times New Roman"/>
          <w:color w:val="000000"/>
          <w:lang w:eastAsia="zh-CN"/>
        </w:rPr>
        <w:t>1</w:t>
      </w:r>
      <w:r>
        <w:rPr>
          <w:rFonts w:ascii="SimSun" w:eastAsia="SimSun" w:hAnsi="SimSun" w:cs="SimSun"/>
          <w:color w:val="000000"/>
          <w:lang w:eastAsia="zh-CN"/>
        </w:rPr>
        <w:t>人间，剩下的</w:t>
      </w:r>
      <w:r>
        <w:rPr>
          <w:rFonts w:ascii="Times New Roman" w:eastAsia="Times New Roman" w:hAnsi="Times New Roman" w:cs="Times New Roman"/>
          <w:color w:val="000000"/>
          <w:lang w:eastAsia="zh-CN"/>
        </w:rPr>
        <w:t>18</w:t>
      </w:r>
      <w:r>
        <w:rPr>
          <w:rFonts w:ascii="SimSun" w:eastAsia="SimSun" w:hAnsi="SimSun" w:cs="SimSun"/>
          <w:color w:val="000000"/>
          <w:lang w:eastAsia="zh-CN"/>
        </w:rPr>
        <w:t>名男士和</w:t>
      </w:r>
      <w:r>
        <w:rPr>
          <w:rFonts w:ascii="Times New Roman" w:eastAsia="Times New Roman" w:hAnsi="Times New Roman" w:cs="Times New Roman"/>
          <w:color w:val="000000"/>
          <w:lang w:eastAsia="zh-CN"/>
        </w:rPr>
        <w:t>12</w:t>
      </w:r>
      <w:r>
        <w:rPr>
          <w:rFonts w:ascii="SimSun" w:eastAsia="SimSun" w:hAnsi="SimSun" w:cs="SimSun"/>
          <w:color w:val="000000"/>
          <w:lang w:eastAsia="zh-CN"/>
        </w:rPr>
        <w:t>名女士住三人间，即可最节省，</w:t>
      </w:r>
    </w:p>
    <w:p w14:paraId="51997E5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即：</w:t>
      </w:r>
      <w:r>
        <w:pict w14:anchorId="5F9F2031">
          <v:shape id="_x0000_i1371" type="#_x0000_t75" alt="学科网(www.zxxk.com)--教育资源门户，提供试卷、教案、课件、论文、素材以及各类教学资源下载，还有大量而丰富的教学相关资讯！" style="width:154.2pt;height:33.95pt">
            <v:imagedata r:id="rId213" o:title="eqId3d7fd8814dc8ff2e7e530ae1fb63d8ed"/>
          </v:shape>
        </w:pict>
      </w:r>
      <w:r>
        <w:rPr>
          <w:rFonts w:ascii="SimSun" w:eastAsia="SimSun" w:hAnsi="SimSun" w:cs="SimSun"/>
          <w:color w:val="000000"/>
          <w:lang w:eastAsia="zh-CN"/>
        </w:rPr>
        <w:t>（元）．</w:t>
      </w:r>
    </w:p>
    <w:p w14:paraId="62D229E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1600</w:t>
      </w:r>
      <w:r>
        <w:rPr>
          <w:rFonts w:ascii="SimSun" w:eastAsia="SimSun" w:hAnsi="SimSun" w:cs="SimSun"/>
          <w:color w:val="000000"/>
          <w:lang w:eastAsia="zh-CN"/>
        </w:rPr>
        <w:t>．</w:t>
      </w:r>
    </w:p>
    <w:p w14:paraId="339E48AD"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本题主要考查不等式组的应用、有理数的运算的应用，明确题意列出不等式组是解答本题的关键．</w:t>
      </w:r>
    </w:p>
    <w:p w14:paraId="5A56F2CE" w14:textId="77777777" w:rsidR="008113A1" w:rsidRDefault="00000000">
      <w:pPr>
        <w:spacing w:line="285" w:lineRule="auto"/>
        <w:textAlignment w:val="center"/>
        <w:rPr>
          <w:color w:val="000000"/>
          <w:lang w:eastAsia="zh-CN"/>
        </w:rPr>
      </w:pPr>
      <w:r>
        <w:rPr>
          <w:rFonts w:ascii="SimSun" w:eastAsia="SimSun" w:hAnsi="SimSun" w:cs="SimSun"/>
          <w:b/>
          <w:color w:val="000000"/>
          <w:sz w:val="24"/>
          <w:lang w:eastAsia="zh-CN"/>
        </w:rPr>
        <w:lastRenderedPageBreak/>
        <w:t>三、解答题（本题共</w:t>
      </w:r>
      <w:r>
        <w:rPr>
          <w:rFonts w:ascii="Times New Roman" w:eastAsia="Times New Roman" w:hAnsi="Times New Roman" w:cs="Times New Roman"/>
          <w:b/>
          <w:color w:val="000000"/>
          <w:sz w:val="24"/>
          <w:lang w:eastAsia="zh-CN"/>
        </w:rPr>
        <w:t>50</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21-22</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10</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23-24</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25</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26</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27</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w:t>
      </w:r>
    </w:p>
    <w:p w14:paraId="54ADC07F" w14:textId="77777777" w:rsidR="008113A1" w:rsidRDefault="00000000">
      <w:pPr>
        <w:pStyle w:val="Heading2"/>
        <w:rPr>
          <w:lang w:eastAsia="zh-CN"/>
        </w:rPr>
      </w:pPr>
      <w:bookmarkStart w:id="20" w:name="_Toc235460037"/>
      <w:proofErr w:type="gramStart"/>
      <w:r>
        <w:rPr>
          <w:lang w:eastAsia="zh-CN"/>
        </w:rPr>
        <w:t>昌平区</w:t>
      </w:r>
      <w:proofErr w:type="gramEnd"/>
      <w:r>
        <w:rPr>
          <w:lang w:eastAsia="zh-CN"/>
        </w:rPr>
        <w:t>融合学区（第三组）</w:t>
      </w:r>
      <w:bookmarkEnd w:id="20"/>
    </w:p>
    <w:p w14:paraId="28BEA50D" w14:textId="77777777" w:rsidR="008113A1" w:rsidRDefault="00000000">
      <w:pPr>
        <w:spacing w:line="360" w:lineRule="auto"/>
        <w:textAlignment w:val="center"/>
        <w:rPr>
          <w:color w:val="000000"/>
          <w:lang w:eastAsia="zh-CN"/>
        </w:rPr>
      </w:pPr>
      <w:r>
        <w:rPr>
          <w:color w:val="000000"/>
          <w:lang w:eastAsia="zh-CN"/>
        </w:rPr>
        <w:t xml:space="preserve">16. </w:t>
      </w:r>
      <w:r>
        <w:rPr>
          <w:noProof/>
          <w:color w:val="000000"/>
        </w:rPr>
        <w:drawing>
          <wp:inline distT="0" distB="0" distL="114300" distR="114300" wp14:anchorId="78288078" wp14:editId="44D57654">
            <wp:extent cx="876300" cy="762000"/>
            <wp:effectExtent l="0" t="0" r="0" b="0"/>
            <wp:docPr id="4273"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 name="图片 100011" descr="学科网(www.zxxk.com)--教育资源门户，提供试卷、教案、课件、论文、素材以及各类教学资源下载，还有大量而丰富的教学相关资讯！"/>
                    <pic:cNvPicPr>
                      <a:picLocks noChangeAspect="1"/>
                    </pic:cNvPicPr>
                  </pic:nvPicPr>
                  <pic:blipFill>
                    <a:blip r:embed="rId214"/>
                    <a:stretch>
                      <a:fillRect/>
                    </a:stretch>
                  </pic:blipFill>
                  <pic:spPr>
                    <a:xfrm>
                      <a:off x="0" y="0"/>
                      <a:ext cx="876300" cy="762000"/>
                    </a:xfrm>
                    <a:prstGeom prst="rect">
                      <a:avLst/>
                    </a:prstGeom>
                  </pic:spPr>
                </pic:pic>
              </a:graphicData>
            </a:graphic>
          </wp:inline>
        </w:drawing>
      </w:r>
      <w:r>
        <w:rPr>
          <w:color w:val="000000"/>
          <w:lang w:eastAsia="zh-CN"/>
        </w:rPr>
        <w:t xml:space="preserve">  </w:t>
      </w:r>
      <w:r>
        <w:rPr>
          <w:rFonts w:ascii="SimSun" w:eastAsia="SimSun" w:hAnsi="SimSun" w:cs="SimSun"/>
          <w:color w:val="000000"/>
          <w:lang w:eastAsia="zh-CN"/>
        </w:rPr>
        <w:t>规定图形表示运算</w:t>
      </w:r>
      <w:r>
        <w:pict w14:anchorId="3F1B187C">
          <v:shape id="_x0000_i1372" type="#_x0000_t75" alt="学科网(www.zxxk.com)--教育资源门户，提供试卷、教案、课件、论文、素材以及各类教学资源下载，还有大量而丰富的教学相关资讯！" style="width:38.7pt;height:12.9pt">
            <v:imagedata r:id="rId215" o:title="eqIda900a96aa628ce718ddbad524fbf78dc"/>
          </v:shape>
        </w:pict>
      </w:r>
      <w:r>
        <w:rPr>
          <w:rFonts w:ascii="SimSun" w:eastAsia="SimSun" w:hAnsi="SimSun" w:cs="SimSun"/>
          <w:color w:val="000000"/>
          <w:lang w:eastAsia="zh-CN"/>
        </w:rPr>
        <w:t>，</w:t>
      </w:r>
      <w:r>
        <w:rPr>
          <w:noProof/>
          <w:color w:val="000000"/>
        </w:rPr>
        <w:drawing>
          <wp:inline distT="0" distB="0" distL="114300" distR="114300" wp14:anchorId="4C293C5F" wp14:editId="64FDE9C4">
            <wp:extent cx="771525" cy="781050"/>
            <wp:effectExtent l="0" t="0" r="9525" b="0"/>
            <wp:docPr id="4274"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8" name="图片 100013" descr="学科网(www.zxxk.com)--教育资源门户，提供试卷、教案、课件、论文、素材以及各类教学资源下载，还有大量而丰富的教学相关资讯！"/>
                    <pic:cNvPicPr>
                      <a:picLocks noChangeAspect="1"/>
                    </pic:cNvPicPr>
                  </pic:nvPicPr>
                  <pic:blipFill>
                    <a:blip r:embed="rId216"/>
                    <a:stretch>
                      <a:fillRect/>
                    </a:stretch>
                  </pic:blipFill>
                  <pic:spPr>
                    <a:xfrm>
                      <a:off x="0" y="0"/>
                      <a:ext cx="771525" cy="781050"/>
                    </a:xfrm>
                    <a:prstGeom prst="rect">
                      <a:avLst/>
                    </a:prstGeom>
                  </pic:spPr>
                </pic:pic>
              </a:graphicData>
            </a:graphic>
          </wp:inline>
        </w:drawing>
      </w:r>
      <w:r>
        <w:rPr>
          <w:color w:val="000000"/>
          <w:lang w:eastAsia="zh-CN"/>
        </w:rPr>
        <w:t xml:space="preserve">  </w:t>
      </w:r>
      <w:r>
        <w:rPr>
          <w:rFonts w:ascii="SimSun" w:eastAsia="SimSun" w:hAnsi="SimSun" w:cs="SimSun"/>
          <w:color w:val="000000"/>
          <w:lang w:eastAsia="zh-CN"/>
        </w:rPr>
        <w:t>图形表示运算</w:t>
      </w:r>
      <w:r>
        <w:pict w14:anchorId="054E1D6B">
          <v:shape id="_x0000_i1373" type="#_x0000_t75" alt="学科网(www.zxxk.com)--教育资源门户，提供试卷、教案、课件、论文、素材以及各类教学资源下载，还有大量而丰富的教学相关资讯！" style="width:57.05pt;height:12.9pt">
            <v:imagedata r:id="rId217" o:title="eqId5a0a9b30710cbaa5cafed5132132e53c"/>
          </v:shape>
        </w:pict>
      </w:r>
      <w:r>
        <w:rPr>
          <w:rFonts w:ascii="SimSun" w:eastAsia="SimSun" w:hAnsi="SimSun" w:cs="SimSun"/>
          <w:color w:val="000000"/>
          <w:lang w:eastAsia="zh-CN"/>
        </w:rPr>
        <w:t>．则</w:t>
      </w:r>
      <w:r>
        <w:rPr>
          <w:noProof/>
          <w:color w:val="000000"/>
        </w:rPr>
        <w:drawing>
          <wp:inline distT="0" distB="0" distL="114300" distR="114300" wp14:anchorId="7BFDFB90" wp14:editId="59A8AAB6">
            <wp:extent cx="828675" cy="723900"/>
            <wp:effectExtent l="0" t="0" r="9525" b="0"/>
            <wp:docPr id="427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 name="图片 100015" descr="学科网(www.zxxk.com)--教育资源门户，提供试卷、教案、课件、论文、素材以及各类教学资源下载，还有大量而丰富的教学相关资讯！"/>
                    <pic:cNvPicPr>
                      <a:picLocks noChangeAspect="1"/>
                    </pic:cNvPicPr>
                  </pic:nvPicPr>
                  <pic:blipFill>
                    <a:blip r:embed="rId218"/>
                    <a:stretch>
                      <a:fillRect/>
                    </a:stretch>
                  </pic:blipFill>
                  <pic:spPr>
                    <a:xfrm>
                      <a:off x="0" y="0"/>
                      <a:ext cx="828675" cy="723900"/>
                    </a:xfrm>
                    <a:prstGeom prst="rect">
                      <a:avLst/>
                    </a:prstGeom>
                  </pic:spPr>
                </pic:pic>
              </a:graphicData>
            </a:graphic>
          </wp:inline>
        </w:drawing>
      </w:r>
      <w:r>
        <w:rPr>
          <w:color w:val="000000"/>
          <w:lang w:eastAsia="zh-CN"/>
        </w:rPr>
        <w:t xml:space="preserve">  </w:t>
      </w:r>
      <w:r>
        <w:rPr>
          <w:rFonts w:ascii="Times New Roman" w:eastAsia="Times New Roman" w:hAnsi="Times New Roman" w:cs="Times New Roman"/>
          <w:color w:val="000000"/>
          <w:lang w:eastAsia="zh-CN"/>
        </w:rPr>
        <w:t>+</w:t>
      </w:r>
      <w:r>
        <w:rPr>
          <w:noProof/>
          <w:color w:val="000000"/>
        </w:rPr>
        <w:drawing>
          <wp:inline distT="0" distB="0" distL="114300" distR="114300" wp14:anchorId="36A9FB6F" wp14:editId="321F99B5">
            <wp:extent cx="723900" cy="723900"/>
            <wp:effectExtent l="0" t="0" r="0" b="0"/>
            <wp:docPr id="4276"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 name="图片 100017" descr="学科网(www.zxxk.com)--教育资源门户，提供试卷、教案、课件、论文、素材以及各类教学资源下载，还有大量而丰富的教学相关资讯！"/>
                    <pic:cNvPicPr>
                      <a:picLocks noChangeAspect="1"/>
                    </pic:cNvPicPr>
                  </pic:nvPicPr>
                  <pic:blipFill>
                    <a:blip r:embed="rId219"/>
                    <a:stretch>
                      <a:fillRect/>
                    </a:stretch>
                  </pic:blipFill>
                  <pic:spPr>
                    <a:xfrm>
                      <a:off x="0" y="0"/>
                      <a:ext cx="723900" cy="723900"/>
                    </a:xfrm>
                    <a:prstGeom prst="rect">
                      <a:avLst/>
                    </a:prstGeom>
                  </pic:spPr>
                </pic:pic>
              </a:graphicData>
            </a:graphic>
          </wp:inline>
        </w:drawing>
      </w:r>
      <w:r>
        <w:rPr>
          <w:color w:val="000000"/>
          <w:lang w:eastAsia="zh-CN"/>
        </w:rPr>
        <w:t xml:space="preserve">  </w:t>
      </w:r>
      <w:r>
        <w:rPr>
          <w:rFonts w:ascii="Times New Roman" w:eastAsia="Times New Roman" w:hAnsi="Times New Roman" w:cs="Times New Roman"/>
          <w:color w:val="000000"/>
          <w:lang w:eastAsia="zh-CN"/>
        </w:rPr>
        <w:t>=</w:t>
      </w:r>
      <w:r>
        <w:rPr>
          <w:color w:val="000000"/>
          <w:lang w:eastAsia="zh-CN"/>
        </w:rPr>
        <w:t>___________</w:t>
      </w:r>
      <w:r>
        <w:rPr>
          <w:rFonts w:ascii="SimSun" w:eastAsia="SimSun" w:hAnsi="SimSun" w:cs="SimSun"/>
          <w:color w:val="000000"/>
          <w:lang w:eastAsia="zh-CN"/>
        </w:rPr>
        <w:t>．</w:t>
      </w:r>
    </w:p>
    <w:p w14:paraId="31F96FF4" w14:textId="77777777" w:rsidR="008113A1" w:rsidRDefault="00000000">
      <w:pPr>
        <w:spacing w:line="360" w:lineRule="auto"/>
        <w:textAlignment w:val="center"/>
        <w:rPr>
          <w:color w:val="000000"/>
          <w:lang w:eastAsia="zh-CN"/>
        </w:rPr>
      </w:pPr>
      <w:r>
        <w:rPr>
          <w:color w:val="2E75B6"/>
          <w:lang w:eastAsia="zh-CN"/>
        </w:rPr>
        <w:t>【答案】</w:t>
      </w:r>
      <w:r>
        <w:pict w14:anchorId="22EEA8C0">
          <v:shape id="_x0000_i1374" type="#_x0000_t75" alt="学科网(www.zxxk.com)--教育资源门户，提供试卷、教案、课件、论文、素材以及各类教学资源下载，还有大量而丰富的教学相关资讯！" style="width:15.6pt;height:14.25pt">
            <v:imagedata r:id="rId220" o:title="eqId13e83328b9cfc084b7813d171e0bc753"/>
          </v:shape>
        </w:pict>
      </w:r>
    </w:p>
    <w:p w14:paraId="1CBC4F3F" w14:textId="77777777" w:rsidR="008113A1" w:rsidRDefault="00000000">
      <w:pPr>
        <w:spacing w:line="360" w:lineRule="auto"/>
        <w:textAlignment w:val="center"/>
        <w:rPr>
          <w:color w:val="000000"/>
          <w:lang w:eastAsia="zh-CN"/>
        </w:rPr>
      </w:pPr>
      <w:r>
        <w:rPr>
          <w:color w:val="2E75B6"/>
          <w:lang w:eastAsia="zh-CN"/>
        </w:rPr>
        <w:t>【解析】</w:t>
      </w:r>
    </w:p>
    <w:p w14:paraId="7F38F268"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根据题目中的规定，可以计算出所求式子的值．</w:t>
      </w:r>
    </w:p>
    <w:p w14:paraId="46B88DC5"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解：∵图形</w:t>
      </w:r>
      <w:r>
        <w:rPr>
          <w:noProof/>
          <w:color w:val="000000"/>
        </w:rPr>
        <w:drawing>
          <wp:inline distT="0" distB="0" distL="114300" distR="114300" wp14:anchorId="01587A11" wp14:editId="3A4F9254">
            <wp:extent cx="895350" cy="781050"/>
            <wp:effectExtent l="0" t="0" r="0" b="0"/>
            <wp:docPr id="4281"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 name="图片 100019" descr="学科网(www.zxxk.com)--教育资源门户，提供试卷、教案、课件、论文、素材以及各类教学资源下载，还有大量而丰富的教学相关资讯！"/>
                    <pic:cNvPicPr>
                      <a:picLocks noChangeAspect="1"/>
                    </pic:cNvPicPr>
                  </pic:nvPicPr>
                  <pic:blipFill>
                    <a:blip r:embed="rId214"/>
                    <a:stretch>
                      <a:fillRect/>
                    </a:stretch>
                  </pic:blipFill>
                  <pic:spPr>
                    <a:xfrm>
                      <a:off x="0" y="0"/>
                      <a:ext cx="895350" cy="781050"/>
                    </a:xfrm>
                    <a:prstGeom prst="rect">
                      <a:avLst/>
                    </a:prstGeom>
                  </pic:spPr>
                </pic:pic>
              </a:graphicData>
            </a:graphic>
          </wp:inline>
        </w:drawing>
      </w:r>
      <w:r>
        <w:rPr>
          <w:color w:val="000000"/>
          <w:lang w:eastAsia="zh-CN"/>
        </w:rPr>
        <w:t xml:space="preserve">  </w:t>
      </w:r>
      <w:r>
        <w:rPr>
          <w:rFonts w:ascii="SimSun" w:eastAsia="SimSun" w:hAnsi="SimSun" w:cs="SimSun"/>
          <w:color w:val="000000"/>
          <w:lang w:eastAsia="zh-CN"/>
        </w:rPr>
        <w:t>表示运算</w:t>
      </w:r>
      <w:r>
        <w:pict w14:anchorId="5D906F74">
          <v:shape id="_x0000_i1375" type="#_x0000_t75" alt="学科网(www.zxxk.com)--教育资源门户，提供试卷、教案、课件、论文、素材以及各类教学资源下载，还有大量而丰富的教学相关资讯！" style="width:38.7pt;height:12.9pt">
            <v:imagedata r:id="rId215" o:title="eqIda900a96aa628ce718ddbad524fbf78dc"/>
          </v:shape>
        </w:pict>
      </w:r>
      <w:r>
        <w:rPr>
          <w:rFonts w:ascii="SimSun" w:eastAsia="SimSun" w:hAnsi="SimSun" w:cs="SimSun"/>
          <w:color w:val="000000"/>
          <w:lang w:eastAsia="zh-CN"/>
        </w:rPr>
        <w:t>，图形</w:t>
      </w:r>
      <w:r>
        <w:rPr>
          <w:noProof/>
          <w:color w:val="000000"/>
        </w:rPr>
        <w:drawing>
          <wp:inline distT="0" distB="0" distL="114300" distR="114300" wp14:anchorId="19AD642E" wp14:editId="2BE8F87A">
            <wp:extent cx="790575" cy="800100"/>
            <wp:effectExtent l="0" t="0" r="9525" b="0"/>
            <wp:docPr id="4282"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 name="图片 100021" descr="学科网(www.zxxk.com)--教育资源门户，提供试卷、教案、课件、论文、素材以及各类教学资源下载，还有大量而丰富的教学相关资讯！"/>
                    <pic:cNvPicPr>
                      <a:picLocks noChangeAspect="1"/>
                    </pic:cNvPicPr>
                  </pic:nvPicPr>
                  <pic:blipFill>
                    <a:blip r:embed="rId216"/>
                    <a:stretch>
                      <a:fillRect/>
                    </a:stretch>
                  </pic:blipFill>
                  <pic:spPr>
                    <a:xfrm>
                      <a:off x="0" y="0"/>
                      <a:ext cx="790575" cy="800100"/>
                    </a:xfrm>
                    <a:prstGeom prst="rect">
                      <a:avLst/>
                    </a:prstGeom>
                  </pic:spPr>
                </pic:pic>
              </a:graphicData>
            </a:graphic>
          </wp:inline>
        </w:drawing>
      </w:r>
      <w:r>
        <w:rPr>
          <w:color w:val="000000"/>
          <w:lang w:eastAsia="zh-CN"/>
        </w:rPr>
        <w:t xml:space="preserve">  </w:t>
      </w:r>
      <w:r>
        <w:rPr>
          <w:rFonts w:ascii="SimSun" w:eastAsia="SimSun" w:hAnsi="SimSun" w:cs="SimSun"/>
          <w:color w:val="000000"/>
          <w:lang w:eastAsia="zh-CN"/>
        </w:rPr>
        <w:t>表示运算</w:t>
      </w:r>
      <w:r>
        <w:pict w14:anchorId="75B7550F">
          <v:shape id="_x0000_i1376" type="#_x0000_t75" alt="学科网(www.zxxk.com)--教育资源门户，提供试卷、教案、课件、论文、素材以及各类教学资源下载，还有大量而丰富的教学相关资讯！" style="width:57.05pt;height:12.9pt">
            <v:imagedata r:id="rId217" o:title="eqId5a0a9b30710cbaa5cafed5132132e53c"/>
          </v:shape>
        </w:pict>
      </w:r>
      <w:r>
        <w:rPr>
          <w:rFonts w:ascii="SimSun" w:eastAsia="SimSun" w:hAnsi="SimSun" w:cs="SimSun"/>
          <w:color w:val="000000"/>
          <w:lang w:eastAsia="zh-CN"/>
        </w:rPr>
        <w:t>．</w:t>
      </w:r>
    </w:p>
    <w:p w14:paraId="64C7F7E5" w14:textId="77777777" w:rsidR="008113A1" w:rsidRDefault="00000000">
      <w:pPr>
        <w:spacing w:line="360" w:lineRule="auto"/>
        <w:textAlignment w:val="center"/>
        <w:rPr>
          <w:color w:val="000000"/>
        </w:rPr>
      </w:pPr>
      <w:r>
        <w:rPr>
          <w:rFonts w:ascii="SimSun" w:eastAsia="SimSun" w:hAnsi="SimSun" w:cs="SimSun"/>
          <w:color w:val="000000"/>
        </w:rPr>
        <w:t>∴</w:t>
      </w:r>
      <w:r>
        <w:rPr>
          <w:noProof/>
          <w:color w:val="000000"/>
        </w:rPr>
        <w:drawing>
          <wp:inline distT="0" distB="0" distL="114300" distR="114300" wp14:anchorId="239129E7" wp14:editId="130144A2">
            <wp:extent cx="923925" cy="800100"/>
            <wp:effectExtent l="0" t="0" r="9525" b="0"/>
            <wp:docPr id="4285"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7" name="图片 100023" descr="学科网(www.zxxk.com)--教育资源门户，提供试卷、教案、课件、论文、素材以及各类教学资源下载，还有大量而丰富的教学相关资讯！"/>
                    <pic:cNvPicPr>
                      <a:picLocks noChangeAspect="1"/>
                    </pic:cNvPicPr>
                  </pic:nvPicPr>
                  <pic:blipFill>
                    <a:blip r:embed="rId218"/>
                    <a:stretch>
                      <a:fillRect/>
                    </a:stretch>
                  </pic:blipFill>
                  <pic:spPr>
                    <a:xfrm>
                      <a:off x="0" y="0"/>
                      <a:ext cx="923925" cy="800100"/>
                    </a:xfrm>
                    <a:prstGeom prst="rect">
                      <a:avLst/>
                    </a:prstGeom>
                  </pic:spPr>
                </pic:pic>
              </a:graphicData>
            </a:graphic>
          </wp:inline>
        </w:drawing>
      </w:r>
      <w:r>
        <w:rPr>
          <w:color w:val="000000"/>
        </w:rPr>
        <w:t xml:space="preserve">  </w:t>
      </w:r>
      <w:r>
        <w:rPr>
          <w:rFonts w:ascii="Times New Roman" w:eastAsia="Times New Roman" w:hAnsi="Times New Roman" w:cs="Times New Roman"/>
          <w:color w:val="000000"/>
        </w:rPr>
        <w:t>+</w:t>
      </w:r>
      <w:r>
        <w:rPr>
          <w:noProof/>
          <w:color w:val="000000"/>
        </w:rPr>
        <w:drawing>
          <wp:inline distT="0" distB="0" distL="114300" distR="114300" wp14:anchorId="32B2B9CB" wp14:editId="0D8E6A67">
            <wp:extent cx="781050" cy="781050"/>
            <wp:effectExtent l="0" t="0" r="0" b="0"/>
            <wp:docPr id="4286"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8" name="图片 100025" descr="学科网(www.zxxk.com)--教育资源门户，提供试卷、教案、课件、论文、素材以及各类教学资源下载，还有大量而丰富的教学相关资讯！"/>
                    <pic:cNvPicPr>
                      <a:picLocks noChangeAspect="1"/>
                    </pic:cNvPicPr>
                  </pic:nvPicPr>
                  <pic:blipFill>
                    <a:blip r:embed="rId219"/>
                    <a:stretch>
                      <a:fillRect/>
                    </a:stretch>
                  </pic:blipFill>
                  <pic:spPr>
                    <a:xfrm>
                      <a:off x="0" y="0"/>
                      <a:ext cx="781050" cy="781050"/>
                    </a:xfrm>
                    <a:prstGeom prst="rect">
                      <a:avLst/>
                    </a:prstGeom>
                  </pic:spPr>
                </pic:pic>
              </a:graphicData>
            </a:graphic>
          </wp:inline>
        </w:drawing>
      </w:r>
      <w:r>
        <w:rPr>
          <w:color w:val="000000"/>
        </w:rPr>
        <w:t xml:space="preserve">  </w:t>
      </w:r>
    </w:p>
    <w:p w14:paraId="667E026D" w14:textId="77777777" w:rsidR="008113A1" w:rsidRDefault="00000000">
      <w:pPr>
        <w:spacing w:line="360" w:lineRule="auto"/>
        <w:textAlignment w:val="center"/>
        <w:rPr>
          <w:color w:val="000000"/>
        </w:rPr>
      </w:pPr>
      <w:r>
        <w:pict w14:anchorId="45ACD7F4">
          <v:shape id="_x0000_i1377" type="#_x0000_t75" alt="学科网(www.zxxk.com)--教育资源门户，提供试卷、教案、课件、论文、素材以及各类教学资源下载，还有大量而丰富的教学相关资讯！" style="width:133.15pt;height:20.4pt">
            <v:imagedata r:id="rId221" o:title="eqIdb4e3ba938d5ae074e1ca730359243a04"/>
          </v:shape>
        </w:pict>
      </w:r>
    </w:p>
    <w:p w14:paraId="087585EC" w14:textId="77777777" w:rsidR="008113A1" w:rsidRDefault="00000000">
      <w:pPr>
        <w:spacing w:line="360" w:lineRule="auto"/>
        <w:textAlignment w:val="center"/>
        <w:rPr>
          <w:color w:val="000000"/>
        </w:rPr>
      </w:pPr>
      <w:r>
        <w:pict w14:anchorId="6BB4A8B2">
          <v:shape id="_x0000_i1378" type="#_x0000_t75" alt="学科网(www.zxxk.com)--教育资源门户，提供试卷、教案、课件、论文、素材以及各类教学资源下载，还有大量而丰富的教学相关资讯！" style="width:57.75pt;height:20.4pt">
            <v:imagedata r:id="rId222" o:title="eqId850b46ebf225e49bc2300077605df93e"/>
          </v:shape>
        </w:pict>
      </w:r>
    </w:p>
    <w:p w14:paraId="2413C501" w14:textId="77777777" w:rsidR="008113A1" w:rsidRDefault="00000000">
      <w:pPr>
        <w:spacing w:line="360" w:lineRule="auto"/>
        <w:textAlignment w:val="center"/>
        <w:rPr>
          <w:color w:val="000000"/>
          <w:lang w:eastAsia="zh-CN"/>
        </w:rPr>
      </w:pPr>
      <w:r>
        <w:pict w14:anchorId="37E7C82B">
          <v:shape id="_x0000_i1379" type="#_x0000_t75" alt="学科网(www.zxxk.com)--教育资源门户，提供试卷、教案、课件、论文、素材以及各类教学资源下载，还有大量而丰富的教学相关资讯！" style="width:24.45pt;height:14.25pt">
            <v:imagedata r:id="rId223" o:title="eqId5eb8a059a03c1aa4fc1b75a9c76d30cc"/>
          </v:shape>
        </w:pict>
      </w:r>
      <w:r>
        <w:rPr>
          <w:rFonts w:ascii="SimSun" w:eastAsia="SimSun" w:hAnsi="SimSun" w:cs="SimSun"/>
          <w:color w:val="000000"/>
          <w:lang w:eastAsia="zh-CN"/>
        </w:rPr>
        <w:t>，</w:t>
      </w:r>
    </w:p>
    <w:p w14:paraId="074BE58C"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4C408AEF">
          <v:shape id="_x0000_i1380" type="#_x0000_t75" alt="学科网(www.zxxk.com)--教育资源门户，提供试卷、教案、课件、论文、素材以及各类教学资源下载，还有大量而丰富的教学相关资讯！" style="width:15.6pt;height:14.25pt">
            <v:imagedata r:id="rId224" o:title="eqId8bf3d3564c61e5e9c39a9e2cf2de048b"/>
          </v:shape>
        </w:pict>
      </w:r>
      <w:r>
        <w:rPr>
          <w:rFonts w:ascii="SimSun" w:eastAsia="SimSun" w:hAnsi="SimSun" w:cs="SimSun"/>
          <w:color w:val="000000"/>
          <w:lang w:eastAsia="zh-CN"/>
        </w:rPr>
        <w:t>．</w:t>
      </w:r>
    </w:p>
    <w:p w14:paraId="319E1069" w14:textId="77777777" w:rsidR="008113A1" w:rsidRDefault="00000000">
      <w:pPr>
        <w:spacing w:line="360" w:lineRule="auto"/>
        <w:jc w:val="both"/>
        <w:textAlignment w:val="center"/>
        <w:rPr>
          <w:color w:val="000000"/>
          <w:lang w:eastAsia="zh-CN"/>
        </w:rPr>
      </w:pPr>
      <w:r>
        <w:rPr>
          <w:color w:val="000000"/>
          <w:lang w:eastAsia="zh-CN"/>
        </w:rPr>
        <w:lastRenderedPageBreak/>
        <w:t>【点睛】</w:t>
      </w:r>
      <w:r>
        <w:rPr>
          <w:rFonts w:ascii="SimSun" w:eastAsia="SimSun" w:hAnsi="SimSun" w:cs="SimSun"/>
          <w:color w:val="000000"/>
          <w:lang w:eastAsia="zh-CN"/>
        </w:rPr>
        <w:t>本题考查有理数的混合运算、新定义，解答本题的关键是明确题意，会用新定义解答问题．</w:t>
      </w:r>
    </w:p>
    <w:p w14:paraId="17E860E4"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三、解答题（本题共</w:t>
      </w:r>
      <w:r>
        <w:rPr>
          <w:rFonts w:ascii="Times New Roman" w:eastAsia="Times New Roman" w:hAnsi="Times New Roman" w:cs="Times New Roman"/>
          <w:b/>
          <w:color w:val="000000"/>
          <w:sz w:val="24"/>
          <w:lang w:eastAsia="zh-CN"/>
        </w:rPr>
        <w:t>10</w:t>
      </w:r>
      <w:r>
        <w:rPr>
          <w:rFonts w:ascii="SimSun" w:eastAsia="SimSun" w:hAnsi="SimSun" w:cs="SimSun"/>
          <w:b/>
          <w:color w:val="000000"/>
          <w:sz w:val="24"/>
          <w:lang w:eastAsia="zh-CN"/>
        </w:rPr>
        <w:t>道小题，</w:t>
      </w:r>
      <w:r>
        <w:rPr>
          <w:rFonts w:ascii="Times New Roman" w:eastAsia="Times New Roman" w:hAnsi="Times New Roman" w:cs="Times New Roman"/>
          <w:b/>
          <w:color w:val="000000"/>
          <w:sz w:val="24"/>
          <w:lang w:eastAsia="zh-CN"/>
        </w:rPr>
        <w:t>17</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18</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19-23</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24</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25</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27</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分，共</w:t>
      </w:r>
      <w:r>
        <w:rPr>
          <w:rFonts w:ascii="Times New Roman" w:eastAsia="Times New Roman" w:hAnsi="Times New Roman" w:cs="Times New Roman"/>
          <w:b/>
          <w:color w:val="000000"/>
          <w:sz w:val="24"/>
          <w:lang w:eastAsia="zh-CN"/>
        </w:rPr>
        <w:t>52</w:t>
      </w:r>
      <w:r>
        <w:rPr>
          <w:rFonts w:ascii="SimSun" w:eastAsia="SimSun" w:hAnsi="SimSun" w:cs="SimSun"/>
          <w:b/>
          <w:color w:val="000000"/>
          <w:sz w:val="24"/>
          <w:lang w:eastAsia="zh-CN"/>
        </w:rPr>
        <w:t>分）</w:t>
      </w:r>
    </w:p>
    <w:p w14:paraId="48D9CF03" w14:textId="77777777" w:rsidR="008113A1" w:rsidRDefault="00000000">
      <w:pPr>
        <w:pStyle w:val="Heading2"/>
        <w:rPr>
          <w:lang w:eastAsia="zh-CN"/>
        </w:rPr>
      </w:pPr>
      <w:bookmarkStart w:id="21" w:name="_Toc235460038"/>
      <w:r>
        <w:rPr>
          <w:lang w:eastAsia="zh-CN"/>
        </w:rPr>
        <w:t>朝阳区北京中学</w:t>
      </w:r>
      <w:bookmarkEnd w:id="21"/>
    </w:p>
    <w:p w14:paraId="66E78B2B" w14:textId="77777777" w:rsidR="008113A1" w:rsidRDefault="00000000">
      <w:pPr>
        <w:spacing w:line="360" w:lineRule="auto"/>
        <w:jc w:val="both"/>
        <w:textAlignment w:val="center"/>
        <w:rPr>
          <w:color w:val="000000"/>
          <w:lang w:eastAsia="zh-CN"/>
        </w:rPr>
      </w:pPr>
      <w:r>
        <w:rPr>
          <w:color w:val="000000"/>
          <w:lang w:eastAsia="zh-CN"/>
        </w:rPr>
        <w:t xml:space="preserve">15. </w:t>
      </w:r>
      <w:r>
        <w:rPr>
          <w:rFonts w:ascii="SimSun" w:eastAsia="SimSun" w:hAnsi="SimSun" w:cs="SimSun"/>
          <w:color w:val="000000"/>
          <w:lang w:eastAsia="zh-CN"/>
        </w:rPr>
        <w:t>写出</w:t>
      </w:r>
      <w:r>
        <w:pict w14:anchorId="714F604E">
          <v:shape id="_x0000_i1381" type="#_x0000_t75" alt="学科网(www.zxxk.com)--教育资源门户，提供试卷、教案、课件、论文、素材以及各类教学资源下载，还有大量而丰富的教学相关资讯！" style="width:36.7pt;height:30.55pt">
            <v:imagedata r:id="rId225" o:title="eqId4808ba7a172e2269ebd6e063dab5d29e"/>
          </v:shape>
        </w:pict>
      </w:r>
      <w:r>
        <w:rPr>
          <w:rFonts w:ascii="SimSun" w:eastAsia="SimSun" w:hAnsi="SimSun" w:cs="SimSun"/>
          <w:noProof/>
          <w:color w:val="000000"/>
        </w:rPr>
        <w:drawing>
          <wp:inline distT="0" distB="0" distL="114300" distR="114300" wp14:anchorId="2B94BA1A" wp14:editId="03B43245">
            <wp:extent cx="133350" cy="177800"/>
            <wp:effectExtent l="0" t="0" r="0" b="13335"/>
            <wp:docPr id="4289" name="图片 855349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 name="图片 855349434"/>
                    <pic:cNvPicPr>
                      <a:picLocks noChangeAspect="1"/>
                    </pic:cNvPicPr>
                  </pic:nvPicPr>
                  <pic:blipFill>
                    <a:blip r:embed="rId226"/>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一个同类项：</w:t>
      </w:r>
      <w:r>
        <w:rPr>
          <w:color w:val="000000"/>
          <w:lang w:eastAsia="zh-CN"/>
        </w:rPr>
        <w:t>______</w:t>
      </w:r>
      <w:r>
        <w:rPr>
          <w:rFonts w:ascii="SimSun" w:eastAsia="SimSun" w:hAnsi="SimSun" w:cs="SimSun"/>
          <w:color w:val="000000"/>
          <w:lang w:eastAsia="zh-CN"/>
        </w:rPr>
        <w:t>．</w:t>
      </w:r>
    </w:p>
    <w:p w14:paraId="4B977078"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观察下列图形及图形所对应的算式，根据你发现的规律计算：</w:t>
      </w:r>
    </w:p>
    <w:p w14:paraId="0BC28EA7"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①</w:t>
      </w:r>
      <w:r>
        <w:pict w14:anchorId="44032642">
          <v:shape id="_x0000_i1382" type="#_x0000_t75" alt="学科网(www.zxxk.com)--教育资源门户，提供试卷、教案、课件、论文、素材以及各类教学资源下载，还有大量而丰富的教学相关资讯！" style="width:67.25pt;height:14.25pt">
            <v:imagedata r:id="rId227" o:title="eqId08af0803fdc699295afc505f7b182dfb"/>
          </v:shape>
        </w:pict>
      </w:r>
      <w:r>
        <w:rPr>
          <w:rFonts w:ascii="SimSun" w:eastAsia="SimSun" w:hAnsi="SimSun" w:cs="SimSun"/>
          <w:color w:val="000000"/>
          <w:lang w:eastAsia="zh-CN"/>
        </w:rPr>
        <w:t>的结果为</w:t>
      </w:r>
      <w:r>
        <w:rPr>
          <w:color w:val="000000"/>
          <w:lang w:eastAsia="zh-CN"/>
        </w:rPr>
        <w:t>______</w:t>
      </w:r>
      <w:r>
        <w:rPr>
          <w:rFonts w:ascii="SimSun" w:eastAsia="SimSun" w:hAnsi="SimSun" w:cs="SimSun"/>
          <w:color w:val="000000"/>
          <w:lang w:eastAsia="zh-CN"/>
        </w:rPr>
        <w:t>．</w:t>
      </w:r>
    </w:p>
    <w:p w14:paraId="671D55EC"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②</w:t>
      </w:r>
      <w:r>
        <w:pict w14:anchorId="7C54E292">
          <v:shape id="_x0000_i1383" type="#_x0000_t75" alt="学科网(www.zxxk.com)--教育资源门户，提供试卷、教案、课件、论文、素材以及各类教学资源下载，还有大量而丰富的教学相关资讯！" style="width:110.7pt;height:14.25pt">
            <v:imagedata r:id="rId228" o:title="eqId92275e5ab57ec7d7114f4743ff4cdc2b"/>
          </v:shape>
        </w:pict>
      </w:r>
      <w:r>
        <w:rPr>
          <w:rFonts w:ascii="SimSun" w:eastAsia="SimSun" w:hAnsi="SimSun" w:cs="SimSun"/>
          <w:color w:val="000000"/>
          <w:lang w:eastAsia="zh-CN"/>
        </w:rPr>
        <w:t>（</w:t>
      </w:r>
      <w:r>
        <w:rPr>
          <w:rFonts w:ascii="Times New Roman" w:eastAsia="Times New Roman" w:hAnsi="Times New Roman" w:cs="Times New Roman"/>
          <w:i/>
          <w:color w:val="000000"/>
          <w:lang w:eastAsia="zh-CN"/>
        </w:rPr>
        <w:t>n</w:t>
      </w:r>
      <w:r>
        <w:rPr>
          <w:rFonts w:ascii="SimSun" w:eastAsia="SimSun" w:hAnsi="SimSun" w:cs="SimSun"/>
          <w:color w:val="000000"/>
          <w:lang w:eastAsia="zh-CN"/>
        </w:rPr>
        <w:t>是正整数）的结果为</w:t>
      </w:r>
      <w:r>
        <w:rPr>
          <w:color w:val="000000"/>
          <w:lang w:eastAsia="zh-CN"/>
        </w:rPr>
        <w:t>______</w:t>
      </w:r>
      <w:r>
        <w:rPr>
          <w:rFonts w:ascii="SimSun" w:eastAsia="SimSun" w:hAnsi="SimSun" w:cs="SimSun"/>
          <w:color w:val="000000"/>
          <w:lang w:eastAsia="zh-CN"/>
        </w:rPr>
        <w:t>．</w:t>
      </w:r>
    </w:p>
    <w:p w14:paraId="0B14B1CB" w14:textId="77777777" w:rsidR="008113A1" w:rsidRDefault="00000000">
      <w:pPr>
        <w:spacing w:line="360" w:lineRule="auto"/>
        <w:jc w:val="both"/>
        <w:textAlignment w:val="center"/>
        <w:rPr>
          <w:color w:val="000000"/>
        </w:rPr>
      </w:pPr>
      <w:r>
        <w:rPr>
          <w:noProof/>
          <w:color w:val="000000"/>
        </w:rPr>
        <w:drawing>
          <wp:inline distT="0" distB="0" distL="114300" distR="114300" wp14:anchorId="32F924BC" wp14:editId="1B030575">
            <wp:extent cx="2628900" cy="1304925"/>
            <wp:effectExtent l="0" t="0" r="0" b="9525"/>
            <wp:docPr id="4291"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 name="图片 100005" descr="学科网(www.zxxk.com)--教育资源门户，提供试卷、教案、课件、论文、素材以及各类教学资源下载，还有大量而丰富的教学相关资讯！"/>
                    <pic:cNvPicPr>
                      <a:picLocks noChangeAspect="1"/>
                    </pic:cNvPicPr>
                  </pic:nvPicPr>
                  <pic:blipFill>
                    <a:blip r:embed="rId229"/>
                    <a:stretch>
                      <a:fillRect/>
                    </a:stretch>
                  </pic:blipFill>
                  <pic:spPr>
                    <a:xfrm>
                      <a:off x="0" y="0"/>
                      <a:ext cx="2628900" cy="1304925"/>
                    </a:xfrm>
                    <a:prstGeom prst="rect">
                      <a:avLst/>
                    </a:prstGeom>
                  </pic:spPr>
                </pic:pic>
              </a:graphicData>
            </a:graphic>
          </wp:inline>
        </w:drawing>
      </w:r>
      <w:r>
        <w:rPr>
          <w:color w:val="000000"/>
        </w:rPr>
        <w:t xml:space="preserve">  </w:t>
      </w:r>
    </w:p>
    <w:p w14:paraId="33F57E21" w14:textId="77777777" w:rsidR="008113A1" w:rsidRDefault="00000000">
      <w:pPr>
        <w:spacing w:line="360" w:lineRule="auto"/>
        <w:textAlignment w:val="center"/>
        <w:rPr>
          <w:color w:val="000000"/>
          <w:lang w:eastAsia="zh-CN"/>
        </w:rPr>
      </w:pPr>
      <w:r>
        <w:rPr>
          <w:color w:val="2E75B6"/>
        </w:rPr>
        <w:t>【答案】</w:t>
      </w:r>
      <w:r>
        <w:rPr>
          <w:color w:val="000000"/>
        </w:rPr>
        <w:t xml:space="preserve">    ①. </w:t>
      </w:r>
      <w:r>
        <w:pict w14:anchorId="5241786A">
          <v:shape id="_x0000_i1384" type="#_x0000_t75" alt="学科网(www.zxxk.com)--教育资源门户，提供试卷、教案、课件、论文、素材以及各类教学资源下载，还有大量而丰富的教学相关资讯！" style="width:36pt;height:30.55pt">
            <v:imagedata r:id="rId230" o:title="eqIdaa5c117f2b16846fbd1376cd27dd50fc"/>
          </v:shape>
        </w:pict>
      </w:r>
      <w:r>
        <w:rPr>
          <w:rFonts w:ascii="SimSun" w:eastAsia="SimSun" w:hAnsi="SimSun" w:cs="SimSun"/>
          <w:color w:val="000000"/>
        </w:rPr>
        <w:t>；（答案不唯一）</w:t>
      </w:r>
      <w:r>
        <w:rPr>
          <w:color w:val="000000"/>
        </w:rPr>
        <w:t xml:space="preserve">    ②. </w:t>
      </w:r>
      <w:r>
        <w:rPr>
          <w:rFonts w:ascii="Times New Roman" w:eastAsia="Times New Roman" w:hAnsi="Times New Roman" w:cs="Times New Roman"/>
          <w:color w:val="000000"/>
          <w:lang w:eastAsia="zh-CN"/>
        </w:rPr>
        <w:t>49</w:t>
      </w:r>
      <w:r>
        <w:rPr>
          <w:color w:val="000000"/>
          <w:lang w:eastAsia="zh-CN"/>
        </w:rPr>
        <w:t xml:space="preserve">    ③. </w:t>
      </w:r>
      <w:r>
        <w:pict w14:anchorId="531B1052">
          <v:shape id="_x0000_i1385" type="#_x0000_t75" alt="学科网(www.zxxk.com)--教育资源门户，提供试卷、教案、课件、论文、素材以及各类教学资源下载，还有大量而丰富的教学相关资讯！" style="width:44.15pt;height:21.75pt">
            <v:imagedata r:id="rId231" o:title="eqIdd54b13dab5668dde6606321178572c16"/>
          </v:shape>
        </w:pict>
      </w:r>
    </w:p>
    <w:p w14:paraId="5CCF9365" w14:textId="77777777" w:rsidR="008113A1" w:rsidRDefault="00000000">
      <w:pPr>
        <w:spacing w:line="360" w:lineRule="auto"/>
        <w:textAlignment w:val="center"/>
        <w:rPr>
          <w:color w:val="000000"/>
          <w:lang w:eastAsia="zh-CN"/>
        </w:rPr>
      </w:pPr>
      <w:r>
        <w:rPr>
          <w:color w:val="2E75B6"/>
          <w:lang w:eastAsia="zh-CN"/>
        </w:rPr>
        <w:t>【解析】</w:t>
      </w:r>
    </w:p>
    <w:p w14:paraId="22567B5C"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根据同类项的定义写出</w:t>
      </w:r>
      <w:r>
        <w:pict w14:anchorId="242E5FEC">
          <v:shape id="_x0000_i1386" type="#_x0000_t75" alt="学科网(www.zxxk.com)--教育资源门户，提供试卷、教案、课件、论文、素材以及各类教学资源下载，还有大量而丰富的教学相关资讯！" style="width:36.7pt;height:30.55pt">
            <v:imagedata r:id="rId225" o:title="eqId4808ba7a172e2269ebd6e063dab5d29e"/>
          </v:shape>
        </w:pict>
      </w:r>
      <w:r>
        <w:rPr>
          <w:rFonts w:ascii="SimSun" w:eastAsia="SimSun" w:hAnsi="SimSun" w:cs="SimSun"/>
          <w:color w:val="000000"/>
          <w:lang w:eastAsia="zh-CN"/>
        </w:rPr>
        <w:t>的同类项即可；</w:t>
      </w:r>
    </w:p>
    <w:p w14:paraId="28DC80D5"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由第一个图可得</w:t>
      </w:r>
      <w:r>
        <w:pict w14:anchorId="66169988">
          <v:shape id="_x0000_i1387" type="#_x0000_t75" alt="学科网(www.zxxk.com)--教育资源门户，提供试卷、教案、课件、论文、素材以及各类教学资源下载，还有大量而丰富的教学相关资讯！" style="width:89.65pt;height:17.65pt">
            <v:imagedata r:id="rId232" o:title="eqId92b02223ac7d0aa83250123937561a3a"/>
          </v:shape>
        </w:pict>
      </w:r>
      <w:r>
        <w:rPr>
          <w:rFonts w:ascii="SimSun" w:eastAsia="SimSun" w:hAnsi="SimSun" w:cs="SimSun"/>
          <w:color w:val="000000"/>
          <w:lang w:eastAsia="zh-CN"/>
        </w:rPr>
        <w:t>；由第二个图可得</w:t>
      </w:r>
      <w:r>
        <w:pict w14:anchorId="77CCA563">
          <v:shape id="_x0000_i1388" type="#_x0000_t75" alt="学科网(www.zxxk.com)--教育资源门户，提供试卷、教案、课件、论文、素材以及各类教学资源下载，还有大量而丰富的教学相关资讯！" style="width:125pt;height:18.35pt">
            <v:imagedata r:id="rId233" o:title="eqIdfb98f9e22df451bf47cec2b822f376c4"/>
          </v:shape>
        </w:pict>
      </w:r>
      <w:r>
        <w:rPr>
          <w:rFonts w:ascii="SimSun" w:eastAsia="SimSun" w:hAnsi="SimSun" w:cs="SimSun"/>
          <w:color w:val="000000"/>
          <w:lang w:eastAsia="zh-CN"/>
        </w:rPr>
        <w:t>；由第三个图可得</w:t>
      </w:r>
      <w:r>
        <w:pict w14:anchorId="5E0BF56F">
          <v:shape id="_x0000_i1389" type="#_x0000_t75" alt="学科网(www.zxxk.com)--教育资源门户，提供试卷、教案、课件、论文、素材以及各类教学资源下载，还有大量而丰富的教学相关资讯！" style="width:2in;height:18.35pt">
            <v:imagedata r:id="rId234" o:title="eqId0be8d202d75c8d932e730b607a2b8a21"/>
          </v:shape>
        </w:pict>
      </w:r>
      <w:r>
        <w:rPr>
          <w:rFonts w:ascii="SimSun" w:eastAsia="SimSun" w:hAnsi="SimSun" w:cs="SimSun"/>
          <w:color w:val="000000"/>
          <w:lang w:eastAsia="zh-CN"/>
        </w:rPr>
        <w:t>，总结得到相关的规律即可知道答案．</w:t>
      </w:r>
    </w:p>
    <w:p w14:paraId="4E1067ED"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pict w14:anchorId="32CC852F">
          <v:shape id="_x0000_i1390" type="#_x0000_t75" alt="学科网(www.zxxk.com)--教育资源门户，提供试卷、教案、课件、论文、素材以及各类教学资源下载，还有大量而丰富的教学相关资讯！" style="width:36.7pt;height:30.55pt">
            <v:imagedata r:id="rId225" o:title="eqId4808ba7a172e2269ebd6e063dab5d29e"/>
          </v:shape>
        </w:pict>
      </w:r>
      <w:r>
        <w:rPr>
          <w:rFonts w:ascii="SimSun" w:eastAsia="SimSun" w:hAnsi="SimSun" w:cs="SimSun"/>
          <w:color w:val="000000"/>
          <w:lang w:eastAsia="zh-CN"/>
        </w:rPr>
        <w:t>的一个同类项为</w:t>
      </w:r>
      <w:r>
        <w:pict w14:anchorId="46370448">
          <v:shape id="_x0000_i1391" type="#_x0000_t75" alt="学科网(www.zxxk.com)--教育资源门户，提供试卷、教案、课件、论文、素材以及各类教学资源下载，还有大量而丰富的教学相关资讯！" style="width:36pt;height:30.55pt">
            <v:imagedata r:id="rId230" o:title="eqIdaa5c117f2b16846fbd1376cd27dd50fc"/>
          </v:shape>
        </w:pict>
      </w:r>
      <w:r>
        <w:rPr>
          <w:rFonts w:ascii="SimSun" w:eastAsia="SimSun" w:hAnsi="SimSun" w:cs="SimSun"/>
          <w:color w:val="000000"/>
          <w:lang w:eastAsia="zh-CN"/>
        </w:rPr>
        <w:t>；</w:t>
      </w:r>
    </w:p>
    <w:p w14:paraId="2E35D96D"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lastRenderedPageBreak/>
        <w:t>故答案为：</w:t>
      </w:r>
      <w:r>
        <w:pict w14:anchorId="73BF35BC">
          <v:shape id="_x0000_i1392" type="#_x0000_t75" alt="学科网(www.zxxk.com)--教育资源门户，提供试卷、教案、课件、论文、素材以及各类教学资源下载，还有大量而丰富的教学相关资讯！" style="width:36pt;height:30.55pt">
            <v:imagedata r:id="rId230" o:title="eqIdaa5c117f2b16846fbd1376cd27dd50fc"/>
          </v:shape>
        </w:pict>
      </w:r>
      <w:r>
        <w:rPr>
          <w:rFonts w:ascii="SimSun" w:eastAsia="SimSun" w:hAnsi="SimSun" w:cs="SimSun"/>
          <w:color w:val="000000"/>
          <w:lang w:eastAsia="zh-CN"/>
        </w:rPr>
        <w:t>；（答案</w:t>
      </w:r>
      <w:proofErr w:type="gramStart"/>
      <w:r>
        <w:rPr>
          <w:rFonts w:ascii="SimSun" w:eastAsia="SimSun" w:hAnsi="SimSun" w:cs="SimSun"/>
          <w:color w:val="000000"/>
          <w:lang w:eastAsia="zh-CN"/>
        </w:rPr>
        <w:t>不</w:t>
      </w:r>
      <w:proofErr w:type="gramEnd"/>
      <w:r>
        <w:rPr>
          <w:rFonts w:ascii="SimSun" w:eastAsia="SimSun" w:hAnsi="SimSun" w:cs="SimSun"/>
          <w:color w:val="000000"/>
          <w:lang w:eastAsia="zh-CN"/>
        </w:rPr>
        <w:t>唯一）</w:t>
      </w:r>
    </w:p>
    <w:p w14:paraId="281E847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①</w:t>
      </w:r>
      <w:r>
        <w:pict w14:anchorId="18DE4911">
          <v:shape id="_x0000_i1393" type="#_x0000_t75" alt="学科网(www.zxxk.com)--教育资源门户，提供试卷、教案、课件、论文、素材以及各类教学资源下载，还有大量而丰富的教学相关资讯！" style="width:80.15pt;height:14.25pt">
            <v:imagedata r:id="rId235" o:title="eqId5525175fc4c29b27dd72f46a2689e9cb"/>
          </v:shape>
        </w:pict>
      </w:r>
      <w:r>
        <w:rPr>
          <w:rFonts w:ascii="SimSun" w:eastAsia="SimSun" w:hAnsi="SimSun" w:cs="SimSun"/>
          <w:color w:val="000000"/>
          <w:lang w:eastAsia="zh-CN"/>
        </w:rPr>
        <w:t>；</w:t>
      </w:r>
    </w:p>
    <w:p w14:paraId="4DAC7E5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694EFD62">
          <v:shape id="_x0000_i1394" type="#_x0000_t75" alt="学科网(www.zxxk.com)--教育资源门户，提供试卷、教案、课件、论文、素材以及各类教学资源下载，还有大量而丰富的教学相关资讯！" style="width:15.6pt;height:14.25pt">
            <v:imagedata r:id="rId236" o:title="eqId88e180966d709439a215f1232d17aedf"/>
          </v:shape>
        </w:pict>
      </w:r>
      <w:r>
        <w:rPr>
          <w:rFonts w:ascii="SimSun" w:eastAsia="SimSun" w:hAnsi="SimSun" w:cs="SimSun"/>
          <w:color w:val="000000"/>
          <w:lang w:eastAsia="zh-CN"/>
        </w:rPr>
        <w:t>；</w:t>
      </w:r>
    </w:p>
    <w:p w14:paraId="51051F6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②由第一个图可得</w:t>
      </w:r>
      <w:r>
        <w:pict w14:anchorId="38997919">
          <v:shape id="_x0000_i1395" type="#_x0000_t75" alt="学科网(www.zxxk.com)--教育资源门户，提供试卷、教案、课件、论文、素材以及各类教学资源下载，还有大量而丰富的教学相关资讯！" style="width:89.65pt;height:17.65pt">
            <v:imagedata r:id="rId232" o:title="eqId92b02223ac7d0aa83250123937561a3a"/>
          </v:shape>
        </w:pict>
      </w:r>
      <w:r>
        <w:rPr>
          <w:rFonts w:ascii="SimSun" w:eastAsia="SimSun" w:hAnsi="SimSun" w:cs="SimSun"/>
          <w:color w:val="000000"/>
          <w:lang w:eastAsia="zh-CN"/>
        </w:rPr>
        <w:t>；</w:t>
      </w:r>
    </w:p>
    <w:p w14:paraId="6E40158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由第二个图可得</w:t>
      </w:r>
      <w:r>
        <w:pict w14:anchorId="055D8B0D">
          <v:shape id="_x0000_i1396" type="#_x0000_t75" alt="学科网(www.zxxk.com)--教育资源门户，提供试卷、教案、课件、论文、素材以及各类教学资源下载，还有大量而丰富的教学相关资讯！" style="width:125pt;height:18.35pt">
            <v:imagedata r:id="rId233" o:title="eqIdfb98f9e22df451bf47cec2b822f376c4"/>
          </v:shape>
        </w:pict>
      </w:r>
      <w:r>
        <w:rPr>
          <w:rFonts w:ascii="SimSun" w:eastAsia="SimSun" w:hAnsi="SimSun" w:cs="SimSun"/>
          <w:color w:val="000000"/>
          <w:lang w:eastAsia="zh-CN"/>
        </w:rPr>
        <w:t>；</w:t>
      </w:r>
    </w:p>
    <w:p w14:paraId="15B7773D"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由第三个图可得</w:t>
      </w:r>
      <w:r>
        <w:pict w14:anchorId="719295AE">
          <v:shape id="_x0000_i1397" type="#_x0000_t75" alt="学科网(www.zxxk.com)--教育资源门户，提供试卷、教案、课件、论文、素材以及各类教学资源下载，还有大量而丰富的教学相关资讯！" style="width:2in;height:18.35pt">
            <v:imagedata r:id="rId234" o:title="eqId0be8d202d75c8d932e730b607a2b8a21"/>
          </v:shape>
        </w:pict>
      </w:r>
    </w:p>
    <w:p w14:paraId="51E2B327"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76C21575">
          <v:shape id="_x0000_i1398" type="#_x0000_t75" alt="学科网(www.zxxk.com)--教育资源门户，提供试卷、教案、课件、论文、素材以及各类教学资源下载，还有大量而丰富的教学相关资讯！" style="width:150.8pt;height:18.35pt">
            <v:imagedata r:id="rId237" o:title="eqIda1781fed982336474e74d0192eea6c07"/>
          </v:shape>
        </w:pict>
      </w:r>
    </w:p>
    <w:p w14:paraId="2F61615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6AE860DA">
          <v:shape id="_x0000_i1399" type="#_x0000_t75" alt="学科网(www.zxxk.com)--教育资源门户，提供试卷、教案、课件、论文、素材以及各类教学资源下载，还有大量而丰富的教学相关资讯！" style="width:44.15pt;height:21.75pt">
            <v:imagedata r:id="rId231" o:title="eqIdd54b13dab5668dde6606321178572c16"/>
          </v:shape>
        </w:pict>
      </w:r>
      <w:r>
        <w:rPr>
          <w:rFonts w:ascii="SimSun" w:eastAsia="SimSun" w:hAnsi="SimSun" w:cs="SimSun"/>
          <w:color w:val="000000"/>
          <w:lang w:eastAsia="zh-CN"/>
        </w:rPr>
        <w:t>．</w:t>
      </w:r>
    </w:p>
    <w:p w14:paraId="5E54FD3C"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本题考查了同类项的定义，探索与表达规律的相关知识点，灵活应用规律的探索方法是解题关键．</w:t>
      </w:r>
    </w:p>
    <w:p w14:paraId="7D83D7DC" w14:textId="77777777" w:rsidR="008113A1" w:rsidRDefault="00000000">
      <w:pPr>
        <w:spacing w:line="285" w:lineRule="auto"/>
        <w:jc w:val="both"/>
        <w:textAlignment w:val="center"/>
        <w:rPr>
          <w:color w:val="000000"/>
          <w:lang w:eastAsia="zh-CN"/>
        </w:rPr>
      </w:pPr>
      <w:r>
        <w:rPr>
          <w:rFonts w:ascii="SimSun" w:eastAsia="SimSun" w:hAnsi="SimSun" w:cs="SimSun"/>
          <w:b/>
          <w:color w:val="000000"/>
          <w:sz w:val="24"/>
          <w:lang w:eastAsia="zh-CN"/>
        </w:rPr>
        <w:t>三、解答题（本题共</w:t>
      </w:r>
      <w:r>
        <w:rPr>
          <w:rFonts w:ascii="Times New Roman" w:eastAsia="Times New Roman" w:hAnsi="Times New Roman" w:cs="Times New Roman"/>
          <w:b/>
          <w:color w:val="000000"/>
          <w:sz w:val="24"/>
          <w:lang w:eastAsia="zh-CN"/>
        </w:rPr>
        <w:t>52</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17</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23</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25</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26</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27</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w:t>
      </w:r>
    </w:p>
    <w:p w14:paraId="45FD16CC" w14:textId="77777777" w:rsidR="008113A1" w:rsidRDefault="00000000">
      <w:pPr>
        <w:pStyle w:val="Heading2"/>
        <w:rPr>
          <w:lang w:eastAsia="zh-CN"/>
        </w:rPr>
      </w:pPr>
      <w:bookmarkStart w:id="22" w:name="_Toc235460039"/>
      <w:r>
        <w:rPr>
          <w:lang w:eastAsia="zh-CN"/>
        </w:rPr>
        <w:t>朝阳区陈经纶中学</w:t>
      </w:r>
      <w:bookmarkEnd w:id="22"/>
    </w:p>
    <w:p w14:paraId="19605DF6" w14:textId="77777777" w:rsidR="008113A1" w:rsidRDefault="00000000">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将</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r>
        <w:rPr>
          <w:rFonts w:ascii="Times New Roman" w:eastAsia="Times New Roman" w:hAnsi="Times New Roman" w:cs="Times New Roman"/>
          <w:color w:val="000000"/>
          <w:lang w:eastAsia="zh-CN"/>
        </w:rPr>
        <w:t>3</w:t>
      </w:r>
      <w:r>
        <w:rPr>
          <w:rFonts w:ascii="SimSun" w:eastAsia="SimSun" w:hAnsi="SimSun" w:cs="SimSun"/>
          <w:color w:val="000000"/>
          <w:lang w:eastAsia="zh-CN"/>
        </w:rPr>
        <w:t>，</w:t>
      </w:r>
      <w:r>
        <w:rPr>
          <w:rFonts w:ascii="Times New Roman" w:eastAsia="Times New Roman" w:hAnsi="Times New Roman" w:cs="Times New Roman"/>
          <w:color w:val="000000"/>
          <w:lang w:eastAsia="zh-CN"/>
        </w:rPr>
        <w:t>5</w:t>
      </w:r>
      <w:r>
        <w:rPr>
          <w:rFonts w:ascii="SimSun" w:eastAsia="SimSun" w:hAnsi="SimSun" w:cs="SimSun"/>
          <w:color w:val="000000"/>
          <w:lang w:eastAsia="zh-CN"/>
        </w:rPr>
        <w:t>，…，</w:t>
      </w:r>
      <w:r>
        <w:rPr>
          <w:rFonts w:ascii="Times New Roman" w:eastAsia="Times New Roman" w:hAnsi="Times New Roman" w:cs="Times New Roman"/>
          <w:color w:val="000000"/>
          <w:lang w:eastAsia="zh-CN"/>
        </w:rPr>
        <w:t>199</w:t>
      </w:r>
      <w:r>
        <w:rPr>
          <w:rFonts w:ascii="SimSun" w:eastAsia="SimSun" w:hAnsi="SimSun" w:cs="SimSun"/>
          <w:color w:val="000000"/>
          <w:lang w:eastAsia="zh-CN"/>
        </w:rPr>
        <w:t>，这</w:t>
      </w:r>
      <w:r>
        <w:rPr>
          <w:rFonts w:ascii="Times New Roman" w:eastAsia="Times New Roman" w:hAnsi="Times New Roman" w:cs="Times New Roman"/>
          <w:color w:val="000000"/>
          <w:lang w:eastAsia="zh-CN"/>
        </w:rPr>
        <w:t>100</w:t>
      </w:r>
      <w:r>
        <w:rPr>
          <w:rFonts w:ascii="SimSun" w:eastAsia="SimSun" w:hAnsi="SimSun" w:cs="SimSun"/>
          <w:color w:val="000000"/>
          <w:lang w:eastAsia="zh-CN"/>
        </w:rPr>
        <w:t>个自然数任意分成</w:t>
      </w:r>
      <w:r>
        <w:rPr>
          <w:rFonts w:ascii="Times New Roman" w:eastAsia="Times New Roman" w:hAnsi="Times New Roman" w:cs="Times New Roman"/>
          <w:color w:val="000000"/>
          <w:lang w:eastAsia="zh-CN"/>
        </w:rPr>
        <w:t>50</w:t>
      </w:r>
      <w:r>
        <w:rPr>
          <w:rFonts w:ascii="SimSun" w:eastAsia="SimSun" w:hAnsi="SimSun" w:cs="SimSun"/>
          <w:color w:val="000000"/>
          <w:lang w:eastAsia="zh-CN"/>
        </w:rPr>
        <w:t>组，每组两个数，将其中一个数记为</w:t>
      </w:r>
      <w:r>
        <w:rPr>
          <w:rFonts w:ascii="Times New Roman" w:eastAsia="Times New Roman" w:hAnsi="Times New Roman" w:cs="Times New Roman"/>
          <w:color w:val="000000"/>
          <w:lang w:eastAsia="zh-CN"/>
        </w:rPr>
        <w:t>x</w:t>
      </w:r>
      <w:r>
        <w:rPr>
          <w:rFonts w:ascii="SimSun" w:eastAsia="SimSun" w:hAnsi="SimSun" w:cs="SimSun"/>
          <w:color w:val="000000"/>
          <w:lang w:eastAsia="zh-CN"/>
        </w:rPr>
        <w:t>，另一个数记为</w:t>
      </w:r>
      <w:r>
        <w:rPr>
          <w:rFonts w:ascii="Times New Roman" w:eastAsia="Times New Roman" w:hAnsi="Times New Roman" w:cs="Times New Roman"/>
          <w:color w:val="000000"/>
          <w:lang w:eastAsia="zh-CN"/>
        </w:rPr>
        <w:t>y</w:t>
      </w:r>
      <w:r>
        <w:rPr>
          <w:rFonts w:ascii="SimSun" w:eastAsia="SimSun" w:hAnsi="SimSun" w:cs="SimSun"/>
          <w:color w:val="000000"/>
          <w:lang w:eastAsia="zh-CN"/>
        </w:rPr>
        <w:t>，代入代数式</w:t>
      </w:r>
      <w:r>
        <w:pict w14:anchorId="1FACADF1">
          <v:shape id="_x0000_i1400" type="#_x0000_t75" alt="学科网(www.zxxk.com)--教育资源门户，提供试卷、教案、课件、论文、素材以及各类教学资源下载，还有大量而丰富的教学相关资讯！" style="width:87.6pt;height:30.55pt">
            <v:imagedata r:id="rId238" o:title="eqId51324a2dcd0da3f981bc58b2abd2d07d"/>
          </v:shape>
        </w:pict>
      </w:r>
      <w:r>
        <w:rPr>
          <w:rFonts w:ascii="SimSun" w:eastAsia="SimSun" w:hAnsi="SimSun" w:cs="SimSun"/>
          <w:color w:val="000000"/>
          <w:lang w:eastAsia="zh-CN"/>
        </w:rPr>
        <w:t>中计算，求出其结果，</w:t>
      </w:r>
      <w:r>
        <w:rPr>
          <w:rFonts w:ascii="Times New Roman" w:eastAsia="Times New Roman" w:hAnsi="Times New Roman" w:cs="Times New Roman"/>
          <w:color w:val="000000"/>
          <w:lang w:eastAsia="zh-CN"/>
        </w:rPr>
        <w:t>50</w:t>
      </w:r>
      <w:r>
        <w:rPr>
          <w:rFonts w:ascii="SimSun" w:eastAsia="SimSun" w:hAnsi="SimSun" w:cs="SimSun"/>
          <w:color w:val="000000"/>
          <w:lang w:eastAsia="zh-CN"/>
        </w:rPr>
        <w:t>组都代入后可得</w:t>
      </w:r>
      <w:r>
        <w:rPr>
          <w:rFonts w:ascii="Times New Roman" w:eastAsia="Times New Roman" w:hAnsi="Times New Roman" w:cs="Times New Roman"/>
          <w:color w:val="000000"/>
          <w:lang w:eastAsia="zh-CN"/>
        </w:rPr>
        <w:t>50</w:t>
      </w:r>
      <w:r>
        <w:rPr>
          <w:rFonts w:ascii="SimSun" w:eastAsia="SimSun" w:hAnsi="SimSun" w:cs="SimSun"/>
          <w:color w:val="000000"/>
          <w:lang w:eastAsia="zh-CN"/>
        </w:rPr>
        <w:t>个值，则这</w:t>
      </w:r>
      <w:r>
        <w:rPr>
          <w:rFonts w:ascii="Times New Roman" w:eastAsia="Times New Roman" w:hAnsi="Times New Roman" w:cs="Times New Roman"/>
          <w:color w:val="000000"/>
          <w:lang w:eastAsia="zh-CN"/>
        </w:rPr>
        <w:t>50</w:t>
      </w:r>
      <w:r>
        <w:rPr>
          <w:rFonts w:ascii="SimSun" w:eastAsia="SimSun" w:hAnsi="SimSun" w:cs="SimSun"/>
          <w:color w:val="000000"/>
          <w:lang w:eastAsia="zh-CN"/>
        </w:rPr>
        <w:t>个值的和的最小值是</w:t>
      </w:r>
      <w:r>
        <w:rPr>
          <w:color w:val="000000"/>
          <w:lang w:eastAsia="zh-CN"/>
        </w:rPr>
        <w:t>_________________</w:t>
      </w:r>
      <w:r>
        <w:rPr>
          <w:rFonts w:ascii="Times New Roman" w:eastAsia="Times New Roman" w:hAnsi="Times New Roman" w:cs="Times New Roman"/>
          <w:color w:val="000000"/>
          <w:lang w:eastAsia="zh-CN"/>
        </w:rPr>
        <w:t xml:space="preserve"> </w:t>
      </w:r>
      <w:r>
        <w:rPr>
          <w:rFonts w:ascii="SimSun" w:eastAsia="SimSun" w:hAnsi="SimSun" w:cs="SimSun"/>
          <w:color w:val="000000"/>
          <w:lang w:eastAsia="zh-CN"/>
        </w:rPr>
        <w:t>．</w:t>
      </w:r>
    </w:p>
    <w:p w14:paraId="2A448763" w14:textId="77777777" w:rsidR="008113A1" w:rsidRDefault="00000000">
      <w:pPr>
        <w:spacing w:line="360" w:lineRule="auto"/>
        <w:textAlignment w:val="center"/>
        <w:rPr>
          <w:color w:val="000000"/>
          <w:lang w:eastAsia="zh-CN"/>
        </w:rPr>
      </w:pPr>
      <w:r>
        <w:rPr>
          <w:color w:val="2E75B6"/>
          <w:lang w:eastAsia="zh-CN"/>
        </w:rPr>
        <w:t>【答案】</w:t>
      </w:r>
      <w:r>
        <w:rPr>
          <w:rFonts w:ascii="Times New Roman" w:eastAsia="Times New Roman" w:hAnsi="Times New Roman" w:cs="Times New Roman"/>
          <w:color w:val="000000"/>
          <w:lang w:eastAsia="zh-CN"/>
        </w:rPr>
        <w:t>1250</w:t>
      </w:r>
    </w:p>
    <w:p w14:paraId="220AA261" w14:textId="77777777" w:rsidR="008113A1" w:rsidRDefault="00000000">
      <w:pPr>
        <w:spacing w:line="360" w:lineRule="auto"/>
        <w:textAlignment w:val="center"/>
        <w:rPr>
          <w:color w:val="000000"/>
          <w:lang w:eastAsia="zh-CN"/>
        </w:rPr>
      </w:pPr>
      <w:r>
        <w:rPr>
          <w:color w:val="2E75B6"/>
          <w:lang w:eastAsia="zh-CN"/>
        </w:rPr>
        <w:t>【解析】</w:t>
      </w:r>
    </w:p>
    <w:p w14:paraId="0D042CAC"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假设</w:t>
      </w:r>
      <w:r>
        <w:rPr>
          <w:rFonts w:ascii="Times New Roman" w:eastAsia="Times New Roman" w:hAnsi="Times New Roman" w:cs="Times New Roman"/>
          <w:color w:val="000000"/>
          <w:lang w:eastAsia="zh-CN"/>
        </w:rPr>
        <w:t>x&gt;y</w:t>
      </w:r>
      <w:r>
        <w:rPr>
          <w:rFonts w:ascii="SimSun" w:eastAsia="SimSun" w:hAnsi="SimSun" w:cs="SimSun"/>
          <w:color w:val="000000"/>
          <w:lang w:eastAsia="zh-CN"/>
        </w:rPr>
        <w:t>，化简</w:t>
      </w:r>
      <w:r>
        <w:pict w14:anchorId="0BCCC7CB">
          <v:shape id="_x0000_i1401" type="#_x0000_t75" alt="学科网(www.zxxk.com)--教育资源门户，提供试卷、教案、课件、论文、素材以及各类教学资源下载，还有大量而丰富的教学相关资讯！" style="width:87.6pt;height:30.55pt">
            <v:imagedata r:id="rId238" o:title="eqId51324a2dcd0da3f981bc58b2abd2d07d"/>
          </v:shape>
        </w:pict>
      </w:r>
      <w:r>
        <w:rPr>
          <w:rFonts w:ascii="Times New Roman" w:eastAsia="Times New Roman" w:hAnsi="Times New Roman" w:cs="Times New Roman"/>
          <w:color w:val="000000"/>
          <w:lang w:eastAsia="zh-CN"/>
        </w:rPr>
        <w:t>=</w:t>
      </w:r>
      <w:r>
        <w:pict w14:anchorId="1CE55E5C">
          <v:shape id="_x0000_i1402" type="#_x0000_t75" alt="学科网(www.zxxk.com)--教育资源门户，提供试卷、教案、课件、论文、素材以及各类教学资源下载，还有大量而丰富的教学相关资讯！" style="width:20.4pt;height:30.55pt">
            <v:imagedata r:id="rId239" o:title="eqIdd5052d9c6866df8597e8eeeb9da6b3a8"/>
          </v:shape>
        </w:pict>
      </w:r>
      <w:r>
        <w:rPr>
          <w:rFonts w:ascii="SimSun" w:eastAsia="SimSun" w:hAnsi="SimSun" w:cs="SimSun"/>
          <w:color w:val="000000"/>
          <w:lang w:eastAsia="zh-CN"/>
        </w:rPr>
        <w:t>，得到当</w:t>
      </w:r>
      <w:r>
        <w:rPr>
          <w:rFonts w:ascii="Times New Roman" w:eastAsia="Times New Roman" w:hAnsi="Times New Roman" w:cs="Times New Roman"/>
          <w:color w:val="000000"/>
          <w:lang w:eastAsia="zh-CN"/>
        </w:rPr>
        <w:t>y</w:t>
      </w:r>
      <w:r>
        <w:rPr>
          <w:rFonts w:ascii="SimSun" w:eastAsia="SimSun" w:hAnsi="SimSun" w:cs="SimSun"/>
          <w:color w:val="000000"/>
          <w:lang w:eastAsia="zh-CN"/>
        </w:rPr>
        <w:t>是</w:t>
      </w:r>
      <w:r>
        <w:rPr>
          <w:rFonts w:ascii="Times New Roman" w:eastAsia="Times New Roman" w:hAnsi="Times New Roman" w:cs="Times New Roman"/>
          <w:color w:val="000000"/>
          <w:lang w:eastAsia="zh-CN"/>
        </w:rPr>
        <w:t>1,3,5,7</w:t>
      </w:r>
      <w:r>
        <w:rPr>
          <w:rFonts w:ascii="SimSun" w:eastAsia="SimSun" w:hAnsi="SimSun" w:cs="SimSun"/>
          <w:color w:val="000000"/>
          <w:lang w:eastAsia="zh-CN"/>
        </w:rPr>
        <w:t>，</w:t>
      </w:r>
      <w:r>
        <w:pict w14:anchorId="40ED008C">
          <v:shape id="_x0000_i1403" type="#_x0000_t75" alt="学科网(www.zxxk.com)--教育资源门户，提供试卷、教案、课件、论文、素材以及各类教学资源下载，还有大量而丰富的教学相关资讯！" style="width:14.25pt;height:8.15pt">
            <v:imagedata r:id="rId240" o:title="eqIddaa5e9bd516f6282483b92cfe6074623"/>
          </v:shape>
        </w:pict>
      </w:r>
      <w:r>
        <w:rPr>
          <w:rFonts w:ascii="SimSun" w:eastAsia="SimSun" w:hAnsi="SimSun" w:cs="SimSun"/>
          <w:color w:val="000000"/>
          <w:lang w:eastAsia="zh-CN"/>
        </w:rPr>
        <w:t>，</w:t>
      </w:r>
      <w:r>
        <w:rPr>
          <w:rFonts w:ascii="Times New Roman" w:eastAsia="Times New Roman" w:hAnsi="Times New Roman" w:cs="Times New Roman"/>
          <w:color w:val="000000"/>
          <w:lang w:eastAsia="zh-CN"/>
        </w:rPr>
        <w:t>99</w:t>
      </w:r>
      <w:r>
        <w:rPr>
          <w:rFonts w:ascii="SimSun" w:eastAsia="SimSun" w:hAnsi="SimSun" w:cs="SimSun"/>
          <w:color w:val="000000"/>
          <w:lang w:eastAsia="zh-CN"/>
        </w:rPr>
        <w:t>时，这</w:t>
      </w:r>
      <w:r>
        <w:rPr>
          <w:rFonts w:ascii="Times New Roman" w:eastAsia="Times New Roman" w:hAnsi="Times New Roman" w:cs="Times New Roman"/>
          <w:color w:val="000000"/>
          <w:lang w:eastAsia="zh-CN"/>
        </w:rPr>
        <w:t>50</w:t>
      </w:r>
      <w:r>
        <w:rPr>
          <w:rFonts w:ascii="SimSun" w:eastAsia="SimSun" w:hAnsi="SimSun" w:cs="SimSun"/>
          <w:color w:val="000000"/>
          <w:lang w:eastAsia="zh-CN"/>
        </w:rPr>
        <w:t>个值的和最小，，根据求和公式计算即可得到答案</w:t>
      </w:r>
      <w:r>
        <w:rPr>
          <w:rFonts w:ascii="Times New Roman" w:eastAsia="Times New Roman" w:hAnsi="Times New Roman" w:cs="Times New Roman"/>
          <w:color w:val="000000"/>
          <w:lang w:eastAsia="zh-CN"/>
        </w:rPr>
        <w:t>.</w:t>
      </w:r>
    </w:p>
    <w:p w14:paraId="6D8059E6" w14:textId="77777777" w:rsidR="008113A1" w:rsidRDefault="00000000">
      <w:pPr>
        <w:spacing w:line="360" w:lineRule="auto"/>
        <w:textAlignment w:val="center"/>
        <w:rPr>
          <w:color w:val="000000"/>
          <w:lang w:eastAsia="zh-CN"/>
        </w:rPr>
      </w:pPr>
      <w:r>
        <w:rPr>
          <w:color w:val="000000"/>
          <w:lang w:eastAsia="zh-CN"/>
        </w:rPr>
        <w:lastRenderedPageBreak/>
        <w:t>【详解】</w:t>
      </w:r>
      <w:r>
        <w:rPr>
          <w:rFonts w:ascii="SimSun" w:eastAsia="SimSun" w:hAnsi="SimSun" w:cs="SimSun"/>
          <w:color w:val="000000"/>
          <w:lang w:eastAsia="zh-CN"/>
        </w:rPr>
        <w:t>假设</w:t>
      </w:r>
      <w:r>
        <w:rPr>
          <w:rFonts w:ascii="Times New Roman" w:eastAsia="Times New Roman" w:hAnsi="Times New Roman" w:cs="Times New Roman"/>
          <w:color w:val="000000"/>
          <w:lang w:eastAsia="zh-CN"/>
        </w:rPr>
        <w:t>x&gt;y</w:t>
      </w:r>
      <w:r>
        <w:rPr>
          <w:rFonts w:ascii="SimSun" w:eastAsia="SimSun" w:hAnsi="SimSun" w:cs="SimSun"/>
          <w:color w:val="000000"/>
          <w:lang w:eastAsia="zh-CN"/>
        </w:rPr>
        <w:t>，</w:t>
      </w:r>
    </w:p>
    <w:p w14:paraId="7005B0F5"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5A0E5685">
          <v:shape id="_x0000_i1404" type="#_x0000_t75" alt="学科网(www.zxxk.com)--教育资源门户，提供试卷、教案、课件、论文、素材以及各类教学资源下载，还有大量而丰富的教学相关资讯！" style="width:87.6pt;height:30.55pt">
            <v:imagedata r:id="rId238" o:title="eqId51324a2dcd0da3f981bc58b2abd2d07d"/>
          </v:shape>
        </w:pict>
      </w:r>
      <w:r>
        <w:rPr>
          <w:rFonts w:ascii="SimSun" w:eastAsia="SimSun" w:hAnsi="SimSun" w:cs="SimSun"/>
          <w:color w:val="000000"/>
          <w:lang w:eastAsia="zh-CN"/>
        </w:rPr>
        <w:t>=</w:t>
      </w:r>
      <w:r>
        <w:pict w14:anchorId="01F68591">
          <v:shape id="_x0000_i1405" type="#_x0000_t75" alt="学科网(www.zxxk.com)--教育资源门户，提供试卷、教案、课件、论文、素材以及各类教学资源下载，还有大量而丰富的教学相关资讯！" style="width:108.7pt;height:30.55pt">
            <v:imagedata r:id="rId241" o:title="eqIdc2db2ff62c238245f851f0417723baeb"/>
          </v:shape>
        </w:pict>
      </w:r>
      <w:r>
        <w:rPr>
          <w:rFonts w:ascii="SimSun" w:eastAsia="SimSun" w:hAnsi="SimSun" w:cs="SimSun"/>
          <w:color w:val="000000"/>
          <w:lang w:eastAsia="zh-CN"/>
        </w:rPr>
        <w:t>，</w:t>
      </w:r>
    </w:p>
    <w:p w14:paraId="5B09716C"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rPr>
          <w:rFonts w:ascii="Times New Roman" w:eastAsia="Times New Roman" w:hAnsi="Times New Roman" w:cs="Times New Roman"/>
          <w:color w:val="000000"/>
          <w:lang w:eastAsia="zh-CN"/>
        </w:rPr>
        <w:t>50</w:t>
      </w:r>
      <w:r>
        <w:rPr>
          <w:rFonts w:ascii="SimSun" w:eastAsia="SimSun" w:hAnsi="SimSun" w:cs="SimSun"/>
          <w:color w:val="000000"/>
          <w:lang w:eastAsia="zh-CN"/>
        </w:rPr>
        <w:t>组中的较小的数</w:t>
      </w:r>
      <w:r>
        <w:rPr>
          <w:rFonts w:ascii="Times New Roman" w:eastAsia="Times New Roman" w:hAnsi="Times New Roman" w:cs="Times New Roman"/>
          <w:color w:val="000000"/>
          <w:lang w:eastAsia="zh-CN"/>
        </w:rPr>
        <w:t>y</w:t>
      </w:r>
      <w:r>
        <w:rPr>
          <w:rFonts w:ascii="SimSun" w:eastAsia="SimSun" w:hAnsi="SimSun" w:cs="SimSun"/>
          <w:color w:val="000000"/>
          <w:lang w:eastAsia="zh-CN"/>
        </w:rPr>
        <w:t>恰好是</w:t>
      </w:r>
      <w:r>
        <w:rPr>
          <w:rFonts w:ascii="Times New Roman" w:eastAsia="Times New Roman" w:hAnsi="Times New Roman" w:cs="Times New Roman"/>
          <w:color w:val="000000"/>
          <w:lang w:eastAsia="zh-CN"/>
        </w:rPr>
        <w:t>1,3,5,7</w:t>
      </w:r>
      <w:r>
        <w:rPr>
          <w:rFonts w:ascii="SimSun" w:eastAsia="SimSun" w:hAnsi="SimSun" w:cs="SimSun"/>
          <w:color w:val="000000"/>
          <w:lang w:eastAsia="zh-CN"/>
        </w:rPr>
        <w:t>，</w:t>
      </w:r>
      <w:r>
        <w:pict w14:anchorId="3647CA15">
          <v:shape id="_x0000_i1406" type="#_x0000_t75" alt="学科网(www.zxxk.com)--教育资源门户，提供试卷、教案、课件、论文、素材以及各类教学资源下载，还有大量而丰富的教学相关资讯！" style="width:14.25pt;height:8.15pt">
            <v:imagedata r:id="rId240" o:title="eqIddaa5e9bd516f6282483b92cfe6074623"/>
          </v:shape>
        </w:pict>
      </w:r>
      <w:r>
        <w:rPr>
          <w:rFonts w:ascii="SimSun" w:eastAsia="SimSun" w:hAnsi="SimSun" w:cs="SimSun"/>
          <w:color w:val="000000"/>
          <w:lang w:eastAsia="zh-CN"/>
        </w:rPr>
        <w:t>，</w:t>
      </w:r>
      <w:r>
        <w:rPr>
          <w:rFonts w:ascii="Times New Roman" w:eastAsia="Times New Roman" w:hAnsi="Times New Roman" w:cs="Times New Roman"/>
          <w:color w:val="000000"/>
          <w:lang w:eastAsia="zh-CN"/>
        </w:rPr>
        <w:t>99</w:t>
      </w:r>
      <w:r>
        <w:rPr>
          <w:rFonts w:ascii="SimSun" w:eastAsia="SimSun" w:hAnsi="SimSun" w:cs="SimSun"/>
          <w:color w:val="000000"/>
          <w:lang w:eastAsia="zh-CN"/>
        </w:rPr>
        <w:t>时，这</w:t>
      </w:r>
      <w:r>
        <w:rPr>
          <w:rFonts w:ascii="Times New Roman" w:eastAsia="Times New Roman" w:hAnsi="Times New Roman" w:cs="Times New Roman"/>
          <w:color w:val="000000"/>
          <w:lang w:eastAsia="zh-CN"/>
        </w:rPr>
        <w:t>50</w:t>
      </w:r>
      <w:r>
        <w:rPr>
          <w:rFonts w:ascii="SimSun" w:eastAsia="SimSun" w:hAnsi="SimSun" w:cs="SimSun"/>
          <w:color w:val="000000"/>
          <w:lang w:eastAsia="zh-CN"/>
        </w:rPr>
        <w:t>个值的和最小，</w:t>
      </w:r>
    </w:p>
    <w:p w14:paraId="2259A08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最小值为</w:t>
      </w:r>
      <w:r>
        <w:pict w14:anchorId="1FD6A123">
          <v:shape id="_x0000_i1407" type="#_x0000_t75" alt="学科网(www.zxxk.com)--教育资源门户，提供试卷、教案、课件、论文、素材以及各类教学资源下载，还有大量而丰富的教学相关资讯！" style="width:101.2pt;height:30.55pt">
            <v:imagedata r:id="rId242" o:title="eqId96b4e80576da4158e226f914bf60dfbf"/>
          </v:shape>
        </w:pict>
      </w:r>
      <w:r>
        <w:rPr>
          <w:rFonts w:ascii="Times New Roman" w:eastAsia="Times New Roman" w:hAnsi="Times New Roman" w:cs="Times New Roman"/>
          <w:color w:val="000000"/>
          <w:lang w:eastAsia="zh-CN"/>
        </w:rPr>
        <w:t>=</w:t>
      </w:r>
      <w:r>
        <w:pict w14:anchorId="5AB4E348">
          <v:shape id="_x0000_i1408" type="#_x0000_t75" alt="学科网(www.zxxk.com)--教育资源门户，提供试卷、教案、课件、论文、素材以及各类教学资源下载，还有大量而丰富的教学相关资讯！" style="width:16.3pt;height:31.9pt">
            <v:imagedata r:id="rId243" o:title="eqIde489c5aa1bb87725323de6e05f093ad0"/>
          </v:shape>
        </w:pict>
      </w:r>
      <w:r>
        <w:pict w14:anchorId="552A5668">
          <v:shape id="_x0000_i1409" type="#_x0000_t75" alt="学科网(www.zxxk.com)--教育资源门户，提供试卷、教案、课件、论文、素材以及各类教学资源下载，还有大量而丰富的教学相关资讯！" style="width:96.45pt;height:33.3pt">
            <v:imagedata r:id="rId244" o:title="eqId39606ae34af6b9f853a91f3195c4c849"/>
          </v:shape>
        </w:pict>
      </w:r>
      <w:r>
        <w:rPr>
          <w:rFonts w:ascii="SimSun" w:eastAsia="SimSun" w:hAnsi="SimSun" w:cs="SimSun"/>
          <w:color w:val="000000"/>
          <w:lang w:eastAsia="zh-CN"/>
        </w:rPr>
        <w:t>，</w:t>
      </w:r>
    </w:p>
    <w:p w14:paraId="79C4FAD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1250.</w:t>
      </w:r>
    </w:p>
    <w:p w14:paraId="14D901A6"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此题考查代数式的计算，设出</w:t>
      </w:r>
      <w:r>
        <w:rPr>
          <w:rFonts w:ascii="Times New Roman" w:eastAsia="Times New Roman" w:hAnsi="Times New Roman" w:cs="Times New Roman"/>
          <w:color w:val="000000"/>
          <w:lang w:eastAsia="zh-CN"/>
        </w:rPr>
        <w:t>x</w:t>
      </w:r>
      <w:r>
        <w:rPr>
          <w:rFonts w:ascii="SimSun" w:eastAsia="SimSun" w:hAnsi="SimSun" w:cs="SimSun"/>
          <w:color w:val="000000"/>
          <w:lang w:eastAsia="zh-CN"/>
        </w:rPr>
        <w:t>、</w:t>
      </w:r>
      <w:r>
        <w:rPr>
          <w:rFonts w:ascii="Times New Roman" w:eastAsia="Times New Roman" w:hAnsi="Times New Roman" w:cs="Times New Roman"/>
          <w:color w:val="000000"/>
          <w:lang w:eastAsia="zh-CN"/>
        </w:rPr>
        <w:t>y</w:t>
      </w:r>
      <w:r>
        <w:rPr>
          <w:rFonts w:ascii="SimSun" w:eastAsia="SimSun" w:hAnsi="SimSun" w:cs="SimSun"/>
          <w:color w:val="000000"/>
          <w:lang w:eastAsia="zh-CN"/>
        </w:rPr>
        <w:t>的大小关系，据此化简是解题的关键</w:t>
      </w:r>
      <w:r>
        <w:rPr>
          <w:rFonts w:ascii="Times New Roman" w:eastAsia="Times New Roman" w:hAnsi="Times New Roman" w:cs="Times New Roman"/>
          <w:color w:val="000000"/>
          <w:lang w:eastAsia="zh-CN"/>
        </w:rPr>
        <w:t>.</w:t>
      </w:r>
    </w:p>
    <w:p w14:paraId="6420FF77"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三、解答题：本大题共</w:t>
      </w:r>
      <w:r>
        <w:rPr>
          <w:rFonts w:ascii="Times New Roman" w:eastAsia="Times New Roman" w:hAnsi="Times New Roman" w:cs="Times New Roman"/>
          <w:b/>
          <w:color w:val="000000"/>
          <w:sz w:val="24"/>
          <w:lang w:eastAsia="zh-CN"/>
        </w:rPr>
        <w:t>12</w:t>
      </w:r>
      <w:r>
        <w:rPr>
          <w:rFonts w:ascii="SimSun" w:eastAsia="SimSun" w:hAnsi="SimSun" w:cs="SimSun"/>
          <w:b/>
          <w:color w:val="000000"/>
          <w:sz w:val="24"/>
          <w:lang w:eastAsia="zh-CN"/>
        </w:rPr>
        <w:t>个小题，共</w:t>
      </w:r>
      <w:r>
        <w:rPr>
          <w:rFonts w:ascii="Times New Roman" w:eastAsia="Times New Roman" w:hAnsi="Times New Roman" w:cs="Times New Roman"/>
          <w:b/>
          <w:color w:val="000000"/>
          <w:sz w:val="24"/>
          <w:lang w:eastAsia="zh-CN"/>
        </w:rPr>
        <w:t>52</w:t>
      </w:r>
      <w:r>
        <w:rPr>
          <w:rFonts w:ascii="SimSun" w:eastAsia="SimSun" w:hAnsi="SimSun" w:cs="SimSun"/>
          <w:b/>
          <w:color w:val="000000"/>
          <w:sz w:val="24"/>
          <w:lang w:eastAsia="zh-CN"/>
        </w:rPr>
        <w:t>分．</w:t>
      </w:r>
    </w:p>
    <w:p w14:paraId="60F560FB" w14:textId="77777777" w:rsidR="008113A1" w:rsidRDefault="00000000">
      <w:pPr>
        <w:pStyle w:val="Heading2"/>
        <w:rPr>
          <w:lang w:eastAsia="zh-CN"/>
        </w:rPr>
      </w:pPr>
      <w:bookmarkStart w:id="23" w:name="_Toc235460040"/>
      <w:r>
        <w:rPr>
          <w:lang w:eastAsia="zh-CN"/>
        </w:rPr>
        <w:t>朝阳外国语学校</w:t>
      </w:r>
      <w:bookmarkEnd w:id="23"/>
    </w:p>
    <w:p w14:paraId="4096547A" w14:textId="77777777" w:rsidR="008113A1" w:rsidRDefault="00000000">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小韩和同学们在一家快餐店吃饭，下表为快餐店的菜单：</w:t>
      </w:r>
    </w:p>
    <w:tbl>
      <w:tblPr>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935"/>
        <w:gridCol w:w="1935"/>
        <w:gridCol w:w="1935"/>
        <w:gridCol w:w="1935"/>
      </w:tblGrid>
      <w:tr w:rsidR="008113A1" w14:paraId="1EF7CA7C" w14:textId="77777777">
        <w:trPr>
          <w:trHeight w:val="570"/>
        </w:trPr>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33973F" w14:textId="77777777" w:rsidR="008113A1" w:rsidRDefault="00000000">
            <w:pPr>
              <w:spacing w:line="360" w:lineRule="auto"/>
              <w:textAlignment w:val="center"/>
              <w:rPr>
                <w:color w:val="000000"/>
              </w:rPr>
            </w:pPr>
            <w:proofErr w:type="spellStart"/>
            <w:r>
              <w:rPr>
                <w:rFonts w:ascii="SimSun" w:eastAsia="SimSun" w:hAnsi="SimSun" w:cs="SimSun"/>
                <w:color w:val="000000"/>
              </w:rPr>
              <w:t>种类</w:t>
            </w:r>
            <w:proofErr w:type="spellEnd"/>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3E3E4D" w14:textId="77777777" w:rsidR="008113A1" w:rsidRDefault="00000000">
            <w:pPr>
              <w:spacing w:line="360" w:lineRule="auto"/>
              <w:textAlignment w:val="center"/>
              <w:rPr>
                <w:color w:val="000000"/>
              </w:rPr>
            </w:pPr>
            <w:r>
              <w:rPr>
                <w:rFonts w:ascii="SimSun" w:eastAsia="SimSun" w:hAnsi="SimSun" w:cs="SimSun"/>
                <w:color w:val="000000"/>
              </w:rPr>
              <w:t>配餐</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E8F7D3" w14:textId="77777777" w:rsidR="008113A1" w:rsidRDefault="00000000">
            <w:pPr>
              <w:spacing w:line="360" w:lineRule="auto"/>
              <w:textAlignment w:val="center"/>
              <w:rPr>
                <w:color w:val="000000"/>
              </w:rPr>
            </w:pPr>
            <w:r>
              <w:rPr>
                <w:rFonts w:ascii="SimSun" w:eastAsia="SimSun" w:hAnsi="SimSun" w:cs="SimSun"/>
                <w:color w:val="000000"/>
              </w:rPr>
              <w:t>价格（元）</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782A33" w14:textId="77777777" w:rsidR="008113A1" w:rsidRDefault="00000000">
            <w:pPr>
              <w:spacing w:line="360" w:lineRule="auto"/>
              <w:textAlignment w:val="center"/>
              <w:rPr>
                <w:color w:val="000000"/>
              </w:rPr>
            </w:pPr>
            <w:r>
              <w:rPr>
                <w:rFonts w:ascii="SimSun" w:eastAsia="SimSun" w:hAnsi="SimSun" w:cs="SimSun"/>
                <w:color w:val="000000"/>
              </w:rPr>
              <w:t>优惠活动</w:t>
            </w:r>
          </w:p>
        </w:tc>
      </w:tr>
      <w:tr w:rsidR="008113A1" w14:paraId="2AE427BD" w14:textId="77777777">
        <w:trPr>
          <w:trHeight w:val="570"/>
        </w:trPr>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1FB65D"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A</w:t>
            </w:r>
            <w:r>
              <w:rPr>
                <w:rFonts w:ascii="SimSun" w:eastAsia="SimSun" w:hAnsi="SimSun" w:cs="SimSun"/>
                <w:color w:val="000000"/>
              </w:rPr>
              <w:t>餐</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A3D3EC"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1</w:t>
            </w:r>
            <w:r>
              <w:rPr>
                <w:rFonts w:ascii="SimSun" w:eastAsia="SimSun" w:hAnsi="SimSun" w:cs="SimSun"/>
                <w:color w:val="000000"/>
              </w:rPr>
              <w:t>份盖饭</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205B8D0"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20</w:t>
            </w:r>
          </w:p>
        </w:tc>
        <w:tc>
          <w:tcPr>
            <w:tcW w:w="193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8FC04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消费满</w:t>
            </w:r>
            <w:r>
              <w:rPr>
                <w:rFonts w:ascii="Times New Roman" w:eastAsia="Times New Roman" w:hAnsi="Times New Roman" w:cs="Times New Roman"/>
                <w:color w:val="000000"/>
                <w:lang w:eastAsia="zh-CN"/>
              </w:rPr>
              <w:t>150</w:t>
            </w:r>
            <w:r>
              <w:rPr>
                <w:rFonts w:ascii="SimSun" w:eastAsia="SimSun" w:hAnsi="SimSun" w:cs="SimSun"/>
                <w:color w:val="000000"/>
                <w:lang w:eastAsia="zh-CN"/>
              </w:rPr>
              <w:t>元，减</w:t>
            </w:r>
            <w:r>
              <w:rPr>
                <w:rFonts w:ascii="Times New Roman" w:eastAsia="Times New Roman" w:hAnsi="Times New Roman" w:cs="Times New Roman"/>
                <w:color w:val="000000"/>
                <w:lang w:eastAsia="zh-CN"/>
              </w:rPr>
              <w:t>24</w:t>
            </w:r>
            <w:r>
              <w:rPr>
                <w:rFonts w:ascii="SimSun" w:eastAsia="SimSun" w:hAnsi="SimSun" w:cs="SimSun"/>
                <w:color w:val="000000"/>
                <w:lang w:eastAsia="zh-CN"/>
              </w:rPr>
              <w:t>元</w:t>
            </w:r>
          </w:p>
          <w:p w14:paraId="45CF5C6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消费满</w:t>
            </w:r>
            <w:r>
              <w:rPr>
                <w:rFonts w:ascii="Times New Roman" w:eastAsia="Times New Roman" w:hAnsi="Times New Roman" w:cs="Times New Roman"/>
                <w:color w:val="000000"/>
                <w:lang w:eastAsia="zh-CN"/>
              </w:rPr>
              <w:t>300</w:t>
            </w:r>
            <w:r>
              <w:rPr>
                <w:rFonts w:ascii="SimSun" w:eastAsia="SimSun" w:hAnsi="SimSun" w:cs="SimSun"/>
                <w:color w:val="000000"/>
                <w:lang w:eastAsia="zh-CN"/>
              </w:rPr>
              <w:t>元，减</w:t>
            </w:r>
            <w:r>
              <w:rPr>
                <w:rFonts w:ascii="Times New Roman" w:eastAsia="Times New Roman" w:hAnsi="Times New Roman" w:cs="Times New Roman"/>
                <w:color w:val="000000"/>
                <w:lang w:eastAsia="zh-CN"/>
              </w:rPr>
              <w:t>48</w:t>
            </w:r>
            <w:r>
              <w:rPr>
                <w:rFonts w:ascii="SimSun" w:eastAsia="SimSun" w:hAnsi="SimSun" w:cs="SimSun"/>
                <w:color w:val="000000"/>
                <w:lang w:eastAsia="zh-CN"/>
              </w:rPr>
              <w:t>元</w:t>
            </w:r>
          </w:p>
          <w:p w14:paraId="3F188647" w14:textId="77777777" w:rsidR="008113A1" w:rsidRDefault="00000000">
            <w:pPr>
              <w:spacing w:line="360" w:lineRule="auto"/>
              <w:textAlignment w:val="center"/>
              <w:rPr>
                <w:color w:val="000000"/>
              </w:rPr>
            </w:pPr>
            <w:r>
              <w:rPr>
                <w:rFonts w:ascii="SimSun" w:eastAsia="SimSun" w:hAnsi="SimSun" w:cs="SimSun"/>
                <w:color w:val="000000"/>
              </w:rPr>
              <w:t>…</w:t>
            </w:r>
          </w:p>
        </w:tc>
      </w:tr>
      <w:tr w:rsidR="008113A1" w14:paraId="37F9BAD9" w14:textId="77777777">
        <w:trPr>
          <w:trHeight w:val="570"/>
        </w:trPr>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D53E40"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B</w:t>
            </w:r>
            <w:r>
              <w:rPr>
                <w:rFonts w:ascii="SimSun" w:eastAsia="SimSun" w:hAnsi="SimSun" w:cs="SimSun"/>
                <w:color w:val="000000"/>
              </w:rPr>
              <w:t>餐</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C1E6C1"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1</w:t>
            </w:r>
            <w:r>
              <w:rPr>
                <w:rFonts w:ascii="SimSun" w:eastAsia="SimSun" w:hAnsi="SimSun" w:cs="SimSun"/>
                <w:color w:val="000000"/>
              </w:rPr>
              <w:t>份盖饭</w:t>
            </w:r>
            <w:r>
              <w:rPr>
                <w:rFonts w:ascii="Times New Roman" w:eastAsia="Times New Roman" w:hAnsi="Times New Roman" w:cs="Times New Roman"/>
                <w:color w:val="000000"/>
              </w:rPr>
              <w:t>+1</w:t>
            </w:r>
            <w:r>
              <w:rPr>
                <w:rFonts w:ascii="SimSun" w:eastAsia="SimSun" w:hAnsi="SimSun" w:cs="SimSun"/>
                <w:color w:val="000000"/>
              </w:rPr>
              <w:t>杯饮料</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BE5B38"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28</w:t>
            </w:r>
          </w:p>
        </w:tc>
        <w:tc>
          <w:tcPr>
            <w:tcW w:w="0" w:type="auto"/>
            <w:vMerge/>
            <w:tcBorders>
              <w:top w:val="single" w:sz="6" w:space="0" w:color="000000"/>
              <w:left w:val="single" w:sz="6" w:space="0" w:color="000000"/>
              <w:bottom w:val="single" w:sz="6" w:space="0" w:color="000000"/>
              <w:right w:val="single" w:sz="6" w:space="0" w:color="000000"/>
            </w:tcBorders>
          </w:tcPr>
          <w:p w14:paraId="0EBE5CC5" w14:textId="77777777" w:rsidR="008113A1" w:rsidRDefault="008113A1">
            <w:pPr>
              <w:spacing w:line="360" w:lineRule="auto"/>
              <w:textAlignment w:val="center"/>
              <w:rPr>
                <w:color w:val="000000"/>
              </w:rPr>
            </w:pPr>
          </w:p>
        </w:tc>
      </w:tr>
      <w:tr w:rsidR="008113A1" w14:paraId="4CD85A42" w14:textId="77777777">
        <w:trPr>
          <w:trHeight w:val="570"/>
        </w:trPr>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81E30A" w14:textId="77777777" w:rsidR="008113A1" w:rsidRDefault="00000000">
            <w:pPr>
              <w:spacing w:line="360" w:lineRule="auto"/>
              <w:textAlignment w:val="center"/>
              <w:rPr>
                <w:color w:val="000000"/>
              </w:rPr>
            </w:pPr>
            <w:r>
              <w:rPr>
                <w:rFonts w:ascii="Times New Roman" w:eastAsia="Times New Roman" w:hAnsi="Times New Roman" w:cs="Times New Roman"/>
                <w:i/>
                <w:color w:val="000000"/>
              </w:rPr>
              <w:t>C</w:t>
            </w:r>
            <w:r>
              <w:rPr>
                <w:rFonts w:ascii="SimSun" w:eastAsia="SimSun" w:hAnsi="SimSun" w:cs="SimSun"/>
                <w:color w:val="000000"/>
              </w:rPr>
              <w:t>餐</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EF9FB1"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1</w:t>
            </w:r>
            <w:r>
              <w:rPr>
                <w:rFonts w:ascii="SimSun" w:eastAsia="SimSun" w:hAnsi="SimSun" w:cs="SimSun"/>
                <w:color w:val="000000"/>
              </w:rPr>
              <w:t>份盖饭</w:t>
            </w:r>
            <w:r>
              <w:rPr>
                <w:rFonts w:ascii="Times New Roman" w:eastAsia="Times New Roman" w:hAnsi="Times New Roman" w:cs="Times New Roman"/>
                <w:color w:val="000000"/>
              </w:rPr>
              <w:t>+1</w:t>
            </w:r>
            <w:r>
              <w:rPr>
                <w:rFonts w:ascii="SimSun" w:eastAsia="SimSun" w:hAnsi="SimSun" w:cs="SimSun"/>
                <w:color w:val="000000"/>
              </w:rPr>
              <w:t>杯饮料</w:t>
            </w:r>
            <w:r>
              <w:rPr>
                <w:rFonts w:ascii="Times New Roman" w:eastAsia="Times New Roman" w:hAnsi="Times New Roman" w:cs="Times New Roman"/>
                <w:color w:val="000000"/>
              </w:rPr>
              <w:t>+1</w:t>
            </w:r>
            <w:r>
              <w:rPr>
                <w:rFonts w:ascii="SimSun" w:eastAsia="SimSun" w:hAnsi="SimSun" w:cs="SimSun"/>
                <w:color w:val="000000"/>
              </w:rPr>
              <w:t>份小菜</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CE37D3"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32</w:t>
            </w:r>
          </w:p>
        </w:tc>
        <w:tc>
          <w:tcPr>
            <w:tcW w:w="0" w:type="auto"/>
            <w:vMerge/>
            <w:tcBorders>
              <w:top w:val="single" w:sz="6" w:space="0" w:color="000000"/>
              <w:left w:val="single" w:sz="6" w:space="0" w:color="000000"/>
              <w:bottom w:val="single" w:sz="6" w:space="0" w:color="000000"/>
              <w:right w:val="single" w:sz="6" w:space="0" w:color="000000"/>
            </w:tcBorders>
          </w:tcPr>
          <w:p w14:paraId="7C40610E" w14:textId="77777777" w:rsidR="008113A1" w:rsidRDefault="008113A1">
            <w:pPr>
              <w:spacing w:line="360" w:lineRule="auto"/>
              <w:textAlignment w:val="center"/>
              <w:rPr>
                <w:color w:val="000000"/>
              </w:rPr>
            </w:pPr>
          </w:p>
        </w:tc>
      </w:tr>
    </w:tbl>
    <w:p w14:paraId="230B7FB4"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小韩记录大家的点餐种类，并根据菜单一次点好，已知他们所点的餐共有</w:t>
      </w:r>
      <w:r>
        <w:rPr>
          <w:rFonts w:ascii="Times New Roman" w:eastAsia="Times New Roman" w:hAnsi="Times New Roman" w:cs="Times New Roman"/>
          <w:color w:val="000000"/>
          <w:lang w:eastAsia="zh-CN"/>
        </w:rPr>
        <w:t>11</w:t>
      </w:r>
      <w:r>
        <w:rPr>
          <w:rFonts w:ascii="SimSun" w:eastAsia="SimSun" w:hAnsi="SimSun" w:cs="SimSun"/>
          <w:color w:val="000000"/>
          <w:lang w:eastAsia="zh-CN"/>
        </w:rPr>
        <w:t>份盖饭，</w:t>
      </w:r>
      <w:r>
        <w:rPr>
          <w:rFonts w:ascii="Times New Roman" w:eastAsia="Times New Roman" w:hAnsi="Times New Roman" w:cs="Times New Roman"/>
          <w:i/>
          <w:color w:val="000000"/>
          <w:lang w:eastAsia="zh-CN"/>
        </w:rPr>
        <w:t>x</w:t>
      </w:r>
      <w:r>
        <w:rPr>
          <w:rFonts w:ascii="SimSun" w:eastAsia="SimSun" w:hAnsi="SimSun" w:cs="SimSun"/>
          <w:color w:val="000000"/>
          <w:lang w:eastAsia="zh-CN"/>
        </w:rPr>
        <w:t>杯饮料和</w:t>
      </w:r>
      <w:r>
        <w:rPr>
          <w:rFonts w:ascii="Times New Roman" w:eastAsia="Times New Roman" w:hAnsi="Times New Roman" w:cs="Times New Roman"/>
          <w:color w:val="000000"/>
          <w:lang w:eastAsia="zh-CN"/>
        </w:rPr>
        <w:t>5</w:t>
      </w:r>
      <w:r>
        <w:rPr>
          <w:rFonts w:ascii="SimSun" w:eastAsia="SimSun" w:hAnsi="SimSun" w:cs="SimSun"/>
          <w:color w:val="000000"/>
          <w:lang w:eastAsia="zh-CN"/>
        </w:rPr>
        <w:t>份小菜，</w:t>
      </w:r>
    </w:p>
    <w:p w14:paraId="0B2EDB2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）他们共点了</w:t>
      </w:r>
      <w:r>
        <w:rPr>
          <w:color w:val="000000"/>
          <w:lang w:eastAsia="zh-CN"/>
        </w:rPr>
        <w:t>______</w:t>
      </w:r>
      <w:r>
        <w:rPr>
          <w:rFonts w:ascii="SimSun" w:eastAsia="SimSun" w:hAnsi="SimSun" w:cs="SimSun"/>
          <w:color w:val="000000"/>
          <w:lang w:eastAsia="zh-CN"/>
        </w:rPr>
        <w:t>份</w:t>
      </w:r>
      <w:r>
        <w:rPr>
          <w:rFonts w:ascii="Times New Roman" w:eastAsia="Times New Roman" w:hAnsi="Times New Roman" w:cs="Times New Roman"/>
          <w:i/>
          <w:color w:val="000000"/>
          <w:lang w:eastAsia="zh-CN"/>
        </w:rPr>
        <w:t>B</w:t>
      </w:r>
      <w:r>
        <w:rPr>
          <w:rFonts w:ascii="SimSun" w:eastAsia="SimSun" w:hAnsi="SimSun" w:cs="SimSun"/>
          <w:color w:val="000000"/>
          <w:lang w:eastAsia="zh-CN"/>
        </w:rPr>
        <w:t>餐．</w:t>
      </w:r>
    </w:p>
    <w:p w14:paraId="1F9B55C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）若他们至少需要</w:t>
      </w:r>
      <w:r>
        <w:rPr>
          <w:rFonts w:ascii="Times New Roman" w:eastAsia="Times New Roman" w:hAnsi="Times New Roman" w:cs="Times New Roman"/>
          <w:color w:val="000000"/>
          <w:lang w:eastAsia="zh-CN"/>
        </w:rPr>
        <w:t>6</w:t>
      </w:r>
      <w:r>
        <w:rPr>
          <w:rFonts w:ascii="SimSun" w:eastAsia="SimSun" w:hAnsi="SimSun" w:cs="SimSun"/>
          <w:color w:val="000000"/>
          <w:lang w:eastAsia="zh-CN"/>
        </w:rPr>
        <w:t>杯饮料，要使所花费的钱数最少，则应该点</w:t>
      </w:r>
      <w:r>
        <w:rPr>
          <w:color w:val="000000"/>
          <w:lang w:eastAsia="zh-CN"/>
        </w:rPr>
        <w:t>_______</w:t>
      </w:r>
      <w:r>
        <w:rPr>
          <w:rFonts w:ascii="SimSun" w:eastAsia="SimSun" w:hAnsi="SimSun" w:cs="SimSun"/>
          <w:color w:val="000000"/>
          <w:lang w:eastAsia="zh-CN"/>
        </w:rPr>
        <w:t>份</w:t>
      </w:r>
      <w:r>
        <w:rPr>
          <w:rFonts w:ascii="Times New Roman" w:eastAsia="Times New Roman" w:hAnsi="Times New Roman" w:cs="Times New Roman"/>
          <w:i/>
          <w:color w:val="000000"/>
          <w:lang w:eastAsia="zh-CN"/>
        </w:rPr>
        <w:t>B</w:t>
      </w:r>
      <w:r>
        <w:rPr>
          <w:rFonts w:ascii="SimSun" w:eastAsia="SimSun" w:hAnsi="SimSun" w:cs="SimSun"/>
          <w:color w:val="000000"/>
          <w:lang w:eastAsia="zh-CN"/>
        </w:rPr>
        <w:t>餐．</w:t>
      </w:r>
    </w:p>
    <w:p w14:paraId="25371DAC" w14:textId="77777777" w:rsidR="008113A1" w:rsidRDefault="00000000">
      <w:pPr>
        <w:spacing w:line="360" w:lineRule="auto"/>
        <w:textAlignment w:val="center"/>
        <w:rPr>
          <w:color w:val="000000"/>
        </w:rPr>
      </w:pPr>
      <w:r>
        <w:rPr>
          <w:color w:val="2E75B6"/>
        </w:rPr>
        <w:lastRenderedPageBreak/>
        <w:t>【</w:t>
      </w:r>
      <w:proofErr w:type="spellStart"/>
      <w:r>
        <w:rPr>
          <w:color w:val="2E75B6"/>
        </w:rPr>
        <w:t>答案</w:t>
      </w:r>
      <w:proofErr w:type="spellEnd"/>
      <w:r>
        <w:rPr>
          <w:color w:val="2E75B6"/>
        </w:rPr>
        <w:t>】</w:t>
      </w:r>
      <w:r>
        <w:rPr>
          <w:color w:val="000000"/>
        </w:rPr>
        <w:t xml:space="preserve">    ①. </w:t>
      </w:r>
      <w:r>
        <w:rPr>
          <w:rFonts w:ascii="SimSun" w:eastAsia="SimSun" w:hAnsi="SimSun" w:cs="SimSun"/>
          <w:color w:val="000000"/>
        </w:rPr>
        <w:t>（</w:t>
      </w:r>
      <w:r>
        <w:rPr>
          <w:rFonts w:ascii="Times New Roman" w:eastAsia="Times New Roman" w:hAnsi="Times New Roman" w:cs="Times New Roman"/>
          <w:i/>
          <w:color w:val="000000"/>
        </w:rPr>
        <w:t>x</w:t>
      </w:r>
      <w:r>
        <w:rPr>
          <w:rFonts w:ascii="SimSun" w:eastAsia="SimSun" w:hAnsi="SimSun" w:cs="SimSun"/>
          <w:color w:val="000000"/>
        </w:rPr>
        <w:t>﹣</w:t>
      </w:r>
      <w:r>
        <w:rPr>
          <w:rFonts w:ascii="Times New Roman" w:eastAsia="Times New Roman" w:hAnsi="Times New Roman" w:cs="Times New Roman"/>
          <w:color w:val="000000"/>
        </w:rPr>
        <w:t>5</w:t>
      </w:r>
      <w:r>
        <w:rPr>
          <w:rFonts w:ascii="SimSun" w:eastAsia="SimSun" w:hAnsi="SimSun" w:cs="SimSun"/>
          <w:color w:val="000000"/>
        </w:rPr>
        <w:t>）##（</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SimSun" w:eastAsia="SimSun" w:hAnsi="SimSun" w:cs="SimSun"/>
          <w:color w:val="000000"/>
        </w:rPr>
        <w:t>）</w:t>
      </w:r>
      <w:r>
        <w:rPr>
          <w:color w:val="000000"/>
        </w:rPr>
        <w:t xml:space="preserve">    ②. </w:t>
      </w:r>
      <w:r>
        <w:rPr>
          <w:rFonts w:ascii="Times New Roman" w:eastAsia="Times New Roman" w:hAnsi="Times New Roman" w:cs="Times New Roman"/>
          <w:color w:val="000000"/>
        </w:rPr>
        <w:t>3</w:t>
      </w:r>
    </w:p>
    <w:p w14:paraId="4E7A098E" w14:textId="77777777" w:rsidR="008113A1" w:rsidRDefault="00000000">
      <w:pPr>
        <w:spacing w:line="360" w:lineRule="auto"/>
        <w:textAlignment w:val="center"/>
        <w:rPr>
          <w:color w:val="000000"/>
          <w:lang w:eastAsia="zh-CN"/>
        </w:rPr>
      </w:pPr>
      <w:r>
        <w:rPr>
          <w:color w:val="2E75B6"/>
          <w:lang w:eastAsia="zh-CN"/>
        </w:rPr>
        <w:t>【解析】</w:t>
      </w:r>
    </w:p>
    <w:p w14:paraId="3ACD5DA9"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）由三种餐中均包含盖饭且只有</w:t>
      </w:r>
      <w:r>
        <w:rPr>
          <w:rFonts w:ascii="Times New Roman" w:eastAsia="Times New Roman" w:hAnsi="Times New Roman" w:cs="Times New Roman"/>
          <w:i/>
          <w:color w:val="000000"/>
          <w:lang w:eastAsia="zh-CN"/>
        </w:rPr>
        <w:t>C</w:t>
      </w:r>
      <w:r>
        <w:rPr>
          <w:rFonts w:ascii="SimSun" w:eastAsia="SimSun" w:hAnsi="SimSun" w:cs="SimSun"/>
          <w:color w:val="000000"/>
          <w:lang w:eastAsia="zh-CN"/>
        </w:rPr>
        <w:t>餐中含小菜，即可得出他们点了（</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color w:val="000000"/>
          <w:lang w:eastAsia="zh-CN"/>
        </w:rPr>
        <w:t>5</w:t>
      </w:r>
      <w:r>
        <w:rPr>
          <w:rFonts w:ascii="SimSun" w:eastAsia="SimSun" w:hAnsi="SimSun" w:cs="SimSun"/>
          <w:color w:val="000000"/>
          <w:lang w:eastAsia="zh-CN"/>
        </w:rPr>
        <w:t>）份</w:t>
      </w:r>
      <w:r>
        <w:rPr>
          <w:rFonts w:ascii="Times New Roman" w:eastAsia="Times New Roman" w:hAnsi="Times New Roman" w:cs="Times New Roman"/>
          <w:i/>
          <w:color w:val="000000"/>
          <w:lang w:eastAsia="zh-CN"/>
        </w:rPr>
        <w:t>B</w:t>
      </w:r>
      <w:r>
        <w:rPr>
          <w:rFonts w:ascii="SimSun" w:eastAsia="SimSun" w:hAnsi="SimSun" w:cs="SimSun"/>
          <w:color w:val="000000"/>
          <w:lang w:eastAsia="zh-CN"/>
        </w:rPr>
        <w:t>餐；</w:t>
      </w:r>
    </w:p>
    <w:p w14:paraId="738EE46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）由三种餐中均包含盖饭且只有</w:t>
      </w:r>
      <w:r>
        <w:rPr>
          <w:rFonts w:ascii="Times New Roman" w:eastAsia="Times New Roman" w:hAnsi="Times New Roman" w:cs="Times New Roman"/>
          <w:i/>
          <w:color w:val="000000"/>
          <w:lang w:eastAsia="zh-CN"/>
        </w:rPr>
        <w:t>C</w:t>
      </w:r>
      <w:r>
        <w:rPr>
          <w:rFonts w:ascii="SimSun" w:eastAsia="SimSun" w:hAnsi="SimSun" w:cs="SimSun"/>
          <w:color w:val="000000"/>
          <w:lang w:eastAsia="zh-CN"/>
        </w:rPr>
        <w:t>餐中含小菜，即可得出他们点了</w:t>
      </w:r>
      <w:r>
        <w:rPr>
          <w:rFonts w:ascii="Times New Roman" w:eastAsia="Times New Roman" w:hAnsi="Times New Roman" w:cs="Times New Roman"/>
          <w:color w:val="000000"/>
          <w:lang w:eastAsia="zh-CN"/>
        </w:rPr>
        <w:t>5</w:t>
      </w:r>
      <w:r>
        <w:rPr>
          <w:rFonts w:ascii="SimSun" w:eastAsia="SimSun" w:hAnsi="SimSun" w:cs="SimSun"/>
          <w:color w:val="000000"/>
          <w:lang w:eastAsia="zh-CN"/>
        </w:rPr>
        <w:t>份</w:t>
      </w:r>
      <w:r>
        <w:rPr>
          <w:rFonts w:ascii="Times New Roman" w:eastAsia="Times New Roman" w:hAnsi="Times New Roman" w:cs="Times New Roman"/>
          <w:i/>
          <w:color w:val="000000"/>
          <w:lang w:eastAsia="zh-CN"/>
        </w:rPr>
        <w:t>C</w:t>
      </w:r>
      <w:r>
        <w:rPr>
          <w:rFonts w:ascii="SimSun" w:eastAsia="SimSun" w:hAnsi="SimSun" w:cs="SimSun"/>
          <w:color w:val="000000"/>
          <w:lang w:eastAsia="zh-CN"/>
        </w:rPr>
        <w:t>餐，进一步得到</w:t>
      </w:r>
      <w:r>
        <w:rPr>
          <w:rFonts w:ascii="Times New Roman" w:eastAsia="Times New Roman" w:hAnsi="Times New Roman" w:cs="Times New Roman"/>
          <w:i/>
          <w:color w:val="000000"/>
          <w:lang w:eastAsia="zh-CN"/>
        </w:rPr>
        <w:t>A</w:t>
      </w:r>
      <w:r>
        <w:rPr>
          <w:rFonts w:ascii="SimSun" w:eastAsia="SimSun" w:hAnsi="SimSun" w:cs="SimSun"/>
          <w:color w:val="000000"/>
          <w:lang w:eastAsia="zh-CN"/>
        </w:rPr>
        <w:t>餐共有（</w:t>
      </w:r>
      <w:r>
        <w:rPr>
          <w:rFonts w:ascii="Times New Roman" w:eastAsia="Times New Roman" w:hAnsi="Times New Roman" w:cs="Times New Roman"/>
          <w:color w:val="000000"/>
          <w:lang w:eastAsia="zh-CN"/>
        </w:rPr>
        <w:t>11</w:t>
      </w:r>
      <w:r>
        <w:rPr>
          <w:rFonts w:ascii="SimSun" w:eastAsia="SimSun" w:hAnsi="SimSun" w:cs="SimSun"/>
          <w:color w:val="000000"/>
          <w:lang w:eastAsia="zh-CN"/>
        </w:rPr>
        <w:t>﹣</w:t>
      </w:r>
      <w:r>
        <w:rPr>
          <w:rFonts w:ascii="Times New Roman" w:eastAsia="Times New Roman" w:hAnsi="Times New Roman" w:cs="Times New Roman"/>
          <w:i/>
          <w:color w:val="000000"/>
          <w:lang w:eastAsia="zh-CN"/>
        </w:rPr>
        <w:t>x</w:t>
      </w:r>
      <w:r>
        <w:rPr>
          <w:rFonts w:ascii="SimSun" w:eastAsia="SimSun" w:hAnsi="SimSun" w:cs="SimSun"/>
          <w:color w:val="000000"/>
          <w:lang w:eastAsia="zh-CN"/>
        </w:rPr>
        <w:t>），即可得出</w:t>
      </w:r>
      <w:proofErr w:type="gramStart"/>
      <w:r>
        <w:rPr>
          <w:rFonts w:ascii="SimSun" w:eastAsia="SimSun" w:hAnsi="SimSun" w:cs="SimSun"/>
          <w:color w:val="000000"/>
          <w:lang w:eastAsia="zh-CN"/>
        </w:rPr>
        <w:t>一共的</w:t>
      </w:r>
      <w:proofErr w:type="gramEnd"/>
      <w:r>
        <w:rPr>
          <w:rFonts w:ascii="SimSun" w:eastAsia="SimSun" w:hAnsi="SimSun" w:cs="SimSun"/>
          <w:color w:val="000000"/>
          <w:lang w:eastAsia="zh-CN"/>
        </w:rPr>
        <w:t>花费，再结合</w:t>
      </w:r>
      <w:r>
        <w:rPr>
          <w:rFonts w:ascii="Times New Roman" w:eastAsia="Times New Roman" w:hAnsi="Times New Roman" w:cs="Times New Roman"/>
          <w:i/>
          <w:color w:val="000000"/>
          <w:lang w:eastAsia="zh-CN"/>
        </w:rPr>
        <w:t>x</w:t>
      </w:r>
      <w:r>
        <w:rPr>
          <w:rFonts w:ascii="SimSun" w:eastAsia="SimSun" w:hAnsi="SimSun" w:cs="SimSun"/>
          <w:color w:val="000000"/>
          <w:lang w:eastAsia="zh-CN"/>
        </w:rPr>
        <w:t>为正整数即可求解．</w:t>
      </w:r>
    </w:p>
    <w:p w14:paraId="4BDD0C3F"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rPr>
          <w:rFonts w:ascii="Times New Roman" w:eastAsia="Times New Roman" w:hAnsi="Times New Roman" w:cs="Times New Roman"/>
          <w:color w:val="000000"/>
          <w:lang w:eastAsia="zh-CN"/>
        </w:rPr>
        <w:t>1</w:t>
      </w:r>
      <w:r>
        <w:rPr>
          <w:rFonts w:ascii="SimSun" w:eastAsia="SimSun" w:hAnsi="SimSun" w:cs="SimSun"/>
          <w:color w:val="000000"/>
          <w:lang w:eastAsia="zh-CN"/>
        </w:rPr>
        <w:t>）∵三种套餐中均包含盖饭且只有</w:t>
      </w:r>
      <w:r>
        <w:rPr>
          <w:rFonts w:ascii="Times New Roman" w:eastAsia="Times New Roman" w:hAnsi="Times New Roman" w:cs="Times New Roman"/>
          <w:i/>
          <w:color w:val="000000"/>
          <w:lang w:eastAsia="zh-CN"/>
        </w:rPr>
        <w:t>C</w:t>
      </w:r>
      <w:r>
        <w:rPr>
          <w:rFonts w:ascii="SimSun" w:eastAsia="SimSun" w:hAnsi="SimSun" w:cs="SimSun"/>
          <w:color w:val="000000"/>
          <w:lang w:eastAsia="zh-CN"/>
        </w:rPr>
        <w:t>餐中含小菜，有</w:t>
      </w:r>
      <w:r>
        <w:rPr>
          <w:rFonts w:ascii="Times New Roman" w:eastAsia="Times New Roman" w:hAnsi="Times New Roman" w:cs="Times New Roman"/>
          <w:color w:val="000000"/>
          <w:lang w:eastAsia="zh-CN"/>
        </w:rPr>
        <w:t>5</w:t>
      </w:r>
      <w:r>
        <w:rPr>
          <w:rFonts w:ascii="SimSun" w:eastAsia="SimSun" w:hAnsi="SimSun" w:cs="SimSun"/>
          <w:color w:val="000000"/>
          <w:lang w:eastAsia="zh-CN"/>
        </w:rPr>
        <w:t>份小菜，</w:t>
      </w:r>
    </w:p>
    <w:p w14:paraId="7A2BBC0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餐中含</w:t>
      </w:r>
      <w:r>
        <w:rPr>
          <w:rFonts w:ascii="Times New Roman" w:eastAsia="Times New Roman" w:hAnsi="Times New Roman" w:cs="Times New Roman"/>
          <w:color w:val="000000"/>
          <w:lang w:eastAsia="zh-CN"/>
        </w:rPr>
        <w:t>5</w:t>
      </w:r>
      <w:r>
        <w:rPr>
          <w:rFonts w:ascii="SimSun" w:eastAsia="SimSun" w:hAnsi="SimSun" w:cs="SimSun"/>
          <w:color w:val="000000"/>
          <w:lang w:eastAsia="zh-CN"/>
        </w:rPr>
        <w:t>杯饮料，</w:t>
      </w:r>
    </w:p>
    <w:p w14:paraId="7AD85A8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∵只有</w:t>
      </w:r>
      <w:r>
        <w:rPr>
          <w:rFonts w:ascii="Times New Roman" w:eastAsia="Times New Roman" w:hAnsi="Times New Roman" w:cs="Times New Roman"/>
          <w:i/>
          <w:color w:val="000000"/>
          <w:lang w:eastAsia="zh-CN"/>
        </w:rPr>
        <w:t>A</w:t>
      </w:r>
      <w:r>
        <w:rPr>
          <w:rFonts w:ascii="SimSun" w:eastAsia="SimSun" w:hAnsi="SimSun" w:cs="SimSun"/>
          <w:color w:val="000000"/>
          <w:lang w:eastAsia="zh-CN"/>
        </w:rPr>
        <w:t>餐中不含小菜，</w:t>
      </w:r>
    </w:p>
    <w:p w14:paraId="5915400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∴他们点了（</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color w:val="000000"/>
          <w:lang w:eastAsia="zh-CN"/>
        </w:rPr>
        <w:t>5</w:t>
      </w:r>
      <w:r>
        <w:rPr>
          <w:rFonts w:ascii="SimSun" w:eastAsia="SimSun" w:hAnsi="SimSun" w:cs="SimSun"/>
          <w:color w:val="000000"/>
          <w:lang w:eastAsia="zh-CN"/>
        </w:rPr>
        <w:t>）份</w:t>
      </w:r>
      <w:r>
        <w:rPr>
          <w:rFonts w:ascii="Times New Roman" w:eastAsia="Times New Roman" w:hAnsi="Times New Roman" w:cs="Times New Roman"/>
          <w:i/>
          <w:color w:val="000000"/>
          <w:lang w:eastAsia="zh-CN"/>
        </w:rPr>
        <w:t>B</w:t>
      </w:r>
      <w:r>
        <w:rPr>
          <w:rFonts w:ascii="SimSun" w:eastAsia="SimSun" w:hAnsi="SimSun" w:cs="SimSun"/>
          <w:color w:val="000000"/>
          <w:lang w:eastAsia="zh-CN"/>
        </w:rPr>
        <w:t>餐．</w:t>
      </w:r>
    </w:p>
    <w:p w14:paraId="1F4586A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color w:val="000000"/>
          <w:lang w:eastAsia="zh-CN"/>
        </w:rPr>
        <w:t>5</w:t>
      </w:r>
      <w:r>
        <w:rPr>
          <w:rFonts w:ascii="SimSun" w:eastAsia="SimSun" w:hAnsi="SimSun" w:cs="SimSun"/>
          <w:color w:val="000000"/>
          <w:lang w:eastAsia="zh-CN"/>
        </w:rPr>
        <w:t>）．</w:t>
      </w:r>
    </w:p>
    <w:p w14:paraId="494AE2F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）∵三种餐中均包含盖饭且只有</w:t>
      </w:r>
      <w:r>
        <w:rPr>
          <w:rFonts w:ascii="Times New Roman" w:eastAsia="Times New Roman" w:hAnsi="Times New Roman" w:cs="Times New Roman"/>
          <w:i/>
          <w:color w:val="000000"/>
          <w:lang w:eastAsia="zh-CN"/>
        </w:rPr>
        <w:t>C</w:t>
      </w:r>
      <w:r>
        <w:rPr>
          <w:rFonts w:ascii="SimSun" w:eastAsia="SimSun" w:hAnsi="SimSun" w:cs="SimSun"/>
          <w:color w:val="000000"/>
          <w:lang w:eastAsia="zh-CN"/>
        </w:rPr>
        <w:t>餐中含小菜，</w:t>
      </w:r>
    </w:p>
    <w:p w14:paraId="58F32AED"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∴点了</w:t>
      </w:r>
      <w:r>
        <w:rPr>
          <w:rFonts w:ascii="Times New Roman" w:eastAsia="Times New Roman" w:hAnsi="Times New Roman" w:cs="Times New Roman"/>
          <w:color w:val="000000"/>
          <w:lang w:eastAsia="zh-CN"/>
        </w:rPr>
        <w:t>5</w:t>
      </w:r>
      <w:r>
        <w:rPr>
          <w:rFonts w:ascii="SimSun" w:eastAsia="SimSun" w:hAnsi="SimSun" w:cs="SimSun"/>
          <w:color w:val="000000"/>
          <w:lang w:eastAsia="zh-CN"/>
        </w:rPr>
        <w:t>份</w:t>
      </w:r>
      <w:r>
        <w:rPr>
          <w:rFonts w:ascii="Times New Roman" w:eastAsia="Times New Roman" w:hAnsi="Times New Roman" w:cs="Times New Roman"/>
          <w:i/>
          <w:color w:val="000000"/>
          <w:lang w:eastAsia="zh-CN"/>
        </w:rPr>
        <w:t>C</w:t>
      </w:r>
      <w:r>
        <w:rPr>
          <w:rFonts w:ascii="SimSun" w:eastAsia="SimSun" w:hAnsi="SimSun" w:cs="SimSun"/>
          <w:color w:val="000000"/>
          <w:lang w:eastAsia="zh-CN"/>
        </w:rPr>
        <w:t>餐，</w:t>
      </w:r>
    </w:p>
    <w:p w14:paraId="03C29B3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餐，</w:t>
      </w:r>
      <w:r>
        <w:rPr>
          <w:rFonts w:ascii="Times New Roman" w:eastAsia="Times New Roman" w:hAnsi="Times New Roman" w:cs="Times New Roman"/>
          <w:i/>
          <w:color w:val="000000"/>
          <w:lang w:eastAsia="zh-CN"/>
        </w:rPr>
        <w:t>C</w:t>
      </w:r>
      <w:r>
        <w:rPr>
          <w:rFonts w:ascii="SimSun" w:eastAsia="SimSun" w:hAnsi="SimSun" w:cs="SimSun"/>
          <w:color w:val="000000"/>
          <w:lang w:eastAsia="zh-CN"/>
        </w:rPr>
        <w:t>餐都有</w:t>
      </w:r>
      <w:r>
        <w:rPr>
          <w:rFonts w:ascii="Times New Roman" w:eastAsia="Times New Roman" w:hAnsi="Times New Roman" w:cs="Times New Roman"/>
          <w:color w:val="000000"/>
          <w:lang w:eastAsia="zh-CN"/>
        </w:rPr>
        <w:t>1</w:t>
      </w:r>
      <w:r>
        <w:rPr>
          <w:rFonts w:ascii="SimSun" w:eastAsia="SimSun" w:hAnsi="SimSun" w:cs="SimSun"/>
          <w:color w:val="000000"/>
          <w:lang w:eastAsia="zh-CN"/>
        </w:rPr>
        <w:t>份盖饭，</w:t>
      </w:r>
    </w:p>
    <w:p w14:paraId="5BC9740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餐，</w:t>
      </w:r>
      <w:r>
        <w:rPr>
          <w:rFonts w:ascii="Times New Roman" w:eastAsia="Times New Roman" w:hAnsi="Times New Roman" w:cs="Times New Roman"/>
          <w:i/>
          <w:color w:val="000000"/>
          <w:lang w:eastAsia="zh-CN"/>
        </w:rPr>
        <w:t>C</w:t>
      </w:r>
      <w:r>
        <w:rPr>
          <w:rFonts w:ascii="SimSun" w:eastAsia="SimSun" w:hAnsi="SimSun" w:cs="SimSun"/>
          <w:color w:val="000000"/>
          <w:lang w:eastAsia="zh-CN"/>
        </w:rPr>
        <w:t>餐共有盖饭</w:t>
      </w:r>
      <w:r>
        <w:rPr>
          <w:rFonts w:ascii="Times New Roman" w:eastAsia="Times New Roman" w:hAnsi="Times New Roman" w:cs="Times New Roman"/>
          <w:i/>
          <w:color w:val="000000"/>
          <w:lang w:eastAsia="zh-CN"/>
        </w:rPr>
        <w:t>x</w:t>
      </w:r>
      <w:r>
        <w:rPr>
          <w:rFonts w:ascii="SimSun" w:eastAsia="SimSun" w:hAnsi="SimSun" w:cs="SimSun"/>
          <w:color w:val="000000"/>
          <w:lang w:eastAsia="zh-CN"/>
        </w:rPr>
        <w:t>份，</w:t>
      </w:r>
    </w:p>
    <w:p w14:paraId="5A74413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i/>
          <w:color w:val="000000"/>
          <w:lang w:eastAsia="zh-CN"/>
        </w:rPr>
        <w:t>A</w:t>
      </w:r>
      <w:r>
        <w:rPr>
          <w:rFonts w:ascii="SimSun" w:eastAsia="SimSun" w:hAnsi="SimSun" w:cs="SimSun"/>
          <w:color w:val="000000"/>
          <w:lang w:eastAsia="zh-CN"/>
        </w:rPr>
        <w:t>餐共有（</w:t>
      </w:r>
      <w:r>
        <w:rPr>
          <w:rFonts w:ascii="Times New Roman" w:eastAsia="Times New Roman" w:hAnsi="Times New Roman" w:cs="Times New Roman"/>
          <w:color w:val="000000"/>
          <w:lang w:eastAsia="zh-CN"/>
        </w:rPr>
        <w:t>11</w:t>
      </w:r>
      <w:r>
        <w:rPr>
          <w:rFonts w:ascii="SimSun" w:eastAsia="SimSun" w:hAnsi="SimSun" w:cs="SimSun"/>
          <w:color w:val="000000"/>
          <w:lang w:eastAsia="zh-CN"/>
        </w:rPr>
        <w:t>﹣</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p>
    <w:p w14:paraId="38F61E84"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一共花费：</w:t>
      </w:r>
    </w:p>
    <w:p w14:paraId="54FD7163"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20</w:t>
      </w:r>
      <w:r>
        <w:rPr>
          <w:rFonts w:ascii="SimSun" w:eastAsia="SimSun" w:hAnsi="SimSun" w:cs="SimSun"/>
          <w:color w:val="000000"/>
        </w:rPr>
        <w:t>（</w:t>
      </w:r>
      <w:r>
        <w:rPr>
          <w:rFonts w:ascii="Times New Roman" w:eastAsia="Times New Roman" w:hAnsi="Times New Roman" w:cs="Times New Roman"/>
          <w:color w:val="000000"/>
        </w:rPr>
        <w:t>11</w:t>
      </w:r>
      <w:r>
        <w:rPr>
          <w:rFonts w:ascii="SimSun" w:eastAsia="SimSun" w:hAnsi="SimSun" w:cs="SimSun"/>
          <w:color w:val="000000"/>
        </w:rPr>
        <w:t>﹣</w:t>
      </w:r>
      <w:r>
        <w:rPr>
          <w:rFonts w:ascii="Times New Roman" w:eastAsia="Times New Roman" w:hAnsi="Times New Roman" w:cs="Times New Roman"/>
          <w:i/>
          <w:color w:val="000000"/>
        </w:rPr>
        <w:t>x</w:t>
      </w:r>
      <w:r>
        <w:rPr>
          <w:rFonts w:ascii="SimSun" w:eastAsia="SimSun" w:hAnsi="SimSun" w:cs="SimSun"/>
          <w:color w:val="000000"/>
        </w:rPr>
        <w:t>）</w:t>
      </w:r>
      <w:r>
        <w:rPr>
          <w:rFonts w:ascii="Times New Roman" w:eastAsia="Times New Roman" w:hAnsi="Times New Roman" w:cs="Times New Roman"/>
          <w:color w:val="000000"/>
        </w:rPr>
        <w:t>+28</w:t>
      </w:r>
      <w:r>
        <w:rPr>
          <w:rFonts w:ascii="SimSun" w:eastAsia="SimSun" w:hAnsi="SimSun" w:cs="SimSun"/>
          <w:color w:val="000000"/>
        </w:rPr>
        <w:t>（</w:t>
      </w:r>
      <w:r>
        <w:rPr>
          <w:rFonts w:ascii="Times New Roman" w:eastAsia="Times New Roman" w:hAnsi="Times New Roman" w:cs="Times New Roman"/>
          <w:i/>
          <w:color w:val="000000"/>
        </w:rPr>
        <w:t>x</w:t>
      </w:r>
      <w:r>
        <w:rPr>
          <w:rFonts w:ascii="SimSun" w:eastAsia="SimSun" w:hAnsi="SimSun" w:cs="SimSun"/>
          <w:color w:val="000000"/>
        </w:rPr>
        <w:t>﹣</w:t>
      </w:r>
      <w:r>
        <w:rPr>
          <w:rFonts w:ascii="Times New Roman" w:eastAsia="Times New Roman" w:hAnsi="Times New Roman" w:cs="Times New Roman"/>
          <w:color w:val="000000"/>
        </w:rPr>
        <w:t>5</w:t>
      </w:r>
      <w:r>
        <w:rPr>
          <w:rFonts w:ascii="SimSun" w:eastAsia="SimSun" w:hAnsi="SimSun" w:cs="SimSun"/>
          <w:color w:val="000000"/>
        </w:rPr>
        <w:t>）</w:t>
      </w:r>
      <w:r>
        <w:rPr>
          <w:rFonts w:ascii="Times New Roman" w:eastAsia="Times New Roman" w:hAnsi="Times New Roman" w:cs="Times New Roman"/>
          <w:color w:val="000000"/>
        </w:rPr>
        <w:t>+32×5</w:t>
      </w:r>
    </w:p>
    <w:p w14:paraId="19F3CF17" w14:textId="77777777" w:rsidR="008113A1" w:rsidRDefault="00000000">
      <w:pPr>
        <w:spacing w:line="360" w:lineRule="auto"/>
        <w:textAlignment w:val="center"/>
        <w:rPr>
          <w:color w:val="000000"/>
        </w:rPr>
      </w:pPr>
      <w:r>
        <w:rPr>
          <w:rFonts w:ascii="SimSun" w:eastAsia="SimSun" w:hAnsi="SimSun" w:cs="SimSun"/>
          <w:color w:val="000000"/>
        </w:rPr>
        <w:t>＝</w:t>
      </w:r>
      <w:r>
        <w:rPr>
          <w:rFonts w:ascii="Times New Roman" w:eastAsia="Times New Roman" w:hAnsi="Times New Roman" w:cs="Times New Roman"/>
          <w:color w:val="000000"/>
        </w:rPr>
        <w:t>220</w:t>
      </w:r>
      <w:r>
        <w:rPr>
          <w:rFonts w:ascii="SimSun" w:eastAsia="SimSun" w:hAnsi="SimSun" w:cs="SimSun"/>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x</w:t>
      </w:r>
      <w:r>
        <w:rPr>
          <w:rFonts w:ascii="Times New Roman" w:eastAsia="Times New Roman" w:hAnsi="Times New Roman" w:cs="Times New Roman"/>
          <w:color w:val="000000"/>
        </w:rPr>
        <w:t>+28</w:t>
      </w:r>
      <w:r>
        <w:rPr>
          <w:rFonts w:ascii="Times New Roman" w:eastAsia="Times New Roman" w:hAnsi="Times New Roman" w:cs="Times New Roman"/>
          <w:i/>
          <w:color w:val="000000"/>
        </w:rPr>
        <w:t>x</w:t>
      </w:r>
      <w:r>
        <w:rPr>
          <w:rFonts w:ascii="SimSun" w:eastAsia="SimSun" w:hAnsi="SimSun" w:cs="SimSun"/>
          <w:color w:val="000000"/>
        </w:rPr>
        <w:t>﹣</w:t>
      </w:r>
      <w:r>
        <w:rPr>
          <w:rFonts w:ascii="Times New Roman" w:eastAsia="Times New Roman" w:hAnsi="Times New Roman" w:cs="Times New Roman"/>
          <w:color w:val="000000"/>
        </w:rPr>
        <w:t>140+160</w:t>
      </w:r>
    </w:p>
    <w:p w14:paraId="395C5CF4" w14:textId="77777777" w:rsidR="008113A1" w:rsidRDefault="00000000">
      <w:pPr>
        <w:spacing w:line="360" w:lineRule="auto"/>
        <w:textAlignment w:val="center"/>
        <w:rPr>
          <w:color w:val="000000"/>
        </w:rPr>
      </w:pPr>
      <w:r>
        <w:rPr>
          <w:rFonts w:ascii="SimSun" w:eastAsia="SimSun" w:hAnsi="SimSun" w:cs="SimSun"/>
          <w:color w:val="000000"/>
        </w:rPr>
        <w:t>＝</w:t>
      </w:r>
      <w:r>
        <w:rPr>
          <w:rFonts w:ascii="Times New Roman" w:eastAsia="Times New Roman" w:hAnsi="Times New Roman" w:cs="Times New Roman"/>
          <w:color w:val="000000"/>
        </w:rPr>
        <w:t>8</w:t>
      </w:r>
      <w:r>
        <w:rPr>
          <w:rFonts w:ascii="Times New Roman" w:eastAsia="Times New Roman" w:hAnsi="Times New Roman" w:cs="Times New Roman"/>
          <w:i/>
          <w:color w:val="000000"/>
        </w:rPr>
        <w:t>x</w:t>
      </w:r>
      <w:r>
        <w:rPr>
          <w:rFonts w:ascii="Times New Roman" w:eastAsia="Times New Roman" w:hAnsi="Times New Roman" w:cs="Times New Roman"/>
          <w:color w:val="000000"/>
        </w:rPr>
        <w:t>+240</w:t>
      </w:r>
      <w:r>
        <w:rPr>
          <w:rFonts w:ascii="SimSun" w:eastAsia="SimSun" w:hAnsi="SimSun" w:cs="SimSun"/>
          <w:color w:val="000000"/>
        </w:rPr>
        <w:t>（</w:t>
      </w:r>
      <w:r>
        <w:rPr>
          <w:rFonts w:ascii="Times New Roman" w:eastAsia="Times New Roman" w:hAnsi="Times New Roman" w:cs="Times New Roman"/>
          <w:color w:val="000000"/>
        </w:rPr>
        <w:t>6≤</w:t>
      </w:r>
      <w:r>
        <w:rPr>
          <w:rFonts w:ascii="Times New Roman" w:eastAsia="Times New Roman" w:hAnsi="Times New Roman" w:cs="Times New Roman"/>
          <w:i/>
          <w:color w:val="000000"/>
        </w:rPr>
        <w:t>x</w:t>
      </w:r>
      <w:r>
        <w:rPr>
          <w:rFonts w:ascii="Times New Roman" w:eastAsia="Times New Roman" w:hAnsi="Times New Roman" w:cs="Times New Roman"/>
          <w:color w:val="000000"/>
        </w:rPr>
        <w:t>≤11</w:t>
      </w:r>
      <w:r>
        <w:rPr>
          <w:rFonts w:ascii="SimSun" w:eastAsia="SimSun" w:hAnsi="SimSun" w:cs="SimSun"/>
          <w:color w:val="000000"/>
        </w:rPr>
        <w:t>），</w:t>
      </w:r>
    </w:p>
    <w:p w14:paraId="2766CDF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color w:val="000000"/>
          <w:lang w:eastAsia="zh-CN"/>
        </w:rPr>
        <w:t>6</w:t>
      </w:r>
      <w:r>
        <w:rPr>
          <w:rFonts w:ascii="SimSun" w:eastAsia="SimSun" w:hAnsi="SimSun" w:cs="SimSun"/>
          <w:color w:val="000000"/>
          <w:lang w:eastAsia="zh-CN"/>
        </w:rPr>
        <w:t>时，原式＝</w:t>
      </w:r>
      <w:r>
        <w:rPr>
          <w:rFonts w:ascii="Times New Roman" w:eastAsia="Times New Roman" w:hAnsi="Times New Roman" w:cs="Times New Roman"/>
          <w:color w:val="000000"/>
          <w:lang w:eastAsia="zh-CN"/>
        </w:rPr>
        <w:t>8×6+240</w:t>
      </w:r>
      <w:r>
        <w:rPr>
          <w:rFonts w:ascii="SimSun" w:eastAsia="SimSun" w:hAnsi="SimSun" w:cs="SimSun"/>
          <w:color w:val="000000"/>
          <w:lang w:eastAsia="zh-CN"/>
        </w:rPr>
        <w:t>＝</w:t>
      </w:r>
      <w:r>
        <w:rPr>
          <w:rFonts w:ascii="Times New Roman" w:eastAsia="Times New Roman" w:hAnsi="Times New Roman" w:cs="Times New Roman"/>
          <w:color w:val="000000"/>
          <w:lang w:eastAsia="zh-CN"/>
        </w:rPr>
        <w:t>288</w:t>
      </w:r>
      <w:r>
        <w:rPr>
          <w:rFonts w:ascii="SimSun" w:eastAsia="SimSun" w:hAnsi="SimSun" w:cs="SimSun"/>
          <w:color w:val="000000"/>
          <w:lang w:eastAsia="zh-CN"/>
        </w:rPr>
        <w:t>，</w:t>
      </w:r>
    </w:p>
    <w:p w14:paraId="2DF74D1A"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lastRenderedPageBreak/>
        <w:t>288</w:t>
      </w:r>
      <w:r>
        <w:rPr>
          <w:rFonts w:ascii="SimSun" w:eastAsia="SimSun" w:hAnsi="SimSun" w:cs="SimSun"/>
          <w:color w:val="000000"/>
          <w:lang w:eastAsia="zh-CN"/>
        </w:rPr>
        <w:t>﹣</w:t>
      </w:r>
      <w:r>
        <w:rPr>
          <w:rFonts w:ascii="Times New Roman" w:eastAsia="Times New Roman" w:hAnsi="Times New Roman" w:cs="Times New Roman"/>
          <w:color w:val="000000"/>
          <w:lang w:eastAsia="zh-CN"/>
        </w:rPr>
        <w:t>24</w:t>
      </w:r>
      <w:r>
        <w:rPr>
          <w:rFonts w:ascii="SimSun" w:eastAsia="SimSun" w:hAnsi="SimSun" w:cs="SimSun"/>
          <w:color w:val="000000"/>
          <w:lang w:eastAsia="zh-CN"/>
        </w:rPr>
        <w:t>＝</w:t>
      </w:r>
      <w:r>
        <w:rPr>
          <w:rFonts w:ascii="Times New Roman" w:eastAsia="Times New Roman" w:hAnsi="Times New Roman" w:cs="Times New Roman"/>
          <w:color w:val="000000"/>
          <w:lang w:eastAsia="zh-CN"/>
        </w:rPr>
        <w:t>264</w:t>
      </w:r>
      <w:r>
        <w:rPr>
          <w:rFonts w:ascii="SimSun" w:eastAsia="SimSun" w:hAnsi="SimSun" w:cs="SimSun"/>
          <w:color w:val="000000"/>
          <w:lang w:eastAsia="zh-CN"/>
        </w:rPr>
        <w:t>（元）；</w:t>
      </w:r>
    </w:p>
    <w:p w14:paraId="03559AE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color w:val="000000"/>
          <w:lang w:eastAsia="zh-CN"/>
        </w:rPr>
        <w:t>7</w:t>
      </w:r>
      <w:r>
        <w:rPr>
          <w:rFonts w:ascii="SimSun" w:eastAsia="SimSun" w:hAnsi="SimSun" w:cs="SimSun"/>
          <w:color w:val="000000"/>
          <w:lang w:eastAsia="zh-CN"/>
        </w:rPr>
        <w:t>时，原式＝</w:t>
      </w:r>
      <w:r>
        <w:rPr>
          <w:rFonts w:ascii="Times New Roman" w:eastAsia="Times New Roman" w:hAnsi="Times New Roman" w:cs="Times New Roman"/>
          <w:color w:val="000000"/>
          <w:lang w:eastAsia="zh-CN"/>
        </w:rPr>
        <w:t>8×7+240</w:t>
      </w:r>
      <w:r>
        <w:rPr>
          <w:rFonts w:ascii="SimSun" w:eastAsia="SimSun" w:hAnsi="SimSun" w:cs="SimSun"/>
          <w:color w:val="000000"/>
          <w:lang w:eastAsia="zh-CN"/>
        </w:rPr>
        <w:t>＝</w:t>
      </w:r>
      <w:r>
        <w:rPr>
          <w:rFonts w:ascii="Times New Roman" w:eastAsia="Times New Roman" w:hAnsi="Times New Roman" w:cs="Times New Roman"/>
          <w:color w:val="000000"/>
          <w:lang w:eastAsia="zh-CN"/>
        </w:rPr>
        <w:t>296</w:t>
      </w:r>
      <w:r>
        <w:rPr>
          <w:rFonts w:ascii="SimSun" w:eastAsia="SimSun" w:hAnsi="SimSun" w:cs="SimSun"/>
          <w:color w:val="000000"/>
          <w:lang w:eastAsia="zh-CN"/>
        </w:rPr>
        <w:t>，</w:t>
      </w:r>
    </w:p>
    <w:p w14:paraId="0624CCE4"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296</w:t>
      </w:r>
      <w:r>
        <w:rPr>
          <w:rFonts w:ascii="SimSun" w:eastAsia="SimSun" w:hAnsi="SimSun" w:cs="SimSun"/>
          <w:color w:val="000000"/>
          <w:lang w:eastAsia="zh-CN"/>
        </w:rPr>
        <w:t>﹣</w:t>
      </w:r>
      <w:r>
        <w:rPr>
          <w:rFonts w:ascii="Times New Roman" w:eastAsia="Times New Roman" w:hAnsi="Times New Roman" w:cs="Times New Roman"/>
          <w:color w:val="000000"/>
          <w:lang w:eastAsia="zh-CN"/>
        </w:rPr>
        <w:t>24</w:t>
      </w:r>
      <w:r>
        <w:rPr>
          <w:rFonts w:ascii="SimSun" w:eastAsia="SimSun" w:hAnsi="SimSun" w:cs="SimSun"/>
          <w:color w:val="000000"/>
          <w:lang w:eastAsia="zh-CN"/>
        </w:rPr>
        <w:t>＝</w:t>
      </w:r>
      <w:r>
        <w:rPr>
          <w:rFonts w:ascii="Times New Roman" w:eastAsia="Times New Roman" w:hAnsi="Times New Roman" w:cs="Times New Roman"/>
          <w:color w:val="000000"/>
          <w:lang w:eastAsia="zh-CN"/>
        </w:rPr>
        <w:t>272</w:t>
      </w:r>
      <w:r>
        <w:rPr>
          <w:rFonts w:ascii="SimSun" w:eastAsia="SimSun" w:hAnsi="SimSun" w:cs="SimSun"/>
          <w:color w:val="000000"/>
          <w:lang w:eastAsia="zh-CN"/>
        </w:rPr>
        <w:t>（元）；</w:t>
      </w:r>
    </w:p>
    <w:p w14:paraId="4CD4FE0D"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color w:val="000000"/>
          <w:lang w:eastAsia="zh-CN"/>
        </w:rPr>
        <w:t>8</w:t>
      </w:r>
      <w:r>
        <w:rPr>
          <w:rFonts w:ascii="SimSun" w:eastAsia="SimSun" w:hAnsi="SimSun" w:cs="SimSun"/>
          <w:color w:val="000000"/>
          <w:lang w:eastAsia="zh-CN"/>
        </w:rPr>
        <w:t>时，原式＝</w:t>
      </w:r>
      <w:r>
        <w:rPr>
          <w:rFonts w:ascii="Times New Roman" w:eastAsia="Times New Roman" w:hAnsi="Times New Roman" w:cs="Times New Roman"/>
          <w:color w:val="000000"/>
          <w:lang w:eastAsia="zh-CN"/>
        </w:rPr>
        <w:t>8×8+240</w:t>
      </w:r>
      <w:r>
        <w:rPr>
          <w:rFonts w:ascii="SimSun" w:eastAsia="SimSun" w:hAnsi="SimSun" w:cs="SimSun"/>
          <w:color w:val="000000"/>
          <w:lang w:eastAsia="zh-CN"/>
        </w:rPr>
        <w:t>＝</w:t>
      </w:r>
      <w:r>
        <w:rPr>
          <w:rFonts w:ascii="Times New Roman" w:eastAsia="Times New Roman" w:hAnsi="Times New Roman" w:cs="Times New Roman"/>
          <w:color w:val="000000"/>
          <w:lang w:eastAsia="zh-CN"/>
        </w:rPr>
        <w:t>304</w:t>
      </w:r>
      <w:r>
        <w:rPr>
          <w:rFonts w:ascii="SimSun" w:eastAsia="SimSun" w:hAnsi="SimSun" w:cs="SimSun"/>
          <w:color w:val="000000"/>
          <w:lang w:eastAsia="zh-CN"/>
        </w:rPr>
        <w:t>，</w:t>
      </w:r>
    </w:p>
    <w:p w14:paraId="22230D8B"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208</w:t>
      </w:r>
      <w:r>
        <w:rPr>
          <w:rFonts w:ascii="SimSun" w:eastAsia="SimSun" w:hAnsi="SimSun" w:cs="SimSun"/>
          <w:color w:val="000000"/>
          <w:lang w:eastAsia="zh-CN"/>
        </w:rPr>
        <w:t>﹣</w:t>
      </w:r>
      <w:r>
        <w:rPr>
          <w:rFonts w:ascii="Times New Roman" w:eastAsia="Times New Roman" w:hAnsi="Times New Roman" w:cs="Times New Roman"/>
          <w:color w:val="000000"/>
          <w:lang w:eastAsia="zh-CN"/>
        </w:rPr>
        <w:t>48</w:t>
      </w:r>
      <w:r>
        <w:rPr>
          <w:rFonts w:ascii="SimSun" w:eastAsia="SimSun" w:hAnsi="SimSun" w:cs="SimSun"/>
          <w:color w:val="000000"/>
          <w:lang w:eastAsia="zh-CN"/>
        </w:rPr>
        <w:t>＝</w:t>
      </w:r>
      <w:r>
        <w:rPr>
          <w:rFonts w:ascii="Times New Roman" w:eastAsia="Times New Roman" w:hAnsi="Times New Roman" w:cs="Times New Roman"/>
          <w:color w:val="000000"/>
          <w:lang w:eastAsia="zh-CN"/>
        </w:rPr>
        <w:t>256</w:t>
      </w:r>
      <w:r>
        <w:rPr>
          <w:rFonts w:ascii="SimSun" w:eastAsia="SimSun" w:hAnsi="SimSun" w:cs="SimSun"/>
          <w:color w:val="000000"/>
          <w:lang w:eastAsia="zh-CN"/>
        </w:rPr>
        <w:t>（元）；</w:t>
      </w:r>
    </w:p>
    <w:p w14:paraId="35CB58A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color w:val="000000"/>
          <w:lang w:eastAsia="zh-CN"/>
        </w:rPr>
        <w:t>9</w:t>
      </w:r>
      <w:r>
        <w:rPr>
          <w:rFonts w:ascii="SimSun" w:eastAsia="SimSun" w:hAnsi="SimSun" w:cs="SimSun"/>
          <w:color w:val="000000"/>
          <w:lang w:eastAsia="zh-CN"/>
        </w:rPr>
        <w:t>时，原式＝</w:t>
      </w:r>
      <w:r>
        <w:rPr>
          <w:rFonts w:ascii="Times New Roman" w:eastAsia="Times New Roman" w:hAnsi="Times New Roman" w:cs="Times New Roman"/>
          <w:color w:val="000000"/>
          <w:lang w:eastAsia="zh-CN"/>
        </w:rPr>
        <w:t>8×9+240</w:t>
      </w:r>
      <w:r>
        <w:rPr>
          <w:rFonts w:ascii="SimSun" w:eastAsia="SimSun" w:hAnsi="SimSun" w:cs="SimSun"/>
          <w:color w:val="000000"/>
          <w:lang w:eastAsia="zh-CN"/>
        </w:rPr>
        <w:t>＝</w:t>
      </w:r>
      <w:r>
        <w:rPr>
          <w:rFonts w:ascii="Times New Roman" w:eastAsia="Times New Roman" w:hAnsi="Times New Roman" w:cs="Times New Roman"/>
          <w:color w:val="000000"/>
          <w:lang w:eastAsia="zh-CN"/>
        </w:rPr>
        <w:t>312</w:t>
      </w:r>
      <w:r>
        <w:rPr>
          <w:rFonts w:ascii="SimSun" w:eastAsia="SimSun" w:hAnsi="SimSun" w:cs="SimSun"/>
          <w:color w:val="000000"/>
          <w:lang w:eastAsia="zh-CN"/>
        </w:rPr>
        <w:t>，</w:t>
      </w:r>
    </w:p>
    <w:p w14:paraId="5514B943"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212</w:t>
      </w:r>
      <w:r>
        <w:rPr>
          <w:rFonts w:ascii="SimSun" w:eastAsia="SimSun" w:hAnsi="SimSun" w:cs="SimSun"/>
          <w:color w:val="000000"/>
          <w:lang w:eastAsia="zh-CN"/>
        </w:rPr>
        <w:t>﹣</w:t>
      </w:r>
      <w:r>
        <w:rPr>
          <w:rFonts w:ascii="Times New Roman" w:eastAsia="Times New Roman" w:hAnsi="Times New Roman" w:cs="Times New Roman"/>
          <w:color w:val="000000"/>
          <w:lang w:eastAsia="zh-CN"/>
        </w:rPr>
        <w:t>48</w:t>
      </w:r>
      <w:r>
        <w:rPr>
          <w:rFonts w:ascii="SimSun" w:eastAsia="SimSun" w:hAnsi="SimSun" w:cs="SimSun"/>
          <w:color w:val="000000"/>
          <w:lang w:eastAsia="zh-CN"/>
        </w:rPr>
        <w:t>＝</w:t>
      </w:r>
      <w:r>
        <w:rPr>
          <w:rFonts w:ascii="Times New Roman" w:eastAsia="Times New Roman" w:hAnsi="Times New Roman" w:cs="Times New Roman"/>
          <w:color w:val="000000"/>
          <w:lang w:eastAsia="zh-CN"/>
        </w:rPr>
        <w:t>264</w:t>
      </w:r>
      <w:r>
        <w:rPr>
          <w:rFonts w:ascii="SimSun" w:eastAsia="SimSun" w:hAnsi="SimSun" w:cs="SimSun"/>
          <w:color w:val="000000"/>
          <w:lang w:eastAsia="zh-CN"/>
        </w:rPr>
        <w:t>（元）；</w:t>
      </w:r>
    </w:p>
    <w:p w14:paraId="17141AD5"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color w:val="000000"/>
          <w:lang w:eastAsia="zh-CN"/>
        </w:rPr>
        <w:t>10</w:t>
      </w:r>
      <w:r>
        <w:rPr>
          <w:rFonts w:ascii="SimSun" w:eastAsia="SimSun" w:hAnsi="SimSun" w:cs="SimSun"/>
          <w:color w:val="000000"/>
          <w:lang w:eastAsia="zh-CN"/>
        </w:rPr>
        <w:t>时，原式＝</w:t>
      </w:r>
      <w:r>
        <w:rPr>
          <w:rFonts w:ascii="Times New Roman" w:eastAsia="Times New Roman" w:hAnsi="Times New Roman" w:cs="Times New Roman"/>
          <w:color w:val="000000"/>
          <w:lang w:eastAsia="zh-CN"/>
        </w:rPr>
        <w:t>8×10+240</w:t>
      </w:r>
      <w:r>
        <w:rPr>
          <w:rFonts w:ascii="SimSun" w:eastAsia="SimSun" w:hAnsi="SimSun" w:cs="SimSun"/>
          <w:color w:val="000000"/>
          <w:lang w:eastAsia="zh-CN"/>
        </w:rPr>
        <w:t>＝</w:t>
      </w:r>
      <w:r>
        <w:rPr>
          <w:rFonts w:ascii="Times New Roman" w:eastAsia="Times New Roman" w:hAnsi="Times New Roman" w:cs="Times New Roman"/>
          <w:color w:val="000000"/>
          <w:lang w:eastAsia="zh-CN"/>
        </w:rPr>
        <w:t>320</w:t>
      </w:r>
      <w:r>
        <w:rPr>
          <w:rFonts w:ascii="SimSun" w:eastAsia="SimSun" w:hAnsi="SimSun" w:cs="SimSun"/>
          <w:color w:val="000000"/>
          <w:lang w:eastAsia="zh-CN"/>
        </w:rPr>
        <w:t>，</w:t>
      </w:r>
    </w:p>
    <w:p w14:paraId="79560889"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320</w:t>
      </w:r>
      <w:r>
        <w:rPr>
          <w:rFonts w:ascii="SimSun" w:eastAsia="SimSun" w:hAnsi="SimSun" w:cs="SimSun"/>
          <w:color w:val="000000"/>
          <w:lang w:eastAsia="zh-CN"/>
        </w:rPr>
        <w:t>﹣</w:t>
      </w:r>
      <w:r>
        <w:rPr>
          <w:rFonts w:ascii="Times New Roman" w:eastAsia="Times New Roman" w:hAnsi="Times New Roman" w:cs="Times New Roman"/>
          <w:color w:val="000000"/>
          <w:lang w:eastAsia="zh-CN"/>
        </w:rPr>
        <w:t>48</w:t>
      </w:r>
      <w:r>
        <w:rPr>
          <w:rFonts w:ascii="SimSun" w:eastAsia="SimSun" w:hAnsi="SimSun" w:cs="SimSun"/>
          <w:color w:val="000000"/>
          <w:lang w:eastAsia="zh-CN"/>
        </w:rPr>
        <w:t>＝</w:t>
      </w:r>
      <w:r>
        <w:rPr>
          <w:rFonts w:ascii="Times New Roman" w:eastAsia="Times New Roman" w:hAnsi="Times New Roman" w:cs="Times New Roman"/>
          <w:color w:val="000000"/>
          <w:lang w:eastAsia="zh-CN"/>
        </w:rPr>
        <w:t>272</w:t>
      </w:r>
      <w:r>
        <w:rPr>
          <w:rFonts w:ascii="SimSun" w:eastAsia="SimSun" w:hAnsi="SimSun" w:cs="SimSun"/>
          <w:color w:val="000000"/>
          <w:lang w:eastAsia="zh-CN"/>
        </w:rPr>
        <w:t>（元）；</w:t>
      </w:r>
    </w:p>
    <w:p w14:paraId="74926195"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color w:val="000000"/>
          <w:lang w:eastAsia="zh-CN"/>
        </w:rPr>
        <w:t>11</w:t>
      </w:r>
      <w:r>
        <w:rPr>
          <w:rFonts w:ascii="SimSun" w:eastAsia="SimSun" w:hAnsi="SimSun" w:cs="SimSun"/>
          <w:color w:val="000000"/>
          <w:lang w:eastAsia="zh-CN"/>
        </w:rPr>
        <w:t>时，原式＝</w:t>
      </w:r>
      <w:r>
        <w:rPr>
          <w:rFonts w:ascii="Times New Roman" w:eastAsia="Times New Roman" w:hAnsi="Times New Roman" w:cs="Times New Roman"/>
          <w:color w:val="000000"/>
          <w:lang w:eastAsia="zh-CN"/>
        </w:rPr>
        <w:t>8×11+240</w:t>
      </w:r>
      <w:r>
        <w:rPr>
          <w:rFonts w:ascii="SimSun" w:eastAsia="SimSun" w:hAnsi="SimSun" w:cs="SimSun"/>
          <w:color w:val="000000"/>
          <w:lang w:eastAsia="zh-CN"/>
        </w:rPr>
        <w:t>＝</w:t>
      </w:r>
      <w:r>
        <w:rPr>
          <w:rFonts w:ascii="Times New Roman" w:eastAsia="Times New Roman" w:hAnsi="Times New Roman" w:cs="Times New Roman"/>
          <w:color w:val="000000"/>
          <w:lang w:eastAsia="zh-CN"/>
        </w:rPr>
        <w:t>328</w:t>
      </w:r>
      <w:r>
        <w:rPr>
          <w:rFonts w:ascii="SimSun" w:eastAsia="SimSun" w:hAnsi="SimSun" w:cs="SimSun"/>
          <w:color w:val="000000"/>
          <w:lang w:eastAsia="zh-CN"/>
        </w:rPr>
        <w:t>，</w:t>
      </w:r>
    </w:p>
    <w:p w14:paraId="2EB68E09"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328</w:t>
      </w:r>
      <w:r>
        <w:rPr>
          <w:rFonts w:ascii="SimSun" w:eastAsia="SimSun" w:hAnsi="SimSun" w:cs="SimSun"/>
          <w:color w:val="000000"/>
          <w:lang w:eastAsia="zh-CN"/>
        </w:rPr>
        <w:t>﹣</w:t>
      </w:r>
      <w:r>
        <w:rPr>
          <w:rFonts w:ascii="Times New Roman" w:eastAsia="Times New Roman" w:hAnsi="Times New Roman" w:cs="Times New Roman"/>
          <w:color w:val="000000"/>
          <w:lang w:eastAsia="zh-CN"/>
        </w:rPr>
        <w:t>48</w:t>
      </w:r>
      <w:r>
        <w:rPr>
          <w:rFonts w:ascii="SimSun" w:eastAsia="SimSun" w:hAnsi="SimSun" w:cs="SimSun"/>
          <w:color w:val="000000"/>
          <w:lang w:eastAsia="zh-CN"/>
        </w:rPr>
        <w:t>＝</w:t>
      </w:r>
      <w:r>
        <w:rPr>
          <w:rFonts w:ascii="Times New Roman" w:eastAsia="Times New Roman" w:hAnsi="Times New Roman" w:cs="Times New Roman"/>
          <w:color w:val="000000"/>
          <w:lang w:eastAsia="zh-CN"/>
        </w:rPr>
        <w:t>280</w:t>
      </w:r>
      <w:r>
        <w:rPr>
          <w:rFonts w:ascii="SimSun" w:eastAsia="SimSun" w:hAnsi="SimSun" w:cs="SimSun"/>
          <w:color w:val="000000"/>
          <w:lang w:eastAsia="zh-CN"/>
        </w:rPr>
        <w:t>（元）．</w:t>
      </w:r>
    </w:p>
    <w:p w14:paraId="2C73C15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综上所述，当</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color w:val="000000"/>
          <w:lang w:eastAsia="zh-CN"/>
        </w:rPr>
        <w:t>8</w:t>
      </w:r>
      <w:r>
        <w:rPr>
          <w:rFonts w:ascii="SimSun" w:eastAsia="SimSun" w:hAnsi="SimSun" w:cs="SimSun"/>
          <w:color w:val="000000"/>
          <w:lang w:eastAsia="zh-CN"/>
        </w:rPr>
        <w:t>时，所花费的钱数最少，应该点</w:t>
      </w:r>
      <w:r>
        <w:rPr>
          <w:rFonts w:ascii="Times New Roman" w:eastAsia="Times New Roman" w:hAnsi="Times New Roman" w:cs="Times New Roman"/>
          <w:color w:val="000000"/>
          <w:lang w:eastAsia="zh-CN"/>
        </w:rPr>
        <w:t>8</w:t>
      </w:r>
      <w:r>
        <w:rPr>
          <w:rFonts w:ascii="SimSun" w:eastAsia="SimSun" w:hAnsi="SimSun" w:cs="SimSun"/>
          <w:color w:val="000000"/>
          <w:lang w:eastAsia="zh-CN"/>
        </w:rPr>
        <w:t>﹣</w:t>
      </w:r>
      <w:r>
        <w:rPr>
          <w:rFonts w:ascii="Times New Roman" w:eastAsia="Times New Roman" w:hAnsi="Times New Roman" w:cs="Times New Roman"/>
          <w:color w:val="000000"/>
          <w:lang w:eastAsia="zh-CN"/>
        </w:rPr>
        <w:t>5</w:t>
      </w:r>
      <w:r>
        <w:rPr>
          <w:rFonts w:ascii="SimSun" w:eastAsia="SimSun" w:hAnsi="SimSun" w:cs="SimSun"/>
          <w:color w:val="000000"/>
          <w:lang w:eastAsia="zh-CN"/>
        </w:rPr>
        <w:t>＝</w:t>
      </w:r>
      <w:r>
        <w:rPr>
          <w:rFonts w:ascii="Times New Roman" w:eastAsia="Times New Roman" w:hAnsi="Times New Roman" w:cs="Times New Roman"/>
          <w:color w:val="000000"/>
          <w:lang w:eastAsia="zh-CN"/>
        </w:rPr>
        <w:t>3</w:t>
      </w:r>
      <w:r>
        <w:rPr>
          <w:rFonts w:ascii="SimSun" w:eastAsia="SimSun" w:hAnsi="SimSun" w:cs="SimSun"/>
          <w:color w:val="000000"/>
          <w:lang w:eastAsia="zh-CN"/>
        </w:rPr>
        <w:t>份</w:t>
      </w:r>
      <w:r>
        <w:rPr>
          <w:rFonts w:ascii="Times New Roman" w:eastAsia="Times New Roman" w:hAnsi="Times New Roman" w:cs="Times New Roman"/>
          <w:i/>
          <w:color w:val="000000"/>
          <w:lang w:eastAsia="zh-CN"/>
        </w:rPr>
        <w:t>B</w:t>
      </w:r>
      <w:r>
        <w:rPr>
          <w:rFonts w:ascii="SimSun" w:eastAsia="SimSun" w:hAnsi="SimSun" w:cs="SimSun"/>
          <w:color w:val="000000"/>
          <w:lang w:eastAsia="zh-CN"/>
        </w:rPr>
        <w:t>餐．</w:t>
      </w:r>
    </w:p>
    <w:p w14:paraId="6FCC164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color w:val="000000"/>
          <w:lang w:eastAsia="zh-CN"/>
        </w:rPr>
        <w:t>5</w:t>
      </w:r>
      <w:r>
        <w:rPr>
          <w:rFonts w:ascii="SimSun" w:eastAsia="SimSun" w:hAnsi="SimSun" w:cs="SimSun"/>
          <w:color w:val="000000"/>
          <w:lang w:eastAsia="zh-CN"/>
        </w:rPr>
        <w:t>）；</w:t>
      </w:r>
      <w:r>
        <w:rPr>
          <w:rFonts w:ascii="Times New Roman" w:eastAsia="Times New Roman" w:hAnsi="Times New Roman" w:cs="Times New Roman"/>
          <w:color w:val="000000"/>
          <w:lang w:eastAsia="zh-CN"/>
        </w:rPr>
        <w:t>3</w:t>
      </w:r>
      <w:r>
        <w:rPr>
          <w:rFonts w:ascii="SimSun" w:eastAsia="SimSun" w:hAnsi="SimSun" w:cs="SimSun"/>
          <w:color w:val="000000"/>
          <w:lang w:eastAsia="zh-CN"/>
        </w:rPr>
        <w:t>．</w:t>
      </w:r>
    </w:p>
    <w:p w14:paraId="03801B3C"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本题考查了应用类问题，列代数式，根据</w:t>
      </w:r>
      <w:proofErr w:type="gramStart"/>
      <w:r>
        <w:rPr>
          <w:rFonts w:ascii="SimSun" w:eastAsia="SimSun" w:hAnsi="SimSun" w:cs="SimSun"/>
          <w:color w:val="000000"/>
          <w:lang w:eastAsia="zh-CN"/>
        </w:rPr>
        <w:t>各数量</w:t>
      </w:r>
      <w:proofErr w:type="gramEnd"/>
      <w:r>
        <w:rPr>
          <w:rFonts w:ascii="SimSun" w:eastAsia="SimSun" w:hAnsi="SimSun" w:cs="SimSun"/>
          <w:color w:val="000000"/>
          <w:lang w:eastAsia="zh-CN"/>
        </w:rPr>
        <w:t>之间的关系，正确列出</w:t>
      </w:r>
      <w:proofErr w:type="gramStart"/>
      <w:r>
        <w:rPr>
          <w:rFonts w:ascii="SimSun" w:eastAsia="SimSun" w:hAnsi="SimSun" w:cs="SimSun"/>
          <w:color w:val="000000"/>
          <w:lang w:eastAsia="zh-CN"/>
        </w:rPr>
        <w:t>一共的</w:t>
      </w:r>
      <w:proofErr w:type="gramEnd"/>
      <w:r>
        <w:rPr>
          <w:rFonts w:ascii="SimSun" w:eastAsia="SimSun" w:hAnsi="SimSun" w:cs="SimSun"/>
          <w:color w:val="000000"/>
          <w:lang w:eastAsia="zh-CN"/>
        </w:rPr>
        <w:t>花费是解题的关键．</w:t>
      </w:r>
    </w:p>
    <w:p w14:paraId="64A17422" w14:textId="77777777" w:rsidR="008113A1" w:rsidRDefault="00000000">
      <w:pPr>
        <w:spacing w:line="285" w:lineRule="auto"/>
        <w:jc w:val="both"/>
        <w:textAlignment w:val="center"/>
        <w:rPr>
          <w:color w:val="000000"/>
          <w:lang w:eastAsia="zh-CN"/>
        </w:rPr>
      </w:pPr>
      <w:r>
        <w:rPr>
          <w:rFonts w:ascii="SimSun" w:eastAsia="SimSun" w:hAnsi="SimSun" w:cs="SimSun"/>
          <w:b/>
          <w:color w:val="000000"/>
          <w:sz w:val="24"/>
          <w:lang w:eastAsia="zh-CN"/>
        </w:rPr>
        <w:t>三、解答题（共</w:t>
      </w:r>
      <w:r>
        <w:rPr>
          <w:rFonts w:ascii="Times New Roman" w:eastAsia="Times New Roman" w:hAnsi="Times New Roman" w:cs="Times New Roman"/>
          <w:b/>
          <w:color w:val="000000"/>
          <w:sz w:val="24"/>
          <w:lang w:eastAsia="zh-CN"/>
        </w:rPr>
        <w:t>50</w:t>
      </w:r>
      <w:r>
        <w:rPr>
          <w:rFonts w:ascii="SimSun" w:eastAsia="SimSun" w:hAnsi="SimSun" w:cs="SimSun"/>
          <w:b/>
          <w:color w:val="000000"/>
          <w:sz w:val="24"/>
          <w:lang w:eastAsia="zh-CN"/>
        </w:rPr>
        <w:t>分，其中</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3</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12</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23</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12</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24</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25</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26</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27</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w:t>
      </w:r>
    </w:p>
    <w:p w14:paraId="20F1240E" w14:textId="77777777" w:rsidR="008113A1" w:rsidRDefault="00000000">
      <w:pPr>
        <w:pStyle w:val="Heading2"/>
        <w:rPr>
          <w:lang w:eastAsia="zh-CN"/>
        </w:rPr>
      </w:pPr>
      <w:bookmarkStart w:id="24" w:name="_Toc235460041"/>
      <w:r>
        <w:rPr>
          <w:lang w:eastAsia="zh-CN"/>
        </w:rPr>
        <w:t>汇文中学教育集团</w:t>
      </w:r>
      <w:bookmarkEnd w:id="24"/>
    </w:p>
    <w:p w14:paraId="5E00EF8C" w14:textId="77777777" w:rsidR="008113A1" w:rsidRDefault="00000000">
      <w:pPr>
        <w:spacing w:line="360" w:lineRule="auto"/>
        <w:textAlignment w:val="center"/>
        <w:rPr>
          <w:color w:val="000000"/>
          <w:lang w:eastAsia="zh-CN"/>
        </w:rPr>
      </w:pPr>
      <w:r>
        <w:rPr>
          <w:color w:val="000000"/>
          <w:lang w:eastAsia="zh-CN"/>
        </w:rPr>
        <w:t xml:space="preserve">20. </w:t>
      </w:r>
      <w:proofErr w:type="gramStart"/>
      <w:r>
        <w:rPr>
          <w:rFonts w:ascii="SimSun" w:eastAsia="SimSun" w:hAnsi="SimSun" w:cs="SimSun"/>
          <w:color w:val="000000"/>
          <w:lang w:eastAsia="zh-CN"/>
        </w:rPr>
        <w:t>某校七年级举办的趣味</w:t>
      </w:r>
      <w:r>
        <w:rPr>
          <w:rFonts w:ascii="Times New Roman" w:eastAsia="Times New Roman" w:hAnsi="Times New Roman" w:cs="Times New Roman"/>
          <w:color w:val="000000"/>
          <w:lang w:eastAsia="zh-CN"/>
        </w:rPr>
        <w:t>“</w:t>
      </w:r>
      <w:r>
        <w:rPr>
          <w:rFonts w:ascii="SimSun" w:eastAsia="SimSun" w:hAnsi="SimSun" w:cs="SimSun"/>
          <w:color w:val="000000"/>
          <w:lang w:eastAsia="zh-CN"/>
        </w:rPr>
        <w:t>体育节</w:t>
      </w:r>
      <w:r>
        <w:rPr>
          <w:rFonts w:ascii="Times New Roman" w:eastAsia="Times New Roman" w:hAnsi="Times New Roman" w:cs="Times New Roman"/>
          <w:color w:val="000000"/>
          <w:lang w:eastAsia="zh-CN"/>
        </w:rPr>
        <w:t>”</w:t>
      </w:r>
      <w:r>
        <w:rPr>
          <w:rFonts w:ascii="SimSun" w:eastAsia="SimSun" w:hAnsi="SimSun" w:cs="SimSun"/>
          <w:color w:val="000000"/>
          <w:lang w:eastAsia="zh-CN"/>
        </w:rPr>
        <w:t>共设计了五个比赛项目</w:t>
      </w:r>
      <w:proofErr w:type="gramEnd"/>
      <w:r>
        <w:rPr>
          <w:rFonts w:ascii="SimSun" w:eastAsia="SimSun" w:hAnsi="SimSun" w:cs="SimSun"/>
          <w:color w:val="000000"/>
          <w:lang w:eastAsia="zh-CN"/>
        </w:rPr>
        <w:t>，每个项目都以班级为单位参赛，且每个班级都需要参加全部项目．规定：每项比赛中，只有排在前三名的班级记成绩（没有并列班级），第一名的班级记</w:t>
      </w:r>
      <w:r>
        <w:rPr>
          <w:rFonts w:ascii="Times New Roman" w:eastAsia="Times New Roman" w:hAnsi="Times New Roman" w:cs="Times New Roman"/>
          <w:i/>
          <w:color w:val="000000"/>
          <w:lang w:eastAsia="zh-CN"/>
        </w:rPr>
        <w:t>a</w:t>
      </w:r>
      <w:r>
        <w:rPr>
          <w:rFonts w:ascii="SimSun" w:eastAsia="SimSun" w:hAnsi="SimSun" w:cs="SimSun"/>
          <w:color w:val="000000"/>
          <w:lang w:eastAsia="zh-CN"/>
        </w:rPr>
        <w:t>分，第二名的班级记</w:t>
      </w:r>
      <w:r>
        <w:rPr>
          <w:rFonts w:ascii="Times New Roman" w:eastAsia="Times New Roman" w:hAnsi="Times New Roman" w:cs="Times New Roman"/>
          <w:i/>
          <w:color w:val="000000"/>
          <w:lang w:eastAsia="zh-CN"/>
        </w:rPr>
        <w:t>b</w:t>
      </w:r>
      <w:r>
        <w:rPr>
          <w:rFonts w:ascii="SimSun" w:eastAsia="SimSun" w:hAnsi="SimSun" w:cs="SimSun"/>
          <w:color w:val="000000"/>
          <w:lang w:eastAsia="zh-CN"/>
        </w:rPr>
        <w:t>分，第三名的班级记</w:t>
      </w:r>
      <w:r>
        <w:rPr>
          <w:rFonts w:ascii="Times New Roman" w:eastAsia="Times New Roman" w:hAnsi="Times New Roman" w:cs="Times New Roman"/>
          <w:i/>
          <w:color w:val="000000"/>
          <w:lang w:eastAsia="zh-CN"/>
        </w:rPr>
        <w:t>c</w:t>
      </w:r>
      <w:r>
        <w:rPr>
          <w:rFonts w:ascii="SimSun" w:eastAsia="SimSun" w:hAnsi="SimSun" w:cs="SimSun"/>
          <w:color w:val="000000"/>
          <w:lang w:eastAsia="zh-CN"/>
        </w:rPr>
        <w:t>分（</w:t>
      </w:r>
      <w:r>
        <w:pict w14:anchorId="4AD9DF9B">
          <v:shape id="_x0000_i1410" type="#_x0000_t75" alt="学科网(www.zxxk.com)--教育资源门户，提供试卷、教案、课件、论文、素材以及各类教学资源下载，还有大量而丰富的教学相关资讯！" style="width:35.3pt;height:11.55pt">
            <v:imagedata r:id="rId245" o:title="eqIdce613eaa5df46a50174085ef5d1087fb"/>
          </v:shape>
        </w:pict>
      </w:r>
      <w:r>
        <w:rPr>
          <w:rFonts w:ascii="SimSun" w:eastAsia="SimSun" w:hAnsi="SimSun" w:cs="SimSun"/>
          <w:color w:val="000000"/>
          <w:lang w:eastAsia="zh-CN"/>
        </w:rPr>
        <w:t>，</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均为正整数）；各班比赛的总成绩为本班每项比赛的记分之和，该年</w:t>
      </w:r>
      <w:r>
        <w:rPr>
          <w:rFonts w:ascii="SimSun" w:eastAsia="SimSun" w:hAnsi="SimSun" w:cs="SimSun"/>
          <w:color w:val="000000"/>
          <w:lang w:eastAsia="zh-CN"/>
        </w:rPr>
        <w:lastRenderedPageBreak/>
        <w:t>级共有四个班，</w:t>
      </w:r>
      <w:proofErr w:type="gramStart"/>
      <w:r>
        <w:rPr>
          <w:rFonts w:ascii="SimSun" w:eastAsia="SimSun" w:hAnsi="SimSun" w:cs="SimSun"/>
          <w:color w:val="000000"/>
          <w:lang w:eastAsia="zh-CN"/>
        </w:rPr>
        <w:t>若这四个班在本次</w:t>
      </w:r>
      <w:r>
        <w:rPr>
          <w:rFonts w:ascii="Times New Roman" w:eastAsia="Times New Roman" w:hAnsi="Times New Roman" w:cs="Times New Roman"/>
          <w:color w:val="000000"/>
          <w:lang w:eastAsia="zh-CN"/>
        </w:rPr>
        <w:t>“</w:t>
      </w:r>
      <w:r>
        <w:rPr>
          <w:rFonts w:ascii="SimSun" w:eastAsia="SimSun" w:hAnsi="SimSun" w:cs="SimSun"/>
          <w:color w:val="000000"/>
          <w:lang w:eastAsia="zh-CN"/>
        </w:rPr>
        <w:t>体育节</w:t>
      </w:r>
      <w:r>
        <w:rPr>
          <w:rFonts w:ascii="Times New Roman" w:eastAsia="Times New Roman" w:hAnsi="Times New Roman" w:cs="Times New Roman"/>
          <w:color w:val="000000"/>
          <w:lang w:eastAsia="zh-CN"/>
        </w:rPr>
        <w:t>”</w:t>
      </w:r>
      <w:r>
        <w:rPr>
          <w:rFonts w:ascii="SimSun" w:eastAsia="SimSun" w:hAnsi="SimSun" w:cs="SimSun"/>
          <w:color w:val="000000"/>
          <w:lang w:eastAsia="zh-CN"/>
        </w:rPr>
        <w:t>的总成绩分别为</w:t>
      </w:r>
      <w:proofErr w:type="gramEnd"/>
      <w:r>
        <w:rPr>
          <w:rFonts w:ascii="Times New Roman" w:eastAsia="Times New Roman" w:hAnsi="Times New Roman" w:cs="Times New Roman"/>
          <w:color w:val="000000"/>
          <w:lang w:eastAsia="zh-CN"/>
        </w:rPr>
        <w:t>21</w:t>
      </w:r>
      <w:r>
        <w:rPr>
          <w:rFonts w:ascii="SimSun" w:eastAsia="SimSun" w:hAnsi="SimSun" w:cs="SimSun"/>
          <w:color w:val="000000"/>
          <w:lang w:eastAsia="zh-CN"/>
        </w:rPr>
        <w:t>，</w:t>
      </w:r>
      <w:r>
        <w:rPr>
          <w:rFonts w:ascii="Times New Roman" w:eastAsia="Times New Roman" w:hAnsi="Times New Roman" w:cs="Times New Roman"/>
          <w:color w:val="000000"/>
          <w:lang w:eastAsia="zh-CN"/>
        </w:rPr>
        <w:t>6</w:t>
      </w:r>
      <w:r>
        <w:rPr>
          <w:rFonts w:ascii="SimSun" w:eastAsia="SimSun" w:hAnsi="SimSun" w:cs="SimSun"/>
          <w:color w:val="000000"/>
          <w:lang w:eastAsia="zh-CN"/>
        </w:rPr>
        <w:t>，</w:t>
      </w:r>
      <w:r>
        <w:rPr>
          <w:rFonts w:ascii="Times New Roman" w:eastAsia="Times New Roman" w:hAnsi="Times New Roman" w:cs="Times New Roman"/>
          <w:color w:val="000000"/>
          <w:lang w:eastAsia="zh-CN"/>
        </w:rPr>
        <w:t>9</w:t>
      </w:r>
      <w:r>
        <w:rPr>
          <w:rFonts w:ascii="SimSun" w:eastAsia="SimSun" w:hAnsi="SimSun" w:cs="SimSun"/>
          <w:color w:val="000000"/>
          <w:lang w:eastAsia="zh-CN"/>
        </w:rPr>
        <w:t>，</w:t>
      </w:r>
      <w:r>
        <w:rPr>
          <w:rFonts w:ascii="Times New Roman" w:eastAsia="Times New Roman" w:hAnsi="Times New Roman" w:cs="Times New Roman"/>
          <w:color w:val="000000"/>
          <w:lang w:eastAsia="zh-CN"/>
        </w:rPr>
        <w:t>4</w:t>
      </w:r>
      <w:r>
        <w:rPr>
          <w:rFonts w:ascii="SimSun" w:eastAsia="SimSun" w:hAnsi="SimSun" w:cs="SimSun"/>
          <w:color w:val="000000"/>
          <w:lang w:eastAsia="zh-CN"/>
        </w:rPr>
        <w:t>，则</w:t>
      </w:r>
      <w:r>
        <w:pict w14:anchorId="29767F9E">
          <v:shape id="_x0000_i1411" type="#_x0000_t75" alt="学科网(www.zxxk.com)--教育资源门户，提供试卷、教案、课件、论文、素材以及各类教学资源下载，还有大量而丰富的教学相关资讯！" style="width:52.3pt;height:14.25pt">
            <v:imagedata r:id="rId246" o:title="eqId8255d540afdd24f608ab7ec231cff469"/>
          </v:shape>
        </w:pict>
      </w:r>
      <w:r>
        <w:rPr>
          <w:color w:val="000000"/>
          <w:lang w:eastAsia="zh-CN"/>
        </w:rPr>
        <w:t>______</w:t>
      </w:r>
      <w:r>
        <w:rPr>
          <w:rFonts w:ascii="SimSun" w:eastAsia="SimSun" w:hAnsi="SimSun" w:cs="SimSun"/>
          <w:color w:val="000000"/>
          <w:lang w:eastAsia="zh-CN"/>
        </w:rPr>
        <w:t>，</w:t>
      </w:r>
      <w:r>
        <w:rPr>
          <w:rFonts w:ascii="Times New Roman" w:eastAsia="Times New Roman" w:hAnsi="Times New Roman" w:cs="Times New Roman"/>
          <w:i/>
          <w:color w:val="000000"/>
          <w:lang w:eastAsia="zh-CN"/>
        </w:rPr>
        <w:t>a</w:t>
      </w:r>
      <w:r>
        <w:rPr>
          <w:rFonts w:ascii="SimSun" w:eastAsia="SimSun" w:hAnsi="SimSun" w:cs="SimSun"/>
          <w:color w:val="000000"/>
          <w:lang w:eastAsia="zh-CN"/>
        </w:rPr>
        <w:t>的值为</w:t>
      </w:r>
      <w:r>
        <w:rPr>
          <w:color w:val="000000"/>
          <w:lang w:eastAsia="zh-CN"/>
        </w:rPr>
        <w:t>______</w:t>
      </w:r>
      <w:r>
        <w:rPr>
          <w:rFonts w:ascii="SimSun" w:eastAsia="SimSun" w:hAnsi="SimSun" w:cs="SimSun"/>
          <w:color w:val="000000"/>
          <w:lang w:eastAsia="zh-CN"/>
        </w:rPr>
        <w:t>．</w:t>
      </w:r>
    </w:p>
    <w:p w14:paraId="2DB33D86" w14:textId="77777777" w:rsidR="008113A1" w:rsidRDefault="00000000">
      <w:pPr>
        <w:spacing w:line="360" w:lineRule="auto"/>
        <w:textAlignment w:val="center"/>
        <w:rPr>
          <w:color w:val="000000"/>
          <w:lang w:eastAsia="zh-CN"/>
        </w:rPr>
      </w:pPr>
      <w:r>
        <w:rPr>
          <w:color w:val="2E75B6"/>
          <w:lang w:eastAsia="zh-CN"/>
        </w:rPr>
        <w:t>【答案】</w:t>
      </w:r>
      <w:r>
        <w:rPr>
          <w:color w:val="000000"/>
          <w:lang w:eastAsia="zh-CN"/>
        </w:rPr>
        <w:t xml:space="preserve">    ①. </w:t>
      </w:r>
      <w:r>
        <w:rPr>
          <w:rFonts w:ascii="Times New Roman" w:eastAsia="Times New Roman" w:hAnsi="Times New Roman" w:cs="Times New Roman"/>
          <w:color w:val="000000"/>
          <w:lang w:eastAsia="zh-CN"/>
        </w:rPr>
        <w:t>8</w:t>
      </w:r>
      <w:r>
        <w:rPr>
          <w:color w:val="000000"/>
          <w:lang w:eastAsia="zh-CN"/>
        </w:rPr>
        <w:t xml:space="preserve">    ②. </w:t>
      </w:r>
      <w:r>
        <w:rPr>
          <w:rFonts w:ascii="Times New Roman" w:eastAsia="Times New Roman" w:hAnsi="Times New Roman" w:cs="Times New Roman"/>
          <w:color w:val="000000"/>
          <w:lang w:eastAsia="zh-CN"/>
        </w:rPr>
        <w:t>5</w:t>
      </w:r>
    </w:p>
    <w:p w14:paraId="504C0C94" w14:textId="77777777" w:rsidR="008113A1" w:rsidRDefault="00000000">
      <w:pPr>
        <w:spacing w:line="360" w:lineRule="auto"/>
        <w:textAlignment w:val="center"/>
        <w:rPr>
          <w:color w:val="000000"/>
          <w:lang w:eastAsia="zh-CN"/>
        </w:rPr>
      </w:pPr>
      <w:r>
        <w:rPr>
          <w:color w:val="2E75B6"/>
          <w:lang w:eastAsia="zh-CN"/>
        </w:rPr>
        <w:t>【解析】</w:t>
      </w:r>
    </w:p>
    <w:p w14:paraId="108B6DDF"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根据五个比赛项目设定前三名的记分总和</w:t>
      </w:r>
      <w:r>
        <w:pict w14:anchorId="58A0CDAF">
          <v:shape id="_x0000_i1412" type="#_x0000_t75" alt="学科网(www.zxxk.com)--教育资源门户，提供试卷、教案、课件、论文、素材以及各类教学资源下载，还有大量而丰富的教学相关资讯！" style="width:10.2pt;height:8.85pt">
            <v:imagedata r:id="rId247" o:title="eqId6706fe00b4e231e62d9ecbec567d526b"/>
          </v:shape>
        </w:pict>
      </w:r>
      <w:r>
        <w:rPr>
          <w:rFonts w:ascii="SimSun" w:eastAsia="SimSun" w:hAnsi="SimSun" w:cs="SimSun"/>
          <w:color w:val="000000"/>
          <w:lang w:eastAsia="zh-CN"/>
        </w:rPr>
        <w:t>最后参加比赛的所有班级总成绩的和，得出</w:t>
      </w:r>
      <w:r>
        <w:pict w14:anchorId="3C23CE38">
          <v:shape id="_x0000_i1413" type="#_x0000_t75" alt="学科网(www.zxxk.com)--教育资源门户，提供试卷、教案、课件、论文、素材以及各类教学资源下载，还有大量而丰富的教学相关资讯！" style="width:42.8pt;height:14.25pt">
            <v:imagedata r:id="rId248" o:title="eqId1ae24688d4c45aad43e9af0b7bbfda6b"/>
          </v:shape>
        </w:pict>
      </w:r>
      <w:r>
        <w:rPr>
          <w:rFonts w:ascii="SimSun" w:eastAsia="SimSun" w:hAnsi="SimSun" w:cs="SimSun"/>
          <w:color w:val="000000"/>
          <w:lang w:eastAsia="zh-CN"/>
        </w:rPr>
        <w:t>的值，再结合</w:t>
      </w:r>
      <w:r>
        <w:pict w14:anchorId="000E4AD6">
          <v:shape id="_x0000_i1414" type="#_x0000_t75" alt="学科网(www.zxxk.com)--教育资源门户，提供试卷、教案、课件、论文、素材以及各类教学资源下载，还有大量而丰富的教学相关资讯！" style="width:35.3pt;height:11.55pt">
            <v:imagedata r:id="rId245" o:title="eqIdce613eaa5df46a50174085ef5d1087fb"/>
          </v:shape>
        </w:pict>
      </w:r>
      <w:r>
        <w:rPr>
          <w:rFonts w:ascii="SimSun" w:eastAsia="SimSun" w:hAnsi="SimSun" w:cs="SimSun"/>
          <w:color w:val="000000"/>
          <w:lang w:eastAsia="zh-CN"/>
        </w:rPr>
        <w:t>，</w:t>
      </w:r>
      <w:r>
        <w:pict w14:anchorId="096DF262">
          <v:shape id="_x0000_i1415" type="#_x0000_t75" alt="学科网(www.zxxk.com)--教育资源门户，提供试卷、教案、课件、论文、素材以及各类教学资源下载，还有大量而丰富的教学相关资讯！" style="width:8.85pt;height:9.5pt">
            <v:imagedata r:id="rId249" o:title="eqId0a6936d370d6a238a608ca56f87198de"/>
          </v:shape>
        </w:pict>
      </w:r>
      <w:r>
        <w:rPr>
          <w:rFonts w:ascii="SimSun" w:eastAsia="SimSun" w:hAnsi="SimSun" w:cs="SimSun"/>
          <w:color w:val="000000"/>
          <w:lang w:eastAsia="zh-CN"/>
        </w:rPr>
        <w:t>、</w:t>
      </w:r>
      <w:r>
        <w:pict w14:anchorId="14D5C05D">
          <v:shape id="_x0000_i1416" type="#_x0000_t75" alt="学科网(www.zxxk.com)--教育资源门户，提供试卷、教案、课件、论文、素材以及各类教学资源下载，还有大量而丰富的教学相关资讯！" style="width:10.2pt;height:14.25pt">
            <v:imagedata r:id="rId250" o:title="eqId2c94bb12cee76221e13f9ef955b0aab1"/>
          </v:shape>
        </w:pict>
      </w:r>
      <w:r>
        <w:rPr>
          <w:rFonts w:ascii="SimSun" w:eastAsia="SimSun" w:hAnsi="SimSun" w:cs="SimSun"/>
          <w:color w:val="000000"/>
          <w:lang w:eastAsia="zh-CN"/>
        </w:rPr>
        <w:t>、</w:t>
      </w:r>
      <w:r>
        <w:pict w14:anchorId="41C21EBB">
          <v:shape id="_x0000_i1417" type="#_x0000_t75" alt="学科网(www.zxxk.com)--教育资源门户，提供试卷、教案、课件、论文、素材以及各类教学资源下载，还有大量而丰富的教学相关资讯！" style="width:8.85pt;height:11.55pt">
            <v:imagedata r:id="rId251" o:title="eqId071a7e733d466949ac935b4b8ee8d183"/>
          </v:shape>
        </w:pict>
      </w:r>
      <w:r>
        <w:rPr>
          <w:rFonts w:ascii="SimSun" w:eastAsia="SimSun" w:hAnsi="SimSun" w:cs="SimSun"/>
          <w:color w:val="000000"/>
          <w:lang w:eastAsia="zh-CN"/>
        </w:rPr>
        <w:t>均为正整数的条件，列举出可能的值，再根据各班级的总成绩排除不符合题意的值．</w:t>
      </w:r>
    </w:p>
    <w:p w14:paraId="5BEF82A5"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解：设本次</w:t>
      </w:r>
      <w:r>
        <w:rPr>
          <w:rFonts w:ascii="Times New Roman" w:eastAsia="Times New Roman" w:hAnsi="Times New Roman" w:cs="Times New Roman"/>
          <w:color w:val="000000"/>
          <w:lang w:eastAsia="zh-CN"/>
        </w:rPr>
        <w:t>“</w:t>
      </w:r>
      <w:r>
        <w:rPr>
          <w:rFonts w:ascii="SimSun" w:eastAsia="SimSun" w:hAnsi="SimSun" w:cs="SimSun"/>
          <w:color w:val="000000"/>
          <w:lang w:eastAsia="zh-CN"/>
        </w:rPr>
        <w:t>体育节</w:t>
      </w:r>
      <w:r>
        <w:rPr>
          <w:rFonts w:ascii="Times New Roman" w:eastAsia="Times New Roman" w:hAnsi="Times New Roman" w:cs="Times New Roman"/>
          <w:color w:val="000000"/>
          <w:lang w:eastAsia="zh-CN"/>
        </w:rPr>
        <w:t>”</w:t>
      </w:r>
      <w:r>
        <w:rPr>
          <w:rFonts w:ascii="SimSun" w:eastAsia="SimSun" w:hAnsi="SimSun" w:cs="SimSun"/>
          <w:color w:val="000000"/>
          <w:lang w:eastAsia="zh-CN"/>
        </w:rPr>
        <w:t>五个比赛项目的记分总和为</w:t>
      </w:r>
      <w:r>
        <w:pict w14:anchorId="591DE0B7">
          <v:shape id="_x0000_i1418" type="#_x0000_t75" alt="学科网(www.zxxk.com)--教育资源门户，提供试卷、教案、课件、论文、素材以及各类教学资源下载，还有大量而丰富的教学相关资讯！" style="width:12.9pt;height:11.55pt">
            <v:imagedata r:id="rId252" o:title="eqId294f5ba74cdf695fc9a8a8e52f421328"/>
          </v:shape>
        </w:pict>
      </w:r>
      <w:r>
        <w:rPr>
          <w:rFonts w:ascii="SimSun" w:eastAsia="SimSun" w:hAnsi="SimSun" w:cs="SimSun"/>
          <w:color w:val="000000"/>
          <w:lang w:eastAsia="zh-CN"/>
        </w:rPr>
        <w:t>，则</w:t>
      </w:r>
      <w:r>
        <w:pict w14:anchorId="6AE2FB07">
          <v:shape id="_x0000_i1419" type="#_x0000_t75" alt="学科网(www.zxxk.com)--教育资源门户，提供试卷、教案、课件、论文、素材以及各类教学资源下载，还有大量而丰富的教学相关资讯！" style="width:69.95pt;height:14.95pt">
            <v:imagedata r:id="rId253" o:title="eqId3cfb0f3779bb18d7d2f8cf5bcca20c55"/>
          </v:shape>
        </w:pict>
      </w:r>
      <w:r>
        <w:rPr>
          <w:rFonts w:ascii="SimSun" w:eastAsia="SimSun" w:hAnsi="SimSun" w:cs="SimSun"/>
          <w:color w:val="000000"/>
          <w:lang w:eastAsia="zh-CN"/>
        </w:rPr>
        <w:t>，</w:t>
      </w:r>
    </w:p>
    <w:p w14:paraId="488C4BD4" w14:textId="77777777" w:rsidR="008113A1" w:rsidRDefault="00000000">
      <w:pPr>
        <w:spacing w:line="360" w:lineRule="auto"/>
        <w:textAlignment w:val="center"/>
        <w:rPr>
          <w:color w:val="000000"/>
          <w:lang w:eastAsia="zh-CN"/>
        </w:rPr>
      </w:pPr>
      <w:r>
        <w:pict w14:anchorId="1D7BBFD8">
          <v:shape id="_x0000_i1420" type="#_x0000_t75" alt="学科网(www.zxxk.com)--教育资源门户，提供试卷、教案、课件、论文、素材以及各类教学资源下载，还有大量而丰富的教学相关资讯！" style="width:9.5pt;height:8.15pt">
            <v:imagedata r:id="rId21" o:title="eqId16f3d198e76391779fa3badc848c8ac8"/>
          </v:shape>
        </w:pict>
      </w:r>
      <w:r>
        <w:rPr>
          <w:rFonts w:ascii="SimSun" w:eastAsia="SimSun" w:hAnsi="SimSun" w:cs="SimSun"/>
          <w:color w:val="000000"/>
          <w:lang w:eastAsia="zh-CN"/>
        </w:rPr>
        <w:t>四个班在本次</w:t>
      </w:r>
      <w:r>
        <w:rPr>
          <w:rFonts w:ascii="Times New Roman" w:eastAsia="Times New Roman" w:hAnsi="Times New Roman" w:cs="Times New Roman"/>
          <w:color w:val="000000"/>
          <w:lang w:eastAsia="zh-CN"/>
        </w:rPr>
        <w:t>“</w:t>
      </w:r>
      <w:r>
        <w:rPr>
          <w:rFonts w:ascii="SimSun" w:eastAsia="SimSun" w:hAnsi="SimSun" w:cs="SimSun"/>
          <w:color w:val="000000"/>
          <w:lang w:eastAsia="zh-CN"/>
        </w:rPr>
        <w:t>体育节</w:t>
      </w:r>
      <w:r>
        <w:rPr>
          <w:rFonts w:ascii="Times New Roman" w:eastAsia="Times New Roman" w:hAnsi="Times New Roman" w:cs="Times New Roman"/>
          <w:color w:val="000000"/>
          <w:lang w:eastAsia="zh-CN"/>
        </w:rPr>
        <w:t>”</w:t>
      </w:r>
      <w:r>
        <w:rPr>
          <w:rFonts w:ascii="SimSun" w:eastAsia="SimSun" w:hAnsi="SimSun" w:cs="SimSun"/>
          <w:color w:val="000000"/>
          <w:lang w:eastAsia="zh-CN"/>
        </w:rPr>
        <w:t>的总成绩分别为</w:t>
      </w:r>
      <w:r>
        <w:rPr>
          <w:rFonts w:ascii="Times New Roman" w:eastAsia="Times New Roman" w:hAnsi="Times New Roman" w:cs="Times New Roman"/>
          <w:color w:val="000000"/>
          <w:lang w:eastAsia="zh-CN"/>
        </w:rPr>
        <w:t>21</w:t>
      </w:r>
      <w:r>
        <w:rPr>
          <w:rFonts w:ascii="SimSun" w:eastAsia="SimSun" w:hAnsi="SimSun" w:cs="SimSun"/>
          <w:color w:val="000000"/>
          <w:lang w:eastAsia="zh-CN"/>
        </w:rPr>
        <w:t>，</w:t>
      </w:r>
      <w:r>
        <w:rPr>
          <w:rFonts w:ascii="Times New Roman" w:eastAsia="Times New Roman" w:hAnsi="Times New Roman" w:cs="Times New Roman"/>
          <w:color w:val="000000"/>
          <w:lang w:eastAsia="zh-CN"/>
        </w:rPr>
        <w:t>6</w:t>
      </w:r>
      <w:r>
        <w:rPr>
          <w:rFonts w:ascii="SimSun" w:eastAsia="SimSun" w:hAnsi="SimSun" w:cs="SimSun"/>
          <w:color w:val="000000"/>
          <w:lang w:eastAsia="zh-CN"/>
        </w:rPr>
        <w:t>，</w:t>
      </w:r>
      <w:r>
        <w:rPr>
          <w:rFonts w:ascii="Times New Roman" w:eastAsia="Times New Roman" w:hAnsi="Times New Roman" w:cs="Times New Roman"/>
          <w:color w:val="000000"/>
          <w:lang w:eastAsia="zh-CN"/>
        </w:rPr>
        <w:t>9</w:t>
      </w:r>
      <w:r>
        <w:rPr>
          <w:rFonts w:ascii="SimSun" w:eastAsia="SimSun" w:hAnsi="SimSun" w:cs="SimSun"/>
          <w:color w:val="000000"/>
          <w:lang w:eastAsia="zh-CN"/>
        </w:rPr>
        <w:t>，</w:t>
      </w:r>
      <w:r>
        <w:rPr>
          <w:rFonts w:ascii="Times New Roman" w:eastAsia="Times New Roman" w:hAnsi="Times New Roman" w:cs="Times New Roman"/>
          <w:color w:val="000000"/>
          <w:lang w:eastAsia="zh-CN"/>
        </w:rPr>
        <w:t>4</w:t>
      </w:r>
      <w:r>
        <w:rPr>
          <w:rFonts w:ascii="SimSun" w:eastAsia="SimSun" w:hAnsi="SimSun" w:cs="SimSun"/>
          <w:color w:val="000000"/>
          <w:lang w:eastAsia="zh-CN"/>
        </w:rPr>
        <w:t>，</w:t>
      </w:r>
    </w:p>
    <w:p w14:paraId="31DFCFF2" w14:textId="77777777" w:rsidR="008113A1" w:rsidRDefault="00000000">
      <w:pPr>
        <w:spacing w:line="360" w:lineRule="auto"/>
        <w:textAlignment w:val="center"/>
        <w:rPr>
          <w:color w:val="000000"/>
          <w:lang w:eastAsia="zh-CN"/>
        </w:rPr>
      </w:pPr>
      <w:r>
        <w:pict w14:anchorId="64469965">
          <v:shape id="_x0000_i1421" type="#_x0000_t75" alt="学科网(www.zxxk.com)--教育资源门户，提供试卷、教案、课件、论文、素材以及各类教学资源下载，还有大量而丰富的教学相关资讯！" style="width:107.3pt;height:12.9pt">
            <v:imagedata r:id="rId254" o:title="eqId4cabfd84555961d28b8a9793d2e57fcf"/>
          </v:shape>
        </w:pict>
      </w:r>
      <w:r>
        <w:rPr>
          <w:rFonts w:ascii="SimSun" w:eastAsia="SimSun" w:hAnsi="SimSun" w:cs="SimSun"/>
          <w:color w:val="000000"/>
          <w:lang w:eastAsia="zh-CN"/>
        </w:rPr>
        <w:t>．</w:t>
      </w:r>
    </w:p>
    <w:p w14:paraId="1D9B1A22" w14:textId="77777777" w:rsidR="008113A1" w:rsidRDefault="00000000">
      <w:pPr>
        <w:spacing w:line="360" w:lineRule="auto"/>
        <w:textAlignment w:val="center"/>
        <w:rPr>
          <w:color w:val="000000"/>
          <w:lang w:eastAsia="zh-CN"/>
        </w:rPr>
      </w:pPr>
      <w:r>
        <w:pict w14:anchorId="422145A2">
          <v:shape id="_x0000_i1422" type="#_x0000_t75" alt="学科网(www.zxxk.com)--教育资源门户，提供试卷、教案、课件、论文、素材以及各类教学资源下载，还有大量而丰富的教学相关资讯！" style="width:80.85pt;height:14.95pt">
            <v:imagedata r:id="rId255" o:title="eqIdc231b20911c15f345bb13ca065b114f1"/>
          </v:shape>
        </w:pict>
      </w:r>
      <w:r>
        <w:rPr>
          <w:rFonts w:ascii="SimSun" w:eastAsia="SimSun" w:hAnsi="SimSun" w:cs="SimSun"/>
          <w:color w:val="000000"/>
          <w:lang w:eastAsia="zh-CN"/>
        </w:rPr>
        <w:t>，</w:t>
      </w:r>
    </w:p>
    <w:p w14:paraId="700155A7" w14:textId="77777777" w:rsidR="008113A1" w:rsidRDefault="00000000">
      <w:pPr>
        <w:spacing w:line="360" w:lineRule="auto"/>
        <w:textAlignment w:val="center"/>
        <w:rPr>
          <w:color w:val="000000"/>
          <w:lang w:eastAsia="zh-CN"/>
        </w:rPr>
      </w:pPr>
      <w:r>
        <w:pict w14:anchorId="1ED22872">
          <v:shape id="_x0000_i1423" type="#_x0000_t75" alt="学科网(www.zxxk.com)--教育资源门户，提供试卷、教案、课件、论文、素材以及各类教学资源下载，还有大量而丰富的教学相关资讯！" style="width:63.15pt;height:12.9pt">
            <v:imagedata r:id="rId256" o:title="eqId48a50e5682bc30d33390381357823b67"/>
          </v:shape>
        </w:pict>
      </w:r>
      <w:r>
        <w:rPr>
          <w:rFonts w:ascii="SimSun" w:eastAsia="SimSun" w:hAnsi="SimSun" w:cs="SimSun"/>
          <w:color w:val="000000"/>
          <w:lang w:eastAsia="zh-CN"/>
        </w:rPr>
        <w:t>．</w:t>
      </w:r>
    </w:p>
    <w:p w14:paraId="141D2249" w14:textId="77777777" w:rsidR="008113A1" w:rsidRDefault="00000000">
      <w:pPr>
        <w:spacing w:line="360" w:lineRule="auto"/>
        <w:textAlignment w:val="center"/>
        <w:rPr>
          <w:color w:val="000000"/>
          <w:lang w:eastAsia="zh-CN"/>
        </w:rPr>
      </w:pPr>
      <w:r>
        <w:pict w14:anchorId="77065214">
          <v:shape id="_x0000_i1424" type="#_x0000_t75" alt="学科网(www.zxxk.com)--教育资源门户，提供试卷、教案、课件、论文、素材以及各类教学资源下载，还有大量而丰富的教学相关资讯！" style="width:55pt;height:14.25pt">
            <v:imagedata r:id="rId257" o:title="eqId245706f57f054a10410a9e4009b23600"/>
          </v:shape>
        </w:pict>
      </w:r>
      <w:r>
        <w:rPr>
          <w:rFonts w:ascii="SimSun" w:eastAsia="SimSun" w:hAnsi="SimSun" w:cs="SimSun"/>
          <w:color w:val="000000"/>
          <w:lang w:eastAsia="zh-CN"/>
        </w:rPr>
        <w:t>，</w:t>
      </w:r>
      <w:r>
        <w:pict w14:anchorId="77C43902">
          <v:shape id="_x0000_i1425" type="#_x0000_t75" alt="学科网(www.zxxk.com)--教育资源门户，提供试卷、教案、课件、论文、素材以及各类教学资源下载，还有大量而丰富的教学相关资讯！" style="width:8.85pt;height:9.5pt">
            <v:imagedata r:id="rId249" o:title="eqId0a6936d370d6a238a608ca56f87198de"/>
          </v:shape>
        </w:pict>
      </w:r>
      <w:r>
        <w:rPr>
          <w:rFonts w:ascii="SimSun" w:eastAsia="SimSun" w:hAnsi="SimSun" w:cs="SimSun"/>
          <w:color w:val="000000"/>
          <w:lang w:eastAsia="zh-CN"/>
        </w:rPr>
        <w:t>、</w:t>
      </w:r>
      <w:r>
        <w:pict w14:anchorId="3F7E2F71">
          <v:shape id="_x0000_i1426" type="#_x0000_t75" alt="学科网(www.zxxk.com)--教育资源门户，提供试卷、教案、课件、论文、素材以及各类教学资源下载，还有大量而丰富的教学相关资讯！" style="width:10.2pt;height:14.25pt">
            <v:imagedata r:id="rId250" o:title="eqId2c94bb12cee76221e13f9ef955b0aab1"/>
          </v:shape>
        </w:pict>
      </w:r>
      <w:r>
        <w:rPr>
          <w:rFonts w:ascii="SimSun" w:eastAsia="SimSun" w:hAnsi="SimSun" w:cs="SimSun"/>
          <w:color w:val="000000"/>
          <w:lang w:eastAsia="zh-CN"/>
        </w:rPr>
        <w:t>、</w:t>
      </w:r>
      <w:r>
        <w:pict w14:anchorId="2155E18F">
          <v:shape id="_x0000_i1427" type="#_x0000_t75" alt="学科网(www.zxxk.com)--教育资源门户，提供试卷、教案、课件、论文、素材以及各类教学资源下载，还有大量而丰富的教学相关资讯！" style="width:8.85pt;height:11.55pt">
            <v:imagedata r:id="rId251" o:title="eqId071a7e733d466949ac935b4b8ee8d183"/>
          </v:shape>
        </w:pict>
      </w:r>
      <w:r>
        <w:rPr>
          <w:rFonts w:ascii="SimSun" w:eastAsia="SimSun" w:hAnsi="SimSun" w:cs="SimSun"/>
          <w:color w:val="000000"/>
          <w:lang w:eastAsia="zh-CN"/>
        </w:rPr>
        <w:t>均为正整数，</w:t>
      </w:r>
    </w:p>
    <w:p w14:paraId="7C8BCF64" w14:textId="77777777" w:rsidR="008113A1" w:rsidRDefault="00000000">
      <w:pPr>
        <w:spacing w:line="360" w:lineRule="auto"/>
        <w:textAlignment w:val="center"/>
        <w:rPr>
          <w:color w:val="000000"/>
          <w:lang w:eastAsia="zh-CN"/>
        </w:rPr>
      </w:pPr>
      <w:r>
        <w:pict w14:anchorId="1D12DC25">
          <v:shape id="_x0000_i1428" type="#_x0000_t75" alt="学科网(www.zxxk.com)--教育资源门户，提供试卷、教案、课件、论文、素材以及各类教学资源下载，还有大量而丰富的教学相关资讯！" style="width:9.5pt;height:8.85pt">
            <v:imagedata r:id="rId86" o:title="eqId2de0d10ef8b748d4531250c37c5d3f9e"/>
          </v:shape>
        </w:pict>
      </w:r>
      <w:r>
        <w:rPr>
          <w:rFonts w:ascii="SimSun" w:eastAsia="SimSun" w:hAnsi="SimSun" w:cs="SimSun"/>
          <w:color w:val="000000"/>
          <w:lang w:eastAsia="zh-CN"/>
        </w:rPr>
        <w:t>当</w:t>
      </w:r>
      <w:r>
        <w:pict w14:anchorId="321DF8A6">
          <v:shape id="_x0000_i1429" type="#_x0000_t75" alt="学科网(www.zxxk.com)--教育资源门户，提供试卷、教案、课件、论文、素材以及各类教学资源下载，还有大量而丰富的教学相关资讯！" style="width:24.45pt;height:14.25pt">
            <v:imagedata r:id="rId91" o:title="eqId4580cc037c0c760c728cdbb74a8154c6"/>
          </v:shape>
        </w:pict>
      </w:r>
      <w:r>
        <w:rPr>
          <w:rFonts w:ascii="SimSun" w:eastAsia="SimSun" w:hAnsi="SimSun" w:cs="SimSun"/>
          <w:color w:val="000000"/>
          <w:lang w:eastAsia="zh-CN"/>
        </w:rPr>
        <w:t>时，</w:t>
      </w:r>
      <w:r>
        <w:pict w14:anchorId="7189F3F1">
          <v:shape id="_x0000_i1430" type="#_x0000_t75" alt="学科网(www.zxxk.com)--教育资源门户，提供试卷、教案、课件、论文、素材以及各类教学资源下载，还有大量而丰富的教学相关资讯！" style="width:27.85pt;height:14.25pt">
            <v:imagedata r:id="rId258" o:title="eqId03837b3769eda7f0d3804cc5ad4a6d60"/>
          </v:shape>
        </w:pict>
      </w:r>
      <w:r>
        <w:rPr>
          <w:rFonts w:ascii="SimSun" w:eastAsia="SimSun" w:hAnsi="SimSun" w:cs="SimSun"/>
          <w:color w:val="000000"/>
          <w:lang w:eastAsia="zh-CN"/>
        </w:rPr>
        <w:t>，则</w:t>
      </w:r>
      <w:r>
        <w:pict w14:anchorId="19C04928">
          <v:shape id="_x0000_i1431" type="#_x0000_t75" alt="学科网(www.zxxk.com)--教育资源门户，提供试卷、教案、课件、论文、素材以及各类教学资源下载，还有大量而丰富的教学相关资讯！" style="width:27.85pt;height:14.25pt">
            <v:imagedata r:id="rId259" o:title="eqIdab839d8569171afab5ed55c22013aa72"/>
          </v:shape>
        </w:pict>
      </w:r>
      <w:r>
        <w:rPr>
          <w:rFonts w:ascii="SimSun" w:eastAsia="SimSun" w:hAnsi="SimSun" w:cs="SimSun"/>
          <w:color w:val="000000"/>
          <w:lang w:eastAsia="zh-CN"/>
        </w:rPr>
        <w:t>；</w:t>
      </w:r>
    </w:p>
    <w:p w14:paraId="5D55AB8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pict w14:anchorId="71E746FD">
          <v:shape id="_x0000_i1432" type="#_x0000_t75" alt="学科网(www.zxxk.com)--教育资源门户，提供试卷、教案、课件、论文、素材以及各类教学资源下载，还有大量而丰富的教学相关资讯！" style="width:24.45pt;height:14.25pt">
            <v:imagedata r:id="rId91" o:title="eqId4580cc037c0c760c728cdbb74a8154c6"/>
          </v:shape>
        </w:pict>
      </w:r>
      <w:r>
        <w:rPr>
          <w:rFonts w:ascii="SimSun" w:eastAsia="SimSun" w:hAnsi="SimSun" w:cs="SimSun"/>
          <w:color w:val="000000"/>
          <w:lang w:eastAsia="zh-CN"/>
        </w:rPr>
        <w:t>时，</w:t>
      </w:r>
      <w:r>
        <w:pict w14:anchorId="6D4D82B7">
          <v:shape id="_x0000_i1433" type="#_x0000_t75" alt="学科网(www.zxxk.com)--教育资源门户，提供试卷、教案、课件、论文、素材以及各类教学资源下载，还有大量而丰富的教学相关资讯！" style="width:27.15pt;height:13.6pt">
            <v:imagedata r:id="rId142" o:title="eqIdfcdb7a488910743dc5c63afb394b87e2"/>
          </v:shape>
        </w:pict>
      </w:r>
      <w:r>
        <w:rPr>
          <w:rFonts w:ascii="SimSun" w:eastAsia="SimSun" w:hAnsi="SimSun" w:cs="SimSun"/>
          <w:color w:val="000000"/>
          <w:lang w:eastAsia="zh-CN"/>
        </w:rPr>
        <w:t>，则</w:t>
      </w:r>
      <w:r>
        <w:pict w14:anchorId="20FB4142">
          <v:shape id="_x0000_i1434" type="#_x0000_t75" alt="学科网(www.zxxk.com)--教育资源门户，提供试卷、教案、课件、论文、素材以及各类教学资源下载，还有大量而丰富的教学相关资讯！" style="width:28.55pt;height:13.6pt">
            <v:imagedata r:id="rId82" o:title="eqIdaa4c355f11471a38f5583a434a1ddeb3"/>
          </v:shape>
        </w:pict>
      </w:r>
      <w:r>
        <w:rPr>
          <w:rFonts w:ascii="SimSun" w:eastAsia="SimSun" w:hAnsi="SimSun" w:cs="SimSun"/>
          <w:color w:val="000000"/>
          <w:lang w:eastAsia="zh-CN"/>
        </w:rPr>
        <w:t>，此时，第一名的班级五个比赛项目都是第一，总得分为</w:t>
      </w:r>
      <w:r>
        <w:pict w14:anchorId="75F39C71">
          <v:shape id="_x0000_i1435" type="#_x0000_t75" alt="学科网(www.zxxk.com)--教育资源门户，提供试卷、教案、课件、论文、素材以及各类教学资源下载，还有大量而丰富的教学相关资讯！" style="width:38.7pt;height:14.25pt">
            <v:imagedata r:id="rId260" o:title="eqId50991094ad7202469ad029ec64d5e2c8"/>
          </v:shape>
        </w:pict>
      </w:r>
      <w:r>
        <w:rPr>
          <w:rFonts w:ascii="SimSun" w:eastAsia="SimSun" w:hAnsi="SimSun" w:cs="SimSun"/>
          <w:color w:val="000000"/>
          <w:lang w:eastAsia="zh-CN"/>
        </w:rPr>
        <w:t>分，不符合题意舍去；</w:t>
      </w:r>
    </w:p>
    <w:p w14:paraId="3F10335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pict w14:anchorId="6A94155E">
          <v:shape id="_x0000_i1436" type="#_x0000_t75" alt="学科网(www.zxxk.com)--教育资源门户，提供试卷、教案、课件、论文、素材以及各类教学资源下载，还有大量而丰富的教学相关资讯！" style="width:27.15pt;height:14.25pt">
            <v:imagedata r:id="rId97" o:title="eqId6de1d395e6c48c0676a1488a299479d9"/>
          </v:shape>
        </w:pict>
      </w:r>
      <w:r>
        <w:rPr>
          <w:rFonts w:ascii="SimSun" w:eastAsia="SimSun" w:hAnsi="SimSun" w:cs="SimSun"/>
          <w:color w:val="000000"/>
          <w:lang w:eastAsia="zh-CN"/>
        </w:rPr>
        <w:t>时，</w:t>
      </w:r>
      <w:r>
        <w:pict w14:anchorId="1B58D50A">
          <v:shape id="_x0000_i1437" type="#_x0000_t75" alt="学科网(www.zxxk.com)--教育资源门户，提供试卷、教案、课件、论文、素材以及各类教学资源下载，还有大量而丰富的教学相关资讯！" style="width:27.15pt;height:13.6pt">
            <v:imagedata r:id="rId142" o:title="eqIdfcdb7a488910743dc5c63afb394b87e2"/>
          </v:shape>
        </w:pict>
      </w:r>
      <w:r>
        <w:rPr>
          <w:rFonts w:ascii="SimSun" w:eastAsia="SimSun" w:hAnsi="SimSun" w:cs="SimSun"/>
          <w:color w:val="000000"/>
          <w:lang w:eastAsia="zh-CN"/>
        </w:rPr>
        <w:t>，则</w:t>
      </w:r>
      <w:r>
        <w:pict w14:anchorId="17C9C8A8">
          <v:shape id="_x0000_i1438" type="#_x0000_t75" alt="学科网(www.zxxk.com)--教育资源门户，提供试卷、教案、课件、论文、素材以及各类教学资源下载，还有大量而丰富的教学相关资讯！" style="width:24.45pt;height:12.9pt">
            <v:imagedata r:id="rId261" o:title="eqIde65397f11ea8af736f38debadf420c4a"/>
          </v:shape>
        </w:pict>
      </w:r>
      <w:r>
        <w:rPr>
          <w:rFonts w:ascii="SimSun" w:eastAsia="SimSun" w:hAnsi="SimSun" w:cs="SimSun"/>
          <w:color w:val="000000"/>
          <w:lang w:eastAsia="zh-CN"/>
        </w:rPr>
        <w:t>，不满足</w:t>
      </w:r>
      <w:r>
        <w:pict w14:anchorId="6671416E">
          <v:shape id="_x0000_i1439" type="#_x0000_t75" alt="学科网(www.zxxk.com)--教育资源门户，提供试卷、教案、课件、论文、素材以及各类教学资源下载，还有大量而丰富的教学相关资讯！" style="width:21.75pt;height:11.55pt">
            <v:imagedata r:id="rId262" o:title="eqId432d77fe5ad3032d59a237dd94c8a638"/>
          </v:shape>
        </w:pict>
      </w:r>
      <w:r>
        <w:rPr>
          <w:rFonts w:ascii="SimSun" w:eastAsia="SimSun" w:hAnsi="SimSun" w:cs="SimSun"/>
          <w:color w:val="000000"/>
          <w:lang w:eastAsia="zh-CN"/>
        </w:rPr>
        <w:t>，舍去；</w:t>
      </w:r>
    </w:p>
    <w:p w14:paraId="5F6AD9D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pict w14:anchorId="46CFD3ED">
          <v:shape id="_x0000_i1440" type="#_x0000_t75" alt="学科网(www.zxxk.com)--教育资源门户，提供试卷、教案、课件、论文、素材以及各类教学资源下载，还有大量而丰富的教学相关资讯！" style="width:25.8pt;height:14.25pt">
            <v:imagedata r:id="rId102" o:title="eqIddcb5bac75f36bb1dc5c8190d4dbe681d"/>
          </v:shape>
        </w:pict>
      </w:r>
      <w:r>
        <w:rPr>
          <w:rFonts w:ascii="SimSun" w:eastAsia="SimSun" w:hAnsi="SimSun" w:cs="SimSun"/>
          <w:color w:val="000000"/>
          <w:lang w:eastAsia="zh-CN"/>
        </w:rPr>
        <w:t>时，</w:t>
      </w:r>
      <w:r>
        <w:pict w14:anchorId="5F37F5ED">
          <v:shape id="_x0000_i1441" type="#_x0000_t75" alt="学科网(www.zxxk.com)--教育资源门户，提供试卷、教案、课件、论文、素材以及各类教学资源下载，还有大量而丰富的教学相关资讯！" style="width:24.45pt;height:12.9pt">
            <v:imagedata r:id="rId263" o:title="eqId3320a13248a3a1208ff6ee85c9d26f36"/>
          </v:shape>
        </w:pict>
      </w:r>
      <w:r>
        <w:rPr>
          <w:rFonts w:ascii="SimSun" w:eastAsia="SimSun" w:hAnsi="SimSun" w:cs="SimSun"/>
          <w:color w:val="000000"/>
          <w:lang w:eastAsia="zh-CN"/>
        </w:rPr>
        <w:t>，则</w:t>
      </w:r>
      <w:r>
        <w:pict w14:anchorId="3B9D6959">
          <v:shape id="_x0000_i1442" type="#_x0000_t75" alt="学科网(www.zxxk.com)--教育资源门户，提供试卷、教案、课件、论文、素材以及各类教学资源下载，还有大量而丰富的教学相关资讯！" style="width:25.8pt;height:13.6pt">
            <v:imagedata r:id="rId264" o:title="eqId0b550ee821ee1838384835e81fc34b67"/>
          </v:shape>
        </w:pict>
      </w:r>
      <w:r>
        <w:rPr>
          <w:rFonts w:ascii="SimSun" w:eastAsia="SimSun" w:hAnsi="SimSun" w:cs="SimSun"/>
          <w:color w:val="000000"/>
          <w:lang w:eastAsia="zh-CN"/>
        </w:rPr>
        <w:t>，不满足</w:t>
      </w:r>
      <w:r>
        <w:pict w14:anchorId="7B6B1EF8">
          <v:shape id="_x0000_i1443" type="#_x0000_t75" alt="学科网(www.zxxk.com)--教育资源门户，提供试卷、教案、课件、论文、素材以及各类教学资源下载，还有大量而丰富的教学相关资讯！" style="width:21.75pt;height:11.55pt">
            <v:imagedata r:id="rId262" o:title="eqId432d77fe5ad3032d59a237dd94c8a638"/>
          </v:shape>
        </w:pict>
      </w:r>
      <w:r>
        <w:rPr>
          <w:rFonts w:ascii="SimSun" w:eastAsia="SimSun" w:hAnsi="SimSun" w:cs="SimSun"/>
          <w:color w:val="000000"/>
          <w:lang w:eastAsia="zh-CN"/>
        </w:rPr>
        <w:t>，舍去．</w:t>
      </w:r>
    </w:p>
    <w:p w14:paraId="4C274CD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综上所得：</w:t>
      </w:r>
      <w:r>
        <w:pict w14:anchorId="3351199E">
          <v:shape id="_x0000_i1444" type="#_x0000_t75" alt="学科网(www.zxxk.com)--教育资源门户，提供试卷、教案、课件、论文、素材以及各类教学资源下载，还有大量而丰富的教学相关资讯！" style="width:27.85pt;height:14.25pt">
            <v:imagedata r:id="rId259" o:title="eqIdab839d8569171afab5ed55c22013aa72"/>
          </v:shape>
        </w:pict>
      </w:r>
      <w:r>
        <w:rPr>
          <w:rFonts w:ascii="SimSun" w:eastAsia="SimSun" w:hAnsi="SimSun" w:cs="SimSun"/>
          <w:color w:val="000000"/>
          <w:lang w:eastAsia="zh-CN"/>
        </w:rPr>
        <w:t>，</w:t>
      </w:r>
      <w:r>
        <w:pict w14:anchorId="3E50ABEF">
          <v:shape id="_x0000_i1445" type="#_x0000_t75" alt="学科网(www.zxxk.com)--教育资源门户，提供试卷、教案、课件、论文、素材以及各类教学资源下载，还有大量而丰富的教学相关资讯！" style="width:27.85pt;height:14.25pt">
            <v:imagedata r:id="rId258" o:title="eqId03837b3769eda7f0d3804cc5ad4a6d60"/>
          </v:shape>
        </w:pict>
      </w:r>
      <w:r>
        <w:rPr>
          <w:rFonts w:ascii="SimSun" w:eastAsia="SimSun" w:hAnsi="SimSun" w:cs="SimSun"/>
          <w:color w:val="000000"/>
          <w:lang w:eastAsia="zh-CN"/>
        </w:rPr>
        <w:t>，</w:t>
      </w:r>
      <w:r>
        <w:pict w14:anchorId="6AA7E305">
          <v:shape id="_x0000_i1446" type="#_x0000_t75" alt="学科网(www.zxxk.com)--教育资源门户，提供试卷、教案、课件、论文、素材以及各类教学资源下载，还有大量而丰富的教学相关资讯！" style="width:24.45pt;height:14.25pt">
            <v:imagedata r:id="rId91" o:title="eqId4580cc037c0c760c728cdbb74a8154c6"/>
          </v:shape>
        </w:pict>
      </w:r>
      <w:r>
        <w:rPr>
          <w:rFonts w:ascii="SimSun" w:eastAsia="SimSun" w:hAnsi="SimSun" w:cs="SimSun"/>
          <w:color w:val="000000"/>
          <w:lang w:eastAsia="zh-CN"/>
        </w:rPr>
        <w:t>．</w:t>
      </w:r>
    </w:p>
    <w:p w14:paraId="05D5196D"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8</w:t>
      </w:r>
      <w:r>
        <w:rPr>
          <w:rFonts w:ascii="SimSun" w:eastAsia="SimSun" w:hAnsi="SimSun" w:cs="SimSun"/>
          <w:color w:val="000000"/>
          <w:lang w:eastAsia="zh-CN"/>
        </w:rPr>
        <w:t>，</w:t>
      </w:r>
      <w:r>
        <w:rPr>
          <w:rFonts w:ascii="Times New Roman" w:eastAsia="Times New Roman" w:hAnsi="Times New Roman" w:cs="Times New Roman"/>
          <w:color w:val="000000"/>
          <w:lang w:eastAsia="zh-CN"/>
        </w:rPr>
        <w:t>5</w:t>
      </w:r>
      <w:r>
        <w:rPr>
          <w:rFonts w:ascii="SimSun" w:eastAsia="SimSun" w:hAnsi="SimSun" w:cs="SimSun"/>
          <w:color w:val="000000"/>
          <w:lang w:eastAsia="zh-CN"/>
        </w:rPr>
        <w:t>．</w:t>
      </w:r>
    </w:p>
    <w:p w14:paraId="5B3D13BB"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本题考查有理数的运算，从整体上考虑这次</w:t>
      </w:r>
      <w:r>
        <w:rPr>
          <w:rFonts w:ascii="Times New Roman" w:eastAsia="Times New Roman" w:hAnsi="Times New Roman" w:cs="Times New Roman"/>
          <w:color w:val="000000"/>
          <w:lang w:eastAsia="zh-CN"/>
        </w:rPr>
        <w:t>“</w:t>
      </w:r>
      <w:r>
        <w:rPr>
          <w:rFonts w:ascii="SimSun" w:eastAsia="SimSun" w:hAnsi="SimSun" w:cs="SimSun"/>
          <w:color w:val="000000"/>
          <w:lang w:eastAsia="zh-CN"/>
        </w:rPr>
        <w:t>体育节</w:t>
      </w:r>
      <w:r>
        <w:rPr>
          <w:rFonts w:ascii="Times New Roman" w:eastAsia="Times New Roman" w:hAnsi="Times New Roman" w:cs="Times New Roman"/>
          <w:color w:val="000000"/>
          <w:lang w:eastAsia="zh-CN"/>
        </w:rPr>
        <w:t>”</w:t>
      </w:r>
      <w:r>
        <w:rPr>
          <w:rFonts w:ascii="SimSun" w:eastAsia="SimSun" w:hAnsi="SimSun" w:cs="SimSun"/>
          <w:color w:val="000000"/>
          <w:lang w:eastAsia="zh-CN"/>
        </w:rPr>
        <w:t>设定的记分总和</w:t>
      </w:r>
      <w:r>
        <w:pict w14:anchorId="73D66F3F">
          <v:shape id="_x0000_i1447" type="#_x0000_t75" alt="学科网(www.zxxk.com)--教育资源门户，提供试卷、教案、课件、论文、素材以及各类教学资源下载，还有大量而丰富的教学相关资讯！" style="width:10.2pt;height:8.85pt">
            <v:imagedata r:id="rId247" o:title="eqId6706fe00b4e231e62d9ecbec567d526b"/>
          </v:shape>
        </w:pict>
      </w:r>
      <w:r>
        <w:rPr>
          <w:rFonts w:ascii="SimSun" w:eastAsia="SimSun" w:hAnsi="SimSun" w:cs="SimSun"/>
          <w:color w:val="000000"/>
          <w:lang w:eastAsia="zh-CN"/>
        </w:rPr>
        <w:t>四个班总成绩的和，是解决本题的关键．</w:t>
      </w:r>
    </w:p>
    <w:p w14:paraId="56E0EB0E" w14:textId="77777777" w:rsidR="008113A1" w:rsidRDefault="00000000">
      <w:pPr>
        <w:spacing w:line="285" w:lineRule="auto"/>
        <w:textAlignment w:val="center"/>
        <w:rPr>
          <w:color w:val="000000"/>
          <w:lang w:eastAsia="zh-CN"/>
        </w:rPr>
      </w:pPr>
      <w:r>
        <w:rPr>
          <w:rFonts w:ascii="SimSun" w:eastAsia="SimSun" w:hAnsi="SimSun" w:cs="SimSun"/>
          <w:b/>
          <w:color w:val="000000"/>
          <w:sz w:val="24"/>
          <w:lang w:eastAsia="zh-CN"/>
        </w:rPr>
        <w:lastRenderedPageBreak/>
        <w:t>三、解答题（本题共</w:t>
      </w:r>
      <w:r>
        <w:rPr>
          <w:rFonts w:ascii="Times New Roman" w:eastAsia="Times New Roman" w:hAnsi="Times New Roman" w:cs="Times New Roman"/>
          <w:b/>
          <w:color w:val="000000"/>
          <w:sz w:val="24"/>
          <w:lang w:eastAsia="zh-CN"/>
        </w:rPr>
        <w:t>60</w:t>
      </w:r>
      <w:r>
        <w:rPr>
          <w:rFonts w:ascii="SimSun" w:eastAsia="SimSun" w:hAnsi="SimSun" w:cs="SimSun"/>
          <w:b/>
          <w:color w:val="000000"/>
          <w:sz w:val="24"/>
          <w:lang w:eastAsia="zh-CN"/>
        </w:rPr>
        <w:t>分）</w:t>
      </w:r>
    </w:p>
    <w:p w14:paraId="0DA664E3" w14:textId="77777777" w:rsidR="008113A1" w:rsidRDefault="00000000">
      <w:pPr>
        <w:pStyle w:val="Heading2"/>
        <w:rPr>
          <w:lang w:eastAsia="zh-CN"/>
        </w:rPr>
      </w:pPr>
      <w:bookmarkStart w:id="25" w:name="_Toc235460042"/>
      <w:r>
        <w:rPr>
          <w:lang w:eastAsia="zh-CN"/>
        </w:rPr>
        <w:t>海淀区</w:t>
      </w:r>
      <w:bookmarkEnd w:id="25"/>
    </w:p>
    <w:p w14:paraId="4379020D" w14:textId="77777777" w:rsidR="008113A1" w:rsidRDefault="00000000">
      <w:pPr>
        <w:spacing w:line="360" w:lineRule="auto"/>
        <w:jc w:val="both"/>
        <w:textAlignment w:val="center"/>
        <w:rPr>
          <w:color w:val="000000"/>
          <w:lang w:eastAsia="zh-CN"/>
        </w:rPr>
      </w:pPr>
      <w:r>
        <w:rPr>
          <w:color w:val="000000"/>
          <w:lang w:eastAsia="zh-CN"/>
        </w:rPr>
        <w:t xml:space="preserve">16. </w:t>
      </w:r>
      <w:r>
        <w:rPr>
          <w:rFonts w:ascii="SimSun" w:eastAsia="SimSun" w:hAnsi="SimSun" w:cs="SimSun"/>
          <w:color w:val="000000"/>
          <w:lang w:eastAsia="zh-CN"/>
        </w:rPr>
        <w:t>对于有理数</w:t>
      </w:r>
      <w:r>
        <w:pict w14:anchorId="33447F78">
          <v:shape id="_x0000_i1448" type="#_x0000_t75" alt="学科网(www.zxxk.com)--教育资源门户，提供试卷、教案、课件、论文、素材以及各类教学资源下载，还有大量而丰富的教学相关资讯！" style="width:8.85pt;height:9.5pt">
            <v:imagedata r:id="rId249" o:title="eqId0a6936d370d6a238a608ca56f87198de"/>
          </v:shape>
        </w:pict>
      </w:r>
      <w:r>
        <w:rPr>
          <w:rFonts w:ascii="SimSun" w:eastAsia="SimSun" w:hAnsi="SimSun" w:cs="SimSun"/>
          <w:color w:val="000000"/>
          <w:lang w:eastAsia="zh-CN"/>
        </w:rPr>
        <w:t>，</w:t>
      </w:r>
      <w:r>
        <w:pict w14:anchorId="1C70724E">
          <v:shape id="_x0000_i1449" type="#_x0000_t75" alt="学科网(www.zxxk.com)--教育资源门户，提供试卷、教案、课件、论文、素材以及各类教学资源下载，还有大量而丰富的教学相关资讯！" style="width:10.2pt;height:14.25pt">
            <v:imagedata r:id="rId250" o:title="eqId2c94bb12cee76221e13f9ef955b0aab1"/>
          </v:shape>
        </w:pict>
      </w:r>
      <w:r>
        <w:rPr>
          <w:rFonts w:ascii="SimSun" w:eastAsia="SimSun" w:hAnsi="SimSun" w:cs="SimSun"/>
          <w:color w:val="000000"/>
          <w:lang w:eastAsia="zh-CN"/>
        </w:rPr>
        <w:t>，</w:t>
      </w:r>
      <w:proofErr w:type="gramStart"/>
      <w:r>
        <w:rPr>
          <w:rFonts w:ascii="SimSun" w:eastAsia="SimSun" w:hAnsi="SimSun" w:cs="SimSun"/>
          <w:color w:val="000000"/>
          <w:lang w:eastAsia="zh-CN"/>
        </w:rPr>
        <w:t>我们规定运算“</w:t>
      </w:r>
      <w:proofErr w:type="gramEnd"/>
      <w:r>
        <w:pict w14:anchorId="128461C6">
          <v:shape id="_x0000_i1450" type="#_x0000_t75" alt="学科网(www.zxxk.com)--教育资源门户，提供试卷、教案、课件、论文、素材以及各类教学资源下载，还有大量而丰富的教学相关资讯！" style="width:12.9pt;height:14.25pt">
            <v:imagedata r:id="rId265" o:title="eqId4c3c2f679d53b91088ba6eb14c16cbc0"/>
          </v:shape>
        </w:pict>
      </w:r>
      <w:r>
        <w:rPr>
          <w:rFonts w:ascii="SimSun" w:eastAsia="SimSun" w:hAnsi="SimSun" w:cs="SimSun"/>
          <w:color w:val="000000"/>
          <w:lang w:eastAsia="zh-CN"/>
        </w:rPr>
        <w:t>”；</w:t>
      </w:r>
      <w:r>
        <w:pict w14:anchorId="6B1E687A">
          <v:shape id="_x0000_i1451" type="#_x0000_t75" alt="学科网(www.zxxk.com)--教育资源门户，提供试卷、教案、课件、论文、素材以及各类教学资源下载，还有大量而丰富的教学相关资讯！" style="width:65.9pt;height:31.25pt">
            <v:imagedata r:id="rId266" o:title="eqId2d1733d78ad60bd84bd4bbdb63288f10"/>
          </v:shape>
        </w:pict>
      </w:r>
      <w:r>
        <w:rPr>
          <w:rFonts w:ascii="SimSun" w:eastAsia="SimSun" w:hAnsi="SimSun" w:cs="SimSun"/>
          <w:color w:val="000000"/>
          <w:lang w:eastAsia="zh-CN"/>
        </w:rPr>
        <w:t>．</w:t>
      </w:r>
    </w:p>
    <w:p w14:paraId="3BE7A3B1"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）计算：</w:t>
      </w:r>
      <w:r>
        <w:pict w14:anchorId="600FD1EB">
          <v:shape id="_x0000_i1452" type="#_x0000_t75" alt="学科网(www.zxxk.com)--教育资源门户，提供试卷、教案、课件、论文、素材以及各类教学资源下载，还有大量而丰富的教学相关资讯！" style="width:38.05pt;height:13.6pt">
            <v:imagedata r:id="rId267" o:title="eqId559021c777675423b8ecb8c9171721b3"/>
          </v:shape>
        </w:pict>
      </w:r>
      <w:r>
        <w:rPr>
          <w:color w:val="000000"/>
          <w:lang w:eastAsia="zh-CN"/>
        </w:rPr>
        <w:t>____</w:t>
      </w:r>
      <w:r>
        <w:rPr>
          <w:rFonts w:ascii="SimSun" w:eastAsia="SimSun" w:hAnsi="SimSun" w:cs="SimSun"/>
          <w:color w:val="000000"/>
          <w:lang w:eastAsia="zh-CN"/>
        </w:rPr>
        <w:t>；</w:t>
      </w:r>
    </w:p>
    <w:p w14:paraId="28BD6441"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）对于任意有理数</w:t>
      </w:r>
      <w:r>
        <w:pict w14:anchorId="0A925315">
          <v:shape id="_x0000_i1453" type="#_x0000_t75" alt="学科网(www.zxxk.com)--教育资源门户，提供试卷、教案、课件、论文、素材以及各类教学资源下载，还有大量而丰富的教学相关资讯！" style="width:8.85pt;height:9.5pt">
            <v:imagedata r:id="rId249" o:title="eqId0a6936d370d6a238a608ca56f87198de"/>
          </v:shape>
        </w:pict>
      </w:r>
      <w:r>
        <w:rPr>
          <w:rFonts w:ascii="SimSun" w:eastAsia="SimSun" w:hAnsi="SimSun" w:cs="SimSun"/>
          <w:color w:val="000000"/>
          <w:lang w:eastAsia="zh-CN"/>
        </w:rPr>
        <w:t>，</w:t>
      </w:r>
      <w:r>
        <w:pict w14:anchorId="646A9B9F">
          <v:shape id="_x0000_i1454" type="#_x0000_t75" alt="学科网(www.zxxk.com)--教育资源门户，提供试卷、教案、课件、论文、素材以及各类教学资源下载，还有大量而丰富的教学相关资讯！" style="width:10.2pt;height:14.25pt">
            <v:imagedata r:id="rId250" o:title="eqId2c94bb12cee76221e13f9ef955b0aab1"/>
          </v:shape>
        </w:pict>
      </w:r>
      <w:r>
        <w:rPr>
          <w:rFonts w:ascii="SimSun" w:eastAsia="SimSun" w:hAnsi="SimSun" w:cs="SimSun"/>
          <w:color w:val="000000"/>
          <w:lang w:eastAsia="zh-CN"/>
        </w:rPr>
        <w:t>，</w:t>
      </w:r>
      <w:r>
        <w:pict w14:anchorId="2300248E">
          <v:shape id="_x0000_i1455" type="#_x0000_t75" alt="学科网(www.zxxk.com)--教育资源门户，提供试卷、教案、课件、论文、素材以及各类教学资源下载，还有大量而丰富的教学相关资讯！" style="width:8.85pt;height:11.55pt">
            <v:imagedata r:id="rId251" o:title="eqId071a7e733d466949ac935b4b8ee8d183"/>
          </v:shape>
        </w:pict>
      </w:r>
      <w:r>
        <w:rPr>
          <w:rFonts w:ascii="SimSun" w:eastAsia="SimSun" w:hAnsi="SimSun" w:cs="SimSun"/>
          <w:color w:val="000000"/>
          <w:lang w:eastAsia="zh-CN"/>
        </w:rPr>
        <w:t>，若</w:t>
      </w:r>
      <w:r>
        <w:pict w14:anchorId="3FCD6008">
          <v:shape id="_x0000_i1456" type="#_x0000_t75" alt="学科网(www.zxxk.com)--教育资源门户，提供试卷、教案、课件、论文、素材以及各类教学资源下载，还有大量而丰富的教学相关资讯！" style="width:120.9pt;height:20.4pt">
            <v:imagedata r:id="rId268" o:title="eqIda2c34bfd18aa89f8d5f9a30f25a82cf3"/>
          </v:shape>
        </w:pict>
      </w:r>
      <w:r>
        <w:rPr>
          <w:rFonts w:ascii="SimSun" w:eastAsia="SimSun" w:hAnsi="SimSun" w:cs="SimSun"/>
          <w:color w:val="000000"/>
          <w:lang w:eastAsia="zh-CN"/>
        </w:rPr>
        <w:t>成立，则称运算“</w:t>
      </w:r>
      <w:r>
        <w:pict w14:anchorId="5E892B22">
          <v:shape id="_x0000_i1457" type="#_x0000_t75" alt="学科网(www.zxxk.com)--教育资源门户，提供试卷、教案、课件、论文、素材以及各类教学资源下载，还有大量而丰富的教学相关资讯！" style="width:12.9pt;height:14.25pt">
            <v:imagedata r:id="rId265" o:title="eqId4c3c2f679d53b91088ba6eb14c16cbc0"/>
          </v:shape>
        </w:pict>
      </w:r>
      <w:r>
        <w:rPr>
          <w:rFonts w:ascii="SimSun" w:eastAsia="SimSun" w:hAnsi="SimSun" w:cs="SimSun"/>
          <w:color w:val="000000"/>
          <w:lang w:eastAsia="zh-CN"/>
        </w:rPr>
        <w:t>”满足结合律．请判断运算“</w:t>
      </w:r>
      <w:r>
        <w:pict w14:anchorId="4E6D43E2">
          <v:shape id="_x0000_i1458" type="#_x0000_t75" alt="学科网(www.zxxk.com)--教育资源门户，提供试卷、教案、课件、论文、素材以及各类教学资源下载，还有大量而丰富的教学相关资讯！" style="width:12.9pt;height:14.25pt">
            <v:imagedata r:id="rId265" o:title="eqId4c3c2f679d53b91088ba6eb14c16cbc0"/>
          </v:shape>
        </w:pict>
      </w:r>
      <w:r>
        <w:rPr>
          <w:rFonts w:ascii="SimSun" w:eastAsia="SimSun" w:hAnsi="SimSun" w:cs="SimSun"/>
          <w:color w:val="000000"/>
          <w:lang w:eastAsia="zh-CN"/>
        </w:rPr>
        <w:t>”是否满足结合律：</w:t>
      </w:r>
      <w:r>
        <w:rPr>
          <w:color w:val="000000"/>
          <w:lang w:eastAsia="zh-CN"/>
        </w:rPr>
        <w:t>____</w:t>
      </w:r>
      <w:r>
        <w:rPr>
          <w:rFonts w:ascii="SimSun" w:eastAsia="SimSun" w:hAnsi="SimSun" w:cs="SimSun"/>
          <w:color w:val="000000"/>
          <w:lang w:eastAsia="zh-CN"/>
        </w:rPr>
        <w:t>（</w:t>
      </w:r>
      <w:proofErr w:type="gramStart"/>
      <w:r>
        <w:rPr>
          <w:rFonts w:ascii="SimSun" w:eastAsia="SimSun" w:hAnsi="SimSun" w:cs="SimSun"/>
          <w:color w:val="000000"/>
          <w:lang w:eastAsia="zh-CN"/>
        </w:rPr>
        <w:t>填“满足”或</w:t>
      </w:r>
      <w:proofErr w:type="gramEnd"/>
      <w:r>
        <w:rPr>
          <w:rFonts w:ascii="SimSun" w:eastAsia="SimSun" w:hAnsi="SimSun" w:cs="SimSun"/>
          <w:color w:val="000000"/>
          <w:lang w:eastAsia="zh-CN"/>
        </w:rPr>
        <w:t>“</w:t>
      </w:r>
      <w:proofErr w:type="gramStart"/>
      <w:r>
        <w:rPr>
          <w:rFonts w:ascii="SimSun" w:eastAsia="SimSun" w:hAnsi="SimSun" w:cs="SimSun"/>
          <w:color w:val="000000"/>
          <w:lang w:eastAsia="zh-CN"/>
        </w:rPr>
        <w:t>不满足”）</w:t>
      </w:r>
      <w:proofErr w:type="gramEnd"/>
      <w:r>
        <w:rPr>
          <w:rFonts w:ascii="SimSun" w:eastAsia="SimSun" w:hAnsi="SimSun" w:cs="SimSun"/>
          <w:color w:val="000000"/>
          <w:lang w:eastAsia="zh-CN"/>
        </w:rPr>
        <w:t>．</w:t>
      </w:r>
    </w:p>
    <w:p w14:paraId="261DFF04" w14:textId="77777777" w:rsidR="008113A1" w:rsidRDefault="00000000">
      <w:pPr>
        <w:spacing w:line="360" w:lineRule="auto"/>
        <w:textAlignment w:val="center"/>
        <w:rPr>
          <w:color w:val="000000"/>
          <w:lang w:eastAsia="zh-CN"/>
        </w:rPr>
      </w:pPr>
      <w:r>
        <w:rPr>
          <w:color w:val="2E75B6"/>
          <w:lang w:eastAsia="zh-CN"/>
        </w:rPr>
        <w:t>【答案】</w:t>
      </w:r>
      <w:r>
        <w:rPr>
          <w:color w:val="000000"/>
          <w:lang w:eastAsia="zh-CN"/>
        </w:rPr>
        <w:t xml:space="preserve">    ①. </w:t>
      </w:r>
      <w:r>
        <w:pict w14:anchorId="1F935532">
          <v:shape id="_x0000_i1459" type="#_x0000_t75" alt="学科网(www.zxxk.com)--教育资源门户，提供试卷、教案、课件、论文、素材以及各类教学资源下载，还有大量而丰富的教学相关资讯！" style="width:12.25pt;height:31.25pt">
            <v:imagedata r:id="rId269" o:title="eqIda4b8503f4706b8321e4e79a87eadea84"/>
          </v:shape>
        </w:pict>
      </w:r>
      <w:r>
        <w:rPr>
          <w:rFonts w:ascii="SimSun" w:eastAsia="SimSun" w:hAnsi="SimSun" w:cs="SimSun"/>
          <w:color w:val="000000"/>
          <w:lang w:eastAsia="zh-CN"/>
        </w:rPr>
        <w:t>；</w:t>
      </w:r>
      <w:r>
        <w:rPr>
          <w:color w:val="000000"/>
          <w:lang w:eastAsia="zh-CN"/>
        </w:rPr>
        <w:t xml:space="preserve">    ②. </w:t>
      </w:r>
      <w:r>
        <w:rPr>
          <w:rFonts w:ascii="SimSun" w:eastAsia="SimSun" w:hAnsi="SimSun" w:cs="SimSun"/>
          <w:color w:val="000000"/>
          <w:lang w:eastAsia="zh-CN"/>
        </w:rPr>
        <w:t>不满足．</w:t>
      </w:r>
    </w:p>
    <w:p w14:paraId="70F59849" w14:textId="77777777" w:rsidR="008113A1" w:rsidRDefault="00000000">
      <w:pPr>
        <w:spacing w:line="360" w:lineRule="auto"/>
        <w:textAlignment w:val="center"/>
        <w:rPr>
          <w:color w:val="000000"/>
          <w:lang w:eastAsia="zh-CN"/>
        </w:rPr>
      </w:pPr>
      <w:r>
        <w:rPr>
          <w:color w:val="2E75B6"/>
          <w:lang w:eastAsia="zh-CN"/>
        </w:rPr>
        <w:t>【解析】</w:t>
      </w:r>
    </w:p>
    <w:p w14:paraId="18E00F40"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根据题中的新定义运算即可求解．</w:t>
      </w:r>
    </w:p>
    <w:p w14:paraId="66B5BEEC"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w:t>
      </w:r>
      <w:r>
        <w:pict w14:anchorId="1FC160B5">
          <v:shape id="_x0000_i1460" type="#_x0000_t75" alt="学科网(www.zxxk.com)--教育资源门户，提供试卷、教案、课件、论文、素材以及各类教学资源下载，还有大量而丰富的教学相关资讯！" style="width:6.8pt;height:12.9pt">
            <v:imagedata r:id="rId270" o:title="eqIdbdaa19de263700a15fcf213d64a8cd57"/>
          </v:shape>
        </w:pict>
      </w:r>
      <w:r>
        <w:rPr>
          <w:rFonts w:ascii="SimSun" w:eastAsia="SimSun" w:hAnsi="SimSun" w:cs="SimSun"/>
          <w:color w:val="000000"/>
          <w:lang w:eastAsia="zh-CN"/>
        </w:rPr>
        <w:t>）由题意可知：</w:t>
      </w:r>
      <w:r>
        <w:pict w14:anchorId="4E25824F">
          <v:shape id="_x0000_i1461" type="#_x0000_t75" alt="学科网(www.zxxk.com)--教育资源门户，提供试卷、教案、课件、论文、素材以及各类教学资源下载，还有大量而丰富的教学相关资讯！" style="width:80.85pt;height:30.55pt">
            <v:imagedata r:id="rId271" o:title="eqIdad39647f95bdcf5bbffe05dbecefe6f5"/>
          </v:shape>
        </w:pict>
      </w:r>
      <w:r>
        <w:rPr>
          <w:rFonts w:ascii="SimSun" w:eastAsia="SimSun" w:hAnsi="SimSun" w:cs="SimSun"/>
          <w:color w:val="000000"/>
          <w:lang w:eastAsia="zh-CN"/>
        </w:rPr>
        <w:t>，</w:t>
      </w:r>
    </w:p>
    <w:p w14:paraId="2966EDA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0D3527D2">
          <v:shape id="_x0000_i1462" type="#_x0000_t75" alt="学科网(www.zxxk.com)--教育资源门户，提供试卷、教案、课件、论文、素材以及各类教学资源下载，还有大量而丰富的教学相关资讯！" style="width:12.25pt;height:31.25pt">
            <v:imagedata r:id="rId269" o:title="eqIda4b8503f4706b8321e4e79a87eadea84"/>
          </v:shape>
        </w:pict>
      </w:r>
      <w:r>
        <w:rPr>
          <w:rFonts w:ascii="SimSun" w:eastAsia="SimSun" w:hAnsi="SimSun" w:cs="SimSun"/>
          <w:color w:val="000000"/>
          <w:lang w:eastAsia="zh-CN"/>
        </w:rPr>
        <w:t>；</w:t>
      </w:r>
    </w:p>
    <w:p w14:paraId="3F9CBDAD"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7FF9FFD1">
          <v:shape id="_x0000_i1463" type="#_x0000_t75" alt="学科网(www.zxxk.com)--教育资源门户，提供试卷、教案、课件、论文、素材以及各类教学资源下载，还有大量而丰富的教学相关资讯！" style="width:9.5pt;height:12.9pt">
            <v:imagedata r:id="rId108" o:title="eqId61128ab996360a038e6e64d82fcba004"/>
          </v:shape>
        </w:pict>
      </w:r>
      <w:r>
        <w:rPr>
          <w:rFonts w:ascii="SimSun" w:eastAsia="SimSun" w:hAnsi="SimSun" w:cs="SimSun"/>
          <w:color w:val="000000"/>
          <w:lang w:eastAsia="zh-CN"/>
        </w:rPr>
        <w:t>）由</w:t>
      </w:r>
      <w:r>
        <w:pict w14:anchorId="40736C7E">
          <v:shape id="_x0000_i1464" type="#_x0000_t75" alt="学科网(www.zxxk.com)--教育资源门户，提供试卷、教案、课件、论文、素材以及各类教学资源下载，还有大量而丰富的教学相关资讯！" style="width:65.9pt;height:31.25pt">
            <v:imagedata r:id="rId266" o:title="eqId2d1733d78ad60bd84bd4bbdb63288f10"/>
          </v:shape>
        </w:pict>
      </w:r>
      <w:r>
        <w:rPr>
          <w:rFonts w:ascii="SimSun" w:eastAsia="SimSun" w:hAnsi="SimSun" w:cs="SimSun"/>
          <w:color w:val="000000"/>
          <w:lang w:eastAsia="zh-CN"/>
        </w:rPr>
        <w:t>，</w:t>
      </w:r>
    </w:p>
    <w:p w14:paraId="0ECF2A79"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78778B43">
          <v:shape id="_x0000_i1465" type="#_x0000_t75" alt="学科网(www.zxxk.com)--教育资源门户，提供试卷、教案、课件、论文、素材以及各类教学资源下载，还有大量而丰富的教学相关资讯！" style="width:161.65pt;height:44.85pt">
            <v:imagedata r:id="rId272" o:title="eqIdd6b623660e2be2bccd4f177afcffb354"/>
          </v:shape>
        </w:pict>
      </w:r>
      <w:r>
        <w:rPr>
          <w:rFonts w:ascii="SimSun" w:eastAsia="SimSun" w:hAnsi="SimSun" w:cs="SimSun"/>
          <w:color w:val="000000"/>
          <w:lang w:eastAsia="zh-CN"/>
        </w:rPr>
        <w:t>，即</w:t>
      </w:r>
      <w:r>
        <w:pict w14:anchorId="2616E232">
          <v:shape id="_x0000_i1466" type="#_x0000_t75" alt="学科网(www.zxxk.com)--教育资源门户，提供试卷、教案、课件、论文、素材以及各类教学资源下载，还有大量而丰富的教学相关资讯！" style="width:116.15pt;height:30.55pt">
            <v:imagedata r:id="rId273" o:title="eqId9d496e837786d37e4ea3b6e2fe26f27c"/>
          </v:shape>
        </w:pict>
      </w:r>
      <w:r>
        <w:rPr>
          <w:rFonts w:ascii="SimSun" w:eastAsia="SimSun" w:hAnsi="SimSun" w:cs="SimSun"/>
          <w:color w:val="000000"/>
          <w:lang w:eastAsia="zh-CN"/>
        </w:rPr>
        <w:t>，</w:t>
      </w:r>
    </w:p>
    <w:p w14:paraId="60D9A777"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由</w:t>
      </w:r>
      <w:r>
        <w:pict w14:anchorId="5B0C73DB">
          <v:shape id="_x0000_i1467" type="#_x0000_t75" alt="学科网(www.zxxk.com)--教育资源门户，提供试卷、教案、课件、论文、素材以及各类教学资源下载，还有大量而丰富的教学相关资讯！" style="width:63.85pt;height:30.55pt">
            <v:imagedata r:id="rId274" o:title="eqIdd527f6117b4fa0cfe4da08a327860b62"/>
          </v:shape>
        </w:pict>
      </w:r>
      <w:r>
        <w:rPr>
          <w:rFonts w:ascii="SimSun" w:eastAsia="SimSun" w:hAnsi="SimSun" w:cs="SimSun"/>
          <w:color w:val="000000"/>
          <w:lang w:eastAsia="zh-CN"/>
        </w:rPr>
        <w:t>，</w:t>
      </w:r>
    </w:p>
    <w:p w14:paraId="3D8E9B8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34CD5F2D">
          <v:shape id="_x0000_i1468" type="#_x0000_t75" alt="学科网(www.zxxk.com)--教育资源门户，提供试卷、教案、课件、论文、素材以及各类教学资源下载，还有大量而丰富的教学相关资讯！" style="width:161.65pt;height:44.85pt">
            <v:imagedata r:id="rId275" o:title="eqId078d639f0dc00527befe4be95f01fcc3"/>
          </v:shape>
        </w:pict>
      </w:r>
      <w:r>
        <w:rPr>
          <w:rFonts w:ascii="SimSun" w:eastAsia="SimSun" w:hAnsi="SimSun" w:cs="SimSun"/>
          <w:color w:val="000000"/>
          <w:lang w:eastAsia="zh-CN"/>
        </w:rPr>
        <w:t>，即</w:t>
      </w:r>
      <w:r>
        <w:pict w14:anchorId="1E882740">
          <v:shape id="_x0000_i1469" type="#_x0000_t75" alt="学科网(www.zxxk.com)--教育资源门户，提供试卷、教案、课件、论文、素材以及各类教学资源下载，还有大量而丰富的教学相关资讯！" style="width:116.15pt;height:30.55pt">
            <v:imagedata r:id="rId276" o:title="eqIda1a4497b09f5afd702d4740d8c3a2e0e"/>
          </v:shape>
        </w:pict>
      </w:r>
      <w:r>
        <w:rPr>
          <w:rFonts w:ascii="SimSun" w:eastAsia="SimSun" w:hAnsi="SimSun" w:cs="SimSun"/>
          <w:color w:val="000000"/>
          <w:lang w:eastAsia="zh-CN"/>
        </w:rPr>
        <w:t>，</w:t>
      </w:r>
    </w:p>
    <w:p w14:paraId="580BF0F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4C5D28F4">
          <v:shape id="_x0000_i1470" type="#_x0000_t75" alt="学科网(www.zxxk.com)--教育资源门户，提供试卷、教案、课件、论文、素材以及各类教学资源下载，还有大量而丰富的教学相关资讯！" style="width:120.9pt;height:19.7pt">
            <v:imagedata r:id="rId277" o:title="eqId6e07026f1ff49b8f424548e4028d1017"/>
          </v:shape>
        </w:pict>
      </w:r>
      <w:r>
        <w:rPr>
          <w:rFonts w:ascii="SimSun" w:eastAsia="SimSun" w:hAnsi="SimSun" w:cs="SimSun"/>
          <w:color w:val="000000"/>
          <w:lang w:eastAsia="zh-CN"/>
        </w:rPr>
        <w:t>，</w:t>
      </w:r>
    </w:p>
    <w:p w14:paraId="670AB86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lastRenderedPageBreak/>
        <w:t>故答案为：不满足．</w:t>
      </w:r>
    </w:p>
    <w:p w14:paraId="21503D41"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此题考查了新定义运算，解题的关键是熟练掌握有理数的加法运算法则．</w:t>
      </w:r>
    </w:p>
    <w:p w14:paraId="1E4A9C30" w14:textId="77777777" w:rsidR="008113A1" w:rsidRDefault="00000000">
      <w:pPr>
        <w:spacing w:line="285" w:lineRule="auto"/>
        <w:jc w:val="both"/>
        <w:textAlignment w:val="center"/>
        <w:rPr>
          <w:color w:val="000000"/>
          <w:lang w:eastAsia="zh-CN"/>
        </w:rPr>
      </w:pPr>
      <w:r>
        <w:rPr>
          <w:rFonts w:ascii="SimSun" w:eastAsia="SimSun" w:hAnsi="SimSun" w:cs="SimSun"/>
          <w:b/>
          <w:color w:val="000000"/>
          <w:sz w:val="24"/>
          <w:lang w:eastAsia="zh-CN"/>
        </w:rPr>
        <w:t>三、解答题（共</w:t>
      </w:r>
      <w:r>
        <w:rPr>
          <w:rFonts w:ascii="Times New Roman" w:eastAsia="Times New Roman" w:hAnsi="Times New Roman" w:cs="Times New Roman"/>
          <w:b/>
          <w:color w:val="000000"/>
          <w:sz w:val="24"/>
          <w:lang w:eastAsia="zh-CN"/>
        </w:rPr>
        <w:t>52</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17</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18</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12</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19</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20-24</w:t>
      </w:r>
      <w:r>
        <w:rPr>
          <w:rFonts w:ascii="SimSun" w:eastAsia="SimSun" w:hAnsi="SimSun" w:cs="SimSun"/>
          <w:b/>
          <w:color w:val="000000"/>
          <w:sz w:val="24"/>
          <w:lang w:eastAsia="zh-CN"/>
        </w:rPr>
        <w:t>题，每小题</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25</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26</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分）解答应写出文字说明、演算步骤或证明过程．</w:t>
      </w:r>
    </w:p>
    <w:p w14:paraId="2F56B268" w14:textId="77777777" w:rsidR="008113A1" w:rsidRDefault="00000000">
      <w:pPr>
        <w:pStyle w:val="Heading2"/>
        <w:rPr>
          <w:lang w:eastAsia="zh-CN"/>
        </w:rPr>
      </w:pPr>
      <w:bookmarkStart w:id="26" w:name="_Toc235460043"/>
      <w:r>
        <w:rPr>
          <w:lang w:eastAsia="zh-CN"/>
        </w:rPr>
        <w:t>清华大学附属中学朝阳学校</w:t>
      </w:r>
      <w:bookmarkEnd w:id="26"/>
    </w:p>
    <w:p w14:paraId="2C0718DF" w14:textId="77777777" w:rsidR="008113A1" w:rsidRDefault="00000000">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图纸上一个零件的标注为</w:t>
      </w:r>
      <w:r>
        <w:pict w14:anchorId="4BD2D424">
          <v:shape id="_x0000_i1471" type="#_x0000_t75" alt="学科网(www.zxxk.com)--教育资源门户，提供试卷、教案、课件、论文、素材以及各类教学资源下载，还有大量而丰富的教学相关资讯！" style="width:42.1pt;height:19.7pt">
            <v:imagedata r:id="rId278" o:title="eqIdace01fd6d01ecdd176e63e33aa226c72"/>
          </v:shape>
        </w:pict>
      </w:r>
      <w:r>
        <w:rPr>
          <w:rFonts w:ascii="SimSun" w:eastAsia="SimSun" w:hAnsi="SimSun" w:cs="SimSun"/>
          <w:color w:val="000000"/>
          <w:lang w:eastAsia="zh-CN"/>
        </w:rPr>
        <w:t>，表示这个零件直径的标准尺寸是</w:t>
      </w:r>
      <w:r>
        <w:rPr>
          <w:rFonts w:ascii="Times New Roman" w:eastAsia="Times New Roman" w:hAnsi="Times New Roman" w:cs="Times New Roman"/>
          <w:color w:val="000000"/>
          <w:lang w:eastAsia="zh-CN"/>
        </w:rPr>
        <w:t>30mm</w:t>
      </w:r>
      <w:r>
        <w:rPr>
          <w:rFonts w:ascii="SimSun" w:eastAsia="SimSun" w:hAnsi="SimSun" w:cs="SimSun"/>
          <w:color w:val="000000"/>
          <w:lang w:eastAsia="zh-CN"/>
        </w:rPr>
        <w:t>，实际合格产品的直径最小可以是</w:t>
      </w:r>
      <w:r>
        <w:rPr>
          <w:rFonts w:ascii="Times New Roman" w:eastAsia="Times New Roman" w:hAnsi="Times New Roman" w:cs="Times New Roman"/>
          <w:color w:val="000000"/>
          <w:lang w:eastAsia="zh-CN"/>
        </w:rPr>
        <w:t>29.98mm</w:t>
      </w:r>
      <w:r>
        <w:rPr>
          <w:rFonts w:ascii="SimSun" w:eastAsia="SimSun" w:hAnsi="SimSun" w:cs="SimSun"/>
          <w:color w:val="000000"/>
          <w:lang w:eastAsia="zh-CN"/>
        </w:rPr>
        <w:t>，最大可以是</w:t>
      </w:r>
      <w:r>
        <w:rPr>
          <w:color w:val="000000"/>
          <w:lang w:eastAsia="zh-CN"/>
        </w:rPr>
        <w:t>_____</w:t>
      </w:r>
      <w:r>
        <w:rPr>
          <w:rFonts w:ascii="Times New Roman" w:eastAsia="Times New Roman" w:hAnsi="Times New Roman" w:cs="Times New Roman"/>
          <w:color w:val="000000"/>
          <w:lang w:eastAsia="zh-CN"/>
        </w:rPr>
        <w:t>mm</w:t>
      </w:r>
      <w:r>
        <w:rPr>
          <w:rFonts w:ascii="SimSun" w:eastAsia="SimSun" w:hAnsi="SimSun" w:cs="SimSun"/>
          <w:color w:val="000000"/>
          <w:lang w:eastAsia="zh-CN"/>
        </w:rPr>
        <w:t>，现有另一零件的标注为</w:t>
      </w:r>
      <w:r>
        <w:rPr>
          <w:rFonts w:ascii="Times New Roman" w:eastAsia="Times New Roman" w:hAnsi="Times New Roman" w:cs="Times New Roman"/>
          <w:i/>
          <w:color w:val="000000"/>
        </w:rPr>
        <w:t>Φ</w:t>
      </w:r>
      <w:r>
        <w:rPr>
          <w:rFonts w:ascii="Times New Roman" w:eastAsia="Times New Roman" w:hAnsi="Times New Roman" w:cs="Times New Roman"/>
          <w:color w:val="000000"/>
          <w:lang w:eastAsia="zh-CN"/>
        </w:rPr>
        <w:t>■</w:t>
      </w:r>
      <w:r>
        <w:pict w14:anchorId="7093C174">
          <v:shape id="_x0000_i1472" type="#_x0000_t75" alt="学科网(www.zxxk.com)--教育资源门户，提供试卷、教案、课件、论文、素材以及各类教学资源下载，还有大量而丰富的教学相关资讯！" style="width:25.15pt;height:34.65pt">
            <v:imagedata r:id="rId279" o:title="eqIdfb5c4d977caf26a2fdfd4cebede1206d"/>
          </v:shape>
        </w:pict>
      </w:r>
      <w:r>
        <w:rPr>
          <w:rFonts w:ascii="SimSun" w:eastAsia="SimSun" w:hAnsi="SimSun" w:cs="SimSun"/>
          <w:color w:val="000000"/>
          <w:lang w:eastAsia="zh-CN"/>
        </w:rPr>
        <w:t>其零件直径的标准尺寸有些模糊，已知该零件的七个合格产品，直径尺寸分别为</w:t>
      </w:r>
      <w:r>
        <w:rPr>
          <w:rFonts w:ascii="Times New Roman" w:eastAsia="Times New Roman" w:hAnsi="Times New Roman" w:cs="Times New Roman"/>
          <w:color w:val="000000"/>
          <w:lang w:eastAsia="zh-CN"/>
        </w:rPr>
        <w:t>73.1mm</w:t>
      </w:r>
      <w:r>
        <w:rPr>
          <w:rFonts w:ascii="SimSun" w:eastAsia="SimSun" w:hAnsi="SimSun" w:cs="SimSun"/>
          <w:color w:val="000000"/>
          <w:lang w:eastAsia="zh-CN"/>
        </w:rPr>
        <w:t>．</w:t>
      </w:r>
      <w:r>
        <w:rPr>
          <w:rFonts w:ascii="Times New Roman" w:eastAsia="Times New Roman" w:hAnsi="Times New Roman" w:cs="Times New Roman"/>
          <w:color w:val="000000"/>
          <w:lang w:eastAsia="zh-CN"/>
        </w:rPr>
        <w:t>72.7mm</w:t>
      </w:r>
      <w:r>
        <w:rPr>
          <w:rFonts w:ascii="SimSun" w:eastAsia="SimSun" w:hAnsi="SimSun" w:cs="SimSun"/>
          <w:color w:val="000000"/>
          <w:lang w:eastAsia="zh-CN"/>
        </w:rPr>
        <w:t>，</w:t>
      </w:r>
      <w:r>
        <w:rPr>
          <w:rFonts w:ascii="Times New Roman" w:eastAsia="Times New Roman" w:hAnsi="Times New Roman" w:cs="Times New Roman"/>
          <w:color w:val="000000"/>
          <w:lang w:eastAsia="zh-CN"/>
        </w:rPr>
        <w:t>72.8mm</w:t>
      </w:r>
      <w:r>
        <w:rPr>
          <w:rFonts w:ascii="SimSun" w:eastAsia="SimSun" w:hAnsi="SimSun" w:cs="SimSun"/>
          <w:color w:val="000000"/>
          <w:lang w:eastAsia="zh-CN"/>
        </w:rPr>
        <w:t>，</w:t>
      </w:r>
      <w:r>
        <w:rPr>
          <w:rFonts w:ascii="Times New Roman" w:eastAsia="Times New Roman" w:hAnsi="Times New Roman" w:cs="Times New Roman"/>
          <w:color w:val="000000"/>
          <w:lang w:eastAsia="zh-CN"/>
        </w:rPr>
        <w:t>73.2mm</w:t>
      </w:r>
      <w:r>
        <w:rPr>
          <w:rFonts w:ascii="SimSun" w:eastAsia="SimSun" w:hAnsi="SimSun" w:cs="SimSun"/>
          <w:color w:val="000000"/>
          <w:lang w:eastAsia="zh-CN"/>
        </w:rPr>
        <w:t>，</w:t>
      </w:r>
      <w:r>
        <w:rPr>
          <w:rFonts w:ascii="Times New Roman" w:eastAsia="Times New Roman" w:hAnsi="Times New Roman" w:cs="Times New Roman"/>
          <w:color w:val="000000"/>
          <w:lang w:eastAsia="zh-CN"/>
        </w:rPr>
        <w:t>72.9mm</w:t>
      </w:r>
      <w:r>
        <w:rPr>
          <w:rFonts w:ascii="SimSun" w:eastAsia="SimSun" w:hAnsi="SimSun" w:cs="SimSun"/>
          <w:color w:val="000000"/>
          <w:lang w:eastAsia="zh-CN"/>
        </w:rPr>
        <w:t>，</w:t>
      </w:r>
      <w:r>
        <w:rPr>
          <w:rFonts w:ascii="Times New Roman" w:eastAsia="Times New Roman" w:hAnsi="Times New Roman" w:cs="Times New Roman"/>
          <w:color w:val="000000"/>
          <w:lang w:eastAsia="zh-CN"/>
        </w:rPr>
        <w:t>73.3mm</w:t>
      </w:r>
      <w:r>
        <w:rPr>
          <w:rFonts w:ascii="SimSun" w:eastAsia="SimSun" w:hAnsi="SimSun" w:cs="SimSun"/>
          <w:color w:val="000000"/>
          <w:lang w:eastAsia="zh-CN"/>
        </w:rPr>
        <w:t>，</w:t>
      </w:r>
      <w:r>
        <w:rPr>
          <w:rFonts w:ascii="Times New Roman" w:eastAsia="Times New Roman" w:hAnsi="Times New Roman" w:cs="Times New Roman"/>
          <w:color w:val="000000"/>
          <w:lang w:eastAsia="zh-CN"/>
        </w:rPr>
        <w:t>72.6mm</w:t>
      </w:r>
      <w:r>
        <w:rPr>
          <w:rFonts w:ascii="SimSun" w:eastAsia="SimSun" w:hAnsi="SimSun" w:cs="SimSun"/>
          <w:color w:val="000000"/>
          <w:lang w:eastAsia="zh-CN"/>
        </w:rPr>
        <w:t>，则该零件的标准尺寸可能是</w:t>
      </w:r>
      <w:r>
        <w:rPr>
          <w:color w:val="000000"/>
          <w:lang w:eastAsia="zh-CN"/>
        </w:rPr>
        <w:t>_____</w:t>
      </w:r>
      <w:r>
        <w:rPr>
          <w:rFonts w:ascii="Times New Roman" w:eastAsia="Times New Roman" w:hAnsi="Times New Roman" w:cs="Times New Roman"/>
          <w:color w:val="000000"/>
          <w:lang w:eastAsia="zh-CN"/>
        </w:rPr>
        <w:t>mm</w:t>
      </w:r>
      <w:r>
        <w:rPr>
          <w:rFonts w:ascii="SimSun" w:eastAsia="SimSun" w:hAnsi="SimSun" w:cs="SimSun"/>
          <w:color w:val="000000"/>
          <w:lang w:eastAsia="zh-CN"/>
        </w:rPr>
        <w:t>（写出一个满足条件的尺寸，结果保留一位小数）．</w:t>
      </w:r>
    </w:p>
    <w:p w14:paraId="6CB12CDC" w14:textId="77777777" w:rsidR="008113A1" w:rsidRDefault="00000000">
      <w:pPr>
        <w:spacing w:line="360" w:lineRule="auto"/>
        <w:textAlignment w:val="center"/>
        <w:rPr>
          <w:color w:val="000000"/>
        </w:rPr>
      </w:pPr>
      <w:r>
        <w:rPr>
          <w:color w:val="2E75B6"/>
        </w:rPr>
        <w:t>【</w:t>
      </w:r>
      <w:proofErr w:type="spellStart"/>
      <w:r>
        <w:rPr>
          <w:color w:val="2E75B6"/>
        </w:rPr>
        <w:t>答案</w:t>
      </w:r>
      <w:proofErr w:type="spellEnd"/>
      <w:r>
        <w:rPr>
          <w:color w:val="2E75B6"/>
        </w:rPr>
        <w:t>】</w:t>
      </w:r>
      <w:r>
        <w:rPr>
          <w:color w:val="000000"/>
        </w:rPr>
        <w:t xml:space="preserve">    ①. </w:t>
      </w:r>
      <w:r>
        <w:pict w14:anchorId="11CFAF74">
          <v:shape id="_x0000_i1473" type="#_x0000_t75" alt="学科网(www.zxxk.com)--教育资源门户，提供试卷、教案、课件、论文、素材以及各类教学资源下载，还有大量而丰富的教学相关资讯！" style="width:29.9pt;height:13.6pt">
            <v:imagedata r:id="rId280" o:title="eqIdde3886d0bf6a10bc99a94ccd174825fd"/>
          </v:shape>
        </w:pict>
      </w:r>
      <w:r>
        <w:rPr>
          <w:rFonts w:ascii="SimSun" w:eastAsia="SimSun" w:hAnsi="SimSun" w:cs="SimSun"/>
          <w:color w:val="000000"/>
        </w:rPr>
        <w:t>；</w:t>
      </w:r>
      <w:r>
        <w:rPr>
          <w:color w:val="000000"/>
        </w:rPr>
        <w:t xml:space="preserve">    ②. </w:t>
      </w:r>
      <w:r>
        <w:rPr>
          <w:rFonts w:ascii="Times New Roman" w:eastAsia="Times New Roman" w:hAnsi="Times New Roman" w:cs="Times New Roman"/>
          <w:color w:val="000000"/>
        </w:rPr>
        <w:t>72.9</w:t>
      </w:r>
      <w:r>
        <w:rPr>
          <w:rFonts w:ascii="SimSun" w:eastAsia="SimSun" w:hAnsi="SimSun" w:cs="SimSun"/>
          <w:color w:val="000000"/>
        </w:rPr>
        <w:t>（或</w:t>
      </w:r>
      <w:r>
        <w:rPr>
          <w:rFonts w:ascii="Times New Roman" w:eastAsia="Times New Roman" w:hAnsi="Times New Roman" w:cs="Times New Roman"/>
          <w:color w:val="000000"/>
        </w:rPr>
        <w:t>73.0</w:t>
      </w:r>
      <w:r>
        <w:rPr>
          <w:rFonts w:ascii="SimSun" w:eastAsia="SimSun" w:hAnsi="SimSun" w:cs="SimSun"/>
          <w:color w:val="000000"/>
        </w:rPr>
        <w:t>，</w:t>
      </w:r>
      <w:r>
        <w:rPr>
          <w:rFonts w:ascii="Times New Roman" w:eastAsia="Times New Roman" w:hAnsi="Times New Roman" w:cs="Times New Roman"/>
          <w:color w:val="000000"/>
        </w:rPr>
        <w:t>73.1</w:t>
      </w:r>
      <w:r>
        <w:rPr>
          <w:rFonts w:ascii="SimSun" w:eastAsia="SimSun" w:hAnsi="SimSun" w:cs="SimSun"/>
          <w:color w:val="000000"/>
        </w:rPr>
        <w:t>，</w:t>
      </w:r>
      <w:r>
        <w:rPr>
          <w:rFonts w:ascii="Times New Roman" w:eastAsia="Times New Roman" w:hAnsi="Times New Roman" w:cs="Times New Roman"/>
          <w:color w:val="000000"/>
        </w:rPr>
        <w:t>73.2</w:t>
      </w:r>
      <w:r>
        <w:rPr>
          <w:rFonts w:ascii="SimSun" w:eastAsia="SimSun" w:hAnsi="SimSun" w:cs="SimSun"/>
          <w:color w:val="000000"/>
        </w:rPr>
        <w:t>）（答案不唯一）</w:t>
      </w:r>
    </w:p>
    <w:p w14:paraId="4E5C5C98" w14:textId="77777777" w:rsidR="008113A1" w:rsidRDefault="00000000">
      <w:pPr>
        <w:spacing w:line="360" w:lineRule="auto"/>
        <w:textAlignment w:val="center"/>
        <w:rPr>
          <w:color w:val="000000"/>
          <w:lang w:eastAsia="zh-CN"/>
        </w:rPr>
      </w:pPr>
      <w:r>
        <w:rPr>
          <w:color w:val="2E75B6"/>
          <w:lang w:eastAsia="zh-CN"/>
        </w:rPr>
        <w:t>【解析】</w:t>
      </w:r>
    </w:p>
    <w:p w14:paraId="48591812"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审清题意，明确正数和负数表示的意义，根据题意作答．</w:t>
      </w:r>
    </w:p>
    <w:p w14:paraId="1CFD571D"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rPr>
          <w:rFonts w:ascii="Times New Roman" w:eastAsia="Times New Roman" w:hAnsi="Times New Roman" w:cs="Times New Roman"/>
          <w:color w:val="000000"/>
          <w:lang w:eastAsia="zh-CN"/>
        </w:rPr>
        <w:t>1</w:t>
      </w:r>
      <w:r>
        <w:rPr>
          <w:rFonts w:ascii="SimSun" w:eastAsia="SimSun" w:hAnsi="SimSun" w:cs="SimSun"/>
          <w:color w:val="000000"/>
          <w:lang w:eastAsia="zh-CN"/>
        </w:rPr>
        <w:t>）由题意得：这个零件的直径尺寸超过标准尺寸时记为正，低于标准尺寸时记为负，所以最大尺寸为</w:t>
      </w:r>
      <w:r>
        <w:rPr>
          <w:rFonts w:ascii="Times New Roman" w:eastAsia="Times New Roman" w:hAnsi="Times New Roman" w:cs="Times New Roman"/>
          <w:color w:val="000000"/>
          <w:lang w:eastAsia="zh-CN"/>
        </w:rPr>
        <w:t>30+0.02</w:t>
      </w:r>
      <w:r>
        <w:rPr>
          <w:rFonts w:ascii="SimSun" w:eastAsia="SimSun" w:hAnsi="SimSun" w:cs="SimSun"/>
          <w:color w:val="000000"/>
          <w:lang w:eastAsia="zh-CN"/>
        </w:rPr>
        <w:t>＝</w:t>
      </w:r>
      <w:r>
        <w:rPr>
          <w:rFonts w:ascii="Times New Roman" w:eastAsia="Times New Roman" w:hAnsi="Times New Roman" w:cs="Times New Roman"/>
          <w:color w:val="000000"/>
          <w:lang w:eastAsia="zh-CN"/>
        </w:rPr>
        <w:t>30.02mm</w:t>
      </w:r>
      <w:r>
        <w:rPr>
          <w:rFonts w:ascii="SimSun" w:eastAsia="SimSun" w:hAnsi="SimSun" w:cs="SimSun"/>
          <w:color w:val="000000"/>
          <w:lang w:eastAsia="zh-CN"/>
        </w:rPr>
        <w:t>；</w:t>
      </w:r>
    </w:p>
    <w:p w14:paraId="3E03AE94"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）给出的七个合格产品尺寸最大为</w:t>
      </w:r>
      <w:r>
        <w:rPr>
          <w:rFonts w:ascii="Times New Roman" w:eastAsia="Times New Roman" w:hAnsi="Times New Roman" w:cs="Times New Roman"/>
          <w:color w:val="000000"/>
          <w:lang w:eastAsia="zh-CN"/>
        </w:rPr>
        <w:t>73.3mm</w:t>
      </w:r>
      <w:r>
        <w:rPr>
          <w:rFonts w:ascii="SimSun" w:eastAsia="SimSun" w:hAnsi="SimSun" w:cs="SimSun"/>
          <w:color w:val="000000"/>
          <w:lang w:eastAsia="zh-CN"/>
        </w:rPr>
        <w:t>，最小尺寸为</w:t>
      </w:r>
      <w:r>
        <w:rPr>
          <w:rFonts w:ascii="Times New Roman" w:eastAsia="Times New Roman" w:hAnsi="Times New Roman" w:cs="Times New Roman"/>
          <w:color w:val="000000"/>
          <w:lang w:eastAsia="zh-CN"/>
        </w:rPr>
        <w:t>72.6mm</w:t>
      </w:r>
      <w:r>
        <w:rPr>
          <w:rFonts w:ascii="SimSun" w:eastAsia="SimSun" w:hAnsi="SimSun" w:cs="SimSun"/>
          <w:color w:val="000000"/>
          <w:lang w:eastAsia="zh-CN"/>
        </w:rPr>
        <w:t>，所以标准尺寸在</w:t>
      </w:r>
      <w:r>
        <w:rPr>
          <w:rFonts w:ascii="Times New Roman" w:eastAsia="Times New Roman" w:hAnsi="Times New Roman" w:cs="Times New Roman"/>
          <w:color w:val="000000"/>
          <w:lang w:eastAsia="zh-CN"/>
        </w:rPr>
        <w:t>73.3</w:t>
      </w:r>
      <w:r>
        <w:rPr>
          <w:rFonts w:ascii="SimSun" w:eastAsia="SimSun" w:hAnsi="SimSun" w:cs="SimSun"/>
          <w:color w:val="000000"/>
          <w:lang w:eastAsia="zh-CN"/>
        </w:rPr>
        <w:t>﹣</w:t>
      </w:r>
      <w:r>
        <w:rPr>
          <w:rFonts w:ascii="Times New Roman" w:eastAsia="Times New Roman" w:hAnsi="Times New Roman" w:cs="Times New Roman"/>
          <w:color w:val="000000"/>
          <w:lang w:eastAsia="zh-CN"/>
        </w:rPr>
        <w:t>0.4</w:t>
      </w:r>
      <w:r>
        <w:rPr>
          <w:rFonts w:ascii="SimSun" w:eastAsia="SimSun" w:hAnsi="SimSun" w:cs="SimSun"/>
          <w:color w:val="000000"/>
          <w:lang w:eastAsia="zh-CN"/>
        </w:rPr>
        <w:t>＝</w:t>
      </w:r>
      <w:r>
        <w:rPr>
          <w:rFonts w:ascii="Times New Roman" w:eastAsia="Times New Roman" w:hAnsi="Times New Roman" w:cs="Times New Roman"/>
          <w:color w:val="000000"/>
          <w:lang w:eastAsia="zh-CN"/>
        </w:rPr>
        <w:t>72.9mm</w:t>
      </w:r>
      <w:r>
        <w:rPr>
          <w:rFonts w:ascii="SimSun" w:eastAsia="SimSun" w:hAnsi="SimSun" w:cs="SimSun"/>
          <w:color w:val="000000"/>
          <w:lang w:eastAsia="zh-CN"/>
        </w:rPr>
        <w:t>和</w:t>
      </w:r>
      <w:r>
        <w:rPr>
          <w:rFonts w:ascii="Times New Roman" w:eastAsia="Times New Roman" w:hAnsi="Times New Roman" w:cs="Times New Roman"/>
          <w:color w:val="000000"/>
          <w:lang w:eastAsia="zh-CN"/>
        </w:rPr>
        <w:t>72.6+0.6</w:t>
      </w:r>
      <w:r>
        <w:rPr>
          <w:rFonts w:ascii="SimSun" w:eastAsia="SimSun" w:hAnsi="SimSun" w:cs="SimSun"/>
          <w:color w:val="000000"/>
          <w:lang w:eastAsia="zh-CN"/>
        </w:rPr>
        <w:t>＝</w:t>
      </w:r>
      <w:r>
        <w:rPr>
          <w:rFonts w:ascii="Times New Roman" w:eastAsia="Times New Roman" w:hAnsi="Times New Roman" w:cs="Times New Roman"/>
          <w:color w:val="000000"/>
          <w:lang w:eastAsia="zh-CN"/>
        </w:rPr>
        <w:t>73.2mm</w:t>
      </w:r>
      <w:r>
        <w:rPr>
          <w:rFonts w:ascii="SimSun" w:eastAsia="SimSun" w:hAnsi="SimSun" w:cs="SimSun"/>
          <w:color w:val="000000"/>
          <w:lang w:eastAsia="zh-CN"/>
        </w:rPr>
        <w:t>之间．</w:t>
      </w:r>
    </w:p>
    <w:p w14:paraId="2E4D42B4" w14:textId="77777777" w:rsidR="008113A1" w:rsidRDefault="00000000">
      <w:pPr>
        <w:spacing w:line="360" w:lineRule="auto"/>
        <w:textAlignment w:val="center"/>
        <w:rPr>
          <w:color w:val="000000"/>
        </w:rPr>
      </w:pPr>
      <w:proofErr w:type="spellStart"/>
      <w:r>
        <w:rPr>
          <w:rFonts w:ascii="SimSun" w:eastAsia="SimSun" w:hAnsi="SimSun" w:cs="SimSun"/>
          <w:color w:val="000000"/>
        </w:rPr>
        <w:t>故答案</w:t>
      </w:r>
      <w:proofErr w:type="spellEnd"/>
      <w:r>
        <w:rPr>
          <w:rFonts w:ascii="SimSun" w:eastAsia="SimSun" w:hAnsi="SimSun" w:cs="SimSun"/>
          <w:noProof/>
          <w:color w:val="000000"/>
        </w:rPr>
        <w:drawing>
          <wp:inline distT="0" distB="0" distL="114300" distR="114300" wp14:anchorId="5DF52614" wp14:editId="20C2BF89">
            <wp:extent cx="158750" cy="190500"/>
            <wp:effectExtent l="0" t="0" r="12700" b="0"/>
            <wp:docPr id="4293" name="图片 475089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 name="图片 475089937"/>
                    <pic:cNvPicPr>
                      <a:picLocks noChangeAspect="1"/>
                    </pic:cNvPicPr>
                  </pic:nvPicPr>
                  <pic:blipFill>
                    <a:blip r:embed="rId281"/>
                    <a:stretch>
                      <a:fillRect/>
                    </a:stretch>
                  </pic:blipFill>
                  <pic:spPr>
                    <a:xfrm>
                      <a:off x="0" y="0"/>
                      <a:ext cx="158750" cy="190500"/>
                    </a:xfrm>
                    <a:prstGeom prst="rect">
                      <a:avLst/>
                    </a:prstGeom>
                  </pic:spPr>
                </pic:pic>
              </a:graphicData>
            </a:graphic>
          </wp:inline>
        </w:drawing>
      </w:r>
      <w:r>
        <w:rPr>
          <w:rFonts w:ascii="SimSun" w:eastAsia="SimSun" w:hAnsi="SimSun" w:cs="SimSun"/>
          <w:color w:val="000000"/>
        </w:rPr>
        <w:t>：</w:t>
      </w:r>
      <w:r>
        <w:rPr>
          <w:rFonts w:ascii="Times New Roman" w:eastAsia="Times New Roman" w:hAnsi="Times New Roman" w:cs="Times New Roman"/>
          <w:color w:val="000000"/>
        </w:rPr>
        <w:t>30.02</w:t>
      </w:r>
      <w:r>
        <w:rPr>
          <w:rFonts w:ascii="SimSun" w:eastAsia="SimSun" w:hAnsi="SimSun" w:cs="SimSun"/>
          <w:color w:val="000000"/>
        </w:rPr>
        <w:t>；答案不唯一，</w:t>
      </w:r>
      <w:r>
        <w:rPr>
          <w:rFonts w:ascii="Times New Roman" w:eastAsia="Times New Roman" w:hAnsi="Times New Roman" w:cs="Times New Roman"/>
          <w:color w:val="000000"/>
        </w:rPr>
        <w:t>72.9</w:t>
      </w:r>
      <w:r>
        <w:rPr>
          <w:rFonts w:ascii="SimSun" w:eastAsia="SimSun" w:hAnsi="SimSun" w:cs="SimSun"/>
          <w:color w:val="000000"/>
        </w:rPr>
        <w:t>（或</w:t>
      </w:r>
      <w:r>
        <w:rPr>
          <w:rFonts w:ascii="Times New Roman" w:eastAsia="Times New Roman" w:hAnsi="Times New Roman" w:cs="Times New Roman"/>
          <w:color w:val="000000"/>
        </w:rPr>
        <w:t>73.0</w:t>
      </w:r>
      <w:r>
        <w:rPr>
          <w:rFonts w:ascii="SimSun" w:eastAsia="SimSun" w:hAnsi="SimSun" w:cs="SimSun"/>
          <w:color w:val="000000"/>
        </w:rPr>
        <w:t>，</w:t>
      </w:r>
      <w:r>
        <w:rPr>
          <w:rFonts w:ascii="Times New Roman" w:eastAsia="Times New Roman" w:hAnsi="Times New Roman" w:cs="Times New Roman"/>
          <w:color w:val="000000"/>
        </w:rPr>
        <w:t>73.1</w:t>
      </w:r>
      <w:r>
        <w:rPr>
          <w:rFonts w:ascii="SimSun" w:eastAsia="SimSun" w:hAnsi="SimSun" w:cs="SimSun"/>
          <w:color w:val="000000"/>
        </w:rPr>
        <w:t>，</w:t>
      </w:r>
      <w:r>
        <w:rPr>
          <w:rFonts w:ascii="Times New Roman" w:eastAsia="Times New Roman" w:hAnsi="Times New Roman" w:cs="Times New Roman"/>
          <w:color w:val="000000"/>
        </w:rPr>
        <w:t>73.2</w:t>
      </w:r>
      <w:r>
        <w:rPr>
          <w:rFonts w:ascii="SimSun" w:eastAsia="SimSun" w:hAnsi="SimSun" w:cs="SimSun"/>
          <w:color w:val="000000"/>
        </w:rPr>
        <w:t>）．</w:t>
      </w:r>
    </w:p>
    <w:p w14:paraId="6504AC2F"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本题考查正负数的意义，理解题意准确计算是解题关键．</w:t>
      </w:r>
    </w:p>
    <w:p w14:paraId="7F4E7B22"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23</w:t>
      </w:r>
      <w:proofErr w:type="gramStart"/>
      <w:r>
        <w:rPr>
          <w:rFonts w:ascii="SimSun" w:eastAsia="SimSun" w:hAnsi="SimSun" w:cs="SimSun"/>
          <w:b/>
          <w:color w:val="000000"/>
          <w:sz w:val="24"/>
          <w:lang w:eastAsia="zh-CN"/>
        </w:rPr>
        <w:t>题每小题</w:t>
      </w:r>
      <w:proofErr w:type="gramEnd"/>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24</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27</w:t>
      </w:r>
      <w:r>
        <w:rPr>
          <w:rFonts w:ascii="SimSun" w:eastAsia="SimSun" w:hAnsi="SimSun" w:cs="SimSun"/>
          <w:b/>
          <w:color w:val="000000"/>
          <w:sz w:val="24"/>
          <w:lang w:eastAsia="zh-CN"/>
        </w:rPr>
        <w:t>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28</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分，共</w:t>
      </w:r>
      <w:r>
        <w:rPr>
          <w:rFonts w:ascii="Times New Roman" w:eastAsia="Times New Roman" w:hAnsi="Times New Roman" w:cs="Times New Roman"/>
          <w:b/>
          <w:color w:val="000000"/>
          <w:sz w:val="24"/>
          <w:lang w:eastAsia="zh-CN"/>
        </w:rPr>
        <w:t>60</w:t>
      </w:r>
      <w:r>
        <w:rPr>
          <w:rFonts w:ascii="SimSun" w:eastAsia="SimSun" w:hAnsi="SimSun" w:cs="SimSun"/>
          <w:b/>
          <w:color w:val="000000"/>
          <w:sz w:val="24"/>
          <w:lang w:eastAsia="zh-CN"/>
        </w:rPr>
        <w:t>分）</w:t>
      </w:r>
    </w:p>
    <w:p w14:paraId="00D6D56B" w14:textId="77777777" w:rsidR="008113A1" w:rsidRDefault="00000000">
      <w:pPr>
        <w:pStyle w:val="Heading2"/>
        <w:rPr>
          <w:lang w:eastAsia="zh-CN"/>
        </w:rPr>
      </w:pPr>
      <w:bookmarkStart w:id="27" w:name="_Toc235460044"/>
      <w:r>
        <w:rPr>
          <w:lang w:eastAsia="zh-CN"/>
        </w:rPr>
        <w:lastRenderedPageBreak/>
        <w:t>第一七一中学</w:t>
      </w:r>
      <w:bookmarkEnd w:id="27"/>
    </w:p>
    <w:p w14:paraId="4CC62C55" w14:textId="77777777" w:rsidR="008113A1" w:rsidRDefault="00000000">
      <w:pPr>
        <w:spacing w:line="360" w:lineRule="auto"/>
        <w:jc w:val="both"/>
        <w:textAlignment w:val="center"/>
        <w:rPr>
          <w:color w:val="000000"/>
          <w:lang w:eastAsia="zh-CN"/>
        </w:rPr>
      </w:pPr>
      <w:r>
        <w:rPr>
          <w:color w:val="000000"/>
          <w:lang w:eastAsia="zh-CN"/>
        </w:rPr>
        <w:t xml:space="preserve">18. </w:t>
      </w:r>
      <w:r>
        <w:pict w14:anchorId="0250B0B7">
          <v:shape id="_x0000_i1474" type="#_x0000_t75" alt="学科网(www.zxxk.com)--教育资源门户，提供试卷、教案、课件、论文、素材以及各类教学资源下载，还有大量而丰富的教学相关资讯！" style="width:8.85pt;height:9.5pt">
            <v:imagedata r:id="rId249" o:title="eqId0a6936d370d6a238a608ca56f87198de"/>
          </v:shape>
        </w:pict>
      </w:r>
      <w:r>
        <w:rPr>
          <w:rFonts w:ascii="SimSun" w:eastAsia="SimSun" w:hAnsi="SimSun" w:cs="SimSun"/>
          <w:color w:val="000000"/>
          <w:lang w:eastAsia="zh-CN"/>
        </w:rPr>
        <w:t>是为</w:t>
      </w:r>
      <w:r>
        <w:rPr>
          <w:rFonts w:ascii="Times New Roman" w:eastAsia="Times New Roman" w:hAnsi="Times New Roman" w:cs="Times New Roman"/>
          <w:color w:val="000000"/>
          <w:lang w:eastAsia="zh-CN"/>
        </w:rPr>
        <w:t>1</w:t>
      </w:r>
      <w:r>
        <w:rPr>
          <w:rFonts w:ascii="SimSun" w:eastAsia="SimSun" w:hAnsi="SimSun" w:cs="SimSun"/>
          <w:color w:val="000000"/>
          <w:lang w:eastAsia="zh-CN"/>
        </w:rPr>
        <w:t>的有理数，我们把</w:t>
      </w:r>
      <w:r>
        <w:pict w14:anchorId="3857C666">
          <v:shape id="_x0000_i1475" type="#_x0000_t75" alt="学科网(www.zxxk.com)--教育资源门户，提供试卷、教案、课件、论文、素材以及各类教学资源下载，还有大量而丰富的教学相关资讯！" style="width:23.75pt;height:27.15pt">
            <v:imagedata r:id="rId282" o:title="eqId99ebf5e8c5ac0fc22e01967fd0c79bb7"/>
          </v:shape>
        </w:pict>
      </w:r>
      <w:r>
        <w:rPr>
          <w:rFonts w:ascii="SimSun" w:eastAsia="SimSun" w:hAnsi="SimSun" w:cs="SimSun"/>
          <w:color w:val="000000"/>
          <w:lang w:eastAsia="zh-CN"/>
        </w:rPr>
        <w:t>称为</w:t>
      </w:r>
      <w:r>
        <w:pict w14:anchorId="004BC004">
          <v:shape id="_x0000_i1476" type="#_x0000_t75" alt="学科网(www.zxxk.com)--教育资源门户，提供试卷、教案、课件、论文、素材以及各类教学资源下载，还有大量而丰富的教学相关资讯！" style="width:8.85pt;height:9.5pt">
            <v:imagedata r:id="rId249" o:title="eqId0a6936d370d6a238a608ca56f87198de"/>
          </v:shape>
        </w:pict>
      </w:r>
      <w:r>
        <w:rPr>
          <w:rFonts w:ascii="SimSun" w:eastAsia="SimSun" w:hAnsi="SimSun" w:cs="SimSun"/>
          <w:color w:val="000000"/>
          <w:lang w:eastAsia="zh-CN"/>
        </w:rPr>
        <w:t>的</w:t>
      </w:r>
      <w:r>
        <w:rPr>
          <w:rFonts w:ascii="SimSun" w:eastAsia="SimSun" w:hAnsi="SimSun" w:cs="SimSun"/>
          <w:color w:val="000000"/>
          <w:em w:val="dot"/>
          <w:lang w:eastAsia="zh-CN"/>
        </w:rPr>
        <w:t>差倒数</w:t>
      </w:r>
      <w:r>
        <w:rPr>
          <w:rFonts w:ascii="SimSun" w:eastAsia="SimSun" w:hAnsi="SimSun" w:cs="SimSun"/>
          <w:color w:val="000000"/>
          <w:lang w:eastAsia="zh-CN"/>
        </w:rPr>
        <w:t>．例如：</w:t>
      </w:r>
      <w:r>
        <w:rPr>
          <w:rFonts w:ascii="Times New Roman" w:eastAsia="Times New Roman" w:hAnsi="Times New Roman" w:cs="Times New Roman"/>
          <w:color w:val="000000"/>
          <w:lang w:eastAsia="zh-CN"/>
        </w:rPr>
        <w:t>2</w:t>
      </w:r>
      <w:r>
        <w:rPr>
          <w:rFonts w:ascii="SimSun" w:eastAsia="SimSun" w:hAnsi="SimSun" w:cs="SimSun"/>
          <w:color w:val="000000"/>
          <w:lang w:eastAsia="zh-CN"/>
        </w:rPr>
        <w:t>的差倒数是</w:t>
      </w:r>
      <w:r>
        <w:pict w14:anchorId="7B272206">
          <v:shape id="_x0000_i1477" type="#_x0000_t75" alt="学科网(www.zxxk.com)--教育资源门户，提供试卷、教案、课件、论文、素材以及各类教学资源下载，还有大量而丰富的教学相关资讯！" style="width:44.85pt;height:27.85pt">
            <v:imagedata r:id="rId283" o:title="eqIdc7c4c708160bfe7e25f6dcbb6f4f3a47"/>
          </v:shape>
        </w:pict>
      </w:r>
      <w:r>
        <w:rPr>
          <w:rFonts w:ascii="SimSun" w:eastAsia="SimSun" w:hAnsi="SimSun" w:cs="SimSun"/>
          <w:color w:val="000000"/>
          <w:lang w:eastAsia="zh-CN"/>
        </w:rPr>
        <w:t>，</w:t>
      </w:r>
      <w:r>
        <w:pict w14:anchorId="12F94E04">
          <v:shape id="_x0000_i1478" type="#_x0000_t75" alt="学科网(www.zxxk.com)--教育资源门户，提供试卷、教案、课件、论文、素材以及各类教学资源下载，还有大量而丰富的教学相关资讯！" style="width:12.25pt;height:10.2pt">
            <v:imagedata r:id="rId17" o:title="eqIdacbc6a613224461ade69362d46550474"/>
          </v:shape>
        </w:pict>
      </w:r>
      <w:r>
        <w:rPr>
          <w:rFonts w:ascii="SimSun" w:eastAsia="SimSun" w:hAnsi="SimSun" w:cs="SimSun"/>
          <w:color w:val="000000"/>
          <w:lang w:eastAsia="zh-CN"/>
        </w:rPr>
        <w:t>的差倒数</w:t>
      </w:r>
      <w:r>
        <w:rPr>
          <w:rFonts w:ascii="Times New Roman" w:eastAsia="Times New Roman" w:hAnsi="Times New Roman" w:cs="Times New Roman"/>
          <w:color w:val="000000"/>
          <w:lang w:eastAsia="zh-CN"/>
        </w:rPr>
        <w:t xml:space="preserve"> </w:t>
      </w:r>
      <w:r>
        <w:pict w14:anchorId="2919C8EB">
          <v:shape id="_x0000_i1479" type="#_x0000_t75" alt="学科网(www.zxxk.com)--教育资源门户，提供试卷、教案、课件、论文、素材以及各类教学资源下载，还有大量而丰富的教学相关资讯！" style="width:60.45pt;height:35.3pt">
            <v:imagedata r:id="rId284" o:title="eqIda5b0c585c482ad8531d20bb5c32a6608"/>
          </v:shape>
        </w:pict>
      </w:r>
      <w:r>
        <w:rPr>
          <w:rFonts w:ascii="SimSun" w:eastAsia="SimSun" w:hAnsi="SimSun" w:cs="SimSun"/>
          <w:color w:val="000000"/>
          <w:lang w:eastAsia="zh-CN"/>
        </w:rPr>
        <w:t>，已知</w:t>
      </w:r>
      <w:r>
        <w:pict w14:anchorId="32ACE5BA">
          <v:shape id="_x0000_i1480" type="#_x0000_t75" alt="学科网(www.zxxk.com)--教育资源门户，提供试卷、教案、课件、论文、素材以及各类教学资源下载，还有大量而丰富的教学相关资讯！" style="width:41.45pt;height:30.55pt">
            <v:imagedata r:id="rId285" o:title="eqIdd4c492ef0c41f7a2f4c15fb27df44a7a"/>
          </v:shape>
        </w:pict>
      </w:r>
      <w:r>
        <w:rPr>
          <w:rFonts w:ascii="SimSun" w:eastAsia="SimSun" w:hAnsi="SimSun" w:cs="SimSun"/>
          <w:color w:val="000000"/>
          <w:lang w:eastAsia="zh-CN"/>
        </w:rPr>
        <w:t>，</w:t>
      </w:r>
      <w:r>
        <w:pict w14:anchorId="441B3129">
          <v:shape id="_x0000_i1481" type="#_x0000_t75" alt="学科网(www.zxxk.com)--教育资源门户，提供试卷、教案、课件、论文、素材以及各类教学资源下载，还有大量而丰富的教学相关资讯！" style="width:12.9pt;height:17.65pt">
            <v:imagedata r:id="rId286" o:title="eqId3e88093a749c0d46e0ee931ecfaff925"/>
          </v:shape>
        </w:pict>
      </w:r>
      <w:r>
        <w:rPr>
          <w:rFonts w:ascii="SimSun" w:eastAsia="SimSun" w:hAnsi="SimSun" w:cs="SimSun"/>
          <w:color w:val="000000"/>
          <w:lang w:eastAsia="zh-CN"/>
        </w:rPr>
        <w:t>是</w:t>
      </w:r>
      <w:r>
        <w:pict w14:anchorId="6F8396BB">
          <v:shape id="_x0000_i1482" type="#_x0000_t75" alt="学科网(www.zxxk.com)--教育资源门户，提供试卷、教案、课件、论文、素材以及各类教学资源下载，还有大量而丰富的教学相关资讯！" style="width:12.25pt;height:17.65pt">
            <v:imagedata r:id="rId287" o:title="eqIde72adb45c60c2f63b46e65ff787302bf"/>
          </v:shape>
        </w:pict>
      </w:r>
      <w:r>
        <w:rPr>
          <w:rFonts w:ascii="SimSun" w:eastAsia="SimSun" w:hAnsi="SimSun" w:cs="SimSun"/>
          <w:color w:val="000000"/>
          <w:lang w:eastAsia="zh-CN"/>
        </w:rPr>
        <w:t>的差倒数，</w:t>
      </w:r>
      <w:r>
        <w:pict w14:anchorId="18A6AF3B">
          <v:shape id="_x0000_i1483" type="#_x0000_t75" alt="学科网(www.zxxk.com)--教育资源门户，提供试卷、教案、课件、论文、素材以及各类教学资源下载，还有大量而丰富的教学相关资讯！" style="width:12.9pt;height:18.35pt">
            <v:imagedata r:id="rId288" o:title="eqId6c1ccc6c74b8754e9bcbb3f39a11b6f1"/>
          </v:shape>
        </w:pict>
      </w:r>
      <w:r>
        <w:rPr>
          <w:rFonts w:ascii="SimSun" w:eastAsia="SimSun" w:hAnsi="SimSun" w:cs="SimSun"/>
          <w:color w:val="000000"/>
          <w:lang w:eastAsia="zh-CN"/>
        </w:rPr>
        <w:t>是</w:t>
      </w:r>
      <w:r>
        <w:pict w14:anchorId="41FA01AC">
          <v:shape id="_x0000_i1484" type="#_x0000_t75" alt="学科网(www.zxxk.com)--教育资源门户，提供试卷、教案、课件、论文、素材以及各类教学资源下载，还有大量而丰富的教学相关资讯！" style="width:12.9pt;height:17.65pt">
            <v:imagedata r:id="rId286" o:title="eqId3e88093a749c0d46e0ee931ecfaff925"/>
          </v:shape>
        </w:pict>
      </w:r>
      <w:r>
        <w:rPr>
          <w:rFonts w:ascii="SimSun" w:eastAsia="SimSun" w:hAnsi="SimSun" w:cs="SimSun"/>
          <w:color w:val="000000"/>
          <w:lang w:eastAsia="zh-CN"/>
        </w:rPr>
        <w:t>的差倒数，</w:t>
      </w:r>
      <w:r>
        <w:pict w14:anchorId="030BD27C">
          <v:shape id="_x0000_i1485" type="#_x0000_t75" alt="学科网(www.zxxk.com)--教育资源门户，提供试卷、教案、课件、论文、素材以及各类教学资源下载，还有大量而丰富的教学相关资讯！" style="width:12.9pt;height:18.35pt">
            <v:imagedata r:id="rId289" o:title="eqIddaf464629fa321a6ff7401ab79f07083"/>
          </v:shape>
        </w:pict>
      </w:r>
      <w:r>
        <w:rPr>
          <w:rFonts w:ascii="SimSun" w:eastAsia="SimSun" w:hAnsi="SimSun" w:cs="SimSun"/>
          <w:color w:val="000000"/>
          <w:lang w:eastAsia="zh-CN"/>
        </w:rPr>
        <w:t>是</w:t>
      </w:r>
      <w:r>
        <w:pict w14:anchorId="744E5EDD">
          <v:shape id="_x0000_i1486" type="#_x0000_t75" alt="学科网(www.zxxk.com)--教育资源门户，提供试卷、教案、课件、论文、素材以及各类教学资源下载，还有大量而丰富的教学相关资讯！" style="width:12.9pt;height:18.35pt">
            <v:imagedata r:id="rId288" o:title="eqId6c1ccc6c74b8754e9bcbb3f39a11b6f1"/>
          </v:shape>
        </w:pict>
      </w:r>
      <w:r>
        <w:rPr>
          <w:rFonts w:ascii="SimSun" w:eastAsia="SimSun" w:hAnsi="SimSun" w:cs="SimSun"/>
          <w:color w:val="000000"/>
          <w:lang w:eastAsia="zh-CN"/>
        </w:rPr>
        <w:t>的差的倒数，</w:t>
      </w:r>
      <w:r>
        <w:pict w14:anchorId="38F3F8FD">
          <v:shape id="_x0000_i1487" type="#_x0000_t75" alt="学科网(www.zxxk.com)--教育资源门户，提供试卷、教案、课件、论文、素材以及各类教学资源下载，还有大量而丰富的教学相关资讯！" style="width:14.25pt;height:8.15pt">
            <v:imagedata r:id="rId240" o:title="eqIddaa5e9bd516f6282483b92cfe6074623"/>
          </v:shape>
        </w:pict>
      </w:r>
      <w:r>
        <w:rPr>
          <w:rFonts w:ascii="SimSun" w:eastAsia="SimSun" w:hAnsi="SimSun" w:cs="SimSun"/>
          <w:color w:val="000000"/>
          <w:lang w:eastAsia="zh-CN"/>
        </w:rPr>
        <w:t>，则</w:t>
      </w:r>
      <w:r>
        <w:pict w14:anchorId="001C44C7">
          <v:shape id="_x0000_i1488" type="#_x0000_t75" alt="学科网(www.zxxk.com)--教育资源门户，提供试卷、教案、课件、论文、素材以及各类教学资源下载，还有大量而丰富的教学相关资讯！" style="width:23.1pt;height:15.6pt">
            <v:imagedata r:id="rId290" o:title="eqId42e4487468ab2823d6dbf7f0ebd2eb38"/>
          </v:shape>
        </w:pict>
      </w:r>
      <w:r>
        <w:rPr>
          <w:color w:val="000000"/>
          <w:lang w:eastAsia="zh-CN"/>
        </w:rPr>
        <w:t>_____________</w:t>
      </w:r>
      <w:r>
        <w:rPr>
          <w:rFonts w:ascii="SimSun" w:eastAsia="SimSun" w:hAnsi="SimSun" w:cs="SimSun"/>
          <w:color w:val="000000"/>
          <w:lang w:eastAsia="zh-CN"/>
        </w:rPr>
        <w:t>，依此类推</w:t>
      </w:r>
      <w:r>
        <w:pict w14:anchorId="0A7AB19F">
          <v:shape id="_x0000_i1489" type="#_x0000_t75" alt="学科网(www.zxxk.com)--教育资源门户，提供试卷、教案、课件、论文、素材以及各类教学资源下载，还有大量而丰富的教学相关资讯！" style="width:33.95pt;height:18.35pt">
            <v:imagedata r:id="rId291" o:title="eqIdafd21f4cb498101d26b4aaa2e1a6addc"/>
          </v:shape>
        </w:pict>
      </w:r>
      <w:r>
        <w:rPr>
          <w:color w:val="000000"/>
          <w:lang w:eastAsia="zh-CN"/>
        </w:rPr>
        <w:t>_________</w:t>
      </w:r>
      <w:r>
        <w:rPr>
          <w:rFonts w:ascii="Times New Roman" w:eastAsia="Times New Roman" w:hAnsi="Times New Roman" w:cs="Times New Roman"/>
          <w:color w:val="000000"/>
          <w:lang w:eastAsia="zh-CN"/>
        </w:rPr>
        <w:t>.</w:t>
      </w:r>
    </w:p>
    <w:p w14:paraId="41F9933D" w14:textId="77777777" w:rsidR="008113A1" w:rsidRDefault="00000000">
      <w:pPr>
        <w:spacing w:line="360" w:lineRule="auto"/>
        <w:textAlignment w:val="center"/>
        <w:rPr>
          <w:color w:val="000000"/>
          <w:lang w:eastAsia="zh-CN"/>
        </w:rPr>
      </w:pPr>
      <w:r>
        <w:rPr>
          <w:color w:val="2E75B6"/>
          <w:lang w:eastAsia="zh-CN"/>
        </w:rPr>
        <w:t>【答案】</w:t>
      </w:r>
      <w:r>
        <w:rPr>
          <w:color w:val="000000"/>
          <w:lang w:eastAsia="zh-CN"/>
        </w:rPr>
        <w:t xml:space="preserve">    ①. </w:t>
      </w:r>
      <w:r>
        <w:pict w14:anchorId="1CCE59D3">
          <v:shape id="_x0000_i1490" type="#_x0000_t75" alt="学科网(www.zxxk.com)--教育资源门户，提供试卷、教案、课件、论文、素材以及各类教学资源下载，还有大量而丰富的教学相关资讯！" style="width:16.3pt;height:27.85pt">
            <v:imagedata r:id="rId292" o:title="eqIdf30d314a642667fef559032264647366"/>
          </v:shape>
        </w:pict>
      </w:r>
      <w:r>
        <w:rPr>
          <w:color w:val="000000"/>
          <w:lang w:eastAsia="zh-CN"/>
        </w:rPr>
        <w:t xml:space="preserve">    ②. </w:t>
      </w:r>
      <w:r>
        <w:pict w14:anchorId="699E16FA">
          <v:shape id="_x0000_i1491" type="#_x0000_t75" alt="学科网(www.zxxk.com)--教育资源门户，提供试卷、教案、课件、论文、素材以及各类教学资源下载，还有大量而丰富的教学相关资讯！" style="width:11.55pt;height:30.55pt">
            <v:imagedata r:id="rId293" o:title="eqId8b2a698891d42c70b597f0da4f215f09"/>
          </v:shape>
        </w:pict>
      </w:r>
    </w:p>
    <w:p w14:paraId="02F7EC12" w14:textId="77777777" w:rsidR="008113A1" w:rsidRDefault="00000000">
      <w:pPr>
        <w:spacing w:line="360" w:lineRule="auto"/>
        <w:textAlignment w:val="center"/>
        <w:rPr>
          <w:color w:val="000000"/>
          <w:lang w:eastAsia="zh-CN"/>
        </w:rPr>
      </w:pPr>
      <w:r>
        <w:rPr>
          <w:color w:val="2E75B6"/>
          <w:lang w:eastAsia="zh-CN"/>
        </w:rPr>
        <w:t>【解析】</w:t>
      </w:r>
    </w:p>
    <w:p w14:paraId="7C281007"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本题考查了代数式求值，数字</w:t>
      </w:r>
      <w:proofErr w:type="gramStart"/>
      <w:r>
        <w:rPr>
          <w:rFonts w:ascii="SimSun" w:eastAsia="SimSun" w:hAnsi="SimSun" w:cs="SimSun"/>
          <w:color w:val="000000"/>
          <w:lang w:eastAsia="zh-CN"/>
        </w:rPr>
        <w:t>类规律</w:t>
      </w:r>
      <w:proofErr w:type="gramEnd"/>
      <w:r>
        <w:rPr>
          <w:rFonts w:ascii="SimSun" w:eastAsia="SimSun" w:hAnsi="SimSun" w:cs="SimSun"/>
          <w:color w:val="000000"/>
          <w:lang w:eastAsia="zh-CN"/>
        </w:rPr>
        <w:t>的探索，掌握数字</w:t>
      </w:r>
      <w:proofErr w:type="gramStart"/>
      <w:r>
        <w:rPr>
          <w:rFonts w:ascii="SimSun" w:eastAsia="SimSun" w:hAnsi="SimSun" w:cs="SimSun"/>
          <w:color w:val="000000"/>
          <w:lang w:eastAsia="zh-CN"/>
        </w:rPr>
        <w:t>类探索</w:t>
      </w:r>
      <w:proofErr w:type="gramEnd"/>
      <w:r>
        <w:rPr>
          <w:rFonts w:ascii="SimSun" w:eastAsia="SimSun" w:hAnsi="SimSun" w:cs="SimSun"/>
          <w:color w:val="000000"/>
          <w:lang w:eastAsia="zh-CN"/>
        </w:rPr>
        <w:t>规律的方法是解答本题的关键．根据题中倒数差的定义，可逐步求得</w:t>
      </w:r>
      <w:r>
        <w:pict w14:anchorId="0228279E">
          <v:shape id="_x0000_i1492" type="#_x0000_t75" alt="学科网(www.zxxk.com)--教育资源门户，提供试卷、教案、课件、论文、素材以及各类教学资源下载，还有大量而丰富的教学相关资讯！" style="width:12.9pt;height:17.65pt">
            <v:imagedata r:id="rId286" o:title="eqId3e88093a749c0d46e0ee931ecfaff925"/>
          </v:shape>
        </w:pict>
      </w:r>
      <w:r>
        <w:rPr>
          <w:rFonts w:ascii="SimSun" w:eastAsia="SimSun" w:hAnsi="SimSun" w:cs="SimSun"/>
          <w:color w:val="000000"/>
          <w:lang w:eastAsia="zh-CN"/>
        </w:rPr>
        <w:t>，</w:t>
      </w:r>
      <w:r>
        <w:pict w14:anchorId="31B69E55">
          <v:shape id="_x0000_i1493" type="#_x0000_t75" alt="学科网(www.zxxk.com)--教育资源门户，提供试卷、教案、课件、论文、素材以及各类教学资源下载，还有大量而丰富的教学相关资讯！" style="width:12.9pt;height:18.35pt">
            <v:imagedata r:id="rId288" o:title="eqId6c1ccc6c74b8754e9bcbb3f39a11b6f1"/>
          </v:shape>
        </w:pict>
      </w:r>
      <w:r>
        <w:rPr>
          <w:rFonts w:ascii="SimSun" w:eastAsia="SimSun" w:hAnsi="SimSun" w:cs="SimSun"/>
          <w:color w:val="000000"/>
          <w:lang w:eastAsia="zh-CN"/>
        </w:rPr>
        <w:t>，</w:t>
      </w:r>
      <w:r>
        <w:pict w14:anchorId="45C49895">
          <v:shape id="_x0000_i1494" type="#_x0000_t75" alt="学科网(www.zxxk.com)--教育资源门户，提供试卷、教案、课件、论文、素材以及各类教学资源下载，还有大量而丰富的教学相关资讯！" style="width:12.9pt;height:18.35pt">
            <v:imagedata r:id="rId289" o:title="eqIddaf464629fa321a6ff7401ab79f07083"/>
          </v:shape>
        </w:pict>
      </w:r>
      <w:r>
        <w:rPr>
          <w:rFonts w:ascii="SimSun" w:eastAsia="SimSun" w:hAnsi="SimSun" w:cs="SimSun"/>
          <w:color w:val="000000"/>
          <w:lang w:eastAsia="zh-CN"/>
        </w:rPr>
        <w:t>的值；根据</w:t>
      </w:r>
      <w:r>
        <w:pict w14:anchorId="6AE54FB5">
          <v:shape id="_x0000_i1495" type="#_x0000_t75" alt="学科网(www.zxxk.com)--教育资源门户，提供试卷、教案、课件、论文、素材以及各类教学资源下载，还有大量而丰富的教学相关资讯！" style="width:12.25pt;height:17.65pt">
            <v:imagedata r:id="rId287" o:title="eqIde72adb45c60c2f63b46e65ff787302bf"/>
          </v:shape>
        </w:pict>
      </w:r>
      <w:r>
        <w:rPr>
          <w:rFonts w:ascii="SimSun" w:eastAsia="SimSun" w:hAnsi="SimSun" w:cs="SimSun"/>
          <w:color w:val="000000"/>
          <w:lang w:eastAsia="zh-CN"/>
        </w:rPr>
        <w:t>，</w:t>
      </w:r>
      <w:r>
        <w:pict w14:anchorId="7906B589">
          <v:shape id="_x0000_i1496" type="#_x0000_t75" alt="学科网(www.zxxk.com)--教育资源门户，提供试卷、教案、课件、论文、素材以及各类教学资源下载，还有大量而丰富的教学相关资讯！" style="width:12.9pt;height:17.65pt">
            <v:imagedata r:id="rId286" o:title="eqId3e88093a749c0d46e0ee931ecfaff925"/>
          </v:shape>
        </w:pict>
      </w:r>
      <w:r>
        <w:rPr>
          <w:rFonts w:ascii="SimSun" w:eastAsia="SimSun" w:hAnsi="SimSun" w:cs="SimSun"/>
          <w:color w:val="000000"/>
          <w:lang w:eastAsia="zh-CN"/>
        </w:rPr>
        <w:t>，</w:t>
      </w:r>
      <w:r>
        <w:pict w14:anchorId="0880DF64">
          <v:shape id="_x0000_i1497" type="#_x0000_t75" alt="学科网(www.zxxk.com)--教育资源门户，提供试卷、教案、课件、论文、素材以及各类教学资源下载，还有大量而丰富的教学相关资讯！" style="width:12.9pt;height:18.35pt">
            <v:imagedata r:id="rId288" o:title="eqId6c1ccc6c74b8754e9bcbb3f39a11b6f1"/>
          </v:shape>
        </w:pict>
      </w:r>
      <w:r>
        <w:rPr>
          <w:rFonts w:ascii="SimSun" w:eastAsia="SimSun" w:hAnsi="SimSun" w:cs="SimSun"/>
          <w:color w:val="000000"/>
          <w:lang w:eastAsia="zh-CN"/>
        </w:rPr>
        <w:t>，</w:t>
      </w:r>
      <w:r>
        <w:pict w14:anchorId="2D8C7492">
          <v:shape id="_x0000_i1498" type="#_x0000_t75" alt="学科网(www.zxxk.com)--教育资源门户，提供试卷、教案、课件、论文、素材以及各类教学资源下载，还有大量而丰富的教学相关资讯！" style="width:12.9pt;height:18.35pt">
            <v:imagedata r:id="rId289" o:title="eqIddaf464629fa321a6ff7401ab79f07083"/>
          </v:shape>
        </w:pict>
      </w:r>
      <w:r>
        <w:rPr>
          <w:rFonts w:ascii="SimSun" w:eastAsia="SimSun" w:hAnsi="SimSun" w:cs="SimSun"/>
          <w:color w:val="000000"/>
          <w:lang w:eastAsia="zh-CN"/>
        </w:rPr>
        <w:t>的值所显示的规律可知，每</w:t>
      </w:r>
      <w:r>
        <w:rPr>
          <w:rFonts w:ascii="Times New Roman" w:eastAsia="Times New Roman" w:hAnsi="Times New Roman" w:cs="Times New Roman"/>
          <w:color w:val="000000"/>
          <w:lang w:eastAsia="zh-CN"/>
        </w:rPr>
        <w:t>3</w:t>
      </w:r>
      <w:r>
        <w:rPr>
          <w:rFonts w:ascii="SimSun" w:eastAsia="SimSun" w:hAnsi="SimSun" w:cs="SimSun"/>
          <w:color w:val="000000"/>
          <w:lang w:eastAsia="zh-CN"/>
        </w:rPr>
        <w:t>个一组重复出现，由此可判断</w:t>
      </w:r>
      <w:r>
        <w:pict w14:anchorId="1B30A755">
          <v:shape id="_x0000_i1499" type="#_x0000_t75" alt="学科网(www.zxxk.com)--教育资源门户，提供试卷、教案、课件、论文、素材以及各类教学资源下载，还有大量而丰富的教学相关资讯！" style="width:46.85pt;height:18.35pt">
            <v:imagedata r:id="rId294" o:title="eqIda1c8e7d5c434b52ca31aa07bb839bf08"/>
          </v:shape>
        </w:pict>
      </w:r>
      <w:r>
        <w:rPr>
          <w:rFonts w:ascii="SimSun" w:eastAsia="SimSun" w:hAnsi="SimSun" w:cs="SimSun"/>
          <w:color w:val="000000"/>
          <w:lang w:eastAsia="zh-CN"/>
        </w:rPr>
        <w:t>，即可求得答案．</w:t>
      </w:r>
    </w:p>
    <w:p w14:paraId="17BB40A1"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①</w:t>
      </w:r>
      <w:r>
        <w:pict w14:anchorId="2858A7D7">
          <v:shape id="_x0000_i1500" type="#_x0000_t75" alt="学科网(www.zxxk.com)--教育资源门户，提供试卷、教案、课件、论文、素材以及各类教学资源下载，还有大量而丰富的教学相关资讯！" style="width:23.75pt;height:18.35pt">
            <v:imagedata r:id="rId295" o:title="eqId2b7db7a34c8ee2fb6127d89cf89ba51b"/>
          </v:shape>
        </w:pict>
      </w:r>
      <w:r>
        <w:rPr>
          <w:rFonts w:ascii="SimSun" w:eastAsia="SimSun" w:hAnsi="SimSun" w:cs="SimSun"/>
          <w:color w:val="000000"/>
          <w:lang w:eastAsia="zh-CN"/>
        </w:rPr>
        <w:t>是</w:t>
      </w:r>
      <w:r>
        <w:pict w14:anchorId="2AD543A4">
          <v:shape id="_x0000_i1501" type="#_x0000_t75" alt="学科网(www.zxxk.com)--教育资源门户，提供试卷、教案、课件、论文、素材以及各类教学资源下载，还有大量而丰富的教学相关资讯！" style="width:12.25pt;height:17.65pt">
            <v:imagedata r:id="rId287" o:title="eqIde72adb45c60c2f63b46e65ff787302bf"/>
          </v:shape>
        </w:pict>
      </w:r>
      <w:r>
        <w:rPr>
          <w:rFonts w:ascii="SimSun" w:eastAsia="SimSun" w:hAnsi="SimSun" w:cs="SimSun"/>
          <w:color w:val="000000"/>
          <w:lang w:eastAsia="zh-CN"/>
        </w:rPr>
        <w:t>的差倒数，</w:t>
      </w:r>
    </w:p>
    <w:p w14:paraId="1265413E" w14:textId="77777777" w:rsidR="008113A1" w:rsidRDefault="00000000">
      <w:pPr>
        <w:spacing w:line="360" w:lineRule="auto"/>
        <w:textAlignment w:val="center"/>
        <w:rPr>
          <w:color w:val="000000"/>
          <w:lang w:eastAsia="zh-CN"/>
        </w:rPr>
      </w:pPr>
      <w:r>
        <w:pict w14:anchorId="335DEA4C">
          <v:shape id="_x0000_i1502" type="#_x0000_t75" alt="学科网(www.zxxk.com)--教育资源门户，提供试卷、教案、课件、论文、素材以及各类教学资源下载，还有大量而丰富的教学相关资讯！" style="width:134.5pt;height:45.5pt">
            <v:imagedata r:id="rId296" o:title="eqIdde7b13f6efcd9543494531a5e7b77eed"/>
          </v:shape>
        </w:pict>
      </w:r>
      <w:r>
        <w:rPr>
          <w:rFonts w:ascii="SimSun" w:eastAsia="SimSun" w:hAnsi="SimSun" w:cs="SimSun"/>
          <w:color w:val="000000"/>
          <w:lang w:eastAsia="zh-CN"/>
        </w:rPr>
        <w:t>，</w:t>
      </w:r>
    </w:p>
    <w:p w14:paraId="4D53669F" w14:textId="77777777" w:rsidR="008113A1" w:rsidRDefault="00000000">
      <w:pPr>
        <w:spacing w:line="360" w:lineRule="auto"/>
        <w:textAlignment w:val="center"/>
        <w:rPr>
          <w:color w:val="000000"/>
          <w:lang w:eastAsia="zh-CN"/>
        </w:rPr>
      </w:pPr>
      <w:r>
        <w:pict w14:anchorId="4FF0B637">
          <v:shape id="_x0000_i1503" type="#_x0000_t75" alt="学科网(www.zxxk.com)--教育资源门户，提供试卷、教案、课件、论文、素材以及各类教学资源下载，还有大量而丰富的教学相关资讯！" style="width:23.1pt;height:18.35pt">
            <v:imagedata r:id="rId297" o:title="eqIda5cf928ad18fd83a2b9b1c02d05bbf39"/>
          </v:shape>
        </w:pict>
      </w:r>
      <w:r>
        <w:rPr>
          <w:rFonts w:ascii="SimSun" w:eastAsia="SimSun" w:hAnsi="SimSun" w:cs="SimSun"/>
          <w:color w:val="000000"/>
          <w:lang w:eastAsia="zh-CN"/>
        </w:rPr>
        <w:t>是</w:t>
      </w:r>
      <w:r>
        <w:pict w14:anchorId="441D0052">
          <v:shape id="_x0000_i1504" type="#_x0000_t75" alt="学科网(www.zxxk.com)--教育资源门户，提供试卷、教案、课件、论文、素材以及各类教学资源下载，还有大量而丰富的教学相关资讯！" style="width:12.9pt;height:17.65pt">
            <v:imagedata r:id="rId286" o:title="eqId3e88093a749c0d46e0ee931ecfaff925"/>
          </v:shape>
        </w:pict>
      </w:r>
      <w:r>
        <w:rPr>
          <w:rFonts w:ascii="SimSun" w:eastAsia="SimSun" w:hAnsi="SimSun" w:cs="SimSun"/>
          <w:color w:val="000000"/>
          <w:lang w:eastAsia="zh-CN"/>
        </w:rPr>
        <w:t>的差倒数，</w:t>
      </w:r>
    </w:p>
    <w:p w14:paraId="0F9747AF" w14:textId="77777777" w:rsidR="008113A1" w:rsidRDefault="00000000">
      <w:pPr>
        <w:spacing w:line="360" w:lineRule="auto"/>
        <w:textAlignment w:val="center"/>
        <w:rPr>
          <w:color w:val="000000"/>
          <w:lang w:eastAsia="zh-CN"/>
        </w:rPr>
      </w:pPr>
      <w:r>
        <w:pict w14:anchorId="1F1F2EAB">
          <v:shape id="_x0000_i1505" type="#_x0000_t75" alt="学科网(www.zxxk.com)--教育资源门户，提供试卷、教案、课件、论文、素材以及各类教学资源下载，还有大量而丰富的教学相关资讯！" style="width:116.85pt;height:45.5pt">
            <v:imagedata r:id="rId298" o:title="eqIdf4028c42629e327ab377be4fafc74a13"/>
          </v:shape>
        </w:pict>
      </w:r>
      <w:r>
        <w:rPr>
          <w:rFonts w:ascii="SimSun" w:eastAsia="SimSun" w:hAnsi="SimSun" w:cs="SimSun"/>
          <w:color w:val="000000"/>
          <w:lang w:eastAsia="zh-CN"/>
        </w:rPr>
        <w:t>，</w:t>
      </w:r>
    </w:p>
    <w:p w14:paraId="71F7E00A" w14:textId="77777777" w:rsidR="008113A1" w:rsidRDefault="00000000">
      <w:pPr>
        <w:spacing w:line="360" w:lineRule="auto"/>
        <w:textAlignment w:val="center"/>
        <w:rPr>
          <w:color w:val="000000"/>
          <w:lang w:eastAsia="zh-CN"/>
        </w:rPr>
      </w:pPr>
      <w:r>
        <w:pict w14:anchorId="1FB9C3A4">
          <v:shape id="_x0000_i1506" type="#_x0000_t75" alt="学科网(www.zxxk.com)--教育资源门户，提供试卷、教案、课件、论文、素材以及各类教学资源下载，还有大量而丰富的教学相关资讯！" style="width:23.1pt;height:18.35pt">
            <v:imagedata r:id="rId299" o:title="eqIdd2052f26a2db69a5263374ac604d71d7"/>
          </v:shape>
        </w:pict>
      </w:r>
      <w:r>
        <w:rPr>
          <w:rFonts w:ascii="SimSun" w:eastAsia="SimSun" w:hAnsi="SimSun" w:cs="SimSun"/>
          <w:color w:val="000000"/>
          <w:lang w:eastAsia="zh-CN"/>
        </w:rPr>
        <w:t>是</w:t>
      </w:r>
      <w:r>
        <w:pict w14:anchorId="5318C98B">
          <v:shape id="_x0000_i1507" type="#_x0000_t75" alt="学科网(www.zxxk.com)--教育资源门户，提供试卷、教案、课件、论文、素材以及各类教学资源下载，还有大量而丰富的教学相关资讯！" style="width:12.9pt;height:18.35pt">
            <v:imagedata r:id="rId288" o:title="eqId6c1ccc6c74b8754e9bcbb3f39a11b6f1"/>
          </v:shape>
        </w:pict>
      </w:r>
      <w:r>
        <w:rPr>
          <w:rFonts w:ascii="SimSun" w:eastAsia="SimSun" w:hAnsi="SimSun" w:cs="SimSun"/>
          <w:color w:val="000000"/>
          <w:lang w:eastAsia="zh-CN"/>
        </w:rPr>
        <w:t>的差的倒数，</w:t>
      </w:r>
    </w:p>
    <w:p w14:paraId="79D666F6" w14:textId="77777777" w:rsidR="008113A1" w:rsidRDefault="00000000">
      <w:pPr>
        <w:spacing w:line="360" w:lineRule="auto"/>
        <w:textAlignment w:val="center"/>
        <w:rPr>
          <w:color w:val="000000"/>
          <w:lang w:eastAsia="zh-CN"/>
        </w:rPr>
      </w:pPr>
      <w:r>
        <w:pict w14:anchorId="27F4149D">
          <v:shape id="_x0000_i1508" type="#_x0000_t75" alt="学科网(www.zxxk.com)--教育资源门户，提供试卷、教案、课件、论文、素材以及各类教学资源下载，还有大量而丰富的教学相关资讯！" style="width:123.6pt;height:33.95pt">
            <v:imagedata r:id="rId300" o:title="eqIdf299a1fa57715833612326c9a718bf9d"/>
          </v:shape>
        </w:pict>
      </w:r>
      <w:r>
        <w:rPr>
          <w:rFonts w:ascii="SimSun" w:eastAsia="SimSun" w:hAnsi="SimSun" w:cs="SimSun"/>
          <w:color w:val="000000"/>
          <w:lang w:eastAsia="zh-CN"/>
        </w:rPr>
        <w:t>，</w:t>
      </w:r>
    </w:p>
    <w:p w14:paraId="56782BD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2595E31B">
          <v:shape id="_x0000_i1509" type="#_x0000_t75" alt="学科网(www.zxxk.com)--教育资源门户，提供试卷、教案、课件、论文、素材以及各类教学资源下载，还有大量而丰富的教学相关资讯！" style="width:16.3pt;height:27.85pt">
            <v:imagedata r:id="rId292" o:title="eqIdf30d314a642667fef559032264647366"/>
          </v:shape>
        </w:pict>
      </w:r>
      <w:r>
        <w:rPr>
          <w:rFonts w:ascii="SimSun" w:eastAsia="SimSun" w:hAnsi="SimSun" w:cs="SimSun"/>
          <w:color w:val="000000"/>
          <w:lang w:eastAsia="zh-CN"/>
        </w:rPr>
        <w:t>．</w:t>
      </w:r>
    </w:p>
    <w:p w14:paraId="758837C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②由①可知</w:t>
      </w:r>
      <w:r>
        <w:pict w14:anchorId="073BEDDF">
          <v:shape id="_x0000_i1510" type="#_x0000_t75" alt="学科网(www.zxxk.com)--教育资源门户，提供试卷、教案、课件、论文、素材以及各类教学资源下载，还有大量而丰富的教学相关资讯！" style="width:35.3pt;height:18.35pt">
            <v:imagedata r:id="rId301" o:title="eqIda077b68a1855054eea77cdf95649cf74"/>
          </v:shape>
        </w:pict>
      </w:r>
      <w:r>
        <w:rPr>
          <w:rFonts w:ascii="SimSun" w:eastAsia="SimSun" w:hAnsi="SimSun" w:cs="SimSun"/>
          <w:color w:val="000000"/>
          <w:lang w:eastAsia="zh-CN"/>
        </w:rPr>
        <w:t>，</w:t>
      </w:r>
    </w:p>
    <w:p w14:paraId="10F0586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lastRenderedPageBreak/>
        <w:t>由此可知，差倒数每</w:t>
      </w:r>
      <w:r>
        <w:rPr>
          <w:rFonts w:ascii="Times New Roman" w:eastAsia="Times New Roman" w:hAnsi="Times New Roman" w:cs="Times New Roman"/>
          <w:color w:val="000000"/>
          <w:lang w:eastAsia="zh-CN"/>
        </w:rPr>
        <w:t>3</w:t>
      </w:r>
      <w:r>
        <w:rPr>
          <w:rFonts w:ascii="SimSun" w:eastAsia="SimSun" w:hAnsi="SimSun" w:cs="SimSun"/>
          <w:color w:val="000000"/>
          <w:lang w:eastAsia="zh-CN"/>
        </w:rPr>
        <w:t>个一组重复出现，</w:t>
      </w:r>
    </w:p>
    <w:p w14:paraId="6F7B48C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因为</w:t>
      </w:r>
      <w:r>
        <w:pict w14:anchorId="2A2AD1C2">
          <v:shape id="_x0000_i1511" type="#_x0000_t75" alt="学科网(www.zxxk.com)--教育资源门户，提供试卷、教案、课件、论文、素材以及各类教学资源下载，还有大量而丰富的教学相关资讯！" style="width:105.95pt;height:13.6pt">
            <v:imagedata r:id="rId302" o:title="eqId2ad512571550ba9cdc8b00b82564a995"/>
          </v:shape>
        </w:pict>
      </w:r>
      <w:r>
        <w:rPr>
          <w:rFonts w:ascii="SimSun" w:eastAsia="SimSun" w:hAnsi="SimSun" w:cs="SimSun"/>
          <w:color w:val="000000"/>
          <w:lang w:eastAsia="zh-CN"/>
        </w:rPr>
        <w:t>，</w:t>
      </w:r>
    </w:p>
    <w:p w14:paraId="5405869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所以</w:t>
      </w:r>
      <w:r>
        <w:pict w14:anchorId="5F17A8BD">
          <v:shape id="_x0000_i1512" type="#_x0000_t75" alt="学科网(www.zxxk.com)--教育资源门户，提供试卷、教案、课件、论文、素材以及各类教学资源下载，还有大量而丰富的教学相关资讯！" style="width:67.9pt;height:30.55pt">
            <v:imagedata r:id="rId303" o:title="eqId9fe1598f7757bef17f3f429707509f2f"/>
          </v:shape>
        </w:pict>
      </w:r>
      <w:r>
        <w:rPr>
          <w:rFonts w:ascii="SimSun" w:eastAsia="SimSun" w:hAnsi="SimSun" w:cs="SimSun"/>
          <w:color w:val="000000"/>
          <w:lang w:eastAsia="zh-CN"/>
        </w:rPr>
        <w:t>．</w:t>
      </w:r>
    </w:p>
    <w:p w14:paraId="116DFF3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0077D4ED">
          <v:shape id="_x0000_i1513" type="#_x0000_t75" alt="学科网(www.zxxk.com)--教育资源门户，提供试卷、教案、课件、论文、素材以及各类教学资源下载，还有大量而丰富的教学相关资讯！" style="width:11.55pt;height:30.55pt">
            <v:imagedata r:id="rId293" o:title="eqId8b2a698891d42c70b597f0da4f215f09"/>
          </v:shape>
        </w:pict>
      </w:r>
      <w:r>
        <w:rPr>
          <w:rFonts w:ascii="SimSun" w:eastAsia="SimSun" w:hAnsi="SimSun" w:cs="SimSun"/>
          <w:color w:val="000000"/>
          <w:lang w:eastAsia="zh-CN"/>
        </w:rPr>
        <w:t>．</w:t>
      </w:r>
    </w:p>
    <w:p w14:paraId="2311831B" w14:textId="77777777" w:rsidR="008113A1" w:rsidRDefault="00000000">
      <w:pPr>
        <w:spacing w:line="285" w:lineRule="auto"/>
        <w:jc w:val="both"/>
        <w:textAlignment w:val="center"/>
        <w:rPr>
          <w:color w:val="000000"/>
          <w:lang w:eastAsia="zh-CN"/>
        </w:rPr>
      </w:pPr>
      <w:r>
        <w:rPr>
          <w:rFonts w:ascii="SimSun" w:eastAsia="SimSun" w:hAnsi="SimSun" w:cs="SimSun"/>
          <w:b/>
          <w:color w:val="000000"/>
          <w:sz w:val="24"/>
          <w:lang w:eastAsia="zh-CN"/>
        </w:rPr>
        <w:t>三、解答题（本题共</w:t>
      </w:r>
      <w:r>
        <w:rPr>
          <w:rFonts w:ascii="Times New Roman" w:eastAsia="Times New Roman" w:hAnsi="Times New Roman" w:cs="Times New Roman"/>
          <w:b/>
          <w:color w:val="000000"/>
          <w:sz w:val="24"/>
          <w:lang w:eastAsia="zh-CN"/>
        </w:rPr>
        <w:t>54</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19-25</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26</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27</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28</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w:t>
      </w:r>
    </w:p>
    <w:p w14:paraId="71DF72A4" w14:textId="77777777" w:rsidR="008113A1" w:rsidRDefault="00000000">
      <w:pPr>
        <w:pStyle w:val="Heading2"/>
        <w:rPr>
          <w:lang w:eastAsia="zh-CN"/>
        </w:rPr>
      </w:pPr>
      <w:bookmarkStart w:id="28" w:name="_Toc235460045"/>
      <w:r>
        <w:rPr>
          <w:lang w:eastAsia="zh-CN"/>
        </w:rPr>
        <w:t>第一六一中学分校</w:t>
      </w:r>
      <w:bookmarkEnd w:id="28"/>
    </w:p>
    <w:p w14:paraId="243DFF3E" w14:textId="77777777" w:rsidR="008113A1" w:rsidRDefault="00000000">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在茫茫宇宙中，存在着一种神秘的天体，任何物质经过它的附近都会被它吸引进去，再也不能出来，这就是黑洞。在数学中也有这种神秘的黑洞现象，</w:t>
      </w:r>
      <w:proofErr w:type="gramStart"/>
      <w:r>
        <w:rPr>
          <w:rFonts w:ascii="SimSun" w:eastAsia="SimSun" w:hAnsi="SimSun" w:cs="SimSun"/>
          <w:color w:val="000000"/>
          <w:lang w:eastAsia="zh-CN"/>
        </w:rPr>
        <w:t>被称为“西西弗斯串”。</w:t>
      </w:r>
      <w:proofErr w:type="gramEnd"/>
      <w:r>
        <w:rPr>
          <w:rFonts w:ascii="SimSun" w:eastAsia="SimSun" w:hAnsi="SimSun" w:cs="SimSun"/>
          <w:color w:val="000000"/>
          <w:lang w:eastAsia="zh-CN"/>
        </w:rPr>
        <w:t>“</w:t>
      </w:r>
      <w:proofErr w:type="gramStart"/>
      <w:r>
        <w:rPr>
          <w:rFonts w:ascii="SimSun" w:eastAsia="SimSun" w:hAnsi="SimSun" w:cs="SimSun"/>
          <w:color w:val="000000"/>
          <w:lang w:eastAsia="zh-CN"/>
        </w:rPr>
        <w:t>西西弗斯串”是指任意设定一个数字串</w:t>
      </w:r>
      <w:proofErr w:type="gramEnd"/>
      <w:r>
        <w:rPr>
          <w:rFonts w:ascii="SimSun" w:eastAsia="SimSun" w:hAnsi="SimSun" w:cs="SimSun"/>
          <w:color w:val="000000"/>
          <w:lang w:eastAsia="zh-CN"/>
        </w:rPr>
        <w:t>，数出其中所含偶数数字的个数、奇数数字的个数、数字的总个数，</w:t>
      </w:r>
      <w:proofErr w:type="gramStart"/>
      <w:r>
        <w:rPr>
          <w:rFonts w:ascii="SimSun" w:eastAsia="SimSun" w:hAnsi="SimSun" w:cs="SimSun"/>
          <w:color w:val="000000"/>
          <w:lang w:eastAsia="zh-CN"/>
        </w:rPr>
        <w:t>将它们按照“</w:t>
      </w:r>
      <w:proofErr w:type="gramEnd"/>
      <w:r>
        <w:rPr>
          <w:rFonts w:ascii="SimSun" w:eastAsia="SimSun" w:hAnsi="SimSun" w:cs="SimSun"/>
          <w:color w:val="000000"/>
          <w:lang w:eastAsia="zh-CN"/>
        </w:rPr>
        <w:t>偶—奇—</w:t>
      </w:r>
      <w:proofErr w:type="gramStart"/>
      <w:r>
        <w:rPr>
          <w:rFonts w:ascii="SimSun" w:eastAsia="SimSun" w:hAnsi="SimSun" w:cs="SimSun"/>
          <w:color w:val="000000"/>
          <w:lang w:eastAsia="zh-CN"/>
        </w:rPr>
        <w:t>总”的顺序排列成新的数字串</w:t>
      </w:r>
      <w:proofErr w:type="gramEnd"/>
      <w:r>
        <w:rPr>
          <w:rFonts w:ascii="SimSun" w:eastAsia="SimSun" w:hAnsi="SimSun" w:cs="SimSun"/>
          <w:color w:val="000000"/>
          <w:lang w:eastAsia="zh-CN"/>
        </w:rPr>
        <w:t>，再将断的数字串按照上述规则重复进行下去，最终总能得到一个不再变化的数字串。例如，</w:t>
      </w:r>
      <w:r>
        <w:rPr>
          <w:rFonts w:ascii="Times New Roman" w:eastAsia="Times New Roman" w:hAnsi="Times New Roman" w:cs="Times New Roman"/>
          <w:color w:val="000000"/>
          <w:lang w:eastAsia="zh-CN"/>
        </w:rPr>
        <w:t>11</w:t>
      </w:r>
      <w:r>
        <w:rPr>
          <w:rFonts w:ascii="SimSun" w:eastAsia="SimSun" w:hAnsi="SimSun" w:cs="SimSun"/>
          <w:color w:val="000000"/>
          <w:lang w:eastAsia="zh-CN"/>
        </w:rPr>
        <w:t>位的数字串</w:t>
      </w:r>
      <w:r>
        <w:rPr>
          <w:rFonts w:ascii="Times New Roman" w:eastAsia="Times New Roman" w:hAnsi="Times New Roman" w:cs="Times New Roman"/>
          <w:color w:val="000000"/>
          <w:lang w:eastAsia="zh-CN"/>
        </w:rPr>
        <w:t>46818957892</w:t>
      </w:r>
      <w:r>
        <w:rPr>
          <w:rFonts w:ascii="SimSun" w:eastAsia="SimSun" w:hAnsi="SimSun" w:cs="SimSun"/>
          <w:color w:val="000000"/>
          <w:lang w:eastAsia="zh-CN"/>
        </w:rPr>
        <w:t>，其中偶数数字有</w:t>
      </w:r>
      <w:r>
        <w:rPr>
          <w:rFonts w:ascii="Times New Roman" w:eastAsia="Times New Roman" w:hAnsi="Times New Roman" w:cs="Times New Roman"/>
          <w:color w:val="000000"/>
          <w:lang w:eastAsia="zh-CN"/>
        </w:rPr>
        <w:t>6</w:t>
      </w:r>
      <w:r>
        <w:rPr>
          <w:rFonts w:ascii="SimSun" w:eastAsia="SimSun" w:hAnsi="SimSun" w:cs="SimSun"/>
          <w:color w:val="000000"/>
          <w:lang w:eastAsia="zh-CN"/>
        </w:rPr>
        <w:t>个，奇数数字有</w:t>
      </w:r>
      <w:r>
        <w:rPr>
          <w:rFonts w:ascii="Times New Roman" w:eastAsia="Times New Roman" w:hAnsi="Times New Roman" w:cs="Times New Roman"/>
          <w:color w:val="000000"/>
          <w:lang w:eastAsia="zh-CN"/>
        </w:rPr>
        <w:t>5</w:t>
      </w:r>
      <w:r>
        <w:rPr>
          <w:rFonts w:ascii="SimSun" w:eastAsia="SimSun" w:hAnsi="SimSun" w:cs="SimSun"/>
          <w:color w:val="000000"/>
          <w:lang w:eastAsia="zh-CN"/>
        </w:rPr>
        <w:t>个，数字总个数是</w:t>
      </w:r>
      <w:r>
        <w:rPr>
          <w:rFonts w:ascii="Times New Roman" w:eastAsia="Times New Roman" w:hAnsi="Times New Roman" w:cs="Times New Roman"/>
          <w:color w:val="000000"/>
          <w:lang w:eastAsia="zh-CN"/>
        </w:rPr>
        <w:t>11</w:t>
      </w:r>
      <w:r>
        <w:rPr>
          <w:rFonts w:ascii="SimSun" w:eastAsia="SimSun" w:hAnsi="SimSun" w:cs="SimSun"/>
          <w:color w:val="000000"/>
          <w:lang w:eastAsia="zh-CN"/>
        </w:rPr>
        <w:t>个，按上述规则操作得到新的数字串</w:t>
      </w:r>
      <w:r>
        <w:rPr>
          <w:rFonts w:ascii="Times New Roman" w:eastAsia="Times New Roman" w:hAnsi="Times New Roman" w:cs="Times New Roman"/>
          <w:color w:val="000000"/>
          <w:lang w:eastAsia="zh-CN"/>
        </w:rPr>
        <w:t>6511</w:t>
      </w:r>
      <w:r>
        <w:rPr>
          <w:rFonts w:ascii="SimSun" w:eastAsia="SimSun" w:hAnsi="SimSun" w:cs="SimSun"/>
          <w:color w:val="000000"/>
          <w:lang w:eastAsia="zh-CN"/>
        </w:rPr>
        <w:t>；将所得</w:t>
      </w:r>
      <w:r>
        <w:rPr>
          <w:rFonts w:ascii="Times New Roman" w:eastAsia="Times New Roman" w:hAnsi="Times New Roman" w:cs="Times New Roman"/>
          <w:color w:val="000000"/>
          <w:lang w:eastAsia="zh-CN"/>
        </w:rPr>
        <w:t>4</w:t>
      </w:r>
      <w:r>
        <w:rPr>
          <w:rFonts w:ascii="SimSun" w:eastAsia="SimSun" w:hAnsi="SimSun" w:cs="SimSun"/>
          <w:color w:val="000000"/>
          <w:lang w:eastAsia="zh-CN"/>
        </w:rPr>
        <w:t>位数字串</w:t>
      </w:r>
      <w:r>
        <w:rPr>
          <w:rFonts w:ascii="Times New Roman" w:eastAsia="Times New Roman" w:hAnsi="Times New Roman" w:cs="Times New Roman"/>
          <w:color w:val="000000"/>
          <w:lang w:eastAsia="zh-CN"/>
        </w:rPr>
        <w:t>6511</w:t>
      </w:r>
      <w:r>
        <w:rPr>
          <w:rFonts w:ascii="SimSun" w:eastAsia="SimSun" w:hAnsi="SimSun" w:cs="SimSun"/>
          <w:color w:val="000000"/>
          <w:lang w:eastAsia="zh-CN"/>
        </w:rPr>
        <w:t>再次按规则进行操作可得到新的数字串</w:t>
      </w:r>
      <w:r>
        <w:rPr>
          <w:color w:val="000000"/>
          <w:lang w:eastAsia="zh-CN"/>
        </w:rPr>
        <w:t>______</w:t>
      </w:r>
      <w:r>
        <w:rPr>
          <w:rFonts w:ascii="SimSun" w:eastAsia="SimSun" w:hAnsi="SimSun" w:cs="SimSun"/>
          <w:color w:val="000000"/>
          <w:lang w:eastAsia="zh-CN"/>
        </w:rPr>
        <w:t>；若一直按规则重复进行操作，最终得到的数字串是</w:t>
      </w:r>
      <w:r>
        <w:rPr>
          <w:color w:val="000000"/>
          <w:lang w:eastAsia="zh-CN"/>
        </w:rPr>
        <w:t>______</w:t>
      </w:r>
      <w:r>
        <w:rPr>
          <w:rFonts w:ascii="SimSun" w:eastAsia="SimSun" w:hAnsi="SimSun" w:cs="SimSun"/>
          <w:color w:val="000000"/>
          <w:lang w:eastAsia="zh-CN"/>
        </w:rPr>
        <w:t>．</w:t>
      </w:r>
    </w:p>
    <w:p w14:paraId="7975C0EA" w14:textId="77777777" w:rsidR="008113A1" w:rsidRDefault="00000000">
      <w:pPr>
        <w:spacing w:line="360" w:lineRule="auto"/>
        <w:textAlignment w:val="center"/>
        <w:rPr>
          <w:color w:val="000000"/>
          <w:lang w:eastAsia="zh-CN"/>
        </w:rPr>
      </w:pPr>
      <w:r>
        <w:rPr>
          <w:color w:val="2E75B6"/>
          <w:lang w:eastAsia="zh-CN"/>
        </w:rPr>
        <w:t>【答案】</w:t>
      </w:r>
      <w:r>
        <w:rPr>
          <w:color w:val="000000"/>
          <w:lang w:eastAsia="zh-CN"/>
        </w:rPr>
        <w:t xml:space="preserve">    ①. </w:t>
      </w:r>
      <w:r>
        <w:rPr>
          <w:rFonts w:ascii="Times New Roman" w:eastAsia="Times New Roman" w:hAnsi="Times New Roman" w:cs="Times New Roman"/>
          <w:color w:val="000000"/>
          <w:lang w:eastAsia="zh-CN"/>
        </w:rPr>
        <w:t>134</w:t>
      </w:r>
      <w:r>
        <w:rPr>
          <w:color w:val="000000"/>
          <w:lang w:eastAsia="zh-CN"/>
        </w:rPr>
        <w:t xml:space="preserve">    ②. </w:t>
      </w:r>
      <w:r>
        <w:rPr>
          <w:rFonts w:ascii="Times New Roman" w:eastAsia="Times New Roman" w:hAnsi="Times New Roman" w:cs="Times New Roman"/>
          <w:color w:val="000000"/>
          <w:lang w:eastAsia="zh-CN"/>
        </w:rPr>
        <w:t>123</w:t>
      </w:r>
    </w:p>
    <w:p w14:paraId="3576D794" w14:textId="77777777" w:rsidR="008113A1" w:rsidRDefault="00000000">
      <w:pPr>
        <w:spacing w:line="360" w:lineRule="auto"/>
        <w:textAlignment w:val="center"/>
        <w:rPr>
          <w:color w:val="000000"/>
          <w:lang w:eastAsia="zh-CN"/>
        </w:rPr>
      </w:pPr>
      <w:r>
        <w:rPr>
          <w:color w:val="2E75B6"/>
          <w:lang w:eastAsia="zh-CN"/>
        </w:rPr>
        <w:t>【解析】</w:t>
      </w:r>
    </w:p>
    <w:p w14:paraId="2B392B4C"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本题主要了数字变化规律，根据题意，</w:t>
      </w:r>
      <w:r>
        <w:rPr>
          <w:rFonts w:ascii="Times New Roman" w:eastAsia="Times New Roman" w:hAnsi="Times New Roman" w:cs="Times New Roman"/>
          <w:color w:val="000000"/>
          <w:lang w:eastAsia="zh-CN"/>
        </w:rPr>
        <w:t>4</w:t>
      </w:r>
      <w:r>
        <w:rPr>
          <w:rFonts w:ascii="SimSun" w:eastAsia="SimSun" w:hAnsi="SimSun" w:cs="SimSun"/>
          <w:color w:val="000000"/>
          <w:lang w:eastAsia="zh-CN"/>
        </w:rPr>
        <w:t>位数字串</w:t>
      </w:r>
      <w:r>
        <w:rPr>
          <w:rFonts w:ascii="Times New Roman" w:eastAsia="Times New Roman" w:hAnsi="Times New Roman" w:cs="Times New Roman"/>
          <w:color w:val="000000"/>
          <w:lang w:eastAsia="zh-CN"/>
        </w:rPr>
        <w:t>6511</w:t>
      </w:r>
      <w:r>
        <w:rPr>
          <w:rFonts w:ascii="SimSun" w:eastAsia="SimSun" w:hAnsi="SimSun" w:cs="SimSun"/>
          <w:color w:val="000000"/>
          <w:lang w:eastAsia="zh-CN"/>
        </w:rPr>
        <w:t>经过一次变化之后变为</w:t>
      </w:r>
      <w:r>
        <w:rPr>
          <w:rFonts w:ascii="Times New Roman" w:eastAsia="Times New Roman" w:hAnsi="Times New Roman" w:cs="Times New Roman"/>
          <w:color w:val="000000"/>
          <w:lang w:eastAsia="zh-CN"/>
        </w:rPr>
        <w:t>134</w:t>
      </w:r>
      <w:r>
        <w:rPr>
          <w:rFonts w:ascii="SimSun" w:eastAsia="SimSun" w:hAnsi="SimSun" w:cs="SimSun"/>
          <w:color w:val="000000"/>
          <w:lang w:eastAsia="zh-CN"/>
        </w:rPr>
        <w:t>，经过第二次变化后变为</w:t>
      </w:r>
      <w:r>
        <w:rPr>
          <w:rFonts w:ascii="Times New Roman" w:eastAsia="Times New Roman" w:hAnsi="Times New Roman" w:cs="Times New Roman"/>
          <w:color w:val="000000"/>
          <w:lang w:eastAsia="zh-CN"/>
        </w:rPr>
        <w:t>123</w:t>
      </w:r>
      <w:r>
        <w:rPr>
          <w:rFonts w:ascii="SimSun" w:eastAsia="SimSun" w:hAnsi="SimSun" w:cs="SimSun"/>
          <w:color w:val="000000"/>
          <w:lang w:eastAsia="zh-CN"/>
        </w:rPr>
        <w:t>，再变为</w:t>
      </w:r>
      <w:r>
        <w:rPr>
          <w:rFonts w:ascii="Times New Roman" w:eastAsia="Times New Roman" w:hAnsi="Times New Roman" w:cs="Times New Roman"/>
          <w:color w:val="000000"/>
          <w:lang w:eastAsia="zh-CN"/>
        </w:rPr>
        <w:t>123</w:t>
      </w:r>
      <w:r>
        <w:rPr>
          <w:rFonts w:ascii="SimSun" w:eastAsia="SimSun" w:hAnsi="SimSun" w:cs="SimSun"/>
          <w:color w:val="000000"/>
          <w:lang w:eastAsia="zh-CN"/>
        </w:rPr>
        <w:t>，再变为</w:t>
      </w:r>
      <w:r>
        <w:rPr>
          <w:rFonts w:ascii="Times New Roman" w:eastAsia="Times New Roman" w:hAnsi="Times New Roman" w:cs="Times New Roman"/>
          <w:color w:val="000000"/>
          <w:lang w:eastAsia="zh-CN"/>
        </w:rPr>
        <w:t>123</w:t>
      </w:r>
      <w:r>
        <w:rPr>
          <w:rFonts w:ascii="SimSun" w:eastAsia="SimSun" w:hAnsi="SimSun" w:cs="SimSun"/>
          <w:color w:val="000000"/>
          <w:lang w:eastAsia="zh-CN"/>
        </w:rPr>
        <w:t>，…，即发现最终得到的数字串是</w:t>
      </w:r>
      <w:r>
        <w:rPr>
          <w:rFonts w:ascii="Times New Roman" w:eastAsia="Times New Roman" w:hAnsi="Times New Roman" w:cs="Times New Roman"/>
          <w:color w:val="000000"/>
          <w:lang w:eastAsia="zh-CN"/>
        </w:rPr>
        <w:t>123</w:t>
      </w:r>
      <w:r>
        <w:rPr>
          <w:rFonts w:ascii="SimSun" w:eastAsia="SimSun" w:hAnsi="SimSun" w:cs="SimSun"/>
          <w:color w:val="000000"/>
          <w:lang w:eastAsia="zh-CN"/>
        </w:rPr>
        <w:t>，从而求解．</w:t>
      </w:r>
    </w:p>
    <w:p w14:paraId="4B3ED6FA"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rPr>
          <w:rFonts w:ascii="Times New Roman" w:eastAsia="Times New Roman" w:hAnsi="Times New Roman" w:cs="Times New Roman"/>
          <w:color w:val="000000"/>
          <w:lang w:eastAsia="zh-CN"/>
        </w:rPr>
        <w:t>4</w:t>
      </w:r>
      <w:r>
        <w:rPr>
          <w:rFonts w:ascii="SimSun" w:eastAsia="SimSun" w:hAnsi="SimSun" w:cs="SimSun"/>
          <w:color w:val="000000"/>
          <w:lang w:eastAsia="zh-CN"/>
        </w:rPr>
        <w:t>位数字串</w:t>
      </w:r>
      <w:r>
        <w:rPr>
          <w:rFonts w:ascii="Times New Roman" w:eastAsia="Times New Roman" w:hAnsi="Times New Roman" w:cs="Times New Roman"/>
          <w:color w:val="000000"/>
          <w:lang w:eastAsia="zh-CN"/>
        </w:rPr>
        <w:t>6511</w:t>
      </w:r>
      <w:r>
        <w:rPr>
          <w:rFonts w:ascii="SimSun" w:eastAsia="SimSun" w:hAnsi="SimSun" w:cs="SimSun"/>
          <w:color w:val="000000"/>
          <w:lang w:eastAsia="zh-CN"/>
        </w:rPr>
        <w:t>，其中偶数数字有</w:t>
      </w:r>
      <w:r>
        <w:rPr>
          <w:rFonts w:ascii="Times New Roman" w:eastAsia="Times New Roman" w:hAnsi="Times New Roman" w:cs="Times New Roman"/>
          <w:color w:val="000000"/>
          <w:lang w:eastAsia="zh-CN"/>
        </w:rPr>
        <w:t>1</w:t>
      </w:r>
      <w:r>
        <w:rPr>
          <w:rFonts w:ascii="SimSun" w:eastAsia="SimSun" w:hAnsi="SimSun" w:cs="SimSun"/>
          <w:color w:val="000000"/>
          <w:lang w:eastAsia="zh-CN"/>
        </w:rPr>
        <w:t>个，奇数数字有</w:t>
      </w:r>
      <w:r>
        <w:rPr>
          <w:rFonts w:ascii="Times New Roman" w:eastAsia="Times New Roman" w:hAnsi="Times New Roman" w:cs="Times New Roman"/>
          <w:color w:val="000000"/>
          <w:lang w:eastAsia="zh-CN"/>
        </w:rPr>
        <w:t>3</w:t>
      </w:r>
      <w:r>
        <w:rPr>
          <w:rFonts w:ascii="SimSun" w:eastAsia="SimSun" w:hAnsi="SimSun" w:cs="SimSun"/>
          <w:color w:val="000000"/>
          <w:lang w:eastAsia="zh-CN"/>
        </w:rPr>
        <w:t>个，数字总个数是</w:t>
      </w:r>
      <w:r>
        <w:rPr>
          <w:rFonts w:ascii="Times New Roman" w:eastAsia="Times New Roman" w:hAnsi="Times New Roman" w:cs="Times New Roman"/>
          <w:color w:val="000000"/>
          <w:lang w:eastAsia="zh-CN"/>
        </w:rPr>
        <w:t>4</w:t>
      </w:r>
      <w:r>
        <w:rPr>
          <w:rFonts w:ascii="SimSun" w:eastAsia="SimSun" w:hAnsi="SimSun" w:cs="SimSun"/>
          <w:color w:val="000000"/>
          <w:lang w:eastAsia="zh-CN"/>
        </w:rPr>
        <w:t>个，按上述规则操作得到新的数字串</w:t>
      </w:r>
      <w:r>
        <w:rPr>
          <w:rFonts w:ascii="Times New Roman" w:eastAsia="Times New Roman" w:hAnsi="Times New Roman" w:cs="Times New Roman"/>
          <w:color w:val="000000"/>
          <w:lang w:eastAsia="zh-CN"/>
        </w:rPr>
        <w:t>134</w:t>
      </w:r>
      <w:r>
        <w:rPr>
          <w:rFonts w:ascii="SimSun" w:eastAsia="SimSun" w:hAnsi="SimSun" w:cs="SimSun"/>
          <w:color w:val="000000"/>
          <w:lang w:eastAsia="zh-CN"/>
        </w:rPr>
        <w:t>；</w:t>
      </w:r>
    </w:p>
    <w:p w14:paraId="44CA22E4"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3</w:t>
      </w:r>
      <w:r>
        <w:rPr>
          <w:rFonts w:ascii="SimSun" w:eastAsia="SimSun" w:hAnsi="SimSun" w:cs="SimSun"/>
          <w:color w:val="000000"/>
          <w:lang w:eastAsia="zh-CN"/>
        </w:rPr>
        <w:t>位数字串</w:t>
      </w:r>
      <w:r>
        <w:rPr>
          <w:rFonts w:ascii="Times New Roman" w:eastAsia="Times New Roman" w:hAnsi="Times New Roman" w:cs="Times New Roman"/>
          <w:color w:val="000000"/>
          <w:lang w:eastAsia="zh-CN"/>
        </w:rPr>
        <w:t>134</w:t>
      </w:r>
      <w:r>
        <w:rPr>
          <w:rFonts w:ascii="SimSun" w:eastAsia="SimSun" w:hAnsi="SimSun" w:cs="SimSun"/>
          <w:color w:val="000000"/>
          <w:lang w:eastAsia="zh-CN"/>
        </w:rPr>
        <w:t>，其中偶数数字有</w:t>
      </w:r>
      <w:r>
        <w:rPr>
          <w:rFonts w:ascii="Times New Roman" w:eastAsia="Times New Roman" w:hAnsi="Times New Roman" w:cs="Times New Roman"/>
          <w:color w:val="000000"/>
          <w:lang w:eastAsia="zh-CN"/>
        </w:rPr>
        <w:t>1</w:t>
      </w:r>
      <w:r>
        <w:rPr>
          <w:rFonts w:ascii="SimSun" w:eastAsia="SimSun" w:hAnsi="SimSun" w:cs="SimSun"/>
          <w:color w:val="000000"/>
          <w:lang w:eastAsia="zh-CN"/>
        </w:rPr>
        <w:t>个，奇数数字有</w:t>
      </w:r>
      <w:r>
        <w:rPr>
          <w:rFonts w:ascii="Times New Roman" w:eastAsia="Times New Roman" w:hAnsi="Times New Roman" w:cs="Times New Roman"/>
          <w:color w:val="000000"/>
          <w:lang w:eastAsia="zh-CN"/>
        </w:rPr>
        <w:t>2</w:t>
      </w:r>
      <w:r>
        <w:rPr>
          <w:rFonts w:ascii="SimSun" w:eastAsia="SimSun" w:hAnsi="SimSun" w:cs="SimSun"/>
          <w:color w:val="000000"/>
          <w:lang w:eastAsia="zh-CN"/>
        </w:rPr>
        <w:t>个，数字总个数是</w:t>
      </w:r>
      <w:r>
        <w:rPr>
          <w:rFonts w:ascii="Times New Roman" w:eastAsia="Times New Roman" w:hAnsi="Times New Roman" w:cs="Times New Roman"/>
          <w:color w:val="000000"/>
          <w:lang w:eastAsia="zh-CN"/>
        </w:rPr>
        <w:t>3</w:t>
      </w:r>
      <w:r>
        <w:rPr>
          <w:rFonts w:ascii="SimSun" w:eastAsia="SimSun" w:hAnsi="SimSun" w:cs="SimSun"/>
          <w:color w:val="000000"/>
          <w:lang w:eastAsia="zh-CN"/>
        </w:rPr>
        <w:t>个，按上述规则操作得到新的数字串</w:t>
      </w:r>
      <w:r>
        <w:rPr>
          <w:rFonts w:ascii="Times New Roman" w:eastAsia="Times New Roman" w:hAnsi="Times New Roman" w:cs="Times New Roman"/>
          <w:color w:val="000000"/>
          <w:lang w:eastAsia="zh-CN"/>
        </w:rPr>
        <w:t>123</w:t>
      </w:r>
      <w:r>
        <w:rPr>
          <w:rFonts w:ascii="SimSun" w:eastAsia="SimSun" w:hAnsi="SimSun" w:cs="SimSun"/>
          <w:color w:val="000000"/>
          <w:lang w:eastAsia="zh-CN"/>
        </w:rPr>
        <w:t>；</w:t>
      </w:r>
    </w:p>
    <w:p w14:paraId="19A95827"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lastRenderedPageBreak/>
        <w:t>3</w:t>
      </w:r>
      <w:r>
        <w:rPr>
          <w:rFonts w:ascii="SimSun" w:eastAsia="SimSun" w:hAnsi="SimSun" w:cs="SimSun"/>
          <w:color w:val="000000"/>
          <w:lang w:eastAsia="zh-CN"/>
        </w:rPr>
        <w:t>位数字串</w:t>
      </w:r>
      <w:r>
        <w:rPr>
          <w:rFonts w:ascii="Times New Roman" w:eastAsia="Times New Roman" w:hAnsi="Times New Roman" w:cs="Times New Roman"/>
          <w:color w:val="000000"/>
          <w:lang w:eastAsia="zh-CN"/>
        </w:rPr>
        <w:t>123</w:t>
      </w:r>
      <w:r>
        <w:rPr>
          <w:rFonts w:ascii="SimSun" w:eastAsia="SimSun" w:hAnsi="SimSun" w:cs="SimSun"/>
          <w:color w:val="000000"/>
          <w:lang w:eastAsia="zh-CN"/>
        </w:rPr>
        <w:t>，其中偶数数字有</w:t>
      </w:r>
      <w:r>
        <w:rPr>
          <w:rFonts w:ascii="Times New Roman" w:eastAsia="Times New Roman" w:hAnsi="Times New Roman" w:cs="Times New Roman"/>
          <w:color w:val="000000"/>
          <w:lang w:eastAsia="zh-CN"/>
        </w:rPr>
        <w:t>1</w:t>
      </w:r>
      <w:r>
        <w:rPr>
          <w:rFonts w:ascii="SimSun" w:eastAsia="SimSun" w:hAnsi="SimSun" w:cs="SimSun"/>
          <w:color w:val="000000"/>
          <w:lang w:eastAsia="zh-CN"/>
        </w:rPr>
        <w:t>个，奇数数字有</w:t>
      </w:r>
      <w:r>
        <w:rPr>
          <w:rFonts w:ascii="Times New Roman" w:eastAsia="Times New Roman" w:hAnsi="Times New Roman" w:cs="Times New Roman"/>
          <w:color w:val="000000"/>
          <w:lang w:eastAsia="zh-CN"/>
        </w:rPr>
        <w:t>2</w:t>
      </w:r>
      <w:r>
        <w:rPr>
          <w:rFonts w:ascii="SimSun" w:eastAsia="SimSun" w:hAnsi="SimSun" w:cs="SimSun"/>
          <w:color w:val="000000"/>
          <w:lang w:eastAsia="zh-CN"/>
        </w:rPr>
        <w:t>个，数字总个数是</w:t>
      </w:r>
      <w:r>
        <w:rPr>
          <w:rFonts w:ascii="Times New Roman" w:eastAsia="Times New Roman" w:hAnsi="Times New Roman" w:cs="Times New Roman"/>
          <w:color w:val="000000"/>
          <w:lang w:eastAsia="zh-CN"/>
        </w:rPr>
        <w:t>3</w:t>
      </w:r>
      <w:r>
        <w:rPr>
          <w:rFonts w:ascii="SimSun" w:eastAsia="SimSun" w:hAnsi="SimSun" w:cs="SimSun"/>
          <w:color w:val="000000"/>
          <w:lang w:eastAsia="zh-CN"/>
        </w:rPr>
        <w:t>个，按上述规则操作得到新的数字串</w:t>
      </w:r>
      <w:r>
        <w:rPr>
          <w:rFonts w:ascii="Times New Roman" w:eastAsia="Times New Roman" w:hAnsi="Times New Roman" w:cs="Times New Roman"/>
          <w:color w:val="000000"/>
          <w:lang w:eastAsia="zh-CN"/>
        </w:rPr>
        <w:t>123</w:t>
      </w:r>
      <w:r>
        <w:rPr>
          <w:rFonts w:ascii="SimSun" w:eastAsia="SimSun" w:hAnsi="SimSun" w:cs="SimSun"/>
          <w:color w:val="000000"/>
          <w:lang w:eastAsia="zh-CN"/>
        </w:rPr>
        <w:t>；</w:t>
      </w:r>
    </w:p>
    <w:p w14:paraId="10A7830C"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则重复进行操作，最终得到的数字串是</w:t>
      </w:r>
      <w:r>
        <w:rPr>
          <w:rFonts w:ascii="Times New Roman" w:eastAsia="Times New Roman" w:hAnsi="Times New Roman" w:cs="Times New Roman"/>
          <w:color w:val="000000"/>
          <w:lang w:eastAsia="zh-CN"/>
        </w:rPr>
        <w:t>123</w:t>
      </w:r>
      <w:r>
        <w:rPr>
          <w:rFonts w:ascii="SimSun" w:eastAsia="SimSun" w:hAnsi="SimSun" w:cs="SimSun"/>
          <w:color w:val="000000"/>
          <w:lang w:eastAsia="zh-CN"/>
        </w:rPr>
        <w:t>；</w:t>
      </w:r>
    </w:p>
    <w:p w14:paraId="055B23A7"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134</w:t>
      </w:r>
      <w:r>
        <w:rPr>
          <w:rFonts w:ascii="SimSun" w:eastAsia="SimSun" w:hAnsi="SimSun" w:cs="SimSun"/>
          <w:color w:val="000000"/>
          <w:lang w:eastAsia="zh-CN"/>
        </w:rPr>
        <w:t>，</w:t>
      </w:r>
      <w:r>
        <w:rPr>
          <w:rFonts w:ascii="Times New Roman" w:eastAsia="Times New Roman" w:hAnsi="Times New Roman" w:cs="Times New Roman"/>
          <w:color w:val="000000"/>
          <w:lang w:eastAsia="zh-CN"/>
        </w:rPr>
        <w:t>123</w:t>
      </w:r>
      <w:r>
        <w:rPr>
          <w:rFonts w:ascii="SimSun" w:eastAsia="SimSun" w:hAnsi="SimSun" w:cs="SimSun"/>
          <w:color w:val="000000"/>
          <w:lang w:eastAsia="zh-CN"/>
        </w:rPr>
        <w:t>．</w:t>
      </w:r>
    </w:p>
    <w:p w14:paraId="14736B4D"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三、计算题（本题共</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小题，每小题</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分，共</w:t>
      </w:r>
      <w:r>
        <w:rPr>
          <w:rFonts w:ascii="Times New Roman" w:eastAsia="Times New Roman" w:hAnsi="Times New Roman" w:cs="Times New Roman"/>
          <w:b/>
          <w:color w:val="000000"/>
          <w:sz w:val="24"/>
          <w:lang w:eastAsia="zh-CN"/>
        </w:rPr>
        <w:t>24</w:t>
      </w:r>
      <w:r>
        <w:rPr>
          <w:rFonts w:ascii="SimSun" w:eastAsia="SimSun" w:hAnsi="SimSun" w:cs="SimSun"/>
          <w:b/>
          <w:color w:val="000000"/>
          <w:sz w:val="24"/>
          <w:lang w:eastAsia="zh-CN"/>
        </w:rPr>
        <w:t>分）</w:t>
      </w:r>
    </w:p>
    <w:p w14:paraId="2AE83434" w14:textId="77777777" w:rsidR="008113A1" w:rsidRDefault="00000000">
      <w:pPr>
        <w:pStyle w:val="Heading2"/>
        <w:rPr>
          <w:lang w:eastAsia="zh-CN"/>
        </w:rPr>
      </w:pPr>
      <w:bookmarkStart w:id="29" w:name="_Toc235460046"/>
      <w:r>
        <w:rPr>
          <w:lang w:eastAsia="zh-CN"/>
        </w:rPr>
        <w:t>第三十五中学</w:t>
      </w:r>
      <w:bookmarkEnd w:id="29"/>
    </w:p>
    <w:p w14:paraId="29277074" w14:textId="77777777" w:rsidR="008113A1" w:rsidRDefault="00000000">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如图，在</w:t>
      </w:r>
      <w:r>
        <w:rPr>
          <w:rFonts w:ascii="Times New Roman" w:eastAsia="Times New Roman" w:hAnsi="Times New Roman" w:cs="Times New Roman"/>
          <w:color w:val="000000"/>
          <w:lang w:eastAsia="zh-CN"/>
        </w:rPr>
        <w:t>8</w:t>
      </w:r>
      <w:r>
        <w:rPr>
          <w:rFonts w:ascii="SimSun" w:eastAsia="SimSun" w:hAnsi="SimSun" w:cs="SimSun"/>
          <w:color w:val="000000"/>
          <w:lang w:eastAsia="zh-CN"/>
        </w:rPr>
        <w:t>个格子中依次放着分别写有字母</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h</w:t>
      </w:r>
      <w:r>
        <w:rPr>
          <w:rFonts w:ascii="SimSun" w:eastAsia="SimSun" w:hAnsi="SimSun" w:cs="SimSun"/>
          <w:color w:val="000000"/>
          <w:lang w:eastAsia="zh-CN"/>
        </w:rPr>
        <w:t>的小球．</w:t>
      </w:r>
    </w:p>
    <w:p w14:paraId="6911E981" w14:textId="77777777" w:rsidR="008113A1" w:rsidRDefault="00000000">
      <w:pPr>
        <w:spacing w:line="360" w:lineRule="auto"/>
        <w:textAlignment w:val="center"/>
        <w:rPr>
          <w:color w:val="000000"/>
        </w:rPr>
      </w:pPr>
      <w:r>
        <w:rPr>
          <w:noProof/>
          <w:color w:val="000000"/>
        </w:rPr>
        <w:drawing>
          <wp:inline distT="0" distB="0" distL="114300" distR="114300" wp14:anchorId="6A3A9E51" wp14:editId="65D8886D">
            <wp:extent cx="2428875" cy="314325"/>
            <wp:effectExtent l="0" t="0" r="9525" b="9525"/>
            <wp:docPr id="4295"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 name="图片 100007" descr="学科网(www.zxxk.com)--教育资源门户，提供试卷、教案、课件、论文、素材以及各类教学资源下载，还有大量而丰富的教学相关资讯！"/>
                    <pic:cNvPicPr>
                      <a:picLocks noChangeAspect="1"/>
                    </pic:cNvPicPr>
                  </pic:nvPicPr>
                  <pic:blipFill>
                    <a:blip r:embed="rId304"/>
                    <a:stretch>
                      <a:fillRect/>
                    </a:stretch>
                  </pic:blipFill>
                  <pic:spPr>
                    <a:xfrm>
                      <a:off x="0" y="0"/>
                      <a:ext cx="2428875" cy="314325"/>
                    </a:xfrm>
                    <a:prstGeom prst="rect">
                      <a:avLst/>
                    </a:prstGeom>
                  </pic:spPr>
                </pic:pic>
              </a:graphicData>
            </a:graphic>
          </wp:inline>
        </w:drawing>
      </w:r>
    </w:p>
    <w:p w14:paraId="6F37F21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甲、乙两人轮流从中取走小球，规则如下：</w:t>
      </w:r>
    </w:p>
    <w:p w14:paraId="50507D8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①每人首次取球时，只能取走</w:t>
      </w:r>
      <w:r>
        <w:rPr>
          <w:rFonts w:ascii="Times New Roman" w:eastAsia="Times New Roman" w:hAnsi="Times New Roman" w:cs="Times New Roman"/>
          <w:color w:val="000000"/>
          <w:lang w:eastAsia="zh-CN"/>
        </w:rPr>
        <w:t>2</w:t>
      </w:r>
      <w:r>
        <w:rPr>
          <w:rFonts w:ascii="SimSun" w:eastAsia="SimSun" w:hAnsi="SimSun" w:cs="SimSun"/>
          <w:color w:val="000000"/>
          <w:lang w:eastAsia="zh-CN"/>
        </w:rPr>
        <w:t>个或</w:t>
      </w:r>
      <w:r>
        <w:rPr>
          <w:rFonts w:ascii="Times New Roman" w:eastAsia="Times New Roman" w:hAnsi="Times New Roman" w:cs="Times New Roman"/>
          <w:color w:val="000000"/>
          <w:lang w:eastAsia="zh-CN"/>
        </w:rPr>
        <w:t>3</w:t>
      </w:r>
      <w:r>
        <w:rPr>
          <w:rFonts w:ascii="SimSun" w:eastAsia="SimSun" w:hAnsi="SimSun" w:cs="SimSun"/>
          <w:color w:val="000000"/>
          <w:lang w:eastAsia="zh-CN"/>
        </w:rPr>
        <w:t>个球；后续每次可取走</w:t>
      </w:r>
      <w:r>
        <w:rPr>
          <w:rFonts w:ascii="Times New Roman" w:eastAsia="Times New Roman" w:hAnsi="Times New Roman" w:cs="Times New Roman"/>
          <w:color w:val="000000"/>
          <w:lang w:eastAsia="zh-CN"/>
        </w:rPr>
        <w:t>1</w:t>
      </w:r>
      <w:r>
        <w:rPr>
          <w:rFonts w:ascii="SimSun" w:eastAsia="SimSun" w:hAnsi="SimSun" w:cs="SimSun"/>
          <w:color w:val="000000"/>
          <w:lang w:eastAsia="zh-CN"/>
        </w:rPr>
        <w:t>个，</w:t>
      </w:r>
      <w:r>
        <w:rPr>
          <w:rFonts w:ascii="Times New Roman" w:eastAsia="Times New Roman" w:hAnsi="Times New Roman" w:cs="Times New Roman"/>
          <w:color w:val="000000"/>
          <w:lang w:eastAsia="zh-CN"/>
        </w:rPr>
        <w:t>2</w:t>
      </w:r>
      <w:r>
        <w:rPr>
          <w:rFonts w:ascii="SimSun" w:eastAsia="SimSun" w:hAnsi="SimSun" w:cs="SimSun"/>
          <w:color w:val="000000"/>
          <w:lang w:eastAsia="zh-CN"/>
        </w:rPr>
        <w:t>个或</w:t>
      </w:r>
      <w:r>
        <w:rPr>
          <w:rFonts w:ascii="Times New Roman" w:eastAsia="Times New Roman" w:hAnsi="Times New Roman" w:cs="Times New Roman"/>
          <w:color w:val="000000"/>
          <w:lang w:eastAsia="zh-CN"/>
        </w:rPr>
        <w:t>3</w:t>
      </w:r>
      <w:r>
        <w:rPr>
          <w:rFonts w:ascii="SimSun" w:eastAsia="SimSun" w:hAnsi="SimSun" w:cs="SimSun"/>
          <w:color w:val="000000"/>
          <w:lang w:eastAsia="zh-CN"/>
        </w:rPr>
        <w:t>个球；</w:t>
      </w:r>
    </w:p>
    <w:p w14:paraId="3AED98D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②取走</w:t>
      </w:r>
      <w:r>
        <w:rPr>
          <w:rFonts w:ascii="Times New Roman" w:eastAsia="Times New Roman" w:hAnsi="Times New Roman" w:cs="Times New Roman"/>
          <w:color w:val="000000"/>
          <w:lang w:eastAsia="zh-CN"/>
        </w:rPr>
        <w:t>2</w:t>
      </w:r>
      <w:r>
        <w:rPr>
          <w:rFonts w:ascii="SimSun" w:eastAsia="SimSun" w:hAnsi="SimSun" w:cs="SimSun"/>
          <w:color w:val="000000"/>
          <w:lang w:eastAsia="zh-CN"/>
        </w:rPr>
        <w:t>个或</w:t>
      </w:r>
      <w:r>
        <w:rPr>
          <w:rFonts w:ascii="Times New Roman" w:eastAsia="Times New Roman" w:hAnsi="Times New Roman" w:cs="Times New Roman"/>
          <w:color w:val="000000"/>
          <w:lang w:eastAsia="zh-CN"/>
        </w:rPr>
        <w:t>3</w:t>
      </w:r>
      <w:r>
        <w:rPr>
          <w:rFonts w:ascii="SimSun" w:eastAsia="SimSun" w:hAnsi="SimSun" w:cs="SimSun"/>
          <w:color w:val="000000"/>
          <w:lang w:eastAsia="zh-CN"/>
        </w:rPr>
        <w:t>个球时，必须从相邻的格子中取走；</w:t>
      </w:r>
    </w:p>
    <w:p w14:paraId="480C307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③最后一个将球取完的人获胜．</w:t>
      </w:r>
    </w:p>
    <w:p w14:paraId="16AB2077"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）若</w:t>
      </w:r>
      <w:proofErr w:type="gramStart"/>
      <w:r>
        <w:rPr>
          <w:rFonts w:ascii="SimSun" w:eastAsia="SimSun" w:hAnsi="SimSun" w:cs="SimSun"/>
          <w:color w:val="000000"/>
          <w:lang w:eastAsia="zh-CN"/>
        </w:rPr>
        <w:t>甲首次</w:t>
      </w:r>
      <w:proofErr w:type="gramEnd"/>
      <w:r>
        <w:rPr>
          <w:rFonts w:ascii="SimSun" w:eastAsia="SimSun" w:hAnsi="SimSun" w:cs="SimSun"/>
          <w:color w:val="000000"/>
          <w:lang w:eastAsia="zh-CN"/>
        </w:rPr>
        <w:t>取走写有</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w:t>
      </w:r>
      <w:r>
        <w:rPr>
          <w:rFonts w:ascii="Times New Roman" w:eastAsia="Times New Roman" w:hAnsi="Times New Roman" w:cs="Times New Roman"/>
          <w:i/>
          <w:color w:val="000000"/>
          <w:lang w:eastAsia="zh-CN"/>
        </w:rPr>
        <w:t>d</w:t>
      </w:r>
      <w:r>
        <w:rPr>
          <w:rFonts w:ascii="SimSun" w:eastAsia="SimSun" w:hAnsi="SimSun" w:cs="SimSun"/>
          <w:noProof/>
          <w:color w:val="000000"/>
        </w:rPr>
        <w:drawing>
          <wp:inline distT="0" distB="0" distL="114300" distR="114300" wp14:anchorId="3EF6B93B" wp14:editId="1A2CDB09">
            <wp:extent cx="133350" cy="177800"/>
            <wp:effectExtent l="0" t="0" r="0" b="13335"/>
            <wp:docPr id="4297" name="图片 921216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8" name="图片 921216802"/>
                    <pic:cNvPicPr>
                      <a:picLocks noChangeAspect="1"/>
                    </pic:cNvPicPr>
                  </pic:nvPicPr>
                  <pic:blipFill>
                    <a:blip r:embed="rId305"/>
                    <a:stretch>
                      <a:fillRect/>
                    </a:stretch>
                  </pic:blipFill>
                  <pic:spPr>
                    <a:xfrm>
                      <a:off x="0" y="0"/>
                      <a:ext cx="133350" cy="177800"/>
                    </a:xfrm>
                    <a:prstGeom prst="rect">
                      <a:avLst/>
                    </a:prstGeom>
                  </pic:spPr>
                </pic:pic>
              </a:graphicData>
            </a:graphic>
          </wp:inline>
        </w:drawing>
      </w:r>
      <w:r>
        <w:rPr>
          <w:rFonts w:ascii="Times New Roman" w:eastAsia="Times New Roman" w:hAnsi="Times New Roman" w:cs="Times New Roman"/>
          <w:color w:val="000000"/>
          <w:lang w:eastAsia="zh-CN"/>
        </w:rPr>
        <w:t>3</w:t>
      </w:r>
      <w:r>
        <w:rPr>
          <w:rFonts w:ascii="SimSun" w:eastAsia="SimSun" w:hAnsi="SimSun" w:cs="SimSun"/>
          <w:color w:val="000000"/>
          <w:lang w:eastAsia="zh-CN"/>
        </w:rPr>
        <w:t>个球，接着</w:t>
      </w:r>
      <w:proofErr w:type="gramStart"/>
      <w:r>
        <w:rPr>
          <w:rFonts w:ascii="SimSun" w:eastAsia="SimSun" w:hAnsi="SimSun" w:cs="SimSun"/>
          <w:color w:val="000000"/>
          <w:lang w:eastAsia="zh-CN"/>
        </w:rPr>
        <w:t>乙首次也</w:t>
      </w:r>
      <w:proofErr w:type="gramEnd"/>
      <w:r>
        <w:rPr>
          <w:rFonts w:ascii="SimSun" w:eastAsia="SimSun" w:hAnsi="SimSun" w:cs="SimSun"/>
          <w:color w:val="000000"/>
          <w:lang w:eastAsia="zh-CN"/>
        </w:rPr>
        <w:t>取走</w:t>
      </w:r>
      <w:r>
        <w:rPr>
          <w:rFonts w:ascii="Times New Roman" w:eastAsia="Times New Roman" w:hAnsi="Times New Roman" w:cs="Times New Roman"/>
          <w:color w:val="000000"/>
          <w:lang w:eastAsia="zh-CN"/>
        </w:rPr>
        <w:t>3</w:t>
      </w:r>
      <w:r>
        <w:rPr>
          <w:rFonts w:ascii="SimSun" w:eastAsia="SimSun" w:hAnsi="SimSun" w:cs="SimSun"/>
          <w:color w:val="000000"/>
          <w:lang w:eastAsia="zh-CN"/>
        </w:rPr>
        <w:t>个球，则</w:t>
      </w:r>
      <w:r>
        <w:rPr>
          <w:color w:val="000000"/>
          <w:lang w:eastAsia="zh-CN"/>
        </w:rPr>
        <w:t>______</w:t>
      </w:r>
      <w:r>
        <w:rPr>
          <w:rFonts w:ascii="SimSun" w:eastAsia="SimSun" w:hAnsi="SimSun" w:cs="SimSun"/>
          <w:color w:val="000000"/>
          <w:lang w:eastAsia="zh-CN"/>
        </w:rPr>
        <w:t>（填</w:t>
      </w:r>
      <w:r>
        <w:rPr>
          <w:rFonts w:ascii="Times New Roman" w:eastAsia="Times New Roman" w:hAnsi="Times New Roman" w:cs="Times New Roman"/>
          <w:color w:val="000000"/>
          <w:lang w:eastAsia="zh-CN"/>
        </w:rPr>
        <w:t>“</w:t>
      </w:r>
      <w:r>
        <w:rPr>
          <w:rFonts w:ascii="SimSun" w:eastAsia="SimSun" w:hAnsi="SimSun" w:cs="SimSun"/>
          <w:color w:val="000000"/>
          <w:lang w:eastAsia="zh-CN"/>
        </w:rPr>
        <w:t>甲</w:t>
      </w:r>
      <w:r>
        <w:rPr>
          <w:rFonts w:ascii="Times New Roman" w:eastAsia="Times New Roman" w:hAnsi="Times New Roman" w:cs="Times New Roman"/>
          <w:color w:val="000000"/>
          <w:lang w:eastAsia="zh-CN"/>
        </w:rPr>
        <w:t>”</w:t>
      </w:r>
      <w:r>
        <w:rPr>
          <w:rFonts w:ascii="SimSun" w:eastAsia="SimSun" w:hAnsi="SimSun" w:cs="SimSun"/>
          <w:color w:val="000000"/>
          <w:lang w:eastAsia="zh-CN"/>
        </w:rPr>
        <w:t>或</w:t>
      </w:r>
      <w:r>
        <w:rPr>
          <w:rFonts w:ascii="Times New Roman" w:eastAsia="Times New Roman" w:hAnsi="Times New Roman" w:cs="Times New Roman"/>
          <w:color w:val="000000"/>
          <w:lang w:eastAsia="zh-CN"/>
        </w:rPr>
        <w:t>“</w:t>
      </w:r>
      <w:r>
        <w:rPr>
          <w:rFonts w:ascii="SimSun" w:eastAsia="SimSun" w:hAnsi="SimSun" w:cs="SimSun"/>
          <w:color w:val="000000"/>
          <w:lang w:eastAsia="zh-CN"/>
        </w:rPr>
        <w:t>乙</w:t>
      </w:r>
      <w:r>
        <w:rPr>
          <w:rFonts w:ascii="Times New Roman" w:eastAsia="Times New Roman" w:hAnsi="Times New Roman" w:cs="Times New Roman"/>
          <w:color w:val="000000"/>
          <w:lang w:eastAsia="zh-CN"/>
        </w:rPr>
        <w:t>”</w:t>
      </w:r>
      <w:r>
        <w:rPr>
          <w:rFonts w:ascii="SimSun" w:eastAsia="SimSun" w:hAnsi="SimSun" w:cs="SimSun"/>
          <w:color w:val="000000"/>
          <w:lang w:eastAsia="zh-CN"/>
        </w:rPr>
        <w:t>）一定获胜；</w:t>
      </w:r>
    </w:p>
    <w:p w14:paraId="3E093EA9"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）若</w:t>
      </w:r>
      <w:proofErr w:type="gramStart"/>
      <w:r>
        <w:rPr>
          <w:rFonts w:ascii="SimSun" w:eastAsia="SimSun" w:hAnsi="SimSun" w:cs="SimSun"/>
          <w:color w:val="000000"/>
          <w:lang w:eastAsia="zh-CN"/>
        </w:rPr>
        <w:t>甲首次</w:t>
      </w:r>
      <w:proofErr w:type="gramEnd"/>
      <w:r>
        <w:rPr>
          <w:rFonts w:ascii="SimSun" w:eastAsia="SimSun" w:hAnsi="SimSun" w:cs="SimSun"/>
          <w:color w:val="000000"/>
          <w:lang w:eastAsia="zh-CN"/>
        </w:rPr>
        <w:t>取走写有</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的</w:t>
      </w:r>
      <w:r>
        <w:rPr>
          <w:rFonts w:ascii="Times New Roman" w:eastAsia="Times New Roman" w:hAnsi="Times New Roman" w:cs="Times New Roman"/>
          <w:color w:val="000000"/>
          <w:lang w:eastAsia="zh-CN"/>
        </w:rPr>
        <w:t>2</w:t>
      </w:r>
      <w:r>
        <w:rPr>
          <w:rFonts w:ascii="SimSun" w:eastAsia="SimSun" w:hAnsi="SimSun" w:cs="SimSun"/>
          <w:color w:val="000000"/>
          <w:lang w:eastAsia="zh-CN"/>
        </w:rPr>
        <w:t>个球，乙想要一定获胜，则</w:t>
      </w:r>
      <w:proofErr w:type="gramStart"/>
      <w:r>
        <w:rPr>
          <w:rFonts w:ascii="SimSun" w:eastAsia="SimSun" w:hAnsi="SimSun" w:cs="SimSun"/>
          <w:color w:val="000000"/>
          <w:lang w:eastAsia="zh-CN"/>
        </w:rPr>
        <w:t>乙首次取</w:t>
      </w:r>
      <w:proofErr w:type="gramEnd"/>
      <w:r>
        <w:rPr>
          <w:rFonts w:ascii="SimSun" w:eastAsia="SimSun" w:hAnsi="SimSun" w:cs="SimSun"/>
          <w:color w:val="000000"/>
          <w:lang w:eastAsia="zh-CN"/>
        </w:rPr>
        <w:t>球的方案是</w:t>
      </w:r>
      <w:r>
        <w:rPr>
          <w:color w:val="000000"/>
          <w:lang w:eastAsia="zh-CN"/>
        </w:rPr>
        <w:t>______</w:t>
      </w:r>
      <w:r>
        <w:rPr>
          <w:rFonts w:ascii="SimSun" w:eastAsia="SimSun" w:hAnsi="SimSun" w:cs="SimSun"/>
          <w:color w:val="000000"/>
          <w:lang w:eastAsia="zh-CN"/>
        </w:rPr>
        <w:t>．</w:t>
      </w:r>
    </w:p>
    <w:p w14:paraId="03B5B38A" w14:textId="77777777" w:rsidR="008113A1" w:rsidRDefault="00000000">
      <w:pPr>
        <w:spacing w:line="360" w:lineRule="auto"/>
        <w:textAlignment w:val="center"/>
        <w:rPr>
          <w:color w:val="000000"/>
        </w:rPr>
      </w:pPr>
      <w:r>
        <w:rPr>
          <w:color w:val="2E75B6"/>
        </w:rPr>
        <w:t>【</w:t>
      </w:r>
      <w:proofErr w:type="spellStart"/>
      <w:r>
        <w:rPr>
          <w:color w:val="2E75B6"/>
        </w:rPr>
        <w:t>答案</w:t>
      </w:r>
      <w:proofErr w:type="spellEnd"/>
      <w:r>
        <w:rPr>
          <w:color w:val="2E75B6"/>
        </w:rPr>
        <w:t>】</w:t>
      </w:r>
      <w:r>
        <w:rPr>
          <w:color w:val="000000"/>
        </w:rPr>
        <w:t xml:space="preserve">    ①. </w:t>
      </w:r>
      <w:r>
        <w:rPr>
          <w:rFonts w:ascii="SimSun" w:eastAsia="SimSun" w:hAnsi="SimSun" w:cs="SimSun"/>
          <w:color w:val="000000"/>
        </w:rPr>
        <w:t>乙</w:t>
      </w:r>
      <w:r>
        <w:rPr>
          <w:color w:val="000000"/>
        </w:rPr>
        <w:t xml:space="preserve">    ②. </w:t>
      </w:r>
      <w:r>
        <w:rPr>
          <w:rFonts w:ascii="Times New Roman" w:eastAsia="Times New Roman" w:hAnsi="Times New Roman" w:cs="Times New Roman"/>
          <w:i/>
          <w:color w:val="000000"/>
        </w:rPr>
        <w:t>e</w:t>
      </w:r>
      <w:r>
        <w:rPr>
          <w:rFonts w:ascii="SimSun" w:eastAsia="SimSun" w:hAnsi="SimSun" w:cs="SimSun"/>
          <w:color w:val="000000"/>
        </w:rPr>
        <w:t>，</w:t>
      </w:r>
      <w:r>
        <w:rPr>
          <w:rFonts w:ascii="Times New Roman" w:eastAsia="Times New Roman" w:hAnsi="Times New Roman" w:cs="Times New Roman"/>
          <w:i/>
          <w:color w:val="000000"/>
        </w:rPr>
        <w:t>f</w:t>
      </w:r>
      <w:r>
        <w:rPr>
          <w:rFonts w:ascii="SimSun" w:eastAsia="SimSun" w:hAnsi="SimSun" w:cs="SimSun"/>
          <w:color w:val="000000"/>
        </w:rPr>
        <w:t>．</w:t>
      </w:r>
    </w:p>
    <w:p w14:paraId="6CB555F3" w14:textId="77777777" w:rsidR="008113A1" w:rsidRDefault="00000000">
      <w:pPr>
        <w:spacing w:line="360" w:lineRule="auto"/>
        <w:textAlignment w:val="center"/>
        <w:rPr>
          <w:color w:val="000000"/>
          <w:lang w:eastAsia="zh-CN"/>
        </w:rPr>
      </w:pPr>
      <w:r>
        <w:rPr>
          <w:color w:val="2E75B6"/>
          <w:lang w:eastAsia="zh-CN"/>
        </w:rPr>
        <w:t>【解析】</w:t>
      </w:r>
    </w:p>
    <w:p w14:paraId="03AF3A8D"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proofErr w:type="gramStart"/>
      <w:r>
        <w:rPr>
          <w:rFonts w:ascii="SimSun" w:eastAsia="SimSun" w:hAnsi="SimSun" w:cs="SimSun"/>
          <w:color w:val="000000"/>
          <w:lang w:eastAsia="zh-CN"/>
        </w:rPr>
        <w:t>乙首次也</w:t>
      </w:r>
      <w:proofErr w:type="gramEnd"/>
      <w:r>
        <w:rPr>
          <w:rFonts w:ascii="SimSun" w:eastAsia="SimSun" w:hAnsi="SimSun" w:cs="SimSun"/>
          <w:color w:val="000000"/>
          <w:lang w:eastAsia="zh-CN"/>
        </w:rPr>
        <w:t>取走</w:t>
      </w:r>
      <w:r>
        <w:rPr>
          <w:rFonts w:ascii="Times New Roman" w:eastAsia="Times New Roman" w:hAnsi="Times New Roman" w:cs="Times New Roman"/>
          <w:color w:val="000000"/>
          <w:lang w:eastAsia="zh-CN"/>
        </w:rPr>
        <w:t>3</w:t>
      </w:r>
      <w:r>
        <w:rPr>
          <w:rFonts w:ascii="SimSun" w:eastAsia="SimSun" w:hAnsi="SimSun" w:cs="SimSun"/>
          <w:color w:val="000000"/>
          <w:lang w:eastAsia="zh-CN"/>
        </w:rPr>
        <w:t>个球，但必须相邻，有两种取法，分类讨论即可判断；</w:t>
      </w:r>
    </w:p>
    <w:p w14:paraId="7465DCA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w:t>
      </w:r>
      <w:proofErr w:type="gramStart"/>
      <w:r>
        <w:rPr>
          <w:rFonts w:ascii="SimSun" w:eastAsia="SimSun" w:hAnsi="SimSun" w:cs="SimSun"/>
          <w:color w:val="000000"/>
          <w:lang w:eastAsia="zh-CN"/>
        </w:rPr>
        <w:t>分乙取</w:t>
      </w:r>
      <w:proofErr w:type="gramEnd"/>
      <w:r>
        <w:rPr>
          <w:rFonts w:ascii="SimSun" w:eastAsia="SimSun" w:hAnsi="SimSun" w:cs="SimSun"/>
          <w:color w:val="000000"/>
          <w:lang w:eastAsia="zh-CN"/>
        </w:rPr>
        <w:t>三个球和</w:t>
      </w:r>
      <w:proofErr w:type="gramStart"/>
      <w:r>
        <w:rPr>
          <w:rFonts w:ascii="SimSun" w:eastAsia="SimSun" w:hAnsi="SimSun" w:cs="SimSun"/>
          <w:color w:val="000000"/>
          <w:lang w:eastAsia="zh-CN"/>
        </w:rPr>
        <w:t>乙取二个球两种</w:t>
      </w:r>
      <w:proofErr w:type="gramEnd"/>
      <w:r>
        <w:rPr>
          <w:rFonts w:ascii="SimSun" w:eastAsia="SimSun" w:hAnsi="SimSun" w:cs="SimSun"/>
          <w:color w:val="000000"/>
          <w:lang w:eastAsia="zh-CN"/>
        </w:rPr>
        <w:t>情况讨论，</w:t>
      </w:r>
      <w:proofErr w:type="gramStart"/>
      <w:r>
        <w:rPr>
          <w:rFonts w:ascii="SimSun" w:eastAsia="SimSun" w:hAnsi="SimSun" w:cs="SimSun"/>
          <w:color w:val="000000"/>
          <w:lang w:eastAsia="zh-CN"/>
        </w:rPr>
        <w:t>再在乙取二个</w:t>
      </w:r>
      <w:proofErr w:type="gramEnd"/>
      <w:r>
        <w:rPr>
          <w:rFonts w:ascii="SimSun" w:eastAsia="SimSun" w:hAnsi="SimSun" w:cs="SimSun"/>
          <w:color w:val="000000"/>
          <w:lang w:eastAsia="zh-CN"/>
        </w:rPr>
        <w:t>球的情况下，再</w:t>
      </w:r>
      <w:proofErr w:type="gramStart"/>
      <w:r>
        <w:rPr>
          <w:rFonts w:ascii="SimSun" w:eastAsia="SimSun" w:hAnsi="SimSun" w:cs="SimSun"/>
          <w:color w:val="000000"/>
          <w:lang w:eastAsia="zh-CN"/>
        </w:rPr>
        <w:t>分乙取</w:t>
      </w:r>
      <w:proofErr w:type="gramEnd"/>
      <w:r>
        <w:rPr>
          <w:rFonts w:ascii="Times New Roman" w:eastAsia="Times New Roman" w:hAnsi="Times New Roman" w:cs="Times New Roman"/>
          <w:i/>
          <w:color w:val="000000"/>
          <w:lang w:eastAsia="zh-CN"/>
        </w:rPr>
        <w:t>c</w:t>
      </w:r>
      <w:r>
        <w:rPr>
          <w:rFonts w:ascii="SimSun" w:eastAsia="SimSun" w:hAnsi="SimSun" w:cs="SimSun"/>
          <w:color w:val="000000"/>
          <w:lang w:eastAsia="zh-CN"/>
        </w:rPr>
        <w:t>，</w:t>
      </w:r>
      <w:r>
        <w:rPr>
          <w:rFonts w:ascii="Times New Roman" w:eastAsia="Times New Roman" w:hAnsi="Times New Roman" w:cs="Times New Roman"/>
          <w:i/>
          <w:color w:val="000000"/>
          <w:lang w:eastAsia="zh-CN"/>
        </w:rPr>
        <w:t>d</w:t>
      </w:r>
      <w:r>
        <w:rPr>
          <w:rFonts w:ascii="SimSun" w:eastAsia="SimSun" w:hAnsi="SimSun" w:cs="SimSun"/>
          <w:color w:val="000000"/>
          <w:lang w:eastAsia="zh-CN"/>
        </w:rPr>
        <w:t>，</w:t>
      </w:r>
      <w:proofErr w:type="gramStart"/>
      <w:r>
        <w:rPr>
          <w:rFonts w:ascii="SimSun" w:eastAsia="SimSun" w:hAnsi="SimSun" w:cs="SimSun"/>
          <w:color w:val="000000"/>
          <w:lang w:eastAsia="zh-CN"/>
        </w:rPr>
        <w:t>乙取</w:t>
      </w:r>
      <w:proofErr w:type="gramEnd"/>
      <w:r>
        <w:rPr>
          <w:rFonts w:ascii="Times New Roman" w:eastAsia="Times New Roman" w:hAnsi="Times New Roman" w:cs="Times New Roman"/>
          <w:i/>
          <w:color w:val="000000"/>
          <w:lang w:eastAsia="zh-CN"/>
        </w:rPr>
        <w:t>d</w:t>
      </w:r>
      <w:r>
        <w:rPr>
          <w:rFonts w:ascii="SimSun" w:eastAsia="SimSun" w:hAnsi="SimSun" w:cs="SimSun"/>
          <w:color w:val="000000"/>
          <w:lang w:eastAsia="zh-CN"/>
        </w:rPr>
        <w:t>，</w:t>
      </w:r>
      <w:r>
        <w:rPr>
          <w:rFonts w:ascii="Times New Roman" w:eastAsia="Times New Roman" w:hAnsi="Times New Roman" w:cs="Times New Roman"/>
          <w:i/>
          <w:color w:val="000000"/>
          <w:lang w:eastAsia="zh-CN"/>
        </w:rPr>
        <w:t>e</w:t>
      </w:r>
      <w:r>
        <w:rPr>
          <w:rFonts w:ascii="SimSun" w:eastAsia="SimSun" w:hAnsi="SimSun" w:cs="SimSun"/>
          <w:color w:val="000000"/>
          <w:lang w:eastAsia="zh-CN"/>
        </w:rPr>
        <w:t>，</w:t>
      </w:r>
      <w:proofErr w:type="gramStart"/>
      <w:r>
        <w:rPr>
          <w:rFonts w:ascii="SimSun" w:eastAsia="SimSun" w:hAnsi="SimSun" w:cs="SimSun"/>
          <w:color w:val="000000"/>
          <w:lang w:eastAsia="zh-CN"/>
        </w:rPr>
        <w:t>乙取</w:t>
      </w:r>
      <w:proofErr w:type="gramEnd"/>
      <w:r>
        <w:rPr>
          <w:rFonts w:ascii="Times New Roman" w:eastAsia="Times New Roman" w:hAnsi="Times New Roman" w:cs="Times New Roman"/>
          <w:i/>
          <w:color w:val="000000"/>
          <w:lang w:eastAsia="zh-CN"/>
        </w:rPr>
        <w:t>e</w:t>
      </w:r>
      <w:r>
        <w:rPr>
          <w:rFonts w:ascii="SimSun" w:eastAsia="SimSun" w:hAnsi="SimSun" w:cs="SimSun"/>
          <w:color w:val="000000"/>
          <w:lang w:eastAsia="zh-CN"/>
        </w:rPr>
        <w:t>，</w:t>
      </w:r>
      <w:r>
        <w:rPr>
          <w:rFonts w:ascii="Times New Roman" w:eastAsia="Times New Roman" w:hAnsi="Times New Roman" w:cs="Times New Roman"/>
          <w:i/>
          <w:color w:val="000000"/>
          <w:lang w:eastAsia="zh-CN"/>
        </w:rPr>
        <w:t>f</w:t>
      </w:r>
      <w:r>
        <w:rPr>
          <w:rFonts w:ascii="SimSun" w:eastAsia="SimSun" w:hAnsi="SimSun" w:cs="SimSun"/>
          <w:color w:val="000000"/>
          <w:lang w:eastAsia="zh-CN"/>
        </w:rPr>
        <w:t>，三种情况讨论；</w:t>
      </w:r>
      <w:proofErr w:type="gramStart"/>
      <w:r>
        <w:rPr>
          <w:rFonts w:ascii="SimSun" w:eastAsia="SimSun" w:hAnsi="SimSun" w:cs="SimSun"/>
          <w:color w:val="000000"/>
          <w:lang w:eastAsia="zh-CN"/>
        </w:rPr>
        <w:t>当乙取</w:t>
      </w:r>
      <w:proofErr w:type="gramEnd"/>
      <w:r>
        <w:rPr>
          <w:rFonts w:ascii="Times New Roman" w:eastAsia="Times New Roman" w:hAnsi="Times New Roman" w:cs="Times New Roman"/>
          <w:i/>
          <w:color w:val="000000"/>
          <w:lang w:eastAsia="zh-CN"/>
        </w:rPr>
        <w:t>e</w:t>
      </w:r>
      <w:r>
        <w:rPr>
          <w:rFonts w:ascii="SimSun" w:eastAsia="SimSun" w:hAnsi="SimSun" w:cs="SimSun"/>
          <w:color w:val="000000"/>
          <w:lang w:eastAsia="zh-CN"/>
        </w:rPr>
        <w:t>，</w:t>
      </w:r>
      <w:r>
        <w:rPr>
          <w:rFonts w:ascii="Times New Roman" w:eastAsia="Times New Roman" w:hAnsi="Times New Roman" w:cs="Times New Roman"/>
          <w:i/>
          <w:color w:val="000000"/>
          <w:lang w:eastAsia="zh-CN"/>
        </w:rPr>
        <w:t>f</w:t>
      </w:r>
      <w:r>
        <w:rPr>
          <w:rFonts w:ascii="SimSun" w:eastAsia="SimSun" w:hAnsi="SimSun" w:cs="SimSun"/>
          <w:color w:val="000000"/>
          <w:lang w:eastAsia="zh-CN"/>
        </w:rPr>
        <w:t>时，再分三种情况讨论即可求解．</w:t>
      </w:r>
    </w:p>
    <w:p w14:paraId="02CF0408"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proofErr w:type="gramStart"/>
      <w:r>
        <w:rPr>
          <w:rFonts w:ascii="SimSun" w:eastAsia="SimSun" w:hAnsi="SimSun" w:cs="SimSun"/>
          <w:color w:val="000000"/>
          <w:lang w:eastAsia="zh-CN"/>
        </w:rPr>
        <w:t>甲首次</w:t>
      </w:r>
      <w:proofErr w:type="gramEnd"/>
      <w:r>
        <w:rPr>
          <w:rFonts w:ascii="SimSun" w:eastAsia="SimSun" w:hAnsi="SimSun" w:cs="SimSun"/>
          <w:color w:val="000000"/>
          <w:lang w:eastAsia="zh-CN"/>
        </w:rPr>
        <w:t>取走写有</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w:t>
      </w:r>
      <w:r>
        <w:rPr>
          <w:rFonts w:ascii="Times New Roman" w:eastAsia="Times New Roman" w:hAnsi="Times New Roman" w:cs="Times New Roman"/>
          <w:i/>
          <w:color w:val="000000"/>
          <w:lang w:eastAsia="zh-CN"/>
        </w:rPr>
        <w:t>d</w:t>
      </w:r>
      <w:r>
        <w:rPr>
          <w:rFonts w:ascii="SimSun" w:eastAsia="SimSun" w:hAnsi="SimSun" w:cs="SimSun"/>
          <w:color w:val="000000"/>
          <w:lang w:eastAsia="zh-CN"/>
        </w:rPr>
        <w:t>的</w:t>
      </w:r>
      <w:r>
        <w:rPr>
          <w:rFonts w:ascii="Times New Roman" w:eastAsia="Times New Roman" w:hAnsi="Times New Roman" w:cs="Times New Roman"/>
          <w:color w:val="000000"/>
          <w:lang w:eastAsia="zh-CN"/>
        </w:rPr>
        <w:t>3</w:t>
      </w:r>
      <w:r>
        <w:rPr>
          <w:rFonts w:ascii="SimSun" w:eastAsia="SimSun" w:hAnsi="SimSun" w:cs="SimSun"/>
          <w:color w:val="000000"/>
          <w:lang w:eastAsia="zh-CN"/>
        </w:rPr>
        <w:t>个球，</w:t>
      </w:r>
    </w:p>
    <w:p w14:paraId="5ADA691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∴还剩下</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pict w14:anchorId="074D01A6">
          <v:shape id="_x0000_i1514" type="#_x0000_t75" alt="学科网(www.zxxk.com)--教育资源门户，提供试卷、教案、课件、论文、素材以及各类教学资源下载，还有大量而丰富的教学相关资讯！" style="width:14.25pt;height:8.15pt">
            <v:imagedata r:id="rId240" o:title="eqIddaa5e9bd516f6282483b92cfe6074623"/>
          </v:shape>
        </w:pict>
      </w:r>
      <w:r>
        <w:rPr>
          <w:rFonts w:ascii="SimSun" w:eastAsia="SimSun" w:hAnsi="SimSun" w:cs="SimSun"/>
          <w:color w:val="000000"/>
          <w:lang w:eastAsia="zh-CN"/>
        </w:rPr>
        <w:t>，</w:t>
      </w:r>
      <w:r>
        <w:rPr>
          <w:rFonts w:ascii="Times New Roman" w:eastAsia="Times New Roman" w:hAnsi="Times New Roman" w:cs="Times New Roman"/>
          <w:i/>
          <w:color w:val="000000"/>
          <w:lang w:eastAsia="zh-CN"/>
        </w:rPr>
        <w:t>e</w:t>
      </w:r>
      <w:r>
        <w:rPr>
          <w:rFonts w:ascii="SimSun" w:eastAsia="SimSun" w:hAnsi="SimSun" w:cs="SimSun"/>
          <w:color w:val="000000"/>
          <w:lang w:eastAsia="zh-CN"/>
        </w:rPr>
        <w:t>，</w:t>
      </w:r>
      <w:r>
        <w:rPr>
          <w:rFonts w:ascii="Times New Roman" w:eastAsia="Times New Roman" w:hAnsi="Times New Roman" w:cs="Times New Roman"/>
          <w:i/>
          <w:color w:val="000000"/>
          <w:lang w:eastAsia="zh-CN"/>
        </w:rPr>
        <w:t>f</w:t>
      </w:r>
      <w:r>
        <w:rPr>
          <w:rFonts w:ascii="SimSun" w:eastAsia="SimSun" w:hAnsi="SimSun" w:cs="SimSun"/>
          <w:color w:val="000000"/>
          <w:lang w:eastAsia="zh-CN"/>
        </w:rPr>
        <w:t>，</w:t>
      </w:r>
      <w:r>
        <w:rPr>
          <w:rFonts w:ascii="Times New Roman" w:eastAsia="Times New Roman" w:hAnsi="Times New Roman" w:cs="Times New Roman"/>
          <w:i/>
          <w:color w:val="000000"/>
          <w:lang w:eastAsia="zh-CN"/>
        </w:rPr>
        <w:t>g</w:t>
      </w:r>
      <w:r>
        <w:rPr>
          <w:rFonts w:ascii="SimSun" w:eastAsia="SimSun" w:hAnsi="SimSun" w:cs="SimSun"/>
          <w:color w:val="000000"/>
          <w:lang w:eastAsia="zh-CN"/>
        </w:rPr>
        <w:t>，</w:t>
      </w:r>
      <w:r>
        <w:rPr>
          <w:rFonts w:ascii="Times New Roman" w:eastAsia="Times New Roman" w:hAnsi="Times New Roman" w:cs="Times New Roman"/>
          <w:i/>
          <w:color w:val="000000"/>
          <w:lang w:eastAsia="zh-CN"/>
        </w:rPr>
        <w:t>h</w:t>
      </w:r>
      <w:r>
        <w:rPr>
          <w:rFonts w:ascii="SimSun" w:eastAsia="SimSun" w:hAnsi="SimSun" w:cs="SimSun"/>
          <w:color w:val="000000"/>
          <w:lang w:eastAsia="zh-CN"/>
        </w:rPr>
        <w:t>，</w:t>
      </w:r>
    </w:p>
    <w:p w14:paraId="5D6076A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lastRenderedPageBreak/>
        <w:t>又∵</w:t>
      </w:r>
      <w:proofErr w:type="gramStart"/>
      <w:r>
        <w:rPr>
          <w:rFonts w:ascii="SimSun" w:eastAsia="SimSun" w:hAnsi="SimSun" w:cs="SimSun"/>
          <w:color w:val="000000"/>
          <w:lang w:eastAsia="zh-CN"/>
        </w:rPr>
        <w:t>乙首次也</w:t>
      </w:r>
      <w:proofErr w:type="gramEnd"/>
      <w:r>
        <w:rPr>
          <w:rFonts w:ascii="SimSun" w:eastAsia="SimSun" w:hAnsi="SimSun" w:cs="SimSun"/>
          <w:color w:val="000000"/>
          <w:lang w:eastAsia="zh-CN"/>
        </w:rPr>
        <w:t>取走</w:t>
      </w:r>
      <w:r>
        <w:rPr>
          <w:rFonts w:ascii="Times New Roman" w:eastAsia="Times New Roman" w:hAnsi="Times New Roman" w:cs="Times New Roman"/>
          <w:color w:val="000000"/>
          <w:lang w:eastAsia="zh-CN"/>
        </w:rPr>
        <w:t>3</w:t>
      </w:r>
      <w:r>
        <w:rPr>
          <w:rFonts w:ascii="SimSun" w:eastAsia="SimSun" w:hAnsi="SimSun" w:cs="SimSun"/>
          <w:color w:val="000000"/>
          <w:lang w:eastAsia="zh-CN"/>
        </w:rPr>
        <w:t>个球，但必须相邻，</w:t>
      </w:r>
    </w:p>
    <w:p w14:paraId="58B4ABD9" w14:textId="77777777" w:rsidR="008113A1" w:rsidRDefault="00000000">
      <w:pPr>
        <w:spacing w:line="360" w:lineRule="auto"/>
        <w:textAlignment w:val="center"/>
        <w:rPr>
          <w:color w:val="000000"/>
        </w:rPr>
      </w:pPr>
      <w:r>
        <w:rPr>
          <w:rFonts w:ascii="SimSun" w:eastAsia="SimSun" w:hAnsi="SimSun" w:cs="SimSun"/>
          <w:color w:val="000000"/>
        </w:rPr>
        <w:t>∴</w:t>
      </w:r>
      <w:proofErr w:type="spellStart"/>
      <w:r>
        <w:rPr>
          <w:rFonts w:ascii="SimSun" w:eastAsia="SimSun" w:hAnsi="SimSun" w:cs="SimSun"/>
          <w:color w:val="000000"/>
        </w:rPr>
        <w:t>乙可以取</w:t>
      </w:r>
      <w:r>
        <w:rPr>
          <w:rFonts w:ascii="Times New Roman" w:eastAsia="Times New Roman" w:hAnsi="Times New Roman" w:cs="Times New Roman"/>
          <w:i/>
          <w:color w:val="000000"/>
        </w:rPr>
        <w:t>e</w:t>
      </w:r>
      <w:r>
        <w:rPr>
          <w:rFonts w:ascii="SimSun" w:eastAsia="SimSun" w:hAnsi="SimSun" w:cs="SimSun"/>
          <w:color w:val="000000"/>
        </w:rPr>
        <w:t>，</w:t>
      </w:r>
      <w:r>
        <w:rPr>
          <w:rFonts w:ascii="Times New Roman" w:eastAsia="Times New Roman" w:hAnsi="Times New Roman" w:cs="Times New Roman"/>
          <w:i/>
          <w:color w:val="000000"/>
        </w:rPr>
        <w:t>f</w:t>
      </w:r>
      <w:r>
        <w:rPr>
          <w:rFonts w:ascii="SimSun" w:eastAsia="SimSun" w:hAnsi="SimSun" w:cs="SimSun"/>
          <w:color w:val="000000"/>
        </w:rPr>
        <w:t>，</w:t>
      </w:r>
      <w:r>
        <w:rPr>
          <w:rFonts w:ascii="Times New Roman" w:eastAsia="Times New Roman" w:hAnsi="Times New Roman" w:cs="Times New Roman"/>
          <w:i/>
          <w:color w:val="000000"/>
        </w:rPr>
        <w:t>g</w:t>
      </w:r>
      <w:r>
        <w:rPr>
          <w:rFonts w:ascii="SimSun" w:eastAsia="SimSun" w:hAnsi="SimSun" w:cs="SimSun"/>
          <w:color w:val="000000"/>
        </w:rPr>
        <w:t>或</w:t>
      </w:r>
      <w:r>
        <w:rPr>
          <w:rFonts w:ascii="Times New Roman" w:eastAsia="Times New Roman" w:hAnsi="Times New Roman" w:cs="Times New Roman"/>
          <w:i/>
          <w:color w:val="000000"/>
        </w:rPr>
        <w:t>f</w:t>
      </w:r>
      <w:r>
        <w:rPr>
          <w:rFonts w:ascii="SimSun" w:eastAsia="SimSun" w:hAnsi="SimSun" w:cs="SimSun"/>
          <w:color w:val="000000"/>
        </w:rPr>
        <w:t>，</w:t>
      </w:r>
      <w:r>
        <w:rPr>
          <w:rFonts w:ascii="Times New Roman" w:eastAsia="Times New Roman" w:hAnsi="Times New Roman" w:cs="Times New Roman"/>
          <w:i/>
          <w:color w:val="000000"/>
        </w:rPr>
        <w:t>g</w:t>
      </w:r>
      <w:r>
        <w:rPr>
          <w:rFonts w:ascii="SimSun" w:eastAsia="SimSun" w:hAnsi="SimSun" w:cs="SimSun"/>
          <w:color w:val="000000"/>
        </w:rPr>
        <w:t>，</w:t>
      </w:r>
      <w:r>
        <w:rPr>
          <w:rFonts w:ascii="Times New Roman" w:eastAsia="Times New Roman" w:hAnsi="Times New Roman" w:cs="Times New Roman"/>
          <w:i/>
          <w:color w:val="000000"/>
        </w:rPr>
        <w:t>h</w:t>
      </w:r>
      <w:proofErr w:type="spellEnd"/>
      <w:r>
        <w:rPr>
          <w:rFonts w:ascii="SimSun" w:eastAsia="SimSun" w:hAnsi="SimSun" w:cs="SimSun"/>
          <w:color w:val="000000"/>
        </w:rPr>
        <w:t>，</w:t>
      </w:r>
    </w:p>
    <w:p w14:paraId="2631931A" w14:textId="77777777" w:rsidR="008113A1" w:rsidRDefault="00000000">
      <w:pPr>
        <w:spacing w:line="360" w:lineRule="auto"/>
        <w:textAlignment w:val="center"/>
        <w:rPr>
          <w:color w:val="000000"/>
        </w:rPr>
      </w:pPr>
      <w:r>
        <w:rPr>
          <w:rFonts w:ascii="SimSun" w:eastAsia="SimSun" w:hAnsi="SimSun" w:cs="SimSun"/>
          <w:color w:val="000000"/>
        </w:rPr>
        <w:t>若乙取</w:t>
      </w:r>
      <w:r>
        <w:rPr>
          <w:rFonts w:ascii="Times New Roman" w:eastAsia="Times New Roman" w:hAnsi="Times New Roman" w:cs="Times New Roman"/>
          <w:i/>
          <w:color w:val="000000"/>
        </w:rPr>
        <w:t>e</w:t>
      </w:r>
      <w:r>
        <w:rPr>
          <w:rFonts w:ascii="SimSun" w:eastAsia="SimSun" w:hAnsi="SimSun" w:cs="SimSun"/>
          <w:color w:val="000000"/>
        </w:rPr>
        <w:t>，</w:t>
      </w:r>
      <w:r>
        <w:rPr>
          <w:rFonts w:ascii="Times New Roman" w:eastAsia="Times New Roman" w:hAnsi="Times New Roman" w:cs="Times New Roman"/>
          <w:i/>
          <w:color w:val="000000"/>
        </w:rPr>
        <w:t>f</w:t>
      </w:r>
      <w:r>
        <w:rPr>
          <w:rFonts w:ascii="SimSun" w:eastAsia="SimSun" w:hAnsi="SimSun" w:cs="SimSun"/>
          <w:color w:val="000000"/>
        </w:rPr>
        <w:t>，</w:t>
      </w:r>
      <w:r>
        <w:rPr>
          <w:rFonts w:ascii="Times New Roman" w:eastAsia="Times New Roman" w:hAnsi="Times New Roman" w:cs="Times New Roman"/>
          <w:i/>
          <w:color w:val="000000"/>
        </w:rPr>
        <w:t>g</w:t>
      </w:r>
      <w:r>
        <w:rPr>
          <w:rFonts w:ascii="SimSun" w:eastAsia="SimSun" w:hAnsi="SimSun" w:cs="SimSun"/>
          <w:color w:val="000000"/>
        </w:rPr>
        <w:t>，只剩下</w:t>
      </w:r>
      <w:r>
        <w:rPr>
          <w:rFonts w:ascii="Times New Roman" w:eastAsia="Times New Roman" w:hAnsi="Times New Roman" w:cs="Times New Roman"/>
          <w:i/>
          <w:color w:val="000000"/>
        </w:rPr>
        <w:t>a</w:t>
      </w:r>
      <w:r>
        <w:rPr>
          <w:rFonts w:ascii="SimSun" w:eastAsia="SimSun" w:hAnsi="SimSun" w:cs="SimSun"/>
          <w:color w:val="000000"/>
        </w:rPr>
        <w:t>，</w:t>
      </w:r>
      <w:r>
        <w:pict w14:anchorId="0A9E5C7C">
          <v:shape id="_x0000_i1515" type="#_x0000_t75" alt="学科网(www.zxxk.com)--教育资源门户，提供试卷、教案、课件、论文、素材以及各类教学资源下载，还有大量而丰富的教学相关资讯！" style="width:14.25pt;height:8.15pt">
            <v:imagedata r:id="rId240" o:title="eqIddaa5e9bd516f6282483b92cfe6074623"/>
          </v:shape>
        </w:pict>
      </w:r>
      <w:r>
        <w:rPr>
          <w:rFonts w:ascii="SimSun" w:eastAsia="SimSun" w:hAnsi="SimSun" w:cs="SimSun"/>
          <w:color w:val="000000"/>
        </w:rPr>
        <w:t>，</w:t>
      </w:r>
      <w:r>
        <w:rPr>
          <w:rFonts w:ascii="Times New Roman" w:eastAsia="Times New Roman" w:hAnsi="Times New Roman" w:cs="Times New Roman"/>
          <w:i/>
          <w:color w:val="000000"/>
        </w:rPr>
        <w:t>h</w:t>
      </w:r>
      <w:r>
        <w:rPr>
          <w:rFonts w:ascii="SimSun" w:eastAsia="SimSun" w:hAnsi="SimSun" w:cs="SimSun"/>
          <w:color w:val="000000"/>
        </w:rPr>
        <w:t>，</w:t>
      </w:r>
    </w:p>
    <w:p w14:paraId="7F4AC085"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∵它们不相邻，</w:t>
      </w:r>
    </w:p>
    <w:p w14:paraId="71C8A7EC"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∴甲只能拿走一个，故乙拿走最后一个，故乙胜；</w:t>
      </w:r>
    </w:p>
    <w:p w14:paraId="39DF0172" w14:textId="77777777" w:rsidR="008113A1" w:rsidRDefault="00000000">
      <w:pPr>
        <w:spacing w:line="360" w:lineRule="auto"/>
        <w:textAlignment w:val="center"/>
        <w:rPr>
          <w:color w:val="000000"/>
        </w:rPr>
      </w:pPr>
      <w:proofErr w:type="spellStart"/>
      <w:r>
        <w:rPr>
          <w:rFonts w:ascii="SimSun" w:eastAsia="SimSun" w:hAnsi="SimSun" w:cs="SimSun"/>
          <w:color w:val="000000"/>
        </w:rPr>
        <w:t>同理，若乙取</w:t>
      </w:r>
      <w:r>
        <w:rPr>
          <w:rFonts w:ascii="Times New Roman" w:eastAsia="Times New Roman" w:hAnsi="Times New Roman" w:cs="Times New Roman"/>
          <w:i/>
          <w:color w:val="000000"/>
        </w:rPr>
        <w:t>f</w:t>
      </w:r>
      <w:r>
        <w:rPr>
          <w:rFonts w:ascii="SimSun" w:eastAsia="SimSun" w:hAnsi="SimSun" w:cs="SimSun"/>
          <w:color w:val="000000"/>
        </w:rPr>
        <w:t>，</w:t>
      </w:r>
      <w:r>
        <w:rPr>
          <w:rFonts w:ascii="Times New Roman" w:eastAsia="Times New Roman" w:hAnsi="Times New Roman" w:cs="Times New Roman"/>
          <w:i/>
          <w:color w:val="000000"/>
        </w:rPr>
        <w:t>g</w:t>
      </w:r>
      <w:r>
        <w:rPr>
          <w:rFonts w:ascii="SimSun" w:eastAsia="SimSun" w:hAnsi="SimSun" w:cs="SimSun"/>
          <w:color w:val="000000"/>
        </w:rPr>
        <w:t>，</w:t>
      </w:r>
      <w:r>
        <w:rPr>
          <w:rFonts w:ascii="Times New Roman" w:eastAsia="Times New Roman" w:hAnsi="Times New Roman" w:cs="Times New Roman"/>
          <w:i/>
          <w:color w:val="000000"/>
        </w:rPr>
        <w:t>h</w:t>
      </w:r>
      <w:r>
        <w:rPr>
          <w:rFonts w:ascii="SimSun" w:eastAsia="SimSun" w:hAnsi="SimSun" w:cs="SimSun"/>
          <w:color w:val="000000"/>
        </w:rPr>
        <w:t>，只剩下</w:t>
      </w:r>
      <w:r>
        <w:rPr>
          <w:rFonts w:ascii="Times New Roman" w:eastAsia="Times New Roman" w:hAnsi="Times New Roman" w:cs="Times New Roman"/>
          <w:i/>
          <w:color w:val="000000"/>
        </w:rPr>
        <w:t>a</w:t>
      </w:r>
      <w:proofErr w:type="spellEnd"/>
      <w:r>
        <w:rPr>
          <w:rFonts w:ascii="SimSun" w:eastAsia="SimSun" w:hAnsi="SimSun" w:cs="SimSun"/>
          <w:color w:val="000000"/>
        </w:rPr>
        <w:t>，</w:t>
      </w:r>
      <w:r>
        <w:pict w14:anchorId="7D362FEA">
          <v:shape id="_x0000_i1516" type="#_x0000_t75" alt="学科网(www.zxxk.com)--教育资源门户，提供试卷、教案、课件、论文、素材以及各类教学资源下载，还有大量而丰富的教学相关资讯！" style="width:14.25pt;height:8.15pt">
            <v:imagedata r:id="rId240" o:title="eqIddaa5e9bd516f6282483b92cfe6074623"/>
          </v:shape>
        </w:pict>
      </w:r>
      <w:r>
        <w:rPr>
          <w:rFonts w:ascii="SimSun" w:eastAsia="SimSun" w:hAnsi="SimSun" w:cs="SimSun"/>
          <w:color w:val="000000"/>
        </w:rPr>
        <w:t>，</w:t>
      </w:r>
      <w:r>
        <w:rPr>
          <w:rFonts w:ascii="Times New Roman" w:eastAsia="Times New Roman" w:hAnsi="Times New Roman" w:cs="Times New Roman"/>
          <w:i/>
          <w:color w:val="000000"/>
        </w:rPr>
        <w:t>e</w:t>
      </w:r>
      <w:r>
        <w:rPr>
          <w:rFonts w:ascii="SimSun" w:eastAsia="SimSun" w:hAnsi="SimSun" w:cs="SimSun"/>
          <w:color w:val="000000"/>
        </w:rPr>
        <w:t>，</w:t>
      </w:r>
    </w:p>
    <w:p w14:paraId="7DF32D15"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∵它们不相邻，</w:t>
      </w:r>
    </w:p>
    <w:p w14:paraId="75158C3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∴甲只能拿走一个，故乙拿走最后一个，故乙胜；</w:t>
      </w:r>
    </w:p>
    <w:p w14:paraId="56B20C0D" w14:textId="77777777" w:rsidR="008113A1" w:rsidRDefault="00000000">
      <w:pPr>
        <w:spacing w:line="360" w:lineRule="auto"/>
        <w:textAlignment w:val="center"/>
        <w:rPr>
          <w:color w:val="000000"/>
          <w:lang w:eastAsia="zh-CN"/>
        </w:rPr>
      </w:pPr>
      <w:proofErr w:type="gramStart"/>
      <w:r>
        <w:rPr>
          <w:rFonts w:ascii="SimSun" w:eastAsia="SimSun" w:hAnsi="SimSun" w:cs="SimSun"/>
          <w:color w:val="000000"/>
          <w:lang w:eastAsia="zh-CN"/>
        </w:rPr>
        <w:t>枚答案</w:t>
      </w:r>
      <w:proofErr w:type="gramEnd"/>
      <w:r>
        <w:rPr>
          <w:rFonts w:ascii="SimSun" w:eastAsia="SimSun" w:hAnsi="SimSun" w:cs="SimSun"/>
          <w:color w:val="000000"/>
          <w:lang w:eastAsia="zh-CN"/>
        </w:rPr>
        <w:t>为：乙；</w:t>
      </w:r>
    </w:p>
    <w:p w14:paraId="07852D5C"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w:t>
      </w:r>
      <w:proofErr w:type="gramStart"/>
      <w:r>
        <w:rPr>
          <w:rFonts w:ascii="SimSun" w:eastAsia="SimSun" w:hAnsi="SimSun" w:cs="SimSun"/>
          <w:color w:val="000000"/>
          <w:lang w:eastAsia="zh-CN"/>
        </w:rPr>
        <w:t>甲首次</w:t>
      </w:r>
      <w:proofErr w:type="gramEnd"/>
      <w:r>
        <w:rPr>
          <w:rFonts w:ascii="SimSun" w:eastAsia="SimSun" w:hAnsi="SimSun" w:cs="SimSun"/>
          <w:color w:val="000000"/>
          <w:lang w:eastAsia="zh-CN"/>
        </w:rPr>
        <w:t>取走</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二个球，还剩下</w:t>
      </w:r>
      <w:r>
        <w:rPr>
          <w:rFonts w:ascii="Times New Roman" w:eastAsia="Times New Roman" w:hAnsi="Times New Roman" w:cs="Times New Roman"/>
          <w:i/>
          <w:color w:val="000000"/>
          <w:lang w:eastAsia="zh-CN"/>
        </w:rPr>
        <w:t>c</w:t>
      </w:r>
      <w:r>
        <w:rPr>
          <w:rFonts w:ascii="SimSun" w:eastAsia="SimSun" w:hAnsi="SimSun" w:cs="SimSun"/>
          <w:color w:val="000000"/>
          <w:lang w:eastAsia="zh-CN"/>
        </w:rPr>
        <w:t>，</w:t>
      </w:r>
      <w:r>
        <w:rPr>
          <w:rFonts w:ascii="Times New Roman" w:eastAsia="Times New Roman" w:hAnsi="Times New Roman" w:cs="Times New Roman"/>
          <w:i/>
          <w:color w:val="000000"/>
          <w:lang w:eastAsia="zh-CN"/>
        </w:rPr>
        <w:t>d</w:t>
      </w:r>
      <w:r>
        <w:rPr>
          <w:rFonts w:ascii="SimSun" w:eastAsia="SimSun" w:hAnsi="SimSun" w:cs="SimSun"/>
          <w:color w:val="000000"/>
          <w:lang w:eastAsia="zh-CN"/>
        </w:rPr>
        <w:t>，</w:t>
      </w:r>
      <w:r>
        <w:rPr>
          <w:rFonts w:ascii="Times New Roman" w:eastAsia="Times New Roman" w:hAnsi="Times New Roman" w:cs="Times New Roman"/>
          <w:i/>
          <w:color w:val="000000"/>
          <w:lang w:eastAsia="zh-CN"/>
        </w:rPr>
        <w:t>e</w:t>
      </w:r>
      <w:r>
        <w:rPr>
          <w:rFonts w:ascii="SimSun" w:eastAsia="SimSun" w:hAnsi="SimSun" w:cs="SimSun"/>
          <w:color w:val="000000"/>
          <w:lang w:eastAsia="zh-CN"/>
        </w:rPr>
        <w:t>，</w:t>
      </w:r>
      <w:r>
        <w:rPr>
          <w:rFonts w:ascii="Times New Roman" w:eastAsia="Times New Roman" w:hAnsi="Times New Roman" w:cs="Times New Roman"/>
          <w:i/>
          <w:color w:val="000000"/>
          <w:lang w:eastAsia="zh-CN"/>
        </w:rPr>
        <w:t>f</w:t>
      </w:r>
      <w:r>
        <w:rPr>
          <w:rFonts w:ascii="SimSun" w:eastAsia="SimSun" w:hAnsi="SimSun" w:cs="SimSun"/>
          <w:color w:val="000000"/>
          <w:lang w:eastAsia="zh-CN"/>
        </w:rPr>
        <w:t>，</w:t>
      </w:r>
      <w:r>
        <w:rPr>
          <w:rFonts w:ascii="Times New Roman" w:eastAsia="Times New Roman" w:hAnsi="Times New Roman" w:cs="Times New Roman"/>
          <w:i/>
          <w:color w:val="000000"/>
          <w:lang w:eastAsia="zh-CN"/>
        </w:rPr>
        <w:t>g</w:t>
      </w:r>
      <w:r>
        <w:rPr>
          <w:rFonts w:ascii="SimSun" w:eastAsia="SimSun" w:hAnsi="SimSun" w:cs="SimSun"/>
          <w:color w:val="000000"/>
          <w:lang w:eastAsia="zh-CN"/>
        </w:rPr>
        <w:t>，</w:t>
      </w:r>
      <w:r>
        <w:rPr>
          <w:rFonts w:ascii="Times New Roman" w:eastAsia="Times New Roman" w:hAnsi="Times New Roman" w:cs="Times New Roman"/>
          <w:i/>
          <w:color w:val="000000"/>
          <w:lang w:eastAsia="zh-CN"/>
        </w:rPr>
        <w:t>h</w:t>
      </w:r>
      <w:r>
        <w:rPr>
          <w:rFonts w:ascii="SimSun" w:eastAsia="SimSun" w:hAnsi="SimSun" w:cs="SimSun"/>
          <w:color w:val="000000"/>
          <w:lang w:eastAsia="zh-CN"/>
        </w:rPr>
        <w:t>，</w:t>
      </w:r>
    </w:p>
    <w:p w14:paraId="1B29E5B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①若乙取三个球</w:t>
      </w:r>
      <w:r>
        <w:rPr>
          <w:rFonts w:ascii="Times New Roman" w:eastAsia="Times New Roman" w:hAnsi="Times New Roman" w:cs="Times New Roman"/>
          <w:color w:val="000000"/>
          <w:lang w:eastAsia="zh-CN"/>
        </w:rPr>
        <w:t>:</w:t>
      </w:r>
    </w:p>
    <w:p w14:paraId="315E2EF1" w14:textId="77777777" w:rsidR="008113A1" w:rsidRDefault="00000000">
      <w:pPr>
        <w:spacing w:line="360" w:lineRule="auto"/>
        <w:textAlignment w:val="center"/>
        <w:rPr>
          <w:color w:val="000000"/>
          <w:lang w:eastAsia="zh-CN"/>
        </w:rPr>
      </w:pPr>
      <w:proofErr w:type="gramStart"/>
      <w:r>
        <w:rPr>
          <w:rFonts w:ascii="SimSun" w:eastAsia="SimSun" w:hAnsi="SimSun" w:cs="SimSun"/>
          <w:color w:val="000000"/>
          <w:lang w:eastAsia="zh-CN"/>
        </w:rPr>
        <w:t>若乙取</w:t>
      </w:r>
      <w:proofErr w:type="gramEnd"/>
      <w:r>
        <w:rPr>
          <w:rFonts w:ascii="Times New Roman" w:eastAsia="Times New Roman" w:hAnsi="Times New Roman" w:cs="Times New Roman"/>
          <w:i/>
          <w:color w:val="000000"/>
          <w:lang w:eastAsia="zh-CN"/>
        </w:rPr>
        <w:t>c</w:t>
      </w:r>
      <w:r>
        <w:rPr>
          <w:rFonts w:ascii="SimSun" w:eastAsia="SimSun" w:hAnsi="SimSun" w:cs="SimSun"/>
          <w:color w:val="000000"/>
          <w:lang w:eastAsia="zh-CN"/>
        </w:rPr>
        <w:t>，</w:t>
      </w:r>
      <w:r>
        <w:rPr>
          <w:rFonts w:ascii="Times New Roman" w:eastAsia="Times New Roman" w:hAnsi="Times New Roman" w:cs="Times New Roman"/>
          <w:i/>
          <w:color w:val="000000"/>
          <w:lang w:eastAsia="zh-CN"/>
        </w:rPr>
        <w:t>d</w:t>
      </w:r>
      <w:r>
        <w:rPr>
          <w:rFonts w:ascii="SimSun" w:eastAsia="SimSun" w:hAnsi="SimSun" w:cs="SimSun"/>
          <w:color w:val="000000"/>
          <w:lang w:eastAsia="zh-CN"/>
        </w:rPr>
        <w:t>，</w:t>
      </w:r>
      <w:r>
        <w:rPr>
          <w:rFonts w:ascii="Times New Roman" w:eastAsia="Times New Roman" w:hAnsi="Times New Roman" w:cs="Times New Roman"/>
          <w:i/>
          <w:color w:val="000000"/>
          <w:lang w:eastAsia="zh-CN"/>
        </w:rPr>
        <w:t>e</w:t>
      </w:r>
      <w:r>
        <w:rPr>
          <w:rFonts w:ascii="SimSun" w:eastAsia="SimSun" w:hAnsi="SimSun" w:cs="SimSun"/>
          <w:color w:val="000000"/>
          <w:lang w:eastAsia="zh-CN"/>
        </w:rPr>
        <w:t>或</w:t>
      </w:r>
      <w:r>
        <w:rPr>
          <w:rFonts w:ascii="Times New Roman" w:eastAsia="Times New Roman" w:hAnsi="Times New Roman" w:cs="Times New Roman"/>
          <w:i/>
          <w:color w:val="000000"/>
          <w:lang w:eastAsia="zh-CN"/>
        </w:rPr>
        <w:t>f</w:t>
      </w:r>
      <w:r>
        <w:rPr>
          <w:rFonts w:ascii="SimSun" w:eastAsia="SimSun" w:hAnsi="SimSun" w:cs="SimSun"/>
          <w:color w:val="000000"/>
          <w:lang w:eastAsia="zh-CN"/>
        </w:rPr>
        <w:t>，</w:t>
      </w:r>
      <w:r>
        <w:rPr>
          <w:rFonts w:ascii="Times New Roman" w:eastAsia="Times New Roman" w:hAnsi="Times New Roman" w:cs="Times New Roman"/>
          <w:i/>
          <w:color w:val="000000"/>
          <w:lang w:eastAsia="zh-CN"/>
        </w:rPr>
        <w:t>g</w:t>
      </w:r>
      <w:r>
        <w:rPr>
          <w:rFonts w:ascii="SimSun" w:eastAsia="SimSun" w:hAnsi="SimSun" w:cs="SimSun"/>
          <w:color w:val="000000"/>
          <w:lang w:eastAsia="zh-CN"/>
        </w:rPr>
        <w:t>，</w:t>
      </w:r>
      <w:r>
        <w:rPr>
          <w:rFonts w:ascii="Times New Roman" w:eastAsia="Times New Roman" w:hAnsi="Times New Roman" w:cs="Times New Roman"/>
          <w:i/>
          <w:color w:val="000000"/>
          <w:lang w:eastAsia="zh-CN"/>
        </w:rPr>
        <w:t>h</w:t>
      </w:r>
      <w:r>
        <w:rPr>
          <w:rFonts w:ascii="SimSun" w:eastAsia="SimSun" w:hAnsi="SimSun" w:cs="SimSun"/>
          <w:color w:val="000000"/>
          <w:lang w:eastAsia="zh-CN"/>
        </w:rPr>
        <w:t>，那么剩下的球是连着的，故若甲取走剩下的三个，则甲胜；</w:t>
      </w:r>
    </w:p>
    <w:p w14:paraId="053B9365" w14:textId="77777777" w:rsidR="008113A1" w:rsidRDefault="00000000">
      <w:pPr>
        <w:spacing w:line="360" w:lineRule="auto"/>
        <w:textAlignment w:val="center"/>
        <w:rPr>
          <w:color w:val="000000"/>
          <w:lang w:eastAsia="zh-CN"/>
        </w:rPr>
      </w:pPr>
      <w:proofErr w:type="gramStart"/>
      <w:r>
        <w:rPr>
          <w:rFonts w:ascii="SimSun" w:eastAsia="SimSun" w:hAnsi="SimSun" w:cs="SimSun"/>
          <w:color w:val="000000"/>
          <w:lang w:eastAsia="zh-CN"/>
        </w:rPr>
        <w:t>若乙取</w:t>
      </w:r>
      <w:proofErr w:type="gramEnd"/>
      <w:r>
        <w:rPr>
          <w:rFonts w:ascii="Times New Roman" w:eastAsia="Times New Roman" w:hAnsi="Times New Roman" w:cs="Times New Roman"/>
          <w:i/>
          <w:color w:val="000000"/>
          <w:lang w:eastAsia="zh-CN"/>
        </w:rPr>
        <w:t>d</w:t>
      </w:r>
      <w:r>
        <w:rPr>
          <w:rFonts w:ascii="SimSun" w:eastAsia="SimSun" w:hAnsi="SimSun" w:cs="SimSun"/>
          <w:color w:val="000000"/>
          <w:lang w:eastAsia="zh-CN"/>
        </w:rPr>
        <w:t>，</w:t>
      </w:r>
      <w:r>
        <w:rPr>
          <w:rFonts w:ascii="Times New Roman" w:eastAsia="Times New Roman" w:hAnsi="Times New Roman" w:cs="Times New Roman"/>
          <w:i/>
          <w:color w:val="000000"/>
          <w:lang w:eastAsia="zh-CN"/>
        </w:rPr>
        <w:t>e</w:t>
      </w:r>
      <w:r>
        <w:rPr>
          <w:rFonts w:ascii="SimSun" w:eastAsia="SimSun" w:hAnsi="SimSun" w:cs="SimSun"/>
          <w:color w:val="000000"/>
          <w:lang w:eastAsia="zh-CN"/>
        </w:rPr>
        <w:t>，</w:t>
      </w:r>
      <w:r>
        <w:rPr>
          <w:rFonts w:ascii="Times New Roman" w:eastAsia="Times New Roman" w:hAnsi="Times New Roman" w:cs="Times New Roman"/>
          <w:i/>
          <w:color w:val="000000"/>
          <w:lang w:eastAsia="zh-CN"/>
        </w:rPr>
        <w:t>f</w:t>
      </w:r>
      <w:r>
        <w:rPr>
          <w:rFonts w:ascii="SimSun" w:eastAsia="SimSun" w:hAnsi="SimSun" w:cs="SimSun"/>
          <w:color w:val="000000"/>
          <w:lang w:eastAsia="zh-CN"/>
        </w:rPr>
        <w:t>，</w:t>
      </w:r>
      <w:proofErr w:type="gramStart"/>
      <w:r>
        <w:rPr>
          <w:rFonts w:ascii="SimSun" w:eastAsia="SimSun" w:hAnsi="SimSun" w:cs="SimSun"/>
          <w:color w:val="000000"/>
          <w:lang w:eastAsia="zh-CN"/>
        </w:rPr>
        <w:t>此时甲取</w:t>
      </w:r>
      <w:proofErr w:type="gramEnd"/>
      <w:r>
        <w:rPr>
          <w:rFonts w:ascii="Times New Roman" w:eastAsia="Times New Roman" w:hAnsi="Times New Roman" w:cs="Times New Roman"/>
          <w:i/>
          <w:color w:val="000000"/>
          <w:lang w:eastAsia="zh-CN"/>
        </w:rPr>
        <w:t>g</w:t>
      </w:r>
      <w:r>
        <w:rPr>
          <w:rFonts w:ascii="SimSun" w:eastAsia="SimSun" w:hAnsi="SimSun" w:cs="SimSun"/>
          <w:color w:val="000000"/>
          <w:lang w:eastAsia="zh-CN"/>
        </w:rPr>
        <w:t>，则</w:t>
      </w:r>
      <w:r>
        <w:rPr>
          <w:rFonts w:ascii="Times New Roman" w:eastAsia="Times New Roman" w:hAnsi="Times New Roman" w:cs="Times New Roman"/>
          <w:i/>
          <w:color w:val="000000"/>
          <w:lang w:eastAsia="zh-CN"/>
        </w:rPr>
        <w:t>c</w:t>
      </w:r>
      <w:r>
        <w:rPr>
          <w:rFonts w:ascii="SimSun" w:eastAsia="SimSun" w:hAnsi="SimSun" w:cs="SimSun"/>
          <w:color w:val="000000"/>
          <w:lang w:eastAsia="zh-CN"/>
        </w:rPr>
        <w:t>，</w:t>
      </w:r>
      <w:r>
        <w:rPr>
          <w:rFonts w:ascii="Times New Roman" w:eastAsia="Times New Roman" w:hAnsi="Times New Roman" w:cs="Times New Roman"/>
          <w:i/>
          <w:color w:val="000000"/>
          <w:lang w:eastAsia="zh-CN"/>
        </w:rPr>
        <w:t>h</w:t>
      </w:r>
      <w:r>
        <w:rPr>
          <w:rFonts w:ascii="SimSun" w:eastAsia="SimSun" w:hAnsi="SimSun" w:cs="SimSun"/>
          <w:color w:val="000000"/>
          <w:lang w:eastAsia="zh-CN"/>
        </w:rPr>
        <w:t>，不相邻，则甲胜；</w:t>
      </w:r>
    </w:p>
    <w:p w14:paraId="599233E0" w14:textId="77777777" w:rsidR="008113A1" w:rsidRDefault="00000000">
      <w:pPr>
        <w:spacing w:line="360" w:lineRule="auto"/>
        <w:textAlignment w:val="center"/>
        <w:rPr>
          <w:color w:val="000000"/>
          <w:lang w:eastAsia="zh-CN"/>
        </w:rPr>
      </w:pPr>
      <w:proofErr w:type="gramStart"/>
      <w:r>
        <w:rPr>
          <w:rFonts w:ascii="SimSun" w:eastAsia="SimSun" w:hAnsi="SimSun" w:cs="SimSun"/>
          <w:color w:val="000000"/>
          <w:lang w:eastAsia="zh-CN"/>
        </w:rPr>
        <w:t>若乙取</w:t>
      </w:r>
      <w:proofErr w:type="gramEnd"/>
      <w:r>
        <w:rPr>
          <w:rFonts w:ascii="Times New Roman" w:eastAsia="Times New Roman" w:hAnsi="Times New Roman" w:cs="Times New Roman"/>
          <w:i/>
          <w:color w:val="000000"/>
          <w:lang w:eastAsia="zh-CN"/>
        </w:rPr>
        <w:t>e</w:t>
      </w:r>
      <w:r>
        <w:rPr>
          <w:rFonts w:ascii="SimSun" w:eastAsia="SimSun" w:hAnsi="SimSun" w:cs="SimSun"/>
          <w:color w:val="000000"/>
          <w:lang w:eastAsia="zh-CN"/>
        </w:rPr>
        <w:t>，</w:t>
      </w:r>
      <w:r>
        <w:rPr>
          <w:rFonts w:ascii="Times New Roman" w:eastAsia="Times New Roman" w:hAnsi="Times New Roman" w:cs="Times New Roman"/>
          <w:i/>
          <w:color w:val="000000"/>
          <w:lang w:eastAsia="zh-CN"/>
        </w:rPr>
        <w:t>f</w:t>
      </w:r>
      <w:r>
        <w:rPr>
          <w:rFonts w:ascii="SimSun" w:eastAsia="SimSun" w:hAnsi="SimSun" w:cs="SimSun"/>
          <w:color w:val="000000"/>
          <w:lang w:eastAsia="zh-CN"/>
        </w:rPr>
        <w:t>，</w:t>
      </w:r>
      <w:r>
        <w:rPr>
          <w:rFonts w:ascii="Times New Roman" w:eastAsia="Times New Roman" w:hAnsi="Times New Roman" w:cs="Times New Roman"/>
          <w:i/>
          <w:color w:val="000000"/>
          <w:lang w:eastAsia="zh-CN"/>
        </w:rPr>
        <w:t>g</w:t>
      </w:r>
      <w:r>
        <w:rPr>
          <w:rFonts w:ascii="SimSun" w:eastAsia="SimSun" w:hAnsi="SimSun" w:cs="SimSun"/>
          <w:color w:val="000000"/>
          <w:lang w:eastAsia="zh-CN"/>
        </w:rPr>
        <w:t>，</w:t>
      </w:r>
      <w:proofErr w:type="gramStart"/>
      <w:r>
        <w:rPr>
          <w:rFonts w:ascii="SimSun" w:eastAsia="SimSun" w:hAnsi="SimSun" w:cs="SimSun"/>
          <w:color w:val="000000"/>
          <w:lang w:eastAsia="zh-CN"/>
        </w:rPr>
        <w:t>此时甲取</w:t>
      </w:r>
      <w:proofErr w:type="gramEnd"/>
      <w:r>
        <w:rPr>
          <w:rFonts w:ascii="Times New Roman" w:eastAsia="Times New Roman" w:hAnsi="Times New Roman" w:cs="Times New Roman"/>
          <w:i/>
          <w:color w:val="000000"/>
          <w:lang w:eastAsia="zh-CN"/>
        </w:rPr>
        <w:t>d</w:t>
      </w:r>
      <w:r>
        <w:rPr>
          <w:rFonts w:ascii="SimSun" w:eastAsia="SimSun" w:hAnsi="SimSun" w:cs="SimSun"/>
          <w:color w:val="000000"/>
          <w:lang w:eastAsia="zh-CN"/>
        </w:rPr>
        <w:t>，则</w:t>
      </w:r>
      <w:r>
        <w:rPr>
          <w:rFonts w:ascii="Times New Roman" w:eastAsia="Times New Roman" w:hAnsi="Times New Roman" w:cs="Times New Roman"/>
          <w:i/>
          <w:color w:val="000000"/>
          <w:lang w:eastAsia="zh-CN"/>
        </w:rPr>
        <w:t>c</w:t>
      </w:r>
      <w:r>
        <w:rPr>
          <w:rFonts w:ascii="SimSun" w:eastAsia="SimSun" w:hAnsi="SimSun" w:cs="SimSun"/>
          <w:color w:val="000000"/>
          <w:lang w:eastAsia="zh-CN"/>
        </w:rPr>
        <w:t>，</w:t>
      </w:r>
      <w:r>
        <w:rPr>
          <w:rFonts w:ascii="Times New Roman" w:eastAsia="Times New Roman" w:hAnsi="Times New Roman" w:cs="Times New Roman"/>
          <w:i/>
          <w:color w:val="000000"/>
          <w:lang w:eastAsia="zh-CN"/>
        </w:rPr>
        <w:t>h</w:t>
      </w:r>
      <w:r>
        <w:rPr>
          <w:rFonts w:ascii="SimSun" w:eastAsia="SimSun" w:hAnsi="SimSun" w:cs="SimSun"/>
          <w:color w:val="000000"/>
          <w:lang w:eastAsia="zh-CN"/>
        </w:rPr>
        <w:t>，不相邻，则甲胜；</w:t>
      </w:r>
    </w:p>
    <w:p w14:paraId="58DCFC54"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②若乙取二个球</w:t>
      </w:r>
      <w:r>
        <w:rPr>
          <w:rFonts w:ascii="Times New Roman" w:eastAsia="Times New Roman" w:hAnsi="Times New Roman" w:cs="Times New Roman"/>
          <w:color w:val="000000"/>
          <w:lang w:eastAsia="zh-CN"/>
        </w:rPr>
        <w:t>:</w:t>
      </w:r>
    </w:p>
    <w:p w14:paraId="30C90832" w14:textId="77777777" w:rsidR="008113A1" w:rsidRDefault="00000000">
      <w:pPr>
        <w:spacing w:line="360" w:lineRule="auto"/>
        <w:textAlignment w:val="center"/>
        <w:rPr>
          <w:color w:val="000000"/>
          <w:lang w:eastAsia="zh-CN"/>
        </w:rPr>
      </w:pPr>
      <w:proofErr w:type="gramStart"/>
      <w:r>
        <w:rPr>
          <w:rFonts w:ascii="SimSun" w:eastAsia="SimSun" w:hAnsi="SimSun" w:cs="SimSun"/>
          <w:color w:val="000000"/>
          <w:lang w:eastAsia="zh-CN"/>
        </w:rPr>
        <w:t>若乙取</w:t>
      </w:r>
      <w:proofErr w:type="gramEnd"/>
      <w:r>
        <w:rPr>
          <w:rFonts w:ascii="Times New Roman" w:eastAsia="Times New Roman" w:hAnsi="Times New Roman" w:cs="Times New Roman"/>
          <w:i/>
          <w:color w:val="000000"/>
          <w:lang w:eastAsia="zh-CN"/>
        </w:rPr>
        <w:t>c</w:t>
      </w:r>
      <w:r>
        <w:rPr>
          <w:rFonts w:ascii="SimSun" w:eastAsia="SimSun" w:hAnsi="SimSun" w:cs="SimSun"/>
          <w:color w:val="000000"/>
          <w:lang w:eastAsia="zh-CN"/>
        </w:rPr>
        <w:t>，</w:t>
      </w:r>
      <w:r>
        <w:rPr>
          <w:rFonts w:ascii="Times New Roman" w:eastAsia="Times New Roman" w:hAnsi="Times New Roman" w:cs="Times New Roman"/>
          <w:i/>
          <w:color w:val="000000"/>
          <w:lang w:eastAsia="zh-CN"/>
        </w:rPr>
        <w:t>d</w:t>
      </w:r>
      <w:r>
        <w:rPr>
          <w:rFonts w:ascii="SimSun" w:eastAsia="SimSun" w:hAnsi="SimSun" w:cs="SimSun"/>
          <w:color w:val="000000"/>
          <w:lang w:eastAsia="zh-CN"/>
        </w:rPr>
        <w:t>，</w:t>
      </w:r>
      <w:proofErr w:type="gramStart"/>
      <w:r>
        <w:rPr>
          <w:rFonts w:ascii="SimSun" w:eastAsia="SimSun" w:hAnsi="SimSun" w:cs="SimSun"/>
          <w:color w:val="000000"/>
          <w:lang w:eastAsia="zh-CN"/>
        </w:rPr>
        <w:t>此时甲取</w:t>
      </w:r>
      <w:proofErr w:type="gramEnd"/>
      <w:r>
        <w:rPr>
          <w:rFonts w:ascii="Times New Roman" w:eastAsia="Times New Roman" w:hAnsi="Times New Roman" w:cs="Times New Roman"/>
          <w:i/>
          <w:color w:val="000000"/>
          <w:lang w:eastAsia="zh-CN"/>
        </w:rPr>
        <w:t>f</w:t>
      </w:r>
      <w:r>
        <w:rPr>
          <w:rFonts w:ascii="SimSun" w:eastAsia="SimSun" w:hAnsi="SimSun" w:cs="SimSun"/>
          <w:color w:val="000000"/>
          <w:lang w:eastAsia="zh-CN"/>
        </w:rPr>
        <w:t>，</w:t>
      </w:r>
      <w:r>
        <w:rPr>
          <w:rFonts w:ascii="Times New Roman" w:eastAsia="Times New Roman" w:hAnsi="Times New Roman" w:cs="Times New Roman"/>
          <w:i/>
          <w:color w:val="000000"/>
          <w:lang w:eastAsia="zh-CN"/>
        </w:rPr>
        <w:t>g</w:t>
      </w:r>
      <w:r>
        <w:rPr>
          <w:rFonts w:ascii="SimSun" w:eastAsia="SimSun" w:hAnsi="SimSun" w:cs="SimSun"/>
          <w:color w:val="000000"/>
          <w:lang w:eastAsia="zh-CN"/>
        </w:rPr>
        <w:t>，那么剩下</w:t>
      </w:r>
      <w:r>
        <w:rPr>
          <w:rFonts w:ascii="Times New Roman" w:eastAsia="Times New Roman" w:hAnsi="Times New Roman" w:cs="Times New Roman"/>
          <w:i/>
          <w:color w:val="000000"/>
          <w:lang w:eastAsia="zh-CN"/>
        </w:rPr>
        <w:t>e</w:t>
      </w:r>
      <w:r>
        <w:rPr>
          <w:rFonts w:ascii="SimSun" w:eastAsia="SimSun" w:hAnsi="SimSun" w:cs="SimSun"/>
          <w:color w:val="000000"/>
          <w:lang w:eastAsia="zh-CN"/>
        </w:rPr>
        <w:t>，</w:t>
      </w:r>
      <w:r>
        <w:rPr>
          <w:rFonts w:ascii="Times New Roman" w:eastAsia="Times New Roman" w:hAnsi="Times New Roman" w:cs="Times New Roman"/>
          <w:i/>
          <w:color w:val="000000"/>
          <w:lang w:eastAsia="zh-CN"/>
        </w:rPr>
        <w:t>h</w:t>
      </w:r>
      <w:r>
        <w:rPr>
          <w:rFonts w:ascii="SimSun" w:eastAsia="SimSun" w:hAnsi="SimSun" w:cs="SimSun"/>
          <w:color w:val="000000"/>
          <w:lang w:eastAsia="zh-CN"/>
        </w:rPr>
        <w:t>，不相邻，则甲胜；</w:t>
      </w:r>
    </w:p>
    <w:p w14:paraId="2B4C2C4C" w14:textId="77777777" w:rsidR="008113A1" w:rsidRDefault="00000000">
      <w:pPr>
        <w:spacing w:line="360" w:lineRule="auto"/>
        <w:textAlignment w:val="center"/>
        <w:rPr>
          <w:color w:val="000000"/>
          <w:lang w:eastAsia="zh-CN"/>
        </w:rPr>
      </w:pPr>
      <w:proofErr w:type="gramStart"/>
      <w:r>
        <w:rPr>
          <w:rFonts w:ascii="SimSun" w:eastAsia="SimSun" w:hAnsi="SimSun" w:cs="SimSun"/>
          <w:color w:val="000000"/>
          <w:lang w:eastAsia="zh-CN"/>
        </w:rPr>
        <w:t>若乙取</w:t>
      </w:r>
      <w:proofErr w:type="gramEnd"/>
      <w:r>
        <w:rPr>
          <w:rFonts w:ascii="Times New Roman" w:eastAsia="Times New Roman" w:hAnsi="Times New Roman" w:cs="Times New Roman"/>
          <w:i/>
          <w:color w:val="000000"/>
          <w:lang w:eastAsia="zh-CN"/>
        </w:rPr>
        <w:t>d</w:t>
      </w:r>
      <w:r>
        <w:rPr>
          <w:rFonts w:ascii="SimSun" w:eastAsia="SimSun" w:hAnsi="SimSun" w:cs="SimSun"/>
          <w:color w:val="000000"/>
          <w:lang w:eastAsia="zh-CN"/>
        </w:rPr>
        <w:t>，</w:t>
      </w:r>
      <w:r>
        <w:rPr>
          <w:rFonts w:ascii="Times New Roman" w:eastAsia="Times New Roman" w:hAnsi="Times New Roman" w:cs="Times New Roman"/>
          <w:i/>
          <w:color w:val="000000"/>
          <w:lang w:eastAsia="zh-CN"/>
        </w:rPr>
        <w:t>e</w:t>
      </w:r>
      <w:r>
        <w:rPr>
          <w:rFonts w:ascii="SimSun" w:eastAsia="SimSun" w:hAnsi="SimSun" w:cs="SimSun"/>
          <w:color w:val="000000"/>
          <w:lang w:eastAsia="zh-CN"/>
        </w:rPr>
        <w:t>，</w:t>
      </w:r>
      <w:proofErr w:type="gramStart"/>
      <w:r>
        <w:rPr>
          <w:rFonts w:ascii="SimSun" w:eastAsia="SimSun" w:hAnsi="SimSun" w:cs="SimSun"/>
          <w:color w:val="000000"/>
          <w:lang w:eastAsia="zh-CN"/>
        </w:rPr>
        <w:t>此时甲取</w:t>
      </w:r>
      <w:proofErr w:type="gramEnd"/>
      <w:r>
        <w:rPr>
          <w:rFonts w:ascii="Times New Roman" w:eastAsia="Times New Roman" w:hAnsi="Times New Roman" w:cs="Times New Roman"/>
          <w:i/>
          <w:color w:val="000000"/>
          <w:lang w:eastAsia="zh-CN"/>
        </w:rPr>
        <w:t>f</w:t>
      </w:r>
      <w:r>
        <w:rPr>
          <w:rFonts w:ascii="SimSun" w:eastAsia="SimSun" w:hAnsi="SimSun" w:cs="SimSun"/>
          <w:color w:val="000000"/>
          <w:lang w:eastAsia="zh-CN"/>
        </w:rPr>
        <w:t>，</w:t>
      </w:r>
      <w:r>
        <w:rPr>
          <w:rFonts w:ascii="Times New Roman" w:eastAsia="Times New Roman" w:hAnsi="Times New Roman" w:cs="Times New Roman"/>
          <w:i/>
          <w:color w:val="000000"/>
          <w:lang w:eastAsia="zh-CN"/>
        </w:rPr>
        <w:t>g</w:t>
      </w:r>
      <w:r>
        <w:rPr>
          <w:rFonts w:ascii="SimSun" w:eastAsia="SimSun" w:hAnsi="SimSun" w:cs="SimSun"/>
          <w:color w:val="000000"/>
          <w:lang w:eastAsia="zh-CN"/>
        </w:rPr>
        <w:t>，则</w:t>
      </w:r>
      <w:r>
        <w:rPr>
          <w:rFonts w:ascii="Times New Roman" w:eastAsia="Times New Roman" w:hAnsi="Times New Roman" w:cs="Times New Roman"/>
          <w:i/>
          <w:color w:val="000000"/>
          <w:lang w:eastAsia="zh-CN"/>
        </w:rPr>
        <w:t>c</w:t>
      </w:r>
      <w:r>
        <w:rPr>
          <w:rFonts w:ascii="SimSun" w:eastAsia="SimSun" w:hAnsi="SimSun" w:cs="SimSun"/>
          <w:color w:val="000000"/>
          <w:lang w:eastAsia="zh-CN"/>
        </w:rPr>
        <w:t>，</w:t>
      </w:r>
      <w:r>
        <w:rPr>
          <w:rFonts w:ascii="Times New Roman" w:eastAsia="Times New Roman" w:hAnsi="Times New Roman" w:cs="Times New Roman"/>
          <w:i/>
          <w:color w:val="000000"/>
          <w:lang w:eastAsia="zh-CN"/>
        </w:rPr>
        <w:t>h</w:t>
      </w:r>
      <w:r>
        <w:rPr>
          <w:rFonts w:ascii="SimSun" w:eastAsia="SimSun" w:hAnsi="SimSun" w:cs="SimSun"/>
          <w:color w:val="000000"/>
          <w:lang w:eastAsia="zh-CN"/>
        </w:rPr>
        <w:t>，不相邻，则甲胜；</w:t>
      </w:r>
    </w:p>
    <w:p w14:paraId="244C3A0D" w14:textId="77777777" w:rsidR="008113A1" w:rsidRDefault="00000000">
      <w:pPr>
        <w:spacing w:line="360" w:lineRule="auto"/>
        <w:textAlignment w:val="center"/>
        <w:rPr>
          <w:color w:val="000000"/>
          <w:lang w:eastAsia="zh-CN"/>
        </w:rPr>
      </w:pPr>
      <w:proofErr w:type="gramStart"/>
      <w:r>
        <w:rPr>
          <w:rFonts w:ascii="SimSun" w:eastAsia="SimSun" w:hAnsi="SimSun" w:cs="SimSun"/>
          <w:color w:val="000000"/>
          <w:lang w:eastAsia="zh-CN"/>
        </w:rPr>
        <w:t>若乙取</w:t>
      </w:r>
      <w:proofErr w:type="gramEnd"/>
      <w:r>
        <w:rPr>
          <w:rFonts w:ascii="Times New Roman" w:eastAsia="Times New Roman" w:hAnsi="Times New Roman" w:cs="Times New Roman"/>
          <w:i/>
          <w:color w:val="000000"/>
          <w:lang w:eastAsia="zh-CN"/>
        </w:rPr>
        <w:t>e</w:t>
      </w:r>
      <w:r>
        <w:rPr>
          <w:rFonts w:ascii="SimSun" w:eastAsia="SimSun" w:hAnsi="SimSun" w:cs="SimSun"/>
          <w:color w:val="000000"/>
          <w:lang w:eastAsia="zh-CN"/>
        </w:rPr>
        <w:t>，</w:t>
      </w:r>
      <w:r>
        <w:rPr>
          <w:rFonts w:ascii="Times New Roman" w:eastAsia="Times New Roman" w:hAnsi="Times New Roman" w:cs="Times New Roman"/>
          <w:i/>
          <w:color w:val="000000"/>
          <w:lang w:eastAsia="zh-CN"/>
        </w:rPr>
        <w:t>f</w:t>
      </w:r>
      <w:r>
        <w:rPr>
          <w:rFonts w:ascii="SimSun" w:eastAsia="SimSun" w:hAnsi="SimSun" w:cs="SimSun"/>
          <w:color w:val="000000"/>
          <w:lang w:eastAsia="zh-CN"/>
        </w:rPr>
        <w:t>，</w:t>
      </w:r>
    </w:p>
    <w:p w14:paraId="1B5BC16B" w14:textId="77777777" w:rsidR="008113A1" w:rsidRDefault="00000000">
      <w:pPr>
        <w:spacing w:line="360" w:lineRule="auto"/>
        <w:textAlignment w:val="center"/>
        <w:rPr>
          <w:color w:val="000000"/>
          <w:lang w:eastAsia="zh-CN"/>
        </w:rPr>
      </w:pPr>
      <w:proofErr w:type="gramStart"/>
      <w:r>
        <w:rPr>
          <w:rFonts w:ascii="SimSun" w:eastAsia="SimSun" w:hAnsi="SimSun" w:cs="SimSun"/>
          <w:color w:val="000000"/>
          <w:lang w:eastAsia="zh-CN"/>
        </w:rPr>
        <w:t>此时甲取</w:t>
      </w:r>
      <w:proofErr w:type="gramEnd"/>
      <w:r>
        <w:rPr>
          <w:rFonts w:ascii="Times New Roman" w:eastAsia="Times New Roman" w:hAnsi="Times New Roman" w:cs="Times New Roman"/>
          <w:i/>
          <w:color w:val="000000"/>
          <w:lang w:eastAsia="zh-CN"/>
        </w:rPr>
        <w:t>c</w:t>
      </w:r>
      <w:r>
        <w:rPr>
          <w:rFonts w:ascii="SimSun" w:eastAsia="SimSun" w:hAnsi="SimSun" w:cs="SimSun"/>
          <w:color w:val="000000"/>
          <w:lang w:eastAsia="zh-CN"/>
        </w:rPr>
        <w:t>，</w:t>
      </w:r>
      <w:r>
        <w:rPr>
          <w:rFonts w:ascii="Times New Roman" w:eastAsia="Times New Roman" w:hAnsi="Times New Roman" w:cs="Times New Roman"/>
          <w:i/>
          <w:color w:val="000000"/>
          <w:lang w:eastAsia="zh-CN"/>
        </w:rPr>
        <w:t>d</w:t>
      </w:r>
      <w:r>
        <w:rPr>
          <w:rFonts w:ascii="SimSun" w:eastAsia="SimSun" w:hAnsi="SimSun" w:cs="SimSun"/>
          <w:color w:val="000000"/>
          <w:lang w:eastAsia="zh-CN"/>
        </w:rPr>
        <w:t>或</w:t>
      </w:r>
      <w:r>
        <w:rPr>
          <w:rFonts w:ascii="Times New Roman" w:eastAsia="Times New Roman" w:hAnsi="Times New Roman" w:cs="Times New Roman"/>
          <w:i/>
          <w:color w:val="000000"/>
          <w:lang w:eastAsia="zh-CN"/>
        </w:rPr>
        <w:t>g</w:t>
      </w:r>
      <w:r>
        <w:rPr>
          <w:rFonts w:ascii="SimSun" w:eastAsia="SimSun" w:hAnsi="SimSun" w:cs="SimSun"/>
          <w:color w:val="000000"/>
          <w:lang w:eastAsia="zh-CN"/>
        </w:rPr>
        <w:t>，</w:t>
      </w:r>
      <w:r>
        <w:rPr>
          <w:rFonts w:ascii="Times New Roman" w:eastAsia="Times New Roman" w:hAnsi="Times New Roman" w:cs="Times New Roman"/>
          <w:i/>
          <w:color w:val="000000"/>
          <w:lang w:eastAsia="zh-CN"/>
        </w:rPr>
        <w:t>h</w:t>
      </w:r>
      <w:r>
        <w:rPr>
          <w:rFonts w:ascii="SimSun" w:eastAsia="SimSun" w:hAnsi="SimSun" w:cs="SimSun"/>
          <w:color w:val="000000"/>
          <w:lang w:eastAsia="zh-CN"/>
        </w:rPr>
        <w:t>，则乙胜；</w:t>
      </w:r>
    </w:p>
    <w:p w14:paraId="2A17DE4B" w14:textId="77777777" w:rsidR="008113A1" w:rsidRDefault="00000000">
      <w:pPr>
        <w:spacing w:line="360" w:lineRule="auto"/>
        <w:textAlignment w:val="center"/>
        <w:rPr>
          <w:color w:val="000000"/>
          <w:lang w:eastAsia="zh-CN"/>
        </w:rPr>
      </w:pPr>
      <w:proofErr w:type="gramStart"/>
      <w:r>
        <w:rPr>
          <w:rFonts w:ascii="SimSun" w:eastAsia="SimSun" w:hAnsi="SimSun" w:cs="SimSun"/>
          <w:color w:val="000000"/>
          <w:lang w:eastAsia="zh-CN"/>
        </w:rPr>
        <w:t>若甲取</w:t>
      </w:r>
      <w:proofErr w:type="gramEnd"/>
      <w:r>
        <w:rPr>
          <w:rFonts w:ascii="Times New Roman" w:eastAsia="Times New Roman" w:hAnsi="Times New Roman" w:cs="Times New Roman"/>
          <w:i/>
          <w:color w:val="000000"/>
          <w:lang w:eastAsia="zh-CN"/>
        </w:rPr>
        <w:t>c</w:t>
      </w:r>
      <w:r>
        <w:rPr>
          <w:rFonts w:ascii="SimSun" w:eastAsia="SimSun" w:hAnsi="SimSun" w:cs="SimSun"/>
          <w:color w:val="000000"/>
          <w:lang w:eastAsia="zh-CN"/>
        </w:rPr>
        <w:t>或</w:t>
      </w:r>
      <w:r>
        <w:rPr>
          <w:rFonts w:ascii="Times New Roman" w:eastAsia="Times New Roman" w:hAnsi="Times New Roman" w:cs="Times New Roman"/>
          <w:i/>
          <w:color w:val="000000"/>
          <w:lang w:eastAsia="zh-CN"/>
        </w:rPr>
        <w:t>d</w:t>
      </w:r>
      <w:r>
        <w:rPr>
          <w:rFonts w:ascii="SimSun" w:eastAsia="SimSun" w:hAnsi="SimSun" w:cs="SimSun"/>
          <w:color w:val="000000"/>
          <w:lang w:eastAsia="zh-CN"/>
        </w:rPr>
        <w:t>，</w:t>
      </w:r>
      <w:proofErr w:type="gramStart"/>
      <w:r>
        <w:rPr>
          <w:rFonts w:ascii="SimSun" w:eastAsia="SimSun" w:hAnsi="SimSun" w:cs="SimSun"/>
          <w:color w:val="000000"/>
          <w:lang w:eastAsia="zh-CN"/>
        </w:rPr>
        <w:t>那么乙取</w:t>
      </w:r>
      <w:proofErr w:type="gramEnd"/>
      <w:r>
        <w:rPr>
          <w:rFonts w:ascii="Times New Roman" w:eastAsia="Times New Roman" w:hAnsi="Times New Roman" w:cs="Times New Roman"/>
          <w:i/>
          <w:color w:val="000000"/>
          <w:lang w:eastAsia="zh-CN"/>
        </w:rPr>
        <w:t>g</w:t>
      </w:r>
      <w:r>
        <w:rPr>
          <w:rFonts w:ascii="SimSun" w:eastAsia="SimSun" w:hAnsi="SimSun" w:cs="SimSun"/>
          <w:color w:val="000000"/>
          <w:lang w:eastAsia="zh-CN"/>
        </w:rPr>
        <w:t>或</w:t>
      </w:r>
      <w:r>
        <w:rPr>
          <w:rFonts w:ascii="Times New Roman" w:eastAsia="Times New Roman" w:hAnsi="Times New Roman" w:cs="Times New Roman"/>
          <w:i/>
          <w:color w:val="000000"/>
          <w:lang w:eastAsia="zh-CN"/>
        </w:rPr>
        <w:t>h</w:t>
      </w:r>
      <w:r>
        <w:rPr>
          <w:rFonts w:ascii="SimSun" w:eastAsia="SimSun" w:hAnsi="SimSun" w:cs="SimSun"/>
          <w:color w:val="000000"/>
          <w:lang w:eastAsia="zh-CN"/>
        </w:rPr>
        <w:t>，则乙胜；</w:t>
      </w:r>
    </w:p>
    <w:p w14:paraId="70B7B477" w14:textId="77777777" w:rsidR="008113A1" w:rsidRDefault="00000000">
      <w:pPr>
        <w:spacing w:line="360" w:lineRule="auto"/>
        <w:textAlignment w:val="center"/>
        <w:rPr>
          <w:color w:val="000000"/>
          <w:lang w:eastAsia="zh-CN"/>
        </w:rPr>
      </w:pPr>
      <w:proofErr w:type="gramStart"/>
      <w:r>
        <w:rPr>
          <w:rFonts w:ascii="SimSun" w:eastAsia="SimSun" w:hAnsi="SimSun" w:cs="SimSun"/>
          <w:color w:val="000000"/>
          <w:lang w:eastAsia="zh-CN"/>
        </w:rPr>
        <w:t>若甲取</w:t>
      </w:r>
      <w:proofErr w:type="gramEnd"/>
      <w:r>
        <w:rPr>
          <w:rFonts w:ascii="Times New Roman" w:eastAsia="Times New Roman" w:hAnsi="Times New Roman" w:cs="Times New Roman"/>
          <w:i/>
          <w:color w:val="000000"/>
          <w:lang w:eastAsia="zh-CN"/>
        </w:rPr>
        <w:t>g</w:t>
      </w:r>
      <w:r>
        <w:rPr>
          <w:rFonts w:ascii="SimSun" w:eastAsia="SimSun" w:hAnsi="SimSun" w:cs="SimSun"/>
          <w:color w:val="000000"/>
          <w:lang w:eastAsia="zh-CN"/>
        </w:rPr>
        <w:t>或</w:t>
      </w:r>
      <w:r>
        <w:rPr>
          <w:rFonts w:ascii="Times New Roman" w:eastAsia="Times New Roman" w:hAnsi="Times New Roman" w:cs="Times New Roman"/>
          <w:i/>
          <w:color w:val="000000"/>
          <w:lang w:eastAsia="zh-CN"/>
        </w:rPr>
        <w:t>h</w:t>
      </w:r>
      <w:r>
        <w:rPr>
          <w:rFonts w:ascii="SimSun" w:eastAsia="SimSun" w:hAnsi="SimSun" w:cs="SimSun"/>
          <w:color w:val="000000"/>
          <w:lang w:eastAsia="zh-CN"/>
        </w:rPr>
        <w:t>，</w:t>
      </w:r>
      <w:proofErr w:type="gramStart"/>
      <w:r>
        <w:rPr>
          <w:rFonts w:ascii="SimSun" w:eastAsia="SimSun" w:hAnsi="SimSun" w:cs="SimSun"/>
          <w:color w:val="000000"/>
          <w:lang w:eastAsia="zh-CN"/>
        </w:rPr>
        <w:t>那么乙取</w:t>
      </w:r>
      <w:proofErr w:type="gramEnd"/>
      <w:r>
        <w:rPr>
          <w:rFonts w:ascii="Times New Roman" w:eastAsia="Times New Roman" w:hAnsi="Times New Roman" w:cs="Times New Roman"/>
          <w:i/>
          <w:color w:val="000000"/>
          <w:lang w:eastAsia="zh-CN"/>
        </w:rPr>
        <w:t>c</w:t>
      </w:r>
      <w:r>
        <w:rPr>
          <w:rFonts w:ascii="SimSun" w:eastAsia="SimSun" w:hAnsi="SimSun" w:cs="SimSun"/>
          <w:color w:val="000000"/>
          <w:lang w:eastAsia="zh-CN"/>
        </w:rPr>
        <w:t>或</w:t>
      </w:r>
      <w:r>
        <w:rPr>
          <w:rFonts w:ascii="Times New Roman" w:eastAsia="Times New Roman" w:hAnsi="Times New Roman" w:cs="Times New Roman"/>
          <w:i/>
          <w:color w:val="000000"/>
          <w:lang w:eastAsia="zh-CN"/>
        </w:rPr>
        <w:t>d</w:t>
      </w:r>
      <w:r>
        <w:rPr>
          <w:rFonts w:ascii="SimSun" w:eastAsia="SimSun" w:hAnsi="SimSun" w:cs="SimSun"/>
          <w:color w:val="000000"/>
          <w:lang w:eastAsia="zh-CN"/>
        </w:rPr>
        <w:t>，那么剩下</w:t>
      </w:r>
      <w:r>
        <w:rPr>
          <w:rFonts w:ascii="Times New Roman" w:eastAsia="Times New Roman" w:hAnsi="Times New Roman" w:cs="Times New Roman"/>
          <w:color w:val="000000"/>
          <w:lang w:eastAsia="zh-CN"/>
        </w:rPr>
        <w:t>2</w:t>
      </w:r>
      <w:r>
        <w:rPr>
          <w:rFonts w:ascii="SimSun" w:eastAsia="SimSun" w:hAnsi="SimSun" w:cs="SimSun"/>
          <w:color w:val="000000"/>
          <w:lang w:eastAsia="zh-CN"/>
        </w:rPr>
        <w:t>个球不相邻，则乙胜；</w:t>
      </w:r>
    </w:p>
    <w:p w14:paraId="52933589"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lastRenderedPageBreak/>
        <w:t>因此，</w:t>
      </w:r>
      <w:proofErr w:type="gramStart"/>
      <w:r>
        <w:rPr>
          <w:rFonts w:ascii="SimSun" w:eastAsia="SimSun" w:hAnsi="SimSun" w:cs="SimSun"/>
          <w:color w:val="000000"/>
          <w:lang w:eastAsia="zh-CN"/>
        </w:rPr>
        <w:t>乙一定</w:t>
      </w:r>
      <w:proofErr w:type="gramEnd"/>
      <w:r>
        <w:rPr>
          <w:rFonts w:ascii="SimSun" w:eastAsia="SimSun" w:hAnsi="SimSun" w:cs="SimSun"/>
          <w:color w:val="000000"/>
          <w:lang w:eastAsia="zh-CN"/>
        </w:rPr>
        <w:t>要获胜，那么它首次取</w:t>
      </w:r>
      <w:r>
        <w:rPr>
          <w:rFonts w:ascii="Times New Roman" w:eastAsia="Times New Roman" w:hAnsi="Times New Roman" w:cs="Times New Roman"/>
          <w:i/>
          <w:color w:val="000000"/>
          <w:lang w:eastAsia="zh-CN"/>
        </w:rPr>
        <w:t>e</w:t>
      </w:r>
      <w:r>
        <w:rPr>
          <w:rFonts w:ascii="SimSun" w:eastAsia="SimSun" w:hAnsi="SimSun" w:cs="SimSun"/>
          <w:color w:val="000000"/>
          <w:lang w:eastAsia="zh-CN"/>
        </w:rPr>
        <w:t>，</w:t>
      </w:r>
      <w:r>
        <w:rPr>
          <w:rFonts w:ascii="Times New Roman" w:eastAsia="Times New Roman" w:hAnsi="Times New Roman" w:cs="Times New Roman"/>
          <w:i/>
          <w:color w:val="000000"/>
          <w:lang w:eastAsia="zh-CN"/>
        </w:rPr>
        <w:t>f</w:t>
      </w:r>
      <w:r>
        <w:rPr>
          <w:rFonts w:ascii="SimSun" w:eastAsia="SimSun" w:hAnsi="SimSun" w:cs="SimSun"/>
          <w:color w:val="000000"/>
          <w:lang w:eastAsia="zh-CN"/>
        </w:rPr>
        <w:t>，</w:t>
      </w:r>
    </w:p>
    <w:p w14:paraId="7479AFC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w:t>
      </w:r>
      <w:r>
        <w:rPr>
          <w:rFonts w:ascii="SimSun" w:eastAsia="SimSun" w:hAnsi="SimSun" w:cs="SimSun"/>
          <w:noProof/>
          <w:color w:val="000000"/>
        </w:rPr>
        <w:drawing>
          <wp:inline distT="0" distB="0" distL="114300" distR="114300" wp14:anchorId="45DBB080" wp14:editId="180EFC3D">
            <wp:extent cx="158750" cy="190500"/>
            <wp:effectExtent l="0" t="0" r="12700" b="0"/>
            <wp:docPr id="4299" name="图片 921216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0" name="图片 921216806"/>
                    <pic:cNvPicPr>
                      <a:picLocks noChangeAspect="1"/>
                    </pic:cNvPicPr>
                  </pic:nvPicPr>
                  <pic:blipFill>
                    <a:blip r:embed="rId306"/>
                    <a:stretch>
                      <a:fillRect/>
                    </a:stretch>
                  </pic:blipFill>
                  <pic:spPr>
                    <a:xfrm>
                      <a:off x="0" y="0"/>
                      <a:ext cx="158750" cy="190500"/>
                    </a:xfrm>
                    <a:prstGeom prst="rect">
                      <a:avLst/>
                    </a:prstGeom>
                  </pic:spPr>
                </pic:pic>
              </a:graphicData>
            </a:graphic>
          </wp:inline>
        </w:drawing>
      </w:r>
      <w:r>
        <w:rPr>
          <w:rFonts w:ascii="SimSun" w:eastAsia="SimSun" w:hAnsi="SimSun" w:cs="SimSun"/>
          <w:color w:val="000000"/>
          <w:lang w:eastAsia="zh-CN"/>
        </w:rPr>
        <w:t>：</w:t>
      </w:r>
      <w:r>
        <w:rPr>
          <w:rFonts w:ascii="Times New Roman" w:eastAsia="Times New Roman" w:hAnsi="Times New Roman" w:cs="Times New Roman"/>
          <w:i/>
          <w:color w:val="000000"/>
          <w:lang w:eastAsia="zh-CN"/>
        </w:rPr>
        <w:t>e</w:t>
      </w:r>
      <w:r>
        <w:rPr>
          <w:rFonts w:ascii="SimSun" w:eastAsia="SimSun" w:hAnsi="SimSun" w:cs="SimSun"/>
          <w:color w:val="000000"/>
          <w:lang w:eastAsia="zh-CN"/>
        </w:rPr>
        <w:t>，</w:t>
      </w:r>
      <w:r>
        <w:rPr>
          <w:rFonts w:ascii="Times New Roman" w:eastAsia="Times New Roman" w:hAnsi="Times New Roman" w:cs="Times New Roman"/>
          <w:i/>
          <w:color w:val="000000"/>
          <w:lang w:eastAsia="zh-CN"/>
        </w:rPr>
        <w:t>f</w:t>
      </w:r>
      <w:r>
        <w:rPr>
          <w:rFonts w:ascii="SimSun" w:eastAsia="SimSun" w:hAnsi="SimSun" w:cs="SimSun"/>
          <w:color w:val="000000"/>
          <w:lang w:eastAsia="zh-CN"/>
        </w:rPr>
        <w:t>．</w:t>
      </w:r>
    </w:p>
    <w:p w14:paraId="7B59F594"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本题考查了逻辑推理，关键是</w:t>
      </w:r>
      <w:proofErr w:type="gramStart"/>
      <w:r>
        <w:rPr>
          <w:rFonts w:ascii="SimSun" w:eastAsia="SimSun" w:hAnsi="SimSun" w:cs="SimSun"/>
          <w:color w:val="000000"/>
          <w:lang w:eastAsia="zh-CN"/>
        </w:rPr>
        <w:t>明确最后</w:t>
      </w:r>
      <w:proofErr w:type="gramEnd"/>
      <w:r>
        <w:rPr>
          <w:rFonts w:ascii="SimSun" w:eastAsia="SimSun" w:hAnsi="SimSun" w:cs="SimSun"/>
          <w:color w:val="000000"/>
          <w:lang w:eastAsia="zh-CN"/>
        </w:rPr>
        <w:t>一个将球取完的人获胜．</w:t>
      </w:r>
    </w:p>
    <w:p w14:paraId="452F3244" w14:textId="77777777" w:rsidR="008113A1" w:rsidRDefault="00000000">
      <w:pPr>
        <w:spacing w:line="285" w:lineRule="auto"/>
        <w:textAlignment w:val="center"/>
        <w:rPr>
          <w:color w:val="000000"/>
          <w:lang w:eastAsia="zh-CN"/>
        </w:rPr>
      </w:pPr>
      <w:r>
        <w:rPr>
          <w:rFonts w:ascii="SimSun" w:eastAsia="SimSun" w:hAnsi="SimSun" w:cs="SimSun"/>
          <w:b/>
          <w:color w:val="000000"/>
          <w:sz w:val="24"/>
          <w:lang w:eastAsia="zh-CN"/>
        </w:rPr>
        <w:t>三、解答题（共</w:t>
      </w:r>
      <w:r>
        <w:rPr>
          <w:rFonts w:ascii="Times New Roman" w:eastAsia="Times New Roman" w:hAnsi="Times New Roman" w:cs="Times New Roman"/>
          <w:b/>
          <w:color w:val="000000"/>
          <w:sz w:val="24"/>
          <w:lang w:eastAsia="zh-CN"/>
        </w:rPr>
        <w:t>64</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19</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16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20</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8</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10</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22-26</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分）解答应写出文字说明、演算步骤或证明过程．</w:t>
      </w:r>
    </w:p>
    <w:p w14:paraId="3EA82C27" w14:textId="77777777" w:rsidR="008113A1" w:rsidRDefault="00000000">
      <w:pPr>
        <w:pStyle w:val="Heading2"/>
        <w:rPr>
          <w:lang w:eastAsia="zh-CN"/>
        </w:rPr>
      </w:pPr>
      <w:bookmarkStart w:id="30" w:name="_Toc235460047"/>
      <w:r>
        <w:rPr>
          <w:lang w:eastAsia="zh-CN"/>
        </w:rPr>
        <w:t>第二十七中学</w:t>
      </w:r>
      <w:bookmarkEnd w:id="30"/>
    </w:p>
    <w:p w14:paraId="54B298A7" w14:textId="77777777" w:rsidR="008113A1" w:rsidRDefault="00000000">
      <w:pPr>
        <w:spacing w:line="360" w:lineRule="auto"/>
        <w:jc w:val="both"/>
        <w:textAlignment w:val="center"/>
        <w:rPr>
          <w:color w:val="000000"/>
          <w:lang w:eastAsia="zh-CN"/>
        </w:rPr>
      </w:pPr>
      <w:r>
        <w:rPr>
          <w:color w:val="000000"/>
          <w:lang w:eastAsia="zh-CN"/>
        </w:rPr>
        <w:t xml:space="preserve">16. </w:t>
      </w:r>
      <w:r>
        <w:rPr>
          <w:rFonts w:ascii="SimSun" w:eastAsia="SimSun" w:hAnsi="SimSun" w:cs="SimSun"/>
          <w:color w:val="000000"/>
          <w:lang w:eastAsia="zh-CN"/>
        </w:rPr>
        <w:t>如图，若开始输入的</w:t>
      </w:r>
      <w:r>
        <w:pict w14:anchorId="2C1408AC">
          <v:shape id="_x0000_i1517" type="#_x0000_t75" alt="学科网(www.zxxk.com)--教育资源门户，提供试卷、教案、课件、论文、素材以及各类教学资源下载，还有大量而丰富的教学相关资讯！" style="width:8.85pt;height:9.5pt">
            <v:imagedata r:id="rId131" o:title="eqId81dea63b8ce3e51adf66cf7b9982a248"/>
          </v:shape>
        </w:pict>
      </w:r>
      <w:r>
        <w:rPr>
          <w:rFonts w:ascii="SimSun" w:eastAsia="SimSun" w:hAnsi="SimSun" w:cs="SimSun"/>
          <w:color w:val="000000"/>
          <w:lang w:eastAsia="zh-CN"/>
        </w:rPr>
        <w:t>的值为正整数，最后输出的结果为</w:t>
      </w:r>
      <w:r>
        <w:rPr>
          <w:rFonts w:ascii="Times New Roman" w:eastAsia="Times New Roman" w:hAnsi="Times New Roman" w:cs="Times New Roman"/>
          <w:color w:val="000000"/>
          <w:lang w:eastAsia="zh-CN"/>
        </w:rPr>
        <w:t>114</w:t>
      </w:r>
      <w:r>
        <w:rPr>
          <w:rFonts w:ascii="SimSun" w:eastAsia="SimSun" w:hAnsi="SimSun" w:cs="SimSun"/>
          <w:color w:val="000000"/>
          <w:lang w:eastAsia="zh-CN"/>
        </w:rPr>
        <w:t>，则满足条件的</w:t>
      </w:r>
      <w:r>
        <w:pict w14:anchorId="323AB887">
          <v:shape id="_x0000_i1518" type="#_x0000_t75" alt="学科网(www.zxxk.com)--教育资源门户，提供试卷、教案、课件、论文、素材以及各类教学资源下载，还有大量而丰富的教学相关资讯！" style="width:8.85pt;height:9.5pt">
            <v:imagedata r:id="rId131" o:title="eqId81dea63b8ce3e51adf66cf7b9982a248"/>
          </v:shape>
        </w:pict>
      </w:r>
      <w:r>
        <w:rPr>
          <w:rFonts w:ascii="SimSun" w:eastAsia="SimSun" w:hAnsi="SimSun" w:cs="SimSun"/>
          <w:color w:val="000000"/>
          <w:lang w:eastAsia="zh-CN"/>
        </w:rPr>
        <w:t>的值为</w:t>
      </w:r>
      <w:r>
        <w:rPr>
          <w:color w:val="000000"/>
          <w:lang w:eastAsia="zh-CN"/>
        </w:rPr>
        <w:t>__________</w:t>
      </w:r>
      <w:r>
        <w:rPr>
          <w:rFonts w:ascii="SimSun" w:eastAsia="SimSun" w:hAnsi="SimSun" w:cs="SimSun"/>
          <w:color w:val="000000"/>
          <w:lang w:eastAsia="zh-CN"/>
        </w:rPr>
        <w:t>．</w:t>
      </w:r>
    </w:p>
    <w:p w14:paraId="70DB4EBF" w14:textId="77777777" w:rsidR="008113A1" w:rsidRDefault="00000000">
      <w:pPr>
        <w:spacing w:line="360" w:lineRule="auto"/>
        <w:jc w:val="both"/>
        <w:textAlignment w:val="center"/>
        <w:rPr>
          <w:color w:val="000000"/>
          <w:lang w:eastAsia="zh-CN"/>
        </w:rPr>
      </w:pPr>
      <w:r>
        <w:rPr>
          <w:noProof/>
          <w:color w:val="000000"/>
        </w:rPr>
        <w:drawing>
          <wp:inline distT="0" distB="0" distL="114300" distR="114300" wp14:anchorId="11EF6C8E" wp14:editId="29244680">
            <wp:extent cx="4086225" cy="542925"/>
            <wp:effectExtent l="0" t="0" r="9525" b="9525"/>
            <wp:docPr id="4301"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 name="图片 100009" descr="学科网(www.zxxk.com)--教育资源门户，提供试卷、教案、课件、论文、素材以及各类教学资源下载，还有大量而丰富的教学相关资讯！"/>
                    <pic:cNvPicPr>
                      <a:picLocks noChangeAspect="1"/>
                    </pic:cNvPicPr>
                  </pic:nvPicPr>
                  <pic:blipFill>
                    <a:blip r:embed="rId307"/>
                    <a:stretch>
                      <a:fillRect/>
                    </a:stretch>
                  </pic:blipFill>
                  <pic:spPr>
                    <a:xfrm>
                      <a:off x="0" y="0"/>
                      <a:ext cx="4086225" cy="542925"/>
                    </a:xfrm>
                    <a:prstGeom prst="rect">
                      <a:avLst/>
                    </a:prstGeom>
                  </pic:spPr>
                </pic:pic>
              </a:graphicData>
            </a:graphic>
          </wp:inline>
        </w:drawing>
      </w:r>
      <w:r>
        <w:rPr>
          <w:color w:val="000000"/>
          <w:lang w:eastAsia="zh-CN"/>
        </w:rPr>
        <w:t xml:space="preserve">  </w:t>
      </w:r>
    </w:p>
    <w:p w14:paraId="2868E0D6" w14:textId="77777777" w:rsidR="008113A1" w:rsidRDefault="00000000">
      <w:pPr>
        <w:spacing w:line="360" w:lineRule="auto"/>
        <w:textAlignment w:val="center"/>
        <w:rPr>
          <w:color w:val="000000"/>
          <w:lang w:eastAsia="zh-CN"/>
        </w:rPr>
      </w:pPr>
      <w:r>
        <w:rPr>
          <w:color w:val="2E75B6"/>
          <w:lang w:eastAsia="zh-CN"/>
        </w:rPr>
        <w:t>【答案】</w:t>
      </w:r>
      <w:r>
        <w:rPr>
          <w:rFonts w:ascii="Times New Roman" w:eastAsia="Times New Roman" w:hAnsi="Times New Roman" w:cs="Times New Roman"/>
          <w:color w:val="000000"/>
          <w:lang w:eastAsia="zh-CN"/>
        </w:rPr>
        <w:t>23</w:t>
      </w:r>
    </w:p>
    <w:p w14:paraId="5A863780" w14:textId="77777777" w:rsidR="008113A1" w:rsidRDefault="00000000">
      <w:pPr>
        <w:spacing w:line="360" w:lineRule="auto"/>
        <w:textAlignment w:val="center"/>
        <w:rPr>
          <w:color w:val="000000"/>
          <w:lang w:eastAsia="zh-CN"/>
        </w:rPr>
      </w:pPr>
      <w:r>
        <w:rPr>
          <w:color w:val="2E75B6"/>
          <w:lang w:eastAsia="zh-CN"/>
        </w:rPr>
        <w:t>【解析】</w:t>
      </w:r>
    </w:p>
    <w:p w14:paraId="6A0C0775" w14:textId="77777777" w:rsidR="008113A1" w:rsidRDefault="00000000">
      <w:pPr>
        <w:spacing w:line="360" w:lineRule="auto"/>
        <w:jc w:val="both"/>
        <w:textAlignment w:val="center"/>
        <w:rPr>
          <w:color w:val="000000"/>
          <w:lang w:eastAsia="zh-CN"/>
        </w:rPr>
      </w:pPr>
      <w:r>
        <w:rPr>
          <w:color w:val="000000"/>
          <w:lang w:eastAsia="zh-CN"/>
        </w:rPr>
        <w:t>【分析】</w:t>
      </w:r>
      <w:r>
        <w:rPr>
          <w:rFonts w:ascii="NSimSun" w:eastAsia="NSimSun" w:hAnsi="NSimSun" w:cs="NSimSun"/>
          <w:color w:val="000000"/>
          <w:lang w:eastAsia="zh-CN"/>
        </w:rPr>
        <w:t>根据流程图即可求出答案．</w:t>
      </w:r>
    </w:p>
    <w:p w14:paraId="6A870B2A" w14:textId="77777777" w:rsidR="008113A1" w:rsidRDefault="00000000">
      <w:pPr>
        <w:spacing w:line="360" w:lineRule="auto"/>
        <w:jc w:val="both"/>
        <w:textAlignment w:val="center"/>
        <w:rPr>
          <w:color w:val="000000"/>
          <w:lang w:eastAsia="zh-CN"/>
        </w:rPr>
      </w:pPr>
      <w:r>
        <w:rPr>
          <w:color w:val="000000"/>
          <w:lang w:eastAsia="zh-CN"/>
        </w:rPr>
        <w:t>【详解】</w:t>
      </w:r>
      <w:r>
        <w:rPr>
          <w:rFonts w:ascii="SimSun" w:eastAsia="SimSun" w:hAnsi="SimSun" w:cs="SimSun"/>
          <w:color w:val="000000"/>
          <w:lang w:eastAsia="zh-CN"/>
        </w:rPr>
        <w:t>解：</w:t>
      </w:r>
      <w:r>
        <w:rPr>
          <w:rFonts w:ascii="NSimSun" w:eastAsia="NSimSun" w:hAnsi="NSimSun" w:cs="NSimSun"/>
          <w:color w:val="000000"/>
          <w:lang w:eastAsia="zh-CN"/>
        </w:rPr>
        <w:t>当输入</w:t>
      </w:r>
      <w:r>
        <w:pict w14:anchorId="4B5E543D">
          <v:shape id="_x0000_i1519" type="#_x0000_t75" alt="学科网(www.zxxk.com)--教育资源门户，提供试卷、教案、课件、论文、素材以及各类教学资源下载，还有大量而丰富的教学相关资讯！" style="width:8.85pt;height:9.5pt">
            <v:imagedata r:id="rId131" o:title="eqId81dea63b8ce3e51adf66cf7b9982a248"/>
          </v:shape>
        </w:pict>
      </w:r>
      <w:r>
        <w:rPr>
          <w:rFonts w:ascii="NSimSun" w:eastAsia="NSimSun" w:hAnsi="NSimSun" w:cs="NSimSun"/>
          <w:color w:val="000000"/>
          <w:lang w:eastAsia="zh-CN"/>
        </w:rPr>
        <w:t>时，程序运行第一次即可输出答案，</w:t>
      </w:r>
    </w:p>
    <w:p w14:paraId="309EA505" w14:textId="77777777" w:rsidR="008113A1" w:rsidRDefault="00000000">
      <w:pPr>
        <w:spacing w:line="360" w:lineRule="auto"/>
        <w:jc w:val="both"/>
        <w:textAlignment w:val="center"/>
        <w:rPr>
          <w:color w:val="000000"/>
          <w:lang w:eastAsia="zh-CN"/>
        </w:rPr>
      </w:pPr>
      <w:r>
        <w:rPr>
          <w:rFonts w:ascii="NSimSun" w:eastAsia="NSimSun" w:hAnsi="NSimSun" w:cs="NSimSun"/>
          <w:color w:val="000000"/>
          <w:lang w:eastAsia="zh-CN"/>
        </w:rPr>
        <w:t>此时</w:t>
      </w:r>
      <w:r>
        <w:pict w14:anchorId="41604AB6">
          <v:shape id="_x0000_i1520" type="#_x0000_t75" alt="学科网(www.zxxk.com)--教育资源门户，提供试卷、教案、课件、论文、素材以及各类教学资源下载，还有大量而丰富的教学相关资讯！" style="width:52.3pt;height:12.9pt">
            <v:imagedata r:id="rId308" o:title="eqIdeb110d50bdfeb9babc9592a6f7fd0b16"/>
          </v:shape>
        </w:pict>
      </w:r>
      <w:r>
        <w:rPr>
          <w:rFonts w:ascii="NSimSun" w:eastAsia="NSimSun" w:hAnsi="NSimSun" w:cs="NSimSun"/>
          <w:color w:val="000000"/>
          <w:lang w:eastAsia="zh-CN"/>
        </w:rPr>
        <w:t>，</w:t>
      </w:r>
    </w:p>
    <w:p w14:paraId="0D2AF63C" w14:textId="77777777" w:rsidR="008113A1" w:rsidRDefault="00000000">
      <w:pPr>
        <w:spacing w:line="360" w:lineRule="auto"/>
        <w:jc w:val="both"/>
        <w:textAlignment w:val="center"/>
        <w:rPr>
          <w:color w:val="000000"/>
          <w:lang w:eastAsia="zh-CN"/>
        </w:rPr>
      </w:pPr>
      <w:r>
        <w:pict w14:anchorId="4C5A3567">
          <v:shape id="_x0000_i1521" type="#_x0000_t75" alt="学科网(www.zxxk.com)--教育资源门户，提供试卷、教案、课件、论文、素材以及各类教学资源下载，还有大量而丰富的教学相关资讯！" style="width:33.95pt;height:14.25pt">
            <v:imagedata r:id="rId309" o:title="eqIdc78daf39ea522a6b4584ca2b699ba720"/>
          </v:shape>
        </w:pict>
      </w:r>
      <w:r>
        <w:rPr>
          <w:rFonts w:ascii="NSimSun" w:eastAsia="NSimSun" w:hAnsi="NSimSun" w:cs="NSimSun"/>
          <w:color w:val="000000"/>
          <w:lang w:eastAsia="zh-CN"/>
        </w:rPr>
        <w:t>，</w:t>
      </w:r>
    </w:p>
    <w:p w14:paraId="3BEBD163" w14:textId="77777777" w:rsidR="008113A1" w:rsidRDefault="00000000">
      <w:pPr>
        <w:spacing w:line="360" w:lineRule="auto"/>
        <w:jc w:val="both"/>
        <w:textAlignment w:val="center"/>
        <w:rPr>
          <w:color w:val="000000"/>
          <w:lang w:eastAsia="zh-CN"/>
        </w:rPr>
      </w:pPr>
      <w:r>
        <w:rPr>
          <w:rFonts w:ascii="NSimSun" w:eastAsia="NSimSun" w:hAnsi="NSimSun" w:cs="NSimSun"/>
          <w:color w:val="000000"/>
          <w:lang w:eastAsia="zh-CN"/>
        </w:rPr>
        <w:t>当输入</w:t>
      </w:r>
      <w:r>
        <w:pict w14:anchorId="6105C9F4">
          <v:shape id="_x0000_i1522" type="#_x0000_t75" alt="学科网(www.zxxk.com)--教育资源门户，提供试卷、教案、课件、论文、素材以及各类教学资源下载，还有大量而丰富的教学相关资讯！" style="width:8.85pt;height:9.5pt">
            <v:imagedata r:id="rId131" o:title="eqId81dea63b8ce3e51adf66cf7b9982a248"/>
          </v:shape>
        </w:pict>
      </w:r>
      <w:r>
        <w:rPr>
          <w:rFonts w:ascii="NSimSun" w:eastAsia="NSimSun" w:hAnsi="NSimSun" w:cs="NSimSun"/>
          <w:color w:val="000000"/>
          <w:lang w:eastAsia="zh-CN"/>
        </w:rPr>
        <w:t>时，程序运行第二次输出答案，</w:t>
      </w:r>
    </w:p>
    <w:p w14:paraId="3CE3C62A" w14:textId="77777777" w:rsidR="008113A1" w:rsidRDefault="00000000">
      <w:pPr>
        <w:spacing w:line="360" w:lineRule="auto"/>
        <w:jc w:val="both"/>
        <w:textAlignment w:val="center"/>
        <w:rPr>
          <w:color w:val="000000"/>
          <w:lang w:eastAsia="zh-CN"/>
        </w:rPr>
      </w:pPr>
      <w:r>
        <w:rPr>
          <w:rFonts w:ascii="NSimSun" w:eastAsia="NSimSun" w:hAnsi="NSimSun" w:cs="NSimSun"/>
          <w:color w:val="000000"/>
          <w:lang w:eastAsia="zh-CN"/>
        </w:rPr>
        <w:t>则第一次运行的结果，</w:t>
      </w:r>
      <w:r>
        <w:pict w14:anchorId="18D94AE3">
          <v:shape id="_x0000_i1523" type="#_x0000_t75" alt="学科网(www.zxxk.com)--教育资源门户，提供试卷、教案、课件、论文、素材以及各类教学资源下载，还有大量而丰富的教学相关资讯！" style="width:51.6pt;height:12.9pt">
            <v:imagedata r:id="rId310" o:title="eqId9798b79221380f20d3f63fb22e7398e7"/>
          </v:shape>
        </w:pict>
      </w:r>
      <w:r>
        <w:rPr>
          <w:rFonts w:ascii="NSimSun" w:eastAsia="NSimSun" w:hAnsi="NSimSun" w:cs="NSimSun"/>
          <w:color w:val="000000"/>
          <w:lang w:eastAsia="zh-CN"/>
        </w:rPr>
        <w:t>，</w:t>
      </w:r>
    </w:p>
    <w:p w14:paraId="0E34885D" w14:textId="77777777" w:rsidR="008113A1" w:rsidRDefault="00000000">
      <w:pPr>
        <w:spacing w:line="360" w:lineRule="auto"/>
        <w:jc w:val="both"/>
        <w:textAlignment w:val="center"/>
        <w:rPr>
          <w:color w:val="000000"/>
          <w:lang w:eastAsia="zh-CN"/>
        </w:rPr>
      </w:pPr>
      <w:r>
        <w:rPr>
          <w:rFonts w:ascii="NSimSun" w:eastAsia="NSimSun" w:hAnsi="NSimSun" w:cs="NSimSun"/>
          <w:color w:val="000000"/>
          <w:lang w:eastAsia="zh-CN"/>
        </w:rPr>
        <w:t>第二运行的结果，</w:t>
      </w:r>
      <w:r>
        <w:pict w14:anchorId="1A1CDBD7">
          <v:shape id="_x0000_i1524" type="#_x0000_t75" alt="学科网(www.zxxk.com)--教育资源门户，提供试卷、教案、课件、论文、素材以及各类教学资源下载，还有大量而丰富的教学相关资讯！" style="width:78.1pt;height:14.95pt">
            <v:imagedata r:id="rId311" o:title="eqId7ddfe756c081667c3ac4e920e04a81ef"/>
          </v:shape>
        </w:pict>
      </w:r>
      <w:r>
        <w:rPr>
          <w:rFonts w:ascii="NSimSun" w:eastAsia="NSimSun" w:hAnsi="NSimSun" w:cs="NSimSun"/>
          <w:color w:val="000000"/>
          <w:lang w:eastAsia="zh-CN"/>
        </w:rPr>
        <w:t>，</w:t>
      </w:r>
    </w:p>
    <w:p w14:paraId="5BD81354" w14:textId="77777777" w:rsidR="008113A1" w:rsidRDefault="00000000">
      <w:pPr>
        <w:spacing w:line="360" w:lineRule="auto"/>
        <w:jc w:val="both"/>
        <w:textAlignment w:val="center"/>
        <w:rPr>
          <w:color w:val="000000"/>
          <w:lang w:eastAsia="zh-CN"/>
        </w:rPr>
      </w:pPr>
      <w:r>
        <w:rPr>
          <w:rFonts w:ascii="NSimSun" w:eastAsia="NSimSun" w:hAnsi="NSimSun" w:cs="NSimSun"/>
          <w:color w:val="000000"/>
          <w:lang w:eastAsia="zh-CN"/>
        </w:rPr>
        <w:t>此时</w:t>
      </w:r>
      <w:r>
        <w:pict w14:anchorId="13D6BC5B">
          <v:shape id="_x0000_i1525" type="#_x0000_t75" alt="学科网(www.zxxk.com)--教育资源门户，提供试卷、教案、课件、论文、素材以及各类教学资源下载，还有大量而丰富的教学相关资讯！" style="width:31.9pt;height:27.85pt">
            <v:imagedata r:id="rId312" o:title="eqId563c816270017a7cb1f8821f18f7a74f"/>
          </v:shape>
        </w:pict>
      </w:r>
      <w:r>
        <w:rPr>
          <w:rFonts w:ascii="NSimSun" w:eastAsia="NSimSun" w:hAnsi="NSimSun" w:cs="NSimSun"/>
          <w:color w:val="000000"/>
          <w:lang w:eastAsia="zh-CN"/>
        </w:rPr>
        <w:t>，（不符合题意，舍去）</w:t>
      </w:r>
    </w:p>
    <w:p w14:paraId="3F5496FD" w14:textId="77777777" w:rsidR="008113A1" w:rsidRDefault="00000000">
      <w:pPr>
        <w:spacing w:line="360" w:lineRule="auto"/>
        <w:textAlignment w:val="center"/>
        <w:rPr>
          <w:color w:val="000000"/>
          <w:lang w:eastAsia="zh-CN"/>
        </w:rPr>
      </w:pPr>
      <w:r>
        <w:rPr>
          <w:rFonts w:ascii="NSimSun" w:eastAsia="NSimSun" w:hAnsi="NSimSun" w:cs="NSimSun"/>
          <w:color w:val="000000"/>
          <w:lang w:eastAsia="zh-CN"/>
        </w:rPr>
        <w:t>故答案为：</w:t>
      </w:r>
      <w:r>
        <w:rPr>
          <w:rFonts w:ascii="Times New Roman" w:eastAsia="Times New Roman" w:hAnsi="Times New Roman" w:cs="Times New Roman"/>
          <w:color w:val="000000"/>
          <w:lang w:eastAsia="zh-CN"/>
        </w:rPr>
        <w:t>23</w:t>
      </w:r>
      <w:r>
        <w:rPr>
          <w:rFonts w:ascii="NSimSun" w:eastAsia="NSimSun" w:hAnsi="NSimSun" w:cs="NSimSun"/>
          <w:color w:val="000000"/>
          <w:lang w:eastAsia="zh-CN"/>
        </w:rPr>
        <w:t>．</w:t>
      </w:r>
    </w:p>
    <w:p w14:paraId="2B314F63" w14:textId="77777777" w:rsidR="008113A1" w:rsidRDefault="00000000">
      <w:pPr>
        <w:spacing w:line="360" w:lineRule="auto"/>
        <w:textAlignment w:val="center"/>
        <w:rPr>
          <w:color w:val="000000"/>
          <w:lang w:eastAsia="zh-CN"/>
        </w:rPr>
      </w:pPr>
      <w:r>
        <w:rPr>
          <w:color w:val="000000"/>
          <w:lang w:eastAsia="zh-CN"/>
        </w:rPr>
        <w:lastRenderedPageBreak/>
        <w:t>【点睛】</w:t>
      </w:r>
      <w:r>
        <w:rPr>
          <w:rFonts w:ascii="NSimSun" w:eastAsia="NSimSun" w:hAnsi="NSimSun" w:cs="NSimSun"/>
          <w:color w:val="000000"/>
          <w:lang w:eastAsia="zh-CN"/>
        </w:rPr>
        <w:t>本题考查流程图，解题的关键是正确理解流程图，本题属于基础题型．</w:t>
      </w:r>
    </w:p>
    <w:p w14:paraId="1DBF5CE3" w14:textId="77777777" w:rsidR="008113A1" w:rsidRDefault="00000000">
      <w:pPr>
        <w:spacing w:line="360" w:lineRule="auto"/>
        <w:textAlignment w:val="center"/>
        <w:rPr>
          <w:color w:val="000000"/>
          <w:lang w:eastAsia="zh-CN"/>
        </w:rPr>
      </w:pPr>
      <w:r>
        <w:rPr>
          <w:rFonts w:ascii="SimSun" w:eastAsia="SimSun" w:hAnsi="SimSun" w:cs="SimSun"/>
          <w:b/>
          <w:color w:val="000000"/>
          <w:sz w:val="21"/>
          <w:lang w:eastAsia="zh-CN"/>
        </w:rPr>
        <w:t>三、解答题（本题共</w:t>
      </w:r>
      <w:r>
        <w:rPr>
          <w:rFonts w:ascii="Times New Roman" w:eastAsia="Times New Roman" w:hAnsi="Times New Roman" w:cs="Times New Roman"/>
          <w:b/>
          <w:color w:val="000000"/>
          <w:sz w:val="21"/>
          <w:lang w:eastAsia="zh-CN"/>
        </w:rPr>
        <w:t>68</w:t>
      </w:r>
      <w:r>
        <w:rPr>
          <w:rFonts w:ascii="SimSun" w:eastAsia="SimSun" w:hAnsi="SimSun" w:cs="SimSun"/>
          <w:b/>
          <w:color w:val="000000"/>
          <w:sz w:val="21"/>
          <w:lang w:eastAsia="zh-CN"/>
        </w:rPr>
        <w:t>分；第</w:t>
      </w:r>
      <w:r>
        <w:rPr>
          <w:rFonts w:ascii="Times New Roman" w:eastAsia="Times New Roman" w:hAnsi="Times New Roman" w:cs="Times New Roman"/>
          <w:b/>
          <w:color w:val="000000"/>
          <w:sz w:val="21"/>
          <w:lang w:eastAsia="zh-CN"/>
        </w:rPr>
        <w:t>17-22</w:t>
      </w:r>
      <w:r>
        <w:rPr>
          <w:rFonts w:ascii="SimSun" w:eastAsia="SimSun" w:hAnsi="SimSun" w:cs="SimSun"/>
          <w:b/>
          <w:color w:val="000000"/>
          <w:sz w:val="21"/>
          <w:lang w:eastAsia="zh-CN"/>
        </w:rPr>
        <w:t>题</w:t>
      </w:r>
      <w:r>
        <w:rPr>
          <w:rFonts w:ascii="Times New Roman" w:eastAsia="Times New Roman" w:hAnsi="Times New Roman" w:cs="Times New Roman"/>
          <w:b/>
          <w:color w:val="000000"/>
          <w:sz w:val="21"/>
          <w:lang w:eastAsia="zh-CN"/>
        </w:rPr>
        <w:t>5</w:t>
      </w:r>
      <w:r>
        <w:rPr>
          <w:rFonts w:ascii="SimSun" w:eastAsia="SimSun" w:hAnsi="SimSun" w:cs="SimSun"/>
          <w:b/>
          <w:color w:val="000000"/>
          <w:sz w:val="21"/>
          <w:lang w:eastAsia="zh-CN"/>
        </w:rPr>
        <w:t>分，</w:t>
      </w:r>
      <w:r>
        <w:rPr>
          <w:rFonts w:ascii="Times New Roman" w:eastAsia="Times New Roman" w:hAnsi="Times New Roman" w:cs="Times New Roman"/>
          <w:b/>
          <w:color w:val="000000"/>
          <w:sz w:val="21"/>
          <w:lang w:eastAsia="zh-CN"/>
        </w:rPr>
        <w:t>23-26</w:t>
      </w:r>
      <w:r>
        <w:rPr>
          <w:rFonts w:ascii="SimSun" w:eastAsia="SimSun" w:hAnsi="SimSun" w:cs="SimSun"/>
          <w:b/>
          <w:color w:val="000000"/>
          <w:sz w:val="21"/>
          <w:lang w:eastAsia="zh-CN"/>
        </w:rPr>
        <w:t>题</w:t>
      </w:r>
      <w:r>
        <w:rPr>
          <w:rFonts w:ascii="Times New Roman" w:eastAsia="Times New Roman" w:hAnsi="Times New Roman" w:cs="Times New Roman"/>
          <w:b/>
          <w:color w:val="000000"/>
          <w:sz w:val="21"/>
          <w:lang w:eastAsia="zh-CN"/>
        </w:rPr>
        <w:t>6</w:t>
      </w:r>
      <w:r>
        <w:rPr>
          <w:rFonts w:ascii="SimSun" w:eastAsia="SimSun" w:hAnsi="SimSun" w:cs="SimSun"/>
          <w:b/>
          <w:color w:val="000000"/>
          <w:sz w:val="21"/>
          <w:lang w:eastAsia="zh-CN"/>
        </w:rPr>
        <w:t>分，</w:t>
      </w:r>
      <w:r>
        <w:rPr>
          <w:rFonts w:ascii="Times New Roman" w:eastAsia="Times New Roman" w:hAnsi="Times New Roman" w:cs="Times New Roman"/>
          <w:b/>
          <w:color w:val="000000"/>
          <w:sz w:val="21"/>
          <w:lang w:eastAsia="zh-CN"/>
        </w:rPr>
        <w:t>27</w:t>
      </w:r>
      <w:r>
        <w:rPr>
          <w:rFonts w:ascii="SimSun" w:eastAsia="SimSun" w:hAnsi="SimSun" w:cs="SimSun"/>
          <w:b/>
          <w:color w:val="000000"/>
          <w:sz w:val="21"/>
          <w:lang w:eastAsia="zh-CN"/>
        </w:rPr>
        <w:t>、</w:t>
      </w:r>
      <w:r>
        <w:rPr>
          <w:rFonts w:ascii="Times New Roman" w:eastAsia="Times New Roman" w:hAnsi="Times New Roman" w:cs="Times New Roman"/>
          <w:b/>
          <w:color w:val="000000"/>
          <w:sz w:val="21"/>
          <w:lang w:eastAsia="zh-CN"/>
        </w:rPr>
        <w:t>28</w:t>
      </w:r>
      <w:r>
        <w:rPr>
          <w:rFonts w:ascii="SimSun" w:eastAsia="SimSun" w:hAnsi="SimSun" w:cs="SimSun"/>
          <w:b/>
          <w:color w:val="000000"/>
          <w:sz w:val="21"/>
          <w:lang w:eastAsia="zh-CN"/>
        </w:rPr>
        <w:t>题，每小题</w:t>
      </w:r>
      <w:r>
        <w:rPr>
          <w:rFonts w:ascii="Times New Roman" w:eastAsia="Times New Roman" w:hAnsi="Times New Roman" w:cs="Times New Roman"/>
          <w:b/>
          <w:color w:val="000000"/>
          <w:sz w:val="21"/>
          <w:lang w:eastAsia="zh-CN"/>
        </w:rPr>
        <w:t>7</w:t>
      </w:r>
      <w:r>
        <w:rPr>
          <w:rFonts w:ascii="SimSun" w:eastAsia="SimSun" w:hAnsi="SimSun" w:cs="SimSun"/>
          <w:b/>
          <w:color w:val="000000"/>
          <w:sz w:val="21"/>
          <w:lang w:eastAsia="zh-CN"/>
        </w:rPr>
        <w:t>分．）</w:t>
      </w:r>
    </w:p>
    <w:p w14:paraId="515B34B9" w14:textId="77777777" w:rsidR="008113A1" w:rsidRDefault="00000000">
      <w:pPr>
        <w:pStyle w:val="Heading2"/>
        <w:rPr>
          <w:lang w:eastAsia="zh-CN"/>
        </w:rPr>
      </w:pPr>
      <w:bookmarkStart w:id="31" w:name="_Toc235460048"/>
      <w:r>
        <w:rPr>
          <w:lang w:eastAsia="zh-CN"/>
        </w:rPr>
        <w:t>第八中学</w:t>
      </w:r>
      <w:bookmarkEnd w:id="31"/>
    </w:p>
    <w:p w14:paraId="33028941" w14:textId="77777777" w:rsidR="008113A1" w:rsidRDefault="00000000">
      <w:pPr>
        <w:spacing w:line="360" w:lineRule="auto"/>
        <w:jc w:val="both"/>
        <w:textAlignment w:val="center"/>
        <w:rPr>
          <w:color w:val="000000"/>
          <w:lang w:eastAsia="zh-CN"/>
        </w:rPr>
      </w:pPr>
      <w:r>
        <w:rPr>
          <w:color w:val="000000"/>
          <w:lang w:eastAsia="zh-CN"/>
        </w:rPr>
        <w:t xml:space="preserve">18. </w:t>
      </w:r>
      <w:r>
        <w:rPr>
          <w:rFonts w:ascii="SimSun" w:eastAsia="SimSun" w:hAnsi="SimSun" w:cs="SimSun"/>
          <w:color w:val="000000"/>
          <w:lang w:eastAsia="zh-CN"/>
        </w:rPr>
        <w:t>若</w:t>
      </w:r>
      <w:r>
        <w:pict w14:anchorId="154D5D41">
          <v:shape id="_x0000_i1526" type="#_x0000_t75" alt="学科网(www.zxxk.com)--教育资源门户，提供试卷、教案、课件、论文、素材以及各类教学资源下载，还有大量而丰富的教学相关资讯！" style="width:80.15pt;height:19.7pt">
            <v:imagedata r:id="rId313" o:title="eqId50aaddc161228d66e68ac409648eea90"/>
          </v:shape>
        </w:pict>
      </w:r>
      <w:r>
        <w:rPr>
          <w:rFonts w:ascii="SimSun" w:eastAsia="SimSun" w:hAnsi="SimSun" w:cs="SimSun"/>
          <w:color w:val="000000"/>
          <w:lang w:eastAsia="zh-CN"/>
        </w:rPr>
        <w:t>，则</w:t>
      </w:r>
      <w:r>
        <w:pict w14:anchorId="67AD055D">
          <v:shape id="_x0000_i1527" type="#_x0000_t75" alt="学科网(www.zxxk.com)--教育资源门户，提供试卷、教案、课件、论文、素材以及各类教学资源下载，还有大量而丰富的教学相关资讯！" style="width:20.4pt;height:11.55pt">
            <v:imagedata r:id="rId314" o:title="eqId380bbacf854e30e2e747fc286d2b9997"/>
          </v:shape>
        </w:pict>
      </w:r>
      <w:r>
        <w:rPr>
          <w:color w:val="000000"/>
          <w:lang w:eastAsia="zh-CN"/>
        </w:rPr>
        <w:t>______</w:t>
      </w:r>
      <w:r>
        <w:rPr>
          <w:rFonts w:ascii="SimSun" w:eastAsia="SimSun" w:hAnsi="SimSun" w:cs="SimSun"/>
          <w:color w:val="000000"/>
          <w:lang w:eastAsia="zh-CN"/>
        </w:rPr>
        <w:t>．</w:t>
      </w:r>
    </w:p>
    <w:p w14:paraId="4F227C8F" w14:textId="77777777" w:rsidR="008113A1" w:rsidRDefault="00000000">
      <w:pPr>
        <w:spacing w:line="360" w:lineRule="auto"/>
        <w:textAlignment w:val="center"/>
        <w:rPr>
          <w:color w:val="000000"/>
          <w:lang w:eastAsia="zh-CN"/>
        </w:rPr>
      </w:pPr>
      <w:r>
        <w:rPr>
          <w:color w:val="2E75B6"/>
          <w:lang w:eastAsia="zh-CN"/>
        </w:rPr>
        <w:t>【答案】</w:t>
      </w:r>
      <w:r>
        <w:pict w14:anchorId="2E21B4B8">
          <v:shape id="_x0000_i1528" type="#_x0000_t75" alt="学科网(www.zxxk.com)--教育资源门户，提供试卷、教案、课件、论文、素材以及各类教学资源下载，还有大量而丰富的教学相关资讯！" style="width:14.95pt;height:12.9pt">
            <v:imagedata r:id="rId315" o:title="eqId29418e5014731850c55565b6bf47aa41"/>
          </v:shape>
        </w:pict>
      </w:r>
      <w:r>
        <w:rPr>
          <w:rFonts w:ascii="SimSun" w:eastAsia="SimSun" w:hAnsi="SimSun" w:cs="SimSun"/>
          <w:color w:val="000000"/>
          <w:lang w:eastAsia="zh-CN"/>
        </w:rPr>
        <w:t>或</w:t>
      </w:r>
      <w:r>
        <w:pict w14:anchorId="5141577D">
          <v:shape id="_x0000_i1529" type="#_x0000_t75" alt="学科网(www.zxxk.com)--教育资源门户，提供试卷、教案、课件、论文、素材以及各类教学资源下载，还有大量而丰富的教学相关资讯！" style="width:9.5pt;height:14.25pt">
            <v:imagedata r:id="rId110" o:title="eqId5ca7d1107389675d32b56ec097464c14"/>
          </v:shape>
        </w:pict>
      </w:r>
    </w:p>
    <w:p w14:paraId="171385FD" w14:textId="77777777" w:rsidR="008113A1" w:rsidRDefault="00000000">
      <w:pPr>
        <w:spacing w:line="360" w:lineRule="auto"/>
        <w:textAlignment w:val="center"/>
        <w:rPr>
          <w:color w:val="000000"/>
          <w:lang w:eastAsia="zh-CN"/>
        </w:rPr>
      </w:pPr>
      <w:r>
        <w:rPr>
          <w:color w:val="2E75B6"/>
          <w:lang w:eastAsia="zh-CN"/>
        </w:rPr>
        <w:t>【解析】</w:t>
      </w:r>
    </w:p>
    <w:p w14:paraId="6307E82A"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本题考查了绝对值方程，分类讨论，根据</w:t>
      </w:r>
      <w:r>
        <w:pict w14:anchorId="0FE9894C">
          <v:shape id="_x0000_i1530" type="#_x0000_t75" alt="学科网(www.zxxk.com)--教育资源门户，提供试卷、教案、课件、论文、素材以及各类教学资源下载，还有大量而丰富的教学相关资讯！" style="width:124.3pt;height:31.25pt">
            <v:imagedata r:id="rId316" o:title="eqId15ad7687529565974b95dd8fb8ff8260"/>
          </v:shape>
        </w:pict>
      </w:r>
      <w:r>
        <w:rPr>
          <w:rFonts w:ascii="SimSun" w:eastAsia="SimSun" w:hAnsi="SimSun" w:cs="SimSun"/>
          <w:color w:val="000000"/>
          <w:lang w:eastAsia="zh-CN"/>
        </w:rPr>
        <w:t>三种情况讨论，化简绝对值，进而</w:t>
      </w:r>
      <w:proofErr w:type="gramStart"/>
      <w:r>
        <w:rPr>
          <w:rFonts w:ascii="SimSun" w:eastAsia="SimSun" w:hAnsi="SimSun" w:cs="SimSun"/>
          <w:color w:val="000000"/>
          <w:lang w:eastAsia="zh-CN"/>
        </w:rPr>
        <w:t>解关于</w:t>
      </w:r>
      <w:proofErr w:type="gramEnd"/>
      <w:r>
        <w:pict w14:anchorId="497B0053">
          <v:shape id="_x0000_i1531" type="#_x0000_t75" alt="学科网(www.zxxk.com)--教育资源门户，提供试卷、教案、课件、论文、素材以及各类教学资源下载，还有大量而丰富的教学相关资讯！" style="width:8.85pt;height:9.5pt">
            <v:imagedata r:id="rId249" o:title="eqId0a6936d370d6a238a608ca56f87198de"/>
          </v:shape>
        </w:pict>
      </w:r>
      <w:r>
        <w:rPr>
          <w:rFonts w:ascii="SimSun" w:eastAsia="SimSun" w:hAnsi="SimSun" w:cs="SimSun"/>
          <w:color w:val="000000"/>
          <w:lang w:eastAsia="zh-CN"/>
        </w:rPr>
        <w:t>的一元一次方程，即可求解．</w:t>
      </w:r>
    </w:p>
    <w:p w14:paraId="34838A2E"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解：当</w:t>
      </w:r>
      <w:r>
        <w:pict w14:anchorId="2D6FDE31">
          <v:shape id="_x0000_i1532" type="#_x0000_t75" alt="学科网(www.zxxk.com)--教育资源门户，提供试卷、教案、课件、论文、素材以及各类教学资源下载，还有大量而丰富的教学相关资讯！" style="width:38.05pt;height:30.55pt">
            <v:imagedata r:id="rId317" o:title="eqId1e5bcfb3bafe8373dd907e0e55d08f8c"/>
          </v:shape>
        </w:pict>
      </w:r>
      <w:r>
        <w:rPr>
          <w:rFonts w:ascii="SimSun" w:eastAsia="SimSun" w:hAnsi="SimSun" w:cs="SimSun"/>
          <w:color w:val="000000"/>
          <w:lang w:eastAsia="zh-CN"/>
        </w:rPr>
        <w:t>时，</w:t>
      </w:r>
      <w:r>
        <w:pict w14:anchorId="27762BA5">
          <v:shape id="_x0000_i1533" type="#_x0000_t75" alt="学科网(www.zxxk.com)--教育资源门户，提供试卷、教案、课件、论文、素材以及各类教学资源下载，还有大量而丰富的教学相关资讯！" style="width:77.45pt;height:15.6pt">
            <v:imagedata r:id="rId318" o:title="eqId9bf5acd26d778c4a9c37cafdd042bd41"/>
          </v:shape>
        </w:pict>
      </w:r>
    </w:p>
    <w:p w14:paraId="57C2D00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5216DCB9">
          <v:shape id="_x0000_i1534" type="#_x0000_t75" alt="学科网(www.zxxk.com)--教育资源门户，提供试卷、教案、课件、论文、素材以及各类教学资源下载，还有大量而丰富的教学相关资讯！" style="width:84.25pt;height:14.25pt">
            <v:imagedata r:id="rId319" o:title="eqId48b8691e83ddb7747ee414c9e4d6692e"/>
          </v:shape>
        </w:pict>
      </w:r>
      <w:r>
        <w:rPr>
          <w:rFonts w:ascii="SimSun" w:eastAsia="SimSun" w:hAnsi="SimSun" w:cs="SimSun"/>
          <w:color w:val="000000"/>
          <w:lang w:eastAsia="zh-CN"/>
        </w:rPr>
        <w:t>，</w:t>
      </w:r>
    </w:p>
    <w:p w14:paraId="777866E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解得：</w:t>
      </w:r>
      <w:r>
        <w:pict w14:anchorId="7E29CF72">
          <v:shape id="_x0000_i1535" type="#_x0000_t75" alt="学科网(www.zxxk.com)--教育资源门户，提供试卷、教案、课件、论文、素材以及各类教学资源下载，还有大量而丰富的教学相关资讯！" style="width:29.9pt;height:12.9pt">
            <v:imagedata r:id="rId320" o:title="eqId6b108ab31cc093f03cf48ad65429889e"/>
          </v:shape>
        </w:pict>
      </w:r>
      <w:r>
        <w:rPr>
          <w:rFonts w:ascii="SimSun" w:eastAsia="SimSun" w:hAnsi="SimSun" w:cs="SimSun"/>
          <w:color w:val="000000"/>
          <w:lang w:eastAsia="zh-CN"/>
        </w:rPr>
        <w:t>；</w:t>
      </w:r>
    </w:p>
    <w:p w14:paraId="492D0EB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pict w14:anchorId="48F03690">
          <v:shape id="_x0000_i1536" type="#_x0000_t75" alt="学科网(www.zxxk.com)--教育资源门户，提供试卷、教案、课件、论文、素材以及各类教学资源下载，还有大量而丰富的教学相关资讯！" style="width:48.9pt;height:27.85pt">
            <v:imagedata r:id="rId321" o:title="eqId9b71d6c2ce604fdf96077f8c18b5c248"/>
          </v:shape>
        </w:pict>
      </w:r>
      <w:r>
        <w:rPr>
          <w:rFonts w:ascii="SimSun" w:eastAsia="SimSun" w:hAnsi="SimSun" w:cs="SimSun"/>
          <w:color w:val="000000"/>
          <w:lang w:eastAsia="zh-CN"/>
        </w:rPr>
        <w:t>时，</w:t>
      </w:r>
      <w:r>
        <w:pict w14:anchorId="56426BF5">
          <v:shape id="_x0000_i1537" type="#_x0000_t75" alt="学科网(www.zxxk.com)--教育资源门户，提供试卷、教案、课件、论文、素材以及各类教学资源下载，还有大量而丰富的教学相关资讯！" style="width:77.45pt;height:15.6pt">
            <v:imagedata r:id="rId322" o:title="eqId3daee06a6b4d5e019852bb9dd376ac42"/>
          </v:shape>
        </w:pict>
      </w:r>
    </w:p>
    <w:p w14:paraId="703D7CE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26AC4441">
          <v:shape id="_x0000_i1538" type="#_x0000_t75" alt="学科网(www.zxxk.com)--教育资源门户，提供试卷、教案、课件、论文、素材以及各类教学资源下载，还有大量而丰富的教学相关资讯！" style="width:78.1pt;height:14.25pt">
            <v:imagedata r:id="rId323" o:title="eqId04ee02b5002c4562f8a5da41d008597f"/>
          </v:shape>
        </w:pict>
      </w:r>
    </w:p>
    <w:p w14:paraId="12D0E2B9"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解得：</w:t>
      </w:r>
      <w:r>
        <w:pict w14:anchorId="6BC5BD77">
          <v:shape id="_x0000_i1539" type="#_x0000_t75" alt="学科网(www.zxxk.com)--教育资源门户，提供试卷、教案、课件、论文、素材以及各类教学资源下载，还有大量而丰富的教学相关资讯！" style="width:38.05pt;height:30.55pt">
            <v:imagedata r:id="rId324" o:title="eqId5c934ccf451bd650b0deb29cedc9505b"/>
          </v:shape>
        </w:pict>
      </w:r>
      <w:r>
        <w:rPr>
          <w:rFonts w:ascii="SimSun" w:eastAsia="SimSun" w:hAnsi="SimSun" w:cs="SimSun"/>
          <w:color w:val="000000"/>
          <w:lang w:eastAsia="zh-CN"/>
        </w:rPr>
        <w:t>（不合题意，舍去）</w:t>
      </w:r>
    </w:p>
    <w:p w14:paraId="22D986C4"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pict w14:anchorId="444C219C">
          <v:shape id="_x0000_i1540" type="#_x0000_t75" alt="学科网(www.zxxk.com)--教育资源门户，提供试卷、教案、课件、论文、素材以及各类教学资源下载，还有大量而丰富的教学相关资讯！" style="width:27.85pt;height:14.25pt">
            <v:imagedata r:id="rId325" o:title="eqId94440d3e4c073f94f2b266ff99d50e74"/>
          </v:shape>
        </w:pict>
      </w:r>
      <w:r>
        <w:rPr>
          <w:rFonts w:ascii="SimSun" w:eastAsia="SimSun" w:hAnsi="SimSun" w:cs="SimSun"/>
          <w:color w:val="000000"/>
          <w:lang w:eastAsia="zh-CN"/>
        </w:rPr>
        <w:t>时，则</w:t>
      </w:r>
      <w:r>
        <w:pict w14:anchorId="7B44D87F">
          <v:shape id="_x0000_i1541" type="#_x0000_t75" alt="学科网(www.zxxk.com)--教育资源门户，提供试卷、教案、课件、论文、素材以及各类教学资源下载，还有大量而丰富的教学相关资讯！" style="width:77.45pt;height:15.6pt">
            <v:imagedata r:id="rId326" o:title="eqIdb9cb0480c4ff0382f18978a25f17ee5e"/>
          </v:shape>
        </w:pict>
      </w:r>
    </w:p>
    <w:p w14:paraId="7ADCE21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2C08DBC4">
          <v:shape id="_x0000_i1542" type="#_x0000_t75" alt="学科网(www.zxxk.com)--教育资源门户，提供试卷、教案、课件、论文、素材以及各类教学资源下载，还有大量而丰富的教学相关资讯！" style="width:70.65pt;height:14.25pt">
            <v:imagedata r:id="rId327" o:title="eqIdf663c3f8d7cf731227a5748c7c979dd6"/>
          </v:shape>
        </w:pict>
      </w:r>
    </w:p>
    <w:p w14:paraId="3BEC08C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解得：</w:t>
      </w:r>
      <w:r>
        <w:pict w14:anchorId="7C8AD033">
          <v:shape id="_x0000_i1543" type="#_x0000_t75" alt="学科网(www.zxxk.com)--教育资源门户，提供试卷、教案、课件、论文、素材以及各类教学资源下载，还有大量而丰富的教学相关资讯！" style="width:24.45pt;height:12.9pt">
            <v:imagedata r:id="rId261" o:title="eqIde65397f11ea8af736f38debadf420c4a"/>
          </v:shape>
        </w:pict>
      </w:r>
    </w:p>
    <w:p w14:paraId="7585479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综上所述，</w:t>
      </w:r>
      <w:r>
        <w:pict w14:anchorId="54477AC6">
          <v:shape id="_x0000_i1544" type="#_x0000_t75" alt="学科网(www.zxxk.com)--教育资源门户，提供试卷、教案、课件、论文、素材以及各类教学资源下载，还有大量而丰富的教学相关资讯！" style="width:29.9pt;height:12.9pt">
            <v:imagedata r:id="rId320" o:title="eqId6b108ab31cc093f03cf48ad65429889e"/>
          </v:shape>
        </w:pict>
      </w:r>
      <w:r>
        <w:rPr>
          <w:rFonts w:ascii="SimSun" w:eastAsia="SimSun" w:hAnsi="SimSun" w:cs="SimSun"/>
          <w:color w:val="000000"/>
          <w:lang w:eastAsia="zh-CN"/>
        </w:rPr>
        <w:t>或</w:t>
      </w:r>
      <w:r>
        <w:pict w14:anchorId="5CF40D83">
          <v:shape id="_x0000_i1545" type="#_x0000_t75" alt="学科网(www.zxxk.com)--教育资源门户，提供试卷、教案、课件、论文、素材以及各类教学资源下载，还有大量而丰富的教学相关资讯！" style="width:24.45pt;height:12.9pt">
            <v:imagedata r:id="rId261" o:title="eqIde65397f11ea8af736f38debadf420c4a"/>
          </v:shape>
        </w:pict>
      </w:r>
    </w:p>
    <w:p w14:paraId="286B2335"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0895BE2F">
          <v:shape id="_x0000_i1546" type="#_x0000_t75" alt="学科网(www.zxxk.com)--教育资源门户，提供试卷、教案、课件、论文、素材以及各类教学资源下载，还有大量而丰富的教学相关资讯！" style="width:14.95pt;height:12.9pt">
            <v:imagedata r:id="rId315" o:title="eqId29418e5014731850c55565b6bf47aa41"/>
          </v:shape>
        </w:pict>
      </w:r>
      <w:r>
        <w:rPr>
          <w:rFonts w:ascii="SimSun" w:eastAsia="SimSun" w:hAnsi="SimSun" w:cs="SimSun"/>
          <w:color w:val="000000"/>
          <w:lang w:eastAsia="zh-CN"/>
        </w:rPr>
        <w:t>或</w:t>
      </w:r>
      <w:r>
        <w:pict w14:anchorId="3A54817A">
          <v:shape id="_x0000_i1547" type="#_x0000_t75" alt="学科网(www.zxxk.com)--教育资源门户，提供试卷、教案、课件、论文、素材以及各类教学资源下载，还有大量而丰富的教学相关资讯！" style="width:9.5pt;height:14.25pt">
            <v:imagedata r:id="rId110" o:title="eqId5ca7d1107389675d32b56ec097464c14"/>
          </v:shape>
        </w:pict>
      </w:r>
      <w:r>
        <w:rPr>
          <w:rFonts w:ascii="SimSun" w:eastAsia="SimSun" w:hAnsi="SimSun" w:cs="SimSun"/>
          <w:color w:val="000000"/>
          <w:lang w:eastAsia="zh-CN"/>
        </w:rPr>
        <w:t>．</w:t>
      </w:r>
    </w:p>
    <w:p w14:paraId="023B62A0" w14:textId="77777777" w:rsidR="008113A1" w:rsidRDefault="00000000">
      <w:pPr>
        <w:spacing w:line="285" w:lineRule="auto"/>
        <w:jc w:val="both"/>
        <w:textAlignment w:val="center"/>
        <w:rPr>
          <w:color w:val="000000"/>
          <w:lang w:eastAsia="zh-CN"/>
        </w:rPr>
      </w:pPr>
      <w:r>
        <w:rPr>
          <w:rFonts w:ascii="SimSun" w:eastAsia="SimSun" w:hAnsi="SimSun" w:cs="SimSun"/>
          <w:b/>
          <w:color w:val="000000"/>
          <w:sz w:val="24"/>
          <w:lang w:eastAsia="zh-CN"/>
        </w:rPr>
        <w:lastRenderedPageBreak/>
        <w:t>三、解答题（本题共</w:t>
      </w:r>
      <w:r>
        <w:rPr>
          <w:rFonts w:ascii="Times New Roman" w:eastAsia="Times New Roman" w:hAnsi="Times New Roman" w:cs="Times New Roman"/>
          <w:b/>
          <w:color w:val="000000"/>
          <w:sz w:val="24"/>
          <w:lang w:eastAsia="zh-CN"/>
        </w:rPr>
        <w:t>54</w:t>
      </w:r>
      <w:r>
        <w:rPr>
          <w:rFonts w:ascii="SimSun" w:eastAsia="SimSun" w:hAnsi="SimSun" w:cs="SimSun"/>
          <w:b/>
          <w:color w:val="000000"/>
          <w:sz w:val="24"/>
          <w:lang w:eastAsia="zh-CN"/>
        </w:rPr>
        <w:t>分，其中</w:t>
      </w:r>
      <w:r>
        <w:rPr>
          <w:rFonts w:ascii="Times New Roman" w:eastAsia="Times New Roman" w:hAnsi="Times New Roman" w:cs="Times New Roman"/>
          <w:b/>
          <w:color w:val="000000"/>
          <w:sz w:val="24"/>
          <w:lang w:eastAsia="zh-CN"/>
        </w:rPr>
        <w:t>19</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16</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20</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8</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25</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w:t>
      </w:r>
    </w:p>
    <w:p w14:paraId="3B4334B8" w14:textId="77777777" w:rsidR="008113A1" w:rsidRDefault="00000000">
      <w:pPr>
        <w:pStyle w:val="Heading2"/>
        <w:rPr>
          <w:lang w:eastAsia="zh-CN"/>
        </w:rPr>
      </w:pPr>
      <w:bookmarkStart w:id="32" w:name="_Toc235460049"/>
      <w:r>
        <w:rPr>
          <w:lang w:eastAsia="zh-CN"/>
        </w:rPr>
        <w:t>第十三中学分校</w:t>
      </w:r>
      <w:bookmarkEnd w:id="32"/>
    </w:p>
    <w:p w14:paraId="1C4A5136" w14:textId="77777777" w:rsidR="008113A1" w:rsidRDefault="00000000">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如图①，点</w:t>
      </w:r>
      <w:r>
        <w:pict w14:anchorId="550945B8">
          <v:shape id="_x0000_i1548" type="#_x0000_t75" alt="学科网(www.zxxk.com)--教育资源门户，提供试卷、教案、课件、论文、素材以及各类教学资源下载，还有大量而丰富的教学相关资讯！" style="width:12.25pt;height:12.25pt">
            <v:imagedata r:id="rId129" o:title="eqId5963abe8f421bd99a2aaa94831a951e9"/>
          </v:shape>
        </w:pict>
      </w:r>
      <w:r>
        <w:rPr>
          <w:rFonts w:ascii="SimSun" w:eastAsia="SimSun" w:hAnsi="SimSun" w:cs="SimSun"/>
          <w:color w:val="000000"/>
          <w:lang w:eastAsia="zh-CN"/>
        </w:rPr>
        <w:t>，</w:t>
      </w:r>
      <w:r>
        <w:pict w14:anchorId="508FFFE7">
          <v:shape id="_x0000_i1549" type="#_x0000_t75" alt="学科网(www.zxxk.com)--教育资源门户，提供试卷、教案、课件、论文、素材以及各类教学资源下载，还有大量而丰富的教学相关资讯！" style="width:9.5pt;height:10.2pt">
            <v:imagedata r:id="rId130" o:title="eqId7f9e8449aad35c5d840a3395ea86df6d"/>
          </v:shape>
        </w:pict>
      </w:r>
      <w:r>
        <w:rPr>
          <w:rFonts w:ascii="SimSun" w:eastAsia="SimSun" w:hAnsi="SimSun" w:cs="SimSun"/>
          <w:color w:val="000000"/>
          <w:lang w:eastAsia="zh-CN"/>
        </w:rPr>
        <w:t>，</w:t>
      </w:r>
      <w:r>
        <w:pict w14:anchorId="4BCF1DA7">
          <v:shape id="_x0000_i1550" type="#_x0000_t75" alt="学科网(www.zxxk.com)--教育资源门户，提供试卷、教案、课件、论文、素材以及各类教学资源下载，还有大量而丰富的教学相关资讯！" style="width:12.25pt;height:14.25pt">
            <v:imagedata r:id="rId165" o:title="eqIdc5db41a1f31d6baee7c69990811edb9f"/>
          </v:shape>
        </w:pict>
      </w:r>
      <w:r>
        <w:rPr>
          <w:rFonts w:ascii="SimSun" w:eastAsia="SimSun" w:hAnsi="SimSun" w:cs="SimSun"/>
          <w:color w:val="000000"/>
          <w:lang w:eastAsia="zh-CN"/>
        </w:rPr>
        <w:t>是数轴上从左到右排列的三个点，分别对应的数为</w:t>
      </w:r>
      <w:r>
        <w:pict w14:anchorId="4532D737">
          <v:shape id="_x0000_i1551" type="#_x0000_t75" alt="学科网(www.zxxk.com)--教育资源门户，提供试卷、教案、课件、论文、素材以及各类教学资源下载，还有大量而丰富的教学相关资讯！" style="width:16.3pt;height:12.9pt">
            <v:imagedata r:id="rId328" o:title="eqId3edbd40e04e2a943051fa83d6e511add"/>
          </v:shape>
        </w:pict>
      </w:r>
      <w:r>
        <w:rPr>
          <w:rFonts w:ascii="SimSun" w:eastAsia="SimSun" w:hAnsi="SimSun" w:cs="SimSun"/>
          <w:color w:val="000000"/>
          <w:lang w:eastAsia="zh-CN"/>
        </w:rPr>
        <w:t>，</w:t>
      </w:r>
      <w:r>
        <w:pict w14:anchorId="340BFBBE">
          <v:shape id="_x0000_i1552" type="#_x0000_t75" alt="学科网(www.zxxk.com)--教育资源门户，提供试卷、教案、课件、论文、素材以及各类教学资源下载，还有大量而丰富的教学相关资讯！" style="width:10.2pt;height:14.25pt">
            <v:imagedata r:id="rId250" o:title="eqId2c94bb12cee76221e13f9ef955b0aab1"/>
          </v:shape>
        </w:pict>
      </w:r>
      <w:r>
        <w:rPr>
          <w:rFonts w:ascii="SimSun" w:eastAsia="SimSun" w:hAnsi="SimSun" w:cs="SimSun"/>
          <w:color w:val="000000"/>
          <w:lang w:eastAsia="zh-CN"/>
        </w:rPr>
        <w:t>，</w:t>
      </w:r>
      <w:r>
        <w:pict w14:anchorId="559AF4B0">
          <v:shape id="_x0000_i1553" type="#_x0000_t75" alt="学科网(www.zxxk.com)--教育资源门户，提供试卷、教案、课件、论文、素材以及各类教学资源下载，还有大量而丰富的教学相关资讯！" style="width:9.5pt;height:14.25pt">
            <v:imagedata r:id="rId107" o:title="eqIdd91e07104b699c4012be2d26160976a2"/>
          </v:shape>
        </w:pict>
      </w:r>
      <w:r>
        <w:rPr>
          <w:rFonts w:ascii="SimSun" w:eastAsia="SimSun" w:hAnsi="SimSun" w:cs="SimSun"/>
          <w:color w:val="000000"/>
          <w:lang w:eastAsia="zh-CN"/>
        </w:rPr>
        <w:t>．某同学将刻度尺如图②放置，便刻度尺上的数字</w:t>
      </w:r>
      <w:r>
        <w:pict w14:anchorId="7A4BE4FA">
          <v:shape id="_x0000_i1554" type="#_x0000_t75" alt="学科网(www.zxxk.com)--教育资源门户，提供试卷、教案、课件、论文、素材以及各类教学资源下载，还有大量而丰富的教学相关资讯！" style="width:8.85pt;height:12.9pt">
            <v:imagedata r:id="rId138" o:title="eqIdc95b6be4554f03bf496092f1acdfbb89"/>
          </v:shape>
        </w:pict>
      </w:r>
      <w:r>
        <w:rPr>
          <w:rFonts w:ascii="SimSun" w:eastAsia="SimSun" w:hAnsi="SimSun" w:cs="SimSun"/>
          <w:color w:val="000000"/>
          <w:lang w:eastAsia="zh-CN"/>
        </w:rPr>
        <w:t>对齐数轴上的点</w:t>
      </w:r>
      <w:r>
        <w:pict w14:anchorId="2BF6659D">
          <v:shape id="_x0000_i1555" type="#_x0000_t75" alt="学科网(www.zxxk.com)--教育资源门户，提供试卷、教案、课件、论文、素材以及各类教学资源下载，还有大量而丰富的教学相关资讯！" style="width:12.25pt;height:12.25pt">
            <v:imagedata r:id="rId129" o:title="eqId5963abe8f421bd99a2aaa94831a951e9"/>
          </v:shape>
        </w:pict>
      </w:r>
      <w:r>
        <w:rPr>
          <w:rFonts w:ascii="SimSun" w:eastAsia="SimSun" w:hAnsi="SimSun" w:cs="SimSun"/>
          <w:color w:val="000000"/>
          <w:lang w:eastAsia="zh-CN"/>
        </w:rPr>
        <w:t>，发现点</w:t>
      </w:r>
      <w:r>
        <w:pict w14:anchorId="66650735">
          <v:shape id="_x0000_i1556" type="#_x0000_t75" alt="学科网(www.zxxk.com)--教育资源门户，提供试卷、教案、课件、论文、素材以及各类教学资源下载，还有大量而丰富的教学相关资讯！" style="width:9.5pt;height:10.2pt">
            <v:imagedata r:id="rId130" o:title="eqId7f9e8449aad35c5d840a3395ea86df6d"/>
          </v:shape>
        </w:pict>
      </w:r>
      <w:r>
        <w:rPr>
          <w:rFonts w:ascii="SimSun" w:eastAsia="SimSun" w:hAnsi="SimSun" w:cs="SimSun"/>
          <w:color w:val="000000"/>
          <w:lang w:eastAsia="zh-CN"/>
        </w:rPr>
        <w:t>对齐刻度尺</w:t>
      </w:r>
      <w:r>
        <w:pict w14:anchorId="437C9FE9">
          <v:shape id="_x0000_i1557" type="#_x0000_t75" alt="学科网(www.zxxk.com)--教育资源门户，提供试卷、教案、课件、论文、素材以及各类教学资源下载，还有大量而丰富的教学相关资讯！" style="width:31.9pt;height:13.6pt">
            <v:imagedata r:id="rId329" o:title="eqIda7c72a9258c72cff69a071690868a453"/>
          </v:shape>
        </w:pict>
      </w:r>
      <w:r>
        <w:rPr>
          <w:rFonts w:ascii="SimSun" w:eastAsia="SimSun" w:hAnsi="SimSun" w:cs="SimSun"/>
          <w:color w:val="000000"/>
          <w:lang w:eastAsia="zh-CN"/>
        </w:rPr>
        <w:t>处，点</w:t>
      </w:r>
      <w:r>
        <w:pict w14:anchorId="1F28EDC0">
          <v:shape id="_x0000_i1558" type="#_x0000_t75" alt="学科网(www.zxxk.com)--教育资源门户，提供试卷、教案、课件、论文、素材以及各类教学资源下载，还有大量而丰富的教学相关资讯！" style="width:12.25pt;height:14.25pt">
            <v:imagedata r:id="rId165" o:title="eqIdc5db41a1f31d6baee7c69990811edb9f"/>
          </v:shape>
        </w:pict>
      </w:r>
      <w:r>
        <w:rPr>
          <w:rFonts w:ascii="SimSun" w:eastAsia="SimSun" w:hAnsi="SimSun" w:cs="SimSun"/>
          <w:color w:val="000000"/>
          <w:lang w:eastAsia="zh-CN"/>
        </w:rPr>
        <w:t>对齐刻度尺</w:t>
      </w:r>
      <w:r>
        <w:pict w14:anchorId="787C28CF">
          <v:shape id="_x0000_i1559" type="#_x0000_t75" alt="学科网(www.zxxk.com)--教育资源门户，提供试卷、教案、课件、论文、素材以及各类教学资源下载，还有大量而丰富的教学相关资讯！" style="width:33.3pt;height:14.25pt">
            <v:imagedata r:id="rId330" o:title="eqIdc99b608394a674aa4dd6c65ead36a69b"/>
          </v:shape>
        </w:pict>
      </w:r>
      <w:r>
        <w:rPr>
          <w:rFonts w:ascii="SimSun" w:eastAsia="SimSun" w:hAnsi="SimSun" w:cs="SimSun"/>
          <w:color w:val="000000"/>
          <w:lang w:eastAsia="zh-CN"/>
        </w:rPr>
        <w:t>处．</w:t>
      </w:r>
    </w:p>
    <w:p w14:paraId="1E2916C0" w14:textId="77777777" w:rsidR="008113A1" w:rsidRDefault="00000000">
      <w:pPr>
        <w:spacing w:line="360" w:lineRule="auto"/>
        <w:textAlignment w:val="center"/>
        <w:rPr>
          <w:color w:val="000000"/>
          <w:lang w:eastAsia="zh-CN"/>
        </w:rPr>
      </w:pPr>
      <w:r>
        <w:rPr>
          <w:noProof/>
          <w:color w:val="000000"/>
        </w:rPr>
        <w:drawing>
          <wp:inline distT="0" distB="0" distL="114300" distR="114300" wp14:anchorId="6FB157D7" wp14:editId="0183CDEB">
            <wp:extent cx="4610100" cy="981075"/>
            <wp:effectExtent l="0" t="0" r="0" b="9525"/>
            <wp:docPr id="4303"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 name="图片 100009" descr="学科网(www.zxxk.com)--教育资源门户，提供试卷、教案、课件、论文、素材以及各类教学资源下载，还有大量而丰富的教学相关资讯！"/>
                    <pic:cNvPicPr>
                      <a:picLocks noChangeAspect="1"/>
                    </pic:cNvPicPr>
                  </pic:nvPicPr>
                  <pic:blipFill>
                    <a:blip r:embed="rId331"/>
                    <a:stretch>
                      <a:fillRect/>
                    </a:stretch>
                  </pic:blipFill>
                  <pic:spPr>
                    <a:xfrm>
                      <a:off x="0" y="0"/>
                      <a:ext cx="4610100" cy="981075"/>
                    </a:xfrm>
                    <a:prstGeom prst="rect">
                      <a:avLst/>
                    </a:prstGeom>
                  </pic:spPr>
                </pic:pic>
              </a:graphicData>
            </a:graphic>
          </wp:inline>
        </w:drawing>
      </w:r>
      <w:r>
        <w:rPr>
          <w:color w:val="000000"/>
          <w:lang w:eastAsia="zh-CN"/>
        </w:rPr>
        <w:t xml:space="preserve">  </w:t>
      </w:r>
    </w:p>
    <w:p w14:paraId="295A8889"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）在图①的数轴上，</w:t>
      </w:r>
      <w:r>
        <w:pict w14:anchorId="2D5D4D17">
          <v:shape id="_x0000_i1560" type="#_x0000_t75" alt="学科网(www.zxxk.com)--教育资源门户，提供试卷、教案、课件、论文、素材以及各类教学资源下载，还有大量而丰富的教学相关资讯！" style="width:29.9pt;height:14.25pt">
            <v:imagedata r:id="rId332" o:title="eqIdae248960d8c1677cf948f8251275e863"/>
          </v:shape>
        </w:pict>
      </w:r>
      <w:r>
        <w:rPr>
          <w:color w:val="000000"/>
          <w:lang w:eastAsia="zh-CN"/>
        </w:rPr>
        <w:t>______</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单位长；</w:t>
      </w:r>
    </w:p>
    <w:p w14:paraId="4B4BE46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）求数轴上点</w:t>
      </w:r>
      <w:r>
        <w:pict w14:anchorId="4F0DD705">
          <v:shape id="_x0000_i1561" type="#_x0000_t75" alt="学科网(www.zxxk.com)--教育资源门户，提供试卷、教案、课件、论文、素材以及各类教学资源下载，还有大量而丰富的教学相关资讯！" style="width:9.5pt;height:10.2pt">
            <v:imagedata r:id="rId130" o:title="eqId7f9e8449aad35c5d840a3395ea86df6d"/>
          </v:shape>
        </w:pict>
      </w:r>
      <w:r>
        <w:rPr>
          <w:rFonts w:ascii="SimSun" w:eastAsia="SimSun" w:hAnsi="SimSun" w:cs="SimSun"/>
          <w:color w:val="000000"/>
          <w:lang w:eastAsia="zh-CN"/>
        </w:rPr>
        <w:t>所对应的数</w:t>
      </w:r>
      <w:r>
        <w:pict w14:anchorId="0F777F70">
          <v:shape id="_x0000_i1562" type="#_x0000_t75" alt="学科网(www.zxxk.com)--教育资源门户，提供试卷、教案、课件、论文、素材以及各类教学资源下载，还有大量而丰富的教学相关资讯！" style="width:10.2pt;height:14.25pt">
            <v:imagedata r:id="rId250" o:title="eqId2c94bb12cee76221e13f9ef955b0aab1"/>
          </v:shape>
        </w:pict>
      </w:r>
      <w:r>
        <w:rPr>
          <w:rFonts w:ascii="SimSun" w:eastAsia="SimSun" w:hAnsi="SimSun" w:cs="SimSun"/>
          <w:color w:val="000000"/>
          <w:lang w:eastAsia="zh-CN"/>
        </w:rPr>
        <w:t>为</w:t>
      </w:r>
      <w:r>
        <w:rPr>
          <w:color w:val="000000"/>
          <w:lang w:eastAsia="zh-CN"/>
        </w:rPr>
        <w:t>______</w:t>
      </w:r>
      <w:r>
        <w:rPr>
          <w:rFonts w:ascii="SimSun" w:eastAsia="SimSun" w:hAnsi="SimSun" w:cs="SimSun"/>
          <w:color w:val="000000"/>
          <w:lang w:eastAsia="zh-CN"/>
        </w:rPr>
        <w:t>．</w:t>
      </w:r>
    </w:p>
    <w:p w14:paraId="72AA4CBB" w14:textId="77777777" w:rsidR="008113A1" w:rsidRDefault="00000000">
      <w:pPr>
        <w:spacing w:line="360" w:lineRule="auto"/>
        <w:textAlignment w:val="center"/>
        <w:rPr>
          <w:color w:val="000000"/>
          <w:lang w:eastAsia="zh-CN"/>
        </w:rPr>
      </w:pPr>
      <w:r>
        <w:rPr>
          <w:color w:val="2E75B6"/>
          <w:lang w:eastAsia="zh-CN"/>
        </w:rPr>
        <w:t>【答案】</w:t>
      </w:r>
      <w:r>
        <w:rPr>
          <w:color w:val="000000"/>
          <w:lang w:eastAsia="zh-CN"/>
        </w:rPr>
        <w:t xml:space="preserve">    ①. </w:t>
      </w:r>
      <w:r>
        <w:pict w14:anchorId="564D8BB4">
          <v:shape id="_x0000_i1563" type="#_x0000_t75" alt="学科网(www.zxxk.com)--教育资源门户，提供试卷、教案、课件、论文、素材以及各类教学资源下载，还有大量而丰富的教学相关资讯！" style="width:8.85pt;height:14.25pt">
            <v:imagedata r:id="rId333" o:title="eqIde8d02ea8c4988c5c28ab93f0d70fb55a"/>
          </v:shape>
        </w:pict>
      </w:r>
      <w:r>
        <w:rPr>
          <w:color w:val="000000"/>
          <w:lang w:eastAsia="zh-CN"/>
        </w:rPr>
        <w:t xml:space="preserve">    ②. </w:t>
      </w:r>
      <w:r>
        <w:pict w14:anchorId="404D1FD9">
          <v:shape id="_x0000_i1564" type="#_x0000_t75" alt="学科网(www.zxxk.com)--教育资源门户，提供试卷、教案、课件、论文、素材以及各类教学资源下载，还有大量而丰富的教学相关资讯！" style="width:12.25pt;height:10.2pt">
            <v:imagedata r:id="rId17" o:title="eqIdacbc6a613224461ade69362d46550474"/>
          </v:shape>
        </w:pict>
      </w:r>
    </w:p>
    <w:p w14:paraId="40BEBAEB" w14:textId="77777777" w:rsidR="008113A1" w:rsidRDefault="00000000">
      <w:pPr>
        <w:spacing w:line="360" w:lineRule="auto"/>
        <w:textAlignment w:val="center"/>
        <w:rPr>
          <w:color w:val="000000"/>
          <w:lang w:eastAsia="zh-CN"/>
        </w:rPr>
      </w:pPr>
      <w:r>
        <w:rPr>
          <w:color w:val="2E75B6"/>
          <w:lang w:eastAsia="zh-CN"/>
        </w:rPr>
        <w:t>【解析】</w:t>
      </w:r>
    </w:p>
    <w:p w14:paraId="7015B0D8"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）根据两点之间的距离即可得出答案；</w:t>
      </w:r>
      <w:r>
        <w:rPr>
          <w:color w:val="000000"/>
          <w:lang w:eastAsia="zh-CN"/>
        </w:rPr>
        <w:br/>
      </w: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）先求出</w:t>
      </w:r>
      <w:r>
        <w:pict w14:anchorId="22A746F9">
          <v:shape id="_x0000_i1565" type="#_x0000_t75" alt="学科网(www.zxxk.com)--教育资源门户，提供试卷、教案、课件、论文、素材以及各类教学资源下载，还有大量而丰富的教学相关资讯！" style="width:6.8pt;height:12.9pt">
            <v:imagedata r:id="rId270" o:title="eqIdbdaa19de263700a15fcf213d64a8cd57"/>
          </v:shape>
        </w:pic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单位长度是多少厘米，再求</w:t>
      </w:r>
      <w:r>
        <w:pict w14:anchorId="78965BE5">
          <v:shape id="_x0000_i1566" type="#_x0000_t75" alt="学科网(www.zxxk.com)--教育资源门户，提供试卷、教案、课件、论文、素材以及各类教学资源下载，还有大量而丰富的教学相关资讯！" style="width:31.9pt;height:13.6pt">
            <v:imagedata r:id="rId329" o:title="eqIda7c72a9258c72cff69a071690868a453"/>
          </v:shape>
        </w:pict>
      </w:r>
      <w:r>
        <w:rPr>
          <w:rFonts w:ascii="SimSun" w:eastAsia="SimSun" w:hAnsi="SimSun" w:cs="SimSun"/>
          <w:color w:val="000000"/>
          <w:lang w:eastAsia="zh-CN"/>
        </w:rPr>
        <w:t>是几个单位长度，根据有理数的加法即可得出答案．</w:t>
      </w:r>
    </w:p>
    <w:p w14:paraId="15389852"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pict w14:anchorId="316F4062">
          <v:shape id="_x0000_i1567" type="#_x0000_t75" alt="学科网(www.zxxk.com)--教育资源门户，提供试卷、教案、课件、论文、素材以及各类教学资源下载，还有大量而丰富的教学相关资讯！" style="width:59.1pt;height:20.4pt">
            <v:imagedata r:id="rId334" o:title="eqId104cf35e8f1659678b25811e9455a79d"/>
          </v:shape>
        </w:pict>
      </w:r>
      <w:r>
        <w:rPr>
          <w:rFonts w:ascii="SimSun" w:eastAsia="SimSun" w:hAnsi="SimSun" w:cs="SimSun"/>
          <w:color w:val="000000"/>
          <w:lang w:eastAsia="zh-CN"/>
        </w:rPr>
        <w:t>（</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w:t>
      </w:r>
    </w:p>
    <w:p w14:paraId="3B3671F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011BA73B">
          <v:shape id="_x0000_i1568" type="#_x0000_t75" alt="学科网(www.zxxk.com)--教育资源门户，提供试卷、教案、课件、论文、素材以及各类教学资源下载，还有大量而丰富的教学相关资讯！" style="width:38.05pt;height:14.25pt">
            <v:imagedata r:id="rId335" o:title="eqId348216467fda035329fe8fac46b39911"/>
          </v:shape>
        </w:pict>
      </w:r>
      <w:r>
        <w:rPr>
          <w:rFonts w:ascii="SimSun" w:eastAsia="SimSun" w:hAnsi="SimSun" w:cs="SimSun"/>
          <w:color w:val="000000"/>
          <w:lang w:eastAsia="zh-CN"/>
        </w:rPr>
        <w:t>个单位长，</w:t>
      </w:r>
    </w:p>
    <w:p w14:paraId="08EFC14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3C173F7E">
          <v:shape id="_x0000_i1569" type="#_x0000_t75" alt="学科网(www.zxxk.com)--教育资源门户，提供试卷、教案、课件、论文、素材以及各类教学资源下载，还有大量而丰富的教学相关资讯！" style="width:8.85pt;height:14.25pt">
            <v:imagedata r:id="rId333" o:title="eqIde8d02ea8c4988c5c28ab93f0d70fb55a"/>
          </v:shape>
        </w:pict>
      </w:r>
      <w:r>
        <w:rPr>
          <w:rFonts w:ascii="SimSun" w:eastAsia="SimSun" w:hAnsi="SimSun" w:cs="SimSun"/>
          <w:color w:val="000000"/>
          <w:lang w:eastAsia="zh-CN"/>
        </w:rPr>
        <w:t>；</w:t>
      </w:r>
    </w:p>
    <w:p w14:paraId="061688D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w:t>
      </w:r>
      <w:r>
        <w:pict w14:anchorId="09F8EFAF">
          <v:shape id="_x0000_i1570" type="#_x0000_t75" alt="学科网(www.zxxk.com)--教育资源门户，提供试卷、教案、课件、论文、素材以及各类教学资源下载，还有大量而丰富的教学相关资讯！" style="width:86.25pt;height:20.4pt">
            <v:imagedata r:id="rId336" o:title="eqId06595edcaf1f1bc56b9e4cd45ed15168"/>
          </v:shape>
        </w:pict>
      </w:r>
      <w:r>
        <w:rPr>
          <w:rFonts w:ascii="SimSun" w:eastAsia="SimSun" w:hAnsi="SimSun" w:cs="SimSun"/>
          <w:color w:val="000000"/>
          <w:lang w:eastAsia="zh-CN"/>
        </w:rPr>
        <w:t>，</w:t>
      </w:r>
    </w:p>
    <w:p w14:paraId="2EFC70BD" w14:textId="77777777" w:rsidR="008113A1" w:rsidRDefault="00000000">
      <w:pPr>
        <w:spacing w:line="360" w:lineRule="auto"/>
        <w:textAlignment w:val="center"/>
        <w:rPr>
          <w:color w:val="000000"/>
          <w:lang w:eastAsia="zh-CN"/>
        </w:rPr>
      </w:pPr>
      <w:r>
        <w:pict w14:anchorId="2E7A70FE">
          <v:shape id="_x0000_i1571" type="#_x0000_t75" alt="学科网(www.zxxk.com)--教育资源门户，提供试卷、教案、课件、论文、素材以及各类教学资源下载，还有大量而丰富的教学相关资讯！" style="width:59.1pt;height:14.25pt">
            <v:imagedata r:id="rId337" o:title="eqId02f661ca549d584a8b33d69d266e636b"/>
          </v:shape>
        </w:pict>
      </w:r>
      <w:r>
        <w:rPr>
          <w:rFonts w:ascii="SimSun" w:eastAsia="SimSun" w:hAnsi="SimSun" w:cs="SimSun"/>
          <w:color w:val="000000"/>
          <w:lang w:eastAsia="zh-CN"/>
        </w:rPr>
        <w:t>（</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w:t>
      </w:r>
    </w:p>
    <w:p w14:paraId="7EAAF5DE" w14:textId="77777777" w:rsidR="008113A1" w:rsidRDefault="00000000">
      <w:pPr>
        <w:spacing w:line="360" w:lineRule="auto"/>
        <w:textAlignment w:val="center"/>
        <w:rPr>
          <w:color w:val="000000"/>
          <w:lang w:eastAsia="zh-CN"/>
        </w:rPr>
      </w:pPr>
      <w:r>
        <w:pict w14:anchorId="0B8776F2">
          <v:shape id="_x0000_i1572" type="#_x0000_t75" alt="学科网(www.zxxk.com)--教育资源门户，提供试卷、教案、课件、论文、素材以及各类教学资源下载，还有大量而丰富的教学相关资讯！" style="width:74.05pt;height:13.6pt">
            <v:imagedata r:id="rId338" o:title="eqId8c96ce1802da17a88c09f696c909960e"/>
          </v:shape>
        </w:pict>
      </w:r>
      <w:r>
        <w:rPr>
          <w:rFonts w:ascii="SimSun" w:eastAsia="SimSun" w:hAnsi="SimSun" w:cs="SimSun"/>
          <w:color w:val="000000"/>
          <w:lang w:eastAsia="zh-CN"/>
        </w:rPr>
        <w:t>，</w:t>
      </w:r>
    </w:p>
    <w:p w14:paraId="5B2B81F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∴数轴上点</w:t>
      </w:r>
      <w:r>
        <w:pict w14:anchorId="2246EEB0">
          <v:shape id="_x0000_i1573" type="#_x0000_t75" alt="学科网(www.zxxk.com)--教育资源门户，提供试卷、教案、课件、论文、素材以及各类教学资源下载，还有大量而丰富的教学相关资讯！" style="width:9.5pt;height:10.2pt">
            <v:imagedata r:id="rId130" o:title="eqId7f9e8449aad35c5d840a3395ea86df6d"/>
          </v:shape>
        </w:pict>
      </w:r>
      <w:r>
        <w:rPr>
          <w:rFonts w:ascii="SimSun" w:eastAsia="SimSun" w:hAnsi="SimSun" w:cs="SimSun"/>
          <w:color w:val="000000"/>
          <w:lang w:eastAsia="zh-CN"/>
        </w:rPr>
        <w:t>所对应的数</w:t>
      </w:r>
      <w:r>
        <w:pict w14:anchorId="3359CBCD">
          <v:shape id="_x0000_i1574" type="#_x0000_t75" alt="学科网(www.zxxk.com)--教育资源门户，提供试卷、教案、课件、论文、素材以及各类教学资源下载，还有大量而丰富的教学相关资讯！" style="width:10.2pt;height:14.25pt">
            <v:imagedata r:id="rId250" o:title="eqId2c94bb12cee76221e13f9ef955b0aab1"/>
          </v:shape>
        </w:pict>
      </w:r>
      <w:r>
        <w:rPr>
          <w:rFonts w:ascii="SimSun" w:eastAsia="SimSun" w:hAnsi="SimSun" w:cs="SimSun"/>
          <w:color w:val="000000"/>
          <w:lang w:eastAsia="zh-CN"/>
        </w:rPr>
        <w:t>为</w:t>
      </w:r>
      <w:r>
        <w:pict w14:anchorId="03A61127">
          <v:shape id="_x0000_i1575" type="#_x0000_t75" alt="学科网(www.zxxk.com)--教育资源门户，提供试卷、教案、课件、论文、素材以及各类教学资源下载，还有大量而丰富的教学相关资讯！" style="width:12.25pt;height:10.2pt">
            <v:imagedata r:id="rId17" o:title="eqIdacbc6a613224461ade69362d46550474"/>
          </v:shape>
        </w:pict>
      </w:r>
      <w:r>
        <w:rPr>
          <w:rFonts w:ascii="SimSun" w:eastAsia="SimSun" w:hAnsi="SimSun" w:cs="SimSun"/>
          <w:color w:val="000000"/>
          <w:lang w:eastAsia="zh-CN"/>
        </w:rPr>
        <w:t>，</w:t>
      </w:r>
    </w:p>
    <w:p w14:paraId="5960190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lastRenderedPageBreak/>
        <w:t>故答案为：</w:t>
      </w:r>
      <w:r>
        <w:pict w14:anchorId="6355AD06">
          <v:shape id="_x0000_i1576" type="#_x0000_t75" alt="学科网(www.zxxk.com)--教育资源门户，提供试卷、教案、课件、论文、素材以及各类教学资源下载，还有大量而丰富的教学相关资讯！" style="width:12.25pt;height:10.2pt">
            <v:imagedata r:id="rId17" o:title="eqIdacbc6a613224461ade69362d46550474"/>
          </v:shape>
        </w:pict>
      </w:r>
      <w:r>
        <w:rPr>
          <w:rFonts w:ascii="SimSun" w:eastAsia="SimSun" w:hAnsi="SimSun" w:cs="SimSun"/>
          <w:color w:val="000000"/>
          <w:lang w:eastAsia="zh-CN"/>
        </w:rPr>
        <w:t>．</w:t>
      </w:r>
    </w:p>
    <w:p w14:paraId="4CD4B79E"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本题考查数轴，数轴上两点间的距离，有理数的加减运算．掌握如果数轴上两点</w:t>
      </w:r>
      <w:r>
        <w:pict w14:anchorId="1B845B80">
          <v:shape id="_x0000_i1577" type="#_x0000_t75" alt="学科网(www.zxxk.com)--教育资源门户，提供试卷、教案、课件、论文、素材以及各类教学资源下载，还有大量而丰富的教学相关资讯！" style="width:12.25pt;height:12.25pt">
            <v:imagedata r:id="rId129" o:title="eqId5963abe8f421bd99a2aaa94831a951e9"/>
          </v:shape>
        </w:pict>
      </w:r>
      <w:r>
        <w:rPr>
          <w:rFonts w:ascii="SimSun" w:eastAsia="SimSun" w:hAnsi="SimSun" w:cs="SimSun"/>
          <w:color w:val="000000"/>
          <w:lang w:eastAsia="zh-CN"/>
        </w:rPr>
        <w:t>，</w:t>
      </w:r>
      <w:r>
        <w:pict w14:anchorId="7E6213E5">
          <v:shape id="_x0000_i1578" type="#_x0000_t75" alt="学科网(www.zxxk.com)--教育资源门户，提供试卷、教案、课件、论文、素材以及各类教学资源下载，还有大量而丰富的教学相关资讯！" style="width:9.5pt;height:10.2pt">
            <v:imagedata r:id="rId130" o:title="eqId7f9e8449aad35c5d840a3395ea86df6d"/>
          </v:shape>
        </w:pict>
      </w:r>
      <w:r>
        <w:rPr>
          <w:rFonts w:ascii="SimSun" w:eastAsia="SimSun" w:hAnsi="SimSun" w:cs="SimSun"/>
          <w:color w:val="000000"/>
          <w:lang w:eastAsia="zh-CN"/>
        </w:rPr>
        <w:t>表示的数为</w:t>
      </w:r>
      <w:r>
        <w:pict w14:anchorId="38F8716D">
          <v:shape id="_x0000_i1579" type="#_x0000_t75" alt="学科网(www.zxxk.com)--教育资源门户，提供试卷、教案、课件、论文、素材以及各类教学资源下载，还有大量而丰富的教学相关资讯！" style="width:8.85pt;height:9.5pt">
            <v:imagedata r:id="rId249" o:title="eqId0a6936d370d6a238a608ca56f87198de"/>
          </v:shape>
        </w:pict>
      </w:r>
      <w:r>
        <w:rPr>
          <w:rFonts w:ascii="SimSun" w:eastAsia="SimSun" w:hAnsi="SimSun" w:cs="SimSun"/>
          <w:color w:val="000000"/>
          <w:lang w:eastAsia="zh-CN"/>
        </w:rPr>
        <w:t>，</w:t>
      </w:r>
      <w:r>
        <w:pict w14:anchorId="21C97CEC">
          <v:shape id="_x0000_i1580" type="#_x0000_t75" alt="学科网(www.zxxk.com)--教育资源门户，提供试卷、教案、课件、论文、素材以及各类教学资源下载，还有大量而丰富的教学相关资讯！" style="width:10.2pt;height:14.25pt">
            <v:imagedata r:id="rId250" o:title="eqId2c94bb12cee76221e13f9ef955b0aab1"/>
          </v:shape>
        </w:pict>
      </w:r>
      <w:r>
        <w:rPr>
          <w:rFonts w:ascii="SimSun" w:eastAsia="SimSun" w:hAnsi="SimSun" w:cs="SimSun"/>
          <w:color w:val="000000"/>
          <w:lang w:eastAsia="zh-CN"/>
        </w:rPr>
        <w:t>，那么</w:t>
      </w:r>
      <w:r>
        <w:pict w14:anchorId="741D7F83">
          <v:shape id="_x0000_i1581" type="#_x0000_t75" alt="学科网(www.zxxk.com)--教育资源门户，提供试卷、教案、课件、论文、素材以及各类教学资源下载，还有大量而丰富的教学相关资讯！" style="width:12.25pt;height:12.25pt">
            <v:imagedata r:id="rId129" o:title="eqId5963abe8f421bd99a2aaa94831a951e9"/>
          </v:shape>
        </w:pict>
      </w:r>
      <w:r>
        <w:rPr>
          <w:rFonts w:ascii="SimSun" w:eastAsia="SimSun" w:hAnsi="SimSun" w:cs="SimSun"/>
          <w:color w:val="000000"/>
          <w:lang w:eastAsia="zh-CN"/>
        </w:rPr>
        <w:t>，</w:t>
      </w:r>
      <w:r>
        <w:pict w14:anchorId="4828521D">
          <v:shape id="_x0000_i1582" type="#_x0000_t75" alt="学科网(www.zxxk.com)--教育资源门户，提供试卷、教案、课件、论文、素材以及各类教学资源下载，还有大量而丰富的教学相关资讯！" style="width:9.5pt;height:10.2pt">
            <v:imagedata r:id="rId130" o:title="eqId7f9e8449aad35c5d840a3395ea86df6d"/>
          </v:shape>
        </w:pict>
      </w:r>
      <w:r>
        <w:rPr>
          <w:rFonts w:ascii="SimSun" w:eastAsia="SimSun" w:hAnsi="SimSun" w:cs="SimSun"/>
          <w:color w:val="000000"/>
          <w:lang w:eastAsia="zh-CN"/>
        </w:rPr>
        <w:t>之间的距离是</w:t>
      </w:r>
      <w:r>
        <w:pict w14:anchorId="52FFEAE9">
          <v:shape id="_x0000_i1583" type="#_x0000_t75" alt="学科网(www.zxxk.com)--教育资源门户，提供试卷、教案、课件、论文、素材以及各类教学资源下载，还有大量而丰富的教学相关资讯！" style="width:29.9pt;height:20.4pt">
            <v:imagedata r:id="rId339" o:title="eqIda13880b9454c5942f164d934b1834783"/>
          </v:shape>
        </w:pict>
      </w:r>
      <w:r>
        <w:rPr>
          <w:rFonts w:ascii="SimSun" w:eastAsia="SimSun" w:hAnsi="SimSun" w:cs="SimSun"/>
          <w:color w:val="000000"/>
          <w:lang w:eastAsia="zh-CN"/>
        </w:rPr>
        <w:t>是解题的关键．</w:t>
      </w:r>
    </w:p>
    <w:p w14:paraId="433C94FA" w14:textId="77777777" w:rsidR="008113A1" w:rsidRDefault="00000000">
      <w:pPr>
        <w:spacing w:line="285" w:lineRule="auto"/>
        <w:jc w:val="both"/>
        <w:textAlignment w:val="center"/>
        <w:rPr>
          <w:color w:val="000000"/>
          <w:lang w:eastAsia="zh-CN"/>
        </w:rPr>
      </w:pPr>
      <w:r>
        <w:rPr>
          <w:rFonts w:ascii="SimSun" w:eastAsia="SimSun" w:hAnsi="SimSun" w:cs="SimSun"/>
          <w:b/>
          <w:color w:val="000000"/>
          <w:sz w:val="24"/>
          <w:lang w:eastAsia="zh-CN"/>
        </w:rPr>
        <w:t>三、计算题：（本大题共</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小题，共</w:t>
      </w:r>
      <w:r>
        <w:rPr>
          <w:rFonts w:ascii="Times New Roman" w:eastAsia="Times New Roman" w:hAnsi="Times New Roman" w:cs="Times New Roman"/>
          <w:b/>
          <w:color w:val="000000"/>
          <w:sz w:val="24"/>
          <w:lang w:eastAsia="zh-CN"/>
        </w:rPr>
        <w:t>39</w:t>
      </w:r>
      <w:r>
        <w:rPr>
          <w:rFonts w:ascii="SimSun" w:eastAsia="SimSun" w:hAnsi="SimSun" w:cs="SimSun"/>
          <w:b/>
          <w:color w:val="000000"/>
          <w:sz w:val="24"/>
          <w:lang w:eastAsia="zh-CN"/>
        </w:rPr>
        <w:t>分，其中第</w:t>
      </w:r>
      <w:r>
        <w:rPr>
          <w:rFonts w:ascii="Times New Roman" w:eastAsia="Times New Roman" w:hAnsi="Times New Roman" w:cs="Times New Roman"/>
          <w:b/>
          <w:color w:val="000000"/>
          <w:sz w:val="24"/>
          <w:lang w:eastAsia="zh-CN"/>
        </w:rPr>
        <w:t>17</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18</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18</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20</w:t>
      </w:r>
      <w:r>
        <w:rPr>
          <w:rFonts w:ascii="SimSun" w:eastAsia="SimSun" w:hAnsi="SimSun" w:cs="SimSun"/>
          <w:b/>
          <w:color w:val="000000"/>
          <w:sz w:val="24"/>
          <w:lang w:eastAsia="zh-CN"/>
        </w:rPr>
        <w:t>题各</w:t>
      </w:r>
      <w:r>
        <w:rPr>
          <w:rFonts w:ascii="Times New Roman" w:eastAsia="Times New Roman" w:hAnsi="Times New Roman" w:cs="Times New Roman"/>
          <w:b/>
          <w:color w:val="000000"/>
          <w:sz w:val="24"/>
          <w:lang w:eastAsia="zh-CN"/>
        </w:rPr>
        <w:t>8</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19</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w:t>
      </w:r>
    </w:p>
    <w:p w14:paraId="062C1C75" w14:textId="77777777" w:rsidR="008113A1" w:rsidRDefault="00000000">
      <w:pPr>
        <w:pStyle w:val="Heading2"/>
        <w:rPr>
          <w:lang w:eastAsia="zh-CN"/>
        </w:rPr>
      </w:pPr>
      <w:bookmarkStart w:id="33" w:name="_Toc235460050"/>
      <w:r>
        <w:rPr>
          <w:lang w:eastAsia="zh-CN"/>
        </w:rPr>
        <w:t>第十二中学</w:t>
      </w:r>
      <w:bookmarkEnd w:id="33"/>
    </w:p>
    <w:p w14:paraId="654C5B9D" w14:textId="77777777" w:rsidR="008113A1" w:rsidRDefault="00000000">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w:t>
      </w:r>
      <w:proofErr w:type="gramStart"/>
      <w:r>
        <w:rPr>
          <w:rFonts w:ascii="SimSun" w:eastAsia="SimSun" w:hAnsi="SimSun" w:cs="SimSun"/>
          <w:color w:val="000000"/>
          <w:lang w:eastAsia="zh-CN"/>
        </w:rPr>
        <w:t>端午节”是中国的传统佳节</w:t>
      </w:r>
      <w:proofErr w:type="gramEnd"/>
      <w:r>
        <w:rPr>
          <w:rFonts w:ascii="SimSun" w:eastAsia="SimSun" w:hAnsi="SimSun" w:cs="SimSun"/>
          <w:color w:val="000000"/>
          <w:lang w:eastAsia="zh-CN"/>
        </w:rPr>
        <w:t>，为了传承中华民族传统文化．</w:t>
      </w:r>
      <w:proofErr w:type="gramStart"/>
      <w:r>
        <w:rPr>
          <w:rFonts w:ascii="SimSun" w:eastAsia="SimSun" w:hAnsi="SimSun" w:cs="SimSun"/>
          <w:color w:val="000000"/>
          <w:lang w:eastAsia="zh-CN"/>
        </w:rPr>
        <w:t>某学校组织“端午”知识测试</w:t>
      </w:r>
      <w:proofErr w:type="gramEnd"/>
      <w:r>
        <w:rPr>
          <w:rFonts w:ascii="SimSun" w:eastAsia="SimSun" w:hAnsi="SimSun" w:cs="SimSun"/>
          <w:color w:val="000000"/>
          <w:lang w:eastAsia="zh-CN"/>
        </w:rPr>
        <w:t>．测试的试题由</w:t>
      </w:r>
      <w:r>
        <w:rPr>
          <w:rFonts w:ascii="Times New Roman" w:eastAsia="Times New Roman" w:hAnsi="Times New Roman" w:cs="Times New Roman"/>
          <w:color w:val="000000"/>
          <w:lang w:eastAsia="zh-CN"/>
        </w:rPr>
        <w:t>6</w:t>
      </w:r>
      <w:r>
        <w:rPr>
          <w:rFonts w:ascii="SimSun" w:eastAsia="SimSun" w:hAnsi="SimSun" w:cs="SimSun"/>
          <w:color w:val="000000"/>
          <w:lang w:eastAsia="zh-CN"/>
        </w:rPr>
        <w:t>道判断题组成，</w:t>
      </w:r>
      <w:proofErr w:type="gramStart"/>
      <w:r>
        <w:rPr>
          <w:rFonts w:ascii="SimSun" w:eastAsia="SimSun" w:hAnsi="SimSun" w:cs="SimSun"/>
          <w:color w:val="000000"/>
          <w:lang w:eastAsia="zh-CN"/>
        </w:rPr>
        <w:t>被测试人员只要画“√”或画</w:t>
      </w:r>
      <w:proofErr w:type="gramEnd"/>
      <w:r>
        <w:rPr>
          <w:rFonts w:ascii="SimSun" w:eastAsia="SimSun" w:hAnsi="SimSun" w:cs="SimSun"/>
          <w:color w:val="000000"/>
          <w:lang w:eastAsia="zh-CN"/>
        </w:rPr>
        <w:t>“</w:t>
      </w:r>
      <w:proofErr w:type="gramStart"/>
      <w:r>
        <w:rPr>
          <w:rFonts w:ascii="SimSun" w:eastAsia="SimSun" w:hAnsi="SimSun" w:cs="SimSun"/>
          <w:color w:val="000000"/>
          <w:lang w:eastAsia="zh-CN"/>
        </w:rPr>
        <w:t>×”表示出对各题的正误判断即可</w:t>
      </w:r>
      <w:proofErr w:type="gramEnd"/>
      <w:r>
        <w:rPr>
          <w:rFonts w:ascii="SimSun" w:eastAsia="SimSun" w:hAnsi="SimSun" w:cs="SimSun"/>
          <w:color w:val="000000"/>
          <w:lang w:eastAsia="zh-CN"/>
        </w:rPr>
        <w:t>，每小题判断正确得</w:t>
      </w:r>
      <w:r>
        <w:rPr>
          <w:rFonts w:ascii="Times New Roman" w:eastAsia="Times New Roman" w:hAnsi="Times New Roman" w:cs="Times New Roman"/>
          <w:color w:val="000000"/>
          <w:lang w:eastAsia="zh-CN"/>
        </w:rPr>
        <w:t>1</w:t>
      </w:r>
      <w:r>
        <w:rPr>
          <w:rFonts w:ascii="SimSun" w:eastAsia="SimSun" w:hAnsi="SimSun" w:cs="SimSun"/>
          <w:color w:val="000000"/>
          <w:lang w:eastAsia="zh-CN"/>
        </w:rPr>
        <w:t>分，判断错误得</w:t>
      </w:r>
      <w:r>
        <w:rPr>
          <w:rFonts w:ascii="Times New Roman" w:eastAsia="Times New Roman" w:hAnsi="Times New Roman" w:cs="Times New Roman"/>
          <w:color w:val="000000"/>
          <w:lang w:eastAsia="zh-CN"/>
        </w:rPr>
        <w:t>0</w:t>
      </w:r>
      <w:r>
        <w:rPr>
          <w:rFonts w:ascii="SimSun" w:eastAsia="SimSun" w:hAnsi="SimSun" w:cs="SimSun"/>
          <w:color w:val="000000"/>
          <w:lang w:eastAsia="zh-CN"/>
        </w:rPr>
        <w:t>分．现有甲，乙，丙，丁四位同学对</w:t>
      </w:r>
      <w:r>
        <w:rPr>
          <w:rFonts w:ascii="Times New Roman" w:eastAsia="Times New Roman" w:hAnsi="Times New Roman" w:cs="Times New Roman"/>
          <w:color w:val="000000"/>
          <w:lang w:eastAsia="zh-CN"/>
        </w:rPr>
        <w:t>6</w:t>
      </w:r>
      <w:r>
        <w:rPr>
          <w:rFonts w:ascii="SimSun" w:eastAsia="SimSun" w:hAnsi="SimSun" w:cs="SimSun"/>
          <w:color w:val="000000"/>
          <w:lang w:eastAsia="zh-CN"/>
        </w:rPr>
        <w:t>道试题的判断与得分的结果如下：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60"/>
        <w:gridCol w:w="890"/>
        <w:gridCol w:w="890"/>
        <w:gridCol w:w="890"/>
        <w:gridCol w:w="890"/>
        <w:gridCol w:w="890"/>
        <w:gridCol w:w="890"/>
        <w:gridCol w:w="680"/>
      </w:tblGrid>
      <w:tr w:rsidR="008113A1" w14:paraId="3C8857CB"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D638F32" w14:textId="77777777" w:rsidR="008113A1" w:rsidRDefault="008113A1">
            <w:pPr>
              <w:spacing w:line="360" w:lineRule="auto"/>
              <w:textAlignment w:val="center"/>
              <w:rPr>
                <w:color w:val="000000"/>
                <w:lang w:eastAsia="zh-CN"/>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793FFD" w14:textId="77777777" w:rsidR="008113A1" w:rsidRDefault="00000000">
            <w:pPr>
              <w:spacing w:line="360" w:lineRule="auto"/>
              <w:textAlignment w:val="center"/>
              <w:rPr>
                <w:color w:val="000000"/>
              </w:rPr>
            </w:pPr>
            <w:r>
              <w:rPr>
                <w:rFonts w:ascii="SimSun" w:eastAsia="SimSun" w:hAnsi="SimSun" w:cs="SimSun"/>
                <w:color w:val="000000"/>
              </w:rPr>
              <w:t>第</w:t>
            </w:r>
            <w:r>
              <w:rPr>
                <w:rFonts w:ascii="Times New Roman" w:eastAsia="Times New Roman" w:hAnsi="Times New Roman" w:cs="Times New Roman"/>
                <w:color w:val="000000"/>
              </w:rPr>
              <w:t>1</w:t>
            </w:r>
            <w:r>
              <w:rPr>
                <w:rFonts w:ascii="SimSun" w:eastAsia="SimSun" w:hAnsi="SimSun" w:cs="SimSun"/>
                <w:color w:val="000000"/>
              </w:rPr>
              <w:t>题</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98AA0B" w14:textId="77777777" w:rsidR="008113A1" w:rsidRDefault="00000000">
            <w:pPr>
              <w:spacing w:line="360" w:lineRule="auto"/>
              <w:textAlignment w:val="center"/>
              <w:rPr>
                <w:color w:val="000000"/>
              </w:rPr>
            </w:pPr>
            <w:r>
              <w:rPr>
                <w:rFonts w:ascii="SimSun" w:eastAsia="SimSun" w:hAnsi="SimSun" w:cs="SimSun"/>
                <w:color w:val="000000"/>
              </w:rPr>
              <w:t>第</w:t>
            </w:r>
            <w:r>
              <w:rPr>
                <w:rFonts w:ascii="Times New Roman" w:eastAsia="Times New Roman" w:hAnsi="Times New Roman" w:cs="Times New Roman"/>
                <w:color w:val="000000"/>
              </w:rPr>
              <w:t>2</w:t>
            </w:r>
            <w:r>
              <w:rPr>
                <w:rFonts w:ascii="SimSun" w:eastAsia="SimSun" w:hAnsi="SimSun" w:cs="SimSun"/>
                <w:color w:val="000000"/>
              </w:rPr>
              <w:t>题</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C05FBB" w14:textId="77777777" w:rsidR="008113A1" w:rsidRDefault="00000000">
            <w:pPr>
              <w:spacing w:line="360" w:lineRule="auto"/>
              <w:textAlignment w:val="center"/>
              <w:rPr>
                <w:color w:val="000000"/>
              </w:rPr>
            </w:pPr>
            <w:r>
              <w:rPr>
                <w:rFonts w:ascii="SimSun" w:eastAsia="SimSun" w:hAnsi="SimSun" w:cs="SimSun"/>
                <w:color w:val="000000"/>
              </w:rPr>
              <w:t>第</w:t>
            </w:r>
            <w:r>
              <w:rPr>
                <w:rFonts w:ascii="Times New Roman" w:eastAsia="Times New Roman" w:hAnsi="Times New Roman" w:cs="Times New Roman"/>
                <w:color w:val="000000"/>
              </w:rPr>
              <w:t>3</w:t>
            </w:r>
            <w:r>
              <w:rPr>
                <w:rFonts w:ascii="SimSun" w:eastAsia="SimSun" w:hAnsi="SimSun" w:cs="SimSun"/>
                <w:color w:val="000000"/>
              </w:rPr>
              <w:t>题</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F256CCF" w14:textId="77777777" w:rsidR="008113A1" w:rsidRDefault="00000000">
            <w:pPr>
              <w:spacing w:line="360" w:lineRule="auto"/>
              <w:textAlignment w:val="center"/>
              <w:rPr>
                <w:color w:val="000000"/>
              </w:rPr>
            </w:pPr>
            <w:r>
              <w:rPr>
                <w:rFonts w:ascii="SimSun" w:eastAsia="SimSun" w:hAnsi="SimSun" w:cs="SimSun"/>
                <w:color w:val="000000"/>
              </w:rPr>
              <w:t>第</w:t>
            </w:r>
            <w:r>
              <w:rPr>
                <w:rFonts w:ascii="Times New Roman" w:eastAsia="Times New Roman" w:hAnsi="Times New Roman" w:cs="Times New Roman"/>
                <w:color w:val="000000"/>
              </w:rPr>
              <w:t>4</w:t>
            </w:r>
            <w:r>
              <w:rPr>
                <w:rFonts w:ascii="SimSun" w:eastAsia="SimSun" w:hAnsi="SimSun" w:cs="SimSun"/>
                <w:color w:val="000000"/>
              </w:rPr>
              <w:t>题</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CC4645" w14:textId="77777777" w:rsidR="008113A1" w:rsidRDefault="00000000">
            <w:pPr>
              <w:spacing w:line="360" w:lineRule="auto"/>
              <w:textAlignment w:val="center"/>
              <w:rPr>
                <w:color w:val="000000"/>
              </w:rPr>
            </w:pPr>
            <w:r>
              <w:rPr>
                <w:rFonts w:ascii="SimSun" w:eastAsia="SimSun" w:hAnsi="SimSun" w:cs="SimSun"/>
                <w:color w:val="000000"/>
              </w:rPr>
              <w:t>第</w:t>
            </w:r>
            <w:r>
              <w:rPr>
                <w:rFonts w:ascii="Times New Roman" w:eastAsia="Times New Roman" w:hAnsi="Times New Roman" w:cs="Times New Roman"/>
                <w:color w:val="000000"/>
              </w:rPr>
              <w:t>5</w:t>
            </w:r>
            <w:r>
              <w:rPr>
                <w:rFonts w:ascii="SimSun" w:eastAsia="SimSun" w:hAnsi="SimSun" w:cs="SimSun"/>
                <w:color w:val="000000"/>
              </w:rPr>
              <w:t>题</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B0B5B0" w14:textId="77777777" w:rsidR="008113A1" w:rsidRDefault="00000000">
            <w:pPr>
              <w:spacing w:line="360" w:lineRule="auto"/>
              <w:textAlignment w:val="center"/>
              <w:rPr>
                <w:color w:val="000000"/>
              </w:rPr>
            </w:pPr>
            <w:r>
              <w:rPr>
                <w:rFonts w:ascii="SimSun" w:eastAsia="SimSun" w:hAnsi="SimSun" w:cs="SimSun"/>
                <w:color w:val="000000"/>
              </w:rPr>
              <w:t>第</w:t>
            </w:r>
            <w:r>
              <w:rPr>
                <w:rFonts w:ascii="Times New Roman" w:eastAsia="Times New Roman" w:hAnsi="Times New Roman" w:cs="Times New Roman"/>
                <w:color w:val="000000"/>
              </w:rPr>
              <w:t>6</w:t>
            </w:r>
            <w:r>
              <w:rPr>
                <w:rFonts w:ascii="SimSun" w:eastAsia="SimSun" w:hAnsi="SimSun" w:cs="SimSun"/>
                <w:color w:val="000000"/>
              </w:rPr>
              <w:t>题</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36D4A3" w14:textId="77777777" w:rsidR="008113A1" w:rsidRDefault="00000000">
            <w:pPr>
              <w:spacing w:line="360" w:lineRule="auto"/>
              <w:textAlignment w:val="center"/>
              <w:rPr>
                <w:color w:val="000000"/>
              </w:rPr>
            </w:pPr>
            <w:r>
              <w:rPr>
                <w:rFonts w:ascii="SimSun" w:eastAsia="SimSun" w:hAnsi="SimSun" w:cs="SimSun"/>
                <w:color w:val="000000"/>
              </w:rPr>
              <w:t>得分</w:t>
            </w:r>
          </w:p>
        </w:tc>
      </w:tr>
      <w:tr w:rsidR="008113A1" w14:paraId="7C0E3C1B"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9CD3D9" w14:textId="77777777" w:rsidR="008113A1" w:rsidRDefault="00000000">
            <w:pPr>
              <w:spacing w:line="360" w:lineRule="auto"/>
              <w:textAlignment w:val="center"/>
              <w:rPr>
                <w:color w:val="000000"/>
              </w:rPr>
            </w:pPr>
            <w:r>
              <w:rPr>
                <w:rFonts w:ascii="SimSun" w:eastAsia="SimSun" w:hAnsi="SimSun" w:cs="SimSun"/>
                <w:color w:val="000000"/>
              </w:rPr>
              <w:t>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780225"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F74F3D"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A78C23"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B7DE4D" w14:textId="77777777" w:rsidR="008113A1" w:rsidRDefault="00000000">
            <w:pPr>
              <w:spacing w:line="360" w:lineRule="auto"/>
              <w:textAlignment w:val="center"/>
              <w:rPr>
                <w:color w:val="000000"/>
              </w:rPr>
            </w:pPr>
            <w:r>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D803AA"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118CD6"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54E627"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4</w:t>
            </w:r>
            <w:r>
              <w:rPr>
                <w:rFonts w:ascii="SimSun" w:eastAsia="SimSun" w:hAnsi="SimSun" w:cs="SimSun"/>
                <w:color w:val="000000"/>
              </w:rPr>
              <w:t>分</w:t>
            </w:r>
          </w:p>
        </w:tc>
      </w:tr>
      <w:tr w:rsidR="008113A1" w14:paraId="3B970F13"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24E520" w14:textId="77777777" w:rsidR="008113A1" w:rsidRDefault="00000000">
            <w:pPr>
              <w:spacing w:line="360" w:lineRule="auto"/>
              <w:textAlignment w:val="center"/>
              <w:rPr>
                <w:color w:val="000000"/>
              </w:rPr>
            </w:pPr>
            <w:r>
              <w:rPr>
                <w:rFonts w:ascii="SimSun" w:eastAsia="SimSun" w:hAnsi="SimSun" w:cs="SimSun"/>
                <w:color w:val="000000"/>
              </w:rPr>
              <w:t>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76C648"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A180D7"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D872EC"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BDB822"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4D8F26" w14:textId="77777777" w:rsidR="008113A1" w:rsidRDefault="00000000">
            <w:pPr>
              <w:spacing w:line="360" w:lineRule="auto"/>
              <w:textAlignment w:val="center"/>
              <w:rPr>
                <w:color w:val="000000"/>
              </w:rPr>
            </w:pPr>
            <w:r>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797163"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FF9F81"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4</w:t>
            </w:r>
            <w:r>
              <w:rPr>
                <w:rFonts w:ascii="SimSun" w:eastAsia="SimSun" w:hAnsi="SimSun" w:cs="SimSun"/>
                <w:color w:val="000000"/>
              </w:rPr>
              <w:t>分</w:t>
            </w:r>
          </w:p>
        </w:tc>
      </w:tr>
      <w:tr w:rsidR="008113A1" w14:paraId="24FF39BA"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D2A2571" w14:textId="77777777" w:rsidR="008113A1" w:rsidRDefault="00000000">
            <w:pPr>
              <w:spacing w:line="360" w:lineRule="auto"/>
              <w:textAlignment w:val="center"/>
              <w:rPr>
                <w:color w:val="000000"/>
              </w:rPr>
            </w:pPr>
            <w:r>
              <w:rPr>
                <w:rFonts w:ascii="SimSun" w:eastAsia="SimSun" w:hAnsi="SimSun" w:cs="SimSun"/>
                <w:color w:val="000000"/>
              </w:rPr>
              <w:t>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EB3C36"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F71CD7F"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E52781"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293357" w14:textId="77777777" w:rsidR="008113A1" w:rsidRDefault="00000000">
            <w:pPr>
              <w:spacing w:line="360" w:lineRule="auto"/>
              <w:textAlignment w:val="center"/>
              <w:rPr>
                <w:color w:val="000000"/>
              </w:rPr>
            </w:pPr>
            <w:r>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A36247"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FE172E"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CC344D"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4</w:t>
            </w:r>
            <w:r>
              <w:rPr>
                <w:rFonts w:ascii="SimSun" w:eastAsia="SimSun" w:hAnsi="SimSun" w:cs="SimSun"/>
                <w:color w:val="000000"/>
              </w:rPr>
              <w:t>分</w:t>
            </w:r>
          </w:p>
        </w:tc>
      </w:tr>
      <w:tr w:rsidR="008113A1" w14:paraId="529D667F"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56608C" w14:textId="77777777" w:rsidR="008113A1" w:rsidRDefault="00000000">
            <w:pPr>
              <w:spacing w:line="360" w:lineRule="auto"/>
              <w:textAlignment w:val="center"/>
              <w:rPr>
                <w:color w:val="000000"/>
              </w:rPr>
            </w:pPr>
            <w:r>
              <w:rPr>
                <w:rFonts w:ascii="SimSun" w:eastAsia="SimSun" w:hAnsi="SimSun" w:cs="SimSun"/>
                <w:color w:val="000000"/>
              </w:rPr>
              <w:t>丁</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C2BBBF"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A93C9F"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875604"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FB8F0A" w14:textId="77777777" w:rsidR="008113A1" w:rsidRDefault="00000000">
            <w:pPr>
              <w:spacing w:line="360" w:lineRule="auto"/>
              <w:textAlignment w:val="center"/>
              <w:rPr>
                <w:color w:val="000000"/>
              </w:rPr>
            </w:pPr>
            <w:r>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AB5B0B"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D0A682" w14:textId="77777777" w:rsidR="008113A1" w:rsidRDefault="00000000">
            <w:pPr>
              <w:spacing w:line="360" w:lineRule="auto"/>
              <w:textAlignment w:val="center"/>
              <w:rPr>
                <w:color w:val="000000"/>
              </w:rPr>
            </w:pPr>
            <w:r>
              <w:rPr>
                <w:rFonts w:ascii="Times New Roman" w:eastAsia="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90D08C" w14:textId="77777777" w:rsidR="008113A1" w:rsidRDefault="00000000">
            <w:pPr>
              <w:spacing w:line="360" w:lineRule="auto"/>
              <w:textAlignment w:val="center"/>
              <w:rPr>
                <w:color w:val="000000"/>
              </w:rPr>
            </w:pPr>
            <w:r>
              <w:rPr>
                <w:rFonts w:ascii="SimSun" w:eastAsia="SimSun" w:hAnsi="SimSun" w:cs="SimSun"/>
                <w:color w:val="000000"/>
              </w:rPr>
              <w:t>？</w:t>
            </w:r>
          </w:p>
        </w:tc>
      </w:tr>
    </w:tbl>
    <w:p w14:paraId="7B71F59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根据以上结果，可以推断丁的得分是</w:t>
      </w:r>
      <w:r>
        <w:rPr>
          <w:color w:val="000000"/>
          <w:lang w:eastAsia="zh-CN"/>
        </w:rPr>
        <w:t>______</w:t>
      </w:r>
      <w:r>
        <w:rPr>
          <w:rFonts w:ascii="SimSun" w:eastAsia="SimSun" w:hAnsi="SimSun" w:cs="SimSun"/>
          <w:color w:val="000000"/>
          <w:lang w:eastAsia="zh-CN"/>
        </w:rPr>
        <w:t>分．</w:t>
      </w:r>
    </w:p>
    <w:p w14:paraId="5DE7B1CB" w14:textId="77777777" w:rsidR="008113A1" w:rsidRDefault="00000000">
      <w:pPr>
        <w:spacing w:line="360" w:lineRule="auto"/>
        <w:textAlignment w:val="center"/>
        <w:rPr>
          <w:color w:val="000000"/>
          <w:lang w:eastAsia="zh-CN"/>
        </w:rPr>
      </w:pPr>
      <w:r>
        <w:rPr>
          <w:color w:val="2E75B6"/>
          <w:lang w:eastAsia="zh-CN"/>
        </w:rPr>
        <w:t>【答案】</w:t>
      </w:r>
      <w:r>
        <w:rPr>
          <w:rFonts w:ascii="Times New Roman" w:eastAsia="Times New Roman" w:hAnsi="Times New Roman" w:cs="Times New Roman"/>
          <w:color w:val="000000"/>
          <w:lang w:eastAsia="zh-CN"/>
        </w:rPr>
        <w:t>5</w:t>
      </w:r>
    </w:p>
    <w:p w14:paraId="1C9C900A" w14:textId="77777777" w:rsidR="008113A1" w:rsidRDefault="00000000">
      <w:pPr>
        <w:spacing w:line="360" w:lineRule="auto"/>
        <w:textAlignment w:val="center"/>
        <w:rPr>
          <w:color w:val="000000"/>
          <w:lang w:eastAsia="zh-CN"/>
        </w:rPr>
      </w:pPr>
      <w:r>
        <w:rPr>
          <w:color w:val="2E75B6"/>
          <w:lang w:eastAsia="zh-CN"/>
        </w:rPr>
        <w:t>【解析】</w:t>
      </w:r>
    </w:p>
    <w:p w14:paraId="3D4E9A90"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先根据甲乙的总得分与判断的对错数相等推断出第</w:t>
      </w:r>
      <w:r>
        <w:rPr>
          <w:rFonts w:ascii="Times New Roman" w:eastAsia="Times New Roman" w:hAnsi="Times New Roman" w:cs="Times New Roman"/>
          <w:color w:val="000000"/>
          <w:lang w:eastAsia="zh-CN"/>
        </w:rPr>
        <w:t>3</w:t>
      </w:r>
      <w:r>
        <w:rPr>
          <w:rFonts w:ascii="SimSun" w:eastAsia="SimSun" w:hAnsi="SimSun" w:cs="SimSun"/>
          <w:color w:val="000000"/>
          <w:lang w:eastAsia="zh-CN"/>
        </w:rPr>
        <w:t>道题和第</w:t>
      </w:r>
      <w:r>
        <w:rPr>
          <w:rFonts w:ascii="Times New Roman" w:eastAsia="Times New Roman" w:hAnsi="Times New Roman" w:cs="Times New Roman"/>
          <w:color w:val="000000"/>
          <w:lang w:eastAsia="zh-CN"/>
        </w:rPr>
        <w:t>6</w:t>
      </w:r>
      <w:r>
        <w:rPr>
          <w:rFonts w:ascii="SimSun" w:eastAsia="SimSun" w:hAnsi="SimSun" w:cs="SimSun"/>
          <w:color w:val="000000"/>
          <w:lang w:eastAsia="zh-CN"/>
        </w:rPr>
        <w:t>道题的正确答案均为“×”，进而根据丙的判断可得这</w:t>
      </w:r>
      <w:r>
        <w:rPr>
          <w:rFonts w:ascii="Times New Roman" w:eastAsia="Times New Roman" w:hAnsi="Times New Roman" w:cs="Times New Roman"/>
          <w:color w:val="000000"/>
          <w:lang w:eastAsia="zh-CN"/>
        </w:rPr>
        <w:t>6</w:t>
      </w:r>
      <w:r>
        <w:rPr>
          <w:rFonts w:ascii="SimSun" w:eastAsia="SimSun" w:hAnsi="SimSun" w:cs="SimSun"/>
          <w:color w:val="000000"/>
          <w:lang w:eastAsia="zh-CN"/>
        </w:rPr>
        <w:t>道题目的正确答案是：</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w:t>
      </w:r>
      <w:r>
        <w:rPr>
          <w:rFonts w:ascii="Times New Roman" w:eastAsia="Times New Roman" w:hAnsi="Times New Roman" w:cs="Times New Roman"/>
          <w:color w:val="000000"/>
          <w:lang w:eastAsia="zh-CN"/>
        </w:rPr>
        <w:t>3</w:t>
      </w:r>
      <w:r>
        <w:rPr>
          <w:rFonts w:ascii="SimSun" w:eastAsia="SimSun" w:hAnsi="SimSun" w:cs="SimSun"/>
          <w:color w:val="000000"/>
          <w:lang w:eastAsia="zh-CN"/>
        </w:rPr>
        <w:t>×，</w:t>
      </w:r>
      <w:r>
        <w:rPr>
          <w:rFonts w:ascii="Times New Roman" w:eastAsia="Times New Roman" w:hAnsi="Times New Roman" w:cs="Times New Roman"/>
          <w:color w:val="000000"/>
          <w:lang w:eastAsia="zh-CN"/>
        </w:rPr>
        <w:t>4</w:t>
      </w:r>
      <w:r>
        <w:rPr>
          <w:rFonts w:ascii="SimSun" w:eastAsia="SimSun" w:hAnsi="SimSun" w:cs="SimSun"/>
          <w:color w:val="000000"/>
          <w:lang w:eastAsia="zh-CN"/>
        </w:rPr>
        <w:t>√，</w:t>
      </w:r>
      <w:r>
        <w:rPr>
          <w:rFonts w:ascii="Times New Roman" w:eastAsia="Times New Roman" w:hAnsi="Times New Roman" w:cs="Times New Roman"/>
          <w:color w:val="000000"/>
          <w:lang w:eastAsia="zh-CN"/>
        </w:rPr>
        <w:t>5</w:t>
      </w:r>
      <w:r>
        <w:rPr>
          <w:rFonts w:ascii="SimSun" w:eastAsia="SimSun" w:hAnsi="SimSun" w:cs="SimSun"/>
          <w:color w:val="000000"/>
          <w:lang w:eastAsia="zh-CN"/>
        </w:rPr>
        <w:t>×，</w:t>
      </w:r>
      <w:r>
        <w:rPr>
          <w:rFonts w:ascii="Times New Roman" w:eastAsia="Times New Roman" w:hAnsi="Times New Roman" w:cs="Times New Roman"/>
          <w:color w:val="000000"/>
          <w:lang w:eastAsia="zh-CN"/>
        </w:rPr>
        <w:t>6</w:t>
      </w:r>
      <w:r>
        <w:rPr>
          <w:rFonts w:ascii="SimSun" w:eastAsia="SimSun" w:hAnsi="SimSun" w:cs="SimSun"/>
          <w:color w:val="000000"/>
          <w:lang w:eastAsia="zh-CN"/>
        </w:rPr>
        <w:t>×，进而得出丁的分数．</w:t>
      </w:r>
    </w:p>
    <w:p w14:paraId="0B8C525E" w14:textId="77777777" w:rsidR="008113A1" w:rsidRDefault="00000000">
      <w:pPr>
        <w:spacing w:line="360" w:lineRule="auto"/>
        <w:textAlignment w:val="center"/>
        <w:rPr>
          <w:color w:val="000000"/>
          <w:lang w:eastAsia="zh-CN"/>
        </w:rPr>
      </w:pPr>
      <w:r>
        <w:rPr>
          <w:color w:val="000000"/>
          <w:lang w:eastAsia="zh-CN"/>
        </w:rPr>
        <w:lastRenderedPageBreak/>
        <w:t>【详解】</w:t>
      </w:r>
      <w:r>
        <w:rPr>
          <w:rFonts w:ascii="SimSun" w:eastAsia="SimSun" w:hAnsi="SimSun" w:cs="SimSun"/>
          <w:color w:val="000000"/>
          <w:lang w:eastAsia="zh-CN"/>
        </w:rPr>
        <w:t>解：知识测试共有</w:t>
      </w:r>
      <w:r>
        <w:rPr>
          <w:rFonts w:ascii="Times New Roman" w:eastAsia="Times New Roman" w:hAnsi="Times New Roman" w:cs="Times New Roman"/>
          <w:color w:val="000000"/>
          <w:lang w:eastAsia="zh-CN"/>
        </w:rPr>
        <w:t>6</w:t>
      </w:r>
      <w:r>
        <w:rPr>
          <w:rFonts w:ascii="SimSun" w:eastAsia="SimSun" w:hAnsi="SimSun" w:cs="SimSun"/>
          <w:color w:val="000000"/>
          <w:lang w:eastAsia="zh-CN"/>
        </w:rPr>
        <w:t>道题目，每题判断正确得</w:t>
      </w:r>
      <w:r>
        <w:rPr>
          <w:rFonts w:ascii="Times New Roman" w:eastAsia="Times New Roman" w:hAnsi="Times New Roman" w:cs="Times New Roman"/>
          <w:color w:val="000000"/>
          <w:lang w:eastAsia="zh-CN"/>
        </w:rPr>
        <w:t>1</w:t>
      </w:r>
      <w:r>
        <w:rPr>
          <w:rFonts w:ascii="SimSun" w:eastAsia="SimSun" w:hAnsi="SimSun" w:cs="SimSun"/>
          <w:color w:val="000000"/>
          <w:lang w:eastAsia="zh-CN"/>
        </w:rPr>
        <w:t>分，判断错误得</w:t>
      </w:r>
      <w:r>
        <w:rPr>
          <w:rFonts w:ascii="Times New Roman" w:eastAsia="Times New Roman" w:hAnsi="Times New Roman" w:cs="Times New Roman"/>
          <w:color w:val="000000"/>
          <w:lang w:eastAsia="zh-CN"/>
        </w:rPr>
        <w:t>0</w:t>
      </w:r>
      <w:r>
        <w:rPr>
          <w:rFonts w:ascii="SimSun" w:eastAsia="SimSun" w:hAnsi="SimSun" w:cs="SimSun"/>
          <w:color w:val="000000"/>
          <w:lang w:eastAsia="zh-CN"/>
        </w:rPr>
        <w:t>分，甲、乙的得分都是</w:t>
      </w:r>
      <w:r>
        <w:rPr>
          <w:rFonts w:ascii="Times New Roman" w:eastAsia="Times New Roman" w:hAnsi="Times New Roman" w:cs="Times New Roman"/>
          <w:color w:val="000000"/>
          <w:lang w:eastAsia="zh-CN"/>
        </w:rPr>
        <w:t>4</w:t>
      </w:r>
      <w:r>
        <w:rPr>
          <w:rFonts w:ascii="SimSun" w:eastAsia="SimSun" w:hAnsi="SimSun" w:cs="SimSun"/>
          <w:color w:val="000000"/>
          <w:lang w:eastAsia="zh-CN"/>
        </w:rPr>
        <w:t>分，则甲、</w:t>
      </w:r>
      <w:proofErr w:type="gramStart"/>
      <w:r>
        <w:rPr>
          <w:rFonts w:ascii="SimSun" w:eastAsia="SimSun" w:hAnsi="SimSun" w:cs="SimSun"/>
          <w:color w:val="000000"/>
          <w:lang w:eastAsia="zh-CN"/>
        </w:rPr>
        <w:t>乙至少</w:t>
      </w:r>
      <w:proofErr w:type="gramEnd"/>
      <w:r>
        <w:rPr>
          <w:rFonts w:ascii="SimSun" w:eastAsia="SimSun" w:hAnsi="SimSun" w:cs="SimSun"/>
          <w:color w:val="000000"/>
          <w:lang w:eastAsia="zh-CN"/>
        </w:rPr>
        <w:t>有</w:t>
      </w:r>
      <w:r>
        <w:rPr>
          <w:rFonts w:ascii="Times New Roman" w:eastAsia="Times New Roman" w:hAnsi="Times New Roman" w:cs="Times New Roman"/>
          <w:color w:val="000000"/>
          <w:lang w:eastAsia="zh-CN"/>
        </w:rPr>
        <w:t>2</w:t>
      </w:r>
      <w:r>
        <w:rPr>
          <w:rFonts w:ascii="SimSun" w:eastAsia="SimSun" w:hAnsi="SimSun" w:cs="SimSun"/>
          <w:color w:val="000000"/>
          <w:lang w:eastAsia="zh-CN"/>
        </w:rPr>
        <w:t>道题目的结果相同且为正确答案，不难发现，甲、乙的第</w:t>
      </w:r>
      <w:r>
        <w:rPr>
          <w:rFonts w:ascii="Times New Roman" w:eastAsia="Times New Roman" w:hAnsi="Times New Roman" w:cs="Times New Roman"/>
          <w:color w:val="000000"/>
          <w:lang w:eastAsia="zh-CN"/>
        </w:rPr>
        <w:t>3</w:t>
      </w:r>
      <w:r>
        <w:rPr>
          <w:rFonts w:ascii="SimSun" w:eastAsia="SimSun" w:hAnsi="SimSun" w:cs="SimSun"/>
          <w:color w:val="000000"/>
          <w:lang w:eastAsia="zh-CN"/>
        </w:rPr>
        <w:t>道题和第</w:t>
      </w:r>
      <w:r>
        <w:rPr>
          <w:rFonts w:ascii="Times New Roman" w:eastAsia="Times New Roman" w:hAnsi="Times New Roman" w:cs="Times New Roman"/>
          <w:color w:val="000000"/>
          <w:lang w:eastAsia="zh-CN"/>
        </w:rPr>
        <w:t>6</w:t>
      </w:r>
      <w:r>
        <w:rPr>
          <w:rFonts w:ascii="SimSun" w:eastAsia="SimSun" w:hAnsi="SimSun" w:cs="SimSun"/>
          <w:color w:val="000000"/>
          <w:lang w:eastAsia="zh-CN"/>
        </w:rPr>
        <w:t>道</w:t>
      </w:r>
      <w:proofErr w:type="gramStart"/>
      <w:r>
        <w:rPr>
          <w:rFonts w:ascii="SimSun" w:eastAsia="SimSun" w:hAnsi="SimSun" w:cs="SimSun"/>
          <w:color w:val="000000"/>
          <w:lang w:eastAsia="zh-CN"/>
        </w:rPr>
        <w:t>题判断</w:t>
      </w:r>
      <w:proofErr w:type="gramEnd"/>
      <w:r>
        <w:rPr>
          <w:rFonts w:ascii="SimSun" w:eastAsia="SimSun" w:hAnsi="SimSun" w:cs="SimSun"/>
          <w:color w:val="000000"/>
          <w:lang w:eastAsia="zh-CN"/>
        </w:rPr>
        <w:t>相同，所以第</w:t>
      </w:r>
      <w:r>
        <w:rPr>
          <w:rFonts w:ascii="Times New Roman" w:eastAsia="Times New Roman" w:hAnsi="Times New Roman" w:cs="Times New Roman"/>
          <w:color w:val="000000"/>
          <w:lang w:eastAsia="zh-CN"/>
        </w:rPr>
        <w:t>3</w:t>
      </w:r>
      <w:r>
        <w:rPr>
          <w:rFonts w:ascii="SimSun" w:eastAsia="SimSun" w:hAnsi="SimSun" w:cs="SimSun"/>
          <w:color w:val="000000"/>
          <w:lang w:eastAsia="zh-CN"/>
        </w:rPr>
        <w:t>道题和第</w:t>
      </w:r>
      <w:r>
        <w:rPr>
          <w:rFonts w:ascii="Times New Roman" w:eastAsia="Times New Roman" w:hAnsi="Times New Roman" w:cs="Times New Roman"/>
          <w:color w:val="000000"/>
          <w:lang w:eastAsia="zh-CN"/>
        </w:rPr>
        <w:t>6</w:t>
      </w:r>
      <w:r>
        <w:rPr>
          <w:rFonts w:ascii="SimSun" w:eastAsia="SimSun" w:hAnsi="SimSun" w:cs="SimSun"/>
          <w:color w:val="000000"/>
          <w:lang w:eastAsia="zh-CN"/>
        </w:rPr>
        <w:t>道题的正确答案均为“×”，</w:t>
      </w:r>
    </w:p>
    <w:p w14:paraId="2140A1A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所以丙的第</w:t>
      </w:r>
      <w:r>
        <w:rPr>
          <w:rFonts w:ascii="Times New Roman" w:eastAsia="Times New Roman" w:hAnsi="Times New Roman" w:cs="Times New Roman"/>
          <w:color w:val="000000"/>
          <w:lang w:eastAsia="zh-CN"/>
        </w:rPr>
        <w:t>3</w:t>
      </w:r>
      <w:r>
        <w:rPr>
          <w:rFonts w:ascii="SimSun" w:eastAsia="SimSun" w:hAnsi="SimSun" w:cs="SimSun"/>
          <w:color w:val="000000"/>
          <w:lang w:eastAsia="zh-CN"/>
        </w:rPr>
        <w:t>道题和第</w:t>
      </w:r>
      <w:r>
        <w:rPr>
          <w:rFonts w:ascii="Times New Roman" w:eastAsia="Times New Roman" w:hAnsi="Times New Roman" w:cs="Times New Roman"/>
          <w:color w:val="000000"/>
          <w:lang w:eastAsia="zh-CN"/>
        </w:rPr>
        <w:t>6</w:t>
      </w:r>
      <w:r>
        <w:rPr>
          <w:rFonts w:ascii="SimSun" w:eastAsia="SimSun" w:hAnsi="SimSun" w:cs="SimSun"/>
          <w:color w:val="000000"/>
          <w:lang w:eastAsia="zh-CN"/>
        </w:rPr>
        <w:t>道</w:t>
      </w:r>
      <w:proofErr w:type="gramStart"/>
      <w:r>
        <w:rPr>
          <w:rFonts w:ascii="SimSun" w:eastAsia="SimSun" w:hAnsi="SimSun" w:cs="SimSun"/>
          <w:color w:val="000000"/>
          <w:lang w:eastAsia="zh-CN"/>
        </w:rPr>
        <w:t>题判断</w:t>
      </w:r>
      <w:proofErr w:type="gramEnd"/>
      <w:r>
        <w:rPr>
          <w:rFonts w:ascii="SimSun" w:eastAsia="SimSun" w:hAnsi="SimSun" w:cs="SimSun"/>
          <w:color w:val="000000"/>
          <w:lang w:eastAsia="zh-CN"/>
        </w:rPr>
        <w:t>错误，而丙也得了</w:t>
      </w:r>
      <w:r>
        <w:rPr>
          <w:rFonts w:ascii="Times New Roman" w:eastAsia="Times New Roman" w:hAnsi="Times New Roman" w:cs="Times New Roman"/>
          <w:color w:val="000000"/>
          <w:lang w:eastAsia="zh-CN"/>
        </w:rPr>
        <w:t>4</w:t>
      </w:r>
      <w:r>
        <w:rPr>
          <w:rFonts w:ascii="SimSun" w:eastAsia="SimSun" w:hAnsi="SimSun" w:cs="SimSun"/>
          <w:color w:val="000000"/>
          <w:lang w:eastAsia="zh-CN"/>
        </w:rPr>
        <w:t>分，说明丙其余题目全部判断正确，</w:t>
      </w:r>
    </w:p>
    <w:p w14:paraId="4785BA9D"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所以这</w:t>
      </w:r>
      <w:r>
        <w:rPr>
          <w:rFonts w:ascii="Times New Roman" w:eastAsia="Times New Roman" w:hAnsi="Times New Roman" w:cs="Times New Roman"/>
          <w:color w:val="000000"/>
          <w:lang w:eastAsia="zh-CN"/>
        </w:rPr>
        <w:t>6</w:t>
      </w:r>
      <w:r>
        <w:rPr>
          <w:rFonts w:ascii="SimSun" w:eastAsia="SimSun" w:hAnsi="SimSun" w:cs="SimSun"/>
          <w:color w:val="000000"/>
          <w:lang w:eastAsia="zh-CN"/>
        </w:rPr>
        <w:t>道题目的正确答案是：</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w:t>
      </w:r>
      <w:r>
        <w:rPr>
          <w:rFonts w:ascii="Times New Roman" w:eastAsia="Times New Roman" w:hAnsi="Times New Roman" w:cs="Times New Roman"/>
          <w:color w:val="000000"/>
          <w:lang w:eastAsia="zh-CN"/>
        </w:rPr>
        <w:t>3</w:t>
      </w:r>
      <w:r>
        <w:rPr>
          <w:rFonts w:ascii="SimSun" w:eastAsia="SimSun" w:hAnsi="SimSun" w:cs="SimSun"/>
          <w:color w:val="000000"/>
          <w:lang w:eastAsia="zh-CN"/>
        </w:rPr>
        <w:t>×，</w:t>
      </w:r>
      <w:r>
        <w:rPr>
          <w:rFonts w:ascii="Times New Roman" w:eastAsia="Times New Roman" w:hAnsi="Times New Roman" w:cs="Times New Roman"/>
          <w:color w:val="000000"/>
          <w:lang w:eastAsia="zh-CN"/>
        </w:rPr>
        <w:t>4</w:t>
      </w:r>
      <w:r>
        <w:rPr>
          <w:rFonts w:ascii="SimSun" w:eastAsia="SimSun" w:hAnsi="SimSun" w:cs="SimSun"/>
          <w:color w:val="000000"/>
          <w:lang w:eastAsia="zh-CN"/>
        </w:rPr>
        <w:t>√，</w:t>
      </w:r>
      <w:r>
        <w:rPr>
          <w:rFonts w:ascii="Times New Roman" w:eastAsia="Times New Roman" w:hAnsi="Times New Roman" w:cs="Times New Roman"/>
          <w:color w:val="000000"/>
          <w:lang w:eastAsia="zh-CN"/>
        </w:rPr>
        <w:t>5</w:t>
      </w:r>
      <w:r>
        <w:rPr>
          <w:rFonts w:ascii="SimSun" w:eastAsia="SimSun" w:hAnsi="SimSun" w:cs="SimSun"/>
          <w:color w:val="000000"/>
          <w:lang w:eastAsia="zh-CN"/>
        </w:rPr>
        <w:t>×，</w:t>
      </w:r>
      <w:r>
        <w:rPr>
          <w:rFonts w:ascii="Times New Roman" w:eastAsia="Times New Roman" w:hAnsi="Times New Roman" w:cs="Times New Roman"/>
          <w:color w:val="000000"/>
          <w:lang w:eastAsia="zh-CN"/>
        </w:rPr>
        <w:t>6×</w:t>
      </w:r>
      <w:r>
        <w:rPr>
          <w:rFonts w:ascii="SimSun" w:eastAsia="SimSun" w:hAnsi="SimSun" w:cs="SimSun"/>
          <w:color w:val="000000"/>
          <w:lang w:eastAsia="zh-CN"/>
        </w:rPr>
        <w:t>，</w:t>
      </w:r>
    </w:p>
    <w:p w14:paraId="7054EF0D"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所以丁</w:t>
      </w:r>
      <w:proofErr w:type="gramStart"/>
      <w:r>
        <w:rPr>
          <w:rFonts w:ascii="SimSun" w:eastAsia="SimSun" w:hAnsi="SimSun" w:cs="SimSun"/>
          <w:color w:val="000000"/>
          <w:lang w:eastAsia="zh-CN"/>
        </w:rPr>
        <w:t>做对</w:t>
      </w:r>
      <w:proofErr w:type="gramEnd"/>
      <w:r>
        <w:rPr>
          <w:rFonts w:ascii="SimSun" w:eastAsia="SimSun" w:hAnsi="SimSun" w:cs="SimSun"/>
          <w:color w:val="000000"/>
          <w:lang w:eastAsia="zh-CN"/>
        </w:rPr>
        <w:t>了</w:t>
      </w:r>
      <w:r>
        <w:rPr>
          <w:rFonts w:ascii="Times New Roman" w:eastAsia="Times New Roman" w:hAnsi="Times New Roman" w:cs="Times New Roman"/>
          <w:color w:val="000000"/>
          <w:lang w:eastAsia="zh-CN"/>
        </w:rPr>
        <w:t>5</w:t>
      </w:r>
      <w:r>
        <w:rPr>
          <w:rFonts w:ascii="SimSun" w:eastAsia="SimSun" w:hAnsi="SimSun" w:cs="SimSun"/>
          <w:color w:val="000000"/>
          <w:lang w:eastAsia="zh-CN"/>
        </w:rPr>
        <w:t>道，得了</w:t>
      </w:r>
      <w:r>
        <w:rPr>
          <w:rFonts w:ascii="Times New Roman" w:eastAsia="Times New Roman" w:hAnsi="Times New Roman" w:cs="Times New Roman"/>
          <w:color w:val="000000"/>
          <w:lang w:eastAsia="zh-CN"/>
        </w:rPr>
        <w:t>5</w:t>
      </w:r>
      <w:r>
        <w:rPr>
          <w:rFonts w:ascii="SimSun" w:eastAsia="SimSun" w:hAnsi="SimSun" w:cs="SimSun"/>
          <w:color w:val="000000"/>
          <w:lang w:eastAsia="zh-CN"/>
        </w:rPr>
        <w:t>分，</w:t>
      </w:r>
    </w:p>
    <w:p w14:paraId="0563B3A5"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5</w:t>
      </w:r>
      <w:r>
        <w:rPr>
          <w:rFonts w:ascii="SimSun" w:eastAsia="SimSun" w:hAnsi="SimSun" w:cs="SimSun"/>
          <w:color w:val="000000"/>
          <w:lang w:eastAsia="zh-CN"/>
        </w:rPr>
        <w:t>．</w:t>
      </w:r>
    </w:p>
    <w:p w14:paraId="5CEF8666"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本题主要考查了简单的合情推理，属于基础题．</w:t>
      </w:r>
    </w:p>
    <w:p w14:paraId="6C03DF81" w14:textId="77777777" w:rsidR="008113A1" w:rsidRDefault="00000000">
      <w:pPr>
        <w:spacing w:line="285" w:lineRule="auto"/>
        <w:jc w:val="both"/>
        <w:textAlignment w:val="center"/>
        <w:rPr>
          <w:color w:val="000000"/>
          <w:lang w:eastAsia="zh-CN"/>
        </w:rPr>
      </w:pPr>
      <w:r>
        <w:rPr>
          <w:rFonts w:ascii="SimSun" w:eastAsia="SimSun" w:hAnsi="SimSun" w:cs="SimSun"/>
          <w:b/>
          <w:color w:val="000000"/>
          <w:sz w:val="24"/>
          <w:lang w:eastAsia="zh-CN"/>
        </w:rPr>
        <w:t>三、计算题（</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23</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8</w:t>
      </w:r>
      <w:r>
        <w:rPr>
          <w:rFonts w:ascii="SimSun" w:eastAsia="SimSun" w:hAnsi="SimSun" w:cs="SimSun"/>
          <w:b/>
          <w:color w:val="000000"/>
          <w:sz w:val="24"/>
          <w:lang w:eastAsia="zh-CN"/>
        </w:rPr>
        <w:t>分，共</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分）</w:t>
      </w:r>
    </w:p>
    <w:p w14:paraId="6BA239A4" w14:textId="77777777" w:rsidR="008113A1" w:rsidRDefault="00000000">
      <w:pPr>
        <w:pStyle w:val="Heading2"/>
        <w:rPr>
          <w:lang w:eastAsia="zh-CN"/>
        </w:rPr>
      </w:pPr>
      <w:bookmarkStart w:id="34" w:name="_Toc235460051"/>
      <w:r>
        <w:rPr>
          <w:lang w:eastAsia="zh-CN"/>
        </w:rPr>
        <w:t>第十八中教育集团</w:t>
      </w:r>
      <w:bookmarkEnd w:id="34"/>
    </w:p>
    <w:p w14:paraId="498A4A6E" w14:textId="77777777" w:rsidR="008113A1" w:rsidRDefault="00000000">
      <w:pPr>
        <w:spacing w:line="360" w:lineRule="auto"/>
        <w:jc w:val="both"/>
        <w:textAlignment w:val="center"/>
        <w:rPr>
          <w:color w:val="000000"/>
          <w:lang w:eastAsia="zh-CN"/>
        </w:rPr>
      </w:pPr>
      <w:r>
        <w:rPr>
          <w:color w:val="000000"/>
          <w:lang w:eastAsia="zh-CN"/>
        </w:rPr>
        <w:t xml:space="preserve">18. </w:t>
      </w:r>
      <w:r>
        <w:rPr>
          <w:rFonts w:ascii="SimSun" w:eastAsia="SimSun" w:hAnsi="SimSun" w:cs="SimSun"/>
          <w:color w:val="000000"/>
          <w:lang w:eastAsia="zh-CN"/>
        </w:rPr>
        <w:t>古希腊著名的毕达哥拉斯学派把</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r>
        <w:rPr>
          <w:rFonts w:ascii="Times New Roman" w:eastAsia="Times New Roman" w:hAnsi="Times New Roman" w:cs="Times New Roman"/>
          <w:color w:val="000000"/>
          <w:lang w:eastAsia="zh-CN"/>
        </w:rPr>
        <w:t>3</w:t>
      </w:r>
      <w:r>
        <w:rPr>
          <w:rFonts w:ascii="SimSun" w:eastAsia="SimSun" w:hAnsi="SimSun" w:cs="SimSun"/>
          <w:color w:val="000000"/>
          <w:lang w:eastAsia="zh-CN"/>
        </w:rPr>
        <w:t>，</w:t>
      </w:r>
      <w:r>
        <w:rPr>
          <w:rFonts w:ascii="Times New Roman" w:eastAsia="Times New Roman" w:hAnsi="Times New Roman" w:cs="Times New Roman"/>
          <w:color w:val="000000"/>
          <w:lang w:eastAsia="zh-CN"/>
        </w:rPr>
        <w:t>6</w:t>
      </w:r>
      <w:r>
        <w:rPr>
          <w:rFonts w:ascii="SimSun" w:eastAsia="SimSun" w:hAnsi="SimSun" w:cs="SimSun"/>
          <w:color w:val="000000"/>
          <w:lang w:eastAsia="zh-CN"/>
        </w:rPr>
        <w:t>，</w:t>
      </w:r>
      <w:r>
        <w:rPr>
          <w:rFonts w:ascii="Times New Roman" w:eastAsia="Times New Roman" w:hAnsi="Times New Roman" w:cs="Times New Roman"/>
          <w:color w:val="000000"/>
          <w:lang w:eastAsia="zh-CN"/>
        </w:rPr>
        <w:t>10</w:t>
      </w:r>
      <w:r>
        <w:rPr>
          <w:rFonts w:ascii="SimSun" w:eastAsia="SimSun" w:hAnsi="SimSun" w:cs="SimSun"/>
          <w:color w:val="000000"/>
          <w:lang w:eastAsia="zh-CN"/>
        </w:rPr>
        <w:t>，</w:t>
      </w:r>
      <w:r>
        <w:rPr>
          <w:rFonts w:ascii="Times New Roman" w:eastAsia="Times New Roman" w:hAnsi="Times New Roman" w:cs="Times New Roman"/>
          <w:color w:val="000000"/>
          <w:lang w:eastAsia="zh-CN"/>
        </w:rPr>
        <w:t>…</w:t>
      </w:r>
      <w:proofErr w:type="gramStart"/>
      <w:r>
        <w:rPr>
          <w:rFonts w:ascii="SimSun" w:eastAsia="SimSun" w:hAnsi="SimSun" w:cs="SimSun"/>
          <w:color w:val="000000"/>
          <w:lang w:eastAsia="zh-CN"/>
        </w:rPr>
        <w:t>这样的数称为“三角数”；</w:t>
      </w:r>
      <w:proofErr w:type="gramEnd"/>
      <w:r>
        <w:rPr>
          <w:rFonts w:ascii="SimSun" w:eastAsia="SimSun" w:hAnsi="SimSun" w:cs="SimSun"/>
          <w:color w:val="000000"/>
          <w:lang w:eastAsia="zh-CN"/>
        </w:rPr>
        <w:t>把</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r>
        <w:rPr>
          <w:rFonts w:ascii="Times New Roman" w:eastAsia="Times New Roman" w:hAnsi="Times New Roman" w:cs="Times New Roman"/>
          <w:color w:val="000000"/>
          <w:lang w:eastAsia="zh-CN"/>
        </w:rPr>
        <w:t>4</w:t>
      </w:r>
      <w:r>
        <w:rPr>
          <w:rFonts w:ascii="SimSun" w:eastAsia="SimSun" w:hAnsi="SimSun" w:cs="SimSun"/>
          <w:color w:val="000000"/>
          <w:lang w:eastAsia="zh-CN"/>
        </w:rPr>
        <w:t>，</w:t>
      </w:r>
      <w:r>
        <w:rPr>
          <w:rFonts w:ascii="Times New Roman" w:eastAsia="Times New Roman" w:hAnsi="Times New Roman" w:cs="Times New Roman"/>
          <w:color w:val="000000"/>
          <w:lang w:eastAsia="zh-CN"/>
        </w:rPr>
        <w:t>9</w:t>
      </w:r>
      <w:r>
        <w:rPr>
          <w:rFonts w:ascii="SimSun" w:eastAsia="SimSun" w:hAnsi="SimSun" w:cs="SimSun"/>
          <w:color w:val="000000"/>
          <w:lang w:eastAsia="zh-CN"/>
        </w:rPr>
        <w:t>，</w:t>
      </w:r>
      <w:r>
        <w:rPr>
          <w:rFonts w:ascii="Times New Roman" w:eastAsia="Times New Roman" w:hAnsi="Times New Roman" w:cs="Times New Roman"/>
          <w:color w:val="000000"/>
          <w:lang w:eastAsia="zh-CN"/>
        </w:rPr>
        <w:t>16</w:t>
      </w:r>
      <w:r>
        <w:rPr>
          <w:rFonts w:ascii="SimSun" w:eastAsia="SimSun" w:hAnsi="SimSun" w:cs="SimSun"/>
          <w:color w:val="000000"/>
          <w:lang w:eastAsia="zh-CN"/>
        </w:rPr>
        <w:t>，</w:t>
      </w:r>
      <w:r>
        <w:rPr>
          <w:rFonts w:ascii="Times New Roman" w:eastAsia="Times New Roman" w:hAnsi="Times New Roman" w:cs="Times New Roman"/>
          <w:color w:val="000000"/>
          <w:lang w:eastAsia="zh-CN"/>
        </w:rPr>
        <w:t>…</w:t>
      </w:r>
      <w:proofErr w:type="gramStart"/>
      <w:r>
        <w:rPr>
          <w:rFonts w:ascii="SimSun" w:eastAsia="SimSun" w:hAnsi="SimSun" w:cs="SimSun"/>
          <w:color w:val="000000"/>
          <w:lang w:eastAsia="zh-CN"/>
        </w:rPr>
        <w:t>这样的数称为“正方形数”．</w:t>
      </w:r>
      <w:proofErr w:type="gramEnd"/>
      <w:r>
        <w:rPr>
          <w:rFonts w:ascii="SimSun" w:eastAsia="SimSun" w:hAnsi="SimSun" w:cs="SimSun"/>
          <w:color w:val="000000"/>
          <w:lang w:eastAsia="zh-CN"/>
        </w:rPr>
        <w:t>观察下图可以发现，任何一个大于</w:t>
      </w:r>
      <w:r>
        <w:rPr>
          <w:rFonts w:ascii="Times New Roman" w:eastAsia="Times New Roman" w:hAnsi="Times New Roman" w:cs="Times New Roman"/>
          <w:color w:val="000000"/>
          <w:lang w:eastAsia="zh-CN"/>
        </w:rPr>
        <w:t>1</w:t>
      </w:r>
      <w:proofErr w:type="gramStart"/>
      <w:r>
        <w:rPr>
          <w:rFonts w:ascii="SimSun" w:eastAsia="SimSun" w:hAnsi="SimSun" w:cs="SimSun"/>
          <w:color w:val="000000"/>
          <w:lang w:eastAsia="zh-CN"/>
        </w:rPr>
        <w:t>的“正方形数”都可以写成两个相邻的</w:t>
      </w:r>
      <w:proofErr w:type="gramEnd"/>
      <w:r>
        <w:rPr>
          <w:rFonts w:ascii="SimSun" w:eastAsia="SimSun" w:hAnsi="SimSun" w:cs="SimSun"/>
          <w:color w:val="000000"/>
          <w:lang w:eastAsia="zh-CN"/>
        </w:rPr>
        <w:t>“</w:t>
      </w:r>
      <w:proofErr w:type="gramStart"/>
      <w:r>
        <w:rPr>
          <w:rFonts w:ascii="SimSun" w:eastAsia="SimSun" w:hAnsi="SimSun" w:cs="SimSun"/>
          <w:color w:val="000000"/>
          <w:lang w:eastAsia="zh-CN"/>
        </w:rPr>
        <w:t>三角形数”之和</w:t>
      </w:r>
      <w:proofErr w:type="gramEnd"/>
      <w:r>
        <w:rPr>
          <w:rFonts w:ascii="SimSun" w:eastAsia="SimSun" w:hAnsi="SimSun" w:cs="SimSun"/>
          <w:color w:val="000000"/>
          <w:lang w:eastAsia="zh-CN"/>
        </w:rPr>
        <w:t>．</w:t>
      </w:r>
    </w:p>
    <w:p w14:paraId="59562F8E" w14:textId="77777777" w:rsidR="008113A1" w:rsidRDefault="00000000">
      <w:pPr>
        <w:spacing w:line="360" w:lineRule="auto"/>
        <w:jc w:val="both"/>
        <w:textAlignment w:val="center"/>
        <w:rPr>
          <w:color w:val="000000"/>
        </w:rPr>
      </w:pPr>
      <w:r>
        <w:rPr>
          <w:noProof/>
          <w:color w:val="000000"/>
        </w:rPr>
        <w:drawing>
          <wp:inline distT="0" distB="0" distL="114300" distR="114300" wp14:anchorId="387F58C2" wp14:editId="087CE0A6">
            <wp:extent cx="1733550" cy="714375"/>
            <wp:effectExtent l="0" t="0" r="0" b="9525"/>
            <wp:docPr id="4305"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 name="图片 100009" descr="学科网(www.zxxk.com)--教育资源门户，提供试卷、教案、课件、论文、素材以及各类教学资源下载，还有大量而丰富的教学相关资讯！"/>
                    <pic:cNvPicPr>
                      <a:picLocks noChangeAspect="1"/>
                    </pic:cNvPicPr>
                  </pic:nvPicPr>
                  <pic:blipFill>
                    <a:blip r:embed="rId340"/>
                    <a:stretch>
                      <a:fillRect/>
                    </a:stretch>
                  </pic:blipFill>
                  <pic:spPr>
                    <a:xfrm>
                      <a:off x="0" y="0"/>
                      <a:ext cx="1733550" cy="714375"/>
                    </a:xfrm>
                    <a:prstGeom prst="rect">
                      <a:avLst/>
                    </a:prstGeom>
                  </pic:spPr>
                </pic:pic>
              </a:graphicData>
            </a:graphic>
          </wp:inline>
        </w:drawing>
      </w:r>
    </w:p>
    <w:p w14:paraId="5A6B535E"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）“正方形数”</w:t>
      </w:r>
      <w:r>
        <w:pict w14:anchorId="692B7A46">
          <v:shape id="_x0000_i1584" type="#_x0000_t75" alt="学科网(www.zxxk.com)--教育资源门户，提供试卷、教案、课件、论文、素材以及各类教学资源下载，还有大量而丰富的教学相关资讯！" style="width:15.6pt;height:14.25pt">
            <v:imagedata r:id="rId341" o:title="eqId9c06fc7811f9525e8b8c833746d6af5c"/>
          </v:shape>
        </w:pict>
      </w:r>
      <w:r>
        <w:rPr>
          <w:rFonts w:ascii="SimSun" w:eastAsia="SimSun" w:hAnsi="SimSun" w:cs="SimSun"/>
          <w:color w:val="000000"/>
          <w:lang w:eastAsia="zh-CN"/>
        </w:rPr>
        <w:t>可以写成两个相邻的“三角形数”</w:t>
      </w:r>
      <w:r>
        <w:rPr>
          <w:color w:val="000000"/>
          <w:lang w:eastAsia="zh-CN"/>
        </w:rPr>
        <w:t>________</w:t>
      </w:r>
      <w:r>
        <w:rPr>
          <w:rFonts w:ascii="SimSun" w:eastAsia="SimSun" w:hAnsi="SimSun" w:cs="SimSun"/>
          <w:color w:val="000000"/>
          <w:lang w:eastAsia="zh-CN"/>
        </w:rPr>
        <w:t>与</w:t>
      </w:r>
      <w:r>
        <w:rPr>
          <w:color w:val="000000"/>
          <w:lang w:eastAsia="zh-CN"/>
        </w:rPr>
        <w:t>________</w:t>
      </w:r>
      <w:r>
        <w:rPr>
          <w:rFonts w:ascii="SimSun" w:eastAsia="SimSun" w:hAnsi="SimSun" w:cs="SimSun"/>
          <w:color w:val="000000"/>
          <w:lang w:eastAsia="zh-CN"/>
        </w:rPr>
        <w:t>之和；</w:t>
      </w:r>
    </w:p>
    <w:p w14:paraId="1DB31697"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）“正方形数”</w:t>
      </w:r>
      <w:r>
        <w:pict w14:anchorId="23DB65AD">
          <v:shape id="_x0000_i1585" type="#_x0000_t75" alt="学科网(www.zxxk.com)--教育资源门户，提供试卷、教案、课件、论文、素材以及各类教学资源下载，还有大量而丰富的教学相关资讯！" style="width:14.25pt;height:15.6pt">
            <v:imagedata r:id="rId342" o:title="eqId2ceef1abeeef220b4fe5f7d96feedd90"/>
          </v:shape>
        </w:pict>
      </w:r>
      <w:r>
        <w:rPr>
          <w:rFonts w:ascii="SimSun" w:eastAsia="SimSun" w:hAnsi="SimSun" w:cs="SimSun"/>
          <w:color w:val="000000"/>
          <w:lang w:eastAsia="zh-CN"/>
        </w:rPr>
        <w:t>（</w:t>
      </w:r>
      <w:r>
        <w:rPr>
          <w:rFonts w:ascii="Times New Roman" w:eastAsia="Times New Roman" w:hAnsi="Times New Roman" w:cs="Times New Roman"/>
          <w:i/>
          <w:color w:val="000000"/>
          <w:lang w:eastAsia="zh-CN"/>
        </w:rPr>
        <w:t>n</w:t>
      </w:r>
      <w:r>
        <w:rPr>
          <w:rFonts w:ascii="SimSun" w:eastAsia="SimSun" w:hAnsi="SimSun" w:cs="SimSun"/>
          <w:color w:val="000000"/>
          <w:lang w:eastAsia="zh-CN"/>
        </w:rPr>
        <w:t>为大于</w:t>
      </w:r>
      <w:r>
        <w:rPr>
          <w:rFonts w:ascii="Times New Roman" w:eastAsia="Times New Roman" w:hAnsi="Times New Roman" w:cs="Times New Roman"/>
          <w:color w:val="000000"/>
          <w:lang w:eastAsia="zh-CN"/>
        </w:rPr>
        <w:t>1</w:t>
      </w:r>
      <w:r>
        <w:rPr>
          <w:rFonts w:ascii="SimSun" w:eastAsia="SimSun" w:hAnsi="SimSun" w:cs="SimSun"/>
          <w:color w:val="000000"/>
          <w:lang w:eastAsia="zh-CN"/>
        </w:rPr>
        <w:t>的整数）可以写成两个相邻的“三角形数”</w:t>
      </w:r>
      <w:r>
        <w:rPr>
          <w:color w:val="000000"/>
          <w:lang w:eastAsia="zh-CN"/>
        </w:rPr>
        <w:t>________</w:t>
      </w:r>
      <w:r>
        <w:rPr>
          <w:rFonts w:ascii="SimSun" w:eastAsia="SimSun" w:hAnsi="SimSun" w:cs="SimSun"/>
          <w:color w:val="000000"/>
          <w:lang w:eastAsia="zh-CN"/>
        </w:rPr>
        <w:t>与</w:t>
      </w:r>
      <w:r>
        <w:rPr>
          <w:color w:val="000000"/>
          <w:lang w:eastAsia="zh-CN"/>
        </w:rPr>
        <w:t>________</w:t>
      </w:r>
      <w:r>
        <w:rPr>
          <w:rFonts w:ascii="SimSun" w:eastAsia="SimSun" w:hAnsi="SimSun" w:cs="SimSun"/>
          <w:color w:val="000000"/>
          <w:lang w:eastAsia="zh-CN"/>
        </w:rPr>
        <w:t>之和．</w:t>
      </w:r>
    </w:p>
    <w:p w14:paraId="3024C9C8" w14:textId="77777777" w:rsidR="008113A1" w:rsidRDefault="00000000">
      <w:pPr>
        <w:spacing w:line="360" w:lineRule="auto"/>
        <w:textAlignment w:val="center"/>
        <w:rPr>
          <w:color w:val="000000"/>
        </w:rPr>
      </w:pPr>
      <w:r>
        <w:rPr>
          <w:color w:val="2E75B6"/>
        </w:rPr>
        <w:t>【</w:t>
      </w:r>
      <w:proofErr w:type="spellStart"/>
      <w:r>
        <w:rPr>
          <w:color w:val="2E75B6"/>
        </w:rPr>
        <w:t>答案</w:t>
      </w:r>
      <w:proofErr w:type="spellEnd"/>
      <w:r>
        <w:rPr>
          <w:color w:val="2E75B6"/>
        </w:rPr>
        <w:t>】</w:t>
      </w:r>
      <w:r>
        <w:rPr>
          <w:color w:val="000000"/>
        </w:rPr>
        <w:t xml:space="preserve">    ①. </w:t>
      </w:r>
      <w:r>
        <w:pict w14:anchorId="094EAF61">
          <v:shape id="_x0000_i1586" type="#_x0000_t75" alt="学科网(www.zxxk.com)--教育资源门户，提供试卷、教案、课件、论文、素材以及各类教学资源下载，还有大量而丰富的教学相关资讯！" style="width:14.25pt;height:14.25pt">
            <v:imagedata r:id="rId343" o:title="eqIdd07ae0b4264da6a8812454ffd2f20d94"/>
          </v:shape>
        </w:pict>
      </w:r>
      <w:r>
        <w:rPr>
          <w:color w:val="000000"/>
        </w:rPr>
        <w:t xml:space="preserve">    ②. </w:t>
      </w:r>
      <w:r>
        <w:pict w14:anchorId="39B3D52F">
          <v:shape id="_x0000_i1587" type="#_x0000_t75" alt="学科网(www.zxxk.com)--教育资源门户，提供试卷、教案、课件、论文、素材以及各类教学资源下载，还有大量而丰富的教学相关资讯！" style="width:12.9pt;height:12.25pt">
            <v:imagedata r:id="rId344" o:title="eqId58b184c94e38f1e5dbe750b2168c2a37"/>
          </v:shape>
        </w:pict>
      </w:r>
      <w:r>
        <w:rPr>
          <w:color w:val="000000"/>
        </w:rPr>
        <w:t xml:space="preserve">    ③. </w:t>
      </w:r>
      <w:r>
        <w:pict w14:anchorId="58E58940">
          <v:shape id="_x0000_i1588" type="#_x0000_t75" alt="学科网(www.zxxk.com)--教育资源门户，提供试卷、教案、课件、论文、素材以及各类教学资源下载，还有大量而丰富的教学相关资讯！" style="width:49.6pt;height:31.9pt">
            <v:imagedata r:id="rId345" o:title="eqId580b1d2c7285349ed4c5c039596c2942"/>
          </v:shape>
        </w:pict>
      </w:r>
      <w:r>
        <w:rPr>
          <w:color w:val="000000"/>
        </w:rPr>
        <w:t xml:space="preserve">    ④. </w:t>
      </w:r>
      <w:r>
        <w:pict w14:anchorId="6246FE97">
          <v:shape id="_x0000_i1589" type="#_x0000_t75" alt="学科网(www.zxxk.com)--教育资源门户，提供试卷、教案、课件、论文、素材以及各类教学资源下载，还有大量而丰富的教学相关资讯！" style="width:50.95pt;height:31.25pt">
            <v:imagedata r:id="rId346" o:title="eqId6c45e44318f9ac025ed5d6ecea614ea3"/>
          </v:shape>
        </w:pict>
      </w:r>
    </w:p>
    <w:p w14:paraId="5172B270" w14:textId="77777777" w:rsidR="008113A1" w:rsidRDefault="00000000">
      <w:pPr>
        <w:spacing w:line="360" w:lineRule="auto"/>
        <w:textAlignment w:val="center"/>
        <w:rPr>
          <w:color w:val="000000"/>
        </w:rPr>
      </w:pPr>
      <w:r>
        <w:rPr>
          <w:color w:val="2E75B6"/>
        </w:rPr>
        <w:t>【解析】</w:t>
      </w:r>
    </w:p>
    <w:p w14:paraId="38345093"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（1）根据题意写出可以写成两个相邻的“三角形数”之和为</w:t>
      </w:r>
      <w:r>
        <w:rPr>
          <w:rFonts w:ascii="Times New Roman" w:eastAsia="Times New Roman" w:hAnsi="Times New Roman" w:cs="Times New Roman"/>
          <w:color w:val="000000"/>
          <w:lang w:eastAsia="zh-CN"/>
        </w:rPr>
        <w:t>25</w:t>
      </w:r>
      <w:r>
        <w:rPr>
          <w:rFonts w:ascii="SimSun" w:eastAsia="SimSun" w:hAnsi="SimSun" w:cs="SimSun"/>
          <w:color w:val="000000"/>
          <w:lang w:eastAsia="zh-CN"/>
        </w:rPr>
        <w:t>；</w:t>
      </w:r>
    </w:p>
    <w:p w14:paraId="4A03E1BB"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lastRenderedPageBreak/>
        <w:t>（</w:t>
      </w:r>
      <w:r>
        <w:rPr>
          <w:rFonts w:ascii="Times New Roman" w:eastAsia="Times New Roman" w:hAnsi="Times New Roman" w:cs="Times New Roman"/>
          <w:color w:val="000000"/>
          <w:lang w:eastAsia="zh-CN"/>
        </w:rPr>
        <w:t>2</w:t>
      </w:r>
      <w:r>
        <w:rPr>
          <w:rFonts w:ascii="SimSun" w:eastAsia="SimSun" w:hAnsi="SimSun" w:cs="SimSun"/>
          <w:color w:val="000000"/>
          <w:lang w:eastAsia="zh-CN"/>
        </w:rPr>
        <w:t>）根据所给的算式结合图形找到一般规律</w:t>
      </w:r>
      <w:r>
        <w:pict w14:anchorId="739FB9C4">
          <v:shape id="_x0000_i1590" type="#_x0000_t75" alt="学科网(www.zxxk.com)--教育资源门户，提供试卷、教案、课件、论文、素材以及各类教学资源下载，还有大量而丰富的教学相关资讯！" style="width:129.75pt;height:30.55pt">
            <v:imagedata r:id="rId347" o:title="eqId07f800c31617763e7c0857bfab43639e"/>
          </v:shape>
        </w:pict>
      </w:r>
      <w:r>
        <w:rPr>
          <w:rFonts w:ascii="SimSun" w:eastAsia="SimSun" w:hAnsi="SimSun" w:cs="SimSun"/>
          <w:color w:val="000000"/>
          <w:lang w:eastAsia="zh-CN"/>
        </w:rPr>
        <w:t>，即可求解．</w:t>
      </w:r>
    </w:p>
    <w:p w14:paraId="7F08468E"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）观察图形可得：</w:t>
      </w:r>
      <w:r>
        <w:pict w14:anchorId="3D88DC89">
          <v:shape id="_x0000_i1591" type="#_x0000_t75" alt="学科网(www.zxxk.com)--教育资源门户，提供试卷、教案、课件、论文、素材以及各类教学资源下载，还有大量而丰富的教学相关资讯！" style="width:61.15pt;height:14.95pt">
            <v:imagedata r:id="rId348" o:title="eqIdfc869d695a435c8209850cb8a1af1c2d"/>
          </v:shape>
        </w:pict>
      </w:r>
      <w:r>
        <w:rPr>
          <w:rFonts w:ascii="SimSun" w:eastAsia="SimSun" w:hAnsi="SimSun" w:cs="SimSun"/>
          <w:color w:val="000000"/>
          <w:lang w:eastAsia="zh-CN"/>
        </w:rPr>
        <w:t>，</w:t>
      </w:r>
      <w:r>
        <w:pict w14:anchorId="3AA6AA67">
          <v:shape id="_x0000_i1592" type="#_x0000_t75" alt="学科网(www.zxxk.com)--教育资源门户，提供试卷、教案、课件、论文、素材以及各类教学资源下载，还有大量而丰富的教学相关资讯！" style="width:91.7pt;height:16.3pt">
            <v:imagedata r:id="rId349" o:title="eqId286ced837fc38a2d10955c336ae9ac42"/>
          </v:shape>
        </w:pict>
      </w:r>
      <w:r>
        <w:rPr>
          <w:rFonts w:ascii="SimSun" w:eastAsia="SimSun" w:hAnsi="SimSun" w:cs="SimSun"/>
          <w:color w:val="000000"/>
          <w:lang w:eastAsia="zh-CN"/>
        </w:rPr>
        <w:t>，</w:t>
      </w:r>
      <w:r>
        <w:pict w14:anchorId="592B9331">
          <v:shape id="_x0000_i1593" type="#_x0000_t75" alt="学科网(www.zxxk.com)--教育资源门户，提供试卷、教案、课件、论文、素材以及各类教学资源下载，还有大量而丰富的教学相关资讯！" style="width:125.65pt;height:16.3pt">
            <v:imagedata r:id="rId350" o:title="eqId06d08a8807ec7a90708f4246901601f6"/>
          </v:shape>
        </w:pict>
      </w:r>
      <w:r>
        <w:rPr>
          <w:rFonts w:ascii="SimSun" w:eastAsia="SimSun" w:hAnsi="SimSun" w:cs="SimSun"/>
          <w:color w:val="000000"/>
          <w:lang w:eastAsia="zh-CN"/>
        </w:rPr>
        <w:t>，</w:t>
      </w:r>
    </w:p>
    <w:p w14:paraId="4F5033CB" w14:textId="77777777" w:rsidR="008113A1" w:rsidRDefault="00000000">
      <w:pPr>
        <w:spacing w:line="360" w:lineRule="auto"/>
        <w:textAlignment w:val="center"/>
        <w:rPr>
          <w:color w:val="000000"/>
          <w:lang w:eastAsia="zh-CN"/>
        </w:rPr>
      </w:pPr>
      <w:proofErr w:type="gramStart"/>
      <w:r>
        <w:rPr>
          <w:rFonts w:ascii="Times New Roman" w:eastAsia="Times New Roman" w:hAnsi="Times New Roman" w:cs="Times New Roman"/>
          <w:color w:val="000000"/>
          <w:lang w:eastAsia="zh-CN"/>
        </w:rPr>
        <w:t>∴</w:t>
      </w:r>
      <w:r>
        <w:rPr>
          <w:rFonts w:ascii="SimSun" w:eastAsia="SimSun" w:hAnsi="SimSun" w:cs="SimSun"/>
          <w:color w:val="000000"/>
          <w:lang w:eastAsia="zh-CN"/>
        </w:rPr>
        <w:t>“</w:t>
      </w:r>
      <w:proofErr w:type="gramEnd"/>
      <w:r>
        <w:rPr>
          <w:rFonts w:ascii="SimSun" w:eastAsia="SimSun" w:hAnsi="SimSun" w:cs="SimSun"/>
          <w:color w:val="000000"/>
          <w:lang w:eastAsia="zh-CN"/>
        </w:rPr>
        <w:t>正方形数”</w:t>
      </w:r>
      <w:r>
        <w:pict w14:anchorId="7642B32D">
          <v:shape id="_x0000_i1594" type="#_x0000_t75" alt="学科网(www.zxxk.com)--教育资源门户，提供试卷、教案、课件、论文、素材以及各类教学资源下载，还有大量而丰富的教学相关资讯！" style="width:15.6pt;height:14.25pt">
            <v:imagedata r:id="rId341" o:title="eqId9c06fc7811f9525e8b8c833746d6af5c"/>
          </v:shape>
        </w:pict>
      </w:r>
      <w:proofErr w:type="gramStart"/>
      <w:r>
        <w:rPr>
          <w:rFonts w:ascii="SimSun" w:eastAsia="SimSun" w:hAnsi="SimSun" w:cs="SimSun"/>
          <w:color w:val="000000"/>
          <w:lang w:eastAsia="zh-CN"/>
        </w:rPr>
        <w:t>可以写成两个相邻的“</w:t>
      </w:r>
      <w:proofErr w:type="gramEnd"/>
      <w:r>
        <w:rPr>
          <w:rFonts w:ascii="SimSun" w:eastAsia="SimSun" w:hAnsi="SimSun" w:cs="SimSun"/>
          <w:color w:val="000000"/>
          <w:lang w:eastAsia="zh-CN"/>
        </w:rPr>
        <w:t>三角形数”</w:t>
      </w:r>
      <w:r>
        <w:pict w14:anchorId="4B76567D">
          <v:shape id="_x0000_i1595" type="#_x0000_t75" alt="学科网(www.zxxk.com)--教育资源门户，提供试卷、教案、课件、论文、素材以及各类教学资源下载，还有大量而丰富的教学相关资讯！" style="width:14.25pt;height:14.25pt">
            <v:imagedata r:id="rId343" o:title="eqIdd07ae0b4264da6a8812454ffd2f20d94"/>
          </v:shape>
        </w:pict>
      </w:r>
      <w:r>
        <w:rPr>
          <w:rFonts w:ascii="SimSun" w:eastAsia="SimSun" w:hAnsi="SimSun" w:cs="SimSun"/>
          <w:color w:val="000000"/>
          <w:lang w:eastAsia="zh-CN"/>
        </w:rPr>
        <w:t>与</w:t>
      </w:r>
      <w:r>
        <w:pict w14:anchorId="689B2265">
          <v:shape id="_x0000_i1596" type="#_x0000_t75" alt="学科网(www.zxxk.com)--教育资源门户，提供试卷、教案、课件、论文、素材以及各类教学资源下载，还有大量而丰富的教学相关资讯！" style="width:12.9pt;height:12.25pt">
            <v:imagedata r:id="rId344" o:title="eqId58b184c94e38f1e5dbe750b2168c2a37"/>
          </v:shape>
        </w:pict>
      </w:r>
      <w:r>
        <w:rPr>
          <w:rFonts w:ascii="SimSun" w:eastAsia="SimSun" w:hAnsi="SimSun" w:cs="SimSun"/>
          <w:color w:val="000000"/>
          <w:lang w:eastAsia="zh-CN"/>
        </w:rPr>
        <w:t>之和，</w:t>
      </w:r>
    </w:p>
    <w:p w14:paraId="26365314"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206B1F83">
          <v:shape id="_x0000_i1597" type="#_x0000_t75" alt="学科网(www.zxxk.com)--教育资源门户，提供试卷、教案、课件、论文、素材以及各类教学资源下载，还有大量而丰富的教学相关资讯！" style="width:14.25pt;height:14.25pt">
            <v:imagedata r:id="rId343" o:title="eqIdd07ae0b4264da6a8812454ffd2f20d94"/>
          </v:shape>
        </w:pict>
      </w:r>
      <w:r>
        <w:rPr>
          <w:rFonts w:ascii="SimSun" w:eastAsia="SimSun" w:hAnsi="SimSun" w:cs="SimSun"/>
          <w:color w:val="000000"/>
          <w:lang w:eastAsia="zh-CN"/>
        </w:rPr>
        <w:t>；</w:t>
      </w:r>
      <w:r>
        <w:pict w14:anchorId="595F2627">
          <v:shape id="_x0000_i1598" type="#_x0000_t75" alt="学科网(www.zxxk.com)--教育资源门户，提供试卷、教案、课件、论文、素材以及各类教学资源下载，还有大量而丰富的教学相关资讯！" style="width:12.9pt;height:12.25pt">
            <v:imagedata r:id="rId344" o:title="eqId58b184c94e38f1e5dbe750b2168c2a37"/>
          </v:shape>
        </w:pict>
      </w:r>
    </w:p>
    <w:p w14:paraId="7F5F37D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w:t>
      </w:r>
      <w:r>
        <w:pict w14:anchorId="12C09EF9">
          <v:shape id="_x0000_i1599" type="#_x0000_t75" alt="学科网(www.zxxk.com)--教育资源门户，提供试卷、教案、课件、论文、素材以及各类教学资源下载，还有大量而丰富的教学相关资讯！" style="width:142.65pt;height:31.25pt">
            <v:imagedata r:id="rId351" o:title="eqId7433746b694c52c6c166d54473296c43"/>
          </v:shape>
        </w:pict>
      </w:r>
      <w:r>
        <w:rPr>
          <w:rFonts w:ascii="SimSun" w:eastAsia="SimSun" w:hAnsi="SimSun" w:cs="SimSun"/>
          <w:color w:val="000000"/>
          <w:lang w:eastAsia="zh-CN"/>
        </w:rPr>
        <w:t>，</w:t>
      </w:r>
      <w:r>
        <w:pict w14:anchorId="456B5C0C">
          <v:shape id="_x0000_i1600" type="#_x0000_t75" alt="学科网(www.zxxk.com)--教育资源门户，提供试卷、教案、课件、论文、素材以及各类教学资源下载，还有大量而丰富的教学相关资讯！" style="width:150.8pt;height:31.25pt">
            <v:imagedata r:id="rId352" o:title="eqId1df536c3f49b109e6b8f41dc92e6de84"/>
          </v:shape>
        </w:pict>
      </w:r>
    </w:p>
    <w:p w14:paraId="01849FC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1F4A62D0">
          <v:shape id="_x0000_i1601" type="#_x0000_t75" alt="学科网(www.zxxk.com)--教育资源门户，提供试卷、教案、课件、论文、素材以及各类教学资源下载，还有大量而丰富的教学相关资讯！" style="width:129.75pt;height:30.55pt">
            <v:imagedata r:id="rId347" o:title="eqId07f800c31617763e7c0857bfab43639e"/>
          </v:shape>
        </w:pict>
      </w:r>
    </w:p>
    <w:p w14:paraId="18D8EF4A" w14:textId="77777777" w:rsidR="008113A1" w:rsidRDefault="00000000">
      <w:pPr>
        <w:spacing w:line="360" w:lineRule="auto"/>
        <w:textAlignment w:val="center"/>
        <w:rPr>
          <w:color w:val="000000"/>
          <w:lang w:eastAsia="zh-CN"/>
        </w:rPr>
      </w:pPr>
      <w:proofErr w:type="gramStart"/>
      <w:r>
        <w:rPr>
          <w:rFonts w:ascii="SimSun" w:eastAsia="SimSun" w:hAnsi="SimSun" w:cs="SimSun"/>
          <w:color w:val="000000"/>
          <w:lang w:eastAsia="zh-CN"/>
        </w:rPr>
        <w:t>∴“</w:t>
      </w:r>
      <w:proofErr w:type="gramEnd"/>
      <w:r>
        <w:rPr>
          <w:rFonts w:ascii="SimSun" w:eastAsia="SimSun" w:hAnsi="SimSun" w:cs="SimSun"/>
          <w:color w:val="000000"/>
          <w:lang w:eastAsia="zh-CN"/>
        </w:rPr>
        <w:t>正方形数”</w:t>
      </w:r>
      <w:r>
        <w:pict w14:anchorId="6A4E7595">
          <v:shape id="_x0000_i1602" type="#_x0000_t75" alt="学科网(www.zxxk.com)--教育资源门户，提供试卷、教案、课件、论文、素材以及各类教学资源下载，还有大量而丰富的教学相关资讯！" style="width:14.25pt;height:15.6pt">
            <v:imagedata r:id="rId342" o:title="eqId2ceef1abeeef220b4fe5f7d96feedd90"/>
          </v:shape>
        </w:pict>
      </w:r>
      <w:r>
        <w:rPr>
          <w:rFonts w:ascii="SimSun" w:eastAsia="SimSun" w:hAnsi="SimSun" w:cs="SimSun"/>
          <w:color w:val="000000"/>
          <w:lang w:eastAsia="zh-CN"/>
        </w:rPr>
        <w:t>（</w:t>
      </w:r>
      <w:r>
        <w:rPr>
          <w:rFonts w:ascii="Times New Roman" w:eastAsia="Times New Roman" w:hAnsi="Times New Roman" w:cs="Times New Roman"/>
          <w:i/>
          <w:color w:val="000000"/>
          <w:lang w:eastAsia="zh-CN"/>
        </w:rPr>
        <w:t>n</w:t>
      </w:r>
      <w:r>
        <w:rPr>
          <w:rFonts w:ascii="SimSun" w:eastAsia="SimSun" w:hAnsi="SimSun" w:cs="SimSun"/>
          <w:color w:val="000000"/>
          <w:lang w:eastAsia="zh-CN"/>
        </w:rPr>
        <w:t>为大于</w:t>
      </w:r>
      <w:r>
        <w:rPr>
          <w:rFonts w:ascii="Times New Roman" w:eastAsia="Times New Roman" w:hAnsi="Times New Roman" w:cs="Times New Roman"/>
          <w:color w:val="000000"/>
          <w:lang w:eastAsia="zh-CN"/>
        </w:rPr>
        <w:t>1</w:t>
      </w:r>
      <w:r>
        <w:rPr>
          <w:rFonts w:ascii="SimSun" w:eastAsia="SimSun" w:hAnsi="SimSun" w:cs="SimSun"/>
          <w:color w:val="000000"/>
          <w:lang w:eastAsia="zh-CN"/>
        </w:rPr>
        <w:t>的整数）</w:t>
      </w:r>
      <w:proofErr w:type="gramStart"/>
      <w:r>
        <w:rPr>
          <w:rFonts w:ascii="SimSun" w:eastAsia="SimSun" w:hAnsi="SimSun" w:cs="SimSun"/>
          <w:color w:val="000000"/>
          <w:lang w:eastAsia="zh-CN"/>
        </w:rPr>
        <w:t>可以写成两个相邻的“</w:t>
      </w:r>
      <w:proofErr w:type="gramEnd"/>
      <w:r>
        <w:rPr>
          <w:rFonts w:ascii="SimSun" w:eastAsia="SimSun" w:hAnsi="SimSun" w:cs="SimSun"/>
          <w:color w:val="000000"/>
          <w:lang w:eastAsia="zh-CN"/>
        </w:rPr>
        <w:t>三角形数”</w:t>
      </w:r>
      <w:r>
        <w:pict w14:anchorId="2AAE3214">
          <v:shape id="_x0000_i1603" type="#_x0000_t75" alt="学科网(www.zxxk.com)--教育资源门户，提供试卷、教案、课件、论文、素材以及各类教学资源下载，还有大量而丰富的教学相关资讯！" style="width:49.6pt;height:31.9pt">
            <v:imagedata r:id="rId345" o:title="eqId580b1d2c7285349ed4c5c039596c2942"/>
          </v:shape>
        </w:pict>
      </w:r>
      <w:r>
        <w:rPr>
          <w:rFonts w:ascii="SimSun" w:eastAsia="SimSun" w:hAnsi="SimSun" w:cs="SimSun"/>
          <w:color w:val="000000"/>
          <w:lang w:eastAsia="zh-CN"/>
        </w:rPr>
        <w:t>与</w:t>
      </w:r>
      <w:r>
        <w:pict w14:anchorId="32F9B2BD">
          <v:shape id="_x0000_i1604" type="#_x0000_t75" alt="学科网(www.zxxk.com)--教育资源门户，提供试卷、教案、课件、论文、素材以及各类教学资源下载，还有大量而丰富的教学相关资讯！" style="width:50.95pt;height:31.25pt">
            <v:imagedata r:id="rId346" o:title="eqId6c45e44318f9ac025ed5d6ecea614ea3"/>
          </v:shape>
        </w:pict>
      </w:r>
      <w:r>
        <w:rPr>
          <w:rFonts w:ascii="SimSun" w:eastAsia="SimSun" w:hAnsi="SimSun" w:cs="SimSun"/>
          <w:color w:val="000000"/>
          <w:lang w:eastAsia="zh-CN"/>
        </w:rPr>
        <w:t>之和．</w:t>
      </w:r>
    </w:p>
    <w:p w14:paraId="415046F7"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7066F064">
          <v:shape id="_x0000_i1605" type="#_x0000_t75" alt="学科网(www.zxxk.com)--教育资源门户，提供试卷、教案、课件、论文、素材以及各类教学资源下载，还有大量而丰富的教学相关资讯！" style="width:49.6pt;height:31.9pt">
            <v:imagedata r:id="rId345" o:title="eqId580b1d2c7285349ed4c5c039596c2942"/>
          </v:shape>
        </w:pict>
      </w:r>
      <w:r>
        <w:rPr>
          <w:rFonts w:ascii="SimSun" w:eastAsia="SimSun" w:hAnsi="SimSun" w:cs="SimSun"/>
          <w:color w:val="000000"/>
          <w:lang w:eastAsia="zh-CN"/>
        </w:rPr>
        <w:t>；</w:t>
      </w:r>
      <w:r>
        <w:pict w14:anchorId="4F0635B0">
          <v:shape id="_x0000_i1606" type="#_x0000_t75" alt="学科网(www.zxxk.com)--教育资源门户，提供试卷、教案、课件、论文、素材以及各类教学资源下载，还有大量而丰富的教学相关资讯！" style="width:50.95pt;height:31.25pt">
            <v:imagedata r:id="rId346" o:title="eqId6c45e44318f9ac025ed5d6ecea614ea3"/>
          </v:shape>
        </w:pict>
      </w:r>
      <w:r>
        <w:rPr>
          <w:rFonts w:ascii="SimSun" w:eastAsia="SimSun" w:hAnsi="SimSun" w:cs="SimSun"/>
          <w:color w:val="000000"/>
          <w:lang w:eastAsia="zh-CN"/>
        </w:rPr>
        <w:t>．</w:t>
      </w:r>
    </w:p>
    <w:p w14:paraId="76E0F5F6"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本题数字规律探究题</w:t>
      </w:r>
      <w:r>
        <w:rPr>
          <w:rFonts w:ascii="Times New Roman" w:eastAsia="Times New Roman" w:hAnsi="Times New Roman" w:cs="Times New Roman"/>
          <w:color w:val="000000"/>
          <w:lang w:eastAsia="zh-CN"/>
        </w:rPr>
        <w:t>.</w:t>
      </w:r>
      <w:r>
        <w:rPr>
          <w:rFonts w:ascii="SimSun" w:eastAsia="SimSun" w:hAnsi="SimSun" w:cs="SimSun"/>
          <w:color w:val="000000"/>
          <w:lang w:eastAsia="zh-CN"/>
        </w:rPr>
        <w:t>解决这类题目的基本思路是：通过从一些特殊的数字变化中发现不变的因素或按规律变化的因素，然后推广到一般情况．</w:t>
      </w:r>
    </w:p>
    <w:p w14:paraId="2F48DE1F"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三、解答题（共</w:t>
      </w:r>
      <w:r>
        <w:rPr>
          <w:rFonts w:ascii="Times New Roman" w:eastAsia="Times New Roman" w:hAnsi="Times New Roman" w:cs="Times New Roman"/>
          <w:b/>
          <w:color w:val="000000"/>
          <w:sz w:val="24"/>
          <w:lang w:eastAsia="zh-CN"/>
        </w:rPr>
        <w:t>46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19-23</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24-27</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28</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分．解答应写出文字说明、演算步骤或证明过程）</w:t>
      </w:r>
    </w:p>
    <w:p w14:paraId="197E1991" w14:textId="77777777" w:rsidR="008113A1" w:rsidRDefault="00000000">
      <w:pPr>
        <w:pStyle w:val="Heading2"/>
        <w:rPr>
          <w:lang w:eastAsia="zh-CN"/>
        </w:rPr>
      </w:pPr>
      <w:bookmarkStart w:id="35" w:name="_Toc235460052"/>
      <w:r>
        <w:rPr>
          <w:lang w:eastAsia="zh-CN"/>
        </w:rPr>
        <w:t>第十四中学</w:t>
      </w:r>
      <w:bookmarkEnd w:id="35"/>
    </w:p>
    <w:p w14:paraId="15A77C09" w14:textId="77777777" w:rsidR="008113A1" w:rsidRDefault="00000000">
      <w:pPr>
        <w:spacing w:line="360" w:lineRule="auto"/>
        <w:jc w:val="both"/>
        <w:textAlignment w:val="center"/>
        <w:rPr>
          <w:color w:val="000000"/>
          <w:lang w:eastAsia="zh-CN"/>
        </w:rPr>
      </w:pPr>
      <w:r>
        <w:rPr>
          <w:color w:val="000000"/>
          <w:lang w:eastAsia="zh-CN"/>
        </w:rPr>
        <w:t xml:space="preserve">18. </w:t>
      </w:r>
      <w:r>
        <w:rPr>
          <w:rFonts w:ascii="SimSun" w:eastAsia="SimSun" w:hAnsi="SimSun" w:cs="SimSun"/>
          <w:color w:val="000000"/>
          <w:lang w:eastAsia="zh-CN"/>
        </w:rPr>
        <w:t>将一列有理数</w:t>
      </w:r>
      <w:r>
        <w:pict w14:anchorId="1B503000">
          <v:shape id="_x0000_i1607" type="#_x0000_t75" alt="学科网(www.zxxk.com)--教育资源门户，提供试卷、教案、课件、论文、素材以及各类教学资源下载，还有大量而丰富的教学相关资讯！" style="width:12.25pt;height:10.2pt">
            <v:imagedata r:id="rId17" o:title="eqIdacbc6a613224461ade69362d46550474"/>
          </v:shape>
        </w:pict>
      </w: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w:t>
      </w:r>
      <w:r>
        <w:pict w14:anchorId="5F6BA00C">
          <v:shape id="_x0000_i1608" type="#_x0000_t75" alt="学科网(www.zxxk.com)--教育资源门户，提供试卷、教案、课件、论文、素材以及各类教学资源下载，还有大量而丰富的教学相关资讯！" style="width:16.3pt;height:13.6pt">
            <v:imagedata r:id="rId353" o:title="eqId81fb134b2b48acc99213fff6ccfee65f"/>
          </v:shape>
        </w:pict>
      </w:r>
      <w:r>
        <w:rPr>
          <w:rFonts w:ascii="SimSun" w:eastAsia="SimSun" w:hAnsi="SimSun" w:cs="SimSun"/>
          <w:color w:val="000000"/>
          <w:lang w:eastAsia="zh-CN"/>
        </w:rPr>
        <w:t>，</w:t>
      </w:r>
      <w:r>
        <w:rPr>
          <w:rFonts w:ascii="Times New Roman" w:eastAsia="Times New Roman" w:hAnsi="Times New Roman" w:cs="Times New Roman"/>
          <w:color w:val="000000"/>
          <w:lang w:eastAsia="zh-CN"/>
        </w:rPr>
        <w:t>4</w:t>
      </w:r>
      <w:r>
        <w:rPr>
          <w:rFonts w:ascii="SimSun" w:eastAsia="SimSun" w:hAnsi="SimSun" w:cs="SimSun"/>
          <w:color w:val="000000"/>
          <w:lang w:eastAsia="zh-CN"/>
        </w:rPr>
        <w:t>，</w:t>
      </w:r>
      <w:r>
        <w:pict w14:anchorId="7B598DF9">
          <v:shape id="_x0000_i1609" type="#_x0000_t75" alt="学科网(www.zxxk.com)--教育资源门户，提供试卷、教案、课件、论文、素材以及各类教学资源下载，还有大量而丰富的教学相关资讯！" style="width:15.6pt;height:14.25pt">
            <v:imagedata r:id="rId18" o:title="eqIdd13ce3ebd1112220c639562739f1f9d1"/>
          </v:shape>
        </w:pict>
      </w:r>
      <w:r>
        <w:rPr>
          <w:rFonts w:ascii="SimSun" w:eastAsia="SimSun" w:hAnsi="SimSun" w:cs="SimSun"/>
          <w:color w:val="000000"/>
          <w:lang w:eastAsia="zh-CN"/>
        </w:rPr>
        <w:t>，</w:t>
      </w:r>
      <w:r>
        <w:rPr>
          <w:rFonts w:ascii="Times New Roman" w:eastAsia="Times New Roman" w:hAnsi="Times New Roman" w:cs="Times New Roman"/>
          <w:color w:val="000000"/>
          <w:lang w:eastAsia="zh-CN"/>
        </w:rPr>
        <w:t>6</w:t>
      </w:r>
      <w:r>
        <w:rPr>
          <w:rFonts w:ascii="SimSun" w:eastAsia="SimSun" w:hAnsi="SimSun" w:cs="SimSun"/>
          <w:color w:val="000000"/>
          <w:lang w:eastAsia="zh-CN"/>
        </w:rPr>
        <w:t>，</w:t>
      </w:r>
      <w:r>
        <w:rPr>
          <w:rFonts w:ascii="Times New Roman" w:eastAsia="Times New Roman" w:hAnsi="Times New Roman" w:cs="Times New Roman"/>
          <w:color w:val="000000"/>
          <w:lang w:eastAsia="zh-CN"/>
        </w:rPr>
        <w:t>……</w:t>
      </w:r>
      <w:r>
        <w:rPr>
          <w:rFonts w:ascii="SimSun" w:eastAsia="SimSun" w:hAnsi="SimSun" w:cs="SimSun"/>
          <w:color w:val="000000"/>
          <w:lang w:eastAsia="zh-CN"/>
        </w:rPr>
        <w:t>，如图所示有序排列．</w:t>
      </w:r>
      <w:proofErr w:type="gramStart"/>
      <w:r>
        <w:rPr>
          <w:rFonts w:ascii="SimSun" w:eastAsia="SimSun" w:hAnsi="SimSun" w:cs="SimSun"/>
          <w:color w:val="000000"/>
          <w:lang w:eastAsia="zh-CN"/>
        </w:rPr>
        <w:t>根据图中的排列规律可知“</w:t>
      </w:r>
      <w:proofErr w:type="gramEnd"/>
      <w:r>
        <w:rPr>
          <w:rFonts w:ascii="SimSun" w:eastAsia="SimSun" w:hAnsi="SimSun" w:cs="SimSun"/>
          <w:color w:val="000000"/>
          <w:lang w:eastAsia="zh-CN"/>
        </w:rPr>
        <w:t>峰</w:t>
      </w:r>
      <w:proofErr w:type="gramStart"/>
      <w:r>
        <w:rPr>
          <w:rFonts w:ascii="Times New Roman" w:eastAsia="Times New Roman" w:hAnsi="Times New Roman" w:cs="Times New Roman"/>
          <w:color w:val="000000"/>
          <w:lang w:eastAsia="zh-CN"/>
        </w:rPr>
        <w:t>1</w:t>
      </w:r>
      <w:r>
        <w:rPr>
          <w:rFonts w:ascii="SimSun" w:eastAsia="SimSun" w:hAnsi="SimSun" w:cs="SimSun"/>
          <w:color w:val="000000"/>
          <w:lang w:eastAsia="zh-CN"/>
        </w:rPr>
        <w:t>”中峰顶的位置</w:t>
      </w:r>
      <w:proofErr w:type="gramEnd"/>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的位置）是有理数</w:t>
      </w:r>
      <w:r>
        <w:rPr>
          <w:rFonts w:ascii="Times New Roman" w:eastAsia="Times New Roman" w:hAnsi="Times New Roman" w:cs="Times New Roman"/>
          <w:color w:val="000000"/>
          <w:lang w:eastAsia="zh-CN"/>
        </w:rPr>
        <w:t>4</w:t>
      </w:r>
      <w:r>
        <w:rPr>
          <w:rFonts w:ascii="SimSun" w:eastAsia="SimSun" w:hAnsi="SimSun" w:cs="SimSun"/>
          <w:color w:val="000000"/>
          <w:lang w:eastAsia="zh-CN"/>
        </w:rPr>
        <w:t>，那么</w:t>
      </w:r>
      <w:proofErr w:type="gramStart"/>
      <w:r>
        <w:rPr>
          <w:rFonts w:ascii="SimSun" w:eastAsia="SimSun" w:hAnsi="SimSun" w:cs="SimSun"/>
          <w:color w:val="000000"/>
          <w:lang w:eastAsia="zh-CN"/>
        </w:rPr>
        <w:t>，“</w:t>
      </w:r>
      <w:proofErr w:type="gramEnd"/>
      <w:r>
        <w:rPr>
          <w:rFonts w:ascii="SimSun" w:eastAsia="SimSun" w:hAnsi="SimSun" w:cs="SimSun"/>
          <w:color w:val="000000"/>
          <w:lang w:eastAsia="zh-CN"/>
        </w:rPr>
        <w:t>峰</w:t>
      </w:r>
      <w:proofErr w:type="gramStart"/>
      <w:r>
        <w:rPr>
          <w:rFonts w:ascii="Times New Roman" w:eastAsia="Times New Roman" w:hAnsi="Times New Roman" w:cs="Times New Roman"/>
          <w:color w:val="000000"/>
          <w:lang w:eastAsia="zh-CN"/>
        </w:rPr>
        <w:t>6</w:t>
      </w:r>
      <w:r>
        <w:rPr>
          <w:rFonts w:ascii="SimSun" w:eastAsia="SimSun" w:hAnsi="SimSun" w:cs="SimSun"/>
          <w:color w:val="000000"/>
          <w:lang w:eastAsia="zh-CN"/>
        </w:rPr>
        <w:t>”中</w:t>
      </w:r>
      <w:proofErr w:type="gramEnd"/>
      <w:r>
        <w:rPr>
          <w:rFonts w:ascii="Times New Roman" w:eastAsia="Times New Roman" w:hAnsi="Times New Roman" w:cs="Times New Roman"/>
          <w:i/>
          <w:color w:val="000000"/>
          <w:lang w:eastAsia="zh-CN"/>
        </w:rPr>
        <w:t>C</w:t>
      </w:r>
      <w:r>
        <w:rPr>
          <w:rFonts w:ascii="SimSun" w:eastAsia="SimSun" w:hAnsi="SimSun" w:cs="SimSun"/>
          <w:color w:val="000000"/>
          <w:lang w:eastAsia="zh-CN"/>
        </w:rPr>
        <w:t>的位置是有理数</w:t>
      </w:r>
      <w:r>
        <w:rPr>
          <w:color w:val="000000"/>
          <w:lang w:eastAsia="zh-CN"/>
        </w:rPr>
        <w:t>________</w:t>
      </w:r>
      <w:r>
        <w:rPr>
          <w:rFonts w:ascii="SimSun" w:eastAsia="SimSun" w:hAnsi="SimSun" w:cs="SimSun"/>
          <w:color w:val="000000"/>
          <w:lang w:eastAsia="zh-CN"/>
        </w:rPr>
        <w:t>，</w:t>
      </w:r>
      <w:r>
        <w:pict w14:anchorId="3B2C8B15">
          <v:shape id="_x0000_i1610" type="#_x0000_t75" alt="学科网(www.zxxk.com)--教育资源门户，提供试卷、教案、课件、论文、素材以及各类教学资源下载，还有大量而丰富的教学相关资讯！" style="width:33.95pt;height:13.6pt">
            <v:imagedata r:id="rId354" o:title="eqIdeecbab9de69d041ff169b907cc507279"/>
          </v:shape>
        </w:pict>
      </w:r>
      <w:r>
        <w:rPr>
          <w:rFonts w:ascii="SimSun" w:eastAsia="SimSun" w:hAnsi="SimSun" w:cs="SimSun"/>
          <w:color w:val="000000"/>
          <w:lang w:eastAsia="zh-CN"/>
        </w:rPr>
        <w:t>应排在</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w:t>
      </w:r>
      <w:r>
        <w:rPr>
          <w:rFonts w:ascii="Times New Roman" w:eastAsia="Times New Roman" w:hAnsi="Times New Roman" w:cs="Times New Roman"/>
          <w:i/>
          <w:color w:val="000000"/>
          <w:lang w:eastAsia="zh-CN"/>
        </w:rPr>
        <w:t>D</w:t>
      </w:r>
      <w:r>
        <w:rPr>
          <w:rFonts w:ascii="SimSun" w:eastAsia="SimSun" w:hAnsi="SimSun" w:cs="SimSun"/>
          <w:color w:val="000000"/>
          <w:lang w:eastAsia="zh-CN"/>
        </w:rPr>
        <w:t>、</w:t>
      </w:r>
      <w:r>
        <w:rPr>
          <w:rFonts w:ascii="Times New Roman" w:eastAsia="Times New Roman" w:hAnsi="Times New Roman" w:cs="Times New Roman"/>
          <w:i/>
          <w:color w:val="000000"/>
          <w:lang w:eastAsia="zh-CN"/>
        </w:rPr>
        <w:t>E</w:t>
      </w:r>
      <w:r>
        <w:rPr>
          <w:rFonts w:ascii="SimSun" w:eastAsia="SimSun" w:hAnsi="SimSun" w:cs="SimSun"/>
          <w:color w:val="000000"/>
          <w:lang w:eastAsia="zh-CN"/>
        </w:rPr>
        <w:t>中</w:t>
      </w:r>
      <w:r>
        <w:rPr>
          <w:color w:val="000000"/>
          <w:lang w:eastAsia="zh-CN"/>
        </w:rPr>
        <w:t>________</w:t>
      </w:r>
      <w:r>
        <w:rPr>
          <w:rFonts w:ascii="SimSun" w:eastAsia="SimSun" w:hAnsi="SimSun" w:cs="SimSun"/>
          <w:color w:val="000000"/>
          <w:lang w:eastAsia="zh-CN"/>
        </w:rPr>
        <w:t>的位置．</w:t>
      </w:r>
    </w:p>
    <w:p w14:paraId="5CD69979" w14:textId="77777777" w:rsidR="008113A1" w:rsidRDefault="00000000">
      <w:pPr>
        <w:spacing w:line="360" w:lineRule="auto"/>
        <w:jc w:val="both"/>
        <w:textAlignment w:val="center"/>
        <w:rPr>
          <w:color w:val="000000"/>
        </w:rPr>
      </w:pPr>
      <w:r>
        <w:rPr>
          <w:noProof/>
          <w:color w:val="000000"/>
        </w:rPr>
        <w:lastRenderedPageBreak/>
        <w:drawing>
          <wp:inline distT="0" distB="0" distL="114300" distR="114300" wp14:anchorId="39C2FAE6" wp14:editId="0820250C">
            <wp:extent cx="4000500" cy="885825"/>
            <wp:effectExtent l="0" t="0" r="0" b="9525"/>
            <wp:docPr id="4307"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8" name="图片 100009" descr="学科网(www.zxxk.com)--教育资源门户，提供试卷、教案、课件、论文、素材以及各类教学资源下载，还有大量而丰富的教学相关资讯！"/>
                    <pic:cNvPicPr>
                      <a:picLocks noChangeAspect="1"/>
                    </pic:cNvPicPr>
                  </pic:nvPicPr>
                  <pic:blipFill>
                    <a:blip r:embed="rId355"/>
                    <a:stretch>
                      <a:fillRect/>
                    </a:stretch>
                  </pic:blipFill>
                  <pic:spPr>
                    <a:xfrm>
                      <a:off x="0" y="0"/>
                      <a:ext cx="4000500" cy="885825"/>
                    </a:xfrm>
                    <a:prstGeom prst="rect">
                      <a:avLst/>
                    </a:prstGeom>
                  </pic:spPr>
                </pic:pic>
              </a:graphicData>
            </a:graphic>
          </wp:inline>
        </w:drawing>
      </w:r>
      <w:r>
        <w:rPr>
          <w:color w:val="000000"/>
        </w:rPr>
        <w:t xml:space="preserve">  </w:t>
      </w:r>
    </w:p>
    <w:p w14:paraId="2FCA9658" w14:textId="77777777" w:rsidR="008113A1" w:rsidRDefault="00000000">
      <w:pPr>
        <w:spacing w:line="360" w:lineRule="auto"/>
        <w:textAlignment w:val="center"/>
        <w:rPr>
          <w:color w:val="000000"/>
        </w:rPr>
      </w:pPr>
      <w:r>
        <w:rPr>
          <w:color w:val="2E75B6"/>
        </w:rPr>
        <w:t>【答案】</w:t>
      </w:r>
      <w:r>
        <w:rPr>
          <w:color w:val="000000"/>
        </w:rPr>
        <w:t xml:space="preserve">    ①. </w:t>
      </w:r>
      <w:r>
        <w:pict w14:anchorId="027128F2">
          <v:shape id="_x0000_i1611" type="#_x0000_t75" alt="学科网(www.zxxk.com)--教育资源门户，提供试卷、教案、课件、论文、素材以及各类教学资源下载，还有大量而丰富的教学相关资讯！" style="width:21.75pt;height:14.25pt">
            <v:imagedata r:id="rId177" o:title="eqId2671ff440b9cdd3614f941c566287ff5"/>
          </v:shape>
        </w:pict>
      </w:r>
      <w:r>
        <w:rPr>
          <w:color w:val="000000"/>
        </w:rPr>
        <w:t xml:space="preserve">    ②. </w:t>
      </w:r>
      <w:r>
        <w:rPr>
          <w:i/>
          <w:color w:val="000000"/>
        </w:rPr>
        <w:t>A</w:t>
      </w:r>
    </w:p>
    <w:p w14:paraId="0CC4FE75" w14:textId="77777777" w:rsidR="008113A1" w:rsidRDefault="00000000">
      <w:pPr>
        <w:spacing w:line="360" w:lineRule="auto"/>
        <w:textAlignment w:val="center"/>
        <w:rPr>
          <w:color w:val="000000"/>
        </w:rPr>
      </w:pPr>
      <w:r>
        <w:rPr>
          <w:color w:val="2E75B6"/>
        </w:rPr>
        <w:t>【解析】</w:t>
      </w:r>
    </w:p>
    <w:p w14:paraId="7C6278C3"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此题主要考查数字的规律探索，观察图形可得每个</w:t>
      </w:r>
      <w:proofErr w:type="gramStart"/>
      <w:r>
        <w:rPr>
          <w:rFonts w:ascii="SimSun" w:eastAsia="SimSun" w:hAnsi="SimSun" w:cs="SimSun"/>
          <w:color w:val="000000"/>
          <w:lang w:eastAsia="zh-CN"/>
        </w:rPr>
        <w:t>峰需要</w:t>
      </w:r>
      <w:proofErr w:type="gramEnd"/>
      <w:r>
        <w:rPr>
          <w:rFonts w:ascii="Times New Roman" w:eastAsia="Times New Roman" w:hAnsi="Times New Roman" w:cs="Times New Roman"/>
          <w:color w:val="000000"/>
          <w:lang w:eastAsia="zh-CN"/>
        </w:rPr>
        <w:t>5</w:t>
      </w:r>
      <w:r>
        <w:rPr>
          <w:rFonts w:ascii="SimSun" w:eastAsia="SimSun" w:hAnsi="SimSun" w:cs="SimSun"/>
          <w:color w:val="000000"/>
          <w:lang w:eastAsia="zh-CN"/>
        </w:rPr>
        <w:t>个数，奇数为负，偶数为正，根据规律求解即可．</w:t>
      </w:r>
    </w:p>
    <w:p w14:paraId="68BFBBC3"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解：∵每个峰需要</w:t>
      </w:r>
      <w:r>
        <w:rPr>
          <w:rFonts w:ascii="Times New Roman" w:eastAsia="Times New Roman" w:hAnsi="Times New Roman" w:cs="Times New Roman"/>
          <w:color w:val="000000"/>
          <w:lang w:eastAsia="zh-CN"/>
        </w:rPr>
        <w:t>5</w:t>
      </w:r>
      <w:r>
        <w:rPr>
          <w:rFonts w:ascii="SimSun" w:eastAsia="SimSun" w:hAnsi="SimSun" w:cs="SimSun"/>
          <w:color w:val="000000"/>
          <w:lang w:eastAsia="zh-CN"/>
        </w:rPr>
        <w:t>个数，</w:t>
      </w:r>
    </w:p>
    <w:p w14:paraId="1E930979"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w:t>
      </w:r>
      <w:r>
        <w:pict w14:anchorId="5C7F795C">
          <v:shape id="_x0000_i1612" type="#_x0000_t75" alt="学科网(www.zxxk.com)--教育资源门户，提供试卷、教案、课件、论文、素材以及各类教学资源下载，还有大量而丰富的教学相关资讯！" style="width:48.25pt;height:14.25pt">
            <v:imagedata r:id="rId356" o:title="eqId65bfacdd15b086f29a717a55fb350185"/>
          </v:shape>
        </w:pict>
      </w:r>
      <w:r>
        <w:rPr>
          <w:rFonts w:ascii="SimSun" w:eastAsia="SimSun" w:hAnsi="SimSun" w:cs="SimSun"/>
          <w:color w:val="000000"/>
          <w:lang w:eastAsia="zh-CN"/>
        </w:rPr>
        <w:t>，</w:t>
      </w:r>
    </w:p>
    <w:p w14:paraId="6CE242AE"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w:t>
      </w:r>
      <w:r>
        <w:pict w14:anchorId="08D73BB1">
          <v:shape id="_x0000_i1613" type="#_x0000_t75" alt="学科网(www.zxxk.com)--教育资源门户，提供试卷、教案、课件、论文、素材以及各类教学资源下载，还有大量而丰富的教学相关资讯！" style="width:63.15pt;height:12.9pt">
            <v:imagedata r:id="rId357" o:title="eqId5209d88538d8f585adf755107d6cf1a3"/>
          </v:shape>
        </w:pict>
      </w:r>
      <w:r>
        <w:rPr>
          <w:rFonts w:ascii="SimSun" w:eastAsia="SimSun" w:hAnsi="SimSun" w:cs="SimSun"/>
          <w:color w:val="000000"/>
          <w:lang w:eastAsia="zh-CN"/>
        </w:rPr>
        <w:t>，</w:t>
      </w:r>
    </w:p>
    <w:p w14:paraId="28F39A61" w14:textId="77777777" w:rsidR="008113A1" w:rsidRDefault="00000000">
      <w:pPr>
        <w:spacing w:line="360" w:lineRule="auto"/>
        <w:textAlignment w:val="center"/>
        <w:rPr>
          <w:color w:val="000000"/>
          <w:lang w:eastAsia="zh-CN"/>
        </w:rPr>
      </w:pPr>
      <w:proofErr w:type="gramStart"/>
      <w:r>
        <w:rPr>
          <w:rFonts w:ascii="Times New Roman" w:eastAsia="Times New Roman" w:hAnsi="Times New Roman" w:cs="Times New Roman"/>
          <w:color w:val="000000"/>
          <w:lang w:eastAsia="zh-CN"/>
        </w:rPr>
        <w:t>∴</w:t>
      </w:r>
      <w:r>
        <w:rPr>
          <w:rFonts w:ascii="SimSun" w:eastAsia="SimSun" w:hAnsi="SimSun" w:cs="SimSun"/>
          <w:color w:val="000000"/>
          <w:lang w:eastAsia="zh-CN"/>
        </w:rPr>
        <w:t>“</w:t>
      </w:r>
      <w:proofErr w:type="gramEnd"/>
      <w:r>
        <w:rPr>
          <w:rFonts w:ascii="SimSun" w:eastAsia="SimSun" w:hAnsi="SimSun" w:cs="SimSun"/>
          <w:color w:val="000000"/>
          <w:lang w:eastAsia="zh-CN"/>
        </w:rPr>
        <w:t>峰</w:t>
      </w:r>
      <w:proofErr w:type="gramStart"/>
      <w:r>
        <w:rPr>
          <w:rFonts w:ascii="Times New Roman" w:eastAsia="Times New Roman" w:hAnsi="Times New Roman" w:cs="Times New Roman"/>
          <w:color w:val="000000"/>
          <w:lang w:eastAsia="zh-CN"/>
        </w:rPr>
        <w:t>6</w:t>
      </w:r>
      <w:r>
        <w:rPr>
          <w:rFonts w:ascii="SimSun" w:eastAsia="SimSun" w:hAnsi="SimSun" w:cs="SimSun"/>
          <w:color w:val="000000"/>
          <w:lang w:eastAsia="zh-CN"/>
        </w:rPr>
        <w:t>”中</w:t>
      </w:r>
      <w:proofErr w:type="gramEnd"/>
      <w:r>
        <w:rPr>
          <w:rFonts w:ascii="Times New Roman" w:eastAsia="Times New Roman" w:hAnsi="Times New Roman" w:cs="Times New Roman"/>
          <w:i/>
          <w:color w:val="000000"/>
          <w:lang w:eastAsia="zh-CN"/>
        </w:rPr>
        <w:t>C</w:t>
      </w:r>
      <w:r>
        <w:rPr>
          <w:rFonts w:ascii="SimSun" w:eastAsia="SimSun" w:hAnsi="SimSun" w:cs="SimSun"/>
          <w:color w:val="000000"/>
          <w:lang w:eastAsia="zh-CN"/>
        </w:rPr>
        <w:t>的位置是有理数为：</w:t>
      </w:r>
      <w:r>
        <w:pict w14:anchorId="51DF48AF">
          <v:shape id="_x0000_i1614" type="#_x0000_t75" alt="学科网(www.zxxk.com)--教育资源门户，提供试卷、教案、课件、论文、素材以及各类教学资源下载，还有大量而丰富的教学相关资讯！" style="width:21.75pt;height:14.25pt">
            <v:imagedata r:id="rId177" o:title="eqId2671ff440b9cdd3614f941c566287ff5"/>
          </v:shape>
        </w:pict>
      </w:r>
      <w:r>
        <w:rPr>
          <w:rFonts w:ascii="SimSun" w:eastAsia="SimSun" w:hAnsi="SimSun" w:cs="SimSun"/>
          <w:color w:val="000000"/>
          <w:lang w:eastAsia="zh-CN"/>
        </w:rPr>
        <w:t>；</w:t>
      </w:r>
    </w:p>
    <w:p w14:paraId="2021C5F4"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6759785F">
          <v:shape id="_x0000_i1615" type="#_x0000_t75" alt="学科网(www.zxxk.com)--教育资源门户，提供试卷、教案、课件、论文、素材以及各类教学资源下载，还有大量而丰富的教学相关资讯！" style="width:95.1pt;height:16.3pt">
            <v:imagedata r:id="rId358" o:title="eqId7a8c26835b347b73a32d647b9c8e9170"/>
          </v:shape>
        </w:pict>
      </w:r>
      <w:r>
        <w:rPr>
          <w:rFonts w:ascii="SimSun" w:eastAsia="SimSun" w:hAnsi="SimSun" w:cs="SimSun"/>
          <w:color w:val="000000"/>
          <w:lang w:eastAsia="zh-CN"/>
        </w:rPr>
        <w:t>余</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p>
    <w:p w14:paraId="39EEC09A"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w:t>
      </w:r>
      <w:r>
        <w:pict w14:anchorId="3A7D2EB5">
          <v:shape id="_x0000_i1616" type="#_x0000_t75" alt="学科网(www.zxxk.com)--教育资源门户，提供试卷、教案、课件、论文、素材以及各类教学资源下载，还有大量而丰富的教学相关资讯！" style="width:33.95pt;height:13.6pt">
            <v:imagedata r:id="rId354" o:title="eqIdeecbab9de69d041ff169b907cc507279"/>
          </v:shape>
        </w:pict>
      </w:r>
      <w:r>
        <w:rPr>
          <w:rFonts w:ascii="SimSun" w:eastAsia="SimSun" w:hAnsi="SimSun" w:cs="SimSun"/>
          <w:color w:val="000000"/>
          <w:lang w:eastAsia="zh-CN"/>
        </w:rPr>
        <w:t>为峰</w:t>
      </w:r>
      <w:r>
        <w:rPr>
          <w:rFonts w:ascii="Times New Roman" w:eastAsia="Times New Roman" w:hAnsi="Times New Roman" w:cs="Times New Roman"/>
          <w:color w:val="000000"/>
          <w:lang w:eastAsia="zh-CN"/>
        </w:rPr>
        <w:t>206</w:t>
      </w:r>
      <w:r>
        <w:rPr>
          <w:rFonts w:ascii="SimSun" w:eastAsia="SimSun" w:hAnsi="SimSun" w:cs="SimSun"/>
          <w:color w:val="000000"/>
          <w:lang w:eastAsia="zh-CN"/>
        </w:rPr>
        <w:t>的第</w:t>
      </w:r>
      <w:r>
        <w:rPr>
          <w:rFonts w:ascii="Times New Roman" w:eastAsia="Times New Roman" w:hAnsi="Times New Roman" w:cs="Times New Roman"/>
          <w:color w:val="000000"/>
          <w:lang w:eastAsia="zh-CN"/>
        </w:rPr>
        <w:t>1</w:t>
      </w:r>
      <w:r>
        <w:rPr>
          <w:rFonts w:ascii="SimSun" w:eastAsia="SimSun" w:hAnsi="SimSun" w:cs="SimSun"/>
          <w:color w:val="000000"/>
          <w:lang w:eastAsia="zh-CN"/>
        </w:rPr>
        <w:t>个数，排在</w:t>
      </w:r>
      <w:r>
        <w:rPr>
          <w:rFonts w:ascii="Times New Roman" w:eastAsia="Times New Roman" w:hAnsi="Times New Roman" w:cs="Times New Roman"/>
          <w:i/>
          <w:color w:val="000000"/>
          <w:lang w:eastAsia="zh-CN"/>
        </w:rPr>
        <w:t>A</w:t>
      </w:r>
      <w:r>
        <w:rPr>
          <w:rFonts w:ascii="SimSun" w:eastAsia="SimSun" w:hAnsi="SimSun" w:cs="SimSun"/>
          <w:color w:val="000000"/>
          <w:lang w:eastAsia="zh-CN"/>
        </w:rPr>
        <w:t>的位置，</w:t>
      </w:r>
    </w:p>
    <w:p w14:paraId="1279396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4E2CDB8C">
          <v:shape id="_x0000_i1617" type="#_x0000_t75" alt="学科网(www.zxxk.com)--教育资源门户，提供试卷、教案、课件、论文、素材以及各类教学资源下载，还有大量而丰富的教学相关资讯！" style="width:21.75pt;height:14.25pt">
            <v:imagedata r:id="rId177" o:title="eqId2671ff440b9cdd3614f941c566287ff5"/>
          </v:shape>
        </w:pict>
      </w:r>
      <w:r>
        <w:rPr>
          <w:rFonts w:ascii="SimSun" w:eastAsia="SimSun" w:hAnsi="SimSun" w:cs="SimSun"/>
          <w:color w:val="000000"/>
          <w:lang w:eastAsia="zh-CN"/>
        </w:rPr>
        <w:t>，</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p>
    <w:p w14:paraId="5E079043" w14:textId="77777777" w:rsidR="008113A1" w:rsidRDefault="00000000">
      <w:pPr>
        <w:spacing w:line="285" w:lineRule="auto"/>
        <w:jc w:val="both"/>
        <w:textAlignment w:val="center"/>
        <w:rPr>
          <w:color w:val="000000"/>
          <w:lang w:eastAsia="zh-CN"/>
        </w:rPr>
      </w:pPr>
      <w:r>
        <w:rPr>
          <w:rFonts w:ascii="SimSun" w:eastAsia="SimSun" w:hAnsi="SimSun" w:cs="SimSun"/>
          <w:b/>
          <w:color w:val="000000"/>
          <w:sz w:val="24"/>
          <w:lang w:eastAsia="zh-CN"/>
        </w:rPr>
        <w:t>三、解答题（共</w:t>
      </w:r>
      <w:r>
        <w:rPr>
          <w:rFonts w:ascii="Times New Roman" w:eastAsia="Times New Roman" w:hAnsi="Times New Roman" w:cs="Times New Roman"/>
          <w:b/>
          <w:color w:val="000000"/>
          <w:sz w:val="24"/>
          <w:lang w:eastAsia="zh-CN"/>
        </w:rPr>
        <w:t>8</w:t>
      </w:r>
      <w:r>
        <w:rPr>
          <w:rFonts w:ascii="SimSun" w:eastAsia="SimSun" w:hAnsi="SimSun" w:cs="SimSun"/>
          <w:b/>
          <w:color w:val="000000"/>
          <w:sz w:val="24"/>
          <w:lang w:eastAsia="zh-CN"/>
        </w:rPr>
        <w:t>道题，共</w:t>
      </w:r>
      <w:r>
        <w:rPr>
          <w:rFonts w:ascii="Times New Roman" w:eastAsia="Times New Roman" w:hAnsi="Times New Roman" w:cs="Times New Roman"/>
          <w:b/>
          <w:color w:val="000000"/>
          <w:sz w:val="24"/>
          <w:lang w:eastAsia="zh-CN"/>
        </w:rPr>
        <w:t>58</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19—20</w:t>
      </w:r>
      <w:proofErr w:type="gramStart"/>
      <w:r>
        <w:rPr>
          <w:rFonts w:ascii="SimSun" w:eastAsia="SimSun" w:hAnsi="SimSun" w:cs="SimSun"/>
          <w:b/>
          <w:color w:val="000000"/>
          <w:sz w:val="24"/>
          <w:lang w:eastAsia="zh-CN"/>
        </w:rPr>
        <w:t>题每小题</w:t>
      </w:r>
      <w:proofErr w:type="gramEnd"/>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分，共</w:t>
      </w:r>
      <w:r>
        <w:rPr>
          <w:rFonts w:ascii="Times New Roman" w:eastAsia="Times New Roman" w:hAnsi="Times New Roman" w:cs="Times New Roman"/>
          <w:b/>
          <w:color w:val="000000"/>
          <w:sz w:val="24"/>
          <w:lang w:eastAsia="zh-CN"/>
        </w:rPr>
        <w:t>24</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w:t>
      </w:r>
      <w:proofErr w:type="gramStart"/>
      <w:r>
        <w:rPr>
          <w:rFonts w:ascii="SimSun" w:eastAsia="SimSun" w:hAnsi="SimSun" w:cs="SimSun"/>
          <w:b/>
          <w:color w:val="000000"/>
          <w:sz w:val="24"/>
          <w:lang w:eastAsia="zh-CN"/>
        </w:rPr>
        <w:t>第</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题每小题</w:t>
      </w:r>
      <w:proofErr w:type="gramEnd"/>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分，共</w:t>
      </w:r>
      <w:r>
        <w:rPr>
          <w:rFonts w:ascii="Times New Roman" w:eastAsia="Times New Roman" w:hAnsi="Times New Roman" w:cs="Times New Roman"/>
          <w:b/>
          <w:color w:val="000000"/>
          <w:sz w:val="24"/>
          <w:lang w:eastAsia="zh-CN"/>
        </w:rPr>
        <w:t>8</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23—25</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分，共</w:t>
      </w:r>
      <w:r>
        <w:rPr>
          <w:rFonts w:ascii="Times New Roman" w:eastAsia="Times New Roman" w:hAnsi="Times New Roman" w:cs="Times New Roman"/>
          <w:b/>
          <w:color w:val="000000"/>
          <w:sz w:val="24"/>
          <w:lang w:eastAsia="zh-CN"/>
        </w:rPr>
        <w:t>15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26</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w:t>
      </w:r>
    </w:p>
    <w:p w14:paraId="633636CD" w14:textId="77777777" w:rsidR="008113A1" w:rsidRDefault="00000000">
      <w:pPr>
        <w:pStyle w:val="Heading2"/>
        <w:rPr>
          <w:lang w:eastAsia="zh-CN"/>
        </w:rPr>
      </w:pPr>
      <w:bookmarkStart w:id="36" w:name="_Toc235460053"/>
      <w:r>
        <w:rPr>
          <w:lang w:eastAsia="zh-CN"/>
        </w:rPr>
        <w:t>第四十三中学</w:t>
      </w:r>
      <w:bookmarkEnd w:id="36"/>
    </w:p>
    <w:p w14:paraId="31E135DC" w14:textId="77777777" w:rsidR="008113A1" w:rsidRDefault="00000000">
      <w:pPr>
        <w:spacing w:line="360" w:lineRule="auto"/>
        <w:jc w:val="both"/>
        <w:textAlignment w:val="center"/>
        <w:rPr>
          <w:color w:val="000000"/>
          <w:lang w:eastAsia="zh-CN"/>
        </w:rPr>
      </w:pPr>
      <w:r>
        <w:rPr>
          <w:color w:val="000000"/>
          <w:lang w:eastAsia="zh-CN"/>
        </w:rPr>
        <w:t xml:space="preserve">18. </w:t>
      </w:r>
      <w:r>
        <w:rPr>
          <w:rFonts w:ascii="SimSun" w:eastAsia="SimSun" w:hAnsi="SimSun" w:cs="SimSun"/>
          <w:color w:val="000000"/>
          <w:lang w:eastAsia="zh-CN"/>
        </w:rPr>
        <w:t>对连续的偶数</w:t>
      </w:r>
      <w:r>
        <w:rPr>
          <w:rFonts w:ascii="Times New Roman" w:eastAsia="Times New Roman" w:hAnsi="Times New Roman" w:cs="Times New Roman"/>
          <w:color w:val="000000"/>
          <w:lang w:eastAsia="zh-CN"/>
        </w:rPr>
        <w:t>2</w:t>
      </w:r>
      <w:r>
        <w:rPr>
          <w:rFonts w:ascii="SimSun" w:eastAsia="SimSun" w:hAnsi="SimSun" w:cs="SimSun"/>
          <w:color w:val="000000"/>
          <w:lang w:eastAsia="zh-CN"/>
        </w:rPr>
        <w:t>，</w:t>
      </w:r>
      <w:r>
        <w:rPr>
          <w:rFonts w:ascii="Times New Roman" w:eastAsia="Times New Roman" w:hAnsi="Times New Roman" w:cs="Times New Roman"/>
          <w:color w:val="000000"/>
          <w:lang w:eastAsia="zh-CN"/>
        </w:rPr>
        <w:t>4</w:t>
      </w:r>
      <w:r>
        <w:rPr>
          <w:rFonts w:ascii="SimSun" w:eastAsia="SimSun" w:hAnsi="SimSun" w:cs="SimSun"/>
          <w:color w:val="000000"/>
          <w:lang w:eastAsia="zh-CN"/>
        </w:rPr>
        <w:t>，</w:t>
      </w:r>
      <w:r>
        <w:rPr>
          <w:rFonts w:ascii="Times New Roman" w:eastAsia="Times New Roman" w:hAnsi="Times New Roman" w:cs="Times New Roman"/>
          <w:color w:val="000000"/>
          <w:lang w:eastAsia="zh-CN"/>
        </w:rPr>
        <w:t>6</w:t>
      </w:r>
      <w:r>
        <w:rPr>
          <w:rFonts w:ascii="SimSun" w:eastAsia="SimSun" w:hAnsi="SimSun" w:cs="SimSun"/>
          <w:color w:val="000000"/>
          <w:lang w:eastAsia="zh-CN"/>
        </w:rPr>
        <w:t>，</w:t>
      </w:r>
      <w:r>
        <w:rPr>
          <w:rFonts w:ascii="Times New Roman" w:eastAsia="Times New Roman" w:hAnsi="Times New Roman" w:cs="Times New Roman"/>
          <w:color w:val="000000"/>
          <w:lang w:eastAsia="zh-CN"/>
        </w:rPr>
        <w:t>8</w:t>
      </w:r>
      <w:r>
        <w:rPr>
          <w:rFonts w:ascii="SimSun" w:eastAsia="SimSun" w:hAnsi="SimSun" w:cs="SimSun"/>
          <w:color w:val="000000"/>
          <w:lang w:eastAsia="zh-CN"/>
        </w:rPr>
        <w:t>，</w:t>
      </w:r>
      <w:r>
        <w:rPr>
          <w:rFonts w:ascii="Times New Roman" w:eastAsia="Times New Roman" w:hAnsi="Times New Roman" w:cs="Times New Roman"/>
          <w:color w:val="000000"/>
          <w:lang w:eastAsia="zh-CN"/>
        </w:rPr>
        <w:t>…</w:t>
      </w:r>
      <w:r>
        <w:rPr>
          <w:rFonts w:ascii="SimSun" w:eastAsia="SimSun" w:hAnsi="SimSun" w:cs="SimSun"/>
          <w:color w:val="000000"/>
          <w:lang w:eastAsia="zh-CN"/>
        </w:rPr>
        <w:t>排成如图的形式．将图中的十字框上下左右移动，使框住的五个数之和等于</w:t>
      </w:r>
      <w:r>
        <w:rPr>
          <w:rFonts w:ascii="Times New Roman" w:eastAsia="Times New Roman" w:hAnsi="Times New Roman" w:cs="Times New Roman"/>
          <w:color w:val="000000"/>
          <w:lang w:eastAsia="zh-CN"/>
        </w:rPr>
        <w:t>2020</w:t>
      </w:r>
      <w:r>
        <w:rPr>
          <w:rFonts w:ascii="SimSun" w:eastAsia="SimSun" w:hAnsi="SimSun" w:cs="SimSun"/>
          <w:color w:val="000000"/>
          <w:lang w:eastAsia="zh-CN"/>
        </w:rPr>
        <w:t>，则这五个数中位置在最中间的数是</w:t>
      </w:r>
      <w:r>
        <w:rPr>
          <w:color w:val="000000"/>
          <w:lang w:eastAsia="zh-CN"/>
        </w:rPr>
        <w:t>________</w:t>
      </w:r>
      <w:r>
        <w:rPr>
          <w:rFonts w:ascii="SimSun" w:eastAsia="SimSun" w:hAnsi="SimSun" w:cs="SimSun"/>
          <w:color w:val="000000"/>
          <w:lang w:eastAsia="zh-CN"/>
        </w:rPr>
        <w:t>．</w:t>
      </w:r>
    </w:p>
    <w:p w14:paraId="27DBF52B" w14:textId="77777777" w:rsidR="008113A1" w:rsidRDefault="00000000">
      <w:pPr>
        <w:spacing w:line="360" w:lineRule="auto"/>
        <w:jc w:val="both"/>
        <w:textAlignment w:val="center"/>
        <w:rPr>
          <w:color w:val="000000"/>
        </w:rPr>
      </w:pPr>
      <w:r>
        <w:rPr>
          <w:noProof/>
          <w:color w:val="000000"/>
        </w:rPr>
        <w:lastRenderedPageBreak/>
        <w:drawing>
          <wp:inline distT="0" distB="0" distL="114300" distR="114300" wp14:anchorId="5439E884" wp14:editId="4C9A01C5">
            <wp:extent cx="1200150" cy="1200150"/>
            <wp:effectExtent l="0" t="0" r="0" b="0"/>
            <wp:docPr id="43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0" name="图片 100009" descr="学科网(www.zxxk.com)--教育资源门户，提供试卷、教案、课件、论文、素材以及各类教学资源下载，还有大量而丰富的教学相关资讯！"/>
                    <pic:cNvPicPr>
                      <a:picLocks noChangeAspect="1"/>
                    </pic:cNvPicPr>
                  </pic:nvPicPr>
                  <pic:blipFill>
                    <a:blip r:embed="rId359"/>
                    <a:stretch>
                      <a:fillRect/>
                    </a:stretch>
                  </pic:blipFill>
                  <pic:spPr>
                    <a:xfrm>
                      <a:off x="0" y="0"/>
                      <a:ext cx="1200150" cy="1200150"/>
                    </a:xfrm>
                    <a:prstGeom prst="rect">
                      <a:avLst/>
                    </a:prstGeom>
                  </pic:spPr>
                </pic:pic>
              </a:graphicData>
            </a:graphic>
          </wp:inline>
        </w:drawing>
      </w:r>
    </w:p>
    <w:p w14:paraId="3C592799" w14:textId="77777777" w:rsidR="008113A1" w:rsidRDefault="00000000">
      <w:pPr>
        <w:spacing w:line="360" w:lineRule="auto"/>
        <w:textAlignment w:val="center"/>
        <w:rPr>
          <w:color w:val="000000"/>
          <w:lang w:eastAsia="zh-CN"/>
        </w:rPr>
      </w:pPr>
      <w:r>
        <w:rPr>
          <w:color w:val="2E75B6"/>
          <w:lang w:eastAsia="zh-CN"/>
        </w:rPr>
        <w:t>【答案】</w:t>
      </w:r>
      <w:r>
        <w:rPr>
          <w:rFonts w:ascii="Times New Roman" w:eastAsia="Times New Roman" w:hAnsi="Times New Roman" w:cs="Times New Roman"/>
          <w:color w:val="000000"/>
          <w:lang w:eastAsia="zh-CN"/>
        </w:rPr>
        <w:t>404</w:t>
      </w:r>
    </w:p>
    <w:p w14:paraId="4350DC2B" w14:textId="77777777" w:rsidR="008113A1" w:rsidRDefault="00000000">
      <w:pPr>
        <w:spacing w:line="360" w:lineRule="auto"/>
        <w:textAlignment w:val="center"/>
        <w:rPr>
          <w:color w:val="000000"/>
          <w:lang w:eastAsia="zh-CN"/>
        </w:rPr>
      </w:pPr>
      <w:r>
        <w:rPr>
          <w:color w:val="2E75B6"/>
          <w:lang w:eastAsia="zh-CN"/>
        </w:rPr>
        <w:t>【解析】</w:t>
      </w:r>
    </w:p>
    <w:p w14:paraId="101B3152"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本题主要考查了一元一次方程的应用，弄清题意，找出合适的等量关系，进而列出方程是解答此类问题的关键．</w:t>
      </w:r>
    </w:p>
    <w:p w14:paraId="7E3FC624"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依据题意，设中间的数为</w:t>
      </w:r>
      <w:r>
        <w:rPr>
          <w:rFonts w:ascii="Times New Roman" w:eastAsia="Times New Roman" w:hAnsi="Times New Roman" w:cs="Times New Roman"/>
          <w:i/>
          <w:color w:val="000000"/>
          <w:lang w:eastAsia="zh-CN"/>
        </w:rPr>
        <w:t>x</w:t>
      </w:r>
      <w:r>
        <w:rPr>
          <w:rFonts w:ascii="SimSun" w:eastAsia="SimSun" w:hAnsi="SimSun" w:cs="SimSun"/>
          <w:color w:val="000000"/>
          <w:lang w:eastAsia="zh-CN"/>
        </w:rPr>
        <w:t>，得到其余</w:t>
      </w:r>
      <w:r>
        <w:rPr>
          <w:rFonts w:ascii="Times New Roman" w:eastAsia="Times New Roman" w:hAnsi="Times New Roman" w:cs="Times New Roman"/>
          <w:color w:val="000000"/>
          <w:lang w:eastAsia="zh-CN"/>
        </w:rPr>
        <w:t>4</w:t>
      </w:r>
      <w:r>
        <w:rPr>
          <w:rFonts w:ascii="SimSun" w:eastAsia="SimSun" w:hAnsi="SimSun" w:cs="SimSun"/>
          <w:color w:val="000000"/>
          <w:lang w:eastAsia="zh-CN"/>
        </w:rPr>
        <w:t>个数的代数式，把这</w:t>
      </w:r>
      <w:r>
        <w:rPr>
          <w:rFonts w:ascii="Times New Roman" w:eastAsia="Times New Roman" w:hAnsi="Times New Roman" w:cs="Times New Roman"/>
          <w:color w:val="000000"/>
          <w:lang w:eastAsia="zh-CN"/>
        </w:rPr>
        <w:t>5</w:t>
      </w:r>
      <w:r>
        <w:rPr>
          <w:rFonts w:ascii="SimSun" w:eastAsia="SimSun" w:hAnsi="SimSun" w:cs="SimSun"/>
          <w:color w:val="000000"/>
          <w:lang w:eastAsia="zh-CN"/>
        </w:rPr>
        <w:t>个数相加，可得十字框中的五个数和，据此解答即可．</w:t>
      </w:r>
    </w:p>
    <w:p w14:paraId="6FA14B7C" w14:textId="77777777" w:rsidR="008113A1" w:rsidRDefault="00000000">
      <w:pPr>
        <w:spacing w:line="360" w:lineRule="auto"/>
        <w:jc w:val="both"/>
        <w:textAlignment w:val="center"/>
        <w:rPr>
          <w:color w:val="000000"/>
          <w:lang w:eastAsia="zh-CN"/>
        </w:rPr>
      </w:pPr>
      <w:r>
        <w:rPr>
          <w:color w:val="000000"/>
          <w:lang w:eastAsia="zh-CN"/>
        </w:rPr>
        <w:t>【详解】</w:t>
      </w:r>
      <w:r>
        <w:rPr>
          <w:rFonts w:ascii="SimSun" w:eastAsia="SimSun" w:hAnsi="SimSun" w:cs="SimSun"/>
          <w:color w:val="000000"/>
          <w:lang w:eastAsia="zh-CN"/>
        </w:rPr>
        <w:t>解：设中间的数为</w:t>
      </w:r>
      <w:r>
        <w:rPr>
          <w:rFonts w:ascii="Times New Roman" w:eastAsia="Times New Roman" w:hAnsi="Times New Roman" w:cs="Times New Roman"/>
          <w:i/>
          <w:color w:val="000000"/>
          <w:lang w:eastAsia="zh-CN"/>
        </w:rPr>
        <w:t>x</w:t>
      </w:r>
      <w:r>
        <w:rPr>
          <w:rFonts w:ascii="SimSun" w:eastAsia="SimSun" w:hAnsi="SimSun" w:cs="SimSun"/>
          <w:color w:val="000000"/>
          <w:lang w:eastAsia="zh-CN"/>
        </w:rPr>
        <w:t>，则其余四个数从小到大分别为</w:t>
      </w:r>
      <w:r>
        <w:pict w14:anchorId="3230E7F7">
          <v:shape id="_x0000_i1618" type="#_x0000_t75" alt="学科网(www.zxxk.com)--教育资源门户，提供试卷、教案、课件、论文、素材以及各类教学资源下载，还有大量而丰富的教学相关资讯！" style="width:31.25pt;height:14.25pt">
            <v:imagedata r:id="rId360" o:title="eqId83f8decd4f0b5f54c24eb9b785804f09"/>
          </v:shape>
        </w:pict>
      </w:r>
      <w:r>
        <w:rPr>
          <w:rFonts w:ascii="SimSun" w:eastAsia="SimSun" w:hAnsi="SimSun" w:cs="SimSun"/>
          <w:color w:val="000000"/>
          <w:lang w:eastAsia="zh-CN"/>
        </w:rPr>
        <w:t>，</w:t>
      </w:r>
      <w:r>
        <w:pict w14:anchorId="2EE1D13E">
          <v:shape id="_x0000_i1619" type="#_x0000_t75" alt="学科网(www.zxxk.com)--教育资源门户，提供试卷、教案、课件、论文、素材以及各类教学资源下载，还有大量而丰富的教学相关资讯！" style="width:27.85pt;height:14.25pt">
            <v:imagedata r:id="rId361" o:title="eqId38c3fa8692612e51579e3cef22fd8c4b"/>
          </v:shape>
        </w:pict>
      </w:r>
      <w:r>
        <w:rPr>
          <w:rFonts w:ascii="SimSun" w:eastAsia="SimSun" w:hAnsi="SimSun" w:cs="SimSun"/>
          <w:color w:val="000000"/>
          <w:lang w:eastAsia="zh-CN"/>
        </w:rPr>
        <w:t>，</w:t>
      </w:r>
      <w:r>
        <w:pict w14:anchorId="417EABB5">
          <v:shape id="_x0000_i1620" type="#_x0000_t75" alt="学科网(www.zxxk.com)--教育资源门户，提供试卷、教案、课件、论文、素材以及各类教学资源下载，还有大量而丰富的教学相关资讯！" style="width:27.15pt;height:13.6pt">
            <v:imagedata r:id="rId362" o:title="eqId39241f2eeccaa16d0550d851619bcb42"/>
          </v:shape>
        </w:pict>
      </w:r>
      <w:r>
        <w:rPr>
          <w:rFonts w:ascii="SimSun" w:eastAsia="SimSun" w:hAnsi="SimSun" w:cs="SimSun"/>
          <w:color w:val="000000"/>
          <w:lang w:eastAsia="zh-CN"/>
        </w:rPr>
        <w:t>，</w:t>
      </w:r>
      <w:r>
        <w:pict w14:anchorId="028E8BB2">
          <v:shape id="_x0000_i1621" type="#_x0000_t75" alt="学科网(www.zxxk.com)--教育资源门户，提供试卷、教案、课件、论文、素材以及各类教学资源下载，还有大量而丰富的教学相关资讯！" style="width:30.55pt;height:14.25pt">
            <v:imagedata r:id="rId363" o:title="eqId5c7fa1e4de7c621ab0523a823ac249f1"/>
          </v:shape>
        </w:pict>
      </w:r>
      <w:r>
        <w:rPr>
          <w:rFonts w:ascii="SimSun" w:eastAsia="SimSun" w:hAnsi="SimSun" w:cs="SimSun"/>
          <w:color w:val="000000"/>
          <w:lang w:eastAsia="zh-CN"/>
        </w:rPr>
        <w:t>，</w:t>
      </w:r>
    </w:p>
    <w:p w14:paraId="435B4310"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∴这五个数和为</w:t>
      </w:r>
      <w:r>
        <w:pict w14:anchorId="7B250DA9">
          <v:shape id="_x0000_i1622" type="#_x0000_t75" alt="学科网(www.zxxk.com)--教育资源门户，提供试卷、教案、课件、论文、素材以及各类教学资源下载，还有大量而丰富的教学相关资讯！" style="width:177.3pt;height:13.6pt">
            <v:imagedata r:id="rId364" o:title="eqIdda75de25bd7618f7af0af30355339298"/>
          </v:shape>
        </w:pict>
      </w:r>
      <w:r>
        <w:rPr>
          <w:rFonts w:ascii="SimSun" w:eastAsia="SimSun" w:hAnsi="SimSun" w:cs="SimSun"/>
          <w:color w:val="000000"/>
          <w:lang w:eastAsia="zh-CN"/>
        </w:rPr>
        <w:t>，</w:t>
      </w:r>
    </w:p>
    <w:p w14:paraId="66A4B4CE"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pict w14:anchorId="6FF660E0">
          <v:shape id="_x0000_i1623" type="#_x0000_t75" alt="学科网(www.zxxk.com)--教育资源门户，提供试卷、教案、课件、论文、素材以及各类教学资源下载，还有大量而丰富的教学相关资讯！" style="width:51.6pt;height:13.6pt">
            <v:imagedata r:id="rId365" o:title="eqId198432732884bed8b15153fee3ddf8bd"/>
          </v:shape>
        </w:pict>
      </w:r>
      <w:r>
        <w:rPr>
          <w:rFonts w:ascii="SimSun" w:eastAsia="SimSun" w:hAnsi="SimSun" w:cs="SimSun"/>
          <w:color w:val="000000"/>
          <w:lang w:eastAsia="zh-CN"/>
        </w:rPr>
        <w:t>．</w:t>
      </w:r>
    </w:p>
    <w:p w14:paraId="4F4FEA42"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pict w14:anchorId="2622FF15">
          <v:shape id="_x0000_i1624" type="#_x0000_t75" alt="学科网(www.zxxk.com)--教育资源门户，提供试卷、教案、课件、论文、素材以及各类教学资源下载，还有大量而丰富的教学相关资讯！" style="width:40.1pt;height:13.6pt">
            <v:imagedata r:id="rId366" o:title="eqIdc618f52d899d091c81fafa16ce733609"/>
          </v:shape>
        </w:pict>
      </w:r>
      <w:r>
        <w:rPr>
          <w:rFonts w:ascii="SimSun" w:eastAsia="SimSun" w:hAnsi="SimSun" w:cs="SimSun"/>
          <w:color w:val="000000"/>
          <w:lang w:eastAsia="zh-CN"/>
        </w:rPr>
        <w:t>．</w:t>
      </w:r>
    </w:p>
    <w:p w14:paraId="558349ED"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∴若将图中的十字框上下左右移动，框住的五个数之和能等于</w:t>
      </w:r>
      <w:r>
        <w:rPr>
          <w:rFonts w:ascii="Times New Roman" w:eastAsia="Times New Roman" w:hAnsi="Times New Roman" w:cs="Times New Roman"/>
          <w:color w:val="000000"/>
          <w:lang w:eastAsia="zh-CN"/>
        </w:rPr>
        <w:t>2020</w:t>
      </w:r>
      <w:r>
        <w:rPr>
          <w:rFonts w:ascii="SimSun" w:eastAsia="SimSun" w:hAnsi="SimSun" w:cs="SimSun"/>
          <w:color w:val="000000"/>
          <w:lang w:eastAsia="zh-CN"/>
        </w:rPr>
        <w:t>．</w:t>
      </w:r>
    </w:p>
    <w:p w14:paraId="28B7DA66"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404</w:t>
      </w:r>
      <w:r>
        <w:rPr>
          <w:rFonts w:ascii="SimSun" w:eastAsia="SimSun" w:hAnsi="SimSun" w:cs="SimSun"/>
          <w:color w:val="000000"/>
          <w:lang w:eastAsia="zh-CN"/>
        </w:rPr>
        <w:t>．</w:t>
      </w:r>
    </w:p>
    <w:p w14:paraId="3042319B" w14:textId="77777777" w:rsidR="008113A1" w:rsidRDefault="00000000">
      <w:pPr>
        <w:spacing w:line="360" w:lineRule="auto"/>
        <w:jc w:val="both"/>
        <w:textAlignment w:val="center"/>
        <w:rPr>
          <w:color w:val="000000"/>
          <w:lang w:eastAsia="zh-CN"/>
        </w:rPr>
      </w:pPr>
      <w:r>
        <w:rPr>
          <w:rFonts w:ascii="SimSun" w:eastAsia="SimSun" w:hAnsi="SimSun" w:cs="SimSun"/>
          <w:b/>
          <w:color w:val="000000"/>
          <w:sz w:val="24"/>
          <w:lang w:eastAsia="zh-CN"/>
        </w:rPr>
        <w:t>三、解答题（共</w:t>
      </w:r>
      <w:r>
        <w:rPr>
          <w:rFonts w:ascii="Times New Roman" w:eastAsia="Times New Roman" w:hAnsi="Times New Roman" w:cs="Times New Roman"/>
          <w:b/>
          <w:color w:val="000000"/>
          <w:sz w:val="24"/>
          <w:lang w:eastAsia="zh-CN"/>
        </w:rPr>
        <w:t>64</w:t>
      </w:r>
      <w:r>
        <w:rPr>
          <w:rFonts w:ascii="SimSun" w:eastAsia="SimSun" w:hAnsi="SimSun" w:cs="SimSun"/>
          <w:b/>
          <w:color w:val="000000"/>
          <w:sz w:val="24"/>
          <w:lang w:eastAsia="zh-CN"/>
        </w:rPr>
        <w:t>分）</w:t>
      </w:r>
    </w:p>
    <w:p w14:paraId="7675C3C6" w14:textId="77777777" w:rsidR="008113A1" w:rsidRDefault="00000000">
      <w:pPr>
        <w:pStyle w:val="Heading2"/>
        <w:rPr>
          <w:lang w:eastAsia="zh-CN"/>
        </w:rPr>
      </w:pPr>
      <w:bookmarkStart w:id="37" w:name="_Toc235460054"/>
      <w:r>
        <w:rPr>
          <w:lang w:eastAsia="zh-CN"/>
        </w:rPr>
        <w:t>西城区北京师范大学第二附属中学西城实验学校</w:t>
      </w:r>
      <w:bookmarkEnd w:id="37"/>
    </w:p>
    <w:p w14:paraId="1EE4732D" w14:textId="77777777" w:rsidR="008113A1" w:rsidRDefault="00000000">
      <w:pPr>
        <w:spacing w:line="360" w:lineRule="auto"/>
        <w:jc w:val="both"/>
        <w:textAlignment w:val="center"/>
        <w:rPr>
          <w:color w:val="000000"/>
          <w:lang w:eastAsia="zh-CN"/>
        </w:rPr>
      </w:pPr>
      <w:r>
        <w:rPr>
          <w:color w:val="000000"/>
          <w:lang w:eastAsia="zh-CN"/>
        </w:rPr>
        <w:t xml:space="preserve">16. </w:t>
      </w:r>
      <w:r>
        <w:rPr>
          <w:rFonts w:ascii="SimSun" w:eastAsia="SimSun" w:hAnsi="SimSun" w:cs="SimSun"/>
          <w:color w:val="000000"/>
          <w:lang w:eastAsia="zh-CN"/>
        </w:rPr>
        <w:t>观察图形，探索规律．</w:t>
      </w:r>
    </w:p>
    <w:p w14:paraId="3D233CB8"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图</w:t>
      </w:r>
      <w:r>
        <w:rPr>
          <w:rFonts w:ascii="Times New Roman" w:eastAsia="Times New Roman" w:hAnsi="Times New Roman" w:cs="Times New Roman"/>
          <w:color w:val="000000"/>
          <w:lang w:eastAsia="zh-CN"/>
        </w:rPr>
        <w:t>1</w:t>
      </w:r>
      <w:r>
        <w:rPr>
          <w:rFonts w:ascii="SimSun" w:eastAsia="SimSun" w:hAnsi="SimSun" w:cs="SimSun"/>
          <w:color w:val="000000"/>
          <w:lang w:eastAsia="zh-CN"/>
        </w:rPr>
        <w:t>是三条长度都为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的线段构成的小三角形；图</w:t>
      </w:r>
      <w:r>
        <w:rPr>
          <w:rFonts w:ascii="Times New Roman" w:eastAsia="Times New Roman" w:hAnsi="Times New Roman" w:cs="Times New Roman"/>
          <w:color w:val="000000"/>
          <w:lang w:eastAsia="zh-CN"/>
        </w:rPr>
        <w:t>2</w:t>
      </w:r>
      <w:r>
        <w:rPr>
          <w:rFonts w:ascii="SimSun" w:eastAsia="SimSun" w:hAnsi="SimSun" w:cs="SimSun"/>
          <w:color w:val="000000"/>
          <w:lang w:eastAsia="zh-CN"/>
        </w:rPr>
        <w:t>是</w:t>
      </w:r>
      <w:r>
        <w:rPr>
          <w:rFonts w:ascii="Times New Roman" w:eastAsia="Times New Roman" w:hAnsi="Times New Roman" w:cs="Times New Roman"/>
          <w:color w:val="000000"/>
          <w:lang w:eastAsia="zh-CN"/>
        </w:rPr>
        <w:t>4</w:t>
      </w:r>
      <w:r>
        <w:rPr>
          <w:rFonts w:ascii="SimSun" w:eastAsia="SimSun" w:hAnsi="SimSun" w:cs="SimSun"/>
          <w:color w:val="000000"/>
          <w:lang w:eastAsia="zh-CN"/>
        </w:rPr>
        <w:t>个边长都为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的小角形拼成的大三角形：图</w:t>
      </w:r>
      <w:r>
        <w:rPr>
          <w:rFonts w:ascii="Times New Roman" w:eastAsia="Times New Roman" w:hAnsi="Times New Roman" w:cs="Times New Roman"/>
          <w:color w:val="000000"/>
          <w:lang w:eastAsia="zh-CN"/>
        </w:rPr>
        <w:t>3</w:t>
      </w:r>
      <w:r>
        <w:rPr>
          <w:rFonts w:ascii="SimSun" w:eastAsia="SimSun" w:hAnsi="SimSun" w:cs="SimSun"/>
          <w:color w:val="000000"/>
          <w:lang w:eastAsia="zh-CN"/>
        </w:rPr>
        <w:t>是</w:t>
      </w:r>
      <w:r>
        <w:rPr>
          <w:rFonts w:ascii="Times New Roman" w:eastAsia="Times New Roman" w:hAnsi="Times New Roman" w:cs="Times New Roman"/>
          <w:color w:val="000000"/>
          <w:lang w:eastAsia="zh-CN"/>
        </w:rPr>
        <w:t>9</w:t>
      </w:r>
      <w:r>
        <w:rPr>
          <w:rFonts w:ascii="SimSun" w:eastAsia="SimSun" w:hAnsi="SimSun" w:cs="SimSun"/>
          <w:color w:val="000000"/>
          <w:lang w:eastAsia="zh-CN"/>
        </w:rPr>
        <w:t>个边长都为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的小三角形拼成的大三角形；图</w:t>
      </w:r>
      <w:r>
        <w:rPr>
          <w:rFonts w:ascii="Times New Roman" w:eastAsia="Times New Roman" w:hAnsi="Times New Roman" w:cs="Times New Roman"/>
          <w:color w:val="000000"/>
          <w:lang w:eastAsia="zh-CN"/>
        </w:rPr>
        <w:t>4</w:t>
      </w:r>
      <w:r>
        <w:rPr>
          <w:rFonts w:ascii="SimSun" w:eastAsia="SimSun" w:hAnsi="SimSun" w:cs="SimSun"/>
          <w:color w:val="000000"/>
          <w:lang w:eastAsia="zh-CN"/>
        </w:rPr>
        <w:t>是</w:t>
      </w:r>
      <w:r>
        <w:rPr>
          <w:rFonts w:ascii="Times New Roman" w:eastAsia="Times New Roman" w:hAnsi="Times New Roman" w:cs="Times New Roman"/>
          <w:color w:val="000000"/>
          <w:lang w:eastAsia="zh-CN"/>
        </w:rPr>
        <w:t>16</w:t>
      </w:r>
      <w:r>
        <w:rPr>
          <w:rFonts w:ascii="SimSun" w:eastAsia="SimSun" w:hAnsi="SimSun" w:cs="SimSun"/>
          <w:color w:val="000000"/>
          <w:lang w:eastAsia="zh-CN"/>
        </w:rPr>
        <w:t>个边长都为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的小</w:t>
      </w:r>
      <w:r>
        <w:rPr>
          <w:rFonts w:ascii="SimSun" w:eastAsia="SimSun" w:hAnsi="SimSun" w:cs="SimSun"/>
          <w:color w:val="000000"/>
          <w:lang w:eastAsia="zh-CN"/>
        </w:rPr>
        <w:lastRenderedPageBreak/>
        <w:t>三角形拼成的大三角形、要使拼成的大三角形的边长为</w:t>
      </w:r>
      <w:r>
        <w:pict w14:anchorId="3BE21B8E">
          <v:shape id="_x0000_i1625" type="#_x0000_t75" alt="学科网(www.zxxk.com)--教育资源门户，提供试卷、教案、课件、论文、素材以及各类教学资源下载，还有大量而丰富的教学相关资讯！" style="width:15.6pt;height:14.25pt">
            <v:imagedata r:id="rId367" o:title="eqIdad52beba3181bfc922d5c59d73a5a11a"/>
          </v:shape>
        </w:pict>
      </w:r>
      <w:r>
        <w:rPr>
          <w:rFonts w:ascii="SimSun" w:eastAsia="SimSun" w:hAnsi="SimSun" w:cs="SimSun"/>
          <w:color w:val="000000"/>
          <w:lang w:eastAsia="zh-CN"/>
        </w:rPr>
        <w:t>，则需要</w:t>
      </w:r>
      <w:r>
        <w:rPr>
          <w:color w:val="000000"/>
          <w:lang w:eastAsia="zh-CN"/>
        </w:rPr>
        <w:t>__________</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边长为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的小三角形来拼；按此规律排列，图</w:t>
      </w:r>
      <w:r>
        <w:rPr>
          <w:rFonts w:ascii="Times New Roman" w:eastAsia="Times New Roman" w:hAnsi="Times New Roman" w:cs="Times New Roman"/>
          <w:i/>
          <w:color w:val="000000"/>
          <w:lang w:eastAsia="zh-CN"/>
        </w:rPr>
        <w:t>n</w:t>
      </w:r>
      <w:r>
        <w:rPr>
          <w:rFonts w:ascii="SimSun" w:eastAsia="SimSun" w:hAnsi="SimSun" w:cs="SimSun"/>
          <w:color w:val="000000"/>
          <w:lang w:eastAsia="zh-CN"/>
        </w:rPr>
        <w:t>中共有长度为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的线段</w:t>
      </w:r>
      <w:r>
        <w:rPr>
          <w:color w:val="000000"/>
          <w:lang w:eastAsia="zh-CN"/>
        </w:rPr>
        <w:t>_________</w:t>
      </w:r>
      <w:r>
        <w:rPr>
          <w:rFonts w:ascii="SimSun" w:eastAsia="SimSun" w:hAnsi="SimSun" w:cs="SimSun"/>
          <w:color w:val="000000"/>
          <w:lang w:eastAsia="zh-CN"/>
        </w:rPr>
        <w:t>条．</w:t>
      </w:r>
    </w:p>
    <w:p w14:paraId="1E527D9C" w14:textId="77777777" w:rsidR="008113A1" w:rsidRDefault="00000000">
      <w:pPr>
        <w:spacing w:line="360" w:lineRule="auto"/>
        <w:jc w:val="both"/>
        <w:textAlignment w:val="center"/>
        <w:rPr>
          <w:color w:val="000000"/>
          <w:lang w:eastAsia="zh-CN"/>
        </w:rPr>
      </w:pPr>
      <w:r>
        <w:rPr>
          <w:noProof/>
          <w:color w:val="000000"/>
        </w:rPr>
        <w:drawing>
          <wp:inline distT="0" distB="0" distL="114300" distR="114300" wp14:anchorId="4B42B909" wp14:editId="59C15946">
            <wp:extent cx="3000375" cy="1000125"/>
            <wp:effectExtent l="0" t="0" r="9525" b="9525"/>
            <wp:docPr id="4311"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2" name="图片 100015" descr="学科网(www.zxxk.com)--教育资源门户，提供试卷、教案、课件、论文、素材以及各类教学资源下载，还有大量而丰富的教学相关资讯！"/>
                    <pic:cNvPicPr>
                      <a:picLocks noChangeAspect="1"/>
                    </pic:cNvPicPr>
                  </pic:nvPicPr>
                  <pic:blipFill>
                    <a:blip r:embed="rId368"/>
                    <a:stretch>
                      <a:fillRect/>
                    </a:stretch>
                  </pic:blipFill>
                  <pic:spPr>
                    <a:xfrm>
                      <a:off x="0" y="0"/>
                      <a:ext cx="3000375" cy="1000125"/>
                    </a:xfrm>
                    <a:prstGeom prst="rect">
                      <a:avLst/>
                    </a:prstGeom>
                  </pic:spPr>
                </pic:pic>
              </a:graphicData>
            </a:graphic>
          </wp:inline>
        </w:drawing>
      </w:r>
      <w:r>
        <w:rPr>
          <w:color w:val="000000"/>
          <w:lang w:eastAsia="zh-CN"/>
        </w:rPr>
        <w:t xml:space="preserve">  </w:t>
      </w:r>
    </w:p>
    <w:p w14:paraId="5DA986E3" w14:textId="77777777" w:rsidR="008113A1" w:rsidRDefault="00000000">
      <w:pPr>
        <w:spacing w:line="360" w:lineRule="auto"/>
        <w:textAlignment w:val="center"/>
        <w:rPr>
          <w:color w:val="000000"/>
          <w:lang w:eastAsia="zh-CN"/>
        </w:rPr>
      </w:pPr>
      <w:r>
        <w:rPr>
          <w:color w:val="2E75B6"/>
          <w:lang w:eastAsia="zh-CN"/>
        </w:rPr>
        <w:t>【答案】</w:t>
      </w:r>
      <w:r>
        <w:rPr>
          <w:color w:val="000000"/>
          <w:lang w:eastAsia="zh-CN"/>
        </w:rPr>
        <w:t xml:space="preserve">    ①</w:t>
      </w:r>
      <w:r>
        <w:rPr>
          <w:noProof/>
          <w:color w:val="000000"/>
          <w:position w:val="-22"/>
        </w:rPr>
        <w:drawing>
          <wp:inline distT="0" distB="0" distL="114300" distR="114300" wp14:anchorId="698AA573" wp14:editId="06FA1083">
            <wp:extent cx="31750" cy="88900"/>
            <wp:effectExtent l="0" t="0" r="0" b="0"/>
            <wp:docPr id="4313" name="图片 1478606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4" name="图片 1478606776"/>
                    <pic:cNvPicPr>
                      <a:picLocks noChangeAspect="1"/>
                    </pic:cNvPicPr>
                  </pic:nvPicPr>
                  <pic:blipFill>
                    <a:blip r:embed="rId369"/>
                    <a:stretch>
                      <a:fillRect/>
                    </a:stretch>
                  </pic:blipFill>
                  <pic:spPr>
                    <a:xfrm>
                      <a:off x="0" y="0"/>
                      <a:ext cx="31750" cy="88900"/>
                    </a:xfrm>
                    <a:prstGeom prst="rect">
                      <a:avLst/>
                    </a:prstGeom>
                  </pic:spPr>
                </pic:pic>
              </a:graphicData>
            </a:graphic>
          </wp:inline>
        </w:drawing>
      </w:r>
      <w:r>
        <w:rPr>
          <w:color w:val="000000"/>
          <w:lang w:eastAsia="zh-CN"/>
        </w:rPr>
        <w:t xml:space="preserve"> </w:t>
      </w:r>
      <w:r>
        <w:pict w14:anchorId="04EEB307">
          <v:shape id="_x0000_i1626" type="#_x0000_t75" alt="学科网(www.zxxk.com)--教育资源门户，提供试卷、教案、课件、论文、素材以及各类教学资源下载，还有大量而丰富的教学相关资讯！" style="width:15.6pt;height:14.25pt">
            <v:imagedata r:id="rId341" o:title="eqId9c06fc7811f9525e8b8c833746d6af5c"/>
          </v:shape>
        </w:pict>
      </w:r>
      <w:r>
        <w:rPr>
          <w:color w:val="000000"/>
          <w:lang w:eastAsia="zh-CN"/>
        </w:rPr>
        <w:t xml:space="preserve">    ②. </w:t>
      </w:r>
      <w:r>
        <w:pict w14:anchorId="56612729">
          <v:shape id="_x0000_i1627" type="#_x0000_t75" alt="学科网(www.zxxk.com)--教育资源门户，提供试卷、教案、课件、论文、素材以及各类教学资源下载，还有大量而丰富的教学相关资讯！" style="width:40.75pt;height:29.9pt">
            <v:imagedata r:id="rId370" o:title="eqId2e6386d996da8883b12d0dc4a5660a79"/>
          </v:shape>
        </w:pict>
      </w:r>
    </w:p>
    <w:p w14:paraId="6B8D5829" w14:textId="77777777" w:rsidR="008113A1" w:rsidRDefault="00000000">
      <w:pPr>
        <w:spacing w:line="360" w:lineRule="auto"/>
        <w:textAlignment w:val="center"/>
        <w:rPr>
          <w:color w:val="000000"/>
          <w:lang w:eastAsia="zh-CN"/>
        </w:rPr>
      </w:pPr>
      <w:r>
        <w:rPr>
          <w:color w:val="2E75B6"/>
          <w:lang w:eastAsia="zh-CN"/>
        </w:rPr>
        <w:t>【解析】</w:t>
      </w:r>
    </w:p>
    <w:p w14:paraId="287C074B"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观察图形变化规律，每个图形三角形的数目都可以写成个数的平方，而图中小三角形</w:t>
      </w:r>
      <w:proofErr w:type="gramStart"/>
      <w:r>
        <w:rPr>
          <w:rFonts w:ascii="SimSun" w:eastAsia="SimSun" w:hAnsi="SimSun" w:cs="SimSun"/>
          <w:color w:val="000000"/>
          <w:lang w:eastAsia="zh-CN"/>
        </w:rPr>
        <w:t>的边除大三角</w:t>
      </w:r>
      <w:proofErr w:type="gramEnd"/>
      <w:r>
        <w:rPr>
          <w:rFonts w:ascii="SimSun" w:eastAsia="SimSun" w:hAnsi="SimSun" w:cs="SimSun"/>
          <w:color w:val="000000"/>
          <w:lang w:eastAsia="zh-CN"/>
        </w:rPr>
        <w:t>形的边外其他均两两重合，据此计算边数．</w:t>
      </w:r>
    </w:p>
    <w:p w14:paraId="39309F63"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第①</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图形有</w:t>
      </w:r>
      <w:r>
        <w:pict w14:anchorId="18FCC2BE">
          <v:shape id="_x0000_i1628" type="#_x0000_t75" alt="学科网(www.zxxk.com)--教育资源门户，提供试卷、教案、课件、论文、素材以及各类教学资源下载，还有大量而丰富的教学相关资讯！" style="width:27.15pt;height:14.95pt">
            <v:imagedata r:id="rId371" o:title="eqIdc1db1c8f88c5de20586db0cde44d3e28"/>
          </v:shape>
        </w:pic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三角形，共有长度为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的线段3条，</w:t>
      </w:r>
    </w:p>
    <w:p w14:paraId="0FBDF1F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第②</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图形有</w:t>
      </w:r>
      <w:r>
        <w:pict w14:anchorId="41C5EC6B">
          <v:shape id="_x0000_i1629" type="#_x0000_t75" alt="学科网(www.zxxk.com)--教育资源门户，提供试卷、教案、课件、论文、素材以及各类教学资源下载，还有大量而丰富的教学相关资讯！" style="width:44.85pt;height:15.6pt">
            <v:imagedata r:id="rId372" o:title="eqId194969148c9c1b7df23d1c65f16767da"/>
          </v:shape>
        </w:pic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三角形，共有长度为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的线段</w:t>
      </w:r>
      <w:r>
        <w:pict w14:anchorId="430725F2">
          <v:shape id="_x0000_i1630" type="#_x0000_t75" alt="学科网(www.zxxk.com)--教育资源门户，提供试卷、教案、课件、论文、素材以及各类教学资源下载，还有大量而丰富的教学相关资讯！" style="width:65.9pt;height:20.4pt">
            <v:imagedata r:id="rId373" o:title="eqId890f04a41435e1f63649940f398e2943"/>
          </v:shape>
        </w:pict>
      </w:r>
      <w:r>
        <w:rPr>
          <w:color w:val="000000"/>
          <w:lang w:eastAsia="zh-CN"/>
        </w:rPr>
        <w:t>（</w:t>
      </w:r>
      <w:r>
        <w:rPr>
          <w:rFonts w:ascii="SimSun" w:eastAsia="SimSun" w:hAnsi="SimSun" w:cs="SimSun"/>
          <w:color w:val="000000"/>
          <w:lang w:eastAsia="zh-CN"/>
        </w:rPr>
        <w:t>条），</w:t>
      </w:r>
    </w:p>
    <w:p w14:paraId="49AF231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第③</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图形有</w:t>
      </w:r>
      <w:r>
        <w:pict w14:anchorId="36869D05">
          <v:shape id="_x0000_i1631" type="#_x0000_t75" alt="学科网(www.zxxk.com)--教育资源门户，提供试卷、教案、课件、论文、素材以及各类教学资源下载，还有大量而丰富的教学相关资讯！" style="width:78.1pt;height:15.6pt">
            <v:imagedata r:id="rId374" o:title="eqId0db81801aae5e0839f9d5f3fc90ccd71"/>
          </v:shape>
        </w:pic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三角形，共有长度为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的线段</w:t>
      </w:r>
      <w:r>
        <w:pict w14:anchorId="6A9B24EE">
          <v:shape id="_x0000_i1632" type="#_x0000_t75" alt="学科网(www.zxxk.com)--教育资源门户，提供试卷、教案、课件、论文、素材以及各类教学资源下载，还有大量而丰富的教学相关资讯！" style="width:86.25pt;height:20.4pt">
            <v:imagedata r:id="rId375" o:title="eqId9ec7c089aec2030f0ff271021b0ddefc"/>
          </v:shape>
        </w:pict>
      </w:r>
      <w:r>
        <w:rPr>
          <w:color w:val="000000"/>
          <w:lang w:eastAsia="zh-CN"/>
        </w:rPr>
        <w:t>（</w:t>
      </w:r>
      <w:r>
        <w:rPr>
          <w:rFonts w:ascii="SimSun" w:eastAsia="SimSun" w:hAnsi="SimSun" w:cs="SimSun"/>
          <w:color w:val="000000"/>
          <w:lang w:eastAsia="zh-CN"/>
        </w:rPr>
        <w:t>条），</w:t>
      </w:r>
    </w:p>
    <w:p w14:paraId="4A4BC14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第③</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图形有</w:t>
      </w:r>
      <w:r>
        <w:pict w14:anchorId="3B680DB3">
          <v:shape id="_x0000_i1633" type="#_x0000_t75" alt="学科网(www.zxxk.com)--教育资源门户，提供试卷、教案、课件、论文、素材以及各类教学资源下载，还有大量而丰富的教学相关资讯！" style="width:101.2pt;height:15.6pt">
            <v:imagedata r:id="rId376" o:title="eqId58e2c1b4a75d42c6529f53a36aebb5ae"/>
          </v:shape>
        </w:pic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三角形，共有长度为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的线段</w:t>
      </w:r>
      <w:r>
        <w:pict w14:anchorId="59BD85FF">
          <v:shape id="_x0000_i1634" type="#_x0000_t75" alt="学科网(www.zxxk.com)--教育资源门户，提供试卷、教案、课件、论文、素材以及各类教学资源下载，还有大量而丰富的教学相关资讯！" style="width:103.9pt;height:20.4pt">
            <v:imagedata r:id="rId377" o:title="eqIdbf1491ecd0304157751a5ee8eba2ebff"/>
          </v:shape>
        </w:pict>
      </w:r>
      <w:r>
        <w:rPr>
          <w:color w:val="000000"/>
          <w:lang w:eastAsia="zh-CN"/>
        </w:rPr>
        <w:t>（</w:t>
      </w:r>
      <w:r>
        <w:rPr>
          <w:rFonts w:ascii="SimSun" w:eastAsia="SimSun" w:hAnsi="SimSun" w:cs="SimSun"/>
          <w:color w:val="000000"/>
          <w:lang w:eastAsia="zh-CN"/>
        </w:rPr>
        <w:t>条），</w:t>
      </w:r>
    </w:p>
    <w:p w14:paraId="315D0534"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第⑤</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图形有</w:t>
      </w:r>
      <w:r>
        <w:pict w14:anchorId="0B60A8A1">
          <v:shape id="_x0000_i1635" type="#_x0000_t75" alt="学科网(www.zxxk.com)--教育资源门户，提供试卷、教案、课件、论文、素材以及各类教学资源下载，还有大量而丰富的教学相关资讯！" style="width:118.2pt;height:16.3pt">
            <v:imagedata r:id="rId378" o:title="eqId33c301deae7b2027e39dffce194ed3c8"/>
          </v:shape>
        </w:pic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三角形，拼成大正方形边长为</w:t>
      </w:r>
      <w:r>
        <w:pict w14:anchorId="5FE4E530">
          <v:shape id="_x0000_i1636" type="#_x0000_t75" alt="学科网(www.zxxk.com)--教育资源门户，提供试卷、教案、课件、论文、素材以及各类教学资源下载，还有大量而丰富的教学相关资讯！" style="width:15.6pt;height:14.25pt">
            <v:imagedata r:id="rId367" o:title="eqIdad52beba3181bfc922d5c59d73a5a11a"/>
          </v:shape>
        </w:pict>
      </w:r>
      <w:r>
        <w:rPr>
          <w:color w:val="000000"/>
          <w:lang w:eastAsia="zh-CN"/>
        </w:rPr>
        <w:t>，</w:t>
      </w:r>
      <w:r>
        <w:rPr>
          <w:rFonts w:ascii="SimSun" w:eastAsia="SimSun" w:hAnsi="SimSun" w:cs="SimSun"/>
          <w:color w:val="000000"/>
          <w:lang w:eastAsia="zh-CN"/>
        </w:rPr>
        <w:t>共有长度为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的线段</w:t>
      </w:r>
      <w:r>
        <w:pict w14:anchorId="217342BC">
          <v:shape id="_x0000_i1637" type="#_x0000_t75" alt="学科网(www.zxxk.com)--教育资源门户，提供试卷、教案、课件、论文、素材以及各类教学资源下载，还有大量而丰富的教学相关资讯！" style="width:120.25pt;height:20.4pt">
            <v:imagedata r:id="rId379" o:title="eqIdbe22986370c6ebbb612d77794cd661df"/>
          </v:shape>
        </w:pict>
      </w:r>
      <w:r>
        <w:rPr>
          <w:color w:val="000000"/>
          <w:lang w:eastAsia="zh-CN"/>
        </w:rPr>
        <w:t>（</w:t>
      </w:r>
      <w:r>
        <w:rPr>
          <w:rFonts w:ascii="SimSun" w:eastAsia="SimSun" w:hAnsi="SimSun" w:cs="SimSun"/>
          <w:color w:val="000000"/>
          <w:lang w:eastAsia="zh-CN"/>
        </w:rPr>
        <w:t>条），</w:t>
      </w:r>
    </w:p>
    <w:p w14:paraId="25B4D751"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w:t>
      </w:r>
      <w:r>
        <w:rPr>
          <w:rFonts w:ascii="SimSun" w:eastAsia="SimSun" w:hAnsi="SimSun" w:cs="SimSun"/>
          <w:color w:val="000000"/>
          <w:lang w:eastAsia="zh-CN"/>
        </w:rPr>
        <w:t>，按此规律，</w:t>
      </w:r>
    </w:p>
    <w:p w14:paraId="25B4FE44"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则第</w:t>
      </w:r>
      <w:r>
        <w:rPr>
          <w:rFonts w:ascii="Times New Roman" w:eastAsia="Times New Roman" w:hAnsi="Times New Roman" w:cs="Times New Roman"/>
          <w:i/>
          <w:color w:val="000000"/>
          <w:lang w:eastAsia="zh-CN"/>
        </w:rPr>
        <w:t>n</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图形中三角形的个数：</w:t>
      </w:r>
      <w:r>
        <w:pict w14:anchorId="6370AB6C">
          <v:shape id="_x0000_i1638" type="#_x0000_t75" alt="学科网(www.zxxk.com)--教育资源门户，提供试卷、教案、课件、论文、素材以及各类教学资源下载，还有大量而丰富的教学相关资讯！" style="width:131.1pt;height:15.6pt">
            <v:imagedata r:id="rId380" o:title="eqIdcf779068c3a4f60dcada365a40270742"/>
          </v:shape>
        </w:pic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三角形，图中共有长度为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的线段</w:t>
      </w:r>
      <w:r>
        <w:pict w14:anchorId="2C30784A">
          <v:shape id="_x0000_i1639" type="#_x0000_t75" alt="学科网(www.zxxk.com)--教育资源门户，提供试卷、教案、课件、论文、素材以及各类教学资源下载，还有大量而丰富的教学相关资讯！" style="width:155.55pt;height:33.3pt">
            <v:imagedata r:id="rId381" o:title="eqId5d63e718cd400da45e5822809f174924"/>
          </v:shape>
        </w:pict>
      </w:r>
      <w:r>
        <w:rPr>
          <w:color w:val="000000"/>
          <w:lang w:eastAsia="zh-CN"/>
        </w:rPr>
        <w:t>（</w:t>
      </w:r>
      <w:r>
        <w:rPr>
          <w:rFonts w:ascii="SimSun" w:eastAsia="SimSun" w:hAnsi="SimSun" w:cs="SimSun"/>
          <w:color w:val="000000"/>
          <w:lang w:eastAsia="zh-CN"/>
        </w:rPr>
        <w:t>条）．</w:t>
      </w:r>
    </w:p>
    <w:p w14:paraId="03B0AC6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5FEC3A08">
          <v:shape id="_x0000_i1640" type="#_x0000_t75" alt="学科网(www.zxxk.com)--教育资源门户，提供试卷、教案、课件、论文、素材以及各类教学资源下载，还有大量而丰富的教学相关资讯！" style="width:15.6pt;height:14.25pt">
            <v:imagedata r:id="rId341" o:title="eqId9c06fc7811f9525e8b8c833746d6af5c"/>
          </v:shape>
        </w:pict>
      </w:r>
      <w:r>
        <w:rPr>
          <w:rFonts w:ascii="SimSun" w:eastAsia="SimSun" w:hAnsi="SimSun" w:cs="SimSun"/>
          <w:color w:val="000000"/>
          <w:lang w:eastAsia="zh-CN"/>
        </w:rPr>
        <w:t>，</w:t>
      </w:r>
      <w:r>
        <w:pict w14:anchorId="6549BD49">
          <v:shape id="_x0000_i1641" type="#_x0000_t75" alt="学科网(www.zxxk.com)--教育资源门户，提供试卷、教案、课件、论文、素材以及各类教学资源下载，还有大量而丰富的教学相关资讯！" style="width:40.75pt;height:29.9pt">
            <v:imagedata r:id="rId370" o:title="eqId2e6386d996da8883b12d0dc4a5660a79"/>
          </v:shape>
        </w:pict>
      </w:r>
      <w:r>
        <w:rPr>
          <w:rFonts w:ascii="SimSun" w:eastAsia="SimSun" w:hAnsi="SimSun" w:cs="SimSun"/>
          <w:color w:val="000000"/>
          <w:lang w:eastAsia="zh-CN"/>
        </w:rPr>
        <w:t>．</w:t>
      </w:r>
    </w:p>
    <w:p w14:paraId="772BEAF1" w14:textId="77777777" w:rsidR="008113A1" w:rsidRDefault="00000000">
      <w:pPr>
        <w:spacing w:line="360" w:lineRule="auto"/>
        <w:jc w:val="both"/>
        <w:textAlignment w:val="center"/>
        <w:rPr>
          <w:color w:val="000000"/>
          <w:lang w:eastAsia="zh-CN"/>
        </w:rPr>
      </w:pPr>
      <w:r>
        <w:rPr>
          <w:rFonts w:ascii="SimSun" w:eastAsia="SimSun" w:hAnsi="SimSun" w:cs="SimSun"/>
          <w:b/>
          <w:color w:val="000000"/>
          <w:sz w:val="24"/>
          <w:lang w:eastAsia="zh-CN"/>
        </w:rPr>
        <w:lastRenderedPageBreak/>
        <w:t>三、解答题（共</w:t>
      </w:r>
      <w:r>
        <w:rPr>
          <w:rFonts w:ascii="Times New Roman" w:eastAsia="Times New Roman" w:hAnsi="Times New Roman" w:cs="Times New Roman"/>
          <w:b/>
          <w:color w:val="000000"/>
          <w:sz w:val="24"/>
          <w:lang w:eastAsia="zh-CN"/>
        </w:rPr>
        <w:t>68</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17</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20</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18</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10</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19</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20</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23</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24</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8</w:t>
      </w:r>
      <w:r>
        <w:rPr>
          <w:rFonts w:ascii="SimSun" w:eastAsia="SimSun" w:hAnsi="SimSun" w:cs="SimSun"/>
          <w:b/>
          <w:color w:val="000000"/>
          <w:sz w:val="24"/>
          <w:lang w:eastAsia="zh-CN"/>
        </w:rPr>
        <w:t>分）解答应写出文字说明、演算步骤或证明过程</w:t>
      </w:r>
    </w:p>
    <w:p w14:paraId="6AE11689" w14:textId="77777777" w:rsidR="008113A1" w:rsidRDefault="00000000">
      <w:pPr>
        <w:pStyle w:val="Heading2"/>
        <w:rPr>
          <w:lang w:eastAsia="zh-CN"/>
        </w:rPr>
      </w:pPr>
      <w:bookmarkStart w:id="38" w:name="_Toc235460055"/>
      <w:r>
        <w:rPr>
          <w:lang w:eastAsia="zh-CN"/>
        </w:rPr>
        <w:t>西城区第四十三中</w:t>
      </w:r>
      <w:bookmarkEnd w:id="38"/>
    </w:p>
    <w:p w14:paraId="582A70B1" w14:textId="77777777" w:rsidR="008113A1" w:rsidRDefault="00000000">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对连续的偶数</w:t>
      </w:r>
      <w:r>
        <w:rPr>
          <w:rFonts w:ascii="Times New Roman" w:eastAsia="Times New Roman" w:hAnsi="Times New Roman" w:cs="Times New Roman"/>
          <w:color w:val="000000"/>
          <w:lang w:eastAsia="zh-CN"/>
        </w:rPr>
        <w:t>2</w:t>
      </w:r>
      <w:r>
        <w:rPr>
          <w:rFonts w:ascii="SimSun" w:eastAsia="SimSun" w:hAnsi="SimSun" w:cs="SimSun"/>
          <w:color w:val="000000"/>
          <w:lang w:eastAsia="zh-CN"/>
        </w:rPr>
        <w:t>，</w:t>
      </w:r>
      <w:r>
        <w:rPr>
          <w:rFonts w:ascii="Times New Roman" w:eastAsia="Times New Roman" w:hAnsi="Times New Roman" w:cs="Times New Roman"/>
          <w:color w:val="000000"/>
          <w:lang w:eastAsia="zh-CN"/>
        </w:rPr>
        <w:t>4</w:t>
      </w:r>
      <w:r>
        <w:rPr>
          <w:rFonts w:ascii="SimSun" w:eastAsia="SimSun" w:hAnsi="SimSun" w:cs="SimSun"/>
          <w:color w:val="000000"/>
          <w:lang w:eastAsia="zh-CN"/>
        </w:rPr>
        <w:t>，</w:t>
      </w:r>
      <w:r>
        <w:rPr>
          <w:rFonts w:ascii="Times New Roman" w:eastAsia="Times New Roman" w:hAnsi="Times New Roman" w:cs="Times New Roman"/>
          <w:color w:val="000000"/>
          <w:lang w:eastAsia="zh-CN"/>
        </w:rPr>
        <w:t>6</w:t>
      </w:r>
      <w:r>
        <w:rPr>
          <w:rFonts w:ascii="SimSun" w:eastAsia="SimSun" w:hAnsi="SimSun" w:cs="SimSun"/>
          <w:color w:val="000000"/>
          <w:lang w:eastAsia="zh-CN"/>
        </w:rPr>
        <w:t>，</w:t>
      </w:r>
      <w:r>
        <w:rPr>
          <w:rFonts w:ascii="Times New Roman" w:eastAsia="Times New Roman" w:hAnsi="Times New Roman" w:cs="Times New Roman"/>
          <w:color w:val="000000"/>
          <w:lang w:eastAsia="zh-CN"/>
        </w:rPr>
        <w:t>8……</w:t>
      </w:r>
      <w:proofErr w:type="gramStart"/>
      <w:r>
        <w:rPr>
          <w:rFonts w:ascii="SimSun" w:eastAsia="SimSun" w:hAnsi="SimSun" w:cs="SimSun"/>
          <w:color w:val="000000"/>
          <w:lang w:eastAsia="zh-CN"/>
        </w:rPr>
        <w:t>排成如右图的形式</w:t>
      </w:r>
      <w:r>
        <w:rPr>
          <w:rFonts w:ascii="Times New Roman" w:eastAsia="Times New Roman" w:hAnsi="Times New Roman" w:cs="Times New Roman"/>
          <w:color w:val="000000"/>
          <w:lang w:eastAsia="zh-CN"/>
        </w:rPr>
        <w:t>.</w:t>
      </w:r>
      <w:r>
        <w:rPr>
          <w:rFonts w:ascii="SimSun" w:eastAsia="SimSun" w:hAnsi="SimSun" w:cs="SimSun"/>
          <w:color w:val="000000"/>
          <w:lang w:eastAsia="zh-CN"/>
        </w:rPr>
        <w:t>将图中的十字框上下左右移动</w:t>
      </w:r>
      <w:proofErr w:type="gramEnd"/>
      <w:r>
        <w:rPr>
          <w:rFonts w:ascii="SimSun" w:eastAsia="SimSun" w:hAnsi="SimSun" w:cs="SimSun"/>
          <w:color w:val="000000"/>
          <w:lang w:eastAsia="zh-CN"/>
        </w:rPr>
        <w:t>，使框住的五个数之和等于</w:t>
      </w:r>
      <w:r>
        <w:pict w14:anchorId="11192A1F">
          <v:shape id="_x0000_i1642" type="#_x0000_t75" alt="学科网(www.zxxk.com)--教育资源门户，提供试卷、教案、课件、论文、素材以及各类教学资源下载，还有大量而丰富的教学相关资讯！" style="width:28.55pt;height:13.6pt">
            <v:imagedata r:id="rId382" o:title="eqId701554763bdbbf2689a8dae07608da38"/>
          </v:shape>
        </w:pict>
      </w:r>
      <w:r>
        <w:rPr>
          <w:rFonts w:ascii="SimSun" w:eastAsia="SimSun" w:hAnsi="SimSun" w:cs="SimSun"/>
          <w:color w:val="000000"/>
          <w:lang w:eastAsia="zh-CN"/>
        </w:rPr>
        <w:t>，则这五个数中位置在最中间的数是</w:t>
      </w:r>
      <w:r>
        <w:rPr>
          <w:color w:val="000000"/>
          <w:lang w:eastAsia="zh-CN"/>
        </w:rPr>
        <w:t>______</w:t>
      </w:r>
      <w:r>
        <w:rPr>
          <w:rFonts w:ascii="SimSun" w:eastAsia="SimSun" w:hAnsi="SimSun" w:cs="SimSun"/>
          <w:color w:val="000000"/>
          <w:lang w:eastAsia="zh-CN"/>
        </w:rPr>
        <w:t>．</w:t>
      </w:r>
    </w:p>
    <w:tbl>
      <w:tblPr>
        <w:tblW w:w="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15"/>
        <w:gridCol w:w="915"/>
        <w:gridCol w:w="915"/>
        <w:gridCol w:w="915"/>
        <w:gridCol w:w="915"/>
      </w:tblGrid>
      <w:tr w:rsidR="008113A1" w14:paraId="49309C9B" w14:textId="77777777">
        <w:trPr>
          <w:trHeight w:val="300"/>
        </w:trPr>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89AA81"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2</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5F0D53"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4</w:t>
            </w:r>
          </w:p>
        </w:tc>
        <w:tc>
          <w:tcPr>
            <w:tcW w:w="915" w:type="dxa"/>
            <w:tcBorders>
              <w:top w:val="single" w:sz="6" w:space="0" w:color="000000"/>
              <w:left w:val="single" w:sz="6" w:space="0" w:color="000000"/>
              <w:bottom w:val="single" w:sz="12" w:space="0" w:color="000000"/>
              <w:right w:val="single" w:sz="6" w:space="0" w:color="000000"/>
            </w:tcBorders>
            <w:tcMar>
              <w:top w:w="75" w:type="dxa"/>
              <w:bottom w:w="75" w:type="dxa"/>
            </w:tcMar>
            <w:vAlign w:val="center"/>
          </w:tcPr>
          <w:p w14:paraId="3D8F09A9"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6</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727070"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8</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503C93"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10</w:t>
            </w:r>
          </w:p>
        </w:tc>
      </w:tr>
      <w:tr w:rsidR="008113A1" w14:paraId="0B8DB104" w14:textId="77777777">
        <w:trPr>
          <w:trHeight w:val="300"/>
        </w:trPr>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F4D1E7"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12</w:t>
            </w:r>
          </w:p>
        </w:tc>
        <w:tc>
          <w:tcPr>
            <w:tcW w:w="915" w:type="dxa"/>
            <w:tcBorders>
              <w:top w:val="single" w:sz="6" w:space="0" w:color="000000"/>
              <w:left w:val="single" w:sz="6" w:space="0" w:color="000000"/>
              <w:bottom w:val="single" w:sz="12" w:space="0" w:color="000000"/>
              <w:right w:val="single" w:sz="12" w:space="0" w:color="000000"/>
            </w:tcBorders>
            <w:tcMar>
              <w:top w:w="75" w:type="dxa"/>
              <w:bottom w:w="75" w:type="dxa"/>
            </w:tcMar>
            <w:vAlign w:val="center"/>
          </w:tcPr>
          <w:p w14:paraId="132584D4"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14</w:t>
            </w:r>
          </w:p>
        </w:tc>
        <w:tc>
          <w:tcPr>
            <w:tcW w:w="915" w:type="dxa"/>
            <w:tcBorders>
              <w:top w:val="single" w:sz="12" w:space="0" w:color="000000"/>
              <w:left w:val="single" w:sz="12" w:space="0" w:color="000000"/>
              <w:bottom w:val="single" w:sz="6" w:space="0" w:color="000000"/>
              <w:right w:val="single" w:sz="12" w:space="0" w:color="000000"/>
            </w:tcBorders>
            <w:tcMar>
              <w:top w:w="75" w:type="dxa"/>
              <w:bottom w:w="75" w:type="dxa"/>
            </w:tcMar>
            <w:vAlign w:val="center"/>
          </w:tcPr>
          <w:p w14:paraId="216580CD"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16</w:t>
            </w:r>
          </w:p>
        </w:tc>
        <w:tc>
          <w:tcPr>
            <w:tcW w:w="915" w:type="dxa"/>
            <w:tcBorders>
              <w:top w:val="single" w:sz="6" w:space="0" w:color="000000"/>
              <w:left w:val="single" w:sz="12" w:space="0" w:color="000000"/>
              <w:bottom w:val="single" w:sz="12" w:space="0" w:color="000000"/>
              <w:right w:val="single" w:sz="6" w:space="0" w:color="000000"/>
            </w:tcBorders>
            <w:tcMar>
              <w:top w:w="75" w:type="dxa"/>
              <w:bottom w:w="75" w:type="dxa"/>
            </w:tcMar>
            <w:vAlign w:val="center"/>
          </w:tcPr>
          <w:p w14:paraId="4E0AEC66"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18</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1BDA2D"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20</w:t>
            </w:r>
          </w:p>
        </w:tc>
      </w:tr>
      <w:tr w:rsidR="008113A1" w14:paraId="40A69309" w14:textId="77777777">
        <w:trPr>
          <w:trHeight w:val="300"/>
        </w:trPr>
        <w:tc>
          <w:tcPr>
            <w:tcW w:w="915" w:type="dxa"/>
            <w:tcBorders>
              <w:top w:val="single" w:sz="6" w:space="0" w:color="000000"/>
              <w:left w:val="single" w:sz="6" w:space="0" w:color="000000"/>
              <w:bottom w:val="single" w:sz="6" w:space="0" w:color="000000"/>
              <w:right w:val="single" w:sz="12" w:space="0" w:color="000000"/>
            </w:tcBorders>
            <w:tcMar>
              <w:top w:w="75" w:type="dxa"/>
              <w:bottom w:w="75" w:type="dxa"/>
            </w:tcMar>
            <w:vAlign w:val="center"/>
          </w:tcPr>
          <w:p w14:paraId="55CC9090"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22</w:t>
            </w:r>
          </w:p>
        </w:tc>
        <w:tc>
          <w:tcPr>
            <w:tcW w:w="915" w:type="dxa"/>
            <w:tcBorders>
              <w:top w:val="single" w:sz="12" w:space="0" w:color="000000"/>
              <w:left w:val="single" w:sz="12" w:space="0" w:color="000000"/>
              <w:bottom w:val="single" w:sz="12" w:space="0" w:color="000000"/>
              <w:right w:val="single" w:sz="6" w:space="0" w:color="000000"/>
            </w:tcBorders>
            <w:tcMar>
              <w:top w:w="75" w:type="dxa"/>
              <w:bottom w:w="75" w:type="dxa"/>
            </w:tcMar>
            <w:vAlign w:val="center"/>
          </w:tcPr>
          <w:p w14:paraId="23D2C14D"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24</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4E6A68"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26</w:t>
            </w:r>
          </w:p>
        </w:tc>
        <w:tc>
          <w:tcPr>
            <w:tcW w:w="915" w:type="dxa"/>
            <w:tcBorders>
              <w:top w:val="single" w:sz="12" w:space="0" w:color="000000"/>
              <w:left w:val="single" w:sz="6" w:space="0" w:color="000000"/>
              <w:bottom w:val="single" w:sz="12" w:space="0" w:color="000000"/>
              <w:right w:val="single" w:sz="12" w:space="0" w:color="000000"/>
            </w:tcBorders>
            <w:tcMar>
              <w:top w:w="75" w:type="dxa"/>
              <w:bottom w:w="75" w:type="dxa"/>
            </w:tcMar>
            <w:vAlign w:val="center"/>
          </w:tcPr>
          <w:p w14:paraId="465503E7"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28</w:t>
            </w:r>
          </w:p>
        </w:tc>
        <w:tc>
          <w:tcPr>
            <w:tcW w:w="915" w:type="dxa"/>
            <w:tcBorders>
              <w:top w:val="single" w:sz="6" w:space="0" w:color="000000"/>
              <w:left w:val="single" w:sz="12" w:space="0" w:color="000000"/>
              <w:bottom w:val="single" w:sz="6" w:space="0" w:color="000000"/>
              <w:right w:val="single" w:sz="6" w:space="0" w:color="000000"/>
            </w:tcBorders>
            <w:tcMar>
              <w:top w:w="75" w:type="dxa"/>
              <w:bottom w:w="75" w:type="dxa"/>
            </w:tcMar>
            <w:vAlign w:val="center"/>
          </w:tcPr>
          <w:p w14:paraId="468392E1"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30</w:t>
            </w:r>
          </w:p>
        </w:tc>
      </w:tr>
      <w:tr w:rsidR="008113A1" w14:paraId="2BB69BBF" w14:textId="77777777">
        <w:trPr>
          <w:trHeight w:val="300"/>
        </w:trPr>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639D2E"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32</w:t>
            </w:r>
          </w:p>
        </w:tc>
        <w:tc>
          <w:tcPr>
            <w:tcW w:w="915" w:type="dxa"/>
            <w:tcBorders>
              <w:top w:val="single" w:sz="12" w:space="0" w:color="000000"/>
              <w:left w:val="single" w:sz="6" w:space="0" w:color="000000"/>
              <w:bottom w:val="single" w:sz="6" w:space="0" w:color="000000"/>
              <w:right w:val="single" w:sz="12" w:space="0" w:color="000000"/>
            </w:tcBorders>
            <w:tcMar>
              <w:top w:w="75" w:type="dxa"/>
              <w:bottom w:w="75" w:type="dxa"/>
            </w:tcMar>
            <w:vAlign w:val="center"/>
          </w:tcPr>
          <w:p w14:paraId="7591D08A"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34</w:t>
            </w:r>
          </w:p>
        </w:tc>
        <w:tc>
          <w:tcPr>
            <w:tcW w:w="915" w:type="dxa"/>
            <w:tcBorders>
              <w:top w:val="single" w:sz="6" w:space="0" w:color="000000"/>
              <w:left w:val="single" w:sz="12" w:space="0" w:color="000000"/>
              <w:bottom w:val="single" w:sz="12" w:space="0" w:color="000000"/>
              <w:right w:val="single" w:sz="12" w:space="0" w:color="000000"/>
            </w:tcBorders>
            <w:tcMar>
              <w:top w:w="75" w:type="dxa"/>
              <w:bottom w:w="75" w:type="dxa"/>
            </w:tcMar>
            <w:vAlign w:val="center"/>
          </w:tcPr>
          <w:p w14:paraId="75FA2E5F"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36</w:t>
            </w:r>
          </w:p>
        </w:tc>
        <w:tc>
          <w:tcPr>
            <w:tcW w:w="915" w:type="dxa"/>
            <w:tcBorders>
              <w:top w:val="single" w:sz="12" w:space="0" w:color="000000"/>
              <w:left w:val="single" w:sz="12" w:space="0" w:color="000000"/>
              <w:bottom w:val="single" w:sz="6" w:space="0" w:color="000000"/>
              <w:right w:val="single" w:sz="6" w:space="0" w:color="000000"/>
            </w:tcBorders>
            <w:tcMar>
              <w:top w:w="75" w:type="dxa"/>
              <w:bottom w:w="75" w:type="dxa"/>
            </w:tcMar>
            <w:vAlign w:val="center"/>
          </w:tcPr>
          <w:p w14:paraId="19D1F69D"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38</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6EEA181"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40</w:t>
            </w:r>
          </w:p>
        </w:tc>
      </w:tr>
      <w:tr w:rsidR="008113A1" w14:paraId="186C2C01" w14:textId="77777777">
        <w:trPr>
          <w:trHeight w:val="300"/>
        </w:trPr>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781A59D"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BB267D"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w:t>
            </w:r>
          </w:p>
        </w:tc>
        <w:tc>
          <w:tcPr>
            <w:tcW w:w="915" w:type="dxa"/>
            <w:tcBorders>
              <w:top w:val="single" w:sz="12" w:space="0" w:color="000000"/>
              <w:left w:val="single" w:sz="6" w:space="0" w:color="000000"/>
              <w:bottom w:val="single" w:sz="6" w:space="0" w:color="000000"/>
              <w:right w:val="single" w:sz="6" w:space="0" w:color="000000"/>
            </w:tcBorders>
            <w:tcMar>
              <w:top w:w="75" w:type="dxa"/>
              <w:bottom w:w="75" w:type="dxa"/>
            </w:tcMar>
            <w:vAlign w:val="center"/>
          </w:tcPr>
          <w:p w14:paraId="1DC07AEE" w14:textId="77777777" w:rsidR="008113A1" w:rsidRDefault="008113A1">
            <w:pPr>
              <w:spacing w:line="360" w:lineRule="auto"/>
              <w:jc w:val="center"/>
              <w:textAlignment w:val="center"/>
              <w:rPr>
                <w:color w:val="000000"/>
              </w:rPr>
            </w:pP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38B70D" w14:textId="77777777" w:rsidR="008113A1" w:rsidRDefault="008113A1">
            <w:pPr>
              <w:spacing w:line="360" w:lineRule="auto"/>
              <w:jc w:val="center"/>
              <w:textAlignment w:val="center"/>
              <w:rPr>
                <w:color w:val="000000"/>
              </w:rPr>
            </w:pP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6D36F93" w14:textId="77777777" w:rsidR="008113A1" w:rsidRDefault="008113A1">
            <w:pPr>
              <w:spacing w:line="360" w:lineRule="auto"/>
              <w:jc w:val="center"/>
              <w:textAlignment w:val="center"/>
              <w:rPr>
                <w:color w:val="000000"/>
              </w:rPr>
            </w:pPr>
          </w:p>
        </w:tc>
      </w:tr>
    </w:tbl>
    <w:p w14:paraId="08E0CE6D" w14:textId="77777777" w:rsidR="008113A1" w:rsidRDefault="00000000">
      <w:pPr>
        <w:spacing w:line="360" w:lineRule="auto"/>
        <w:textAlignment w:val="center"/>
        <w:rPr>
          <w:color w:val="000000"/>
        </w:rPr>
      </w:pPr>
      <w:r>
        <w:rPr>
          <w:color w:val="2E75B6"/>
        </w:rPr>
        <w:t>【答案】</w:t>
      </w:r>
      <w:r>
        <w:pict w14:anchorId="2221F150">
          <v:shape id="_x0000_i1643" type="#_x0000_t75" alt="学科网(www.zxxk.com)--教育资源门户，提供试卷、教案、课件、论文、素材以及各类教学资源下载，还有大量而丰富的教学相关资讯！" style="width:21.75pt;height:14.25pt">
            <v:imagedata r:id="rId383" o:title="eqIdfad2ba418a6366f21c5c26ab95d04ed6"/>
          </v:shape>
        </w:pict>
      </w:r>
    </w:p>
    <w:p w14:paraId="49CF31A8" w14:textId="77777777" w:rsidR="008113A1" w:rsidRDefault="00000000">
      <w:pPr>
        <w:spacing w:line="360" w:lineRule="auto"/>
        <w:textAlignment w:val="center"/>
        <w:rPr>
          <w:color w:val="000000"/>
        </w:rPr>
      </w:pPr>
      <w:r>
        <w:rPr>
          <w:color w:val="2E75B6"/>
        </w:rPr>
        <w:t>【解析】</w:t>
      </w:r>
    </w:p>
    <w:p w14:paraId="2CB0CAA8"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本题考查了一元一次方程</w:t>
      </w:r>
      <w:r>
        <w:rPr>
          <w:rFonts w:ascii="SimSun" w:eastAsia="SimSun" w:hAnsi="SimSun" w:cs="SimSun"/>
          <w:noProof/>
          <w:color w:val="000000"/>
        </w:rPr>
        <w:drawing>
          <wp:inline distT="0" distB="0" distL="114300" distR="114300" wp14:anchorId="42581C00" wp14:editId="4936FE7F">
            <wp:extent cx="133350" cy="177800"/>
            <wp:effectExtent l="0" t="0" r="0" b="13335"/>
            <wp:docPr id="4315" name="图片 113807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6" name="图片 1138078064"/>
                    <pic:cNvPicPr>
                      <a:picLocks noChangeAspect="1"/>
                    </pic:cNvPicPr>
                  </pic:nvPicPr>
                  <pic:blipFill>
                    <a:blip r:embed="rId384"/>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应用．根据题意确定五个数是解题的关键．</w:t>
      </w:r>
    </w:p>
    <w:p w14:paraId="155B539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设五个数中位置在最中间的数为</w:t>
      </w:r>
      <w:r>
        <w:pict w14:anchorId="4765FFEA">
          <v:shape id="_x0000_i1644" type="#_x0000_t75" alt="学科网(www.zxxk.com)--教育资源门户，提供试卷、教案、课件、论文、素材以及各类教学资源下载，还有大量而丰富的教学相关资讯！" style="width:8.85pt;height:9.5pt">
            <v:imagedata r:id="rId131" o:title="eqId81dea63b8ce3e51adf66cf7b9982a248"/>
          </v:shape>
        </w:pict>
      </w:r>
      <w:r>
        <w:rPr>
          <w:rFonts w:ascii="SimSun" w:eastAsia="SimSun" w:hAnsi="SimSun" w:cs="SimSun"/>
          <w:color w:val="000000"/>
          <w:lang w:eastAsia="zh-CN"/>
        </w:rPr>
        <w:t>，由题意知，五个数从小到大依次为</w:t>
      </w:r>
      <w:r>
        <w:pict w14:anchorId="47EF8B2E">
          <v:shape id="_x0000_i1645" type="#_x0000_t75" alt="学科网(www.zxxk.com)--教育资源门户，提供试卷、教案、课件、论文、素材以及各类教学资源下载，还有大量而丰富的教学相关资讯！" style="width:150.8pt;height:13.6pt">
            <v:imagedata r:id="rId385" o:title="eqId0107ef34a52d1093883811e979ef716e"/>
          </v:shape>
        </w:pict>
      </w:r>
      <w:r>
        <w:rPr>
          <w:rFonts w:ascii="SimSun" w:eastAsia="SimSun" w:hAnsi="SimSun" w:cs="SimSun"/>
          <w:color w:val="000000"/>
          <w:lang w:eastAsia="zh-CN"/>
        </w:rPr>
        <w:t>，依题意得，</w:t>
      </w:r>
      <w:r>
        <w:pict w14:anchorId="0B1E85DB">
          <v:shape id="_x0000_i1646" type="#_x0000_t75" alt="学科网(www.zxxk.com)--教育资源门户，提供试卷、教案、课件、论文、素材以及各类教学资源下载，还有大量而丰富的教学相关资讯！" style="width:188.85pt;height:13.6pt">
            <v:imagedata r:id="rId386" o:title="eqIdee808bd78231c3328a42828d90dacaf3"/>
          </v:shape>
        </w:pict>
      </w:r>
      <w:r>
        <w:rPr>
          <w:rFonts w:ascii="SimSun" w:eastAsia="SimSun" w:hAnsi="SimSun" w:cs="SimSun"/>
          <w:color w:val="000000"/>
          <w:lang w:eastAsia="zh-CN"/>
        </w:rPr>
        <w:t>，计算求解即可．</w:t>
      </w:r>
    </w:p>
    <w:p w14:paraId="3A1E0D36"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解：设五个数中位置在</w:t>
      </w:r>
      <w:proofErr w:type="gramStart"/>
      <w:r>
        <w:rPr>
          <w:rFonts w:ascii="SimSun" w:eastAsia="SimSun" w:hAnsi="SimSun" w:cs="SimSun"/>
          <w:color w:val="000000"/>
          <w:lang w:eastAsia="zh-CN"/>
        </w:rPr>
        <w:t>最中间</w:t>
      </w:r>
      <w:proofErr w:type="gramEnd"/>
      <w:r>
        <w:rPr>
          <w:rFonts w:ascii="SimSun" w:eastAsia="SimSun" w:hAnsi="SimSun" w:cs="SimSun"/>
          <w:noProof/>
          <w:color w:val="000000"/>
        </w:rPr>
        <w:drawing>
          <wp:inline distT="0" distB="0" distL="114300" distR="114300" wp14:anchorId="5DCE2773" wp14:editId="48CC5466">
            <wp:extent cx="133350" cy="177800"/>
            <wp:effectExtent l="0" t="0" r="0" b="13335"/>
            <wp:docPr id="4317" name="图片 1138078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8" name="图片 1138078066"/>
                    <pic:cNvPicPr>
                      <a:picLocks noChangeAspect="1"/>
                    </pic:cNvPicPr>
                  </pic:nvPicPr>
                  <pic:blipFill>
                    <a:blip r:embed="rId384"/>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数为</w:t>
      </w:r>
      <w:r>
        <w:pict w14:anchorId="0FE87A08">
          <v:shape id="_x0000_i1647" type="#_x0000_t75" alt="学科网(www.zxxk.com)--教育资源门户，提供试卷、教案、课件、论文、素材以及各类教学资源下载，还有大量而丰富的教学相关资讯！" style="width:8.85pt;height:9.5pt">
            <v:imagedata r:id="rId131" o:title="eqId81dea63b8ce3e51adf66cf7b9982a248"/>
          </v:shape>
        </w:pict>
      </w:r>
      <w:r>
        <w:rPr>
          <w:rFonts w:ascii="SimSun" w:eastAsia="SimSun" w:hAnsi="SimSun" w:cs="SimSun"/>
          <w:color w:val="000000"/>
          <w:lang w:eastAsia="zh-CN"/>
        </w:rPr>
        <w:t>，</w:t>
      </w:r>
    </w:p>
    <w:p w14:paraId="24F158C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由题意知，五个数从小到大依次为</w:t>
      </w:r>
      <w:r>
        <w:pict w14:anchorId="5C532A95">
          <v:shape id="_x0000_i1648" type="#_x0000_t75" alt="学科网(www.zxxk.com)--教育资源门户，提供试卷、教案、课件、论文、素材以及各类教学资源下载，还有大量而丰富的教学相关资讯！" style="width:150.8pt;height:13.6pt">
            <v:imagedata r:id="rId385" o:title="eqId0107ef34a52d1093883811e979ef716e"/>
          </v:shape>
        </w:pict>
      </w:r>
      <w:r>
        <w:rPr>
          <w:rFonts w:ascii="SimSun" w:eastAsia="SimSun" w:hAnsi="SimSun" w:cs="SimSun"/>
          <w:color w:val="000000"/>
          <w:lang w:eastAsia="zh-CN"/>
        </w:rPr>
        <w:t>，</w:t>
      </w:r>
    </w:p>
    <w:p w14:paraId="6B315507"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依题意得，</w:t>
      </w:r>
      <w:r>
        <w:pict w14:anchorId="5D4B14C6">
          <v:shape id="_x0000_i1649" type="#_x0000_t75" alt="学科网(www.zxxk.com)--教育资源门户，提供试卷、教案、课件、论文、素材以及各类教学资源下载，还有大量而丰富的教学相关资讯！" style="width:188.85pt;height:13.6pt">
            <v:imagedata r:id="rId386" o:title="eqIdee808bd78231c3328a42828d90dacaf3"/>
          </v:shape>
        </w:pict>
      </w:r>
      <w:r>
        <w:rPr>
          <w:rFonts w:ascii="SimSun" w:eastAsia="SimSun" w:hAnsi="SimSun" w:cs="SimSun"/>
          <w:color w:val="000000"/>
          <w:lang w:eastAsia="zh-CN"/>
        </w:rPr>
        <w:t>，</w:t>
      </w:r>
    </w:p>
    <w:p w14:paraId="66DA10A7"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解得，</w:t>
      </w:r>
      <w:r>
        <w:pict w14:anchorId="33A8C089">
          <v:shape id="_x0000_i1650" type="#_x0000_t75" alt="学科网(www.zxxk.com)--教育资源门户，提供试卷、教案、课件、论文、素材以及各类教学资源下载，还有大量而丰富的教学相关资讯！" style="width:40.1pt;height:13.6pt">
            <v:imagedata r:id="rId366" o:title="eqIdc618f52d899d091c81fafa16ce733609"/>
          </v:shape>
        </w:pict>
      </w:r>
      <w:r>
        <w:rPr>
          <w:rFonts w:ascii="SimSun" w:eastAsia="SimSun" w:hAnsi="SimSun" w:cs="SimSun"/>
          <w:color w:val="000000"/>
          <w:lang w:eastAsia="zh-CN"/>
        </w:rPr>
        <w:t>，</w:t>
      </w:r>
    </w:p>
    <w:p w14:paraId="50FD22E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lastRenderedPageBreak/>
        <w:t>故答案为：</w:t>
      </w:r>
      <w:r>
        <w:pict w14:anchorId="7C91CE0B">
          <v:shape id="_x0000_i1651" type="#_x0000_t75" alt="学科网(www.zxxk.com)--教育资源门户，提供试卷、教案、课件、论文、素材以及各类教学资源下载，还有大量而丰富的教学相关资讯！" style="width:21.75pt;height:14.25pt">
            <v:imagedata r:id="rId383" o:title="eqIdfad2ba418a6366f21c5c26ab95d04ed6"/>
          </v:shape>
        </w:pict>
      </w:r>
      <w:r>
        <w:rPr>
          <w:rFonts w:ascii="SimSun" w:eastAsia="SimSun" w:hAnsi="SimSun" w:cs="SimSun"/>
          <w:color w:val="000000"/>
          <w:lang w:eastAsia="zh-CN"/>
        </w:rPr>
        <w:t>．</w:t>
      </w:r>
    </w:p>
    <w:p w14:paraId="40063496"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三、解答题（共</w:t>
      </w:r>
      <w:r>
        <w:rPr>
          <w:rFonts w:ascii="Times New Roman" w:eastAsia="Times New Roman" w:hAnsi="Times New Roman" w:cs="Times New Roman"/>
          <w:b/>
          <w:color w:val="000000"/>
          <w:sz w:val="24"/>
          <w:lang w:eastAsia="zh-CN"/>
        </w:rPr>
        <w:t>64</w:t>
      </w:r>
      <w:r>
        <w:rPr>
          <w:rFonts w:ascii="SimSun" w:eastAsia="SimSun" w:hAnsi="SimSun" w:cs="SimSun"/>
          <w:b/>
          <w:color w:val="000000"/>
          <w:sz w:val="24"/>
          <w:lang w:eastAsia="zh-CN"/>
        </w:rPr>
        <w:t>分）</w:t>
      </w:r>
    </w:p>
    <w:p w14:paraId="491C2513" w14:textId="77777777" w:rsidR="008113A1" w:rsidRDefault="00000000">
      <w:pPr>
        <w:pStyle w:val="Heading2"/>
        <w:rPr>
          <w:lang w:eastAsia="zh-CN"/>
        </w:rPr>
      </w:pPr>
      <w:bookmarkStart w:id="39" w:name="_Toc235460056"/>
      <w:r>
        <w:rPr>
          <w:lang w:eastAsia="zh-CN"/>
        </w:rPr>
        <w:t>通州区</w:t>
      </w:r>
      <w:bookmarkEnd w:id="39"/>
    </w:p>
    <w:p w14:paraId="57C73340" w14:textId="77777777" w:rsidR="008113A1" w:rsidRDefault="00000000">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按下面的程序计算，若开始输入的值</w:t>
      </w:r>
      <w:r>
        <w:rPr>
          <w:rFonts w:ascii="Times New Roman" w:eastAsia="Times New Roman" w:hAnsi="Times New Roman" w:cs="Times New Roman"/>
          <w:i/>
          <w:color w:val="000000"/>
          <w:lang w:eastAsia="zh-CN"/>
        </w:rPr>
        <w:t>x</w:t>
      </w:r>
      <w:r>
        <w:rPr>
          <w:rFonts w:ascii="SimSun" w:eastAsia="SimSun" w:hAnsi="SimSun" w:cs="SimSun"/>
          <w:color w:val="000000"/>
          <w:lang w:eastAsia="zh-CN"/>
        </w:rPr>
        <w:t>为正整数，最后输出的结果为</w:t>
      </w:r>
      <w:r>
        <w:rPr>
          <w:rFonts w:ascii="Times New Roman" w:eastAsia="Times New Roman" w:hAnsi="Times New Roman" w:cs="Times New Roman"/>
          <w:color w:val="000000"/>
          <w:lang w:eastAsia="zh-CN"/>
        </w:rPr>
        <w:t>45</w:t>
      </w:r>
      <w:r>
        <w:rPr>
          <w:rFonts w:ascii="SimSun" w:eastAsia="SimSun" w:hAnsi="SimSun" w:cs="SimSun"/>
          <w:color w:val="000000"/>
          <w:lang w:eastAsia="zh-CN"/>
        </w:rPr>
        <w:t>，则满足条件的</w:t>
      </w:r>
      <w:r>
        <w:rPr>
          <w:rFonts w:ascii="Times New Roman" w:eastAsia="Times New Roman" w:hAnsi="Times New Roman" w:cs="Times New Roman"/>
          <w:i/>
          <w:color w:val="000000"/>
          <w:lang w:eastAsia="zh-CN"/>
        </w:rPr>
        <w:t>x</w:t>
      </w:r>
      <w:r>
        <w:rPr>
          <w:rFonts w:ascii="SimSun" w:eastAsia="SimSun" w:hAnsi="SimSun" w:cs="SimSun"/>
          <w:color w:val="000000"/>
          <w:lang w:eastAsia="zh-CN"/>
        </w:rPr>
        <w:t>的所有值是</w:t>
      </w:r>
      <w:r>
        <w:rPr>
          <w:color w:val="000000"/>
          <w:lang w:eastAsia="zh-CN"/>
        </w:rPr>
        <w:t>________</w:t>
      </w:r>
      <w:r>
        <w:rPr>
          <w:rFonts w:ascii="SimSun" w:eastAsia="SimSun" w:hAnsi="SimSun" w:cs="SimSun"/>
          <w:color w:val="000000"/>
          <w:lang w:eastAsia="zh-CN"/>
        </w:rPr>
        <w:t>．</w:t>
      </w:r>
    </w:p>
    <w:p w14:paraId="100606EE" w14:textId="77777777" w:rsidR="008113A1" w:rsidRDefault="00000000">
      <w:pPr>
        <w:spacing w:line="360" w:lineRule="auto"/>
        <w:textAlignment w:val="center"/>
        <w:rPr>
          <w:color w:val="000000"/>
          <w:lang w:eastAsia="zh-CN"/>
        </w:rPr>
      </w:pPr>
      <w:r>
        <w:rPr>
          <w:noProof/>
          <w:color w:val="000000"/>
        </w:rPr>
        <w:drawing>
          <wp:inline distT="0" distB="0" distL="114300" distR="114300" wp14:anchorId="61CE9CED" wp14:editId="4E672210">
            <wp:extent cx="2047875" cy="1943100"/>
            <wp:effectExtent l="0" t="0" r="9525" b="0"/>
            <wp:docPr id="4319"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 name="图片 100005" descr="学科网(www.zxxk.com)--教育资源门户，提供试卷、教案、课件、论文、素材以及各类教学资源下载，还有大量而丰富的教学相关资讯！"/>
                    <pic:cNvPicPr>
                      <a:picLocks noChangeAspect="1"/>
                    </pic:cNvPicPr>
                  </pic:nvPicPr>
                  <pic:blipFill>
                    <a:blip r:embed="rId387"/>
                    <a:stretch>
                      <a:fillRect/>
                    </a:stretch>
                  </pic:blipFill>
                  <pic:spPr>
                    <a:xfrm>
                      <a:off x="0" y="0"/>
                      <a:ext cx="2047875" cy="1943100"/>
                    </a:xfrm>
                    <a:prstGeom prst="rect">
                      <a:avLst/>
                    </a:prstGeom>
                  </pic:spPr>
                </pic:pic>
              </a:graphicData>
            </a:graphic>
          </wp:inline>
        </w:drawing>
      </w:r>
      <w:r>
        <w:rPr>
          <w:color w:val="000000"/>
          <w:lang w:eastAsia="zh-CN"/>
        </w:rPr>
        <w:t xml:space="preserve">  </w:t>
      </w:r>
    </w:p>
    <w:p w14:paraId="5244826C" w14:textId="77777777" w:rsidR="008113A1" w:rsidRDefault="00000000">
      <w:pPr>
        <w:spacing w:line="360" w:lineRule="auto"/>
        <w:textAlignment w:val="center"/>
        <w:rPr>
          <w:color w:val="000000"/>
          <w:lang w:eastAsia="zh-CN"/>
        </w:rPr>
      </w:pPr>
      <w:r>
        <w:rPr>
          <w:color w:val="2E75B6"/>
          <w:lang w:eastAsia="zh-CN"/>
        </w:rPr>
        <w:t>【答案】</w:t>
      </w:r>
      <w:r>
        <w:rPr>
          <w:rFonts w:ascii="Times New Roman" w:eastAsia="Times New Roman" w:hAnsi="Times New Roman" w:cs="Times New Roman"/>
          <w:color w:val="000000"/>
          <w:lang w:eastAsia="zh-CN"/>
        </w:rPr>
        <w:t>3</w:t>
      </w:r>
      <w:r>
        <w:rPr>
          <w:rFonts w:ascii="SimSun" w:eastAsia="SimSun" w:hAnsi="SimSun" w:cs="SimSun"/>
          <w:color w:val="000000"/>
          <w:lang w:eastAsia="zh-CN"/>
        </w:rPr>
        <w:t>，</w:t>
      </w:r>
      <w:r>
        <w:rPr>
          <w:rFonts w:ascii="Times New Roman" w:eastAsia="Times New Roman" w:hAnsi="Times New Roman" w:cs="Times New Roman"/>
          <w:color w:val="000000"/>
          <w:lang w:eastAsia="zh-CN"/>
        </w:rPr>
        <w:t>9</w:t>
      </w:r>
      <w:r>
        <w:rPr>
          <w:rFonts w:ascii="SimSun" w:eastAsia="SimSun" w:hAnsi="SimSun" w:cs="SimSun"/>
          <w:color w:val="000000"/>
          <w:lang w:eastAsia="zh-CN"/>
        </w:rPr>
        <w:t>，</w:t>
      </w:r>
      <w:r>
        <w:rPr>
          <w:rFonts w:ascii="Times New Roman" w:eastAsia="Times New Roman" w:hAnsi="Times New Roman" w:cs="Times New Roman"/>
          <w:color w:val="000000"/>
          <w:lang w:eastAsia="zh-CN"/>
        </w:rPr>
        <w:t>21</w:t>
      </w:r>
    </w:p>
    <w:p w14:paraId="294C3849" w14:textId="77777777" w:rsidR="008113A1" w:rsidRDefault="00000000">
      <w:pPr>
        <w:spacing w:line="360" w:lineRule="auto"/>
        <w:textAlignment w:val="center"/>
        <w:rPr>
          <w:color w:val="000000"/>
          <w:lang w:eastAsia="zh-CN"/>
        </w:rPr>
      </w:pPr>
      <w:r>
        <w:rPr>
          <w:color w:val="2E75B6"/>
          <w:lang w:eastAsia="zh-CN"/>
        </w:rPr>
        <w:t>【解析】</w:t>
      </w:r>
    </w:p>
    <w:p w14:paraId="6C181432"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本题主要考查了解方程的能力，注意理解题意与逆向思维的应用是解题的关键．</w:t>
      </w:r>
    </w:p>
    <w:p w14:paraId="72CBAD89" w14:textId="77777777" w:rsidR="008113A1" w:rsidRDefault="00000000">
      <w:pPr>
        <w:spacing w:line="360" w:lineRule="auto"/>
        <w:jc w:val="both"/>
        <w:textAlignment w:val="center"/>
        <w:rPr>
          <w:color w:val="000000"/>
          <w:lang w:eastAsia="zh-CN"/>
        </w:rPr>
      </w:pPr>
      <w:r>
        <w:rPr>
          <w:color w:val="000000"/>
          <w:lang w:eastAsia="zh-CN"/>
        </w:rPr>
        <w:t>【详解】</w:t>
      </w:r>
      <w:r>
        <w:rPr>
          <w:rFonts w:ascii="SimSun" w:eastAsia="SimSun" w:hAnsi="SimSun" w:cs="SimSun"/>
          <w:color w:val="000000"/>
          <w:lang w:eastAsia="zh-CN"/>
        </w:rPr>
        <w:t>解：若</w:t>
      </w:r>
      <w:r>
        <w:pict w14:anchorId="2B806D9C">
          <v:shape id="_x0000_i1652" type="#_x0000_t75" alt="学科网(www.zxxk.com)--教育资源门户，提供试卷、教案、课件、论文、素材以及各类教学资源下载，还有大量而丰富的教学相关资讯！" style="width:55.7pt;height:13.6pt">
            <v:imagedata r:id="rId388" o:title="eqId269caf50ef80cc7f93ba72e419a5d07b"/>
          </v:shape>
        </w:pict>
      </w:r>
      <w:r>
        <w:rPr>
          <w:rFonts w:ascii="SimSun" w:eastAsia="SimSun" w:hAnsi="SimSun" w:cs="SimSun"/>
          <w:color w:val="000000"/>
          <w:lang w:eastAsia="zh-CN"/>
        </w:rPr>
        <w:t>，则</w:t>
      </w:r>
      <w:r>
        <w:pict w14:anchorId="06045C39">
          <v:shape id="_x0000_i1653" type="#_x0000_t75" alt="学科网(www.zxxk.com)--教育资源门户，提供试卷、教案、课件、论文、素材以及各类教学资源下载，还有大量而丰富的教学相关资讯！" style="width:33.3pt;height:14.25pt">
            <v:imagedata r:id="rId389" o:title="eqIdc10abdbd2bf56e531b41b1e9bc44f877"/>
          </v:shape>
        </w:pict>
      </w:r>
      <w:r>
        <w:rPr>
          <w:rFonts w:ascii="SimSun" w:eastAsia="SimSun" w:hAnsi="SimSun" w:cs="SimSun"/>
          <w:color w:val="000000"/>
          <w:lang w:eastAsia="zh-CN"/>
        </w:rPr>
        <w:t>，</w:t>
      </w:r>
    </w:p>
    <w:p w14:paraId="2C9732EC"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若</w:t>
      </w:r>
      <w:r>
        <w:pict w14:anchorId="39336D7B">
          <v:shape id="_x0000_i1654" type="#_x0000_t75" alt="学科网(www.zxxk.com)--教育资源门户，提供试卷、教案、课件、论文、素材以及各类教学资源下载，还有大量而丰富的教学相关资讯！" style="width:55pt;height:13.6pt">
            <v:imagedata r:id="rId390" o:title="eqIdb75fe4d23068fe593f856c394c6872e5"/>
          </v:shape>
        </w:pict>
      </w:r>
      <w:r>
        <w:rPr>
          <w:rFonts w:ascii="SimSun" w:eastAsia="SimSun" w:hAnsi="SimSun" w:cs="SimSun"/>
          <w:color w:val="000000"/>
          <w:lang w:eastAsia="zh-CN"/>
        </w:rPr>
        <w:t>，则：</w:t>
      </w:r>
      <w:r>
        <w:pict w14:anchorId="3E365858">
          <v:shape id="_x0000_i1655" type="#_x0000_t75" alt="学科网(www.zxxk.com)--教育资源门户，提供试卷、教案、课件、论文、素材以及各类教学资源下载，还有大量而丰富的教学相关资讯！" style="width:27.85pt;height:14.25pt">
            <v:imagedata r:id="rId391" o:title="eqIdea3680f7d0d96efc5b207c8e9552e21c"/>
          </v:shape>
        </w:pict>
      </w:r>
      <w:r>
        <w:rPr>
          <w:rFonts w:ascii="SimSun" w:eastAsia="SimSun" w:hAnsi="SimSun" w:cs="SimSun"/>
          <w:color w:val="000000"/>
          <w:lang w:eastAsia="zh-CN"/>
        </w:rPr>
        <w:t>，</w:t>
      </w:r>
    </w:p>
    <w:p w14:paraId="700A7A5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若</w:t>
      </w:r>
      <w:r>
        <w:pict w14:anchorId="5EBD44F1">
          <v:shape id="_x0000_i1656" type="#_x0000_t75" alt="学科网(www.zxxk.com)--教育资源门户，提供试卷、教案、课件、论文、素材以及各类教学资源下载，还有大量而丰富的教学相关资讯！" style="width:50.95pt;height:14.25pt">
            <v:imagedata r:id="rId392" o:title="eqId6c055cc75481a5c1bc4503cc0f63789b"/>
          </v:shape>
        </w:pict>
      </w:r>
      <w:r>
        <w:rPr>
          <w:rFonts w:ascii="SimSun" w:eastAsia="SimSun" w:hAnsi="SimSun" w:cs="SimSun"/>
          <w:color w:val="000000"/>
          <w:lang w:eastAsia="zh-CN"/>
        </w:rPr>
        <w:t>，则：</w:t>
      </w:r>
      <w:r>
        <w:rPr>
          <w:rFonts w:ascii="Times New Roman" w:eastAsia="Times New Roman" w:hAnsi="Times New Roman" w:cs="Times New Roman"/>
          <w:color w:val="000000"/>
          <w:lang w:eastAsia="zh-CN"/>
        </w:rPr>
        <w:t xml:space="preserve"> </w:t>
      </w:r>
      <w:r>
        <w:pict w14:anchorId="3FBC9E79">
          <v:shape id="_x0000_i1657" type="#_x0000_t75" alt="学科网(www.zxxk.com)--教育资源门户，提供试卷、教案、课件、论文、素材以及各类教学资源下载，还有大量而丰富的教学相关资讯！" style="width:27.15pt;height:14.25pt">
            <v:imagedata r:id="rId393" o:title="eqIde55aa0a20848c37c1892c567b2315e04"/>
          </v:shape>
        </w:pict>
      </w:r>
      <w:r>
        <w:rPr>
          <w:rFonts w:ascii="SimSun" w:eastAsia="SimSun" w:hAnsi="SimSun" w:cs="SimSun"/>
          <w:color w:val="000000"/>
          <w:lang w:eastAsia="zh-CN"/>
        </w:rPr>
        <w:t>，</w:t>
      </w:r>
    </w:p>
    <w:p w14:paraId="3DD3F09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故满足条件的</w:t>
      </w:r>
      <w:r>
        <w:rPr>
          <w:rFonts w:ascii="Times New Roman" w:eastAsia="Times New Roman" w:hAnsi="Times New Roman" w:cs="Times New Roman"/>
          <w:i/>
          <w:color w:val="000000"/>
          <w:lang w:eastAsia="zh-CN"/>
        </w:rPr>
        <w:t>x</w:t>
      </w:r>
      <w:r>
        <w:rPr>
          <w:rFonts w:ascii="SimSun" w:eastAsia="SimSun" w:hAnsi="SimSun" w:cs="SimSun"/>
          <w:color w:val="000000"/>
          <w:lang w:eastAsia="zh-CN"/>
        </w:rPr>
        <w:t>的值是</w:t>
      </w:r>
      <w:r>
        <w:rPr>
          <w:rFonts w:ascii="Times New Roman" w:eastAsia="Times New Roman" w:hAnsi="Times New Roman" w:cs="Times New Roman"/>
          <w:color w:val="000000"/>
          <w:lang w:eastAsia="zh-CN"/>
        </w:rPr>
        <w:t>3</w:t>
      </w:r>
      <w:r>
        <w:rPr>
          <w:rFonts w:ascii="SimSun" w:eastAsia="SimSun" w:hAnsi="SimSun" w:cs="SimSun"/>
          <w:color w:val="000000"/>
          <w:lang w:eastAsia="zh-CN"/>
        </w:rPr>
        <w:t>或</w:t>
      </w:r>
      <w:r>
        <w:rPr>
          <w:rFonts w:ascii="Times New Roman" w:eastAsia="Times New Roman" w:hAnsi="Times New Roman" w:cs="Times New Roman"/>
          <w:color w:val="000000"/>
          <w:lang w:eastAsia="zh-CN"/>
        </w:rPr>
        <w:t>9</w:t>
      </w:r>
      <w:r>
        <w:rPr>
          <w:rFonts w:ascii="SimSun" w:eastAsia="SimSun" w:hAnsi="SimSun" w:cs="SimSun"/>
          <w:color w:val="000000"/>
          <w:lang w:eastAsia="zh-CN"/>
        </w:rPr>
        <w:t>或</w:t>
      </w:r>
      <w:r>
        <w:rPr>
          <w:rFonts w:ascii="Times New Roman" w:eastAsia="Times New Roman" w:hAnsi="Times New Roman" w:cs="Times New Roman"/>
          <w:color w:val="000000"/>
          <w:lang w:eastAsia="zh-CN"/>
        </w:rPr>
        <w:t>21</w:t>
      </w:r>
      <w:r>
        <w:rPr>
          <w:rFonts w:ascii="SimSun" w:eastAsia="SimSun" w:hAnsi="SimSun" w:cs="SimSun"/>
          <w:color w:val="000000"/>
          <w:lang w:eastAsia="zh-CN"/>
        </w:rPr>
        <w:t>．</w:t>
      </w:r>
    </w:p>
    <w:p w14:paraId="06C2A66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3</w:t>
      </w:r>
      <w:r>
        <w:rPr>
          <w:rFonts w:ascii="SimSun" w:eastAsia="SimSun" w:hAnsi="SimSun" w:cs="SimSun"/>
          <w:color w:val="000000"/>
          <w:lang w:eastAsia="zh-CN"/>
        </w:rPr>
        <w:t>或</w:t>
      </w:r>
      <w:r>
        <w:rPr>
          <w:rFonts w:ascii="Times New Roman" w:eastAsia="Times New Roman" w:hAnsi="Times New Roman" w:cs="Times New Roman"/>
          <w:color w:val="000000"/>
          <w:lang w:eastAsia="zh-CN"/>
        </w:rPr>
        <w:t>9</w:t>
      </w:r>
      <w:r>
        <w:rPr>
          <w:rFonts w:ascii="SimSun" w:eastAsia="SimSun" w:hAnsi="SimSun" w:cs="SimSun"/>
          <w:color w:val="000000"/>
          <w:lang w:eastAsia="zh-CN"/>
        </w:rPr>
        <w:t>或</w:t>
      </w:r>
      <w:r>
        <w:rPr>
          <w:rFonts w:ascii="Times New Roman" w:eastAsia="Times New Roman" w:hAnsi="Times New Roman" w:cs="Times New Roman"/>
          <w:color w:val="000000"/>
          <w:lang w:eastAsia="zh-CN"/>
        </w:rPr>
        <w:t>21</w:t>
      </w:r>
      <w:r>
        <w:rPr>
          <w:rFonts w:ascii="SimSun" w:eastAsia="SimSun" w:hAnsi="SimSun" w:cs="SimSun"/>
          <w:color w:val="000000"/>
          <w:lang w:eastAsia="zh-CN"/>
        </w:rPr>
        <w:t>．</w:t>
      </w:r>
    </w:p>
    <w:p w14:paraId="7475ADED" w14:textId="77777777" w:rsidR="008113A1" w:rsidRDefault="00000000">
      <w:pPr>
        <w:spacing w:line="285" w:lineRule="auto"/>
        <w:textAlignment w:val="center"/>
        <w:rPr>
          <w:color w:val="000000"/>
          <w:lang w:eastAsia="zh-CN"/>
        </w:rPr>
      </w:pPr>
      <w:r>
        <w:rPr>
          <w:rFonts w:ascii="SimSun" w:eastAsia="SimSun" w:hAnsi="SimSun" w:cs="SimSun"/>
          <w:b/>
          <w:color w:val="000000"/>
          <w:sz w:val="24"/>
          <w:lang w:eastAsia="zh-CN"/>
        </w:rPr>
        <w:t>三、解答题（</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16</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8</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23</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10</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24-27</w:t>
      </w:r>
      <w:r>
        <w:rPr>
          <w:rFonts w:ascii="SimSun" w:eastAsia="SimSun" w:hAnsi="SimSun" w:cs="SimSun"/>
          <w:b/>
          <w:color w:val="000000"/>
          <w:sz w:val="24"/>
          <w:lang w:eastAsia="zh-CN"/>
        </w:rPr>
        <w:t>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28</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分，共</w:t>
      </w:r>
      <w:r>
        <w:rPr>
          <w:rFonts w:ascii="Times New Roman" w:eastAsia="Times New Roman" w:hAnsi="Times New Roman" w:cs="Times New Roman"/>
          <w:b/>
          <w:color w:val="000000"/>
          <w:sz w:val="24"/>
          <w:lang w:eastAsia="zh-CN"/>
        </w:rPr>
        <w:t>60</w:t>
      </w:r>
      <w:r>
        <w:rPr>
          <w:rFonts w:ascii="SimSun" w:eastAsia="SimSun" w:hAnsi="SimSun" w:cs="SimSun"/>
          <w:b/>
          <w:color w:val="000000"/>
          <w:sz w:val="24"/>
          <w:lang w:eastAsia="zh-CN"/>
        </w:rPr>
        <w:t>分）</w:t>
      </w:r>
    </w:p>
    <w:p w14:paraId="619E635E" w14:textId="77777777" w:rsidR="008113A1" w:rsidRDefault="00000000">
      <w:pPr>
        <w:pStyle w:val="Heading1"/>
        <w:rPr>
          <w:lang w:eastAsia="zh-CN"/>
        </w:rPr>
      </w:pPr>
      <w:bookmarkStart w:id="40" w:name="_Toc235460057"/>
      <w:r>
        <w:rPr>
          <w:lang w:eastAsia="zh-CN"/>
        </w:rPr>
        <w:lastRenderedPageBreak/>
        <w:t>期末</w:t>
      </w:r>
      <w:bookmarkEnd w:id="40"/>
    </w:p>
    <w:p w14:paraId="1456FA2C" w14:textId="77777777" w:rsidR="008113A1" w:rsidRDefault="00000000">
      <w:pPr>
        <w:pStyle w:val="Heading2"/>
        <w:rPr>
          <w:lang w:eastAsia="zh-CN"/>
        </w:rPr>
      </w:pPr>
      <w:bookmarkStart w:id="41" w:name="_Toc235460058"/>
      <w:r>
        <w:rPr>
          <w:lang w:eastAsia="zh-CN"/>
        </w:rPr>
        <w:t>东城区</w:t>
      </w:r>
      <w:bookmarkEnd w:id="41"/>
    </w:p>
    <w:p w14:paraId="67C82879" w14:textId="77777777" w:rsidR="008113A1" w:rsidRDefault="00000000">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对于个位数字不为零的任意三位数</w:t>
      </w:r>
      <w:r>
        <w:pict w14:anchorId="762E4E7E">
          <v:shape id="_x0000_i1658" type="#_x0000_t75" alt="学科网(www.zxxk.com)--教育资源门户，提供试卷、教案、课件、论文、素材以及各类教学资源下载，还有大量而丰富的教学相关资讯！" style="width:14.25pt;height:10.2pt">
            <v:imagedata r:id="rId394" o:title="eqIdac047e91852b91af639feec23a9598b2"/>
          </v:shape>
        </w:pict>
      </w:r>
      <w:r>
        <w:rPr>
          <w:rFonts w:ascii="SimSun" w:eastAsia="SimSun" w:hAnsi="SimSun" w:cs="SimSun"/>
          <w:color w:val="000000"/>
          <w:lang w:eastAsia="zh-CN"/>
        </w:rPr>
        <w:t>，将其个位数字与百位数字对调得到</w:t>
      </w:r>
      <w:r>
        <w:pict w14:anchorId="2B05E90C">
          <v:shape id="_x0000_i1659" type="#_x0000_t75" alt="学科网(www.zxxk.com)--教育资源门户，提供试卷、教案、课件、论文、素材以及各类教学资源下载，还有大量而丰富的教学相关资讯！" style="width:19pt;height:12.9pt">
            <v:imagedata r:id="rId395" o:title="eqId1da895d8bd043625a0839128252130d9"/>
          </v:shape>
        </w:pict>
      </w:r>
      <w:r>
        <w:rPr>
          <w:rFonts w:ascii="SimSun" w:eastAsia="SimSun" w:hAnsi="SimSun" w:cs="SimSun"/>
          <w:color w:val="000000"/>
          <w:lang w:eastAsia="zh-CN"/>
        </w:rPr>
        <w:t>，则称</w:t>
      </w:r>
      <w:r>
        <w:pict w14:anchorId="3B5839BD">
          <v:shape id="_x0000_i1660" type="#_x0000_t75" alt="学科网(www.zxxk.com)--教育资源门户，提供试卷、教案、课件、论文、素材以及各类教学资源下载，还有大量而丰富的教学相关资讯！" style="width:19pt;height:12.9pt">
            <v:imagedata r:id="rId395" o:title="eqId1da895d8bd043625a0839128252130d9"/>
          </v:shape>
        </w:pict>
      </w:r>
      <w:r>
        <w:rPr>
          <w:rFonts w:ascii="SimSun" w:eastAsia="SimSun" w:hAnsi="SimSun" w:cs="SimSun"/>
          <w:color w:val="000000"/>
          <w:lang w:eastAsia="zh-CN"/>
        </w:rPr>
        <w:t>为</w:t>
      </w:r>
      <w:r>
        <w:pict w14:anchorId="7464ED67">
          <v:shape id="_x0000_i1661" type="#_x0000_t75" alt="学科网(www.zxxk.com)--教育资源门户，提供试卷、教案、课件、论文、素材以及各类教学资源下载，还有大量而丰富的教学相关资讯！" style="width:14.25pt;height:10.2pt">
            <v:imagedata r:id="rId394" o:title="eqIdac047e91852b91af639feec23a9598b2"/>
          </v:shape>
        </w:pict>
      </w:r>
      <w:proofErr w:type="gramStart"/>
      <w:r>
        <w:rPr>
          <w:rFonts w:ascii="SimSun" w:eastAsia="SimSun" w:hAnsi="SimSun" w:cs="SimSun"/>
          <w:color w:val="000000"/>
          <w:lang w:eastAsia="zh-CN"/>
        </w:rPr>
        <w:t>的</w:t>
      </w:r>
      <w:r>
        <w:rPr>
          <w:rFonts w:ascii="Times New Roman" w:eastAsia="Times New Roman" w:hAnsi="Times New Roman" w:cs="Times New Roman"/>
          <w:color w:val="000000"/>
          <w:lang w:eastAsia="zh-CN"/>
        </w:rPr>
        <w:t>“</w:t>
      </w:r>
      <w:r>
        <w:rPr>
          <w:rFonts w:ascii="SimSun" w:eastAsia="SimSun" w:hAnsi="SimSun" w:cs="SimSun"/>
          <w:color w:val="000000"/>
          <w:lang w:eastAsia="zh-CN"/>
        </w:rPr>
        <w:t>倒序数</w:t>
      </w:r>
      <w:r>
        <w:rPr>
          <w:rFonts w:ascii="Times New Roman" w:eastAsia="Times New Roman" w:hAnsi="Times New Roman" w:cs="Times New Roman"/>
          <w:color w:val="000000"/>
          <w:lang w:eastAsia="zh-CN"/>
        </w:rPr>
        <w:t>”</w:t>
      </w:r>
      <w:r>
        <w:rPr>
          <w:rFonts w:ascii="SimSun" w:eastAsia="SimSun" w:hAnsi="SimSun" w:cs="SimSun"/>
          <w:color w:val="000000"/>
          <w:lang w:eastAsia="zh-CN"/>
        </w:rPr>
        <w:t>，将一个数与它的</w:t>
      </w:r>
      <w:r>
        <w:rPr>
          <w:rFonts w:ascii="Times New Roman" w:eastAsia="Times New Roman" w:hAnsi="Times New Roman" w:cs="Times New Roman"/>
          <w:color w:val="000000"/>
          <w:lang w:eastAsia="zh-CN"/>
        </w:rPr>
        <w:t>“</w:t>
      </w:r>
      <w:proofErr w:type="gramEnd"/>
      <w:r>
        <w:rPr>
          <w:rFonts w:ascii="SimSun" w:eastAsia="SimSun" w:hAnsi="SimSun" w:cs="SimSun"/>
          <w:color w:val="000000"/>
          <w:lang w:eastAsia="zh-CN"/>
        </w:rPr>
        <w:t>倒序数</w:t>
      </w:r>
      <w:r>
        <w:rPr>
          <w:rFonts w:ascii="Times New Roman" w:eastAsia="Times New Roman" w:hAnsi="Times New Roman" w:cs="Times New Roman"/>
          <w:color w:val="000000"/>
          <w:lang w:eastAsia="zh-CN"/>
        </w:rPr>
        <w:t>”</w:t>
      </w:r>
      <w:r>
        <w:rPr>
          <w:rFonts w:ascii="SimSun" w:eastAsia="SimSun" w:hAnsi="SimSun" w:cs="SimSun"/>
          <w:color w:val="000000"/>
          <w:lang w:eastAsia="zh-CN"/>
        </w:rPr>
        <w:t>的差的绝对值与</w:t>
      </w:r>
      <w:r>
        <w:rPr>
          <w:rFonts w:ascii="Times New Roman" w:eastAsia="Times New Roman" w:hAnsi="Times New Roman" w:cs="Times New Roman"/>
          <w:color w:val="000000"/>
          <w:lang w:eastAsia="zh-CN"/>
        </w:rPr>
        <w:t>99</w:t>
      </w:r>
      <w:r>
        <w:rPr>
          <w:rFonts w:ascii="SimSun" w:eastAsia="SimSun" w:hAnsi="SimSun" w:cs="SimSun"/>
          <w:color w:val="000000"/>
          <w:lang w:eastAsia="zh-CN"/>
        </w:rPr>
        <w:t>的商记为</w:t>
      </w:r>
      <w:r>
        <w:pict w14:anchorId="30C31822">
          <v:shape id="_x0000_i1662" type="#_x0000_t75" alt="学科网(www.zxxk.com)--教育资源门户，提供试卷、教案、课件、论文、素材以及各类教学资源下载，还有大量而丰富的教学相关资讯！" style="width:23.75pt;height:19.7pt">
            <v:imagedata r:id="rId396" o:title="eqIde1065be48be7778b6d986d5ec5e46329"/>
          </v:shape>
        </w:pict>
      </w:r>
      <w:r>
        <w:rPr>
          <w:rFonts w:ascii="SimSun" w:eastAsia="SimSun" w:hAnsi="SimSun" w:cs="SimSun"/>
          <w:color w:val="000000"/>
          <w:lang w:eastAsia="zh-CN"/>
        </w:rPr>
        <w:t>．例如</w:t>
      </w:r>
      <w:r>
        <w:rPr>
          <w:rFonts w:ascii="Times New Roman" w:eastAsia="Times New Roman" w:hAnsi="Times New Roman" w:cs="Times New Roman"/>
          <w:color w:val="000000"/>
          <w:lang w:eastAsia="zh-CN"/>
        </w:rPr>
        <w:t>523</w:t>
      </w:r>
      <w:r>
        <w:rPr>
          <w:rFonts w:ascii="SimSun" w:eastAsia="SimSun" w:hAnsi="SimSun" w:cs="SimSun"/>
          <w:color w:val="000000"/>
          <w:lang w:eastAsia="zh-CN"/>
        </w:rPr>
        <w:t>为</w:t>
      </w:r>
      <w:r>
        <w:rPr>
          <w:rFonts w:ascii="Times New Roman" w:eastAsia="Times New Roman" w:hAnsi="Times New Roman" w:cs="Times New Roman"/>
          <w:color w:val="000000"/>
          <w:lang w:eastAsia="zh-CN"/>
        </w:rPr>
        <w:t>325</w:t>
      </w:r>
      <w:proofErr w:type="gramStart"/>
      <w:r>
        <w:rPr>
          <w:rFonts w:ascii="SimSun" w:eastAsia="SimSun" w:hAnsi="SimSun" w:cs="SimSun"/>
          <w:color w:val="000000"/>
          <w:lang w:eastAsia="zh-CN"/>
        </w:rPr>
        <w:t>的</w:t>
      </w:r>
      <w:r>
        <w:rPr>
          <w:rFonts w:ascii="Times New Roman" w:eastAsia="Times New Roman" w:hAnsi="Times New Roman" w:cs="Times New Roman"/>
          <w:color w:val="000000"/>
          <w:lang w:eastAsia="zh-CN"/>
        </w:rPr>
        <w:t>“</w:t>
      </w:r>
      <w:r>
        <w:rPr>
          <w:rFonts w:ascii="SimSun" w:eastAsia="SimSun" w:hAnsi="SimSun" w:cs="SimSun"/>
          <w:color w:val="000000"/>
          <w:lang w:eastAsia="zh-CN"/>
        </w:rPr>
        <w:t>倒序数</w:t>
      </w:r>
      <w:r>
        <w:rPr>
          <w:rFonts w:ascii="Times New Roman" w:eastAsia="Times New Roman" w:hAnsi="Times New Roman" w:cs="Times New Roman"/>
          <w:color w:val="000000"/>
          <w:lang w:eastAsia="zh-CN"/>
        </w:rPr>
        <w:t>”</w:t>
      </w:r>
      <w:r>
        <w:rPr>
          <w:rFonts w:ascii="SimSun" w:eastAsia="SimSun" w:hAnsi="SimSun" w:cs="SimSun"/>
          <w:color w:val="000000"/>
          <w:lang w:eastAsia="zh-CN"/>
        </w:rPr>
        <w:t>，</w:t>
      </w:r>
      <w:proofErr w:type="gramEnd"/>
      <w:r>
        <w:pict w14:anchorId="58FC3DED">
          <v:shape id="_x0000_i1663" type="#_x0000_t75" alt="学科网(www.zxxk.com)--教育资源门户，提供试卷、教案、课件、论文、素材以及各类教学资源下载，还有大量而丰富的教学相关资讯！" style="width:108.7pt;height:32.6pt">
            <v:imagedata r:id="rId397" o:title="eqId7b86692eb99734985de4ea37c969a746"/>
          </v:shape>
        </w:pict>
      </w:r>
      <w:r>
        <w:rPr>
          <w:rFonts w:ascii="SimSun" w:eastAsia="SimSun" w:hAnsi="SimSun" w:cs="SimSun"/>
          <w:color w:val="000000"/>
          <w:lang w:eastAsia="zh-CN"/>
        </w:rPr>
        <w:t>．</w:t>
      </w:r>
    </w:p>
    <w:p w14:paraId="46C1B309"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r>
        <w:pict w14:anchorId="7E872077">
          <v:shape id="_x0000_i1664" type="#_x0000_t75" alt="学科网(www.zxxk.com)--教育资源门户，提供试卷、教案、课件、论文、素材以及各类教学资源下载，还有大量而丰富的教学相关资讯！" style="width:36.7pt;height:21.05pt">
            <v:imagedata r:id="rId398" o:title="eqId39c79241324536946f9ab63a220b54cf"/>
          </v:shape>
        </w:pict>
      </w:r>
      <w:r>
        <w:rPr>
          <w:color w:val="000000"/>
          <w:lang w:eastAsia="zh-CN"/>
        </w:rPr>
        <w:t>_______</w:t>
      </w:r>
      <w:r>
        <w:rPr>
          <w:rFonts w:ascii="SimSun" w:eastAsia="SimSun" w:hAnsi="SimSun" w:cs="SimSun"/>
          <w:color w:val="000000"/>
          <w:lang w:eastAsia="zh-CN"/>
        </w:rPr>
        <w:t>；</w:t>
      </w:r>
    </w:p>
    <w:p w14:paraId="020ED2F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）对于任意三位数</w:t>
      </w:r>
      <w:r>
        <w:pict w14:anchorId="18B99916">
          <v:shape id="_x0000_i1665" type="#_x0000_t75" alt="学科网(www.zxxk.com)--教育资源门户，提供试卷、教案、课件、论文、素材以及各类教学资源下载，还有大量而丰富的教学相关资讯！" style="width:21.05pt;height:17pt">
            <v:imagedata r:id="rId399" o:title="eqIda675d752761f68640cb84085823063bf"/>
          </v:shape>
        </w:pict>
      </w:r>
      <w:r>
        <w:rPr>
          <w:rFonts w:ascii="SimSun" w:eastAsia="SimSun" w:hAnsi="SimSun" w:cs="SimSun"/>
          <w:color w:val="000000"/>
          <w:lang w:eastAsia="zh-CN"/>
        </w:rPr>
        <w:t>满足：</w:t>
      </w:r>
      <w:r>
        <w:pict w14:anchorId="1F843863">
          <v:shape id="_x0000_i1666" type="#_x0000_t75" alt="学科网(www.zxxk.com)--教育资源门户，提供试卷、教案、课件、论文、素材以及各类教学资源下载，还有大量而丰富的教学相关资讯！" style="width:52.3pt;height:21.05pt">
            <v:imagedata r:id="rId400" o:title="eqId3b426cc47395d96395d634cc318f6b39"/>
          </v:shape>
        </w:pict>
      </w:r>
      <w:r>
        <w:rPr>
          <w:rFonts w:ascii="SimSun" w:eastAsia="SimSun" w:hAnsi="SimSun" w:cs="SimSun"/>
          <w:color w:val="000000"/>
          <w:lang w:eastAsia="zh-CN"/>
        </w:rPr>
        <w:t>的值是</w:t>
      </w:r>
      <w:r>
        <w:rPr>
          <w:color w:val="000000"/>
          <w:lang w:eastAsia="zh-CN"/>
        </w:rPr>
        <w:t>_______</w:t>
      </w:r>
      <w:r>
        <w:rPr>
          <w:rFonts w:ascii="SimSun" w:eastAsia="SimSun" w:hAnsi="SimSun" w:cs="SimSun"/>
          <w:color w:val="000000"/>
          <w:lang w:eastAsia="zh-CN"/>
        </w:rPr>
        <w:t>．</w:t>
      </w:r>
    </w:p>
    <w:p w14:paraId="3073E884" w14:textId="77777777" w:rsidR="008113A1" w:rsidRDefault="00000000">
      <w:pPr>
        <w:spacing w:line="360" w:lineRule="auto"/>
        <w:textAlignment w:val="center"/>
        <w:rPr>
          <w:color w:val="000000"/>
          <w:lang w:eastAsia="zh-CN"/>
        </w:rPr>
      </w:pPr>
      <w:r>
        <w:rPr>
          <w:color w:val="2E75B6"/>
          <w:lang w:eastAsia="zh-CN"/>
        </w:rPr>
        <w:t>【答案】</w:t>
      </w:r>
      <w:r>
        <w:rPr>
          <w:color w:val="000000"/>
          <w:lang w:eastAsia="zh-CN"/>
        </w:rPr>
        <w:t xml:space="preserve">    ①. </w:t>
      </w:r>
      <w:r>
        <w:rPr>
          <w:rFonts w:ascii="Times New Roman" w:eastAsia="Times New Roman" w:hAnsi="Times New Roman" w:cs="Times New Roman"/>
          <w:color w:val="000000"/>
          <w:lang w:eastAsia="zh-CN"/>
        </w:rPr>
        <w:t>5</w:t>
      </w:r>
      <w:r>
        <w:rPr>
          <w:color w:val="000000"/>
          <w:lang w:eastAsia="zh-CN"/>
        </w:rPr>
        <w:t xml:space="preserve">    ②. </w:t>
      </w:r>
      <w:r>
        <w:pict w14:anchorId="6152D57B">
          <v:shape id="_x0000_i1667" type="#_x0000_t75" alt="学科网(www.zxxk.com)--教育资源门户，提供试卷、教案、课件、论文、素材以及各类教学资源下载，还有大量而丰富的教学相关资讯！" style="width:27.15pt;height:11.55pt">
            <v:imagedata r:id="rId401" o:title="eqIda8409329b550296446a936d97c491ca9"/>
          </v:shape>
        </w:pict>
      </w:r>
    </w:p>
    <w:p w14:paraId="193B6B8A" w14:textId="77777777" w:rsidR="008113A1" w:rsidRDefault="00000000">
      <w:pPr>
        <w:spacing w:line="360" w:lineRule="auto"/>
        <w:textAlignment w:val="center"/>
        <w:rPr>
          <w:color w:val="000000"/>
          <w:lang w:eastAsia="zh-CN"/>
        </w:rPr>
      </w:pPr>
      <w:r>
        <w:rPr>
          <w:color w:val="2E75B6"/>
          <w:lang w:eastAsia="zh-CN"/>
        </w:rPr>
        <w:t>【解析】</w:t>
      </w:r>
    </w:p>
    <w:p w14:paraId="17995631"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）根据题意，仿照例题即可求出</w:t>
      </w:r>
      <w:r>
        <w:pict w14:anchorId="29090460">
          <v:shape id="_x0000_i1668" type="#_x0000_t75" alt="学科网(www.zxxk.com)--教育资源门户，提供试卷、教案、课件、论文、素材以及各类教学资源下载，还有大量而丰富的教学相关资讯！" style="width:36.7pt;height:21.05pt">
            <v:imagedata r:id="rId398" o:title="eqId39c79241324536946f9ab63a220b54cf"/>
          </v:shape>
        </w:pict>
      </w:r>
      <w:r>
        <w:rPr>
          <w:rFonts w:ascii="SimSun" w:eastAsia="SimSun" w:hAnsi="SimSun" w:cs="SimSun"/>
          <w:color w:val="000000"/>
          <w:lang w:eastAsia="zh-CN"/>
        </w:rPr>
        <w:t>的值；</w:t>
      </w:r>
    </w:p>
    <w:p w14:paraId="56B5FF6D"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）根据题意，先列出</w:t>
      </w:r>
      <w:r>
        <w:pict w14:anchorId="4A00BF02">
          <v:shape id="_x0000_i1669" type="#_x0000_t75" alt="学科网(www.zxxk.com)--教育资源门户，提供试卷、教案、课件、论文、素材以及各类教学资源下载，还有大量而丰富的教学相关资讯！" style="width:23.75pt;height:19.7pt">
            <v:imagedata r:id="rId396" o:title="eqIde1065be48be7778b6d986d5ec5e46329"/>
          </v:shape>
        </w:pict>
      </w:r>
      <w:r>
        <w:rPr>
          <w:rFonts w:ascii="SimSun" w:eastAsia="SimSun" w:hAnsi="SimSun" w:cs="SimSun"/>
          <w:color w:val="000000"/>
          <w:lang w:eastAsia="zh-CN"/>
        </w:rPr>
        <w:t>的式子，再进行化简即可．</w:t>
      </w:r>
    </w:p>
    <w:p w14:paraId="0E22EEF3"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本题主要考查整式的加减，定义新运算．解题的关键是读懂题意，能够正确的用字母表示三位数．</w:t>
      </w:r>
    </w:p>
    <w:p w14:paraId="6D35A3A3"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）根据题意可得</w:t>
      </w:r>
      <w:r>
        <w:pict w14:anchorId="39F342FE">
          <v:shape id="_x0000_i1670" type="#_x0000_t75" alt="学科网(www.zxxk.com)--教育资源门户，提供试卷、教案、课件、论文、素材以及各类教学资源下载，还有大量而丰富的教学相关资讯！" style="width:137.9pt;height:33.3pt">
            <v:imagedata r:id="rId402" o:title="eqId1879da1872f4dd007c18acf4886889be"/>
          </v:shape>
        </w:pict>
      </w:r>
      <w:r>
        <w:rPr>
          <w:rFonts w:ascii="SimSun" w:eastAsia="SimSun" w:hAnsi="SimSun" w:cs="SimSun"/>
          <w:color w:val="000000"/>
          <w:lang w:eastAsia="zh-CN"/>
        </w:rPr>
        <w:t>，</w:t>
      </w:r>
    </w:p>
    <w:p w14:paraId="61CE3527"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故答题空</w:t>
      </w:r>
      <w:r>
        <w:rPr>
          <w:rFonts w:ascii="Times New Roman" w:eastAsia="Times New Roman" w:hAnsi="Times New Roman" w:cs="Times New Roman"/>
          <w:color w:val="000000"/>
          <w:lang w:eastAsia="zh-CN"/>
        </w:rPr>
        <w:t>1</w:t>
      </w:r>
      <w:r>
        <w:rPr>
          <w:rFonts w:ascii="SimSun" w:eastAsia="SimSun" w:hAnsi="SimSun" w:cs="SimSun"/>
          <w:color w:val="000000"/>
          <w:lang w:eastAsia="zh-CN"/>
        </w:rPr>
        <w:t>的答案为：</w:t>
      </w:r>
      <w:r>
        <w:rPr>
          <w:rFonts w:ascii="Times New Roman" w:eastAsia="Times New Roman" w:hAnsi="Times New Roman" w:cs="Times New Roman"/>
          <w:color w:val="000000"/>
          <w:lang w:eastAsia="zh-CN"/>
        </w:rPr>
        <w:t>5</w:t>
      </w:r>
    </w:p>
    <w:p w14:paraId="3EDA04FD"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）根据题意可得</w:t>
      </w:r>
    </w:p>
    <w:p w14:paraId="4CFE465C" w14:textId="77777777" w:rsidR="008113A1" w:rsidRDefault="00000000">
      <w:pPr>
        <w:spacing w:line="360" w:lineRule="auto"/>
        <w:textAlignment w:val="center"/>
        <w:rPr>
          <w:color w:val="000000"/>
        </w:rPr>
      </w:pPr>
      <w:r>
        <w:pict w14:anchorId="200B8883">
          <v:shape id="_x0000_i1671" type="#_x0000_t75" alt="学科网(www.zxxk.com)--教育资源门户，提供试卷、教案、课件、论文、素材以及各类教学资源下载，还有大量而丰富的教学相关资讯！" style="width:86.95pt;height:38.05pt">
            <v:imagedata r:id="rId403" o:title="eqId9dacd03d02c2bcbcb841bae31718c1cc"/>
          </v:shape>
        </w:pict>
      </w:r>
    </w:p>
    <w:p w14:paraId="6AEFB829" w14:textId="77777777" w:rsidR="008113A1" w:rsidRDefault="00000000">
      <w:pPr>
        <w:spacing w:line="360" w:lineRule="auto"/>
        <w:textAlignment w:val="center"/>
        <w:rPr>
          <w:color w:val="000000"/>
        </w:rPr>
      </w:pPr>
      <w:r>
        <w:pict w14:anchorId="1F0E2DFB">
          <v:shape id="_x0000_i1672" type="#_x0000_t75" alt="学科网(www.zxxk.com)--教育资源门户，提供试卷、教案、课件、论文、素材以及各类教学资源下载，还有大量而丰富的教学相关资讯！" style="width:179.3pt;height:33.3pt">
            <v:imagedata r:id="rId404" o:title="eqIdeb6310a1d8fa5d424e0347b7f43868c8"/>
          </v:shape>
        </w:pict>
      </w:r>
    </w:p>
    <w:p w14:paraId="6284B499" w14:textId="77777777" w:rsidR="008113A1" w:rsidRDefault="00000000">
      <w:pPr>
        <w:spacing w:line="360" w:lineRule="auto"/>
        <w:textAlignment w:val="center"/>
        <w:rPr>
          <w:color w:val="000000"/>
        </w:rPr>
      </w:pPr>
      <w:r>
        <w:lastRenderedPageBreak/>
        <w:pict w14:anchorId="04948365">
          <v:shape id="_x0000_i1673" type="#_x0000_t75" alt="学科网(www.zxxk.com)--教育资源门户，提供试卷、教案、课件、论文、素材以及各类教学资源下载，还有大量而丰富的教学相关资讯！" style="width:65.2pt;height:33.3pt">
            <v:imagedata r:id="rId405" o:title="eqId28dc560534f4fcee2d6ad3dc5c816af8"/>
          </v:shape>
        </w:pict>
      </w:r>
    </w:p>
    <w:p w14:paraId="0E601227" w14:textId="77777777" w:rsidR="008113A1" w:rsidRDefault="00000000">
      <w:pPr>
        <w:spacing w:line="360" w:lineRule="auto"/>
        <w:textAlignment w:val="center"/>
        <w:rPr>
          <w:color w:val="000000"/>
        </w:rPr>
      </w:pPr>
      <w:r>
        <w:pict w14:anchorId="6BCDC757">
          <v:shape id="_x0000_i1674" type="#_x0000_t75" alt="学科网(www.zxxk.com)--教育资源门户，提供试卷、教案、课件、论文、素材以及各类教学资源下载，还有大量而丰富的教学相关资讯！" style="width:38.7pt;height:20.4pt">
            <v:imagedata r:id="rId406" o:title="eqIdd8a798baa3329f4d59a9d69b0b15c82e"/>
          </v:shape>
        </w:pict>
      </w:r>
    </w:p>
    <w:p w14:paraId="572C00B5" w14:textId="77777777" w:rsidR="008113A1" w:rsidRDefault="00000000">
      <w:pPr>
        <w:spacing w:line="360" w:lineRule="auto"/>
        <w:textAlignment w:val="center"/>
        <w:rPr>
          <w:color w:val="000000"/>
        </w:rPr>
      </w:pPr>
      <w:r>
        <w:pict w14:anchorId="42E69644">
          <v:shape id="_x0000_i1675" type="#_x0000_t75" alt="学科网(www.zxxk.com)--教育资源门户，提供试卷、教案、课件、论文、素材以及各类教学资源下载，还有大量而丰富的教学相关资讯！" style="width:35.3pt;height:11.55pt">
            <v:imagedata r:id="rId407" o:title="eqIdd8a8003c3fe6688c9608605ebd47f1a4"/>
          </v:shape>
        </w:pict>
      </w:r>
    </w:p>
    <w:p w14:paraId="0B64529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故答题空</w:t>
      </w:r>
      <w:r>
        <w:rPr>
          <w:rFonts w:ascii="Times New Roman" w:eastAsia="Times New Roman" w:hAnsi="Times New Roman" w:cs="Times New Roman"/>
          <w:color w:val="000000"/>
          <w:lang w:eastAsia="zh-CN"/>
        </w:rPr>
        <w:t>2</w:t>
      </w:r>
      <w:r>
        <w:rPr>
          <w:rFonts w:ascii="SimSun" w:eastAsia="SimSun" w:hAnsi="SimSun" w:cs="SimSun"/>
          <w:color w:val="000000"/>
          <w:lang w:eastAsia="zh-CN"/>
        </w:rPr>
        <w:t>的答案为：</w:t>
      </w:r>
      <w:r>
        <w:pict w14:anchorId="144DC892">
          <v:shape id="_x0000_i1676" type="#_x0000_t75" alt="学科网(www.zxxk.com)--教育资源门户，提供试卷、教案、课件、论文、素材以及各类教学资源下载，还有大量而丰富的教学相关资讯！" style="width:27.15pt;height:11.55pt">
            <v:imagedata r:id="rId401" o:title="eqIda8409329b550296446a936d97c491ca9"/>
          </v:shape>
        </w:pict>
      </w:r>
    </w:p>
    <w:p w14:paraId="311166B8"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三、解答题（本题共</w:t>
      </w:r>
      <w:r>
        <w:rPr>
          <w:rFonts w:ascii="Times New Roman" w:eastAsia="Times New Roman" w:hAnsi="Times New Roman" w:cs="Times New Roman"/>
          <w:b/>
          <w:color w:val="000000"/>
          <w:sz w:val="24"/>
          <w:lang w:eastAsia="zh-CN"/>
        </w:rPr>
        <w:t>10</w:t>
      </w:r>
      <w:r>
        <w:rPr>
          <w:rFonts w:ascii="SimSun" w:eastAsia="SimSun" w:hAnsi="SimSun" w:cs="SimSun"/>
          <w:b/>
          <w:color w:val="000000"/>
          <w:sz w:val="24"/>
          <w:lang w:eastAsia="zh-CN"/>
        </w:rPr>
        <w:t>小题，共</w:t>
      </w:r>
      <w:r>
        <w:rPr>
          <w:rFonts w:ascii="Times New Roman" w:eastAsia="Times New Roman" w:hAnsi="Times New Roman" w:cs="Times New Roman"/>
          <w:b/>
          <w:color w:val="000000"/>
          <w:sz w:val="24"/>
          <w:lang w:eastAsia="zh-CN"/>
        </w:rPr>
        <w:t>54</w:t>
      </w:r>
      <w:r>
        <w:rPr>
          <w:rFonts w:ascii="SimSun" w:eastAsia="SimSun" w:hAnsi="SimSun" w:cs="SimSun"/>
          <w:b/>
          <w:color w:val="000000"/>
          <w:sz w:val="24"/>
          <w:lang w:eastAsia="zh-CN"/>
        </w:rPr>
        <w:t>分）</w:t>
      </w:r>
    </w:p>
    <w:p w14:paraId="039E6063" w14:textId="77777777" w:rsidR="008113A1" w:rsidRDefault="00000000">
      <w:pPr>
        <w:pStyle w:val="Heading2"/>
        <w:rPr>
          <w:lang w:eastAsia="zh-CN"/>
        </w:rPr>
      </w:pPr>
      <w:bookmarkStart w:id="42" w:name="_Toc235460059"/>
      <w:r>
        <w:rPr>
          <w:lang w:eastAsia="zh-CN"/>
        </w:rPr>
        <w:t>中国人民大学附属中学</w:t>
      </w:r>
      <w:bookmarkEnd w:id="42"/>
    </w:p>
    <w:p w14:paraId="6DE46AA3" w14:textId="77777777" w:rsidR="008113A1" w:rsidRDefault="00000000">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互不重合的三个点</w:t>
      </w:r>
      <w:r>
        <w:pict w14:anchorId="2E51C76B">
          <v:shape id="_x0000_i1677" type="#_x0000_t75" alt="学科网(www.zxxk.com)--教育资源门户，提供试卷、教案、课件、论文、素材以及各类教学资源下载，还有大量而丰富的教学相关资讯！" style="width:12.25pt;height:12.25pt">
            <v:imagedata r:id="rId129" o:title="eqId5963abe8f421bd99a2aaa94831a951e9"/>
          </v:shape>
        </w:pict>
      </w:r>
      <w:r>
        <w:rPr>
          <w:rFonts w:ascii="SimSun" w:eastAsia="SimSun" w:hAnsi="SimSun" w:cs="SimSun"/>
          <w:color w:val="000000"/>
          <w:lang w:eastAsia="zh-CN"/>
        </w:rPr>
        <w:t>，</w:t>
      </w:r>
      <w:r>
        <w:pict w14:anchorId="6FC6CB49">
          <v:shape id="_x0000_i1678" type="#_x0000_t75" alt="学科网(www.zxxk.com)--教育资源门户，提供试卷、教案、课件、论文、素材以及各类教学资源下载，还有大量而丰富的教学相关资讯！" style="width:9.5pt;height:10.2pt">
            <v:imagedata r:id="rId130" o:title="eqId7f9e8449aad35c5d840a3395ea86df6d"/>
          </v:shape>
        </w:pict>
      </w:r>
      <w:r>
        <w:rPr>
          <w:rFonts w:ascii="SimSun" w:eastAsia="SimSun" w:hAnsi="SimSun" w:cs="SimSun"/>
          <w:color w:val="000000"/>
          <w:lang w:eastAsia="zh-CN"/>
        </w:rPr>
        <w:t>，</w:t>
      </w:r>
      <w:r>
        <w:pict w14:anchorId="448D7316">
          <v:shape id="_x0000_i1679" type="#_x0000_t75" alt="学科网(www.zxxk.com)--教育资源门户，提供试卷、教案、课件、论文、素材以及各类教学资源下载，还有大量而丰富的教学相关资讯！" style="width:12.25pt;height:14.25pt">
            <v:imagedata r:id="rId165" o:title="eqIdc5db41a1f31d6baee7c69990811edb9f"/>
          </v:shape>
        </w:pict>
      </w:r>
      <w:r>
        <w:rPr>
          <w:rFonts w:ascii="SimSun" w:eastAsia="SimSun" w:hAnsi="SimSun" w:cs="SimSun"/>
          <w:color w:val="000000"/>
          <w:lang w:eastAsia="zh-CN"/>
        </w:rPr>
        <w:t>均在数轴上，已知</w:t>
      </w:r>
      <w:r>
        <w:pict w14:anchorId="7CE43A76">
          <v:shape id="_x0000_i1680" type="#_x0000_t75" alt="学科网(www.zxxk.com)--教育资源门户，提供试卷、教案、课件、论文、素材以及各类教学资源下载，还有大量而丰富的教学相关资讯！" style="width:33.3pt;height:12.9pt">
            <v:imagedata r:id="rId408" o:title="eqId6d42e97eee705d164e6ac6de9ecd6d1f"/>
          </v:shape>
        </w:pict>
      </w:r>
      <w:r>
        <w:rPr>
          <w:rFonts w:ascii="SimSun" w:eastAsia="SimSun" w:hAnsi="SimSun" w:cs="SimSun"/>
          <w:color w:val="000000"/>
          <w:lang w:eastAsia="zh-CN"/>
        </w:rPr>
        <w:t>，</w:t>
      </w:r>
      <w:r>
        <w:pict w14:anchorId="5EB7AA51">
          <v:shape id="_x0000_i1681" type="#_x0000_t75" alt="学科网(www.zxxk.com)--教育资源门户，提供试卷、教案、课件、论文、素材以及各类教学资源下载，还有大量而丰富的教学相关资讯！" style="width:38.05pt;height:14.25pt">
            <v:imagedata r:id="rId409" o:title="eqIda4a88b719166fcc1431f876bc8c5656c"/>
          </v:shape>
        </w:pict>
      </w:r>
      <w:r>
        <w:rPr>
          <w:rFonts w:ascii="SimSun" w:eastAsia="SimSun" w:hAnsi="SimSun" w:cs="SimSun"/>
          <w:color w:val="000000"/>
          <w:lang w:eastAsia="zh-CN"/>
        </w:rPr>
        <w:t>，</w:t>
      </w:r>
      <w:r>
        <w:pict w14:anchorId="0787A743">
          <v:shape id="_x0000_i1682" type="#_x0000_t75" alt="学科网(www.zxxk.com)--教育资源门户，提供试卷、教案、课件、论文、素材以及各类教学资源下载，还有大量而丰富的教学相关资讯！" style="width:38.05pt;height:14.25pt">
            <v:imagedata r:id="rId410" o:title="eqIdda01f682d1d4e5dd24bd26ec18540b4b"/>
          </v:shape>
        </w:pict>
      </w:r>
      <w:r>
        <w:rPr>
          <w:rFonts w:ascii="SimSun" w:eastAsia="SimSun" w:hAnsi="SimSun" w:cs="SimSun"/>
          <w:color w:val="000000"/>
          <w:lang w:eastAsia="zh-CN"/>
        </w:rPr>
        <w:t>，给出下列说法：</w:t>
      </w:r>
    </w:p>
    <w:p w14:paraId="7DB9AF8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①若点</w:t>
      </w:r>
      <w:r>
        <w:pict w14:anchorId="4E081DBE">
          <v:shape id="_x0000_i1683" type="#_x0000_t75" alt="学科网(www.zxxk.com)--教育资源门户，提供试卷、教案、课件、论文、素材以及各类教学资源下载，还有大量而丰富的教学相关资讯！" style="width:12.25pt;height:12.25pt">
            <v:imagedata r:id="rId129" o:title="eqId5963abe8f421bd99a2aaa94831a951e9"/>
          </v:shape>
        </w:pict>
      </w:r>
      <w:r>
        <w:rPr>
          <w:rFonts w:ascii="SimSun" w:eastAsia="SimSun" w:hAnsi="SimSun" w:cs="SimSun"/>
          <w:color w:val="000000"/>
          <w:lang w:eastAsia="zh-CN"/>
        </w:rPr>
        <w:t>表示的数为</w:t>
      </w:r>
      <w:r>
        <w:pict w14:anchorId="33757A4A">
          <v:shape id="_x0000_i1684" type="#_x0000_t75" alt="学科网(www.zxxk.com)--教育资源门户，提供试卷、教案、课件、论文、素材以及各类教学资源下载，还有大量而丰富的教学相关资讯！" style="width:6.8pt;height:12.9pt">
            <v:imagedata r:id="rId270" o:title="eqIdbdaa19de263700a15fcf213d64a8cd57"/>
          </v:shape>
        </w:pict>
      </w:r>
      <w:r>
        <w:rPr>
          <w:rFonts w:ascii="SimSun" w:eastAsia="SimSun" w:hAnsi="SimSun" w:cs="SimSun"/>
          <w:color w:val="000000"/>
          <w:lang w:eastAsia="zh-CN"/>
        </w:rPr>
        <w:t>，点</w:t>
      </w:r>
      <w:r>
        <w:pict w14:anchorId="0A711C17">
          <v:shape id="_x0000_i1685" type="#_x0000_t75" alt="学科网(www.zxxk.com)--教育资源门户，提供试卷、教案、课件、论文、素材以及各类教学资源下载，还有大量而丰富的教学相关资讯！" style="width:9.5pt;height:10.2pt">
            <v:imagedata r:id="rId130" o:title="eqId7f9e8449aad35c5d840a3395ea86df6d"/>
          </v:shape>
        </w:pict>
      </w:r>
      <w:r>
        <w:rPr>
          <w:rFonts w:ascii="SimSun" w:eastAsia="SimSun" w:hAnsi="SimSun" w:cs="SimSun"/>
          <w:color w:val="000000"/>
          <w:lang w:eastAsia="zh-CN"/>
        </w:rPr>
        <w:t>表示的数为</w:t>
      </w:r>
      <w:r>
        <w:pict w14:anchorId="32752F9E">
          <v:shape id="_x0000_i1686" type="#_x0000_t75" alt="学科网(www.zxxk.com)--教育资源门户，提供试卷、教案、课件、论文、素材以及各类教学资源下载，还有大量而丰富的教学相关资讯！" style="width:9.5pt;height:12.9pt">
            <v:imagedata r:id="rId109" o:title="eqIdb8860d9787671b53b1ab68b3d526f5ca"/>
          </v:shape>
        </w:pict>
      </w:r>
      <w:r>
        <w:rPr>
          <w:rFonts w:ascii="SimSun" w:eastAsia="SimSun" w:hAnsi="SimSun" w:cs="SimSun"/>
          <w:color w:val="000000"/>
          <w:lang w:eastAsia="zh-CN"/>
        </w:rPr>
        <w:t>，点</w:t>
      </w:r>
      <w:r>
        <w:pict w14:anchorId="0202A97F">
          <v:shape id="_x0000_i1687" type="#_x0000_t75" alt="学科网(www.zxxk.com)--教育资源门户，提供试卷、教案、课件、论文、素材以及各类教学资源下载，还有大量而丰富的教学相关资讯！" style="width:12.25pt;height:14.25pt">
            <v:imagedata r:id="rId165" o:title="eqIdc5db41a1f31d6baee7c69990811edb9f"/>
          </v:shape>
        </w:pict>
      </w:r>
      <w:r>
        <w:rPr>
          <w:rFonts w:ascii="SimSun" w:eastAsia="SimSun" w:hAnsi="SimSun" w:cs="SimSun"/>
          <w:color w:val="000000"/>
          <w:lang w:eastAsia="zh-CN"/>
        </w:rPr>
        <w:t>表示的数为</w:t>
      </w:r>
      <w:r>
        <w:pict w14:anchorId="17363555">
          <v:shape id="_x0000_i1688" type="#_x0000_t75" alt="学科网(www.zxxk.com)--教育资源门户，提供试卷、教案、课件、论文、素材以及各类教学资源下载，还有大量而丰富的教学相关资讯！" style="width:8.85pt;height:12.9pt">
            <v:imagedata r:id="rId411" o:title="eqId8b06e95b57b7a81cd81d05557a11fa92"/>
          </v:shape>
        </w:pict>
      </w:r>
      <w:r>
        <w:rPr>
          <w:rFonts w:ascii="SimSun" w:eastAsia="SimSun" w:hAnsi="SimSun" w:cs="SimSun"/>
          <w:color w:val="000000"/>
          <w:lang w:eastAsia="zh-CN"/>
        </w:rPr>
        <w:t>，则</w:t>
      </w:r>
      <w:r>
        <w:pict w14:anchorId="458753F1">
          <v:shape id="_x0000_i1689" type="#_x0000_t75" alt="学科网(www.zxxk.com)--教育资源门户，提供试卷、教案、课件、论文、素材以及各类教学资源下载，还有大量而丰富的教学相关资讯！" style="width:44.85pt;height:14.25pt">
            <v:imagedata r:id="rId412" o:title="eqIdd72516748889a6f52aefb3d40e674cbd"/>
          </v:shape>
        </w:pict>
      </w:r>
      <w:r>
        <w:rPr>
          <w:rFonts w:ascii="SimSun" w:eastAsia="SimSun" w:hAnsi="SimSun" w:cs="SimSun"/>
          <w:color w:val="000000"/>
          <w:lang w:eastAsia="zh-CN"/>
        </w:rPr>
        <w:t>，</w:t>
      </w:r>
      <w:r>
        <w:pict w14:anchorId="4DA0DA66">
          <v:shape id="_x0000_i1690" type="#_x0000_t75" alt="学科网(www.zxxk.com)--教育资源门户，提供试卷、教案、课件、论文、素材以及各类教学资源下载，还有大量而丰富的教学相关资讯！" style="width:24.45pt;height:12.9pt">
            <v:imagedata r:id="rId413" o:title="eqIdcb1ec9c5eaed4c211a040a2a33fb7c91"/>
          </v:shape>
        </w:pict>
      </w:r>
      <w:r>
        <w:rPr>
          <w:rFonts w:ascii="SimSun" w:eastAsia="SimSun" w:hAnsi="SimSun" w:cs="SimSun"/>
          <w:color w:val="000000"/>
          <w:lang w:eastAsia="zh-CN"/>
        </w:rPr>
        <w:t>；</w:t>
      </w:r>
    </w:p>
    <w:p w14:paraId="7EA784B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②若点</w:t>
      </w:r>
      <w:r>
        <w:pict w14:anchorId="2B56457B">
          <v:shape id="_x0000_i1691" type="#_x0000_t75" alt="学科网(www.zxxk.com)--教育资源门户，提供试卷、教案、课件、论文、素材以及各类教学资源下载，还有大量而丰富的教学相关资讯！" style="width:12.25pt;height:12.25pt">
            <v:imagedata r:id="rId129" o:title="eqId5963abe8f421bd99a2aaa94831a951e9"/>
          </v:shape>
        </w:pict>
      </w:r>
      <w:r>
        <w:rPr>
          <w:rFonts w:ascii="SimSun" w:eastAsia="SimSun" w:hAnsi="SimSun" w:cs="SimSun"/>
          <w:color w:val="000000"/>
          <w:lang w:eastAsia="zh-CN"/>
        </w:rPr>
        <w:t>表示的数为</w:t>
      </w:r>
      <w:r>
        <w:pict w14:anchorId="17DD95D0">
          <v:shape id="_x0000_i1692" type="#_x0000_t75" alt="学科网(www.zxxk.com)--教育资源门户，提供试卷、教案、课件、论文、素材以及各类教学资源下载，还有大量而丰富的教学相关资讯！" style="width:6.8pt;height:12.9pt">
            <v:imagedata r:id="rId270" o:title="eqIdbdaa19de263700a15fcf213d64a8cd57"/>
          </v:shape>
        </w:pict>
      </w:r>
      <w:r>
        <w:rPr>
          <w:rFonts w:ascii="SimSun" w:eastAsia="SimSun" w:hAnsi="SimSun" w:cs="SimSun"/>
          <w:color w:val="000000"/>
          <w:lang w:eastAsia="zh-CN"/>
        </w:rPr>
        <w:t>，</w:t>
      </w:r>
      <w:r>
        <w:pict w14:anchorId="58F1AA06">
          <v:shape id="_x0000_i1693" type="#_x0000_t75" alt="学科网(www.zxxk.com)--教育资源门户，提供试卷、教案、课件、论文、素材以及各类教学资源下载，还有大量而丰富的教学相关资讯！" style="width:24.45pt;height:12.9pt">
            <v:imagedata r:id="rId261" o:title="eqIde65397f11ea8af736f38debadf420c4a"/>
          </v:shape>
        </w:pict>
      </w:r>
      <w:r>
        <w:rPr>
          <w:rFonts w:ascii="SimSun" w:eastAsia="SimSun" w:hAnsi="SimSun" w:cs="SimSun"/>
          <w:color w:val="000000"/>
          <w:lang w:eastAsia="zh-CN"/>
        </w:rPr>
        <w:t>，则点</w:t>
      </w:r>
      <w:r>
        <w:pict w14:anchorId="64F3CDD0">
          <v:shape id="_x0000_i1694" type="#_x0000_t75" alt="学科网(www.zxxk.com)--教育资源门户，提供试卷、教案、课件、论文、素材以及各类教学资源下载，还有大量而丰富的教学相关资讯！" style="width:9.5pt;height:10.2pt">
            <v:imagedata r:id="rId130" o:title="eqId7f9e8449aad35c5d840a3395ea86df6d"/>
          </v:shape>
        </w:pict>
      </w:r>
      <w:r>
        <w:rPr>
          <w:rFonts w:ascii="SimSun" w:eastAsia="SimSun" w:hAnsi="SimSun" w:cs="SimSun"/>
          <w:color w:val="000000"/>
          <w:lang w:eastAsia="zh-CN"/>
        </w:rPr>
        <w:t>表示的数为</w:t>
      </w:r>
      <w:r>
        <w:pict w14:anchorId="0D50C1D2">
          <v:shape id="_x0000_i1695" type="#_x0000_t75" alt="学科网(www.zxxk.com)--教育资源门户，提供试卷、教案、课件、论文、素材以及各类教学资源下载，还有大量而丰富的教学相关资讯！" style="width:9.5pt;height:12.9pt">
            <v:imagedata r:id="rId109" o:title="eqIdb8860d9787671b53b1ab68b3d526f5ca"/>
          </v:shape>
        </w:pict>
      </w:r>
      <w:r>
        <w:rPr>
          <w:rFonts w:ascii="SimSun" w:eastAsia="SimSun" w:hAnsi="SimSun" w:cs="SimSun"/>
          <w:color w:val="000000"/>
          <w:lang w:eastAsia="zh-CN"/>
        </w:rPr>
        <w:t>；</w:t>
      </w:r>
    </w:p>
    <w:p w14:paraId="1B0EF24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③有理数</w:t>
      </w:r>
      <w:r>
        <w:pict w14:anchorId="327882A2">
          <v:shape id="_x0000_i1696" type="#_x0000_t75" alt="学科网(www.zxxk.com)--教育资源门户，提供试卷、教案、课件、论文、素材以及各类教学资源下载，还有大量而丰富的教学相关资讯！" style="width:8.85pt;height:9.5pt">
            <v:imagedata r:id="rId249" o:title="eqId0a6936d370d6a238a608ca56f87198de"/>
          </v:shape>
        </w:pict>
      </w:r>
      <w:r>
        <w:rPr>
          <w:rFonts w:ascii="SimSun" w:eastAsia="SimSun" w:hAnsi="SimSun" w:cs="SimSun"/>
          <w:color w:val="000000"/>
          <w:lang w:eastAsia="zh-CN"/>
        </w:rPr>
        <w:t>，</w:t>
      </w:r>
      <w:r>
        <w:pict w14:anchorId="2442A9E5">
          <v:shape id="_x0000_i1697" type="#_x0000_t75" alt="学科网(www.zxxk.com)--教育资源门户，提供试卷、教案、课件、论文、素材以及各类教学资源下载，还有大量而丰富的教学相关资讯！" style="width:10.2pt;height:14.25pt">
            <v:imagedata r:id="rId250" o:title="eqId2c94bb12cee76221e13f9ef955b0aab1"/>
          </v:shape>
        </w:pict>
      </w:r>
      <w:r>
        <w:rPr>
          <w:rFonts w:ascii="SimSun" w:eastAsia="SimSun" w:hAnsi="SimSun" w:cs="SimSun"/>
          <w:color w:val="000000"/>
          <w:lang w:eastAsia="zh-CN"/>
        </w:rPr>
        <w:t>，</w:t>
      </w:r>
      <w:r>
        <w:pict w14:anchorId="1D3CC754">
          <v:shape id="_x0000_i1698" type="#_x0000_t75" alt="学科网(www.zxxk.com)--教育资源门户，提供试卷、教案、课件、论文、素材以及各类教学资源下载，还有大量而丰富的教学相关资讯！" style="width:8.85pt;height:11.55pt">
            <v:imagedata r:id="rId251" o:title="eqId071a7e733d466949ac935b4b8ee8d183"/>
          </v:shape>
        </w:pict>
      </w:r>
      <w:r>
        <w:rPr>
          <w:rFonts w:ascii="SimSun" w:eastAsia="SimSun" w:hAnsi="SimSun" w:cs="SimSun"/>
          <w:color w:val="000000"/>
          <w:lang w:eastAsia="zh-CN"/>
        </w:rPr>
        <w:t>满足</w:t>
      </w:r>
      <w:r>
        <w:pict w14:anchorId="3CFD7FA0">
          <v:shape id="_x0000_i1699" type="#_x0000_t75" alt="学科网(www.zxxk.com)--教育资源门户，提供试卷、教案、课件、论文、素材以及各类教学资源下载，还有大量而丰富的教学相关资讯！" style="width:48.25pt;height:19.7pt">
            <v:imagedata r:id="rId414" o:title="eqId8cad64be63bfb27ecc705894163197bf"/>
          </v:shape>
        </w:pict>
      </w:r>
      <w:r>
        <w:rPr>
          <w:rFonts w:ascii="SimSun" w:eastAsia="SimSun" w:hAnsi="SimSun" w:cs="SimSun"/>
          <w:color w:val="000000"/>
          <w:lang w:eastAsia="zh-CN"/>
        </w:rPr>
        <w:t>；</w:t>
      </w:r>
    </w:p>
    <w:p w14:paraId="379C6B54"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④若</w:t>
      </w:r>
      <w:r>
        <w:pict w14:anchorId="7AF4F9CA">
          <v:shape id="_x0000_i1700" type="#_x0000_t75" alt="学科网(www.zxxk.com)--教育资源门户，提供试卷、教案、课件、论文、素材以及各类教学资源下载，还有大量而丰富的教学相关资讯！" style="width:33.95pt;height:14.25pt">
            <v:imagedata r:id="rId415" o:title="eqIdcd2a301721931864f7fd4b1ed5b652f5"/>
          </v:shape>
        </w:pict>
      </w:r>
      <w:r>
        <w:rPr>
          <w:rFonts w:ascii="SimSun" w:eastAsia="SimSun" w:hAnsi="SimSun" w:cs="SimSun"/>
          <w:color w:val="000000"/>
          <w:lang w:eastAsia="zh-CN"/>
        </w:rPr>
        <w:t>，</w:t>
      </w:r>
      <w:r>
        <w:pict w14:anchorId="4F007719">
          <v:shape id="_x0000_i1701" type="#_x0000_t75" alt="学科网(www.zxxk.com)--教育资源门户，提供试卷、教案、课件、论文、素材以及各类教学资源下载，还有大量而丰富的教学相关资讯！" style="width:44.15pt;height:13.6pt">
            <v:imagedata r:id="rId416" o:title="eqId456a122b7c83aeccdac381db45ca2a28"/>
          </v:shape>
        </w:pict>
      </w:r>
      <w:r>
        <w:rPr>
          <w:rFonts w:ascii="SimSun" w:eastAsia="SimSun" w:hAnsi="SimSun" w:cs="SimSun"/>
          <w:color w:val="000000"/>
          <w:lang w:eastAsia="zh-CN"/>
        </w:rPr>
        <w:t>，</w:t>
      </w:r>
      <w:r>
        <w:pict w14:anchorId="1F3C7CA7">
          <v:shape id="_x0000_i1702" type="#_x0000_t75" alt="学科网(www.zxxk.com)--教育资源门户，提供试卷、教案、课件、论文、素材以及各类教学资源下载，还有大量而丰富的教学相关资讯！" style="width:48.25pt;height:13.6pt">
            <v:imagedata r:id="rId417" o:title="eqId38d3d7752f8c466e58f56bc6a9bfc1fc"/>
          </v:shape>
        </w:pict>
      </w:r>
      <w:r>
        <w:rPr>
          <w:rFonts w:ascii="SimSun" w:eastAsia="SimSun" w:hAnsi="SimSun" w:cs="SimSun"/>
          <w:color w:val="000000"/>
          <w:lang w:eastAsia="zh-CN"/>
        </w:rPr>
        <w:t>，则点</w:t>
      </w:r>
      <w:r>
        <w:pict w14:anchorId="4D5B0D9F">
          <v:shape id="_x0000_i1703" type="#_x0000_t75" alt="学科网(www.zxxk.com)--教育资源门户，提供试卷、教案、课件、论文、素材以及各类教学资源下载，还有大量而丰富的教学相关资讯！" style="width:12.25pt;height:12.25pt">
            <v:imagedata r:id="rId129" o:title="eqId5963abe8f421bd99a2aaa94831a951e9"/>
          </v:shape>
        </w:pict>
      </w:r>
      <w:r>
        <w:rPr>
          <w:rFonts w:ascii="SimSun" w:eastAsia="SimSun" w:hAnsi="SimSun" w:cs="SimSun"/>
          <w:color w:val="000000"/>
          <w:lang w:eastAsia="zh-CN"/>
        </w:rPr>
        <w:t>一定在线段</w:t>
      </w:r>
      <w:r>
        <w:pict w14:anchorId="1B287271">
          <v:shape id="_x0000_i1704" type="#_x0000_t75" alt="学科网(www.zxxk.com)--教育资源门户，提供试卷、教案、课件、论文、素材以及各类教学资源下载，还有大量而丰富的教学相关资讯！" style="width:20.4pt;height:14.25pt">
            <v:imagedata r:id="rId418" o:title="eqId0dc5c9827dfd0be5a9c85962d6ccbfb1"/>
          </v:shape>
        </w:pict>
      </w:r>
      <w:r>
        <w:rPr>
          <w:rFonts w:ascii="SimSun" w:eastAsia="SimSun" w:hAnsi="SimSun" w:cs="SimSun"/>
          <w:color w:val="000000"/>
          <w:lang w:eastAsia="zh-CN"/>
        </w:rPr>
        <w:t>上．</w:t>
      </w:r>
    </w:p>
    <w:p w14:paraId="1B96BDC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其中所有正确说法的序号是</w:t>
      </w:r>
      <w:r>
        <w:rPr>
          <w:rFonts w:ascii="Times New Roman" w:eastAsia="Times New Roman" w:hAnsi="Times New Roman" w:cs="Times New Roman"/>
          <w:color w:val="000000"/>
          <w:lang w:eastAsia="zh-CN"/>
        </w:rPr>
        <w:t xml:space="preserve"> </w:t>
      </w:r>
      <w:r>
        <w:rPr>
          <w:color w:val="000000"/>
          <w:lang w:eastAsia="zh-CN"/>
        </w:rPr>
        <w:t>________</w:t>
      </w:r>
      <w:r>
        <w:rPr>
          <w:rFonts w:ascii="SimSun" w:eastAsia="SimSun" w:hAnsi="SimSun" w:cs="SimSun"/>
          <w:color w:val="000000"/>
          <w:lang w:eastAsia="zh-CN"/>
        </w:rPr>
        <w:t>（填写正确的序号）</w:t>
      </w:r>
    </w:p>
    <w:p w14:paraId="00FB61B9" w14:textId="77777777" w:rsidR="008113A1" w:rsidRDefault="00000000">
      <w:pPr>
        <w:spacing w:line="360" w:lineRule="auto"/>
        <w:textAlignment w:val="center"/>
        <w:rPr>
          <w:color w:val="000000"/>
        </w:rPr>
      </w:pPr>
      <w:r>
        <w:rPr>
          <w:color w:val="2E75B6"/>
        </w:rPr>
        <w:t>【</w:t>
      </w:r>
      <w:proofErr w:type="spellStart"/>
      <w:r>
        <w:rPr>
          <w:color w:val="2E75B6"/>
        </w:rPr>
        <w:t>答案</w:t>
      </w:r>
      <w:proofErr w:type="spellEnd"/>
      <w:r>
        <w:rPr>
          <w:color w:val="2E75B6"/>
        </w:rPr>
        <w:t>】</w:t>
      </w:r>
      <w:r>
        <w:rPr>
          <w:rFonts w:ascii="SimSun" w:eastAsia="SimSun" w:hAnsi="SimSun" w:cs="SimSun"/>
          <w:color w:val="000000"/>
        </w:rPr>
        <w:t>①③④</w:t>
      </w:r>
    </w:p>
    <w:p w14:paraId="46E0B54C" w14:textId="77777777" w:rsidR="008113A1" w:rsidRDefault="00000000">
      <w:pPr>
        <w:spacing w:line="360" w:lineRule="auto"/>
        <w:textAlignment w:val="center"/>
        <w:rPr>
          <w:color w:val="000000"/>
        </w:rPr>
      </w:pPr>
      <w:r>
        <w:rPr>
          <w:color w:val="2E75B6"/>
        </w:rPr>
        <w:t>【解析】</w:t>
      </w:r>
    </w:p>
    <w:p w14:paraId="3597FC34"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本题主要考查数轴、线段：</w:t>
      </w:r>
    </w:p>
    <w:p w14:paraId="22B322CC"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①可知</w:t>
      </w:r>
      <w:r>
        <w:pict w14:anchorId="14D6C988">
          <v:shape id="_x0000_i1705" type="#_x0000_t75" alt="学科网(www.zxxk.com)--教育资源门户，提供试卷、教案、课件、论文、素材以及各类教学资源下载，还有大量而丰富的教学相关资讯！" style="width:78.1pt;height:12.9pt">
            <v:imagedata r:id="rId419" o:title="eqId6b1c70d7581633e3cba2d513ebd74bca"/>
          </v:shape>
        </w:pict>
      </w:r>
      <w:r>
        <w:rPr>
          <w:rFonts w:ascii="SimSun" w:eastAsia="SimSun" w:hAnsi="SimSun" w:cs="SimSun"/>
          <w:color w:val="000000"/>
          <w:lang w:eastAsia="zh-CN"/>
        </w:rPr>
        <w:t>，</w:t>
      </w:r>
      <w:r>
        <w:pict w14:anchorId="07FD7A5F">
          <v:shape id="_x0000_i1706" type="#_x0000_t75" alt="学科网(www.zxxk.com)--教育资源门户，提供试卷、教案、课件、论文、素材以及各类教学资源下载，还有大量而丰富的教学相关资讯！" style="width:61.15pt;height:13.6pt">
            <v:imagedata r:id="rId420" o:title="eqIddae37c3a0b4470a8bdf354f630d752b0"/>
          </v:shape>
        </w:pict>
      </w:r>
      <w:r>
        <w:rPr>
          <w:rFonts w:ascii="SimSun" w:eastAsia="SimSun" w:hAnsi="SimSun" w:cs="SimSun"/>
          <w:color w:val="000000"/>
          <w:lang w:eastAsia="zh-CN"/>
        </w:rPr>
        <w:t>，</w:t>
      </w:r>
      <w:r>
        <w:pict w14:anchorId="0CA7BB84">
          <v:shape id="_x0000_i1707" type="#_x0000_t75" alt="学科网(www.zxxk.com)--教育资源门户，提供试卷、教案、课件、论文、素材以及各类教学资源下载，还有大量而丰富的教学相关资讯！" style="width:61.8pt;height:13.6pt">
            <v:imagedata r:id="rId421" o:title="eqIdbad32bc19a8032a4e1e570cb31b583f5"/>
          </v:shape>
        </w:pict>
      </w:r>
      <w:r>
        <w:rPr>
          <w:rFonts w:ascii="SimSun" w:eastAsia="SimSun" w:hAnsi="SimSun" w:cs="SimSun"/>
          <w:color w:val="000000"/>
          <w:lang w:eastAsia="zh-CN"/>
        </w:rPr>
        <w:t>，即可判断说法是否正确；</w:t>
      </w:r>
    </w:p>
    <w:p w14:paraId="1515FB3B"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②可知</w:t>
      </w:r>
      <w:r>
        <w:pict w14:anchorId="22371878">
          <v:shape id="_x0000_i1708" type="#_x0000_t75" alt="学科网(www.zxxk.com)--教育资源门户，提供试卷、教案、课件、论文、素材以及各类教学资源下载，还有大量而丰富的教学相关资讯！" style="width:48.25pt;height:20.4pt">
            <v:imagedata r:id="rId422" o:title="eqId5ede45622f0cd63504adfe0be95e91ca"/>
          </v:shape>
        </w:pict>
      </w:r>
      <w:r>
        <w:rPr>
          <w:rFonts w:ascii="SimSun" w:eastAsia="SimSun" w:hAnsi="SimSun" w:cs="SimSun"/>
          <w:color w:val="000000"/>
          <w:lang w:eastAsia="zh-CN"/>
        </w:rPr>
        <w:t>，即可判断说法是否正确；</w:t>
      </w:r>
    </w:p>
    <w:p w14:paraId="78F4837F"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③</w:t>
      </w:r>
      <w:r>
        <w:pict w14:anchorId="600F7D3A">
          <v:shape id="_x0000_i1709" type="#_x0000_t75" alt="学科网(www.zxxk.com)--教育资源门户，提供试卷、教案、课件、论文、素材以及各类教学资源下载，还有大量而丰富的教学相关资讯！" style="width:8.85pt;height:9.5pt">
            <v:imagedata r:id="rId249" o:title="eqId0a6936d370d6a238a608ca56f87198de"/>
          </v:shape>
        </w:pict>
      </w:r>
      <w:r>
        <w:rPr>
          <w:rFonts w:ascii="SimSun" w:eastAsia="SimSun" w:hAnsi="SimSun" w:cs="SimSun"/>
          <w:color w:val="000000"/>
          <w:lang w:eastAsia="zh-CN"/>
        </w:rPr>
        <w:t>，</w:t>
      </w:r>
      <w:r>
        <w:pict w14:anchorId="1066FBDD">
          <v:shape id="_x0000_i1710" type="#_x0000_t75" alt="学科网(www.zxxk.com)--教育资源门户，提供试卷、教案、课件、论文、素材以及各类教学资源下载，还有大量而丰富的教学相关资讯！" style="width:10.2pt;height:14.25pt">
            <v:imagedata r:id="rId250" o:title="eqId2c94bb12cee76221e13f9ef955b0aab1"/>
          </v:shape>
        </w:pict>
      </w:r>
      <w:r>
        <w:rPr>
          <w:rFonts w:ascii="SimSun" w:eastAsia="SimSun" w:hAnsi="SimSun" w:cs="SimSun"/>
          <w:color w:val="000000"/>
          <w:lang w:eastAsia="zh-CN"/>
        </w:rPr>
        <w:t>，</w:t>
      </w:r>
      <w:r>
        <w:pict w14:anchorId="7B362A3D">
          <v:shape id="_x0000_i1711" type="#_x0000_t75" alt="学科网(www.zxxk.com)--教育资源门户，提供试卷、教案、课件、论文、素材以及各类教学资源下载，还有大量而丰富的教学相关资讯！" style="width:8.85pt;height:11.55pt">
            <v:imagedata r:id="rId251" o:title="eqId071a7e733d466949ac935b4b8ee8d183"/>
          </v:shape>
        </w:pict>
      </w:r>
      <w:r>
        <w:rPr>
          <w:rFonts w:ascii="SimSun" w:eastAsia="SimSun" w:hAnsi="SimSun" w:cs="SimSun"/>
          <w:color w:val="000000"/>
          <w:lang w:eastAsia="zh-CN"/>
        </w:rPr>
        <w:t>的关系可能情形为：</w:t>
      </w:r>
      <w:r>
        <w:pict w14:anchorId="7D418564">
          <v:shape id="_x0000_i1712" type="#_x0000_t75" alt="学科网(www.zxxk.com)--教育资源门户，提供试卷、教案、课件、论文、素材以及各类教学资源下载，还有大量而丰富的教学相关资讯！" style="width:43.45pt;height:13.6pt">
            <v:imagedata r:id="rId423" o:title="eqId256a12a4468a0723189e0d0221dd61f2"/>
          </v:shape>
        </w:pict>
      </w:r>
      <w:r>
        <w:rPr>
          <w:rFonts w:ascii="SimSun" w:eastAsia="SimSun" w:hAnsi="SimSun" w:cs="SimSun"/>
          <w:color w:val="000000"/>
          <w:lang w:eastAsia="zh-CN"/>
        </w:rPr>
        <w:t>，</w:t>
      </w:r>
      <w:r>
        <w:pict w14:anchorId="0F6BED32">
          <v:shape id="_x0000_i1713" type="#_x0000_t75" alt="学科网(www.zxxk.com)--教育资源门户，提供试卷、教案、课件、论文、素材以及各类教学资源下载，还有大量而丰富的教学相关资讯！" style="width:43.45pt;height:13.6pt">
            <v:imagedata r:id="rId424" o:title="eqIdb66f4f8aad8aced86cb95bf1b6039b6a"/>
          </v:shape>
        </w:pict>
      </w:r>
      <w:r>
        <w:rPr>
          <w:rFonts w:ascii="SimSun" w:eastAsia="SimSun" w:hAnsi="SimSun" w:cs="SimSun"/>
          <w:color w:val="000000"/>
          <w:lang w:eastAsia="zh-CN"/>
        </w:rPr>
        <w:t>，</w:t>
      </w:r>
      <w:r>
        <w:pict w14:anchorId="64E7F352">
          <v:shape id="_x0000_i1714" type="#_x0000_t75" alt="学科网(www.zxxk.com)--教育资源门户，提供试卷、教案、课件、论文、素材以及各类教学资源下载，还有大量而丰富的教学相关资讯！" style="width:44.15pt;height:14.25pt">
            <v:imagedata r:id="rId425" o:title="eqIdf9678ae57ecdf808530b4cbc2ca0f12e"/>
          </v:shape>
        </w:pict>
      </w:r>
      <w:r>
        <w:rPr>
          <w:rFonts w:ascii="SimSun" w:eastAsia="SimSun" w:hAnsi="SimSun" w:cs="SimSun"/>
          <w:color w:val="000000"/>
          <w:lang w:eastAsia="zh-CN"/>
        </w:rPr>
        <w:t>，分类讨论，即可判断说法是否正确；</w:t>
      </w:r>
    </w:p>
    <w:p w14:paraId="78D17C8C"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lastRenderedPageBreak/>
        <w:t>④分三种情况讨论：当点</w:t>
      </w:r>
      <w:r>
        <w:pict w14:anchorId="280A5497">
          <v:shape id="_x0000_i1715" type="#_x0000_t75" alt="学科网(www.zxxk.com)--教育资源门户，提供试卷、教案、课件、论文、素材以及各类教学资源下载，还有大量而丰富的教学相关资讯！" style="width:12.25pt;height:14.25pt">
            <v:imagedata r:id="rId165" o:title="eqIdc5db41a1f31d6baee7c69990811edb9f"/>
          </v:shape>
        </w:pict>
      </w:r>
      <w:r>
        <w:rPr>
          <w:rFonts w:ascii="SimSun" w:eastAsia="SimSun" w:hAnsi="SimSun" w:cs="SimSun"/>
          <w:color w:val="000000"/>
          <w:lang w:eastAsia="zh-CN"/>
        </w:rPr>
        <w:t>在</w:t>
      </w:r>
      <w:r>
        <w:pict w14:anchorId="08674E13">
          <v:shape id="_x0000_i1716" type="#_x0000_t75" alt="学科网(www.zxxk.com)--教育资源门户，提供试卷、教案、课件、论文、素材以及各类教学资源下载，还有大量而丰富的教学相关资讯！" style="width:20.4pt;height:12.9pt">
            <v:imagedata r:id="rId63" o:title="eqIdf52a58fbaf4fea03567e88a9f0f6e37e"/>
          </v:shape>
        </w:pict>
      </w:r>
      <w:r>
        <w:rPr>
          <w:rFonts w:ascii="SimSun" w:eastAsia="SimSun" w:hAnsi="SimSun" w:cs="SimSun"/>
          <w:color w:val="000000"/>
          <w:lang w:eastAsia="zh-CN"/>
        </w:rPr>
        <w:t>上时，当点</w:t>
      </w:r>
      <w:r>
        <w:pict w14:anchorId="0A37CBB6">
          <v:shape id="_x0000_i1717" type="#_x0000_t75" alt="学科网(www.zxxk.com)--教育资源门户，提供试卷、教案、课件、论文、素材以及各类教学资源下载，还有大量而丰富的教学相关资讯！" style="width:9.5pt;height:10.2pt">
            <v:imagedata r:id="rId130" o:title="eqId7f9e8449aad35c5d840a3395ea86df6d"/>
          </v:shape>
        </w:pict>
      </w:r>
      <w:r>
        <w:rPr>
          <w:rFonts w:ascii="SimSun" w:eastAsia="SimSun" w:hAnsi="SimSun" w:cs="SimSun"/>
          <w:color w:val="000000"/>
          <w:lang w:eastAsia="zh-CN"/>
        </w:rPr>
        <w:t>在</w:t>
      </w:r>
      <w:r>
        <w:pict w14:anchorId="2572A8B2">
          <v:shape id="_x0000_i1718" type="#_x0000_t75" alt="学科网(www.zxxk.com)--教育资源门户，提供试卷、教案、课件、论文、素材以及各类教学资源下载，还有大量而丰富的教学相关资讯！" style="width:21.05pt;height:14.25pt">
            <v:imagedata r:id="rId62" o:title="eqId60ef95894ceebaf236170e8832dcf7e3"/>
          </v:shape>
        </w:pict>
      </w:r>
      <w:r>
        <w:rPr>
          <w:rFonts w:ascii="SimSun" w:eastAsia="SimSun" w:hAnsi="SimSun" w:cs="SimSun"/>
          <w:color w:val="000000"/>
          <w:lang w:eastAsia="zh-CN"/>
        </w:rPr>
        <w:t>上时，当点</w:t>
      </w:r>
      <w:r>
        <w:pict w14:anchorId="3C7A768F">
          <v:shape id="_x0000_i1719" type="#_x0000_t75" alt="学科网(www.zxxk.com)--教育资源门户，提供试卷、教案、课件、论文、素材以及各类教学资源下载，还有大量而丰富的教学相关资讯！" style="width:12.25pt;height:12.25pt">
            <v:imagedata r:id="rId129" o:title="eqId5963abe8f421bd99a2aaa94831a951e9"/>
          </v:shape>
        </w:pict>
      </w:r>
      <w:r>
        <w:rPr>
          <w:rFonts w:ascii="SimSun" w:eastAsia="SimSun" w:hAnsi="SimSun" w:cs="SimSun"/>
          <w:color w:val="000000"/>
          <w:lang w:eastAsia="zh-CN"/>
        </w:rPr>
        <w:t>在</w:t>
      </w:r>
      <w:r>
        <w:pict w14:anchorId="53F890B9">
          <v:shape id="_x0000_i1720" type="#_x0000_t75" alt="学科网(www.zxxk.com)--教育资源门户，提供试卷、教案、课件、论文、素材以及各类教学资源下载，还有大量而丰富的教学相关资讯！" style="width:20.4pt;height:14.25pt">
            <v:imagedata r:id="rId418" o:title="eqId0dc5c9827dfd0be5a9c85962d6ccbfb1"/>
          </v:shape>
        </w:pict>
      </w:r>
      <w:r>
        <w:rPr>
          <w:rFonts w:ascii="SimSun" w:eastAsia="SimSun" w:hAnsi="SimSun" w:cs="SimSun"/>
          <w:color w:val="000000"/>
          <w:lang w:eastAsia="zh-CN"/>
        </w:rPr>
        <w:t>上时，即可判断说法是否正确．</w:t>
      </w:r>
    </w:p>
    <w:p w14:paraId="63360591"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①若</w:t>
      </w:r>
      <w:r>
        <w:pict w14:anchorId="3E969B5A">
          <v:shape id="_x0000_i1721" type="#_x0000_t75" alt="学科网(www.zxxk.com)--教育资源门户，提供试卷、教案、课件、论文、素材以及各类教学资源下载，还有大量而丰富的教学相关资讯！" style="width:12.25pt;height:12.25pt">
            <v:imagedata r:id="rId129" o:title="eqId5963abe8f421bd99a2aaa94831a951e9"/>
          </v:shape>
        </w:pict>
      </w:r>
      <w:r>
        <w:rPr>
          <w:rFonts w:ascii="SimSun" w:eastAsia="SimSun" w:hAnsi="SimSun" w:cs="SimSun"/>
          <w:color w:val="000000"/>
          <w:lang w:eastAsia="zh-CN"/>
        </w:rPr>
        <w:t>表示数为</w:t>
      </w:r>
      <w:r>
        <w:pict w14:anchorId="0F96EAB5">
          <v:shape id="_x0000_i1722" type="#_x0000_t75" alt="学科网(www.zxxk.com)--教育资源门户，提供试卷、教案、课件、论文、素材以及各类教学资源下载，还有大量而丰富的教学相关资讯！" style="width:6.8pt;height:12.9pt">
            <v:imagedata r:id="rId270" o:title="eqIdbdaa19de263700a15fcf213d64a8cd57"/>
          </v:shape>
        </w:pict>
      </w:r>
      <w:r>
        <w:rPr>
          <w:rFonts w:ascii="SimSun" w:eastAsia="SimSun" w:hAnsi="SimSun" w:cs="SimSun"/>
          <w:color w:val="000000"/>
          <w:lang w:eastAsia="zh-CN"/>
        </w:rPr>
        <w:t>，</w:t>
      </w:r>
      <w:r>
        <w:pict w14:anchorId="2A1DE7E9">
          <v:shape id="_x0000_i1723" type="#_x0000_t75" alt="学科网(www.zxxk.com)--教育资源门户，提供试卷、教案、课件、论文、素材以及各类教学资源下载，还有大量而丰富的教学相关资讯！" style="width:9.5pt;height:10.2pt">
            <v:imagedata r:id="rId130" o:title="eqId7f9e8449aad35c5d840a3395ea86df6d"/>
          </v:shape>
        </w:pict>
      </w:r>
      <w:r>
        <w:rPr>
          <w:rFonts w:ascii="SimSun" w:eastAsia="SimSun" w:hAnsi="SimSun" w:cs="SimSun"/>
          <w:color w:val="000000"/>
          <w:lang w:eastAsia="zh-CN"/>
        </w:rPr>
        <w:t>表示数为</w:t>
      </w:r>
      <w:r>
        <w:pict w14:anchorId="4ECBE82A">
          <v:shape id="_x0000_i1724" type="#_x0000_t75" alt="学科网(www.zxxk.com)--教育资源门户，提供试卷、教案、课件、论文、素材以及各类教学资源下载，还有大量而丰富的教学相关资讯！" style="width:9.5pt;height:12.9pt">
            <v:imagedata r:id="rId109" o:title="eqIdb8860d9787671b53b1ab68b3d526f5ca"/>
          </v:shape>
        </w:pict>
      </w:r>
      <w:r>
        <w:rPr>
          <w:rFonts w:ascii="SimSun" w:eastAsia="SimSun" w:hAnsi="SimSun" w:cs="SimSun"/>
          <w:color w:val="000000"/>
          <w:lang w:eastAsia="zh-CN"/>
        </w:rPr>
        <w:t>，</w:t>
      </w:r>
      <w:r>
        <w:pict w14:anchorId="21ACA381">
          <v:shape id="_x0000_i1725" type="#_x0000_t75" alt="学科网(www.zxxk.com)--教育资源门户，提供试卷、教案、课件、论文、素材以及各类教学资源下载，还有大量而丰富的教学相关资讯！" style="width:12.25pt;height:14.25pt">
            <v:imagedata r:id="rId165" o:title="eqIdc5db41a1f31d6baee7c69990811edb9f"/>
          </v:shape>
        </w:pict>
      </w:r>
      <w:r>
        <w:rPr>
          <w:rFonts w:ascii="SimSun" w:eastAsia="SimSun" w:hAnsi="SimSun" w:cs="SimSun"/>
          <w:color w:val="000000"/>
          <w:lang w:eastAsia="zh-CN"/>
        </w:rPr>
        <w:t>表示数为</w:t>
      </w:r>
      <w:r>
        <w:pict w14:anchorId="4523997F">
          <v:shape id="_x0000_i1726" type="#_x0000_t75" alt="学科网(www.zxxk.com)--教育资源门户，提供试卷、教案、课件、论文、素材以及各类教学资源下载，还有大量而丰富的教学相关资讯！" style="width:8.85pt;height:12.9pt">
            <v:imagedata r:id="rId411" o:title="eqId8b06e95b57b7a81cd81d05557a11fa92"/>
          </v:shape>
        </w:pict>
      </w:r>
      <w:r>
        <w:rPr>
          <w:rFonts w:ascii="SimSun" w:eastAsia="SimSun" w:hAnsi="SimSun" w:cs="SimSun"/>
          <w:color w:val="000000"/>
          <w:lang w:eastAsia="zh-CN"/>
        </w:rPr>
        <w:t>，</w:t>
      </w:r>
    </w:p>
    <w:p w14:paraId="680CB26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则</w:t>
      </w:r>
      <w:r>
        <w:pict w14:anchorId="39A4A671">
          <v:shape id="_x0000_i1727" type="#_x0000_t75" alt="学科网(www.zxxk.com)--教育资源门户，提供试卷、教案、课件、论文、素材以及各类教学资源下载，还有大量而丰富的教学相关资讯！" style="width:78.1pt;height:12.9pt">
            <v:imagedata r:id="rId419" o:title="eqId6b1c70d7581633e3cba2d513ebd74bca"/>
          </v:shape>
        </w:pict>
      </w:r>
      <w:r>
        <w:rPr>
          <w:rFonts w:ascii="SimSun" w:eastAsia="SimSun" w:hAnsi="SimSun" w:cs="SimSun"/>
          <w:color w:val="000000"/>
          <w:lang w:eastAsia="zh-CN"/>
        </w:rPr>
        <w:t>，</w:t>
      </w:r>
      <w:r>
        <w:pict w14:anchorId="3D4B0AAF">
          <v:shape id="_x0000_i1728" type="#_x0000_t75" alt="学科网(www.zxxk.com)--教育资源门户，提供试卷、教案、课件、论文、素材以及各类教学资源下载，还有大量而丰富的教学相关资讯！" style="width:61.15pt;height:13.6pt">
            <v:imagedata r:id="rId420" o:title="eqIddae37c3a0b4470a8bdf354f630d752b0"/>
          </v:shape>
        </w:pict>
      </w:r>
      <w:r>
        <w:rPr>
          <w:rFonts w:ascii="SimSun" w:eastAsia="SimSun" w:hAnsi="SimSun" w:cs="SimSun"/>
          <w:color w:val="000000"/>
          <w:lang w:eastAsia="zh-CN"/>
        </w:rPr>
        <w:t>，</w:t>
      </w:r>
      <w:r>
        <w:pict w14:anchorId="784A349B">
          <v:shape id="_x0000_i1729" type="#_x0000_t75" alt="学科网(www.zxxk.com)--教育资源门户，提供试卷、教案、课件、论文、素材以及各类教学资源下载，还有大量而丰富的教学相关资讯！" style="width:61.8pt;height:13.6pt">
            <v:imagedata r:id="rId421" o:title="eqIdbad32bc19a8032a4e1e570cb31b583f5"/>
          </v:shape>
        </w:pict>
      </w:r>
      <w:r>
        <w:rPr>
          <w:rFonts w:ascii="SimSun" w:eastAsia="SimSun" w:hAnsi="SimSun" w:cs="SimSun"/>
          <w:color w:val="000000"/>
          <w:lang w:eastAsia="zh-CN"/>
        </w:rPr>
        <w:t>．</w:t>
      </w:r>
    </w:p>
    <w:p w14:paraId="5EF3D4A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故①正确</w:t>
      </w:r>
    </w:p>
    <w:p w14:paraId="4B32FCA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②若</w:t>
      </w:r>
      <w:r>
        <w:pict w14:anchorId="5E4B2C89">
          <v:shape id="_x0000_i1730" type="#_x0000_t75" alt="学科网(www.zxxk.com)--教育资源门户，提供试卷、教案、课件、论文、素材以及各类教学资源下载，还有大量而丰富的教学相关资讯！" style="width:12.25pt;height:12.25pt">
            <v:imagedata r:id="rId129" o:title="eqId5963abe8f421bd99a2aaa94831a951e9"/>
          </v:shape>
        </w:pict>
      </w:r>
      <w:r>
        <w:rPr>
          <w:rFonts w:ascii="SimSun" w:eastAsia="SimSun" w:hAnsi="SimSun" w:cs="SimSun"/>
          <w:color w:val="000000"/>
          <w:lang w:eastAsia="zh-CN"/>
        </w:rPr>
        <w:t>表示数为</w:t>
      </w:r>
      <w:r>
        <w:pict w14:anchorId="79DBCD67">
          <v:shape id="_x0000_i1731" type="#_x0000_t75" alt="学科网(www.zxxk.com)--教育资源门户，提供试卷、教案、课件、论文、素材以及各类教学资源下载，还有大量而丰富的教学相关资讯！" style="width:6.8pt;height:12.9pt">
            <v:imagedata r:id="rId270" o:title="eqIdbdaa19de263700a15fcf213d64a8cd57"/>
          </v:shape>
        </w:pict>
      </w:r>
      <w:r>
        <w:rPr>
          <w:rFonts w:ascii="SimSun" w:eastAsia="SimSun" w:hAnsi="SimSun" w:cs="SimSun"/>
          <w:color w:val="000000"/>
          <w:lang w:eastAsia="zh-CN"/>
        </w:rPr>
        <w:t>，</w:t>
      </w:r>
      <w:r>
        <w:pict w14:anchorId="2EA8F14A">
          <v:shape id="_x0000_i1732" type="#_x0000_t75" alt="学科网(www.zxxk.com)--教育资源门户，提供试卷、教案、课件、论文、素材以及各类教学资源下载，还有大量而丰富的教学相关资讯！" style="width:27.15pt;height:14.25pt">
            <v:imagedata r:id="rId426" o:title="eqId89d500af0ca164f4f04b67a080ba6189"/>
          </v:shape>
        </w:pict>
      </w:r>
      <w:r>
        <w:rPr>
          <w:rFonts w:ascii="SimSun" w:eastAsia="SimSun" w:hAnsi="SimSun" w:cs="SimSun"/>
          <w:color w:val="000000"/>
          <w:lang w:eastAsia="zh-CN"/>
        </w:rPr>
        <w:t>，则</w:t>
      </w:r>
    </w:p>
    <w:p w14:paraId="27D42482" w14:textId="77777777" w:rsidR="008113A1" w:rsidRDefault="00000000">
      <w:pPr>
        <w:spacing w:line="360" w:lineRule="auto"/>
        <w:textAlignment w:val="center"/>
        <w:rPr>
          <w:color w:val="000000"/>
          <w:lang w:eastAsia="zh-CN"/>
        </w:rPr>
      </w:pPr>
      <w:r>
        <w:pict w14:anchorId="70A0451B">
          <v:shape id="_x0000_i1733" type="#_x0000_t75" alt="学科网(www.zxxk.com)--教育资源门户，提供试卷、教案、课件、论文、素材以及各类教学资源下载，还有大量而丰富的教学相关资讯！" style="width:48.25pt;height:20.4pt">
            <v:imagedata r:id="rId422" o:title="eqId5ede45622f0cd63504adfe0be95e91ca"/>
          </v:shape>
        </w:pict>
      </w:r>
      <w:r>
        <w:rPr>
          <w:rFonts w:ascii="SimSun" w:eastAsia="SimSun" w:hAnsi="SimSun" w:cs="SimSun"/>
          <w:color w:val="000000"/>
          <w:lang w:eastAsia="zh-CN"/>
        </w:rPr>
        <w:t>，</w:t>
      </w:r>
    </w:p>
    <w:p w14:paraId="31AE865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30B9F629">
          <v:shape id="_x0000_i1734" type="#_x0000_t75" alt="学科网(www.zxxk.com)--教育资源门户，提供试卷、教案、课件、论文、素材以及各类教学资源下载，还有大量而丰富的教学相关资讯！" style="width:48.25pt;height:13.6pt">
            <v:imagedata r:id="rId427" o:title="eqId94be1df0ca5377d361851594ce329e6d"/>
          </v:shape>
        </w:pict>
      </w:r>
      <w:r>
        <w:rPr>
          <w:rFonts w:ascii="SimSun" w:eastAsia="SimSun" w:hAnsi="SimSun" w:cs="SimSun"/>
          <w:color w:val="000000"/>
          <w:lang w:eastAsia="zh-CN"/>
        </w:rPr>
        <w:t>．</w:t>
      </w:r>
    </w:p>
    <w:p w14:paraId="57B43D5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2B553F70">
          <v:shape id="_x0000_i1735" type="#_x0000_t75" alt="学科网(www.zxxk.com)--教育资源门户，提供试卷、教案、课件、论文、素材以及各类教学资源下载，还有大量而丰富的教学相关资讯！" style="width:24.45pt;height:12.9pt">
            <v:imagedata r:id="rId263" o:title="eqId3320a13248a3a1208ff6ee85c9d26f36"/>
          </v:shape>
        </w:pict>
      </w:r>
      <w:r>
        <w:rPr>
          <w:rFonts w:ascii="SimSun" w:eastAsia="SimSun" w:hAnsi="SimSun" w:cs="SimSun"/>
          <w:color w:val="000000"/>
          <w:lang w:eastAsia="zh-CN"/>
        </w:rPr>
        <w:t>或</w:t>
      </w:r>
      <w:r>
        <w:pict w14:anchorId="4062521B">
          <v:shape id="_x0000_i1736" type="#_x0000_t75" alt="学科网(www.zxxk.com)--教育资源门户，提供试卷、教案、课件、论文、素材以及各类教学资源下载，还有大量而丰富的教学相关资讯！" style="width:15.6pt;height:12.9pt">
            <v:imagedata r:id="rId428" o:title="eqId274a9dc37509f01c2606fb3086a46f4f"/>
          </v:shape>
        </w:pict>
      </w:r>
      <w:r>
        <w:rPr>
          <w:rFonts w:ascii="SimSun" w:eastAsia="SimSun" w:hAnsi="SimSun" w:cs="SimSun"/>
          <w:color w:val="000000"/>
          <w:lang w:eastAsia="zh-CN"/>
        </w:rPr>
        <w:t>．</w:t>
      </w:r>
    </w:p>
    <w:p w14:paraId="40DB895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27E6240E">
          <v:shape id="_x0000_i1737" type="#_x0000_t75" alt="学科网(www.zxxk.com)--教育资源门户，提供试卷、教案、课件、论文、素材以及各类教学资源下载，还有大量而丰富的教学相关资讯！" style="width:9.5pt;height:10.2pt">
            <v:imagedata r:id="rId130" o:title="eqId7f9e8449aad35c5d840a3395ea86df6d"/>
          </v:shape>
        </w:pict>
      </w:r>
      <w:r>
        <w:rPr>
          <w:rFonts w:ascii="SimSun" w:eastAsia="SimSun" w:hAnsi="SimSun" w:cs="SimSun"/>
          <w:color w:val="000000"/>
          <w:lang w:eastAsia="zh-CN"/>
        </w:rPr>
        <w:t>表示数为</w:t>
      </w:r>
      <w:r>
        <w:pict w14:anchorId="03DA765A">
          <v:shape id="_x0000_i1738" type="#_x0000_t75" alt="学科网(www.zxxk.com)--教育资源门户，提供试卷、教案、课件、论文、素材以及各类教学资源下载，还有大量而丰富的教学相关资讯！" style="width:9.5pt;height:12.9pt">
            <v:imagedata r:id="rId109" o:title="eqIdb8860d9787671b53b1ab68b3d526f5ca"/>
          </v:shape>
        </w:pict>
      </w:r>
      <w:r>
        <w:rPr>
          <w:rFonts w:ascii="SimSun" w:eastAsia="SimSun" w:hAnsi="SimSun" w:cs="SimSun"/>
          <w:color w:val="000000"/>
          <w:lang w:eastAsia="zh-CN"/>
        </w:rPr>
        <w:t>或</w:t>
      </w:r>
      <w:r>
        <w:pict w14:anchorId="7951FC4F">
          <v:shape id="_x0000_i1739" type="#_x0000_t75" alt="学科网(www.zxxk.com)--教育资源门户，提供试卷、教案、课件、论文、素材以及各类教学资源下载，还有大量而丰富的教学相关资讯！" style="width:15.6pt;height:12.9pt">
            <v:imagedata r:id="rId428" o:title="eqId274a9dc37509f01c2606fb3086a46f4f"/>
          </v:shape>
        </w:pict>
      </w:r>
      <w:r>
        <w:rPr>
          <w:rFonts w:ascii="SimSun" w:eastAsia="SimSun" w:hAnsi="SimSun" w:cs="SimSun"/>
          <w:color w:val="000000"/>
          <w:lang w:eastAsia="zh-CN"/>
        </w:rPr>
        <w:t>．</w:t>
      </w:r>
    </w:p>
    <w:p w14:paraId="6D925E9D"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故②错误，</w:t>
      </w:r>
    </w:p>
    <w:p w14:paraId="23449CD5"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③</w:t>
      </w:r>
      <w:r>
        <w:pict w14:anchorId="4023E5F8">
          <v:shape id="_x0000_i1740" type="#_x0000_t75" alt="学科网(www.zxxk.com)--教育资源门户，提供试卷、教案、课件、论文、素材以及各类教学资源下载，还有大量而丰富的教学相关资讯！" style="width:8.85pt;height:9.5pt">
            <v:imagedata r:id="rId249" o:title="eqId0a6936d370d6a238a608ca56f87198de"/>
          </v:shape>
        </w:pict>
      </w:r>
      <w:r>
        <w:rPr>
          <w:rFonts w:ascii="SimSun" w:eastAsia="SimSun" w:hAnsi="SimSun" w:cs="SimSun"/>
          <w:color w:val="000000"/>
          <w:lang w:eastAsia="zh-CN"/>
        </w:rPr>
        <w:t>，</w:t>
      </w:r>
      <w:r>
        <w:pict w14:anchorId="7C6C4071">
          <v:shape id="_x0000_i1741" type="#_x0000_t75" alt="学科网(www.zxxk.com)--教育资源门户，提供试卷、教案、课件、论文、素材以及各类教学资源下载，还有大量而丰富的教学相关资讯！" style="width:10.2pt;height:14.25pt">
            <v:imagedata r:id="rId250" o:title="eqId2c94bb12cee76221e13f9ef955b0aab1"/>
          </v:shape>
        </w:pict>
      </w:r>
      <w:r>
        <w:rPr>
          <w:rFonts w:ascii="SimSun" w:eastAsia="SimSun" w:hAnsi="SimSun" w:cs="SimSun"/>
          <w:color w:val="000000"/>
          <w:lang w:eastAsia="zh-CN"/>
        </w:rPr>
        <w:t>，</w:t>
      </w:r>
      <w:r>
        <w:pict w14:anchorId="45914764">
          <v:shape id="_x0000_i1742" type="#_x0000_t75" alt="学科网(www.zxxk.com)--教育资源门户，提供试卷、教案、课件、论文、素材以及各类教学资源下载，还有大量而丰富的教学相关资讯！" style="width:8.85pt;height:11.55pt">
            <v:imagedata r:id="rId251" o:title="eqId071a7e733d466949ac935b4b8ee8d183"/>
          </v:shape>
        </w:pict>
      </w:r>
      <w:r>
        <w:rPr>
          <w:rFonts w:ascii="SimSun" w:eastAsia="SimSun" w:hAnsi="SimSun" w:cs="SimSun"/>
          <w:color w:val="000000"/>
          <w:lang w:eastAsia="zh-CN"/>
        </w:rPr>
        <w:t>的关系可能情形为：</w:t>
      </w:r>
      <w:r>
        <w:pict w14:anchorId="0D1981E4">
          <v:shape id="_x0000_i1743" type="#_x0000_t75" alt="学科网(www.zxxk.com)--教育资源门户，提供试卷、教案、课件、论文、素材以及各类教学资源下载，还有大量而丰富的教学相关资讯！" style="width:43.45pt;height:13.6pt">
            <v:imagedata r:id="rId423" o:title="eqId256a12a4468a0723189e0d0221dd61f2"/>
          </v:shape>
        </w:pict>
      </w:r>
      <w:r>
        <w:rPr>
          <w:rFonts w:ascii="SimSun" w:eastAsia="SimSun" w:hAnsi="SimSun" w:cs="SimSun"/>
          <w:color w:val="000000"/>
          <w:lang w:eastAsia="zh-CN"/>
        </w:rPr>
        <w:t>，</w:t>
      </w:r>
      <w:r>
        <w:pict w14:anchorId="2800A972">
          <v:shape id="_x0000_i1744" type="#_x0000_t75" alt="学科网(www.zxxk.com)--教育资源门户，提供试卷、教案、课件、论文、素材以及各类教学资源下载，还有大量而丰富的教学相关资讯！" style="width:43.45pt;height:13.6pt">
            <v:imagedata r:id="rId424" o:title="eqIdb66f4f8aad8aced86cb95bf1b6039b6a"/>
          </v:shape>
        </w:pict>
      </w:r>
      <w:r>
        <w:rPr>
          <w:rFonts w:ascii="SimSun" w:eastAsia="SimSun" w:hAnsi="SimSun" w:cs="SimSun"/>
          <w:color w:val="000000"/>
          <w:lang w:eastAsia="zh-CN"/>
        </w:rPr>
        <w:t>，</w:t>
      </w:r>
      <w:r>
        <w:pict w14:anchorId="361FD40F">
          <v:shape id="_x0000_i1745" type="#_x0000_t75" alt="学科网(www.zxxk.com)--教育资源门户，提供试卷、教案、课件、论文、素材以及各类教学资源下载，还有大量而丰富的教学相关资讯！" style="width:44.15pt;height:14.25pt">
            <v:imagedata r:id="rId425" o:title="eqIdf9678ae57ecdf808530b4cbc2ca0f12e"/>
          </v:shape>
        </w:pict>
      </w:r>
      <w:r>
        <w:rPr>
          <w:rFonts w:ascii="SimSun" w:eastAsia="SimSun" w:hAnsi="SimSun" w:cs="SimSun"/>
          <w:color w:val="000000"/>
          <w:lang w:eastAsia="zh-CN"/>
        </w:rPr>
        <w:t>．</w:t>
      </w:r>
    </w:p>
    <w:p w14:paraId="567840D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pict w14:anchorId="37C5521E">
          <v:shape id="_x0000_i1746" type="#_x0000_t75" alt="学科网(www.zxxk.com)--教育资源门户，提供试卷、教案、课件、论文、素材以及各类教学资源下载，还有大量而丰富的教学相关资讯！" style="width:43.45pt;height:13.6pt">
            <v:imagedata r:id="rId423" o:title="eqId256a12a4468a0723189e0d0221dd61f2"/>
          </v:shape>
        </w:pict>
      </w:r>
      <w:r>
        <w:rPr>
          <w:rFonts w:ascii="SimSun" w:eastAsia="SimSun" w:hAnsi="SimSun" w:cs="SimSun"/>
          <w:color w:val="000000"/>
          <w:lang w:eastAsia="zh-CN"/>
        </w:rPr>
        <w:t>或</w:t>
      </w:r>
      <w:r>
        <w:pict w14:anchorId="645D6A18">
          <v:shape id="_x0000_i1747" type="#_x0000_t75" alt="学科网(www.zxxk.com)--教育资源门户，提供试卷、教案、课件、论文、素材以及各类教学资源下载，还有大量而丰富的教学相关资讯！" style="width:43.45pt;height:13.6pt">
            <v:imagedata r:id="rId424" o:title="eqIdb66f4f8aad8aced86cb95bf1b6039b6a"/>
          </v:shape>
        </w:pict>
      </w:r>
      <w:r>
        <w:rPr>
          <w:rFonts w:ascii="SimSun" w:eastAsia="SimSun" w:hAnsi="SimSun" w:cs="SimSun"/>
          <w:color w:val="000000"/>
          <w:lang w:eastAsia="zh-CN"/>
        </w:rPr>
        <w:t>时，</w:t>
      </w:r>
      <w:r>
        <w:pict w14:anchorId="085915B6">
          <v:shape id="_x0000_i1748" type="#_x0000_t75" alt="学科网(www.zxxk.com)--教育资源门户，提供试卷、教案、课件、论文、素材以及各类教学资源下载，还有大量而丰富的教学相关资讯！" style="width:48.25pt;height:20.4pt">
            <v:imagedata r:id="rId429" o:title="eqId166ca2a0c6062e9e97ff47469d042e28"/>
          </v:shape>
        </w:pict>
      </w:r>
      <w:r>
        <w:rPr>
          <w:rFonts w:ascii="SimSun" w:eastAsia="SimSun" w:hAnsi="SimSun" w:cs="SimSun"/>
          <w:color w:val="000000"/>
          <w:lang w:eastAsia="zh-CN"/>
        </w:rPr>
        <w:t>，</w:t>
      </w:r>
    </w:p>
    <w:p w14:paraId="656D86C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pict w14:anchorId="28DFA609">
          <v:shape id="_x0000_i1749" type="#_x0000_t75" alt="学科网(www.zxxk.com)--教育资源门户，提供试卷、教案、课件、论文、素材以及各类教学资源下载，还有大量而丰富的教学相关资讯！" style="width:44.15pt;height:14.25pt">
            <v:imagedata r:id="rId425" o:title="eqIdf9678ae57ecdf808530b4cbc2ca0f12e"/>
          </v:shape>
        </w:pict>
      </w:r>
      <w:r>
        <w:rPr>
          <w:rFonts w:ascii="SimSun" w:eastAsia="SimSun" w:hAnsi="SimSun" w:cs="SimSun"/>
          <w:color w:val="000000"/>
          <w:lang w:eastAsia="zh-CN"/>
        </w:rPr>
        <w:t>时，</w:t>
      </w:r>
      <w:r>
        <w:pict w14:anchorId="01D07E82">
          <v:shape id="_x0000_i1750" type="#_x0000_t75" alt="学科网(www.zxxk.com)--教育资源门户，提供试卷、教案、课件、论文、素材以及各类教学资源下载，还有大量而丰富的教学相关资讯！" style="width:48.25pt;height:20.4pt">
            <v:imagedata r:id="rId430" o:title="eqIdcd791e494afcde7acbbd6a0506fbc38c"/>
          </v:shape>
        </w:pict>
      </w:r>
      <w:r>
        <w:rPr>
          <w:rFonts w:ascii="SimSun" w:eastAsia="SimSun" w:hAnsi="SimSun" w:cs="SimSun"/>
          <w:color w:val="000000"/>
          <w:lang w:eastAsia="zh-CN"/>
        </w:rPr>
        <w:t>，</w:t>
      </w:r>
    </w:p>
    <w:p w14:paraId="15B38E1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37DE0EC7">
          <v:shape id="_x0000_i1751" type="#_x0000_t75" alt="学科网(www.zxxk.com)--教育资源门户，提供试卷、教案、课件、论文、素材以及各类教学资源下载，还有大量而丰富的教学相关资讯！" style="width:48.25pt;height:20.4pt">
            <v:imagedata r:id="rId431" o:title="eqId0d065d323af50f8e51e7c0b9bfd9dc28"/>
          </v:shape>
        </w:pict>
      </w:r>
      <w:r>
        <w:rPr>
          <w:rFonts w:ascii="SimSun" w:eastAsia="SimSun" w:hAnsi="SimSun" w:cs="SimSun"/>
          <w:color w:val="000000"/>
          <w:lang w:eastAsia="zh-CN"/>
        </w:rPr>
        <w:t>．</w:t>
      </w:r>
    </w:p>
    <w:p w14:paraId="0E4529F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故③正确，</w:t>
      </w:r>
    </w:p>
    <w:p w14:paraId="0E680C9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④若</w:t>
      </w:r>
      <w:r>
        <w:pict w14:anchorId="223485BC">
          <v:shape id="_x0000_i1752" type="#_x0000_t75" alt="学科网(www.zxxk.com)--教育资源门户，提供试卷、教案、课件、论文、素材以及各类教学资源下载，还有大量而丰富的教学相关资讯！" style="width:33.95pt;height:14.25pt">
            <v:imagedata r:id="rId415" o:title="eqIdcd2a301721931864f7fd4b1ed5b652f5"/>
          </v:shape>
        </w:pict>
      </w:r>
      <w:r>
        <w:rPr>
          <w:rFonts w:ascii="SimSun" w:eastAsia="SimSun" w:hAnsi="SimSun" w:cs="SimSun"/>
          <w:color w:val="000000"/>
          <w:lang w:eastAsia="zh-CN"/>
        </w:rPr>
        <w:t>，</w:t>
      </w:r>
      <w:r>
        <w:pict w14:anchorId="1B44C433">
          <v:shape id="_x0000_i1753" type="#_x0000_t75" alt="学科网(www.zxxk.com)--教育资源门户，提供试卷、教案、课件、论文、素材以及各类教学资源下载，还有大量而丰富的教学相关资讯！" style="width:44.15pt;height:13.6pt">
            <v:imagedata r:id="rId416" o:title="eqId456a122b7c83aeccdac381db45ca2a28"/>
          </v:shape>
        </w:pict>
      </w:r>
      <w:r>
        <w:rPr>
          <w:rFonts w:ascii="SimSun" w:eastAsia="SimSun" w:hAnsi="SimSun" w:cs="SimSun"/>
          <w:color w:val="000000"/>
          <w:lang w:eastAsia="zh-CN"/>
        </w:rPr>
        <w:t>，</w:t>
      </w:r>
      <w:r>
        <w:pict w14:anchorId="7948AE04">
          <v:shape id="_x0000_i1754" type="#_x0000_t75" alt="学科网(www.zxxk.com)--教育资源门户，提供试卷、教案、课件、论文、素材以及各类教学资源下载，还有大量而丰富的教学相关资讯！" style="width:48.25pt;height:13.6pt">
            <v:imagedata r:id="rId417" o:title="eqId38d3d7752f8c466e58f56bc6a9bfc1fc"/>
          </v:shape>
        </w:pict>
      </w:r>
      <w:r>
        <w:rPr>
          <w:rFonts w:ascii="SimSun" w:eastAsia="SimSun" w:hAnsi="SimSun" w:cs="SimSun"/>
          <w:color w:val="000000"/>
          <w:lang w:eastAsia="zh-CN"/>
        </w:rPr>
        <w:t>，且</w:t>
      </w:r>
      <w:r>
        <w:pict w14:anchorId="5D44A73A">
          <v:shape id="_x0000_i1755" type="#_x0000_t75" alt="学科网(www.zxxk.com)--教育资源门户，提供试卷、教案、课件、论文、素材以及各类教学资源下载，还有大量而丰富的教学相关资讯！" style="width:27.85pt;height:14.25pt">
            <v:imagedata r:id="rId432" o:title="eqId2f0d68648b10fce54dfc19c5ee60086d"/>
          </v:shape>
        </w:pict>
      </w:r>
      <w:r>
        <w:rPr>
          <w:rFonts w:ascii="SimSun" w:eastAsia="SimSun" w:hAnsi="SimSun" w:cs="SimSun"/>
          <w:color w:val="000000"/>
          <w:lang w:eastAsia="zh-CN"/>
        </w:rPr>
        <w:t>．</w:t>
      </w:r>
    </w:p>
    <w:p w14:paraId="29FB62F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当点</w:t>
      </w:r>
      <w:r>
        <w:pict w14:anchorId="138BBB83">
          <v:shape id="_x0000_i1756" type="#_x0000_t75" alt="学科网(www.zxxk.com)--教育资源门户，提供试卷、教案、课件、论文、素材以及各类教学资源下载，还有大量而丰富的教学相关资讯！" style="width:12.25pt;height:14.25pt">
            <v:imagedata r:id="rId165" o:title="eqIdc5db41a1f31d6baee7c69990811edb9f"/>
          </v:shape>
        </w:pict>
      </w:r>
      <w:r>
        <w:rPr>
          <w:rFonts w:ascii="SimSun" w:eastAsia="SimSun" w:hAnsi="SimSun" w:cs="SimSun"/>
          <w:color w:val="000000"/>
          <w:lang w:eastAsia="zh-CN"/>
        </w:rPr>
        <w:t>在</w:t>
      </w:r>
      <w:r>
        <w:pict w14:anchorId="0CEF5901">
          <v:shape id="_x0000_i1757" type="#_x0000_t75" alt="学科网(www.zxxk.com)--教育资源门户，提供试卷、教案、课件、论文、素材以及各类教学资源下载，还有大量而丰富的教学相关资讯！" style="width:20.4pt;height:12.9pt">
            <v:imagedata r:id="rId63" o:title="eqIdf52a58fbaf4fea03567e88a9f0f6e37e"/>
          </v:shape>
        </w:pict>
      </w:r>
      <w:r>
        <w:rPr>
          <w:rFonts w:ascii="SimSun" w:eastAsia="SimSun" w:hAnsi="SimSun" w:cs="SimSun"/>
          <w:color w:val="000000"/>
          <w:lang w:eastAsia="zh-CN"/>
        </w:rPr>
        <w:t>上时，则有</w:t>
      </w:r>
      <w:r>
        <w:pict w14:anchorId="301B1368">
          <v:shape id="_x0000_i1758" type="#_x0000_t75" alt="学科网(www.zxxk.com)--教育资源门户，提供试卷、教案、课件、论文、素材以及各类教学资源下载，还有大量而丰富的教学相关资讯！" style="width:76.1pt;height:14.25pt">
            <v:imagedata r:id="rId433" o:title="eqId52903cb429596c2907b7fdfc3a8bb8f4"/>
          </v:shape>
        </w:pict>
      </w:r>
      <w:r>
        <w:rPr>
          <w:rFonts w:ascii="SimSun" w:eastAsia="SimSun" w:hAnsi="SimSun" w:cs="SimSun"/>
          <w:color w:val="000000"/>
          <w:lang w:eastAsia="zh-CN"/>
        </w:rPr>
        <w:t>，即</w:t>
      </w:r>
    </w:p>
    <w:p w14:paraId="1836D1BC" w14:textId="77777777" w:rsidR="008113A1" w:rsidRDefault="00000000">
      <w:pPr>
        <w:spacing w:line="360" w:lineRule="auto"/>
        <w:textAlignment w:val="center"/>
        <w:rPr>
          <w:color w:val="000000"/>
          <w:lang w:eastAsia="zh-CN"/>
        </w:rPr>
      </w:pPr>
      <w:r>
        <w:pict w14:anchorId="4BF9D66C">
          <v:shape id="_x0000_i1759" type="#_x0000_t75" alt="学科网(www.zxxk.com)--教育资源门户，提供试卷、教案、课件、论文、素材以及各类教学资源下载，还有大量而丰富的教学相关资讯！" style="width:88.3pt;height:13.6pt">
            <v:imagedata r:id="rId434" o:title="eqIda781e93d782122138b7ddb66417a35c0"/>
          </v:shape>
        </w:pict>
      </w:r>
      <w:r>
        <w:rPr>
          <w:rFonts w:ascii="SimSun" w:eastAsia="SimSun" w:hAnsi="SimSun" w:cs="SimSun"/>
          <w:color w:val="000000"/>
          <w:lang w:eastAsia="zh-CN"/>
        </w:rPr>
        <w:t>．</w:t>
      </w:r>
    </w:p>
    <w:p w14:paraId="098BC4E5"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化简得：</w:t>
      </w:r>
      <w:r>
        <w:pict w14:anchorId="1DE4BD08">
          <v:shape id="_x0000_i1760" type="#_x0000_t75" alt="学科网(www.zxxk.com)--教育资源门户，提供试卷、教案、课件、论文、素材以及各类教学资源下载，还有大量而丰富的教学相关资讯！" style="width:61.15pt;height:13.6pt">
            <v:imagedata r:id="rId435" o:title="eqId4d7f71df75f475dda148139b2cfccb7e"/>
          </v:shape>
        </w:pict>
      </w:r>
      <w:r>
        <w:rPr>
          <w:rFonts w:ascii="SimSun" w:eastAsia="SimSun" w:hAnsi="SimSun" w:cs="SimSun"/>
          <w:color w:val="000000"/>
          <w:lang w:eastAsia="zh-CN"/>
        </w:rPr>
        <w:t>，不成立．</w:t>
      </w:r>
    </w:p>
    <w:p w14:paraId="5A78F3C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lastRenderedPageBreak/>
        <w:t>当点</w:t>
      </w:r>
      <w:r>
        <w:pict w14:anchorId="44802BF4">
          <v:shape id="_x0000_i1761" type="#_x0000_t75" alt="学科网(www.zxxk.com)--教育资源门户，提供试卷、教案、课件、论文、素材以及各类教学资源下载，还有大量而丰富的教学相关资讯！" style="width:9.5pt;height:10.2pt">
            <v:imagedata r:id="rId130" o:title="eqId7f9e8449aad35c5d840a3395ea86df6d"/>
          </v:shape>
        </w:pict>
      </w:r>
      <w:r>
        <w:rPr>
          <w:rFonts w:ascii="SimSun" w:eastAsia="SimSun" w:hAnsi="SimSun" w:cs="SimSun"/>
          <w:color w:val="000000"/>
          <w:lang w:eastAsia="zh-CN"/>
        </w:rPr>
        <w:t>在</w:t>
      </w:r>
      <w:r>
        <w:pict w14:anchorId="5B610426">
          <v:shape id="_x0000_i1762" type="#_x0000_t75" alt="学科网(www.zxxk.com)--教育资源门户，提供试卷、教案、课件、论文、素材以及各类教学资源下载，还有大量而丰富的教学相关资讯！" style="width:21.05pt;height:14.25pt">
            <v:imagedata r:id="rId62" o:title="eqId60ef95894ceebaf236170e8832dcf7e3"/>
          </v:shape>
        </w:pict>
      </w:r>
      <w:r>
        <w:rPr>
          <w:rFonts w:ascii="SimSun" w:eastAsia="SimSun" w:hAnsi="SimSun" w:cs="SimSun"/>
          <w:color w:val="000000"/>
          <w:lang w:eastAsia="zh-CN"/>
        </w:rPr>
        <w:t>上时，则有</w:t>
      </w:r>
      <w:r>
        <w:pict w14:anchorId="7541CC4A">
          <v:shape id="_x0000_i1763" type="#_x0000_t75" alt="学科网(www.zxxk.com)--教育资源门户，提供试卷、教案、课件、论文、素材以及各类教学资源下载，还有大量而丰富的教学相关资讯！" style="width:76.1pt;height:14.25pt">
            <v:imagedata r:id="rId436" o:title="eqId6d17517eb9e5e0ddcf91acf33669fbf4"/>
          </v:shape>
        </w:pict>
      </w:r>
      <w:r>
        <w:rPr>
          <w:rFonts w:ascii="SimSun" w:eastAsia="SimSun" w:hAnsi="SimSun" w:cs="SimSun"/>
          <w:color w:val="000000"/>
          <w:lang w:eastAsia="zh-CN"/>
        </w:rPr>
        <w:t>，即</w:t>
      </w:r>
    </w:p>
    <w:p w14:paraId="5D37F37B" w14:textId="77777777" w:rsidR="008113A1" w:rsidRDefault="00000000">
      <w:pPr>
        <w:spacing w:line="360" w:lineRule="auto"/>
        <w:textAlignment w:val="center"/>
        <w:rPr>
          <w:color w:val="000000"/>
          <w:lang w:eastAsia="zh-CN"/>
        </w:rPr>
      </w:pPr>
      <w:r>
        <w:pict w14:anchorId="56806E36">
          <v:shape id="_x0000_i1764" type="#_x0000_t75" alt="学科网(www.zxxk.com)--教育资源门户，提供试卷、教案、课件、论文、素材以及各类教学资源下载，还有大量而丰富的教学相关资讯！" style="width:88.3pt;height:13.6pt">
            <v:imagedata r:id="rId437" o:title="eqIdde499e53635c320ad8f304d297240507"/>
          </v:shape>
        </w:pict>
      </w:r>
      <w:r>
        <w:rPr>
          <w:rFonts w:ascii="SimSun" w:eastAsia="SimSun" w:hAnsi="SimSun" w:cs="SimSun"/>
          <w:color w:val="000000"/>
          <w:lang w:eastAsia="zh-CN"/>
        </w:rPr>
        <w:t>．</w:t>
      </w:r>
    </w:p>
    <w:p w14:paraId="5BE5612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化简得</w:t>
      </w:r>
      <w:r>
        <w:pict w14:anchorId="24D4F777">
          <v:shape id="_x0000_i1765" type="#_x0000_t75" alt="学科网(www.zxxk.com)--教育资源门户，提供试卷、教案、课件、论文、素材以及各类教学资源下载，还有大量而丰富的教学相关资讯！" style="width:70.65pt;height:13.6pt">
            <v:imagedata r:id="rId438" o:title="eqId978e9f2757a07f9f53dc5cd93ebfeb10"/>
          </v:shape>
        </w:pict>
      </w:r>
      <w:r>
        <w:rPr>
          <w:rFonts w:ascii="SimSun" w:eastAsia="SimSun" w:hAnsi="SimSun" w:cs="SimSun"/>
          <w:color w:val="000000"/>
          <w:lang w:eastAsia="zh-CN"/>
        </w:rPr>
        <w:t>，不成立．</w:t>
      </w:r>
    </w:p>
    <w:p w14:paraId="6D565909"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当点</w:t>
      </w:r>
      <w:r>
        <w:pict w14:anchorId="57410760">
          <v:shape id="_x0000_i1766" type="#_x0000_t75" alt="学科网(www.zxxk.com)--教育资源门户，提供试卷、教案、课件、论文、素材以及各类教学资源下载，还有大量而丰富的教学相关资讯！" style="width:12.25pt;height:12.25pt">
            <v:imagedata r:id="rId129" o:title="eqId5963abe8f421bd99a2aaa94831a951e9"/>
          </v:shape>
        </w:pict>
      </w:r>
      <w:r>
        <w:rPr>
          <w:rFonts w:ascii="SimSun" w:eastAsia="SimSun" w:hAnsi="SimSun" w:cs="SimSun"/>
          <w:color w:val="000000"/>
          <w:lang w:eastAsia="zh-CN"/>
        </w:rPr>
        <w:t>在</w:t>
      </w:r>
      <w:r>
        <w:pict w14:anchorId="11904453">
          <v:shape id="_x0000_i1767" type="#_x0000_t75" alt="学科网(www.zxxk.com)--教育资源门户，提供试卷、教案、课件、论文、素材以及各类教学资源下载，还有大量而丰富的教学相关资讯！" style="width:20.4pt;height:14.25pt">
            <v:imagedata r:id="rId418" o:title="eqId0dc5c9827dfd0be5a9c85962d6ccbfb1"/>
          </v:shape>
        </w:pict>
      </w:r>
      <w:r>
        <w:rPr>
          <w:rFonts w:ascii="SimSun" w:eastAsia="SimSun" w:hAnsi="SimSun" w:cs="SimSun"/>
          <w:color w:val="000000"/>
          <w:lang w:eastAsia="zh-CN"/>
        </w:rPr>
        <w:t>上时，则有</w:t>
      </w:r>
      <w:r>
        <w:pict w14:anchorId="512CD01F">
          <v:shape id="_x0000_i1768" type="#_x0000_t75" alt="学科网(www.zxxk.com)--教育资源门户，提供试卷、教案、课件、论文、素材以及各类教学资源下载，还有大量而丰富的教学相关资讯！" style="width:77.45pt;height:14.25pt">
            <v:imagedata r:id="rId439" o:title="eqId49e9a69060da3197f3af0fcf4595f9dd"/>
          </v:shape>
        </w:pict>
      </w:r>
      <w:r>
        <w:rPr>
          <w:rFonts w:ascii="SimSun" w:eastAsia="SimSun" w:hAnsi="SimSun" w:cs="SimSun"/>
          <w:color w:val="000000"/>
          <w:lang w:eastAsia="zh-CN"/>
        </w:rPr>
        <w:t>，即</w:t>
      </w:r>
    </w:p>
    <w:p w14:paraId="0D27518C" w14:textId="77777777" w:rsidR="008113A1" w:rsidRDefault="00000000">
      <w:pPr>
        <w:spacing w:line="360" w:lineRule="auto"/>
        <w:textAlignment w:val="center"/>
        <w:rPr>
          <w:color w:val="000000"/>
          <w:lang w:eastAsia="zh-CN"/>
        </w:rPr>
      </w:pPr>
      <w:r>
        <w:pict w14:anchorId="1E933F22">
          <v:shape id="_x0000_i1769" type="#_x0000_t75" alt="学科网(www.zxxk.com)--教育资源门户，提供试卷、教案、课件、论文、素材以及各类教学资源下载，还有大量而丰富的教学相关资讯！" style="width:88.3pt;height:13.6pt">
            <v:imagedata r:id="rId440" o:title="eqId2be050c95c2fa19b840870f1a8ead928"/>
          </v:shape>
        </w:pict>
      </w:r>
      <w:r>
        <w:rPr>
          <w:rFonts w:ascii="SimSun" w:eastAsia="SimSun" w:hAnsi="SimSun" w:cs="SimSun"/>
          <w:color w:val="000000"/>
          <w:lang w:eastAsia="zh-CN"/>
        </w:rPr>
        <w:t>．</w:t>
      </w:r>
    </w:p>
    <w:p w14:paraId="50A7C15D"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化简得</w:t>
      </w:r>
      <w:r>
        <w:pict w14:anchorId="1DFCCEB2">
          <v:shape id="_x0000_i1770" type="#_x0000_t75" alt="学科网(www.zxxk.com)--教育资源门户，提供试卷、教案、课件、论文、素材以及各类教学资源下载，还有大量而丰富的教学相关资讯！" style="width:33.3pt;height:14.25pt">
            <v:imagedata r:id="rId441" o:title="eqId52301b7873bd2a0ec47ebdf14b796497"/>
          </v:shape>
        </w:pict>
      </w:r>
      <w:r>
        <w:rPr>
          <w:rFonts w:ascii="SimSun" w:eastAsia="SimSun" w:hAnsi="SimSun" w:cs="SimSun"/>
          <w:color w:val="000000"/>
          <w:lang w:eastAsia="zh-CN"/>
        </w:rPr>
        <w:t>，</w:t>
      </w:r>
    </w:p>
    <w:p w14:paraId="32C94E07"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解得</w:t>
      </w:r>
      <w:r>
        <w:pict w14:anchorId="6D0299CA">
          <v:shape id="_x0000_i1771" type="#_x0000_t75" alt="学科网(www.zxxk.com)--教育资源门户，提供试卷、教案、课件、论文、素材以及各类教学资源下载，还有大量而丰富的教学相关资讯！" style="width:27.85pt;height:14.25pt">
            <v:imagedata r:id="rId442" o:title="eqIdf8e69866076dcff686a05e9e91e61e68"/>
          </v:shape>
        </w:pict>
      </w:r>
      <w:r>
        <w:rPr>
          <w:rFonts w:ascii="SimSun" w:eastAsia="SimSun" w:hAnsi="SimSun" w:cs="SimSun"/>
          <w:color w:val="000000"/>
          <w:lang w:eastAsia="zh-CN"/>
        </w:rPr>
        <w:t>．</w:t>
      </w:r>
    </w:p>
    <w:p w14:paraId="0F12BE8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∴点</w:t>
      </w:r>
      <w:r>
        <w:pict w14:anchorId="3B2F037E">
          <v:shape id="_x0000_i1772" type="#_x0000_t75" alt="学科网(www.zxxk.com)--教育资源门户，提供试卷、教案、课件、论文、素材以及各类教学资源下载，还有大量而丰富的教学相关资讯！" style="width:22.4pt;height:13.6pt">
            <v:imagedata r:id="rId443" o:title="eqId5a3a4ad7a9934f56bca759ff3febab69"/>
          </v:shape>
        </w:pict>
      </w:r>
      <w:r>
        <w:rPr>
          <w:rFonts w:ascii="SimSun" w:eastAsia="SimSun" w:hAnsi="SimSun" w:cs="SimSun"/>
          <w:color w:val="000000"/>
          <w:lang w:eastAsia="zh-CN"/>
        </w:rPr>
        <w:t>定在线段</w:t>
      </w:r>
      <w:r>
        <w:pict w14:anchorId="4F1A3C96">
          <v:shape id="_x0000_i1773" type="#_x0000_t75" alt="学科网(www.zxxk.com)--教育资源门户，提供试卷、教案、课件、论文、素材以及各类教学资源下载，还有大量而丰富的教学相关资讯！" style="width:20.4pt;height:14.25pt">
            <v:imagedata r:id="rId418" o:title="eqId0dc5c9827dfd0be5a9c85962d6ccbfb1"/>
          </v:shape>
        </w:pict>
      </w:r>
      <w:r>
        <w:rPr>
          <w:rFonts w:ascii="SimSun" w:eastAsia="SimSun" w:hAnsi="SimSun" w:cs="SimSun"/>
          <w:color w:val="000000"/>
          <w:lang w:eastAsia="zh-CN"/>
        </w:rPr>
        <w:t>上．</w:t>
      </w:r>
    </w:p>
    <w:p w14:paraId="72A5760D"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故④正确．</w:t>
      </w:r>
    </w:p>
    <w:p w14:paraId="50AEB2F4"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故答案为：①③④．</w:t>
      </w:r>
    </w:p>
    <w:p w14:paraId="59141993"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三、解答题（本题共</w:t>
      </w:r>
      <w:r>
        <w:rPr>
          <w:rFonts w:ascii="Times New Roman" w:eastAsia="Times New Roman" w:hAnsi="Times New Roman" w:cs="Times New Roman"/>
          <w:b/>
          <w:color w:val="000000"/>
          <w:sz w:val="24"/>
          <w:lang w:eastAsia="zh-CN"/>
        </w:rPr>
        <w:t>52</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17-18</w:t>
      </w:r>
      <w:r>
        <w:rPr>
          <w:rFonts w:ascii="SimSun" w:eastAsia="SimSun" w:hAnsi="SimSun" w:cs="SimSun"/>
          <w:b/>
          <w:color w:val="000000"/>
          <w:sz w:val="24"/>
          <w:lang w:eastAsia="zh-CN"/>
        </w:rPr>
        <w:t>题，每小题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19-22</w:t>
      </w:r>
      <w:r>
        <w:rPr>
          <w:rFonts w:ascii="SimSun" w:eastAsia="SimSun" w:hAnsi="SimSun" w:cs="SimSun"/>
          <w:b/>
          <w:color w:val="000000"/>
          <w:sz w:val="24"/>
          <w:lang w:eastAsia="zh-CN"/>
        </w:rPr>
        <w:t>题，每小题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23-24</w:t>
      </w:r>
      <w:r>
        <w:rPr>
          <w:rFonts w:ascii="SimSun" w:eastAsia="SimSun" w:hAnsi="SimSun" w:cs="SimSun"/>
          <w:b/>
          <w:color w:val="000000"/>
          <w:sz w:val="24"/>
          <w:lang w:eastAsia="zh-CN"/>
        </w:rPr>
        <w:t>题）</w:t>
      </w:r>
    </w:p>
    <w:p w14:paraId="7325FB8F" w14:textId="77777777" w:rsidR="008113A1" w:rsidRDefault="00000000">
      <w:pPr>
        <w:pStyle w:val="Heading2"/>
        <w:rPr>
          <w:lang w:eastAsia="zh-CN"/>
        </w:rPr>
      </w:pPr>
      <w:bookmarkStart w:id="43" w:name="_Toc235460060"/>
      <w:r>
        <w:rPr>
          <w:lang w:eastAsia="zh-CN"/>
        </w:rPr>
        <w:t>丰台区</w:t>
      </w:r>
      <w:bookmarkEnd w:id="43"/>
    </w:p>
    <w:p w14:paraId="13309104" w14:textId="77777777" w:rsidR="008113A1" w:rsidRDefault="00000000">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如图，数轴上点</w:t>
      </w:r>
      <w:r>
        <w:pict w14:anchorId="423296A3">
          <v:shape id="_x0000_i1774" type="#_x0000_t75" alt="学科网(www.zxxk.com)--教育资源门户，提供试卷、教案、课件、论文、素材以及各类教学资源下载，还有大量而丰富的教学相关资讯！" style="width:14.95pt;height:18.35pt">
            <v:imagedata r:id="rId444" o:title="eqId7356ec98b600ece41f3a6b4bc26a7d59"/>
          </v:shape>
        </w:pict>
      </w:r>
      <w:r>
        <w:rPr>
          <w:rFonts w:ascii="SimSun" w:eastAsia="SimSun" w:hAnsi="SimSun" w:cs="SimSun"/>
          <w:color w:val="000000"/>
          <w:lang w:eastAsia="zh-CN"/>
        </w:rPr>
        <w:t>表示的数为</w:t>
      </w:r>
      <w:r>
        <w:pict w14:anchorId="0974629A">
          <v:shape id="_x0000_i1775" type="#_x0000_t75" alt="学科网(www.zxxk.com)--教育资源门户，提供试卷、教案、课件、论文、素材以及各类教学资源下载，还有大量而丰富的教学相关资讯！" style="width:15.6pt;height:12.9pt">
            <v:imagedata r:id="rId428" o:title="eqId274a9dc37509f01c2606fb3086a46f4f"/>
          </v:shape>
        </w:pict>
      </w:r>
      <w:r>
        <w:rPr>
          <w:rFonts w:ascii="SimSun" w:eastAsia="SimSun" w:hAnsi="SimSun" w:cs="SimSun"/>
          <w:color w:val="000000"/>
          <w:lang w:eastAsia="zh-CN"/>
        </w:rPr>
        <w:t>，点</w:t>
      </w:r>
      <w:r>
        <w:pict w14:anchorId="05D7D68C">
          <v:shape id="_x0000_i1776" type="#_x0000_t75" alt="学科网(www.zxxk.com)--教育资源门户，提供试卷、教案、课件、论文、素材以及各类教学资源下载，还有大量而丰富的教学相关资讯！" style="width:12.9pt;height:18.35pt">
            <v:imagedata r:id="rId445" o:title="eqIda18722354086c42e62334983fc50eb6a"/>
          </v:shape>
        </w:pict>
      </w:r>
      <w:r>
        <w:rPr>
          <w:rFonts w:ascii="SimSun" w:eastAsia="SimSun" w:hAnsi="SimSun" w:cs="SimSun"/>
          <w:color w:val="000000"/>
          <w:lang w:eastAsia="zh-CN"/>
        </w:rPr>
        <w:t>（不与</w:t>
      </w:r>
      <w:r>
        <w:pict w14:anchorId="0D9488A8">
          <v:shape id="_x0000_i1777" type="#_x0000_t75" alt="学科网(www.zxxk.com)--教育资源门户，提供试卷、教案、课件、论文、素材以及各类教学资源下载，还有大量而丰富的教学相关资讯！" style="width:14.95pt;height:18.35pt">
            <v:imagedata r:id="rId444" o:title="eqId7356ec98b600ece41f3a6b4bc26a7d59"/>
          </v:shape>
        </w:pict>
      </w:r>
      <w:r>
        <w:rPr>
          <w:rFonts w:ascii="SimSun" w:eastAsia="SimSun" w:hAnsi="SimSun" w:cs="SimSun"/>
          <w:color w:val="000000"/>
          <w:lang w:eastAsia="zh-CN"/>
        </w:rPr>
        <w:t>重合），</w:t>
      </w:r>
      <w:r>
        <w:pict w14:anchorId="2CC28233">
          <v:shape id="_x0000_i1778" type="#_x0000_t75" alt="学科网(www.zxxk.com)--教育资源门户，提供试卷、教案、课件、论文、素材以及各类教学资源下载，还有大量而丰富的教学相关资讯！" style="width:14.95pt;height:18.35pt">
            <v:imagedata r:id="rId444" o:title="eqId7356ec98b600ece41f3a6b4bc26a7d59"/>
          </v:shape>
        </w:pict>
      </w:r>
      <w:r>
        <w:rPr>
          <w:rFonts w:ascii="SimSun" w:eastAsia="SimSun" w:hAnsi="SimSun" w:cs="SimSun"/>
          <w:color w:val="000000"/>
          <w:lang w:eastAsia="zh-CN"/>
        </w:rPr>
        <w:t>分别到</w:t>
      </w:r>
      <w:r>
        <w:rPr>
          <w:rFonts w:ascii="Times New Roman" w:eastAsia="Times New Roman" w:hAnsi="Times New Roman" w:cs="Times New Roman"/>
          <w:color w:val="000000"/>
          <w:lang w:eastAsia="zh-CN"/>
        </w:rPr>
        <w:t>1</w:t>
      </w:r>
      <w:r>
        <w:rPr>
          <w:rFonts w:ascii="SimSun" w:eastAsia="SimSun" w:hAnsi="SimSun" w:cs="SimSun"/>
          <w:color w:val="000000"/>
          <w:lang w:eastAsia="zh-CN"/>
        </w:rPr>
        <w:t>对应的点的距离相等，点</w:t>
      </w:r>
      <w:r>
        <w:pict w14:anchorId="159C2CD9">
          <v:shape id="_x0000_i1779" type="#_x0000_t75" alt="学科网(www.zxxk.com)--教育资源门户，提供试卷、教案、课件、论文、素材以及各类教学资源下载，还有大量而丰富的教学相关资讯！" style="width:12.9pt;height:15.6pt">
            <v:imagedata r:id="rId446" o:title="eqIdcd3b9e816b14051f785aa5aae72b8eed"/>
          </v:shape>
        </w:pict>
      </w:r>
      <w:r>
        <w:rPr>
          <w:rFonts w:ascii="SimSun" w:eastAsia="SimSun" w:hAnsi="SimSun" w:cs="SimSun"/>
          <w:color w:val="000000"/>
          <w:lang w:eastAsia="zh-CN"/>
        </w:rPr>
        <w:t>（不与</w:t>
      </w:r>
      <w:r>
        <w:pict w14:anchorId="6AA14307">
          <v:shape id="_x0000_i1780" type="#_x0000_t75" alt="学科网(www.zxxk.com)--教育资源门户，提供试卷、教案、课件、论文、素材以及各类教学资源下载，还有大量而丰富的教学相关资讯！" style="width:12.9pt;height:18.35pt">
            <v:imagedata r:id="rId445" o:title="eqIda18722354086c42e62334983fc50eb6a"/>
          </v:shape>
        </w:pict>
      </w:r>
      <w:r>
        <w:rPr>
          <w:rFonts w:ascii="SimSun" w:eastAsia="SimSun" w:hAnsi="SimSun" w:cs="SimSun"/>
          <w:color w:val="000000"/>
          <w:lang w:eastAsia="zh-CN"/>
        </w:rPr>
        <w:t>重合），</w:t>
      </w:r>
      <w:r>
        <w:pict w14:anchorId="5D2973E1">
          <v:shape id="_x0000_i1781" type="#_x0000_t75" alt="学科网(www.zxxk.com)--教育资源门户，提供试卷、教案、课件、论文、素材以及各类教学资源下载，还有大量而丰富的教学相关资讯！" style="width:12.9pt;height:18.35pt">
            <v:imagedata r:id="rId445" o:title="eqIda18722354086c42e62334983fc50eb6a"/>
          </v:shape>
        </w:pict>
      </w:r>
      <w:r>
        <w:rPr>
          <w:rFonts w:ascii="SimSun" w:eastAsia="SimSun" w:hAnsi="SimSun" w:cs="SimSun"/>
          <w:color w:val="000000"/>
          <w:lang w:eastAsia="zh-CN"/>
        </w:rPr>
        <w:t>分别到</w:t>
      </w:r>
      <w:r>
        <w:rPr>
          <w:rFonts w:ascii="Times New Roman" w:eastAsia="Times New Roman" w:hAnsi="Times New Roman" w:cs="Times New Roman"/>
          <w:color w:val="000000"/>
          <w:lang w:eastAsia="zh-CN"/>
        </w:rPr>
        <w:t>2</w:t>
      </w:r>
      <w:r>
        <w:rPr>
          <w:rFonts w:ascii="SimSun" w:eastAsia="SimSun" w:hAnsi="SimSun" w:cs="SimSun"/>
          <w:color w:val="000000"/>
          <w:lang w:eastAsia="zh-CN"/>
        </w:rPr>
        <w:t>对应的点的距离相等，点</w:t>
      </w:r>
      <w:r>
        <w:pict w14:anchorId="64953DB6">
          <v:shape id="_x0000_i1782" type="#_x0000_t75" alt="学科网(www.zxxk.com)--教育资源门户，提供试卷、教案、课件、论文、素材以及各类教学资源下载，还有大量而丰富的教学相关资讯！" style="width:14.25pt;height:18.35pt">
            <v:imagedata r:id="rId447" o:title="eqId04b56e44e4f0424a2b7a45567120a2e4"/>
          </v:shape>
        </w:pict>
      </w:r>
      <w:r>
        <w:rPr>
          <w:rFonts w:ascii="SimSun" w:eastAsia="SimSun" w:hAnsi="SimSun" w:cs="SimSun"/>
          <w:color w:val="000000"/>
          <w:lang w:eastAsia="zh-CN"/>
        </w:rPr>
        <w:t>（不与</w:t>
      </w:r>
      <w:r>
        <w:pict w14:anchorId="7498335F">
          <v:shape id="_x0000_i1783" type="#_x0000_t75" alt="学科网(www.zxxk.com)--教育资源门户，提供试卷、教案、课件、论文、素材以及各类教学资源下载，还有大量而丰富的教学相关资讯！" style="width:12.9pt;height:15.6pt">
            <v:imagedata r:id="rId446" o:title="eqIdcd3b9e816b14051f785aa5aae72b8eed"/>
          </v:shape>
        </w:pict>
      </w:r>
      <w:r>
        <w:rPr>
          <w:rFonts w:ascii="SimSun" w:eastAsia="SimSun" w:hAnsi="SimSun" w:cs="SimSun"/>
          <w:color w:val="000000"/>
          <w:lang w:eastAsia="zh-CN"/>
        </w:rPr>
        <w:t>重合），</w:t>
      </w:r>
      <w:r>
        <w:pict w14:anchorId="3B728918">
          <v:shape id="_x0000_i1784" type="#_x0000_t75" alt="学科网(www.zxxk.com)--教育资源门户，提供试卷、教案、课件、论文、素材以及各类教学资源下载，还有大量而丰富的教学相关资讯！" style="width:12.9pt;height:15.6pt">
            <v:imagedata r:id="rId446" o:title="eqIdcd3b9e816b14051f785aa5aae72b8eed"/>
          </v:shape>
        </w:pict>
      </w:r>
      <w:r>
        <w:rPr>
          <w:rFonts w:ascii="SimSun" w:eastAsia="SimSun" w:hAnsi="SimSun" w:cs="SimSun"/>
          <w:color w:val="000000"/>
          <w:lang w:eastAsia="zh-CN"/>
        </w:rPr>
        <w:t>分别到</w:t>
      </w:r>
      <w:r>
        <w:rPr>
          <w:rFonts w:ascii="Times New Roman" w:eastAsia="Times New Roman" w:hAnsi="Times New Roman" w:cs="Times New Roman"/>
          <w:color w:val="000000"/>
          <w:lang w:eastAsia="zh-CN"/>
        </w:rPr>
        <w:t>3</w:t>
      </w:r>
      <w:r>
        <w:rPr>
          <w:rFonts w:ascii="SimSun" w:eastAsia="SimSun" w:hAnsi="SimSun" w:cs="SimSun"/>
          <w:color w:val="000000"/>
          <w:lang w:eastAsia="zh-CN"/>
        </w:rPr>
        <w:t>对应的点的距离相等，……按此规律，点</w:t>
      </w:r>
      <w:r>
        <w:pict w14:anchorId="25570021">
          <v:shape id="_x0000_i1785" type="#_x0000_t75" alt="学科网(www.zxxk.com)--教育资源门户，提供试卷、教案、课件、论文、素材以及各类教学资源下载，还有大量而丰富的教学相关资讯！" style="width:14.25pt;height:18.35pt">
            <v:imagedata r:id="rId448" o:title="eqId5002f030017f6f0b34a61b2e15c5a9cb"/>
          </v:shape>
        </w:pict>
      </w:r>
      <w:r>
        <w:rPr>
          <w:rFonts w:ascii="SimSun" w:eastAsia="SimSun" w:hAnsi="SimSun" w:cs="SimSun"/>
          <w:color w:val="000000"/>
          <w:lang w:eastAsia="zh-CN"/>
        </w:rPr>
        <w:t>表示的数为</w:t>
      </w:r>
      <w:r>
        <w:rPr>
          <w:color w:val="000000"/>
          <w:lang w:eastAsia="zh-CN"/>
        </w:rPr>
        <w:t>______</w:t>
      </w:r>
      <w:r>
        <w:rPr>
          <w:rFonts w:ascii="SimSun" w:eastAsia="SimSun" w:hAnsi="SimSun" w:cs="SimSun"/>
          <w:color w:val="000000"/>
          <w:lang w:eastAsia="zh-CN"/>
        </w:rPr>
        <w:t>，点</w:t>
      </w:r>
      <w:r>
        <w:pict w14:anchorId="0BEF9F32">
          <v:shape id="_x0000_i1786" type="#_x0000_t75" alt="学科网(www.zxxk.com)--教育资源门户，提供试卷、教案、课件、论文、素材以及各类教学资源下载，还有大量而丰富的教学相关资讯！" style="width:24.45pt;height:18.35pt">
            <v:imagedata r:id="rId449" o:title="eqIde645ae0b78ad4ca300e3889ca3f9bcce"/>
          </v:shape>
        </w:pict>
      </w:r>
      <w:r>
        <w:rPr>
          <w:rFonts w:ascii="SimSun" w:eastAsia="SimSun" w:hAnsi="SimSun" w:cs="SimSun"/>
          <w:color w:val="000000"/>
          <w:lang w:eastAsia="zh-CN"/>
        </w:rPr>
        <w:t>表示的数为</w:t>
      </w:r>
      <w:r>
        <w:rPr>
          <w:color w:val="000000"/>
          <w:lang w:eastAsia="zh-CN"/>
        </w:rPr>
        <w:t>_______</w:t>
      </w:r>
      <w:r>
        <w:rPr>
          <w:rFonts w:ascii="SimSun" w:eastAsia="SimSun" w:hAnsi="SimSun" w:cs="SimSun"/>
          <w:color w:val="000000"/>
          <w:lang w:eastAsia="zh-CN"/>
        </w:rPr>
        <w:t>．</w:t>
      </w:r>
    </w:p>
    <w:p w14:paraId="588A51C9" w14:textId="77777777" w:rsidR="008113A1" w:rsidRDefault="00000000">
      <w:pPr>
        <w:spacing w:line="360" w:lineRule="auto"/>
        <w:textAlignment w:val="center"/>
        <w:rPr>
          <w:color w:val="000000"/>
          <w:lang w:eastAsia="zh-CN"/>
        </w:rPr>
      </w:pPr>
      <w:r>
        <w:rPr>
          <w:noProof/>
          <w:color w:val="000000"/>
        </w:rPr>
        <w:drawing>
          <wp:inline distT="0" distB="0" distL="114300" distR="114300" wp14:anchorId="6592A437" wp14:editId="45B2BB1B">
            <wp:extent cx="3733800" cy="381000"/>
            <wp:effectExtent l="0" t="0" r="0" b="0"/>
            <wp:docPr id="4321"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 name="图片 100033" descr="学科网(www.zxxk.com)--教育资源门户，提供试卷、教案、课件、论文、素材以及各类教学资源下载，还有大量而丰富的教学相关资讯！"/>
                    <pic:cNvPicPr>
                      <a:picLocks noChangeAspect="1"/>
                    </pic:cNvPicPr>
                  </pic:nvPicPr>
                  <pic:blipFill>
                    <a:blip r:embed="rId450"/>
                    <a:stretch>
                      <a:fillRect/>
                    </a:stretch>
                  </pic:blipFill>
                  <pic:spPr>
                    <a:xfrm>
                      <a:off x="0" y="0"/>
                      <a:ext cx="3733800" cy="381000"/>
                    </a:xfrm>
                    <a:prstGeom prst="rect">
                      <a:avLst/>
                    </a:prstGeom>
                  </pic:spPr>
                </pic:pic>
              </a:graphicData>
            </a:graphic>
          </wp:inline>
        </w:drawing>
      </w:r>
      <w:r>
        <w:rPr>
          <w:color w:val="000000"/>
          <w:lang w:eastAsia="zh-CN"/>
        </w:rPr>
        <w:t xml:space="preserve">  </w:t>
      </w:r>
    </w:p>
    <w:p w14:paraId="4D7068DC" w14:textId="77777777" w:rsidR="008113A1" w:rsidRDefault="00000000">
      <w:pPr>
        <w:spacing w:line="360" w:lineRule="auto"/>
        <w:textAlignment w:val="center"/>
        <w:rPr>
          <w:color w:val="000000"/>
          <w:lang w:eastAsia="zh-CN"/>
        </w:rPr>
      </w:pPr>
      <w:r>
        <w:rPr>
          <w:color w:val="2E75B6"/>
          <w:lang w:eastAsia="zh-CN"/>
        </w:rPr>
        <w:t>【答案】</w:t>
      </w:r>
      <w:r>
        <w:rPr>
          <w:color w:val="000000"/>
          <w:lang w:eastAsia="zh-CN"/>
        </w:rPr>
        <w:t xml:space="preserve">    ①</w:t>
      </w:r>
      <w:r>
        <w:rPr>
          <w:noProof/>
          <w:color w:val="000000"/>
          <w:position w:val="-22"/>
        </w:rPr>
        <w:drawing>
          <wp:inline distT="0" distB="0" distL="114300" distR="114300" wp14:anchorId="74C0CE93" wp14:editId="23C1E074">
            <wp:extent cx="31750" cy="88900"/>
            <wp:effectExtent l="0" t="0" r="0" b="0"/>
            <wp:docPr id="4323" name="图片 91756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4" name="图片 917563726"/>
                    <pic:cNvPicPr>
                      <a:picLocks noChangeAspect="1"/>
                    </pic:cNvPicPr>
                  </pic:nvPicPr>
                  <pic:blipFill>
                    <a:blip r:embed="rId451"/>
                    <a:stretch>
                      <a:fillRect/>
                    </a:stretch>
                  </pic:blipFill>
                  <pic:spPr>
                    <a:xfrm>
                      <a:off x="0" y="0"/>
                      <a:ext cx="31750" cy="88900"/>
                    </a:xfrm>
                    <a:prstGeom prst="rect">
                      <a:avLst/>
                    </a:prstGeom>
                  </pic:spPr>
                </pic:pic>
              </a:graphicData>
            </a:graphic>
          </wp:inline>
        </w:drawing>
      </w:r>
      <w:r>
        <w:rPr>
          <w:color w:val="000000"/>
          <w:lang w:eastAsia="zh-CN"/>
        </w:rPr>
        <w:t xml:space="preserve"> </w:t>
      </w:r>
      <w:r>
        <w:rPr>
          <w:rFonts w:ascii="Times New Roman" w:eastAsia="Times New Roman" w:hAnsi="Times New Roman" w:cs="Times New Roman"/>
          <w:color w:val="000000"/>
          <w:lang w:eastAsia="zh-CN"/>
        </w:rPr>
        <w:t>8</w:t>
      </w:r>
      <w:r>
        <w:rPr>
          <w:color w:val="000000"/>
          <w:lang w:eastAsia="zh-CN"/>
        </w:rPr>
        <w:t xml:space="preserve">    ②. </w:t>
      </w:r>
      <w:r>
        <w:rPr>
          <w:rFonts w:ascii="Times New Roman" w:eastAsia="Times New Roman" w:hAnsi="Times New Roman" w:cs="Times New Roman"/>
          <w:color w:val="000000"/>
          <w:lang w:eastAsia="zh-CN"/>
        </w:rPr>
        <w:t>2022</w:t>
      </w:r>
    </w:p>
    <w:p w14:paraId="6C738C6C" w14:textId="77777777" w:rsidR="008113A1" w:rsidRDefault="00000000">
      <w:pPr>
        <w:spacing w:line="360" w:lineRule="auto"/>
        <w:textAlignment w:val="center"/>
        <w:rPr>
          <w:color w:val="000000"/>
          <w:lang w:eastAsia="zh-CN"/>
        </w:rPr>
      </w:pPr>
      <w:r>
        <w:rPr>
          <w:color w:val="2E75B6"/>
          <w:lang w:eastAsia="zh-CN"/>
        </w:rPr>
        <w:t>【解析】</w:t>
      </w:r>
    </w:p>
    <w:p w14:paraId="27DEF689" w14:textId="77777777" w:rsidR="008113A1" w:rsidRDefault="00000000">
      <w:pPr>
        <w:spacing w:line="360" w:lineRule="auto"/>
        <w:textAlignment w:val="center"/>
        <w:rPr>
          <w:color w:val="000000"/>
          <w:lang w:eastAsia="zh-CN"/>
        </w:rPr>
      </w:pPr>
      <w:r>
        <w:rPr>
          <w:color w:val="000000"/>
          <w:lang w:eastAsia="zh-CN"/>
        </w:rPr>
        <w:lastRenderedPageBreak/>
        <w:t>【分析】</w:t>
      </w:r>
      <w:r>
        <w:rPr>
          <w:rFonts w:ascii="SimSun" w:eastAsia="SimSun" w:hAnsi="SimSun" w:cs="SimSun"/>
          <w:color w:val="000000"/>
          <w:lang w:eastAsia="zh-CN"/>
        </w:rPr>
        <w:t>本题考查数字变化的规律，能依次求出点</w:t>
      </w:r>
      <w:r>
        <w:pict w14:anchorId="61ECE0CB">
          <v:shape id="_x0000_i1787" type="#_x0000_t75" alt="学科网(www.zxxk.com)--教育资源门户，提供试卷、教案、课件、论文、素材以及各类教学资源下载，还有大量而丰富的教学相关资讯！" style="width:12.9pt;height:18.35pt">
            <v:imagedata r:id="rId452" o:title="eqIde819b87f90651d89fcd258c276294e43"/>
          </v:shape>
        </w:pict>
      </w:r>
      <w:r>
        <w:rPr>
          <w:rFonts w:ascii="Times New Roman" w:eastAsia="Times New Roman" w:hAnsi="Times New Roman" w:cs="Times New Roman"/>
          <w:color w:val="000000"/>
          <w:lang w:eastAsia="zh-CN"/>
        </w:rPr>
        <w:t>(</w:t>
      </w:r>
      <w:r>
        <w:pict w14:anchorId="3E406B06">
          <v:shape id="_x0000_i1788" type="#_x0000_t75" alt="学科网(www.zxxk.com)--教育资源门户，提供试卷、教案、课件、论文、素材以及各类教学资源下载，还有大量而丰富的教学相关资讯！" style="width:6.8pt;height:12.9pt">
            <v:imagedata r:id="rId453" o:title="eqId2c05b9832b09731a574d4a4adf7448de"/>
          </v:shape>
        </w:pict>
      </w:r>
      <w:r>
        <w:rPr>
          <w:rFonts w:ascii="SimSun" w:eastAsia="SimSun" w:hAnsi="SimSun" w:cs="SimSun"/>
          <w:color w:val="000000"/>
          <w:lang w:eastAsia="zh-CN"/>
        </w:rPr>
        <w:t>为正整数</w:t>
      </w:r>
      <w:r>
        <w:rPr>
          <w:rFonts w:ascii="Times New Roman" w:eastAsia="Times New Roman" w:hAnsi="Times New Roman" w:cs="Times New Roman"/>
          <w:color w:val="000000"/>
          <w:lang w:eastAsia="zh-CN"/>
        </w:rPr>
        <w:t>)</w:t>
      </w:r>
      <w:r>
        <w:rPr>
          <w:rFonts w:ascii="SimSun" w:eastAsia="SimSun" w:hAnsi="SimSun" w:cs="SimSun"/>
          <w:color w:val="000000"/>
          <w:lang w:eastAsia="zh-CN"/>
        </w:rPr>
        <w:t>所表示的数并发现规律是解题的关键；</w:t>
      </w:r>
    </w:p>
    <w:p w14:paraId="3CF461F0"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依次求出点</w:t>
      </w:r>
      <w:r>
        <w:pict w14:anchorId="36A78FAC">
          <v:shape id="_x0000_i1789" type="#_x0000_t75" alt="学科网(www.zxxk.com)--教育资源门户，提供试卷、教案、课件、论文、素材以及各类教学资源下载，还有大量而丰富的教学相关资讯！" style="width:12.9pt;height:18.35pt">
            <v:imagedata r:id="rId452" o:title="eqIde819b87f90651d89fcd258c276294e43"/>
          </v:shape>
        </w:pict>
      </w:r>
      <w:r>
        <w:rPr>
          <w:rFonts w:ascii="Times New Roman" w:eastAsia="Times New Roman" w:hAnsi="Times New Roman" w:cs="Times New Roman"/>
          <w:color w:val="000000"/>
          <w:lang w:eastAsia="zh-CN"/>
        </w:rPr>
        <w:t>(</w:t>
      </w:r>
      <w:r>
        <w:pict w14:anchorId="25DB6F53">
          <v:shape id="_x0000_i1790" type="#_x0000_t75" alt="学科网(www.zxxk.com)--教育资源门户，提供试卷、教案、课件、论文、素材以及各类教学资源下载，还有大量而丰富的教学相关资讯！" style="width:6.8pt;height:12.9pt">
            <v:imagedata r:id="rId453" o:title="eqId2c05b9832b09731a574d4a4adf7448de"/>
          </v:shape>
        </w:pict>
      </w:r>
      <w:r>
        <w:rPr>
          <w:rFonts w:ascii="SimSun" w:eastAsia="SimSun" w:hAnsi="SimSun" w:cs="SimSun"/>
          <w:color w:val="000000"/>
          <w:lang w:eastAsia="zh-CN"/>
        </w:rPr>
        <w:t>为正整数</w:t>
      </w:r>
      <w:r>
        <w:rPr>
          <w:rFonts w:ascii="Times New Roman" w:eastAsia="Times New Roman" w:hAnsi="Times New Roman" w:cs="Times New Roman"/>
          <w:color w:val="000000"/>
          <w:lang w:eastAsia="zh-CN"/>
        </w:rPr>
        <w:t>)</w:t>
      </w:r>
      <w:r>
        <w:rPr>
          <w:rFonts w:ascii="SimSun" w:eastAsia="SimSun" w:hAnsi="SimSun" w:cs="SimSun"/>
          <w:color w:val="000000"/>
          <w:lang w:eastAsia="zh-CN"/>
        </w:rPr>
        <w:t>所表示的数，发现规律即可解决问题．</w:t>
      </w:r>
    </w:p>
    <w:p w14:paraId="3C8FEF50"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解：由题知，</w:t>
      </w:r>
    </w:p>
    <w:p w14:paraId="78DC9E8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因为数轴上点</w:t>
      </w:r>
      <w:r>
        <w:pict w14:anchorId="7A538A4D">
          <v:shape id="_x0000_i1791" type="#_x0000_t75" alt="学科网(www.zxxk.com)--教育资源门户，提供试卷、教案、课件、论文、素材以及各类教学资源下载，还有大量而丰富的教学相关资讯！" style="width:14.95pt;height:18.35pt">
            <v:imagedata r:id="rId444" o:title="eqId7356ec98b600ece41f3a6b4bc26a7d59"/>
          </v:shape>
        </w:pict>
      </w:r>
      <w:r>
        <w:rPr>
          <w:rFonts w:ascii="SimSun" w:eastAsia="SimSun" w:hAnsi="SimSun" w:cs="SimSun"/>
          <w:color w:val="000000"/>
          <w:lang w:eastAsia="zh-CN"/>
        </w:rPr>
        <w:t>表示的数为</w:t>
      </w:r>
      <w:r>
        <w:pict w14:anchorId="7FE68067">
          <v:shape id="_x0000_i1792" type="#_x0000_t75" alt="学科网(www.zxxk.com)--教育资源门户，提供试卷、教案、课件、论文、素材以及各类教学资源下载，还有大量而丰富的教学相关资讯！" style="width:15.6pt;height:12.9pt">
            <v:imagedata r:id="rId454" o:title="eqIdb74eb8a7738402df52d4a97262b85ca0"/>
          </v:shape>
        </w:pict>
      </w:r>
      <w:r>
        <w:rPr>
          <w:rFonts w:ascii="SimSun" w:eastAsia="SimSun" w:hAnsi="SimSun" w:cs="SimSun"/>
          <w:color w:val="000000"/>
          <w:lang w:eastAsia="zh-CN"/>
        </w:rPr>
        <w:t>，且</w:t>
      </w:r>
      <w:r>
        <w:pict w14:anchorId="585D4FC9">
          <v:shape id="_x0000_i1793" type="#_x0000_t75" alt="学科网(www.zxxk.com)--教育资源门户，提供试卷、教案、课件、论文、素材以及各类教学资源下载，还有大量而丰富的教学相关资讯！" style="width:12.9pt;height:18.35pt">
            <v:imagedata r:id="rId445" o:title="eqIda18722354086c42e62334983fc50eb6a"/>
          </v:shape>
        </w:pict>
      </w:r>
      <w:r>
        <w:rPr>
          <w:rFonts w:ascii="Times New Roman" w:eastAsia="Times New Roman" w:hAnsi="Times New Roman" w:cs="Times New Roman"/>
          <w:color w:val="000000"/>
          <w:lang w:eastAsia="zh-CN"/>
        </w:rPr>
        <w:t>(</w:t>
      </w:r>
      <w:r>
        <w:rPr>
          <w:rFonts w:ascii="SimSun" w:eastAsia="SimSun" w:hAnsi="SimSun" w:cs="SimSun"/>
          <w:color w:val="000000"/>
          <w:lang w:eastAsia="zh-CN"/>
        </w:rPr>
        <w:t>不与</w:t>
      </w:r>
      <w:r>
        <w:pict w14:anchorId="702538F5">
          <v:shape id="_x0000_i1794" type="#_x0000_t75" alt="学科网(www.zxxk.com)--教育资源门户，提供试卷、教案、课件、论文、素材以及各类教学资源下载，还有大量而丰富的教学相关资讯！" style="width:14.95pt;height:18.35pt">
            <v:imagedata r:id="rId444" o:title="eqId7356ec98b600ece41f3a6b4bc26a7d59"/>
          </v:shape>
        </w:pict>
      </w:r>
      <w:r>
        <w:rPr>
          <w:rFonts w:ascii="SimSun" w:eastAsia="SimSun" w:hAnsi="SimSun" w:cs="SimSun"/>
          <w:color w:val="000000"/>
          <w:lang w:eastAsia="zh-CN"/>
        </w:rPr>
        <w:t>重合</w:t>
      </w:r>
      <w:r>
        <w:rPr>
          <w:rFonts w:ascii="Times New Roman" w:eastAsia="Times New Roman" w:hAnsi="Times New Roman" w:cs="Times New Roman"/>
          <w:color w:val="000000"/>
          <w:lang w:eastAsia="zh-CN"/>
        </w:rPr>
        <w:t>)</w:t>
      </w:r>
      <w:r>
        <w:rPr>
          <w:rFonts w:ascii="SimSun" w:eastAsia="SimSun" w:hAnsi="SimSun" w:cs="SimSun"/>
          <w:color w:val="000000"/>
          <w:lang w:eastAsia="zh-CN"/>
        </w:rPr>
        <w:t>，</w:t>
      </w:r>
      <w:r>
        <w:pict w14:anchorId="2328ACB4">
          <v:shape id="_x0000_i1795" type="#_x0000_t75" alt="学科网(www.zxxk.com)--教育资源门户，提供试卷、教案、课件、论文、素材以及各类教学资源下载，还有大量而丰富的教学相关资讯！" style="width:14.95pt;height:18.35pt">
            <v:imagedata r:id="rId444" o:title="eqId7356ec98b600ece41f3a6b4bc26a7d59"/>
          </v:shape>
        </w:pict>
      </w:r>
      <w:r>
        <w:rPr>
          <w:rFonts w:ascii="SimSun" w:eastAsia="SimSun" w:hAnsi="SimSun" w:cs="SimSun"/>
          <w:color w:val="000000"/>
          <w:lang w:eastAsia="zh-CN"/>
        </w:rPr>
        <w:t>分别到</w:t>
      </w:r>
      <w:r>
        <w:rPr>
          <w:rFonts w:ascii="Times New Roman" w:eastAsia="Times New Roman" w:hAnsi="Times New Roman" w:cs="Times New Roman"/>
          <w:color w:val="000000"/>
          <w:lang w:eastAsia="zh-CN"/>
        </w:rPr>
        <w:t>1</w:t>
      </w:r>
      <w:r>
        <w:rPr>
          <w:rFonts w:ascii="SimSun" w:eastAsia="SimSun" w:hAnsi="SimSun" w:cs="SimSun"/>
          <w:color w:val="000000"/>
          <w:lang w:eastAsia="zh-CN"/>
        </w:rPr>
        <w:t>对应的点的距离相等，</w:t>
      </w:r>
    </w:p>
    <w:p w14:paraId="5571972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所以</w:t>
      </w:r>
      <w:r>
        <w:pict w14:anchorId="66E94D05">
          <v:shape id="_x0000_i1796" type="#_x0000_t75" alt="学科网(www.zxxk.com)--教育资源门户，提供试卷、教案、课件、论文、素材以及各类教学资源下载，还有大量而丰富的教学相关资讯！" style="width:1in;height:16.3pt">
            <v:imagedata r:id="rId455" o:title="eqId642497ff6e23d9219f3d67b5ea2f1d99"/>
          </v:shape>
        </w:pict>
      </w:r>
      <w:r>
        <w:rPr>
          <w:rFonts w:ascii="SimSun" w:eastAsia="SimSun" w:hAnsi="SimSun" w:cs="SimSun"/>
          <w:color w:val="000000"/>
          <w:lang w:eastAsia="zh-CN"/>
        </w:rPr>
        <w:t>，</w:t>
      </w:r>
    </w:p>
    <w:p w14:paraId="767BF30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即点</w:t>
      </w:r>
      <w:r>
        <w:pict w14:anchorId="07D15AC1">
          <v:shape id="_x0000_i1797" type="#_x0000_t75" alt="学科网(www.zxxk.com)--教育资源门户，提供试卷、教案、课件、论文、素材以及各类教学资源下载，还有大量而丰富的教学相关资讯！" style="width:12.9pt;height:18.35pt">
            <v:imagedata r:id="rId445" o:title="eqIda18722354086c42e62334983fc50eb6a"/>
          </v:shape>
        </w:pict>
      </w:r>
      <w:r>
        <w:rPr>
          <w:rFonts w:ascii="SimSun" w:eastAsia="SimSun" w:hAnsi="SimSun" w:cs="SimSun"/>
          <w:color w:val="000000"/>
          <w:lang w:eastAsia="zh-CN"/>
        </w:rPr>
        <w:t>表示的数为</w:t>
      </w:r>
      <w:r>
        <w:rPr>
          <w:rFonts w:ascii="Times New Roman" w:eastAsia="Times New Roman" w:hAnsi="Times New Roman" w:cs="Times New Roman"/>
          <w:color w:val="000000"/>
          <w:lang w:eastAsia="zh-CN"/>
        </w:rPr>
        <w:t>4</w:t>
      </w:r>
      <w:r>
        <w:rPr>
          <w:rFonts w:ascii="SimSun" w:eastAsia="SimSun" w:hAnsi="SimSun" w:cs="SimSun"/>
          <w:color w:val="000000"/>
          <w:lang w:eastAsia="zh-CN"/>
        </w:rPr>
        <w:t>；</w:t>
      </w:r>
    </w:p>
    <w:p w14:paraId="01E1462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依次类推，点</w:t>
      </w:r>
      <w:r>
        <w:pict w14:anchorId="1B47CAB4">
          <v:shape id="_x0000_i1798" type="#_x0000_t75" alt="学科网(www.zxxk.com)--教育资源门户，提供试卷、教案、课件、论文、素材以及各类教学资源下载，还有大量而丰富的教学相关资讯！" style="width:12.9pt;height:15.6pt">
            <v:imagedata r:id="rId446" o:title="eqIdcd3b9e816b14051f785aa5aae72b8eed"/>
          </v:shape>
        </w:pict>
      </w:r>
      <w:r>
        <w:rPr>
          <w:rFonts w:ascii="SimSun" w:eastAsia="SimSun" w:hAnsi="SimSun" w:cs="SimSun"/>
          <w:color w:val="000000"/>
          <w:lang w:eastAsia="zh-CN"/>
        </w:rPr>
        <w:t>表示的数为</w:t>
      </w:r>
      <w:r>
        <w:rPr>
          <w:rFonts w:ascii="Times New Roman" w:eastAsia="Times New Roman" w:hAnsi="Times New Roman" w:cs="Times New Roman"/>
          <w:color w:val="000000"/>
          <w:lang w:eastAsia="zh-CN"/>
        </w:rPr>
        <w:t>0</w:t>
      </w:r>
      <w:r>
        <w:rPr>
          <w:rFonts w:ascii="SimSun" w:eastAsia="SimSun" w:hAnsi="SimSun" w:cs="SimSun"/>
          <w:color w:val="000000"/>
          <w:lang w:eastAsia="zh-CN"/>
        </w:rPr>
        <w:t>，点</w:t>
      </w:r>
      <w:r>
        <w:pict w14:anchorId="2A94733B">
          <v:shape id="_x0000_i1799" type="#_x0000_t75" alt="学科网(www.zxxk.com)--教育资源门户，提供试卷、教案、课件、论文、素材以及各类教学资源下载，还有大量而丰富的教学相关资讯！" style="width:14.25pt;height:18.35pt">
            <v:imagedata r:id="rId447" o:title="eqId04b56e44e4f0424a2b7a45567120a2e4"/>
          </v:shape>
        </w:pict>
      </w:r>
      <w:r>
        <w:rPr>
          <w:rFonts w:ascii="SimSun" w:eastAsia="SimSun" w:hAnsi="SimSun" w:cs="SimSun"/>
          <w:color w:val="000000"/>
          <w:lang w:eastAsia="zh-CN"/>
        </w:rPr>
        <w:t>表示的数为</w:t>
      </w:r>
      <w:r>
        <w:rPr>
          <w:rFonts w:ascii="Times New Roman" w:eastAsia="Times New Roman" w:hAnsi="Times New Roman" w:cs="Times New Roman"/>
          <w:color w:val="000000"/>
          <w:lang w:eastAsia="zh-CN"/>
        </w:rPr>
        <w:t>6</w:t>
      </w:r>
      <w:r>
        <w:rPr>
          <w:rFonts w:ascii="SimSun" w:eastAsia="SimSun" w:hAnsi="SimSun" w:cs="SimSun"/>
          <w:color w:val="000000"/>
          <w:lang w:eastAsia="zh-CN"/>
        </w:rPr>
        <w:t>，点</w:t>
      </w:r>
      <w:r>
        <w:pict w14:anchorId="342D1578">
          <v:shape id="_x0000_i1800" type="#_x0000_t75" alt="学科网(www.zxxk.com)--教育资源门户，提供试卷、教案、课件、论文、素材以及各类教学资源下载，还有大量而丰富的教学相关资讯！" style="width:14.95pt;height:18.35pt">
            <v:imagedata r:id="rId456" o:title="eqId9e47cd514b2920609e3781c87df6ab70"/>
          </v:shape>
        </w:pict>
      </w:r>
      <w:r>
        <w:rPr>
          <w:rFonts w:ascii="SimSun" w:eastAsia="SimSun" w:hAnsi="SimSun" w:cs="SimSun"/>
          <w:color w:val="000000"/>
          <w:lang w:eastAsia="zh-CN"/>
        </w:rPr>
        <w:t>表示的数为</w:t>
      </w:r>
      <w:r>
        <w:rPr>
          <w:rFonts w:ascii="Times New Roman" w:eastAsia="Times New Roman" w:hAnsi="Times New Roman" w:cs="Times New Roman"/>
          <w:color w:val="000000"/>
          <w:lang w:eastAsia="zh-CN"/>
        </w:rPr>
        <w:t>2</w:t>
      </w:r>
      <w:r>
        <w:rPr>
          <w:rFonts w:ascii="SimSun" w:eastAsia="SimSun" w:hAnsi="SimSun" w:cs="SimSun"/>
          <w:color w:val="000000"/>
          <w:lang w:eastAsia="zh-CN"/>
        </w:rPr>
        <w:t>，点</w:t>
      </w:r>
      <w:r>
        <w:pict w14:anchorId="516C02C7">
          <v:shape id="_x0000_i1801" type="#_x0000_t75" alt="学科网(www.zxxk.com)--教育资源门户，提供试卷、教案、课件、论文、素材以及各类教学资源下载，还有大量而丰富的教学相关资讯！" style="width:14.25pt;height:18.35pt">
            <v:imagedata r:id="rId448" o:title="eqId5002f030017f6f0b34a61b2e15c5a9cb"/>
          </v:shape>
        </w:pict>
      </w:r>
      <w:r>
        <w:rPr>
          <w:rFonts w:ascii="SimSun" w:eastAsia="SimSun" w:hAnsi="SimSun" w:cs="SimSun"/>
          <w:color w:val="000000"/>
          <w:lang w:eastAsia="zh-CN"/>
        </w:rPr>
        <w:t>表示的数为</w:t>
      </w:r>
      <w:r>
        <w:rPr>
          <w:rFonts w:ascii="Times New Roman" w:eastAsia="Times New Roman" w:hAnsi="Times New Roman" w:cs="Times New Roman"/>
          <w:color w:val="000000"/>
          <w:lang w:eastAsia="zh-CN"/>
        </w:rPr>
        <w:t>8</w:t>
      </w:r>
      <w:r>
        <w:rPr>
          <w:rFonts w:ascii="SimSun" w:eastAsia="SimSun" w:hAnsi="SimSun" w:cs="SimSun"/>
          <w:color w:val="000000"/>
          <w:lang w:eastAsia="zh-CN"/>
        </w:rPr>
        <w:t>，点</w:t>
      </w:r>
      <w:r>
        <w:pict w14:anchorId="2674DEAD">
          <v:shape id="_x0000_i1802" type="#_x0000_t75" alt="学科网(www.zxxk.com)--教育资源门户，提供试卷、教案、课件、论文、素材以及各类教学资源下载，还有大量而丰富的教学相关资讯！" style="width:14.95pt;height:18.35pt">
            <v:imagedata r:id="rId457" o:title="eqId5f762938f5c78eb72bafbb13bf85cba1"/>
          </v:shape>
        </w:pict>
      </w:r>
      <w:r>
        <w:rPr>
          <w:rFonts w:ascii="SimSun" w:eastAsia="SimSun" w:hAnsi="SimSun" w:cs="SimSun"/>
          <w:color w:val="000000"/>
          <w:lang w:eastAsia="zh-CN"/>
        </w:rPr>
        <w:t>表示的数为</w:t>
      </w:r>
      <w:r>
        <w:pict w14:anchorId="221815C0">
          <v:shape id="_x0000_i1803" type="#_x0000_t75" alt="学科网(www.zxxk.com)--教育资源门户，提供试卷、教案、课件、论文、素材以及各类教学资源下载，还有大量而丰富的教学相关资讯！" style="width:23.75pt;height:16.3pt">
            <v:imagedata r:id="rId458" o:title="eqId7fe5b687725b11b5460e15322049864d"/>
          </v:shape>
        </w:pict>
      </w:r>
      <w:r>
        <w:rPr>
          <w:rFonts w:ascii="SimSun" w:eastAsia="SimSun" w:hAnsi="SimSun" w:cs="SimSun"/>
          <w:color w:val="000000"/>
          <w:lang w:eastAsia="zh-CN"/>
        </w:rPr>
        <w:t>，所以点</w:t>
      </w:r>
      <w:r>
        <w:pict w14:anchorId="646DD1DA">
          <v:shape id="_x0000_i1804" type="#_x0000_t75" alt="学科网(www.zxxk.com)--教育资源门户，提供试卷、教案、课件、论文、素材以及各类教学资源下载，还有大量而丰富的教学相关资讯！" style="width:19pt;height:18.35pt">
            <v:imagedata r:id="rId459" o:title="eqId7a29fef95ed54dcf5c653749f5e9d232"/>
          </v:shape>
        </w:pict>
      </w:r>
      <w:r>
        <w:rPr>
          <w:rFonts w:ascii="Times New Roman" w:eastAsia="Times New Roman" w:hAnsi="Times New Roman" w:cs="Times New Roman"/>
          <w:color w:val="000000"/>
          <w:lang w:eastAsia="zh-CN"/>
        </w:rPr>
        <w:t>(</w:t>
      </w:r>
      <w:r>
        <w:pict w14:anchorId="0B3C3D71">
          <v:shape id="_x0000_i1805" type="#_x0000_t75" alt="学科网(www.zxxk.com)--教育资源门户，提供试卷、教案、课件、论文、素材以及各类教学资源下载，还有大量而丰富的教学相关资讯！" style="width:9.5pt;height:11.55pt">
            <v:imagedata r:id="rId460" o:title="eqIdb6a24198bd04c29321ae5dc5a28fe421"/>
          </v:shape>
        </w:pict>
      </w:r>
      <w:r>
        <w:rPr>
          <w:rFonts w:ascii="SimSun" w:eastAsia="SimSun" w:hAnsi="SimSun" w:cs="SimSun"/>
          <w:color w:val="000000"/>
          <w:lang w:eastAsia="zh-CN"/>
        </w:rPr>
        <w:t>为正整数</w:t>
      </w:r>
      <w:r>
        <w:rPr>
          <w:rFonts w:ascii="Times New Roman" w:eastAsia="Times New Roman" w:hAnsi="Times New Roman" w:cs="Times New Roman"/>
          <w:color w:val="000000"/>
          <w:lang w:eastAsia="zh-CN"/>
        </w:rPr>
        <w:t>)</w:t>
      </w:r>
      <w:r>
        <w:rPr>
          <w:rFonts w:ascii="SimSun" w:eastAsia="SimSun" w:hAnsi="SimSun" w:cs="SimSun"/>
          <w:color w:val="000000"/>
          <w:lang w:eastAsia="zh-CN"/>
        </w:rPr>
        <w:t>表示的数为：</w:t>
      </w:r>
      <w:r>
        <w:pict w14:anchorId="5F70027C">
          <v:shape id="_x0000_i1806" type="#_x0000_t75" alt="学科网(www.zxxk.com)--教育资源门户，提供试卷、教案、课件、论文、素材以及各类教学资源下载，还有大量而丰富的教学相关资讯！" style="width:33.3pt;height:14.25pt">
            <v:imagedata r:id="rId461" o:title="eqId147ad0d46a6728b0b881f7200cf5ff3c"/>
          </v:shape>
        </w:pict>
      </w:r>
      <w:r>
        <w:rPr>
          <w:rFonts w:ascii="SimSun" w:eastAsia="SimSun" w:hAnsi="SimSun" w:cs="SimSun"/>
          <w:color w:val="000000"/>
          <w:lang w:eastAsia="zh-CN"/>
        </w:rPr>
        <w:t>，点</w:t>
      </w:r>
      <w:r>
        <w:pict w14:anchorId="76751D0A">
          <v:shape id="_x0000_i1807" type="#_x0000_t75" alt="学科网(www.zxxk.com)--教育资源门户，提供试卷、教案、课件、论文、素材以及各类教学资源下载，还有大量而丰富的教学相关资讯！" style="width:26.5pt;height:18.35pt">
            <v:imagedata r:id="rId462" o:title="eqId925be8927ea9b4f42bf9519eb8c55405"/>
          </v:shape>
        </w:pict>
      </w:r>
      <w:r>
        <w:rPr>
          <w:rFonts w:ascii="SimSun" w:eastAsia="SimSun" w:hAnsi="SimSun" w:cs="SimSun"/>
          <w:color w:val="000000"/>
          <w:lang w:eastAsia="zh-CN"/>
        </w:rPr>
        <w:t>表示的数为：</w:t>
      </w:r>
      <w:r>
        <w:pict w14:anchorId="5D27B123">
          <v:shape id="_x0000_i1808" type="#_x0000_t75" alt="学科网(www.zxxk.com)--教育资源门户，提供试卷、教案、课件、论文、素材以及各类教学资源下载，还有大量而丰富的教学相关资讯！" style="width:33.3pt;height:14.25pt">
            <v:imagedata r:id="rId463" o:title="eqId92f0873fdea970af1ac5bbb7d098b5ae"/>
          </v:shape>
        </w:pict>
      </w:r>
      <w:r>
        <w:rPr>
          <w:rFonts w:ascii="SimSun" w:eastAsia="SimSun" w:hAnsi="SimSun" w:cs="SimSun"/>
          <w:color w:val="000000"/>
          <w:lang w:eastAsia="zh-CN"/>
        </w:rPr>
        <w:t>．</w:t>
      </w:r>
    </w:p>
    <w:p w14:paraId="241E279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pict w14:anchorId="2BED5C61">
          <v:shape id="_x0000_i1809" type="#_x0000_t75" alt="学科网(www.zxxk.com)--教育资源门户，提供试卷、教案、课件、论文、素材以及各类教学资源下载，还有大量而丰富的教学相关资讯！" style="width:27.15pt;height:14.25pt">
            <v:imagedata r:id="rId464" o:title="eqIdbe604061cf1591f7069472269d4c9719"/>
          </v:shape>
        </w:pict>
      </w:r>
      <w:r>
        <w:rPr>
          <w:rFonts w:ascii="SimSun" w:eastAsia="SimSun" w:hAnsi="SimSun" w:cs="SimSun"/>
          <w:color w:val="000000"/>
          <w:lang w:eastAsia="zh-CN"/>
        </w:rPr>
        <w:t>时，</w:t>
      </w:r>
      <w:r>
        <w:pict w14:anchorId="2B1160AF">
          <v:shape id="_x0000_i1810" type="#_x0000_t75" alt="学科网(www.zxxk.com)--教育资源门户，提供试卷、教案、课件、论文、素材以及各类教学资源下载，还有大量而丰富的教学相关资讯！" style="width:57.75pt;height:14.25pt">
            <v:imagedata r:id="rId465" o:title="eqId98402c54cf9a03406d5719fe174c8e36"/>
          </v:shape>
        </w:pict>
      </w:r>
      <w:r>
        <w:rPr>
          <w:rFonts w:ascii="SimSun" w:eastAsia="SimSun" w:hAnsi="SimSun" w:cs="SimSun"/>
          <w:color w:val="000000"/>
          <w:lang w:eastAsia="zh-CN"/>
        </w:rPr>
        <w:t>，</w:t>
      </w:r>
    </w:p>
    <w:p w14:paraId="08B3860C"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即点</w:t>
      </w:r>
      <w:r>
        <w:pict w14:anchorId="22BCC07F">
          <v:shape id="_x0000_i1811" type="#_x0000_t75" alt="学科网(www.zxxk.com)--教育资源门户，提供试卷、教案、课件、论文、素材以及各类教学资源下载，还有大量而丰富的教学相关资讯！" style="width:14.25pt;height:18.35pt">
            <v:imagedata r:id="rId448" o:title="eqId5002f030017f6f0b34a61b2e15c5a9cb"/>
          </v:shape>
        </w:pict>
      </w:r>
      <w:r>
        <w:rPr>
          <w:rFonts w:ascii="SimSun" w:eastAsia="SimSun" w:hAnsi="SimSun" w:cs="SimSun"/>
          <w:color w:val="000000"/>
          <w:lang w:eastAsia="zh-CN"/>
        </w:rPr>
        <w:t>表示的数为</w:t>
      </w:r>
      <w:r>
        <w:rPr>
          <w:rFonts w:ascii="Times New Roman" w:eastAsia="Times New Roman" w:hAnsi="Times New Roman" w:cs="Times New Roman"/>
          <w:color w:val="000000"/>
          <w:lang w:eastAsia="zh-CN"/>
        </w:rPr>
        <w:t>8</w:t>
      </w:r>
      <w:r>
        <w:rPr>
          <w:rFonts w:ascii="SimSun" w:eastAsia="SimSun" w:hAnsi="SimSun" w:cs="SimSun"/>
          <w:color w:val="000000"/>
          <w:lang w:eastAsia="zh-CN"/>
        </w:rPr>
        <w:t>；</w:t>
      </w:r>
    </w:p>
    <w:p w14:paraId="0D263347"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pict w14:anchorId="3E7A22DA">
          <v:shape id="_x0000_i1812" type="#_x0000_t75" alt="学科网(www.zxxk.com)--教育资源门户，提供试卷、教案、课件、论文、素材以及各类教学资源下载，还有大量而丰富的教学相关资讯！" style="width:44.85pt;height:14.25pt">
            <v:imagedata r:id="rId466" o:title="eqId106108643c403c97dc5a708b8c28cbc6"/>
          </v:shape>
        </w:pict>
      </w:r>
      <w:r>
        <w:rPr>
          <w:rFonts w:ascii="SimSun" w:eastAsia="SimSun" w:hAnsi="SimSun" w:cs="SimSun"/>
          <w:color w:val="000000"/>
          <w:lang w:eastAsia="zh-CN"/>
        </w:rPr>
        <w:t>时，</w:t>
      </w:r>
    </w:p>
    <w:p w14:paraId="54AD1E6C" w14:textId="77777777" w:rsidR="008113A1" w:rsidRDefault="00000000">
      <w:pPr>
        <w:spacing w:line="360" w:lineRule="auto"/>
        <w:textAlignment w:val="center"/>
        <w:rPr>
          <w:color w:val="000000"/>
          <w:lang w:eastAsia="zh-CN"/>
        </w:rPr>
      </w:pPr>
      <w:r>
        <w:pict w14:anchorId="288AC145">
          <v:shape id="_x0000_i1813" type="#_x0000_t75" alt="学科网(www.zxxk.com)--教育资源门户，提供试卷、教案、课件、论文、素材以及各类教学资源下载，还有大量而丰富的教学相关资讯！" style="width:93.75pt;height:14.25pt">
            <v:imagedata r:id="rId467" o:title="eqIdef76c36e7de595086738722eda4ec679"/>
          </v:shape>
        </w:pict>
      </w:r>
      <w:r>
        <w:rPr>
          <w:rFonts w:ascii="SimSun" w:eastAsia="SimSun" w:hAnsi="SimSun" w:cs="SimSun"/>
          <w:color w:val="000000"/>
          <w:lang w:eastAsia="zh-CN"/>
        </w:rPr>
        <w:t>，</w:t>
      </w:r>
    </w:p>
    <w:p w14:paraId="25E0295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即点</w:t>
      </w:r>
      <w:r>
        <w:pict w14:anchorId="0F04B322">
          <v:shape id="_x0000_i1814" type="#_x0000_t75" alt="学科网(www.zxxk.com)--教育资源门户，提供试卷、教案、课件、论文、素材以及各类教学资源下载，还有大量而丰富的教学相关资讯！" style="width:24.45pt;height:18.35pt">
            <v:imagedata r:id="rId449" o:title="eqIde645ae0b78ad4ca300e3889ca3f9bcce"/>
          </v:shape>
        </w:pict>
      </w:r>
      <w:r>
        <w:rPr>
          <w:rFonts w:ascii="SimSun" w:eastAsia="SimSun" w:hAnsi="SimSun" w:cs="SimSun"/>
          <w:color w:val="000000"/>
          <w:lang w:eastAsia="zh-CN"/>
        </w:rPr>
        <w:t>表示</w:t>
      </w:r>
      <w:r>
        <w:rPr>
          <w:rFonts w:ascii="SimSun" w:eastAsia="SimSun" w:hAnsi="SimSun" w:cs="SimSun"/>
          <w:noProof/>
          <w:color w:val="000000"/>
        </w:rPr>
        <w:drawing>
          <wp:inline distT="0" distB="0" distL="114300" distR="114300" wp14:anchorId="5FCC9024" wp14:editId="45C2924A">
            <wp:extent cx="133350" cy="177800"/>
            <wp:effectExtent l="0" t="0" r="0" b="0"/>
            <wp:docPr id="4325" name="图片 91756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6" name="图片 917563724"/>
                    <pic:cNvPicPr>
                      <a:picLocks noChangeAspect="1"/>
                    </pic:cNvPicPr>
                  </pic:nvPicPr>
                  <pic:blipFill>
                    <a:blip r:embed="rId468"/>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数为</w:t>
      </w:r>
      <w:r>
        <w:rPr>
          <w:rFonts w:ascii="Times New Roman" w:eastAsia="Times New Roman" w:hAnsi="Times New Roman" w:cs="Times New Roman"/>
          <w:color w:val="000000"/>
          <w:lang w:eastAsia="zh-CN"/>
        </w:rPr>
        <w:t>2022</w:t>
      </w:r>
      <w:r>
        <w:rPr>
          <w:rFonts w:ascii="SimSun" w:eastAsia="SimSun" w:hAnsi="SimSun" w:cs="SimSun"/>
          <w:color w:val="000000"/>
          <w:lang w:eastAsia="zh-CN"/>
        </w:rPr>
        <w:t>．</w:t>
      </w:r>
    </w:p>
    <w:p w14:paraId="6709C4C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8</w:t>
      </w:r>
      <w:r>
        <w:rPr>
          <w:rFonts w:ascii="SimSun" w:eastAsia="SimSun" w:hAnsi="SimSun" w:cs="SimSun"/>
          <w:color w:val="000000"/>
          <w:lang w:eastAsia="zh-CN"/>
        </w:rPr>
        <w:t>，</w:t>
      </w:r>
      <w:r>
        <w:rPr>
          <w:rFonts w:ascii="Times New Roman" w:eastAsia="Times New Roman" w:hAnsi="Times New Roman" w:cs="Times New Roman"/>
          <w:color w:val="000000"/>
          <w:lang w:eastAsia="zh-CN"/>
        </w:rPr>
        <w:t>2022</w:t>
      </w:r>
      <w:r>
        <w:rPr>
          <w:rFonts w:ascii="SimSun" w:eastAsia="SimSun" w:hAnsi="SimSun" w:cs="SimSun"/>
          <w:color w:val="000000"/>
          <w:lang w:eastAsia="zh-CN"/>
        </w:rPr>
        <w:t>．</w:t>
      </w:r>
    </w:p>
    <w:p w14:paraId="7CCDF1B5"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三、解答题（共</w:t>
      </w:r>
      <w:r>
        <w:rPr>
          <w:rFonts w:ascii="Times New Roman" w:eastAsia="Times New Roman" w:hAnsi="Times New Roman" w:cs="Times New Roman"/>
          <w:b/>
          <w:color w:val="000000"/>
          <w:sz w:val="24"/>
          <w:lang w:eastAsia="zh-CN"/>
        </w:rPr>
        <w:t>46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19</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23</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20</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24</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25</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26</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27</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分）解答应写出文字说明或演算步骤</w:t>
      </w:r>
      <w:r>
        <w:rPr>
          <w:rFonts w:ascii="Times New Roman" w:eastAsia="Times New Roman" w:hAnsi="Times New Roman" w:cs="Times New Roman"/>
          <w:b/>
          <w:color w:val="000000"/>
          <w:sz w:val="24"/>
          <w:lang w:eastAsia="zh-CN"/>
        </w:rPr>
        <w:t>.</w:t>
      </w:r>
    </w:p>
    <w:p w14:paraId="03BEA58B" w14:textId="77777777" w:rsidR="008113A1" w:rsidRDefault="00000000">
      <w:pPr>
        <w:pStyle w:val="Heading2"/>
        <w:rPr>
          <w:lang w:eastAsia="zh-CN"/>
        </w:rPr>
      </w:pPr>
      <w:bookmarkStart w:id="44" w:name="_Toc235460061"/>
      <w:r>
        <w:rPr>
          <w:lang w:eastAsia="zh-CN"/>
        </w:rPr>
        <w:t>二中教育集团</w:t>
      </w:r>
      <w:bookmarkEnd w:id="44"/>
    </w:p>
    <w:p w14:paraId="43E1717B" w14:textId="77777777" w:rsidR="008113A1" w:rsidRDefault="00000000">
      <w:pPr>
        <w:spacing w:line="360" w:lineRule="auto"/>
        <w:textAlignment w:val="center"/>
        <w:rPr>
          <w:color w:val="000000"/>
          <w:lang w:eastAsia="zh-CN"/>
        </w:rPr>
      </w:pPr>
      <w:r>
        <w:rPr>
          <w:color w:val="000000"/>
          <w:lang w:eastAsia="zh-CN"/>
        </w:rPr>
        <w:t xml:space="preserve">15. </w:t>
      </w:r>
      <w:r>
        <w:rPr>
          <w:rFonts w:ascii="SimSun" w:eastAsia="SimSun" w:hAnsi="SimSun" w:cs="SimSun"/>
          <w:color w:val="000000"/>
          <w:lang w:eastAsia="zh-CN"/>
        </w:rPr>
        <w:t>如图，一个大正方形的四个角落分别放置了四张大小不同的正方形纸片，其中</w:t>
      </w:r>
      <w:r>
        <w:rPr>
          <w:rFonts w:ascii="Times New Roman" w:eastAsia="Times New Roman" w:hAnsi="Times New Roman" w:cs="Times New Roman"/>
          <w:color w:val="000000"/>
          <w:lang w:eastAsia="zh-CN"/>
        </w:rPr>
        <w:t>1</w:t>
      </w:r>
      <w:r>
        <w:rPr>
          <w:rFonts w:ascii="SimSun" w:eastAsia="SimSun" w:hAnsi="SimSun" w:cs="SimSun"/>
          <w:color w:val="000000"/>
          <w:lang w:eastAsia="zh-CN"/>
        </w:rPr>
        <w:t>号，</w:t>
      </w:r>
      <w:r>
        <w:rPr>
          <w:rFonts w:ascii="Times New Roman" w:eastAsia="Times New Roman" w:hAnsi="Times New Roman" w:cs="Times New Roman"/>
          <w:color w:val="000000"/>
          <w:lang w:eastAsia="zh-CN"/>
        </w:rPr>
        <w:t>2</w:t>
      </w:r>
      <w:r>
        <w:rPr>
          <w:rFonts w:ascii="SimSun" w:eastAsia="SimSun" w:hAnsi="SimSun" w:cs="SimSun"/>
          <w:color w:val="000000"/>
          <w:lang w:eastAsia="zh-CN"/>
        </w:rPr>
        <w:t>号两张正方形纸片既不重叠也无空隙．已知</w:t>
      </w:r>
      <w:r>
        <w:rPr>
          <w:rFonts w:ascii="Times New Roman" w:eastAsia="Times New Roman" w:hAnsi="Times New Roman" w:cs="Times New Roman"/>
          <w:color w:val="000000"/>
          <w:lang w:eastAsia="zh-CN"/>
        </w:rPr>
        <w:t>1</w:t>
      </w:r>
      <w:r>
        <w:rPr>
          <w:rFonts w:ascii="SimSun" w:eastAsia="SimSun" w:hAnsi="SimSun" w:cs="SimSun"/>
          <w:color w:val="000000"/>
          <w:lang w:eastAsia="zh-CN"/>
        </w:rPr>
        <w:t>号正方形边长为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号正方形边长为</w:t>
      </w:r>
      <w:r>
        <w:rPr>
          <w:rFonts w:ascii="Times New Roman" w:eastAsia="Times New Roman" w:hAnsi="Times New Roman" w:cs="Times New Roman"/>
          <w:i/>
          <w:color w:val="000000"/>
          <w:lang w:eastAsia="zh-CN"/>
        </w:rPr>
        <w:t>b</w:t>
      </w:r>
      <w:r>
        <w:rPr>
          <w:rFonts w:ascii="SimSun" w:eastAsia="SimSun" w:hAnsi="SimSun" w:cs="SimSun"/>
          <w:color w:val="000000"/>
          <w:lang w:eastAsia="zh-CN"/>
        </w:rPr>
        <w:t>，则阴影部分的周长是</w:t>
      </w:r>
      <w:r>
        <w:rPr>
          <w:color w:val="000000"/>
          <w:lang w:eastAsia="zh-CN"/>
        </w:rPr>
        <w:t>________</w:t>
      </w:r>
      <w:r>
        <w:rPr>
          <w:rFonts w:ascii="SimSun" w:eastAsia="SimSun" w:hAnsi="SimSun" w:cs="SimSun"/>
          <w:color w:val="000000"/>
          <w:lang w:eastAsia="zh-CN"/>
        </w:rPr>
        <w:t>．（用含</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的式子表示）</w:t>
      </w:r>
    </w:p>
    <w:p w14:paraId="3ACB4710" w14:textId="77777777" w:rsidR="008113A1" w:rsidRDefault="00000000">
      <w:pPr>
        <w:spacing w:line="360" w:lineRule="auto"/>
        <w:textAlignment w:val="center"/>
        <w:rPr>
          <w:color w:val="000000"/>
        </w:rPr>
      </w:pPr>
      <w:r>
        <w:rPr>
          <w:noProof/>
          <w:color w:val="000000"/>
        </w:rPr>
        <w:lastRenderedPageBreak/>
        <w:drawing>
          <wp:inline distT="0" distB="0" distL="114300" distR="114300" wp14:anchorId="5472F939" wp14:editId="59CFDF77">
            <wp:extent cx="1247775" cy="1228725"/>
            <wp:effectExtent l="0" t="0" r="0" b="0"/>
            <wp:docPr id="4327"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 name="图片 100025" descr="学科网(www.zxxk.com)--教育资源门户，提供试卷、教案、课件、论文、素材以及各类教学资源下载，还有大量而丰富的教学相关资讯！"/>
                    <pic:cNvPicPr>
                      <a:picLocks noChangeAspect="1"/>
                    </pic:cNvPicPr>
                  </pic:nvPicPr>
                  <pic:blipFill>
                    <a:blip r:embed="rId469"/>
                    <a:stretch>
                      <a:fillRect/>
                    </a:stretch>
                  </pic:blipFill>
                  <pic:spPr>
                    <a:xfrm>
                      <a:off x="0" y="0"/>
                      <a:ext cx="1247775" cy="1228725"/>
                    </a:xfrm>
                    <a:prstGeom prst="rect">
                      <a:avLst/>
                    </a:prstGeom>
                  </pic:spPr>
                </pic:pic>
              </a:graphicData>
            </a:graphic>
          </wp:inline>
        </w:drawing>
      </w:r>
    </w:p>
    <w:p w14:paraId="23720050" w14:textId="77777777" w:rsidR="008113A1" w:rsidRDefault="00000000">
      <w:pPr>
        <w:spacing w:line="360" w:lineRule="auto"/>
        <w:textAlignment w:val="center"/>
        <w:rPr>
          <w:color w:val="000000"/>
          <w:lang w:eastAsia="zh-CN"/>
        </w:rPr>
      </w:pPr>
      <w:r>
        <w:rPr>
          <w:color w:val="2E75B6"/>
          <w:lang w:eastAsia="zh-CN"/>
        </w:rPr>
        <w:t>【答案】</w:t>
      </w:r>
      <w:r>
        <w:pict w14:anchorId="0B24649A">
          <v:shape id="_x0000_i1815" type="#_x0000_t75" alt="学科网(www.zxxk.com)--教育资源门户，提供试卷、教案、课件、论文、素材以及各类教学资源下载，还有大量而丰富的教学相关资讯！" style="width:35.3pt;height:12.9pt">
            <v:imagedata r:id="rId470" o:title="eqId116b1d267d72f999c056d52c8d0b02fa"/>
          </v:shape>
        </w:pict>
      </w:r>
      <w:r>
        <w:rPr>
          <w:rFonts w:ascii="Times New Roman" w:eastAsia="Times New Roman" w:hAnsi="Times New Roman" w:cs="Times New Roman"/>
          <w:color w:val="000000"/>
          <w:lang w:eastAsia="zh-CN"/>
        </w:rPr>
        <w:t>##</w:t>
      </w:r>
      <w:r>
        <w:pict w14:anchorId="2F6590A4">
          <v:shape id="_x0000_i1816" type="#_x0000_t75" alt="学科网(www.zxxk.com)--教育资源门户，提供试卷、教案、课件、论文、素材以及各类教学资源下载，还有大量而丰富的教学相关资讯！" style="width:38.7pt;height:14.25pt">
            <v:imagedata r:id="rId471" o:title="eqId892dfdabfdb2c26b3ffce795b0d4ff41"/>
          </v:shape>
        </w:pict>
      </w:r>
    </w:p>
    <w:p w14:paraId="273C7732" w14:textId="77777777" w:rsidR="008113A1" w:rsidRDefault="00000000">
      <w:pPr>
        <w:spacing w:line="360" w:lineRule="auto"/>
        <w:textAlignment w:val="center"/>
        <w:rPr>
          <w:color w:val="000000"/>
          <w:lang w:eastAsia="zh-CN"/>
        </w:rPr>
      </w:pPr>
      <w:r>
        <w:rPr>
          <w:color w:val="2E75B6"/>
          <w:lang w:eastAsia="zh-CN"/>
        </w:rPr>
        <w:t>【解析】</w:t>
      </w:r>
    </w:p>
    <w:p w14:paraId="55B571F5"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此题考查了整式的加减的应用，解题的关键是明确题意，利用数形结合的思想解答．先表示出阴影部分所有竖直的边长之和和所有水平的边长之和，再表示出阴影部分的周长，然后进行整理即可得出答案．</w:t>
      </w:r>
    </w:p>
    <w:p w14:paraId="2CE1B812"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解：由图可得，</w:t>
      </w:r>
    </w:p>
    <w:p w14:paraId="6A5F4BE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最大的正方形的边长为</w:t>
      </w:r>
      <w:r>
        <w:pict w14:anchorId="45B1A867">
          <v:shape id="_x0000_i1817" type="#_x0000_t75" alt="学科网(www.zxxk.com)--教育资源门户，提供试卷、教案、课件、论文、素材以及各类教学资源下载，还有大量而丰富的教学相关资讯！" style="width:27.15pt;height:14.25pt">
            <v:imagedata r:id="rId472" o:title="eqId20d6fc9b90f370fbb27552876b650f8f"/>
          </v:shape>
        </w:pict>
      </w:r>
      <w:r>
        <w:rPr>
          <w:rFonts w:ascii="SimSun" w:eastAsia="SimSun" w:hAnsi="SimSun" w:cs="SimSun"/>
          <w:color w:val="000000"/>
          <w:lang w:eastAsia="zh-CN"/>
        </w:rPr>
        <w:t>，</w:t>
      </w:r>
    </w:p>
    <w:p w14:paraId="5FA9EEC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阴影部分的水平长度之和为</w:t>
      </w:r>
      <w:r>
        <w:pict w14:anchorId="4D32092C">
          <v:shape id="_x0000_i1818" type="#_x0000_t75" alt="学科网(www.zxxk.com)--教育资源门户，提供试卷、教案、课件、论文、素材以及各类教学资源下载，还有大量而丰富的教学相关资讯！" style="width:42.8pt;height:20.4pt">
            <v:imagedata r:id="rId473" o:title="eqIdd57f2f5bb2290bff30640f262774381a"/>
          </v:shape>
        </w:pict>
      </w:r>
      <w:r>
        <w:rPr>
          <w:rFonts w:ascii="SimSun" w:eastAsia="SimSun" w:hAnsi="SimSun" w:cs="SimSun"/>
          <w:color w:val="000000"/>
          <w:lang w:eastAsia="zh-CN"/>
        </w:rPr>
        <w:t>，竖直长度之和为</w:t>
      </w:r>
      <w:r>
        <w:pict w14:anchorId="5DC2F310">
          <v:shape id="_x0000_i1819" type="#_x0000_t75" alt="学科网(www.zxxk.com)--教育资源门户，提供试卷、教案、课件、论文、素材以及各类教学资源下载，还有大量而丰富的教学相关资讯！" style="width:84.25pt;height:20.4pt">
            <v:imagedata r:id="rId474" o:title="eqIde60e2c42c5255f44568b8da90765d3fd"/>
          </v:shape>
        </w:pict>
      </w:r>
      <w:r>
        <w:rPr>
          <w:rFonts w:ascii="SimSun" w:eastAsia="SimSun" w:hAnsi="SimSun" w:cs="SimSun"/>
          <w:color w:val="000000"/>
          <w:lang w:eastAsia="zh-CN"/>
        </w:rPr>
        <w:t>，</w:t>
      </w:r>
    </w:p>
    <w:p w14:paraId="0D67507D"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∴阴影部分的周长为：</w:t>
      </w:r>
      <w:r>
        <w:pict w14:anchorId="7478B8A8">
          <v:shape id="_x0000_i1820" type="#_x0000_t75" alt="学科网(www.zxxk.com)--教育资源门户，提供试卷、教案、课件、论文、素材以及各类教学资源下载，还有大量而丰富的教学相关资讯！" style="width:113.45pt;height:20.4pt">
            <v:imagedata r:id="rId475" o:title="eqId6abaf768be20dc69fe8474586a8ddc3f"/>
          </v:shape>
        </w:pict>
      </w:r>
      <w:r>
        <w:rPr>
          <w:rFonts w:ascii="SimSun" w:eastAsia="SimSun" w:hAnsi="SimSun" w:cs="SimSun"/>
          <w:color w:val="000000"/>
          <w:lang w:eastAsia="zh-CN"/>
        </w:rPr>
        <w:t>，</w:t>
      </w:r>
    </w:p>
    <w:p w14:paraId="79320F5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3337D619">
          <v:shape id="_x0000_i1821" type="#_x0000_t75" alt="学科网(www.zxxk.com)--教育资源门户，提供试卷、教案、课件、论文、素材以及各类教学资源下载，还有大量而丰富的教学相关资讯！" style="width:35.3pt;height:12.9pt">
            <v:imagedata r:id="rId470" o:title="eqId116b1d267d72f999c056d52c8d0b02fa"/>
          </v:shape>
        </w:pict>
      </w:r>
      <w:r>
        <w:rPr>
          <w:rFonts w:ascii="SimSun" w:eastAsia="SimSun" w:hAnsi="SimSun" w:cs="SimSun"/>
          <w:color w:val="000000"/>
          <w:lang w:eastAsia="zh-CN"/>
        </w:rPr>
        <w:t>．</w:t>
      </w:r>
    </w:p>
    <w:p w14:paraId="00F86946"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三、解答题（共</w:t>
      </w:r>
      <w:r>
        <w:rPr>
          <w:rFonts w:ascii="Times New Roman" w:eastAsia="Times New Roman" w:hAnsi="Times New Roman" w:cs="Times New Roman"/>
          <w:b/>
          <w:color w:val="000000"/>
          <w:sz w:val="24"/>
          <w:lang w:eastAsia="zh-CN"/>
        </w:rPr>
        <w:t>68</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17−20</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22−23</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24−26</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27−28</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w:t>
      </w:r>
    </w:p>
    <w:p w14:paraId="54EB44AC" w14:textId="77777777" w:rsidR="008113A1" w:rsidRDefault="00000000">
      <w:pPr>
        <w:pStyle w:val="Heading2"/>
        <w:rPr>
          <w:lang w:eastAsia="zh-CN"/>
        </w:rPr>
      </w:pPr>
      <w:bookmarkStart w:id="45" w:name="_Toc235460062"/>
      <w:r>
        <w:rPr>
          <w:lang w:eastAsia="zh-CN"/>
        </w:rPr>
        <w:t>十一实验中学</w:t>
      </w:r>
      <w:bookmarkEnd w:id="45"/>
    </w:p>
    <w:p w14:paraId="60B66312" w14:textId="77777777" w:rsidR="008113A1" w:rsidRDefault="00000000">
      <w:pPr>
        <w:spacing w:line="360" w:lineRule="auto"/>
        <w:jc w:val="both"/>
        <w:textAlignment w:val="center"/>
        <w:rPr>
          <w:color w:val="000000"/>
          <w:lang w:eastAsia="zh-CN"/>
        </w:rPr>
      </w:pPr>
      <w:r>
        <w:rPr>
          <w:color w:val="000000"/>
          <w:lang w:eastAsia="zh-CN"/>
        </w:rPr>
        <w:t xml:space="preserve">16. </w:t>
      </w:r>
      <w:r>
        <w:rPr>
          <w:rFonts w:ascii="SimSun" w:eastAsia="SimSun" w:hAnsi="SimSun" w:cs="SimSun"/>
          <w:color w:val="000000"/>
          <w:lang w:eastAsia="zh-CN"/>
        </w:rPr>
        <w:t>对于实数</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i/>
          <w:color w:val="000000"/>
          <w:lang w:eastAsia="zh-CN"/>
        </w:rPr>
        <w:t>y</w:t>
      </w:r>
      <w:r>
        <w:rPr>
          <w:rFonts w:ascii="SimSun" w:eastAsia="SimSun" w:hAnsi="SimSun" w:cs="SimSun"/>
          <w:color w:val="000000"/>
          <w:lang w:eastAsia="zh-CN"/>
        </w:rPr>
        <w:t>我们定义一种新运算</w:t>
      </w:r>
      <w:r>
        <w:pict w14:anchorId="31A45F8D">
          <v:shape id="_x0000_i1822" type="#_x0000_t75" alt="学科网(www.zxxk.com)--教育资源门户，提供试卷、教案、课件、论文、素材以及各类教学资源下载，还有大量而丰富的教学相关资讯！" style="width:95.75pt;height:20.4pt">
            <v:imagedata r:id="rId476" o:title="eqIdda704b7d9adb23c57e831f2ff55991e4"/>
          </v:shape>
        </w:pict>
      </w:r>
      <w:r>
        <w:rPr>
          <w:rFonts w:ascii="SimSun" w:eastAsia="SimSun" w:hAnsi="SimSun" w:cs="SimSun"/>
          <w:color w:val="000000"/>
          <w:lang w:eastAsia="zh-CN"/>
        </w:rPr>
        <w:t>（其中</w:t>
      </w:r>
      <w:r>
        <w:rPr>
          <w:rFonts w:ascii="Times New Roman" w:eastAsia="Times New Roman" w:hAnsi="Times New Roman" w:cs="Times New Roman"/>
          <w:i/>
          <w:color w:val="000000"/>
          <w:lang w:eastAsia="zh-CN"/>
        </w:rPr>
        <w:t>m</w:t>
      </w:r>
      <w:r>
        <w:rPr>
          <w:rFonts w:ascii="SimSun" w:eastAsia="SimSun" w:hAnsi="SimSun" w:cs="SimSun"/>
          <w:color w:val="000000"/>
          <w:lang w:eastAsia="zh-CN"/>
        </w:rPr>
        <w:t>，</w:t>
      </w:r>
      <w:r>
        <w:rPr>
          <w:rFonts w:ascii="Times New Roman" w:eastAsia="Times New Roman" w:hAnsi="Times New Roman" w:cs="Times New Roman"/>
          <w:i/>
          <w:color w:val="000000"/>
          <w:lang w:eastAsia="zh-CN"/>
        </w:rPr>
        <w:t>n</w:t>
      </w:r>
      <w:r>
        <w:rPr>
          <w:rFonts w:ascii="SimSun" w:eastAsia="SimSun" w:hAnsi="SimSun" w:cs="SimSun"/>
          <w:color w:val="000000"/>
          <w:lang w:eastAsia="zh-CN"/>
        </w:rPr>
        <w:t>均为非零常数），等式右边是通常的四则运算，由这种运算得到的数我们称之为线性数，记为</w:t>
      </w:r>
      <w:r>
        <w:pict w14:anchorId="4C75EDA2">
          <v:shape id="_x0000_i1823" type="#_x0000_t75" alt="学科网(www.zxxk.com)--教育资源门户，提供试卷、教案、课件、论文、素材以及各类教学资源下载，还有大量而丰富的教学相关资讯！" style="width:48.25pt;height:20.4pt">
            <v:imagedata r:id="rId477" o:title="eqIdfc1e5958f66e55973d720ae3999da66f"/>
          </v:shape>
        </w:pict>
      </w:r>
      <w:r>
        <w:rPr>
          <w:rFonts w:ascii="SimSun" w:eastAsia="SimSun" w:hAnsi="SimSun" w:cs="SimSun"/>
          <w:color w:val="000000"/>
          <w:lang w:eastAsia="zh-CN"/>
        </w:rPr>
        <w:t>，其中</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i/>
          <w:color w:val="000000"/>
          <w:lang w:eastAsia="zh-CN"/>
        </w:rPr>
        <w:t>y</w:t>
      </w:r>
      <w:r>
        <w:rPr>
          <w:rFonts w:ascii="SimSun" w:eastAsia="SimSun" w:hAnsi="SimSun" w:cs="SimSun"/>
          <w:color w:val="000000"/>
          <w:lang w:eastAsia="zh-CN"/>
        </w:rPr>
        <w:t>叫做线性数的一个数对．若实数</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i/>
          <w:color w:val="000000"/>
          <w:lang w:eastAsia="zh-CN"/>
        </w:rPr>
        <w:t>y</w:t>
      </w:r>
      <w:r>
        <w:rPr>
          <w:rFonts w:ascii="SimSun" w:eastAsia="SimSun" w:hAnsi="SimSun" w:cs="SimSun"/>
          <w:color w:val="000000"/>
          <w:lang w:eastAsia="zh-CN"/>
        </w:rPr>
        <w:t>都取正整数，我们称这样的线性数为正格线性数，这时的</w:t>
      </w:r>
      <w:r>
        <w:rPr>
          <w:rFonts w:ascii="Times New Roman" w:eastAsia="Times New Roman" w:hAnsi="Times New Roman" w:cs="Times New Roman"/>
          <w:i/>
          <w:color w:val="000000"/>
          <w:lang w:eastAsia="zh-CN"/>
        </w:rPr>
        <w:t>x</w:t>
      </w:r>
      <w:r>
        <w:rPr>
          <w:rFonts w:ascii="SimSun" w:eastAsia="SimSun" w:hAnsi="SimSun" w:cs="SimSun"/>
          <w:color w:val="000000"/>
          <w:lang w:eastAsia="zh-CN"/>
        </w:rPr>
        <w:t>、</w:t>
      </w:r>
      <w:r>
        <w:rPr>
          <w:rFonts w:ascii="Times New Roman" w:eastAsia="Times New Roman" w:hAnsi="Times New Roman" w:cs="Times New Roman"/>
          <w:i/>
          <w:color w:val="000000"/>
          <w:lang w:eastAsia="zh-CN"/>
        </w:rPr>
        <w:t>y</w:t>
      </w:r>
      <w:r>
        <w:rPr>
          <w:rFonts w:ascii="SimSun" w:eastAsia="SimSun" w:hAnsi="SimSun" w:cs="SimSun"/>
          <w:color w:val="000000"/>
          <w:lang w:eastAsia="zh-CN"/>
        </w:rPr>
        <w:t>叫做正格线性数的正格数对．</w:t>
      </w:r>
    </w:p>
    <w:p w14:paraId="63D4C56A"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）若</w:t>
      </w:r>
      <w:r>
        <w:pict w14:anchorId="3EBC073B">
          <v:shape id="_x0000_i1824" type="#_x0000_t75" alt="学科网(www.zxxk.com)--教育资源门户，提供试卷、教案、课件、论文、素材以及各类教学资源下载，还有大量而丰富的教学相关资讯！" style="width:95.1pt;height:20.4pt">
            <v:imagedata r:id="rId478" o:title="eqId3ddec6020b7e2aebc2b089ed81c508f0"/>
          </v:shape>
        </w:pict>
      </w:r>
      <w:r>
        <w:rPr>
          <w:rFonts w:ascii="SimSun" w:eastAsia="SimSun" w:hAnsi="SimSun" w:cs="SimSun"/>
          <w:color w:val="000000"/>
          <w:lang w:eastAsia="zh-CN"/>
        </w:rPr>
        <w:t>，则</w:t>
      </w:r>
      <w:r>
        <w:pict w14:anchorId="61E906FC">
          <v:shape id="_x0000_i1825" type="#_x0000_t75" alt="学科网(www.zxxk.com)--教育资源门户，提供试卷、教案、课件、论文、素材以及各类教学资源下载，还有大量而丰富的教学相关资讯！" style="width:48.25pt;height:20.4pt">
            <v:imagedata r:id="rId479" o:title="eqId14c59b3e9bfec1fd86d2c200a0c99295"/>
          </v:shape>
        </w:pict>
      </w:r>
      <w:r>
        <w:rPr>
          <w:color w:val="000000"/>
          <w:lang w:eastAsia="zh-CN"/>
        </w:rPr>
        <w:t>______</w:t>
      </w:r>
      <w:r>
        <w:rPr>
          <w:rFonts w:ascii="SimSun" w:eastAsia="SimSun" w:hAnsi="SimSun" w:cs="SimSun"/>
          <w:color w:val="000000"/>
          <w:lang w:eastAsia="zh-CN"/>
        </w:rPr>
        <w:t>．</w:t>
      </w:r>
    </w:p>
    <w:p w14:paraId="637283A9"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lastRenderedPageBreak/>
        <w:t>（</w:t>
      </w:r>
      <w:r>
        <w:rPr>
          <w:rFonts w:ascii="Times New Roman" w:eastAsia="Times New Roman" w:hAnsi="Times New Roman" w:cs="Times New Roman"/>
          <w:color w:val="000000"/>
          <w:lang w:eastAsia="zh-CN"/>
        </w:rPr>
        <w:t>2</w:t>
      </w:r>
      <w:r>
        <w:rPr>
          <w:rFonts w:ascii="SimSun" w:eastAsia="SimSun" w:hAnsi="SimSun" w:cs="SimSun"/>
          <w:color w:val="000000"/>
          <w:lang w:eastAsia="zh-CN"/>
        </w:rPr>
        <w:t>）已知</w:t>
      </w:r>
      <w:r>
        <w:pict w14:anchorId="1BE8AF79">
          <v:shape id="_x0000_i1826" type="#_x0000_t75" alt="学科网(www.zxxk.com)--教育资源门户，提供试卷、教案、课件、论文、素材以及各类教学资源下载，还有大量而丰富的教学相关资讯！" style="width:56.4pt;height:20.4pt">
            <v:imagedata r:id="rId480" o:title="eqId5fff9e7045c472a1c5f492b19bb2be3f"/>
          </v:shape>
        </w:pict>
      </w:r>
      <w:r>
        <w:rPr>
          <w:rFonts w:ascii="SimSun" w:eastAsia="SimSun" w:hAnsi="SimSun" w:cs="SimSun"/>
          <w:color w:val="000000"/>
          <w:lang w:eastAsia="zh-CN"/>
        </w:rPr>
        <w:t>，</w:t>
      </w:r>
      <w:r>
        <w:pict w14:anchorId="76FE2D5C">
          <v:shape id="_x0000_i1827" type="#_x0000_t75" alt="学科网(www.zxxk.com)--教育资源门户，提供试卷、教案、课件、论文、素材以及各类教学资源下载，还有大量而丰富的教学相关资讯！" style="width:59.75pt;height:20.4pt">
            <v:imagedata r:id="rId481" o:title="eqId5a05993a8766b8ad91576f75d4a7c122"/>
          </v:shape>
        </w:pict>
      </w:r>
      <w:r>
        <w:rPr>
          <w:rFonts w:ascii="SimSun" w:eastAsia="SimSun" w:hAnsi="SimSun" w:cs="SimSun"/>
          <w:color w:val="000000"/>
          <w:lang w:eastAsia="zh-CN"/>
        </w:rPr>
        <w:t>，请回答问题：</w:t>
      </w:r>
      <w:r>
        <w:pict w14:anchorId="3B0C9ACA">
          <v:shape id="_x0000_i1828" type="#_x0000_t75" alt="学科网(www.zxxk.com)--教育资源门户，提供试卷、教案、课件、论文、素材以及各类教学资源下载，还有大量而丰富的教学相关资讯！" style="width:38.7pt;height:12.25pt">
            <v:imagedata r:id="rId482" o:title="eqId934d37c81b2266c7b86bcc11afaf5f91"/>
          </v:shape>
        </w:pict>
      </w:r>
      <w:r>
        <w:rPr>
          <w:color w:val="000000"/>
          <w:lang w:eastAsia="zh-CN"/>
        </w:rPr>
        <w:t>______</w:t>
      </w:r>
      <w:r>
        <w:rPr>
          <w:rFonts w:ascii="SimSun" w:eastAsia="SimSun" w:hAnsi="SimSun" w:cs="SimSun"/>
          <w:color w:val="000000"/>
          <w:lang w:eastAsia="zh-CN"/>
        </w:rPr>
        <w:t>，</w:t>
      </w:r>
      <w:r>
        <w:pict w14:anchorId="363456AD">
          <v:shape id="_x0000_i1829" type="#_x0000_t75" alt="学科网(www.zxxk.com)--教育资源门户，提供试卷、教案、课件、论文、素材以及各类教学资源下载，还有大量而丰富的教学相关资讯！" style="width:38.7pt;height:10.85pt">
            <v:imagedata r:id="rId483" o:title="eqId1bf5c1d124e8e023fe8e8c5ef3412813"/>
          </v:shape>
        </w:pict>
      </w:r>
      <w:r>
        <w:rPr>
          <w:color w:val="000000"/>
          <w:lang w:eastAsia="zh-CN"/>
        </w:rPr>
        <w:t>______</w:t>
      </w:r>
      <w:r>
        <w:rPr>
          <w:rFonts w:ascii="SimSun" w:eastAsia="SimSun" w:hAnsi="SimSun" w:cs="SimSun"/>
          <w:color w:val="000000"/>
          <w:lang w:eastAsia="zh-CN"/>
        </w:rPr>
        <w:t>．</w:t>
      </w:r>
    </w:p>
    <w:p w14:paraId="16228684" w14:textId="77777777" w:rsidR="008113A1" w:rsidRDefault="00000000">
      <w:pPr>
        <w:spacing w:line="360" w:lineRule="auto"/>
        <w:textAlignment w:val="center"/>
        <w:rPr>
          <w:color w:val="000000"/>
        </w:rPr>
      </w:pPr>
      <w:r>
        <w:rPr>
          <w:color w:val="2E75B6"/>
        </w:rPr>
        <w:t>【</w:t>
      </w:r>
      <w:proofErr w:type="spellStart"/>
      <w:r>
        <w:rPr>
          <w:color w:val="2E75B6"/>
        </w:rPr>
        <w:t>答案</w:t>
      </w:r>
      <w:proofErr w:type="spellEnd"/>
      <w:r>
        <w:rPr>
          <w:color w:val="2E75B6"/>
        </w:rPr>
        <w:t>】</w:t>
      </w:r>
      <w:r>
        <w:rPr>
          <w:color w:val="000000"/>
        </w:rPr>
        <w:t xml:space="preserve">    ①. </w:t>
      </w:r>
      <w:r>
        <w:rPr>
          <w:rFonts w:ascii="Times New Roman" w:eastAsia="Times New Roman" w:hAnsi="Times New Roman" w:cs="Times New Roman"/>
          <w:color w:val="000000"/>
        </w:rPr>
        <w:t>9</w:t>
      </w:r>
      <w:r>
        <w:rPr>
          <w:color w:val="000000"/>
        </w:rPr>
        <w:t xml:space="preserve">    ②. </w:t>
      </w:r>
      <w:r>
        <w:rPr>
          <w:rFonts w:ascii="Times New Roman" w:eastAsia="Times New Roman" w:hAnsi="Times New Roman" w:cs="Times New Roman"/>
          <w:color w:val="000000"/>
        </w:rPr>
        <w:t>5</w:t>
      </w:r>
      <w:r>
        <w:rPr>
          <w:color w:val="000000"/>
        </w:rPr>
        <w:t xml:space="preserve">    ③. </w:t>
      </w:r>
      <w:r>
        <w:rPr>
          <w:rFonts w:ascii="Times New Roman" w:eastAsia="Times New Roman" w:hAnsi="Times New Roman" w:cs="Times New Roman"/>
          <w:color w:val="000000"/>
        </w:rPr>
        <w:t>1</w:t>
      </w:r>
    </w:p>
    <w:p w14:paraId="458F45D4" w14:textId="77777777" w:rsidR="008113A1" w:rsidRDefault="00000000">
      <w:pPr>
        <w:spacing w:line="360" w:lineRule="auto"/>
        <w:textAlignment w:val="center"/>
        <w:rPr>
          <w:color w:val="000000"/>
        </w:rPr>
      </w:pPr>
      <w:r>
        <w:rPr>
          <w:color w:val="2E75B6"/>
        </w:rPr>
        <w:t>【解析】</w:t>
      </w:r>
    </w:p>
    <w:p w14:paraId="2476A19F"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本题考查实数的运算，理解“新运算</w:t>
      </w:r>
      <w:r>
        <w:pict w14:anchorId="1C9C586C">
          <v:shape id="_x0000_i1830" type="#_x0000_t75" alt="学科网(www.zxxk.com)--教育资源门户，提供试卷、教案、课件、论文、素材以及各类教学资源下载，还有大量而丰富的教学相关资讯！" style="width:21.75pt;height:14.95pt">
            <v:imagedata r:id="rId484" o:title="eqId26f788a3c04e2987cc0df673582e6679"/>
          </v:shape>
        </w:pict>
      </w:r>
      <w:r>
        <w:rPr>
          <w:rFonts w:ascii="SimSun" w:eastAsia="SimSun" w:hAnsi="SimSun" w:cs="SimSun"/>
          <w:color w:val="000000"/>
          <w:lang w:eastAsia="zh-CN"/>
        </w:rPr>
        <w:t>、</w:t>
      </w:r>
      <w:r>
        <w:pict w14:anchorId="5CE2DA85">
          <v:shape id="_x0000_i1831" type="#_x0000_t75" alt="学科网(www.zxxk.com)--教育资源门户，提供试卷、教案、课件、论文、素材以及各类教学资源下载，还有大量而丰富的教学相关资讯！" style="width:57.05pt;height:14.95pt">
            <v:imagedata r:id="rId485" o:title="eqIda9ac38c4a0436c2a65af000bca9bf8ce"/>
          </v:shape>
        </w:pict>
      </w:r>
      <w:r>
        <w:rPr>
          <w:rFonts w:ascii="SimSun" w:eastAsia="SimSun" w:hAnsi="SimSun" w:cs="SimSun"/>
          <w:color w:val="000000"/>
          <w:lang w:eastAsia="zh-CN"/>
        </w:rPr>
        <w:t>”以及“线性数”，</w:t>
      </w:r>
      <w:proofErr w:type="gramStart"/>
      <w:r>
        <w:rPr>
          <w:rFonts w:ascii="SimSun" w:eastAsia="SimSun" w:hAnsi="SimSun" w:cs="SimSun"/>
          <w:color w:val="000000"/>
          <w:lang w:eastAsia="zh-CN"/>
        </w:rPr>
        <w:t>“</w:t>
      </w:r>
      <w:proofErr w:type="gramEnd"/>
      <w:r>
        <w:rPr>
          <w:rFonts w:ascii="SimSun" w:eastAsia="SimSun" w:hAnsi="SimSun" w:cs="SimSun"/>
          <w:color w:val="000000"/>
          <w:lang w:eastAsia="zh-CN"/>
        </w:rPr>
        <w:t>正格线性数“，正格数对”的意义是解决问题的关键．</w:t>
      </w:r>
    </w:p>
    <w:p w14:paraId="63363CA4"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）根据</w:t>
      </w:r>
      <w:r>
        <w:pict w14:anchorId="1DCD3CCC">
          <v:shape id="_x0000_i1832" type="#_x0000_t75" alt="学科网(www.zxxk.com)--教育资源门户，提供试卷、教案、课件、论文、素材以及各类教学资源下载，还有大量而丰富的教学相关资讯！" style="width:21.75pt;height:14.95pt">
            <v:imagedata r:id="rId484" o:title="eqId26f788a3c04e2987cc0df673582e6679"/>
          </v:shape>
        </w:pict>
      </w:r>
      <w:r>
        <w:rPr>
          <w:rFonts w:ascii="SimSun" w:eastAsia="SimSun" w:hAnsi="SimSun" w:cs="SimSun"/>
          <w:color w:val="000000"/>
          <w:lang w:eastAsia="zh-CN"/>
        </w:rPr>
        <w:t>、</w:t>
      </w:r>
      <w:r>
        <w:pict w14:anchorId="1CD51EE3">
          <v:shape id="_x0000_i1833" type="#_x0000_t75" alt="学科网(www.zxxk.com)--教育资源门户，提供试卷、教案、课件、论文、素材以及各类教学资源下载，还有大量而丰富的教学相关资讯！" style="width:14.95pt;height:15.6pt">
            <v:imagedata r:id="rId486" o:title="eqIdb88479c2f41b376afe2a0a960b689e53"/>
          </v:shape>
        </w:pict>
      </w:r>
      <w:r>
        <w:rPr>
          <w:rFonts w:ascii="SimSun" w:eastAsia="SimSun" w:hAnsi="SimSun" w:cs="SimSun"/>
          <w:color w:val="000000"/>
          <w:lang w:eastAsia="zh-CN"/>
        </w:rPr>
        <w:t>的意义计算即可；</w:t>
      </w:r>
    </w:p>
    <w:p w14:paraId="489423CA"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）根据</w:t>
      </w:r>
      <w:r>
        <w:pict w14:anchorId="5A24B0F7">
          <v:shape id="_x0000_i1834" type="#_x0000_t75" alt="学科网(www.zxxk.com)--教育资源门户，提供试卷、教案、课件、论文、素材以及各类教学资源下载，还有大量而丰富的教学相关资讯！" style="width:21.75pt;height:14.95pt">
            <v:imagedata r:id="rId484" o:title="eqId26f788a3c04e2987cc0df673582e6679"/>
          </v:shape>
        </w:pict>
      </w:r>
      <w:r>
        <w:rPr>
          <w:rFonts w:ascii="SimSun" w:eastAsia="SimSun" w:hAnsi="SimSun" w:cs="SimSun"/>
          <w:color w:val="000000"/>
          <w:lang w:eastAsia="zh-CN"/>
        </w:rPr>
        <w:t>、</w:t>
      </w:r>
      <w:r>
        <w:pict w14:anchorId="32F4D6DD">
          <v:shape id="_x0000_i1835" type="#_x0000_t75" alt="学科网(www.zxxk.com)--教育资源门户，提供试卷、教案、课件、论文、素材以及各类教学资源下载，还有大量而丰富的教学相关资讯！" style="width:57.05pt;height:14.95pt">
            <v:imagedata r:id="rId485" o:title="eqIda9ac38c4a0436c2a65af000bca9bf8ce"/>
          </v:shape>
        </w:pict>
      </w:r>
      <w:r>
        <w:rPr>
          <w:rFonts w:ascii="SimSun" w:eastAsia="SimSun" w:hAnsi="SimSun" w:cs="SimSun"/>
          <w:color w:val="000000"/>
          <w:lang w:eastAsia="zh-CN"/>
        </w:rPr>
        <w:t>列方程组求解即可</w:t>
      </w:r>
    </w:p>
    <w:p w14:paraId="374E0F28" w14:textId="77777777" w:rsidR="008113A1" w:rsidRDefault="00000000">
      <w:pPr>
        <w:spacing w:line="360" w:lineRule="auto"/>
        <w:jc w:val="both"/>
        <w:textAlignment w:val="center"/>
        <w:rPr>
          <w:color w:val="000000"/>
          <w:lang w:eastAsia="zh-CN"/>
        </w:rPr>
      </w:pPr>
      <w:r>
        <w:rPr>
          <w:color w:val="000000"/>
          <w:lang w:eastAsia="zh-CN"/>
        </w:rPr>
        <w:t>【详解】</w:t>
      </w:r>
      <w:r>
        <w:rPr>
          <w:rFonts w:ascii="SimSun" w:eastAsia="SimSun" w:hAnsi="SimSun" w:cs="SimSun"/>
          <w:color w:val="000000"/>
          <w:lang w:eastAsia="zh-CN"/>
        </w:rPr>
        <w:t>解：（</w:t>
      </w:r>
      <w:r>
        <w:rPr>
          <w:rFonts w:ascii="Times New Roman" w:eastAsia="Times New Roman" w:hAnsi="Times New Roman" w:cs="Times New Roman"/>
          <w:color w:val="000000"/>
          <w:lang w:eastAsia="zh-CN"/>
        </w:rPr>
        <w:t>1</w:t>
      </w:r>
      <w:r>
        <w:rPr>
          <w:rFonts w:ascii="SimSun" w:eastAsia="SimSun" w:hAnsi="SimSun" w:cs="SimSun"/>
          <w:color w:val="000000"/>
          <w:lang w:eastAsia="zh-CN"/>
        </w:rPr>
        <w:t>）因为</w:t>
      </w:r>
      <w:r>
        <w:pict w14:anchorId="0CCC8AAD">
          <v:shape id="_x0000_i1836" type="#_x0000_t75" alt="学科网(www.zxxk.com)--教育资源门户，提供试卷、教案、课件、论文、素材以及各类教学资源下载，还有大量而丰富的教学相关资讯！" style="width:21.75pt;height:14.95pt">
            <v:imagedata r:id="rId484" o:title="eqId26f788a3c04e2987cc0df673582e6679"/>
          </v:shape>
        </w:pict>
      </w:r>
      <w:r>
        <w:rPr>
          <w:rFonts w:ascii="SimSun" w:eastAsia="SimSun" w:hAnsi="SimSun" w:cs="SimSun"/>
          <w:color w:val="000000"/>
          <w:lang w:eastAsia="zh-CN"/>
        </w:rPr>
        <w:t>、</w:t>
      </w:r>
      <w:r>
        <w:pict w14:anchorId="127EE0F0">
          <v:shape id="_x0000_i1837" type="#_x0000_t75" alt="学科网(www.zxxk.com)--教育资源门户，提供试卷、教案、课件、论文、素材以及各类教学资源下载，还有大量而丰富的教学相关资讯！" style="width:56.4pt;height:14.95pt">
            <v:imagedata r:id="rId487" o:title="eqId0635194de0c087256ca70db9d7387d1b"/>
          </v:shape>
        </w:pict>
      </w:r>
      <w:r>
        <w:rPr>
          <w:rFonts w:ascii="SimSun" w:eastAsia="SimSun" w:hAnsi="SimSun" w:cs="SimSun"/>
          <w:color w:val="000000"/>
          <w:lang w:eastAsia="zh-CN"/>
        </w:rPr>
        <w:t>，</w:t>
      </w:r>
    </w:p>
    <w:p w14:paraId="059AF29B"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所以</w:t>
      </w:r>
      <w:r>
        <w:pict w14:anchorId="70DA2CAB">
          <v:shape id="_x0000_i1838" type="#_x0000_t75" alt="学科网(www.zxxk.com)--教育资源门户，提供试卷、教案、课件、论文、素材以及各类教学资源下载，还有大量而丰富的教学相关资讯！" style="width:21.75pt;height:14.95pt">
            <v:imagedata r:id="rId488" o:title="eqId098700dfe4d0e0afed2f536872c6c025"/>
          </v:shape>
        </w:pict>
      </w:r>
      <w:r>
        <w:rPr>
          <w:rFonts w:ascii="SimSun" w:eastAsia="SimSun" w:hAnsi="SimSun" w:cs="SimSun"/>
          <w:color w:val="000000"/>
          <w:lang w:eastAsia="zh-CN"/>
        </w:rPr>
        <w:t>、</w:t>
      </w:r>
      <w:r>
        <w:pict w14:anchorId="3A436A1F">
          <v:shape id="_x0000_i1839" type="#_x0000_t75" alt="学科网(www.zxxk.com)--教育资源门户，提供试卷、教案、课件、论文、素材以及各类教学资源下载，还有大量而丰富的教学相关资讯！" style="width:81.5pt;height:14.95pt">
            <v:imagedata r:id="rId489" o:title="eqId565a8c47085654093099098523759e78"/>
          </v:shape>
        </w:pict>
      </w:r>
      <w:r>
        <w:rPr>
          <w:rFonts w:ascii="SimSun" w:eastAsia="SimSun" w:hAnsi="SimSun" w:cs="SimSun"/>
          <w:color w:val="000000"/>
          <w:lang w:eastAsia="zh-CN"/>
        </w:rPr>
        <w:t>，</w:t>
      </w:r>
    </w:p>
    <w:p w14:paraId="1FFAFC36"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9</w:t>
      </w:r>
      <w:r>
        <w:rPr>
          <w:rFonts w:ascii="SimSun" w:eastAsia="SimSun" w:hAnsi="SimSun" w:cs="SimSun"/>
          <w:color w:val="000000"/>
          <w:lang w:eastAsia="zh-CN"/>
        </w:rPr>
        <w:t>；</w:t>
      </w:r>
    </w:p>
    <w:p w14:paraId="7AAA622E"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）因为</w:t>
      </w:r>
      <w:r>
        <w:pict w14:anchorId="1F51EEAD">
          <v:shape id="_x0000_i1840" type="#_x0000_t75" alt="学科网(www.zxxk.com)--教育资源门户，提供试卷、教案、课件、论文、素材以及各类教学资源下载，还有大量而丰富的教学相关资讯！" style="width:21.75pt;height:14.95pt">
            <v:imagedata r:id="rId484" o:title="eqId26f788a3c04e2987cc0df673582e6679"/>
          </v:shape>
        </w:pict>
      </w:r>
      <w:r>
        <w:rPr>
          <w:rFonts w:ascii="SimSun" w:eastAsia="SimSun" w:hAnsi="SimSun" w:cs="SimSun"/>
          <w:color w:val="000000"/>
          <w:lang w:eastAsia="zh-CN"/>
        </w:rPr>
        <w:t>、</w:t>
      </w:r>
      <w:r>
        <w:pict w14:anchorId="67FB3386">
          <v:shape id="_x0000_i1841" type="#_x0000_t75" alt="学科网(www.zxxk.com)--教育资源门户，提供试卷、教案、课件、论文、素材以及各类教学资源下载，还有大量而丰富的教学相关资讯！" style="width:57.05pt;height:14.95pt">
            <v:imagedata r:id="rId485" o:title="eqIda9ac38c4a0436c2a65af000bca9bf8ce"/>
          </v:shape>
        </w:pict>
      </w:r>
      <w:r>
        <w:rPr>
          <w:rFonts w:ascii="SimSun" w:eastAsia="SimSun" w:hAnsi="SimSun" w:cs="SimSun"/>
          <w:color w:val="000000"/>
          <w:lang w:eastAsia="zh-CN"/>
        </w:rPr>
        <w:t>，</w:t>
      </w:r>
      <w:r>
        <w:pict w14:anchorId="1826B5BD">
          <v:shape id="_x0000_i1842" type="#_x0000_t75" alt="学科网(www.zxxk.com)--教育资源门户，提供试卷、教案、课件、论文、素材以及各类教学资源下载，还有大量而丰富的教学相关资讯！" style="width:20.4pt;height:14.95pt">
            <v:imagedata r:id="rId490" o:title="eqId7ddad80aa9c2ed2dc971d39993aaa09f"/>
          </v:shape>
        </w:pict>
      </w:r>
      <w:r>
        <w:rPr>
          <w:rFonts w:ascii="SimSun" w:eastAsia="SimSun" w:hAnsi="SimSun" w:cs="SimSun"/>
          <w:color w:val="000000"/>
          <w:lang w:eastAsia="zh-CN"/>
        </w:rPr>
        <w:t>、</w:t>
      </w:r>
      <w:r>
        <w:pict w14:anchorId="53580C7C">
          <v:shape id="_x0000_i1843" type="#_x0000_t75" alt="学科网(www.zxxk.com)--教育资源门户，提供试卷、教案、课件、论文、素材以及各类教学资源下载，还有大量而丰富的教学相关资讯！" style="width:27.85pt;height:14.95pt">
            <v:imagedata r:id="rId491" o:title="eqId12daf53d6e29a32e1a05223542fca2f9"/>
          </v:shape>
        </w:pict>
      </w:r>
      <w:r>
        <w:rPr>
          <w:rFonts w:ascii="SimSun" w:eastAsia="SimSun" w:hAnsi="SimSun" w:cs="SimSun"/>
          <w:color w:val="000000"/>
          <w:lang w:eastAsia="zh-CN"/>
        </w:rPr>
        <w:t>，</w:t>
      </w:r>
      <w:r>
        <w:pict w14:anchorId="32C96758">
          <v:shape id="_x0000_i1844" type="#_x0000_t75" alt="学科网(www.zxxk.com)--教育资源门户，提供试卷、教案、课件、论文、素材以及各类教学资源下载，还有大量而丰富的教学相关资讯！" style="width:21.75pt;height:14.95pt">
            <v:imagedata r:id="rId488" o:title="eqId098700dfe4d0e0afed2f536872c6c025"/>
          </v:shape>
        </w:pict>
      </w:r>
      <w:r>
        <w:rPr>
          <w:rFonts w:ascii="SimSun" w:eastAsia="SimSun" w:hAnsi="SimSun" w:cs="SimSun"/>
          <w:color w:val="000000"/>
          <w:lang w:eastAsia="zh-CN"/>
        </w:rPr>
        <w:t>、</w:t>
      </w:r>
      <w:r>
        <w:pict w14:anchorId="47632E6E">
          <v:shape id="_x0000_i1845" type="#_x0000_t75" alt="学科网(www.zxxk.com)--教育资源门户，提供试卷、教案、课件、论文、素材以及各类教学资源下载，还有大量而丰富的教学相关资讯！" style="width:29.9pt;height:14.95pt">
            <v:imagedata r:id="rId492" o:title="eqId422f971b47c7ce4e5404a44598ec0043"/>
          </v:shape>
        </w:pict>
      </w:r>
      <w:r>
        <w:rPr>
          <w:rFonts w:ascii="SimSun" w:eastAsia="SimSun" w:hAnsi="SimSun" w:cs="SimSun"/>
          <w:color w:val="000000"/>
          <w:lang w:eastAsia="zh-CN"/>
        </w:rPr>
        <w:t>，</w:t>
      </w:r>
    </w:p>
    <w:p w14:paraId="67748713" w14:textId="77777777" w:rsidR="008113A1" w:rsidRDefault="00000000">
      <w:pPr>
        <w:spacing w:line="360" w:lineRule="auto"/>
        <w:jc w:val="both"/>
        <w:textAlignment w:val="center"/>
        <w:rPr>
          <w:color w:val="000000"/>
        </w:rPr>
      </w:pPr>
      <w:proofErr w:type="spellStart"/>
      <w:r>
        <w:rPr>
          <w:rFonts w:ascii="SimSun" w:eastAsia="SimSun" w:hAnsi="SimSun" w:cs="SimSun"/>
          <w:color w:val="000000"/>
        </w:rPr>
        <w:t>所以</w:t>
      </w:r>
      <w:proofErr w:type="spellEnd"/>
      <w:r>
        <w:pict w14:anchorId="3E88C1BD">
          <v:shape id="_x0000_i1846" type="#_x0000_t75" alt="学科网(www.zxxk.com)--教育资源门户，提供试卷、教案、课件、论文、素材以及各类教学资源下载，还有大量而丰富的教学相关资讯！" style="width:52.3pt;height:14.25pt">
            <v:imagedata r:id="rId493" o:title="eqId97512ef3bba024d5743f57082e2efe65"/>
          </v:shape>
        </w:pict>
      </w:r>
      <w:r>
        <w:rPr>
          <w:rFonts w:ascii="SimSun" w:eastAsia="SimSun" w:hAnsi="SimSun" w:cs="SimSun"/>
          <w:color w:val="000000"/>
        </w:rPr>
        <w:t>，</w:t>
      </w:r>
      <w:r>
        <w:pict w14:anchorId="20AB527D">
          <v:shape id="_x0000_i1847" type="#_x0000_t75" alt="学科网(www.zxxk.com)--教育资源门户，提供试卷、教案、课件、论文、素材以及各类教学资源下载，还有大量而丰富的教学相关资讯！" style="width:50.95pt;height:12.9pt">
            <v:imagedata r:id="rId494" o:title="eqId2b55429a7ef272f2265410121ef5b50b"/>
          </v:shape>
        </w:pict>
      </w:r>
      <w:r>
        <w:rPr>
          <w:rFonts w:ascii="SimSun" w:eastAsia="SimSun" w:hAnsi="SimSun" w:cs="SimSun"/>
          <w:color w:val="000000"/>
        </w:rPr>
        <w:t>，</w:t>
      </w:r>
    </w:p>
    <w:p w14:paraId="70122D19" w14:textId="77777777" w:rsidR="008113A1" w:rsidRDefault="00000000">
      <w:pPr>
        <w:spacing w:line="360" w:lineRule="auto"/>
        <w:jc w:val="both"/>
        <w:textAlignment w:val="center"/>
        <w:rPr>
          <w:color w:val="000000"/>
        </w:rPr>
      </w:pPr>
      <w:r>
        <w:rPr>
          <w:rFonts w:ascii="SimSun" w:eastAsia="SimSun" w:hAnsi="SimSun" w:cs="SimSun"/>
          <w:color w:val="000000"/>
        </w:rPr>
        <w:t>解得</w:t>
      </w:r>
      <w:r>
        <w:pict w14:anchorId="443A57DA">
          <v:shape id="_x0000_i1848" type="#_x0000_t75" alt="学科网(www.zxxk.com)--教育资源门户，提供试卷、教案、课件、论文、素材以及各类教学资源下载，还有大量而丰富的教学相关资讯！" style="width:29.9pt;height:13.6pt">
            <v:imagedata r:id="rId495" o:title="eqIdd8a3cc8c48bf54ec8252e5dce6867754"/>
          </v:shape>
        </w:pict>
      </w:r>
      <w:r>
        <w:rPr>
          <w:rFonts w:ascii="SimSun" w:eastAsia="SimSun" w:hAnsi="SimSun" w:cs="SimSun"/>
          <w:color w:val="000000"/>
        </w:rPr>
        <w:t>，</w:t>
      </w:r>
      <w:r>
        <w:pict w14:anchorId="5D5E78B2">
          <v:shape id="_x0000_i1849" type="#_x0000_t75" alt="学科网(www.zxxk.com)--教育资源门户，提供试卷、教案、课件、论文、素材以及各类教学资源下载，还有大量而丰富的教学相关资讯！" style="width:27.85pt;height:14.25pt">
            <v:imagedata r:id="rId496" o:title="eqIdcc2d3df37e73a8abea815f37dbb3fff5"/>
          </v:shape>
        </w:pict>
      </w:r>
      <w:r>
        <w:rPr>
          <w:rFonts w:ascii="SimSun" w:eastAsia="SimSun" w:hAnsi="SimSun" w:cs="SimSun"/>
          <w:color w:val="000000"/>
        </w:rPr>
        <w:t>，</w:t>
      </w:r>
    </w:p>
    <w:p w14:paraId="6C240C88" w14:textId="77777777" w:rsidR="008113A1" w:rsidRDefault="00000000">
      <w:pPr>
        <w:spacing w:line="360" w:lineRule="auto"/>
        <w:jc w:val="both"/>
        <w:textAlignment w:val="center"/>
        <w:rPr>
          <w:color w:val="000000"/>
        </w:rPr>
      </w:pPr>
      <w:r>
        <w:rPr>
          <w:rFonts w:ascii="SimSun" w:eastAsia="SimSun" w:hAnsi="SimSun" w:cs="SimSun"/>
          <w:color w:val="000000"/>
        </w:rPr>
        <w:t>所以</w:t>
      </w:r>
      <w:r>
        <w:pict w14:anchorId="7011230B">
          <v:shape id="_x0000_i1850" type="#_x0000_t75" alt="学科网(www.zxxk.com)--教育资源门户，提供试卷、教案、课件、论文、素材以及各类教学资源下载，还有大量而丰富的教学相关资讯！" style="width:46.85pt;height:13.6pt">
            <v:imagedata r:id="rId497" o:title="eqId1734333c64d445ffb88d719827a1969c"/>
          </v:shape>
        </w:pict>
      </w:r>
      <w:r>
        <w:rPr>
          <w:rFonts w:ascii="SimSun" w:eastAsia="SimSun" w:hAnsi="SimSun" w:cs="SimSun"/>
          <w:color w:val="000000"/>
        </w:rPr>
        <w:t>，</w:t>
      </w:r>
      <w:r>
        <w:pict w14:anchorId="4A409180">
          <v:shape id="_x0000_i1851" type="#_x0000_t75" alt="学科网(www.zxxk.com)--教育资源门户，提供试卷、教案、课件、论文、素材以及各类教学资源下载，还有大量而丰富的教学相关资讯！" style="width:44.85pt;height:14.25pt">
            <v:imagedata r:id="rId498" o:title="eqId3c0e4e32994c092dacdde5842b7d0497"/>
          </v:shape>
        </w:pict>
      </w:r>
    </w:p>
    <w:p w14:paraId="5C63EB05"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5</w:t>
      </w:r>
      <w:r>
        <w:rPr>
          <w:rFonts w:ascii="SimSun" w:eastAsia="SimSun" w:hAnsi="SimSun" w:cs="SimSun"/>
          <w:color w:val="000000"/>
          <w:lang w:eastAsia="zh-CN"/>
        </w:rPr>
        <w:t>，</w:t>
      </w:r>
      <w:r>
        <w:rPr>
          <w:rFonts w:ascii="Times New Roman" w:eastAsia="Times New Roman" w:hAnsi="Times New Roman" w:cs="Times New Roman"/>
          <w:color w:val="000000"/>
          <w:lang w:eastAsia="zh-CN"/>
        </w:rPr>
        <w:t>1</w:t>
      </w:r>
    </w:p>
    <w:p w14:paraId="003C01A7" w14:textId="77777777" w:rsidR="008113A1" w:rsidRDefault="00000000">
      <w:pPr>
        <w:spacing w:line="360" w:lineRule="auto"/>
        <w:jc w:val="both"/>
        <w:textAlignment w:val="center"/>
        <w:rPr>
          <w:color w:val="000000"/>
          <w:lang w:eastAsia="zh-CN"/>
        </w:rPr>
      </w:pPr>
      <w:r>
        <w:rPr>
          <w:rFonts w:ascii="SimSun" w:eastAsia="SimSun" w:hAnsi="SimSun" w:cs="SimSun"/>
          <w:b/>
          <w:color w:val="000000"/>
          <w:sz w:val="24"/>
          <w:lang w:eastAsia="zh-CN"/>
        </w:rPr>
        <w:t>三、解答题（共</w:t>
      </w:r>
      <w:r>
        <w:rPr>
          <w:rFonts w:ascii="Times New Roman" w:eastAsia="Times New Roman" w:hAnsi="Times New Roman" w:cs="Times New Roman"/>
          <w:b/>
          <w:color w:val="000000"/>
          <w:sz w:val="24"/>
          <w:lang w:eastAsia="zh-CN"/>
        </w:rPr>
        <w:t>60</w:t>
      </w:r>
      <w:r>
        <w:rPr>
          <w:rFonts w:ascii="SimSun" w:eastAsia="SimSun" w:hAnsi="SimSun" w:cs="SimSun"/>
          <w:b/>
          <w:color w:val="000000"/>
          <w:sz w:val="24"/>
          <w:lang w:eastAsia="zh-CN"/>
        </w:rPr>
        <w:t>分）</w:t>
      </w:r>
    </w:p>
    <w:p w14:paraId="19180730" w14:textId="77777777" w:rsidR="008113A1" w:rsidRDefault="00000000">
      <w:pPr>
        <w:pStyle w:val="Heading2"/>
        <w:rPr>
          <w:lang w:eastAsia="zh-CN"/>
        </w:rPr>
      </w:pPr>
      <w:bookmarkStart w:id="46" w:name="_Toc235460063"/>
      <w:r>
        <w:rPr>
          <w:lang w:eastAsia="zh-CN"/>
        </w:rPr>
        <w:t>大兴区</w:t>
      </w:r>
      <w:bookmarkEnd w:id="46"/>
    </w:p>
    <w:p w14:paraId="49D873A9" w14:textId="77777777" w:rsidR="008113A1" w:rsidRDefault="00000000">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某学校把</w:t>
      </w:r>
      <w:r>
        <w:pict w14:anchorId="23BCDF04">
          <v:shape id="_x0000_i1852" type="#_x0000_t75" alt="学科网(www.zxxk.com)--教育资源门户，提供试卷、教案、课件、论文、素材以及各类教学资源下载，还有大量而丰富的教学相关资讯！" style="width:29.9pt;height:14.25pt">
            <v:imagedata r:id="rId499" o:title="eqId0117100259d278a69159063c2c84df4a"/>
          </v:shape>
        </w:pict>
      </w:r>
      <w:r>
        <w:rPr>
          <w:rFonts w:ascii="SimSun" w:eastAsia="SimSun" w:hAnsi="SimSun" w:cs="SimSun"/>
          <w:color w:val="000000"/>
          <w:lang w:eastAsia="zh-CN"/>
        </w:rPr>
        <w:t>密码按照如下规律设置，根据提供的信息可以推断该校的</w:t>
      </w:r>
      <w:r>
        <w:pict w14:anchorId="6ABCDDF3">
          <v:shape id="_x0000_i1853" type="#_x0000_t75" alt="学科网(www.zxxk.com)--教育资源门户，提供试卷、教案、课件、论文、素材以及各类教学资源下载，还有大量而丰富的教学相关资讯！" style="width:29.9pt;height:14.25pt">
            <v:imagedata r:id="rId499" o:title="eqId0117100259d278a69159063c2c84df4a"/>
          </v:shape>
        </w:pict>
      </w:r>
      <w:r>
        <w:rPr>
          <w:rFonts w:ascii="SimSun" w:eastAsia="SimSun" w:hAnsi="SimSun" w:cs="SimSun"/>
          <w:color w:val="000000"/>
          <w:lang w:eastAsia="zh-CN"/>
        </w:rPr>
        <w:t>密码是</w:t>
      </w:r>
      <w:r>
        <w:rPr>
          <w:color w:val="000000"/>
          <w:lang w:eastAsia="zh-CN"/>
        </w:rPr>
        <w:t>_____________</w:t>
      </w:r>
      <w:r>
        <w:rPr>
          <w:rFonts w:ascii="SimSun" w:eastAsia="SimSun" w:hAnsi="SimSun" w:cs="SimSun"/>
          <w:color w:val="000000"/>
          <w:lang w:eastAsia="zh-CN"/>
        </w:rPr>
        <w:t>．</w:t>
      </w:r>
    </w:p>
    <w:p w14:paraId="70026138" w14:textId="77777777" w:rsidR="008113A1" w:rsidRDefault="00000000">
      <w:pPr>
        <w:spacing w:line="360" w:lineRule="auto"/>
        <w:textAlignment w:val="center"/>
        <w:rPr>
          <w:color w:val="000000"/>
        </w:rPr>
      </w:pPr>
      <w:proofErr w:type="spellStart"/>
      <w:r>
        <w:rPr>
          <w:rFonts w:ascii="SimSun" w:eastAsia="SimSun" w:hAnsi="SimSun" w:cs="SimSun"/>
          <w:color w:val="000000"/>
        </w:rPr>
        <w:t>账号</w:t>
      </w:r>
      <w:proofErr w:type="spellEnd"/>
      <w:r>
        <w:rPr>
          <w:rFonts w:ascii="SimSun" w:eastAsia="SimSun" w:hAnsi="SimSun" w:cs="SimSun"/>
          <w:color w:val="000000"/>
        </w:rPr>
        <w:t>：</w:t>
      </w:r>
      <w:r>
        <w:pict w14:anchorId="34D8B092">
          <v:shape id="_x0000_i1854" type="#_x0000_t75" alt="学科网(www.zxxk.com)--教育资源门户，提供试卷、教案、课件、论文、素材以及各类教学资源下载，还有大量而丰富的教学相关资讯！" style="width:42.1pt;height:14.25pt">
            <v:imagedata r:id="rId500" o:title="eqIdbdc22756a98d7eafb9cc763e4e1dbf4d"/>
          </v:shape>
        </w:pict>
      </w:r>
    </w:p>
    <w:p w14:paraId="6401E7DC" w14:textId="77777777" w:rsidR="008113A1" w:rsidRDefault="00000000">
      <w:pPr>
        <w:spacing w:line="360" w:lineRule="auto"/>
        <w:textAlignment w:val="center"/>
        <w:rPr>
          <w:color w:val="000000"/>
        </w:rPr>
      </w:pPr>
      <w:r>
        <w:pict w14:anchorId="687614F9">
          <v:shape id="_x0000_i1855" type="#_x0000_t75" alt="学科网(www.zxxk.com)--教育资源门户，提供试卷、教案、课件、论文、素材以及各类教学资源下载，还有大量而丰富的教学相关资讯！" style="width:88.3pt;height:14.25pt">
            <v:imagedata r:id="rId501" o:title="eqIdc7db07ad14b1db08b379ad9df632b90a"/>
          </v:shape>
        </w:pict>
      </w:r>
    </w:p>
    <w:p w14:paraId="106B18B8" w14:textId="77777777" w:rsidR="008113A1" w:rsidRDefault="00000000">
      <w:pPr>
        <w:spacing w:line="360" w:lineRule="auto"/>
        <w:textAlignment w:val="center"/>
        <w:rPr>
          <w:color w:val="000000"/>
        </w:rPr>
      </w:pPr>
      <w:r>
        <w:lastRenderedPageBreak/>
        <w:pict w14:anchorId="0C6673F4">
          <v:shape id="_x0000_i1856" type="#_x0000_t75" alt="学科网(www.zxxk.com)--教育资源门户，提供试卷、教案、课件、论文、素材以及各类教学资源下载，还有大量而丰富的教学相关资讯！" style="width:90.35pt;height:14.25pt">
            <v:imagedata r:id="rId502" o:title="eqId82a829db76241eb56314e8b2fa0de10f"/>
          </v:shape>
        </w:pict>
      </w:r>
    </w:p>
    <w:p w14:paraId="7ABF148A" w14:textId="77777777" w:rsidR="008113A1" w:rsidRDefault="00000000">
      <w:pPr>
        <w:spacing w:line="360" w:lineRule="auto"/>
        <w:textAlignment w:val="center"/>
        <w:rPr>
          <w:color w:val="000000"/>
        </w:rPr>
      </w:pPr>
      <w:r>
        <w:pict w14:anchorId="4AFEFEDD">
          <v:shape id="_x0000_i1857" type="#_x0000_t75" alt="学科网(www.zxxk.com)--教育资源门户，提供试卷、教案、课件、论文、素材以及各类教学资源下载，还有大量而丰富的教学相关资讯！" style="width:90.35pt;height:14.25pt">
            <v:imagedata r:id="rId503" o:title="eqIda94678bb021b7b9ae5961cdedca23ab9"/>
          </v:shape>
        </w:pict>
      </w:r>
    </w:p>
    <w:p w14:paraId="71E033D9" w14:textId="77777777" w:rsidR="008113A1" w:rsidRDefault="00000000">
      <w:pPr>
        <w:spacing w:line="360" w:lineRule="auto"/>
        <w:textAlignment w:val="center"/>
        <w:rPr>
          <w:color w:val="000000"/>
          <w:lang w:eastAsia="zh-CN"/>
        </w:rPr>
      </w:pPr>
      <w:r>
        <w:pict w14:anchorId="65C355CD">
          <v:shape id="_x0000_i1858" type="#_x0000_t75" alt="学科网(www.zxxk.com)--教育资源门户，提供试卷、教案、课件、论文、素材以及各类教学资源下载，还有大量而丰富的教学相关资讯！" style="width:52.3pt;height:14.25pt">
            <v:imagedata r:id="rId504" o:title="eqId178a7ada7c897d6087be3416a9629083"/>
          </v:shape>
        </w:pict>
      </w:r>
      <w:r>
        <w:rPr>
          <w:rFonts w:ascii="SimSun" w:eastAsia="SimSun" w:hAnsi="SimSun" w:cs="SimSun"/>
          <w:color w:val="000000"/>
          <w:lang w:eastAsia="zh-CN"/>
        </w:rPr>
        <w:t>密码</w:t>
      </w:r>
    </w:p>
    <w:p w14:paraId="7BB43355" w14:textId="77777777" w:rsidR="008113A1" w:rsidRDefault="00000000">
      <w:pPr>
        <w:spacing w:line="360" w:lineRule="auto"/>
        <w:textAlignment w:val="center"/>
        <w:rPr>
          <w:color w:val="000000"/>
          <w:lang w:eastAsia="zh-CN"/>
        </w:rPr>
      </w:pPr>
      <w:r>
        <w:rPr>
          <w:color w:val="2E75B6"/>
          <w:lang w:eastAsia="zh-CN"/>
        </w:rPr>
        <w:t>【答案】</w:t>
      </w:r>
      <w:r>
        <w:rPr>
          <w:rFonts w:ascii="Times New Roman" w:eastAsia="Times New Roman" w:hAnsi="Times New Roman" w:cs="Times New Roman"/>
          <w:color w:val="000000"/>
          <w:lang w:eastAsia="zh-CN"/>
        </w:rPr>
        <w:t>324880</w:t>
      </w:r>
    </w:p>
    <w:p w14:paraId="4B222D9A" w14:textId="77777777" w:rsidR="008113A1" w:rsidRDefault="00000000">
      <w:pPr>
        <w:spacing w:line="360" w:lineRule="auto"/>
        <w:textAlignment w:val="center"/>
        <w:rPr>
          <w:color w:val="000000"/>
          <w:lang w:eastAsia="zh-CN"/>
        </w:rPr>
      </w:pPr>
      <w:r>
        <w:rPr>
          <w:color w:val="2E75B6"/>
          <w:lang w:eastAsia="zh-CN"/>
        </w:rPr>
        <w:t>【解析】</w:t>
      </w:r>
    </w:p>
    <w:p w14:paraId="793C522C"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本题考查了数字</w:t>
      </w:r>
      <w:proofErr w:type="gramStart"/>
      <w:r>
        <w:rPr>
          <w:rFonts w:ascii="SimSun" w:eastAsia="SimSun" w:hAnsi="SimSun" w:cs="SimSun"/>
          <w:color w:val="000000"/>
          <w:lang w:eastAsia="zh-CN"/>
        </w:rPr>
        <w:t>类规律</w:t>
      </w:r>
      <w:proofErr w:type="gramEnd"/>
      <w:r>
        <w:rPr>
          <w:rFonts w:ascii="SimSun" w:eastAsia="SimSun" w:hAnsi="SimSun" w:cs="SimSun"/>
          <w:color w:val="000000"/>
          <w:lang w:eastAsia="zh-CN"/>
        </w:rPr>
        <w:t>探索，有理数的混合运算，根据前面三个等式，寻找规律解决问题即可，由前面三个等式发现规律是解决问题的关键．</w:t>
      </w:r>
    </w:p>
    <w:p w14:paraId="1A294B09"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解：由三个等式，得到规律：</w:t>
      </w:r>
    </w:p>
    <w:p w14:paraId="3D306539" w14:textId="77777777" w:rsidR="008113A1" w:rsidRDefault="00000000">
      <w:pPr>
        <w:spacing w:line="360" w:lineRule="auto"/>
        <w:textAlignment w:val="center"/>
        <w:rPr>
          <w:color w:val="000000"/>
        </w:rPr>
      </w:pPr>
      <w:r>
        <w:pict w14:anchorId="1D553505">
          <v:shape id="_x0000_i1859" type="#_x0000_t75" alt="学科网(www.zxxk.com)--教育资源门户，提供试卷、教案、课件、论文、素材以及各类教学资源下载，还有大量而丰富的教学相关资讯！" style="width:88.3pt;height:14.25pt">
            <v:imagedata r:id="rId501" o:title="eqIdc7db07ad14b1db08b379ad9df632b90a"/>
          </v:shape>
        </w:pict>
      </w:r>
      <w:proofErr w:type="spellStart"/>
      <w:r>
        <w:rPr>
          <w:rFonts w:ascii="SimSun" w:eastAsia="SimSun" w:hAnsi="SimSun" w:cs="SimSun"/>
          <w:color w:val="000000"/>
        </w:rPr>
        <w:t>可知</w:t>
      </w:r>
      <w:proofErr w:type="spellEnd"/>
      <w:r>
        <w:rPr>
          <w:rFonts w:ascii="SimSun" w:eastAsia="SimSun" w:hAnsi="SimSun" w:cs="SimSun"/>
          <w:color w:val="000000"/>
        </w:rPr>
        <w:t>：</w:t>
      </w:r>
      <w:r>
        <w:pict w14:anchorId="71B54CA9">
          <v:shape id="_x0000_i1860" type="#_x0000_t75" alt="学科网(www.zxxk.com)--教育资源门户，提供试卷、教案、课件、论文、素材以及各类教学资源下载，还有大量而丰富的教学相关资讯！" style="width:38.7pt;height:14.25pt">
            <v:imagedata r:id="rId505" o:title="eqId922b829f8a6e9cb61d1f1d011ee8f126"/>
          </v:shape>
        </w:pict>
      </w:r>
      <w:r>
        <w:rPr>
          <w:rFonts w:ascii="SimSun" w:eastAsia="SimSun" w:hAnsi="SimSun" w:cs="SimSun"/>
          <w:color w:val="000000"/>
        </w:rPr>
        <w:t>，</w:t>
      </w:r>
      <w:r>
        <w:pict w14:anchorId="2153AA00">
          <v:shape id="_x0000_i1861" type="#_x0000_t75" alt="学科网(www.zxxk.com)--教育资源门户，提供试卷、教案、课件、论文、素材以及各类教学资源下载，还有大量而丰富的教学相关资讯！" style="width:42.8pt;height:14.25pt">
            <v:imagedata r:id="rId506" o:title="eqIdd4c0ca7efb6e171a7ba0bb80f3da3d5d"/>
          </v:shape>
        </w:pict>
      </w:r>
      <w:r>
        <w:rPr>
          <w:rFonts w:ascii="SimSun" w:eastAsia="SimSun" w:hAnsi="SimSun" w:cs="SimSun"/>
          <w:color w:val="000000"/>
        </w:rPr>
        <w:t>，</w:t>
      </w:r>
      <w:r>
        <w:pict w14:anchorId="08D713ED">
          <v:shape id="_x0000_i1862" type="#_x0000_t75" alt="学科网(www.zxxk.com)--教育资源门户，提供试卷、教案、课件、论文、素材以及各类教学资源下载，还有大量而丰富的教学相关资讯！" style="width:65.9pt;height:19.7pt">
            <v:imagedata r:id="rId507" o:title="eqIdcf0482911ce28e07fe37cabc7ca03133"/>
          </v:shape>
        </w:pict>
      </w:r>
      <w:r>
        <w:rPr>
          <w:rFonts w:ascii="SimSun" w:eastAsia="SimSun" w:hAnsi="SimSun" w:cs="SimSun"/>
          <w:color w:val="000000"/>
        </w:rPr>
        <w:t>，</w:t>
      </w:r>
    </w:p>
    <w:p w14:paraId="099C0BC0" w14:textId="77777777" w:rsidR="008113A1" w:rsidRDefault="00000000">
      <w:pPr>
        <w:spacing w:line="360" w:lineRule="auto"/>
        <w:textAlignment w:val="center"/>
        <w:rPr>
          <w:color w:val="000000"/>
        </w:rPr>
      </w:pPr>
      <w:r>
        <w:pict w14:anchorId="7E9EE576">
          <v:shape id="_x0000_i1863" type="#_x0000_t75" alt="学科网(www.zxxk.com)--教育资源门户，提供试卷、教案、课件、论文、素材以及各类教学资源下载，还有大量而丰富的教学相关资讯！" style="width:90.35pt;height:14.25pt">
            <v:imagedata r:id="rId502" o:title="eqId82a829db76241eb56314e8b2fa0de10f"/>
          </v:shape>
        </w:pict>
      </w:r>
      <w:r>
        <w:rPr>
          <w:rFonts w:ascii="SimSun" w:eastAsia="SimSun" w:hAnsi="SimSun" w:cs="SimSun"/>
          <w:color w:val="000000"/>
        </w:rPr>
        <w:t>可知：</w:t>
      </w:r>
      <w:r>
        <w:pict w14:anchorId="270C20FD">
          <v:shape id="_x0000_i1864" type="#_x0000_t75" alt="学科网(www.zxxk.com)--教育资源门户，提供试卷、教案、课件、论文、素材以及各类教学资源下载，还有大量而丰富的教学相关资讯！" style="width:48.9pt;height:14.25pt">
            <v:imagedata r:id="rId508" o:title="eqId851ec15d52b4b97696fb9f25a39c3bd4"/>
          </v:shape>
        </w:pict>
      </w:r>
      <w:r>
        <w:rPr>
          <w:rFonts w:ascii="SimSun" w:eastAsia="SimSun" w:hAnsi="SimSun" w:cs="SimSun"/>
          <w:color w:val="000000"/>
        </w:rPr>
        <w:t>，</w:t>
      </w:r>
      <w:r>
        <w:pict w14:anchorId="74D42343">
          <v:shape id="_x0000_i1865" type="#_x0000_t75" alt="学科网(www.zxxk.com)--教育资源门户，提供试卷、教案、课件、论文、素材以及各类教学资源下载，还有大量而丰富的教学相关资讯！" style="width:48.9pt;height:14.25pt">
            <v:imagedata r:id="rId509" o:title="eqId78eae48d69d51b421b5dc6677818c9ce"/>
          </v:shape>
        </w:pict>
      </w:r>
      <w:r>
        <w:rPr>
          <w:rFonts w:ascii="SimSun" w:eastAsia="SimSun" w:hAnsi="SimSun" w:cs="SimSun"/>
          <w:color w:val="000000"/>
        </w:rPr>
        <w:t>，</w:t>
      </w:r>
      <w:r>
        <w:pict w14:anchorId="3773B3B9">
          <v:shape id="_x0000_i1866" type="#_x0000_t75" alt="学科网(www.zxxk.com)--教育资源门户，提供试卷、教案、课件、论文、素材以及各类教学资源下载，还有大量而丰富的教学相关资讯！" style="width:74.05pt;height:19.7pt">
            <v:imagedata r:id="rId510" o:title="eqIdf8eb542eed946c65d3e8158f79002d4c"/>
          </v:shape>
        </w:pict>
      </w:r>
      <w:r>
        <w:rPr>
          <w:rFonts w:ascii="SimSun" w:eastAsia="SimSun" w:hAnsi="SimSun" w:cs="SimSun"/>
          <w:color w:val="000000"/>
        </w:rPr>
        <w:t>，</w:t>
      </w:r>
    </w:p>
    <w:p w14:paraId="01D02233" w14:textId="77777777" w:rsidR="008113A1" w:rsidRDefault="00000000">
      <w:pPr>
        <w:spacing w:line="360" w:lineRule="auto"/>
        <w:textAlignment w:val="center"/>
        <w:rPr>
          <w:color w:val="000000"/>
          <w:lang w:eastAsia="zh-CN"/>
        </w:rPr>
      </w:pPr>
      <w:r>
        <w:pict w14:anchorId="36F7F7BF">
          <v:shape id="_x0000_i1867" type="#_x0000_t75" alt="学科网(www.zxxk.com)--教育资源门户，提供试卷、教案、课件、论文、素材以及各类教学资源下载，还有大量而丰富的教学相关资讯！" style="width:90.35pt;height:14.25pt">
            <v:imagedata r:id="rId503" o:title="eqIda94678bb021b7b9ae5961cdedca23ab9"/>
          </v:shape>
        </w:pict>
      </w:r>
      <w:r>
        <w:rPr>
          <w:rFonts w:ascii="SimSun" w:eastAsia="SimSun" w:hAnsi="SimSun" w:cs="SimSun"/>
          <w:color w:val="000000"/>
          <w:lang w:eastAsia="zh-CN"/>
        </w:rPr>
        <w:t>可知：</w:t>
      </w:r>
      <w:r>
        <w:pict w14:anchorId="44E0A771">
          <v:shape id="_x0000_i1868" type="#_x0000_t75" alt="学科网(www.zxxk.com)--教育资源门户，提供试卷、教案、课件、论文、素材以及各类教学资源下载，还有大量而丰富的教学相关资讯！" style="width:48.25pt;height:14.25pt">
            <v:imagedata r:id="rId511" o:title="eqId4e5878537d1ad967ed02d42ed0b14680"/>
          </v:shape>
        </w:pict>
      </w:r>
      <w:r>
        <w:rPr>
          <w:rFonts w:ascii="SimSun" w:eastAsia="SimSun" w:hAnsi="SimSun" w:cs="SimSun"/>
          <w:color w:val="000000"/>
          <w:lang w:eastAsia="zh-CN"/>
        </w:rPr>
        <w:t>，</w:t>
      </w:r>
      <w:r>
        <w:pict w14:anchorId="4D3D8711">
          <v:shape id="_x0000_i1869" type="#_x0000_t75" alt="学科网(www.zxxk.com)--教育资源门户，提供试卷、教案、课件、论文、素材以及各类教学资源下载，还有大量而丰富的教学相关资讯！" style="width:47.55pt;height:14.25pt">
            <v:imagedata r:id="rId512" o:title="eqId570c52741b5d34d346f0e58e731f4da7"/>
          </v:shape>
        </w:pict>
      </w:r>
      <w:r>
        <w:rPr>
          <w:rFonts w:ascii="SimSun" w:eastAsia="SimSun" w:hAnsi="SimSun" w:cs="SimSun"/>
          <w:color w:val="000000"/>
          <w:lang w:eastAsia="zh-CN"/>
        </w:rPr>
        <w:t>，</w:t>
      </w:r>
      <w:r>
        <w:pict w14:anchorId="4D0584E8">
          <v:shape id="_x0000_i1870" type="#_x0000_t75" alt="学科网(www.zxxk.com)--教育资源门户，提供试卷、教案、课件、论文、素材以及各类教学资源下载，还有大量而丰富的教学相关资讯！" style="width:72.7pt;height:19.7pt">
            <v:imagedata r:id="rId513" o:title="eqId8bb24d4ffb1307bcd9c437de952056b6"/>
          </v:shape>
        </w:pict>
      </w:r>
      <w:r>
        <w:rPr>
          <w:rFonts w:ascii="SimSun" w:eastAsia="SimSun" w:hAnsi="SimSun" w:cs="SimSun"/>
          <w:color w:val="000000"/>
          <w:lang w:eastAsia="zh-CN"/>
        </w:rPr>
        <w:t>，</w:t>
      </w:r>
    </w:p>
    <w:p w14:paraId="1712E47C" w14:textId="77777777" w:rsidR="008113A1" w:rsidRDefault="00000000">
      <w:pPr>
        <w:spacing w:line="360" w:lineRule="auto"/>
        <w:textAlignment w:val="center"/>
        <w:rPr>
          <w:color w:val="000000"/>
          <w:lang w:eastAsia="zh-CN"/>
        </w:rPr>
      </w:pPr>
      <w:r>
        <w:pict w14:anchorId="29129F68">
          <v:shape id="_x0000_i1871" type="#_x0000_t75" alt="学科网(www.zxxk.com)--教育资源门户，提供试卷、教案、课件、论文、素材以及各类教学资源下载，还有大量而丰富的教学相关资讯！" style="width:9.5pt;height:8.85pt">
            <v:imagedata r:id="rId86" o:title="eqId2de0d10ef8b748d4531250c37c5d3f9e"/>
          </v:shape>
        </w:pict>
      </w:r>
      <w:r>
        <w:pict w14:anchorId="72F0F75F">
          <v:shape id="_x0000_i1872" type="#_x0000_t75" alt="学科网(www.zxxk.com)--教育资源门户，提供试卷、教案、课件、论文、素材以及各类教学资源下载，还有大量而丰富的教学相关资讯！" style="width:48.9pt;height:13.6pt">
            <v:imagedata r:id="rId514" o:title="eqIdb9906fbaf9bda355557980c7ffba4b1d"/>
          </v:shape>
        </w:pict>
      </w:r>
      <w:r>
        <w:rPr>
          <w:rFonts w:ascii="SimSun" w:eastAsia="SimSun" w:hAnsi="SimSun" w:cs="SimSun"/>
          <w:color w:val="000000"/>
          <w:lang w:eastAsia="zh-CN"/>
        </w:rPr>
        <w:t>，</w:t>
      </w:r>
      <w:r>
        <w:pict w14:anchorId="750A7902">
          <v:shape id="_x0000_i1873" type="#_x0000_t75" alt="学科网(www.zxxk.com)--教育资源门户，提供试卷、教案、课件、论文、素材以及各类教学资源下载，还有大量而丰富的教学相关资讯！" style="width:44.85pt;height:12.9pt">
            <v:imagedata r:id="rId515" o:title="eqId1df535e2747a3a163e0a61e9af134054"/>
          </v:shape>
        </w:pict>
      </w:r>
      <w:r>
        <w:rPr>
          <w:rFonts w:ascii="SimSun" w:eastAsia="SimSun" w:hAnsi="SimSun" w:cs="SimSun"/>
          <w:color w:val="000000"/>
          <w:lang w:eastAsia="zh-CN"/>
        </w:rPr>
        <w:t>，</w:t>
      </w:r>
      <w:r>
        <w:pict w14:anchorId="1784097C">
          <v:shape id="_x0000_i1874" type="#_x0000_t75" alt="学科网(www.zxxk.com)--教育资源门户，提供试卷、教案、课件、论文、素材以及各类教学资源下载，还有大量而丰富的教学相关资讯！" style="width:72.7pt;height:19.7pt">
            <v:imagedata r:id="rId516" o:title="eqId0b6f1d6f9b8be9b7e474f3785a250edf"/>
          </v:shape>
        </w:pict>
      </w:r>
      <w:r>
        <w:rPr>
          <w:rFonts w:ascii="SimSun" w:eastAsia="SimSun" w:hAnsi="SimSun" w:cs="SimSun"/>
          <w:color w:val="000000"/>
          <w:lang w:eastAsia="zh-CN"/>
        </w:rPr>
        <w:t>，</w:t>
      </w:r>
    </w:p>
    <w:p w14:paraId="4222237D" w14:textId="77777777" w:rsidR="008113A1" w:rsidRDefault="00000000">
      <w:pPr>
        <w:spacing w:line="360" w:lineRule="auto"/>
        <w:textAlignment w:val="center"/>
        <w:rPr>
          <w:color w:val="000000"/>
          <w:lang w:eastAsia="zh-CN"/>
        </w:rPr>
      </w:pPr>
      <w:r>
        <w:pict w14:anchorId="7C6FB563">
          <v:shape id="_x0000_i1875" type="#_x0000_t75" alt="学科网(www.zxxk.com)--教育资源门户，提供试卷、教案、课件、论文、素材以及各类教学资源下载，还有大量而丰富的教学相关资讯！" style="width:99.15pt;height:14.25pt">
            <v:imagedata r:id="rId517" o:title="eqId0259bdcdaf8dad3a5e526c2d47b2e7a6"/>
          </v:shape>
        </w:pict>
      </w:r>
      <w:r>
        <w:rPr>
          <w:rFonts w:ascii="SimSun" w:eastAsia="SimSun" w:hAnsi="SimSun" w:cs="SimSun"/>
          <w:color w:val="000000"/>
          <w:lang w:eastAsia="zh-CN"/>
        </w:rPr>
        <w:t>，</w:t>
      </w:r>
    </w:p>
    <w:p w14:paraId="4AB4FC1D"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59AB5AD3">
          <v:shape id="_x0000_i1876" type="#_x0000_t75" alt="学科网(www.zxxk.com)--教育资源门户，提供试卷、教案、课件、论文、素材以及各类教学资源下载，还有大量而丰富的教学相关资讯！" style="width:38.7pt;height:14.25pt">
            <v:imagedata r:id="rId518" o:title="eqId29954d1a41aea32ad2481b090383c769"/>
          </v:shape>
        </w:pict>
      </w:r>
      <w:r>
        <w:rPr>
          <w:rFonts w:ascii="SimSun" w:eastAsia="SimSun" w:hAnsi="SimSun" w:cs="SimSun"/>
          <w:color w:val="000000"/>
          <w:lang w:eastAsia="zh-CN"/>
        </w:rPr>
        <w:t>．</w:t>
      </w:r>
    </w:p>
    <w:p w14:paraId="25D055E4"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三、解答题（本题共</w:t>
      </w:r>
      <w:r>
        <w:rPr>
          <w:rFonts w:ascii="Times New Roman" w:eastAsia="Times New Roman" w:hAnsi="Times New Roman" w:cs="Times New Roman"/>
          <w:b/>
          <w:color w:val="000000"/>
          <w:sz w:val="24"/>
          <w:lang w:eastAsia="zh-CN"/>
        </w:rPr>
        <w:t>68</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17-21</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23</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24-26</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27-28</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w:t>
      </w:r>
    </w:p>
    <w:p w14:paraId="447BDD20"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解答应写出文字说明、演算步骤或证明过程．</w:t>
      </w:r>
    </w:p>
    <w:p w14:paraId="5EDEF189" w14:textId="77777777" w:rsidR="008113A1" w:rsidRDefault="00000000">
      <w:pPr>
        <w:pStyle w:val="Heading2"/>
        <w:rPr>
          <w:lang w:eastAsia="zh-CN"/>
        </w:rPr>
      </w:pPr>
      <w:bookmarkStart w:id="47" w:name="_Toc235460064"/>
      <w:r>
        <w:rPr>
          <w:lang w:eastAsia="zh-CN"/>
        </w:rPr>
        <w:t>延庆区</w:t>
      </w:r>
      <w:bookmarkEnd w:id="47"/>
    </w:p>
    <w:p w14:paraId="29E4F79A" w14:textId="77777777" w:rsidR="008113A1" w:rsidRDefault="00000000">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下面的框图是解方程</w:t>
      </w:r>
      <w:r>
        <w:pict w14:anchorId="7F7EDF31">
          <v:shape id="_x0000_i1877" type="#_x0000_t75" alt="学科网(www.zxxk.com)--教育资源门户，提供试卷、教案、课件、论文、素材以及各类教学资源下载，还有大量而丰富的教学相关资讯！" style="width:127pt;height:30.55pt">
            <v:imagedata r:id="rId519" o:title="eqId6b06bd5bbe26425a7c38deea10267870"/>
          </v:shape>
        </w:pict>
      </w:r>
      <w:r>
        <w:rPr>
          <w:rFonts w:ascii="SimSun" w:eastAsia="SimSun" w:hAnsi="SimSun" w:cs="SimSun"/>
          <w:color w:val="000000"/>
          <w:lang w:eastAsia="zh-CN"/>
        </w:rPr>
        <w:t>的流程：</w:t>
      </w:r>
    </w:p>
    <w:p w14:paraId="195A0E39" w14:textId="77777777" w:rsidR="008113A1" w:rsidRDefault="00000000">
      <w:pPr>
        <w:spacing w:line="360" w:lineRule="auto"/>
        <w:textAlignment w:val="center"/>
        <w:rPr>
          <w:color w:val="000000"/>
        </w:rPr>
      </w:pPr>
      <w:r>
        <w:rPr>
          <w:noProof/>
          <w:color w:val="000000"/>
        </w:rPr>
        <w:lastRenderedPageBreak/>
        <w:drawing>
          <wp:inline distT="0" distB="0" distL="114300" distR="114300" wp14:anchorId="16BCB751" wp14:editId="60D16528">
            <wp:extent cx="1876425" cy="3914775"/>
            <wp:effectExtent l="0" t="0" r="9525" b="9525"/>
            <wp:docPr id="4329"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 name="图片 100015" descr="学科网(www.zxxk.com)--教育资源门户，提供试卷、教案、课件、论文、素材以及各类教学资源下载，还有大量而丰富的教学相关资讯！"/>
                    <pic:cNvPicPr>
                      <a:picLocks noChangeAspect="1"/>
                    </pic:cNvPicPr>
                  </pic:nvPicPr>
                  <pic:blipFill>
                    <a:blip r:embed="rId520"/>
                    <a:stretch>
                      <a:fillRect/>
                    </a:stretch>
                  </pic:blipFill>
                  <pic:spPr>
                    <a:xfrm>
                      <a:off x="0" y="0"/>
                      <a:ext cx="1876425" cy="3914775"/>
                    </a:xfrm>
                    <a:prstGeom prst="rect">
                      <a:avLst/>
                    </a:prstGeom>
                  </pic:spPr>
                </pic:pic>
              </a:graphicData>
            </a:graphic>
          </wp:inline>
        </w:drawing>
      </w:r>
    </w:p>
    <w:p w14:paraId="2EE068C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在上述五个步骤中，依据是“等式的基本性质</w:t>
      </w:r>
      <w:r>
        <w:rPr>
          <w:rFonts w:ascii="Times New Roman" w:eastAsia="Times New Roman" w:hAnsi="Times New Roman" w:cs="Times New Roman"/>
          <w:color w:val="000000"/>
          <w:lang w:eastAsia="zh-CN"/>
        </w:rPr>
        <w:t>2</w:t>
      </w:r>
      <w:r>
        <w:rPr>
          <w:rFonts w:ascii="SimSun" w:eastAsia="SimSun" w:hAnsi="SimSun" w:cs="SimSun"/>
          <w:color w:val="000000"/>
          <w:lang w:eastAsia="zh-CN"/>
        </w:rPr>
        <w:t>”的步骤有</w:t>
      </w:r>
      <w:r>
        <w:rPr>
          <w:color w:val="000000"/>
          <w:lang w:eastAsia="zh-CN"/>
        </w:rPr>
        <w:t>________</w:t>
      </w:r>
      <w:r>
        <w:rPr>
          <w:rFonts w:ascii="SimSun" w:eastAsia="SimSun" w:hAnsi="SimSun" w:cs="SimSun"/>
          <w:color w:val="000000"/>
          <w:lang w:eastAsia="zh-CN"/>
        </w:rPr>
        <w:t>．（只填序号）</w:t>
      </w:r>
    </w:p>
    <w:p w14:paraId="7220DD2E" w14:textId="77777777" w:rsidR="008113A1" w:rsidRDefault="00000000">
      <w:pPr>
        <w:spacing w:line="360" w:lineRule="auto"/>
        <w:textAlignment w:val="center"/>
        <w:rPr>
          <w:color w:val="000000"/>
        </w:rPr>
      </w:pPr>
      <w:r>
        <w:rPr>
          <w:color w:val="2E75B6"/>
        </w:rPr>
        <w:t>【</w:t>
      </w:r>
      <w:proofErr w:type="spellStart"/>
      <w:r>
        <w:rPr>
          <w:color w:val="2E75B6"/>
        </w:rPr>
        <w:t>答案</w:t>
      </w:r>
      <w:proofErr w:type="spellEnd"/>
      <w:r>
        <w:rPr>
          <w:color w:val="2E75B6"/>
        </w:rPr>
        <w:t>】</w:t>
      </w:r>
      <w:r>
        <w:rPr>
          <w:rFonts w:ascii="Times New Roman" w:eastAsia="Times New Roman" w:hAnsi="Times New Roman" w:cs="Times New Roman"/>
          <w:color w:val="000000"/>
        </w:rPr>
        <w:t>①⑤##⑤①</w:t>
      </w:r>
    </w:p>
    <w:p w14:paraId="71D218B5" w14:textId="77777777" w:rsidR="008113A1" w:rsidRDefault="00000000">
      <w:pPr>
        <w:spacing w:line="360" w:lineRule="auto"/>
        <w:textAlignment w:val="center"/>
        <w:rPr>
          <w:color w:val="000000"/>
        </w:rPr>
      </w:pPr>
      <w:r>
        <w:rPr>
          <w:color w:val="2E75B6"/>
        </w:rPr>
        <w:t>【解析】</w:t>
      </w:r>
    </w:p>
    <w:p w14:paraId="240AC048"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本题主要考查了等式的基本性质，解题的关键是熟练掌握等式基本性质．</w:t>
      </w:r>
    </w:p>
    <w:p w14:paraId="4B7F4C9E" w14:textId="77777777" w:rsidR="008113A1" w:rsidRDefault="00000000">
      <w:pPr>
        <w:spacing w:line="360" w:lineRule="auto"/>
        <w:jc w:val="both"/>
        <w:textAlignment w:val="center"/>
        <w:rPr>
          <w:color w:val="000000"/>
          <w:lang w:eastAsia="zh-CN"/>
        </w:rPr>
      </w:pPr>
      <w:r>
        <w:rPr>
          <w:color w:val="000000"/>
          <w:lang w:eastAsia="zh-CN"/>
        </w:rPr>
        <w:t>【详解】</w:t>
      </w:r>
      <w:r>
        <w:rPr>
          <w:rFonts w:ascii="SimSun" w:eastAsia="SimSun" w:hAnsi="SimSun" w:cs="SimSun"/>
          <w:color w:val="000000"/>
          <w:lang w:eastAsia="zh-CN"/>
        </w:rPr>
        <w:t>解：等式的性质</w:t>
      </w:r>
      <w:r>
        <w:rPr>
          <w:rFonts w:ascii="Times New Roman" w:eastAsia="Times New Roman" w:hAnsi="Times New Roman" w:cs="Times New Roman"/>
          <w:color w:val="000000"/>
          <w:lang w:eastAsia="zh-CN"/>
        </w:rPr>
        <w:t>2</w:t>
      </w:r>
      <w:r>
        <w:rPr>
          <w:rFonts w:ascii="SimSun" w:eastAsia="SimSun" w:hAnsi="SimSun" w:cs="SimSun"/>
          <w:color w:val="000000"/>
          <w:lang w:eastAsia="zh-CN"/>
        </w:rPr>
        <w:t>：等式两边同时乘（或除）相等的数或式，两边依然相等；</w:t>
      </w:r>
    </w:p>
    <w:p w14:paraId="6DAB27A8"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若</w:t>
      </w:r>
      <w:r>
        <w:pict w14:anchorId="36001C29">
          <v:shape id="_x0000_i1878" type="#_x0000_t75" alt="学科网(www.zxxk.com)--教育资源门户，提供试卷、教案、课件、论文、素材以及各类教学资源下载，还有大量而丰富的教学相关资讯！" style="width:28.55pt;height:13.6pt">
            <v:imagedata r:id="rId521" o:title="eqId1f22fec5a381ae8aca93d876e54c79de"/>
          </v:shape>
        </w:pict>
      </w:r>
      <w:r>
        <w:rPr>
          <w:rFonts w:ascii="SimSun" w:eastAsia="SimSun" w:hAnsi="SimSun" w:cs="SimSun"/>
          <w:color w:val="000000"/>
          <w:lang w:eastAsia="zh-CN"/>
        </w:rPr>
        <w:t>，</w:t>
      </w:r>
    </w:p>
    <w:p w14:paraId="215D01C8"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那么有</w:t>
      </w:r>
      <w:r>
        <w:pict w14:anchorId="22D95264">
          <v:shape id="_x0000_i1879" type="#_x0000_t75" alt="学科网(www.zxxk.com)--教育资源门户，提供试卷、教案、课件、论文、素材以及各类教学资源下载，还有大量而丰富的教学相关资讯！" style="width:41.45pt;height:14.25pt">
            <v:imagedata r:id="rId522" o:title="eqIda63b57e67146cf743b732aefce460ace"/>
          </v:shape>
        </w:pict>
      </w:r>
      <w:r>
        <w:rPr>
          <w:rFonts w:ascii="SimSun" w:eastAsia="SimSun" w:hAnsi="SimSun" w:cs="SimSun"/>
          <w:color w:val="000000"/>
          <w:lang w:eastAsia="zh-CN"/>
        </w:rPr>
        <w:t>，</w:t>
      </w:r>
    </w:p>
    <w:p w14:paraId="0E736D96"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或</w:t>
      </w:r>
      <w:r>
        <w:pict w14:anchorId="1ACB93D5">
          <v:shape id="_x0000_i1880" type="#_x0000_t75" alt="学科网(www.zxxk.com)--教育资源门户，提供试卷、教案、课件、论文、素材以及各类教学资源下载，还有大量而丰富的教学相关资讯！" style="width:65.9pt;height:31.25pt">
            <v:imagedata r:id="rId523" o:title="eqId0eb42fb573502ca35d8eee29beeff905"/>
          </v:shape>
        </w:pict>
      </w:r>
      <w:r>
        <w:rPr>
          <w:rFonts w:ascii="Times New Roman" w:eastAsia="Times New Roman" w:hAnsi="Times New Roman" w:cs="Times New Roman"/>
          <w:color w:val="000000"/>
          <w:lang w:eastAsia="zh-CN"/>
        </w:rPr>
        <w:t>，</w:t>
      </w:r>
    </w:p>
    <w:p w14:paraId="1BFAF6D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所以依据等式的性质</w:t>
      </w:r>
      <w:r>
        <w:rPr>
          <w:rFonts w:ascii="Times New Roman" w:eastAsia="Times New Roman" w:hAnsi="Times New Roman" w:cs="Times New Roman"/>
          <w:color w:val="000000"/>
          <w:lang w:eastAsia="zh-CN"/>
        </w:rPr>
        <w:t>2</w:t>
      </w:r>
      <w:r>
        <w:rPr>
          <w:rFonts w:ascii="SimSun" w:eastAsia="SimSun" w:hAnsi="SimSun" w:cs="SimSun"/>
          <w:color w:val="000000"/>
          <w:lang w:eastAsia="zh-CN"/>
        </w:rPr>
        <w:t>的步骤是</w:t>
      </w:r>
      <w:r>
        <w:rPr>
          <w:rFonts w:ascii="Times New Roman" w:eastAsia="Times New Roman" w:hAnsi="Times New Roman" w:cs="Times New Roman"/>
          <w:color w:val="000000"/>
          <w:lang w:eastAsia="zh-CN"/>
        </w:rPr>
        <w:t>①⑤．</w:t>
      </w:r>
    </w:p>
    <w:p w14:paraId="05DB8F0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①⑤．</w:t>
      </w:r>
    </w:p>
    <w:p w14:paraId="530A2CD2"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lastRenderedPageBreak/>
        <w:t>三、解答题（</w:t>
      </w:r>
      <w:r>
        <w:rPr>
          <w:rFonts w:ascii="Times New Roman" w:eastAsia="Times New Roman" w:hAnsi="Times New Roman" w:cs="Times New Roman"/>
          <w:b/>
          <w:color w:val="000000"/>
          <w:sz w:val="24"/>
          <w:lang w:eastAsia="zh-CN"/>
        </w:rPr>
        <w:t>17-18</w:t>
      </w:r>
      <w:r>
        <w:rPr>
          <w:rFonts w:ascii="SimSun" w:eastAsia="SimSun" w:hAnsi="SimSun" w:cs="SimSun"/>
          <w:b/>
          <w:color w:val="000000"/>
          <w:sz w:val="24"/>
          <w:lang w:eastAsia="zh-CN"/>
        </w:rPr>
        <w:t>题，每小题</w:t>
      </w:r>
      <w:r>
        <w:rPr>
          <w:rFonts w:ascii="Times New Roman" w:eastAsia="Times New Roman" w:hAnsi="Times New Roman" w:cs="Times New Roman"/>
          <w:b/>
          <w:color w:val="000000"/>
          <w:sz w:val="24"/>
          <w:lang w:eastAsia="zh-CN"/>
        </w:rPr>
        <w:t>8</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19-26</w:t>
      </w:r>
      <w:r>
        <w:rPr>
          <w:rFonts w:ascii="SimSun" w:eastAsia="SimSun" w:hAnsi="SimSun" w:cs="SimSun"/>
          <w:b/>
          <w:color w:val="000000"/>
          <w:sz w:val="24"/>
          <w:lang w:eastAsia="zh-CN"/>
        </w:rPr>
        <w:t>题，每小题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27-28</w:t>
      </w:r>
      <w:r>
        <w:rPr>
          <w:rFonts w:ascii="SimSun" w:eastAsia="SimSun" w:hAnsi="SimSun" w:cs="SimSun"/>
          <w:b/>
          <w:color w:val="000000"/>
          <w:sz w:val="24"/>
          <w:lang w:eastAsia="zh-CN"/>
        </w:rPr>
        <w:t>题，每小题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w:t>
      </w:r>
    </w:p>
    <w:p w14:paraId="4866601C" w14:textId="77777777" w:rsidR="008113A1" w:rsidRDefault="00000000">
      <w:pPr>
        <w:pStyle w:val="Heading2"/>
        <w:rPr>
          <w:lang w:eastAsia="zh-CN"/>
        </w:rPr>
      </w:pPr>
      <w:bookmarkStart w:id="48" w:name="_Toc235460065"/>
      <w:r>
        <w:rPr>
          <w:lang w:eastAsia="zh-CN"/>
        </w:rPr>
        <w:t>房山区</w:t>
      </w:r>
      <w:bookmarkEnd w:id="48"/>
    </w:p>
    <w:p w14:paraId="1A81FAA0" w14:textId="77777777" w:rsidR="008113A1" w:rsidRDefault="00000000">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某工作小组将生产相同零件的任务交给王刚和李明二人．</w:t>
      </w:r>
      <w:r>
        <w:rPr>
          <w:rFonts w:ascii="Times New Roman" w:eastAsia="Times New Roman" w:hAnsi="Times New Roman" w:cs="Times New Roman"/>
          <w:color w:val="000000"/>
          <w:lang w:eastAsia="zh-CN"/>
        </w:rPr>
        <w:t xml:space="preserve"> </w:t>
      </w:r>
      <w:r>
        <w:rPr>
          <w:rFonts w:ascii="SimSun" w:eastAsia="SimSun" w:hAnsi="SimSun" w:cs="SimSun"/>
          <w:color w:val="000000"/>
          <w:lang w:eastAsia="zh-CN"/>
        </w:rPr>
        <w:t>经前期统计，在一天内，</w:t>
      </w:r>
      <w:proofErr w:type="gramStart"/>
      <w:r>
        <w:rPr>
          <w:rFonts w:ascii="SimSun" w:eastAsia="SimSun" w:hAnsi="SimSun" w:cs="SimSun"/>
          <w:color w:val="000000"/>
          <w:lang w:eastAsia="zh-CN"/>
        </w:rPr>
        <w:t>王刚共加工</w:t>
      </w:r>
      <w:proofErr w:type="gramEnd"/>
      <w:r>
        <w:pict w14:anchorId="23E49E8A">
          <v:shape id="_x0000_i1881" type="#_x0000_t75" alt="学科网(www.zxxk.com)--教育资源门户，提供试卷、教案、课件、论文、素材以及各类教学资源下载，还有大量而丰富的教学相关资讯！" style="width:8.85pt;height:9.5pt">
            <v:imagedata r:id="rId249" o:title="eqId0a6936d370d6a238a608ca56f87198de"/>
          </v:shape>
        </w:pic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零件，加工时间为</w:t>
      </w:r>
      <w:r>
        <w:pict w14:anchorId="62E1A9A6">
          <v:shape id="_x0000_i1882" type="#_x0000_t75" alt="学科网(www.zxxk.com)--教育资源门户，提供试卷、教案、课件、论文、素材以及各类教学资源下载，还有大量而丰富的教学相关资讯！" style="width:44.85pt;height:31.9pt">
            <v:imagedata r:id="rId524" o:title="eqId90775772e411d44b70bcff67ce0eb09f"/>
          </v:shape>
        </w:pict>
      </w:r>
      <w:r>
        <w:rPr>
          <w:rFonts w:ascii="SimSun" w:eastAsia="SimSun" w:hAnsi="SimSun" w:cs="SimSun"/>
          <w:color w:val="000000"/>
          <w:lang w:eastAsia="zh-CN"/>
        </w:rPr>
        <w:t>小时；在一天内，李明共加工</w:t>
      </w:r>
      <w:r>
        <w:pict w14:anchorId="4A426C95">
          <v:shape id="_x0000_i1883" type="#_x0000_t75" alt="学科网(www.zxxk.com)--教育资源门户，提供试卷、教案、课件、论文、素材以及各类教学资源下载，还有大量而丰富的教学相关资讯！" style="width:10.2pt;height:14.25pt">
            <v:imagedata r:id="rId250" o:title="eqId2c94bb12cee76221e13f9ef955b0aab1"/>
          </v:shape>
        </w:pic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零件，加工时间为</w:t>
      </w:r>
      <w:r>
        <w:pict w14:anchorId="720925F3">
          <v:shape id="_x0000_i1884" type="#_x0000_t75" alt="学科网(www.zxxk.com)--教育资源门户，提供试卷、教案、课件、论文、素材以及各类教学资源下载，还有大量而丰富的教学相关资讯！" style="width:40.1pt;height:33.95pt">
            <v:imagedata r:id="rId525" o:title="eqIdefad00b87f9cc76d11f711a53692aabd"/>
          </v:shape>
        </w:pict>
      </w:r>
      <w:r>
        <w:rPr>
          <w:rFonts w:ascii="SimSun" w:eastAsia="SimSun" w:hAnsi="SimSun" w:cs="SimSun"/>
          <w:color w:val="000000"/>
          <w:lang w:eastAsia="zh-CN"/>
        </w:rPr>
        <w:t>小时．</w:t>
      </w:r>
      <w:r>
        <w:rPr>
          <w:rFonts w:ascii="Times New Roman" w:eastAsia="Times New Roman" w:hAnsi="Times New Roman" w:cs="Times New Roman"/>
          <w:color w:val="000000"/>
          <w:lang w:eastAsia="zh-CN"/>
        </w:rPr>
        <w:t xml:space="preserve">  </w:t>
      </w:r>
      <w:r>
        <w:rPr>
          <w:rFonts w:ascii="SimSun" w:eastAsia="SimSun" w:hAnsi="SimSun" w:cs="SimSun"/>
          <w:color w:val="000000"/>
          <w:lang w:eastAsia="zh-CN"/>
        </w:rPr>
        <w:t>第一天，两人一共生产零件</w:t>
      </w:r>
      <w:r>
        <w:pict w14:anchorId="3F7237CA">
          <v:shape id="_x0000_i1885" type="#_x0000_t75" alt="学科网(www.zxxk.com)--教育资源门户，提供试卷、教案、课件、论文、素材以及各类教学资源下载，还有大量而丰富的教学相关资讯！" style="width:12.9pt;height:12.25pt">
            <v:imagedata r:id="rId526" o:title="eqId057606b216116a2d7556673cc74690f3"/>
          </v:shape>
        </w:pic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，且加工时间相同，那么</w:t>
      </w:r>
      <w:proofErr w:type="gramStart"/>
      <w:r>
        <w:rPr>
          <w:rFonts w:ascii="SimSun" w:eastAsia="SimSun" w:hAnsi="SimSun" w:cs="SimSun"/>
          <w:color w:val="000000"/>
          <w:lang w:eastAsia="zh-CN"/>
        </w:rPr>
        <w:t>王刚共加工</w:t>
      </w:r>
      <w:proofErr w:type="gramEnd"/>
      <w:r>
        <w:rPr>
          <w:color w:val="000000"/>
          <w:lang w:eastAsia="zh-CN"/>
        </w:rPr>
        <w:t>__________</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零件；第二天开工前，该工作小组按第一天的分配结果分配了</w:t>
      </w:r>
      <w:r>
        <w:pict w14:anchorId="6C1F26F2">
          <v:shape id="_x0000_i1886" type="#_x0000_t75" alt="学科网(www.zxxk.com)--教育资源门户，提供试卷、教案、课件、论文、素材以及各类教学资源下载，还有大量而丰富的教学相关资讯！" style="width:12.9pt;height:12.25pt">
            <v:imagedata r:id="rId526" o:title="eqId057606b216116a2d7556673cc74690f3"/>
          </v:shape>
        </w:pic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零件的加工任务后，又给王刚分配了</w:t>
      </w:r>
      <w:r>
        <w:pict w14:anchorId="2777069C">
          <v:shape id="_x0000_i1887" type="#_x0000_t75" alt="学科网(www.zxxk.com)--教育资源门户，提供试卷、教案、课件、论文、素材以及各类教学资源下载，还有大量而丰富的教学相关资讯！" style="width:12.9pt;height:11.55pt">
            <v:imagedata r:id="rId252" o:title="eqId294f5ba74cdf695fc9a8a8e52f421328"/>
          </v:shape>
        </w:pic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零件的加工任务，给李明分配了</w:t>
      </w:r>
      <w:r>
        <w:pict w14:anchorId="1B72D433">
          <v:shape id="_x0000_i1888" type="#_x0000_t75" alt="学科网(www.zxxk.com)--教育资源门户，提供试卷、教案、课件、论文、素材以及各类教学资源下载，还有大量而丰富的教学相关资讯！" style="width:9.5pt;height:11.55pt">
            <v:imagedata r:id="rId460" o:title="eqIdb6a24198bd04c29321ae5dc5a28fe421"/>
          </v:shape>
        </w:pic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零件的加工任务，若二人都能在一天内加工完各自分配到的任务，且加工时间相同，则</w:t>
      </w:r>
      <w:r>
        <w:pict w14:anchorId="2D5A9331">
          <v:shape id="_x0000_i1889" type="#_x0000_t75" alt="学科网(www.zxxk.com)--教育资源门户，提供试卷、教案、课件、论文、素材以及各类教学资源下载，还有大量而丰富的教学相关资讯！" style="width:14.95pt;height:30.55pt">
            <v:imagedata r:id="rId527" o:title="eqIda0be44077d42cfffece905b1af13e000"/>
          </v:shape>
        </w:pict>
      </w:r>
      <w:r>
        <w:rPr>
          <w:rFonts w:ascii="SimSun" w:eastAsia="SimSun" w:hAnsi="SimSun" w:cs="SimSun"/>
          <w:color w:val="000000"/>
          <w:lang w:eastAsia="zh-CN"/>
        </w:rPr>
        <w:t>的值为</w:t>
      </w:r>
      <w:r>
        <w:rPr>
          <w:color w:val="000000"/>
          <w:lang w:eastAsia="zh-CN"/>
        </w:rPr>
        <w:t>__________</w:t>
      </w:r>
      <w:r>
        <w:rPr>
          <w:rFonts w:ascii="SimSun" w:eastAsia="SimSun" w:hAnsi="SimSun" w:cs="SimSun"/>
          <w:color w:val="000000"/>
          <w:lang w:eastAsia="zh-CN"/>
        </w:rPr>
        <w:t>．</w:t>
      </w:r>
    </w:p>
    <w:p w14:paraId="14384D5D" w14:textId="77777777" w:rsidR="008113A1" w:rsidRDefault="00000000">
      <w:pPr>
        <w:spacing w:line="360" w:lineRule="auto"/>
        <w:textAlignment w:val="center"/>
        <w:rPr>
          <w:color w:val="000000"/>
          <w:lang w:eastAsia="zh-CN"/>
        </w:rPr>
      </w:pPr>
      <w:r>
        <w:rPr>
          <w:color w:val="2E75B6"/>
          <w:lang w:eastAsia="zh-CN"/>
        </w:rPr>
        <w:t>【答案】</w:t>
      </w:r>
      <w:r>
        <w:rPr>
          <w:color w:val="000000"/>
          <w:lang w:eastAsia="zh-CN"/>
        </w:rPr>
        <w:t xml:space="preserve">    ①. </w:t>
      </w:r>
      <w:r>
        <w:rPr>
          <w:rFonts w:ascii="Times New Roman" w:eastAsia="Times New Roman" w:hAnsi="Times New Roman" w:cs="Times New Roman"/>
          <w:color w:val="000000"/>
          <w:lang w:eastAsia="zh-CN"/>
        </w:rPr>
        <w:t>9</w:t>
      </w:r>
      <w:r>
        <w:rPr>
          <w:color w:val="000000"/>
          <w:lang w:eastAsia="zh-CN"/>
        </w:rPr>
        <w:t xml:space="preserve">    ②. </w:t>
      </w:r>
      <w:r>
        <w:pict w14:anchorId="04F8F6CF">
          <v:shape id="_x0000_i1890" type="#_x0000_t75" alt="学科网(www.zxxk.com)--教育资源门户，提供试卷、教案、课件、论文、素材以及各类教学资源下载，还有大量而丰富的教学相关资讯！" style="width:11.55pt;height:30.55pt">
            <v:imagedata r:id="rId528" o:title="eqIde0cf66e4d8a4f885a3fe9c7ac480d554"/>
          </v:shape>
        </w:pict>
      </w:r>
      <w:r>
        <w:rPr>
          <w:rFonts w:ascii="Times New Roman" w:eastAsia="Times New Roman" w:hAnsi="Times New Roman" w:cs="Times New Roman"/>
          <w:color w:val="000000"/>
          <w:lang w:eastAsia="zh-CN"/>
        </w:rPr>
        <w:t>##</w:t>
      </w:r>
      <w:r>
        <w:pict w14:anchorId="3C23F128">
          <v:shape id="_x0000_i1891" type="#_x0000_t75" alt="学科网(www.zxxk.com)--教育资源门户，提供试卷、教案、课件、论文、素材以及各类教学资源下载，还有大量而丰富的教学相关资讯！" style="width:17pt;height:30.55pt">
            <v:imagedata r:id="rId529" o:title="eqIdc9a9ae9748a27d037a7d892d211358a4"/>
          </v:shape>
        </w:pict>
      </w:r>
    </w:p>
    <w:p w14:paraId="4EBB2D14" w14:textId="77777777" w:rsidR="008113A1" w:rsidRDefault="00000000">
      <w:pPr>
        <w:spacing w:line="360" w:lineRule="auto"/>
        <w:textAlignment w:val="center"/>
        <w:rPr>
          <w:color w:val="000000"/>
          <w:lang w:eastAsia="zh-CN"/>
        </w:rPr>
      </w:pPr>
      <w:r>
        <w:rPr>
          <w:color w:val="2E75B6"/>
          <w:lang w:eastAsia="zh-CN"/>
        </w:rPr>
        <w:t>【解析】</w:t>
      </w:r>
    </w:p>
    <w:p w14:paraId="7DBD3027"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本题主要考查了二元一次方程组的应用以及代数式之间的等量关系问题．根据第一天的工作情况可得：</w:t>
      </w:r>
      <w:r>
        <w:pict w14:anchorId="454C202D">
          <v:shape id="_x0000_i1892" type="#_x0000_t75" alt="学科网(www.zxxk.com)--教育资源门户，提供试卷、教案、课件、论文、素材以及各类教学资源下载，还有大量而丰富的教学相关资讯！" style="width:78.8pt;height:51.6pt">
            <v:imagedata r:id="rId530" o:title="eqIdbedeab3195722d4c608d53124205c928"/>
          </v:shape>
        </w:pict>
      </w:r>
      <w:r>
        <w:rPr>
          <w:rFonts w:ascii="SimSun" w:eastAsia="SimSun" w:hAnsi="SimSun" w:cs="SimSun"/>
          <w:color w:val="000000"/>
          <w:lang w:eastAsia="zh-CN"/>
        </w:rPr>
        <w:t>，求解可得</w:t>
      </w:r>
      <w:proofErr w:type="gramStart"/>
      <w:r>
        <w:rPr>
          <w:rFonts w:ascii="SimSun" w:eastAsia="SimSun" w:hAnsi="SimSun" w:cs="SimSun"/>
          <w:color w:val="000000"/>
          <w:lang w:eastAsia="zh-CN"/>
        </w:rPr>
        <w:t>王刚共加工</w:t>
      </w:r>
      <w:proofErr w:type="gramEnd"/>
      <w:r>
        <w:rPr>
          <w:rFonts w:ascii="SimSun" w:eastAsia="SimSun" w:hAnsi="SimSun" w:cs="SimSun"/>
          <w:color w:val="000000"/>
          <w:lang w:eastAsia="zh-CN"/>
        </w:rPr>
        <w:t>零件的个数，分别表示出王刚和李明加工零件的总个数及他们每小时各自的工作量后，根据时间相等列等式计算即可．</w:t>
      </w:r>
    </w:p>
    <w:p w14:paraId="546CAF06"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解：根据第一天的工作情况可得，</w:t>
      </w:r>
    </w:p>
    <w:p w14:paraId="68836766" w14:textId="77777777" w:rsidR="008113A1" w:rsidRDefault="00000000">
      <w:pPr>
        <w:spacing w:line="360" w:lineRule="auto"/>
        <w:textAlignment w:val="center"/>
        <w:rPr>
          <w:color w:val="000000"/>
          <w:lang w:eastAsia="zh-CN"/>
        </w:rPr>
      </w:pPr>
      <w:r>
        <w:pict w14:anchorId="2EF49330">
          <v:shape id="_x0000_i1893" type="#_x0000_t75" alt="学科网(www.zxxk.com)--教育资源门户，提供试卷、教案、课件、论文、素材以及各类教学资源下载，还有大量而丰富的教学相关资讯！" style="width:78.8pt;height:51.6pt">
            <v:imagedata r:id="rId530" o:title="eqIdbedeab3195722d4c608d53124205c928"/>
          </v:shape>
        </w:pict>
      </w:r>
      <w:r>
        <w:rPr>
          <w:rFonts w:ascii="SimSun" w:eastAsia="SimSun" w:hAnsi="SimSun" w:cs="SimSun"/>
          <w:color w:val="000000"/>
          <w:lang w:eastAsia="zh-CN"/>
        </w:rPr>
        <w:t>，</w:t>
      </w:r>
    </w:p>
    <w:p w14:paraId="037C42E7"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解得</w:t>
      </w:r>
      <w:r>
        <w:pict w14:anchorId="210C36DC">
          <v:shape id="_x0000_i1894" type="#_x0000_t75" alt="学科网(www.zxxk.com)--教育资源门户，提供试卷、教案、课件、论文、素材以及各类教学资源下载，还有大量而丰富的教学相关资讯！" style="width:33.95pt;height:36pt">
            <v:imagedata r:id="rId531" o:title="eqId9b2bcc60beb820170dd78d32940ce872"/>
          </v:shape>
        </w:pict>
      </w:r>
      <w:r>
        <w:rPr>
          <w:rFonts w:ascii="SimSun" w:eastAsia="SimSun" w:hAnsi="SimSun" w:cs="SimSun"/>
          <w:color w:val="000000"/>
          <w:lang w:eastAsia="zh-CN"/>
        </w:rPr>
        <w:t>，</w:t>
      </w:r>
    </w:p>
    <w:p w14:paraId="061E967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lastRenderedPageBreak/>
        <w:t>则第一天两人的工作时间为</w:t>
      </w:r>
      <w:r>
        <w:pict w14:anchorId="22B05BD9">
          <v:shape id="_x0000_i1895" type="#_x0000_t75" alt="学科网(www.zxxk.com)--教育资源门户，提供试卷、教案、课件、论文、素材以及各类教学资源下载，还有大量而丰富的教学相关资讯！" style="width:53pt;height:30.55pt">
            <v:imagedata r:id="rId532" o:title="eqIdfca4c357514e70a84839c8432220303b"/>
          </v:shape>
        </w:pict>
      </w:r>
      <w:r>
        <w:rPr>
          <w:rFonts w:ascii="SimSun" w:eastAsia="SimSun" w:hAnsi="SimSun" w:cs="SimSun"/>
          <w:color w:val="000000"/>
          <w:lang w:eastAsia="zh-CN"/>
        </w:rPr>
        <w:t>小时，王刚每小时加工</w:t>
      </w:r>
      <w:r>
        <w:pict w14:anchorId="062D84A4">
          <v:shape id="_x0000_i1896" type="#_x0000_t75" alt="学科网(www.zxxk.com)--教育资源门户，提供试卷、教案、课件、论文、素材以及各类教学资源下载，还有大量而丰富的教学相关资讯！" style="width:15.6pt;height:30.55pt">
            <v:imagedata r:id="rId533" o:title="eqId1cefc902924512f1a3c8855dec0dd439"/>
          </v:shape>
        </w:pic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，李明每小时加工</w:t>
      </w:r>
      <w:r>
        <w:pict w14:anchorId="437E034C">
          <v:shape id="_x0000_i1897" type="#_x0000_t75" alt="学科网(www.zxxk.com)--教育资源门户，提供试卷、教案、课件、论文、素材以及各类教学资源下载，还有大量而丰富的教学相关资讯！" style="width:15.6pt;height:30.55pt">
            <v:imagedata r:id="rId534" o:title="eqId5dc4c53f9b92b5966ed69e638bd39496"/>
          </v:shape>
        </w:pic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w:t>
      </w:r>
    </w:p>
    <w:p w14:paraId="516ED6F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第二天王</w:t>
      </w:r>
      <w:proofErr w:type="gramStart"/>
      <w:r>
        <w:rPr>
          <w:rFonts w:ascii="SimSun" w:eastAsia="SimSun" w:hAnsi="SimSun" w:cs="SimSun"/>
          <w:color w:val="000000"/>
          <w:lang w:eastAsia="zh-CN"/>
        </w:rPr>
        <w:t>刚加工</w:t>
      </w:r>
      <w:proofErr w:type="gramEnd"/>
      <w:r>
        <w:rPr>
          <w:rFonts w:ascii="SimSun" w:eastAsia="SimSun" w:hAnsi="SimSun" w:cs="SimSun"/>
          <w:color w:val="000000"/>
          <w:lang w:eastAsia="zh-CN"/>
        </w:rPr>
        <w:t>了</w:t>
      </w:r>
      <w:r>
        <w:pict w14:anchorId="0FBE9725">
          <v:shape id="_x0000_i1898" type="#_x0000_t75" alt="学科网(www.zxxk.com)--教育资源门户，提供试卷、教案、课件、论文、素材以及各类教学资源下载，还有大量而丰富的教学相关资讯！" style="width:38.05pt;height:20.4pt">
            <v:imagedata r:id="rId535" o:title="eqId31766734919e4a9ee54f6040e1ea7432"/>
          </v:shape>
        </w:pic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，李明加工了</w:t>
      </w:r>
      <w:r>
        <w:pict w14:anchorId="3A5E7058">
          <v:shape id="_x0000_i1899" type="#_x0000_t75" alt="学科网(www.zxxk.com)--教育资源门户，提供试卷、教案、课件、论文、素材以及各类教学资源下载，还有大量而丰富的教学相关资讯！" style="width:35.3pt;height:20.4pt">
            <v:imagedata r:id="rId536" o:title="eqIdaf0df470d953170f90193040d64d371e"/>
          </v:shape>
        </w:pic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，因为两人加工时间相同，</w:t>
      </w:r>
    </w:p>
    <w:p w14:paraId="6EFDBE29" w14:textId="77777777" w:rsidR="008113A1" w:rsidRDefault="00000000">
      <w:pPr>
        <w:spacing w:line="360" w:lineRule="auto"/>
        <w:textAlignment w:val="center"/>
        <w:rPr>
          <w:color w:val="000000"/>
          <w:lang w:eastAsia="zh-CN"/>
        </w:rPr>
      </w:pPr>
      <w:r>
        <w:pict w14:anchorId="6E145507">
          <v:shape id="_x0000_i1900" type="#_x0000_t75" alt="学科网(www.zxxk.com)--教育资源门户，提供试卷、教案、课件、论文、素材以及各类教学资源下载，还有大量而丰富的教学相关资讯！" style="width:9.5pt;height:8.85pt">
            <v:imagedata r:id="rId86" o:title="eqId2de0d10ef8b748d4531250c37c5d3f9e"/>
          </v:shape>
        </w:pict>
      </w:r>
      <w:r>
        <w:pict w14:anchorId="6CFEBF5C">
          <v:shape id="_x0000_i1901" type="#_x0000_t75" alt="学科网(www.zxxk.com)--教育资源门户，提供试卷、教案、课件、论文、素材以及各类教学资源下载，还有大量而丰富的教学相关资讯！" style="width:67.25pt;height:45.5pt">
            <v:imagedata r:id="rId537" o:title="eqId77c4a68424be50edf7d5555741d25167"/>
          </v:shape>
        </w:pict>
      </w:r>
      <w:r>
        <w:rPr>
          <w:rFonts w:ascii="SimSun" w:eastAsia="SimSun" w:hAnsi="SimSun" w:cs="SimSun"/>
          <w:color w:val="000000"/>
          <w:lang w:eastAsia="zh-CN"/>
        </w:rPr>
        <w:t>，</w:t>
      </w:r>
    </w:p>
    <w:p w14:paraId="10F71EE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化简得：</w:t>
      </w:r>
      <w:r>
        <w:pict w14:anchorId="0CD951EF">
          <v:shape id="_x0000_i1902" type="#_x0000_t75" alt="学科网(www.zxxk.com)--教育资源门户，提供试卷、教案、课件、论文、素材以及各类教学资源下载，还有大量而丰富的教学相关资讯！" style="width:42.1pt;height:14.25pt">
            <v:imagedata r:id="rId538" o:title="eqIda69fb7b106d6cfa027b58471f541bf00"/>
          </v:shape>
        </w:pict>
      </w:r>
      <w:r>
        <w:rPr>
          <w:rFonts w:ascii="SimSun" w:eastAsia="SimSun" w:hAnsi="SimSun" w:cs="SimSun"/>
          <w:color w:val="000000"/>
          <w:lang w:eastAsia="zh-CN"/>
        </w:rPr>
        <w:t>，</w:t>
      </w:r>
    </w:p>
    <w:p w14:paraId="25F49D2F" w14:textId="77777777" w:rsidR="008113A1" w:rsidRDefault="00000000">
      <w:pPr>
        <w:spacing w:line="360" w:lineRule="auto"/>
        <w:textAlignment w:val="center"/>
        <w:rPr>
          <w:color w:val="000000"/>
          <w:lang w:eastAsia="zh-CN"/>
        </w:rPr>
      </w:pPr>
      <w:r>
        <w:pict w14:anchorId="116B69B8">
          <v:shape id="_x0000_i1903" type="#_x0000_t75" alt="学科网(www.zxxk.com)--教育资源门户，提供试卷、教案、课件、论文、素材以及各类教学资源下载，还有大量而丰富的教学相关资讯！" style="width:9.5pt;height:8.85pt">
            <v:imagedata r:id="rId86" o:title="eqId2de0d10ef8b748d4531250c37c5d3f9e"/>
          </v:shape>
        </w:pict>
      </w:r>
      <w:r>
        <w:pict w14:anchorId="06E116BF">
          <v:shape id="_x0000_i1904" type="#_x0000_t75" alt="学科网(www.zxxk.com)--教育资源门户，提供试卷、教案、课件、论文、素材以及各类教学资源下载，还有大量而丰富的教学相关资讯！" style="width:33.95pt;height:31.25pt">
            <v:imagedata r:id="rId539" o:title="eqIdc1f97952e19548b9143218069c573936"/>
          </v:shape>
        </w:pict>
      </w:r>
      <w:r>
        <w:rPr>
          <w:rFonts w:ascii="SimSun" w:eastAsia="SimSun" w:hAnsi="SimSun" w:cs="SimSun"/>
          <w:color w:val="000000"/>
          <w:lang w:eastAsia="zh-CN"/>
        </w:rPr>
        <w:t>．</w:t>
      </w:r>
    </w:p>
    <w:p w14:paraId="19A85C3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9</w:t>
      </w:r>
      <w:r>
        <w:rPr>
          <w:rFonts w:ascii="SimSun" w:eastAsia="SimSun" w:hAnsi="SimSun" w:cs="SimSun"/>
          <w:color w:val="000000"/>
          <w:lang w:eastAsia="zh-CN"/>
        </w:rPr>
        <w:t>，</w:t>
      </w:r>
      <w:r>
        <w:pict w14:anchorId="74E1AC32">
          <v:shape id="_x0000_i1905" type="#_x0000_t75" alt="学科网(www.zxxk.com)--教育资源门户，提供试卷、教案、课件、论文、素材以及各类教学资源下载，还有大量而丰富的教学相关资讯！" style="width:11.55pt;height:30.55pt">
            <v:imagedata r:id="rId528" o:title="eqIde0cf66e4d8a4f885a3fe9c7ac480d554"/>
          </v:shape>
        </w:pict>
      </w:r>
      <w:r>
        <w:rPr>
          <w:rFonts w:ascii="SimSun" w:eastAsia="SimSun" w:hAnsi="SimSun" w:cs="SimSun"/>
          <w:color w:val="000000"/>
          <w:lang w:eastAsia="zh-CN"/>
        </w:rPr>
        <w:t>．</w:t>
      </w:r>
    </w:p>
    <w:p w14:paraId="2EE8D6DE"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三、解答题（本题共</w:t>
      </w:r>
      <w:r>
        <w:rPr>
          <w:rFonts w:ascii="Times New Roman" w:eastAsia="Times New Roman" w:hAnsi="Times New Roman" w:cs="Times New Roman"/>
          <w:b/>
          <w:color w:val="000000"/>
          <w:sz w:val="24"/>
          <w:lang w:eastAsia="zh-CN"/>
        </w:rPr>
        <w:t>64</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19</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8</w:t>
      </w:r>
      <w:r>
        <w:rPr>
          <w:rFonts w:ascii="SimSun" w:eastAsia="SimSun" w:hAnsi="SimSun" w:cs="SimSun"/>
          <w:b/>
          <w:color w:val="000000"/>
          <w:sz w:val="24"/>
          <w:lang w:eastAsia="zh-CN"/>
        </w:rPr>
        <w:t>分，每小题</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20</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9</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w:t>
      </w:r>
      <w:r>
        <w:rPr>
          <w:rFonts w:ascii="SimSun" w:eastAsia="SimSun" w:hAnsi="SimSun" w:cs="SimSun"/>
          <w:b/>
          <w:color w:val="000000"/>
          <w:sz w:val="24"/>
          <w:lang w:eastAsia="zh-CN"/>
        </w:rPr>
        <w:t>小题</w:t>
      </w:r>
      <w:r>
        <w:rPr>
          <w:rFonts w:ascii="Times New Roman" w:eastAsia="Times New Roman" w:hAnsi="Times New Roman" w:cs="Times New Roman"/>
          <w:b/>
          <w:color w:val="000000"/>
          <w:sz w:val="24"/>
          <w:lang w:eastAsia="zh-CN"/>
        </w:rPr>
        <w:t>4</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w:t>
      </w:r>
      <w:r>
        <w:rPr>
          <w:rFonts w:ascii="SimSun" w:eastAsia="SimSun" w:hAnsi="SimSun" w:cs="SimSun"/>
          <w:b/>
          <w:color w:val="000000"/>
          <w:sz w:val="24"/>
          <w:lang w:eastAsia="zh-CN"/>
        </w:rPr>
        <w:t>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24</w:t>
      </w:r>
      <w:r>
        <w:rPr>
          <w:rFonts w:ascii="SimSun" w:eastAsia="SimSun" w:hAnsi="SimSun" w:cs="SimSun"/>
          <w:b/>
          <w:color w:val="000000"/>
          <w:sz w:val="24"/>
          <w:lang w:eastAsia="zh-CN"/>
        </w:rPr>
        <w:t>题各</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23</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25</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26</w:t>
      </w:r>
      <w:r>
        <w:rPr>
          <w:rFonts w:ascii="SimSun" w:eastAsia="SimSun" w:hAnsi="SimSun" w:cs="SimSun"/>
          <w:b/>
          <w:color w:val="000000"/>
          <w:sz w:val="24"/>
          <w:lang w:eastAsia="zh-CN"/>
        </w:rPr>
        <w:t>题各</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27</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28</w:t>
      </w:r>
      <w:r>
        <w:rPr>
          <w:rFonts w:ascii="SimSun" w:eastAsia="SimSun" w:hAnsi="SimSun" w:cs="SimSun"/>
          <w:b/>
          <w:color w:val="000000"/>
          <w:sz w:val="24"/>
          <w:lang w:eastAsia="zh-CN"/>
        </w:rPr>
        <w:t>题各</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分）．解答应写出文字说明、演算步骤或证明过程．</w:t>
      </w:r>
    </w:p>
    <w:p w14:paraId="3587BF0B" w14:textId="77777777" w:rsidR="008113A1" w:rsidRDefault="00000000">
      <w:pPr>
        <w:pStyle w:val="Heading2"/>
        <w:rPr>
          <w:lang w:eastAsia="zh-CN"/>
        </w:rPr>
      </w:pPr>
      <w:bookmarkStart w:id="49" w:name="_Toc235460066"/>
      <w:r>
        <w:rPr>
          <w:lang w:eastAsia="zh-CN"/>
        </w:rPr>
        <w:t>昌平区</w:t>
      </w:r>
      <w:bookmarkEnd w:id="49"/>
    </w:p>
    <w:p w14:paraId="33B8CBE8" w14:textId="77777777" w:rsidR="008113A1" w:rsidRDefault="00000000">
      <w:pPr>
        <w:spacing w:line="360" w:lineRule="auto"/>
        <w:jc w:val="both"/>
        <w:textAlignment w:val="center"/>
        <w:rPr>
          <w:color w:val="000000"/>
          <w:lang w:eastAsia="zh-CN"/>
        </w:rPr>
      </w:pPr>
      <w:r>
        <w:rPr>
          <w:color w:val="000000"/>
          <w:lang w:eastAsia="zh-CN"/>
        </w:rPr>
        <w:t xml:space="preserve">16. </w:t>
      </w:r>
      <w:r>
        <w:rPr>
          <w:rFonts w:ascii="SimSun" w:eastAsia="SimSun" w:hAnsi="SimSun" w:cs="SimSun"/>
          <w:color w:val="000000"/>
          <w:lang w:eastAsia="zh-CN"/>
        </w:rPr>
        <w:t>有甲，乙，丙，丁，戊五支球队参加足球比赛，每支队伍进行</w:t>
      </w:r>
      <w:r>
        <w:rPr>
          <w:rFonts w:ascii="Times New Roman" w:eastAsia="Times New Roman" w:hAnsi="Times New Roman" w:cs="Times New Roman"/>
          <w:color w:val="000000"/>
          <w:lang w:eastAsia="zh-CN"/>
        </w:rPr>
        <w:t>10</w:t>
      </w:r>
      <w:r>
        <w:rPr>
          <w:rFonts w:ascii="SimSun" w:eastAsia="SimSun" w:hAnsi="SimSun" w:cs="SimSun"/>
          <w:color w:val="000000"/>
          <w:lang w:eastAsia="zh-CN"/>
        </w:rPr>
        <w:t>场比赛．球队在每场比赛中可能获得“</w:t>
      </w:r>
      <w:proofErr w:type="gramStart"/>
      <w:r>
        <w:rPr>
          <w:rFonts w:ascii="SimSun" w:eastAsia="SimSun" w:hAnsi="SimSun" w:cs="SimSun"/>
          <w:color w:val="000000"/>
          <w:lang w:eastAsia="zh-CN"/>
        </w:rPr>
        <w:t>胜”“平”“负”三种比赛结果</w:t>
      </w:r>
      <w:proofErr w:type="gramEnd"/>
      <w:r>
        <w:rPr>
          <w:rFonts w:ascii="SimSun" w:eastAsia="SimSun" w:hAnsi="SimSun" w:cs="SimSun"/>
          <w:color w:val="000000"/>
          <w:lang w:eastAsia="zh-CN"/>
        </w:rPr>
        <w:t>，每种结果对应不同的分值，并在</w:t>
      </w:r>
      <w:r>
        <w:rPr>
          <w:rFonts w:ascii="Times New Roman" w:eastAsia="Times New Roman" w:hAnsi="Times New Roman" w:cs="Times New Roman"/>
          <w:color w:val="000000"/>
          <w:lang w:eastAsia="zh-CN"/>
        </w:rPr>
        <w:t>10</w:t>
      </w:r>
      <w:r>
        <w:rPr>
          <w:rFonts w:ascii="SimSun" w:eastAsia="SimSun" w:hAnsi="SimSun" w:cs="SimSun"/>
          <w:color w:val="000000"/>
          <w:lang w:eastAsia="zh-CN"/>
        </w:rPr>
        <w:t>场比赛结束后结算队伍总分．甲队伍胜</w:t>
      </w:r>
      <w:r>
        <w:rPr>
          <w:rFonts w:ascii="Times New Roman" w:eastAsia="Times New Roman" w:hAnsi="Times New Roman" w:cs="Times New Roman"/>
          <w:color w:val="000000"/>
          <w:lang w:eastAsia="zh-CN"/>
        </w:rPr>
        <w:t>10</w:t>
      </w:r>
      <w:r>
        <w:rPr>
          <w:rFonts w:ascii="SimSun" w:eastAsia="SimSun" w:hAnsi="SimSun" w:cs="SimSun"/>
          <w:color w:val="000000"/>
          <w:lang w:eastAsia="zh-CN"/>
        </w:rPr>
        <w:t>场，总分</w:t>
      </w:r>
      <w:r>
        <w:rPr>
          <w:rFonts w:ascii="Times New Roman" w:eastAsia="Times New Roman" w:hAnsi="Times New Roman" w:cs="Times New Roman"/>
          <w:color w:val="000000"/>
          <w:lang w:eastAsia="zh-CN"/>
        </w:rPr>
        <w:t>30</w:t>
      </w:r>
      <w:r>
        <w:rPr>
          <w:rFonts w:ascii="SimSun" w:eastAsia="SimSun" w:hAnsi="SimSun" w:cs="SimSun"/>
          <w:color w:val="000000"/>
          <w:lang w:eastAsia="zh-CN"/>
        </w:rPr>
        <w:t>分；乙队伍胜</w:t>
      </w:r>
      <w:r>
        <w:rPr>
          <w:rFonts w:ascii="Times New Roman" w:eastAsia="Times New Roman" w:hAnsi="Times New Roman" w:cs="Times New Roman"/>
          <w:color w:val="000000"/>
          <w:lang w:eastAsia="zh-CN"/>
        </w:rPr>
        <w:t>6</w:t>
      </w:r>
      <w:r>
        <w:rPr>
          <w:rFonts w:ascii="SimSun" w:eastAsia="SimSun" w:hAnsi="SimSun" w:cs="SimSun"/>
          <w:color w:val="000000"/>
          <w:lang w:eastAsia="zh-CN"/>
        </w:rPr>
        <w:t>场，平</w:t>
      </w:r>
      <w:r>
        <w:rPr>
          <w:rFonts w:ascii="Times New Roman" w:eastAsia="Times New Roman" w:hAnsi="Times New Roman" w:cs="Times New Roman"/>
          <w:color w:val="000000"/>
          <w:lang w:eastAsia="zh-CN"/>
        </w:rPr>
        <w:t>4</w:t>
      </w:r>
      <w:r>
        <w:rPr>
          <w:rFonts w:ascii="SimSun" w:eastAsia="SimSun" w:hAnsi="SimSun" w:cs="SimSun"/>
          <w:color w:val="000000"/>
          <w:lang w:eastAsia="zh-CN"/>
        </w:rPr>
        <w:t>场，总分</w:t>
      </w:r>
      <w:r>
        <w:rPr>
          <w:rFonts w:ascii="Times New Roman" w:eastAsia="Times New Roman" w:hAnsi="Times New Roman" w:cs="Times New Roman"/>
          <w:color w:val="000000"/>
          <w:lang w:eastAsia="zh-CN"/>
        </w:rPr>
        <w:t>22</w:t>
      </w:r>
      <w:r>
        <w:rPr>
          <w:rFonts w:ascii="SimSun" w:eastAsia="SimSun" w:hAnsi="SimSun" w:cs="SimSun"/>
          <w:color w:val="000000"/>
          <w:lang w:eastAsia="zh-CN"/>
        </w:rPr>
        <w:t>分；丙队伍胜</w:t>
      </w:r>
      <w:r>
        <w:rPr>
          <w:rFonts w:ascii="Times New Roman" w:eastAsia="Times New Roman" w:hAnsi="Times New Roman" w:cs="Times New Roman"/>
          <w:color w:val="000000"/>
          <w:lang w:eastAsia="zh-CN"/>
        </w:rPr>
        <w:t>4</w:t>
      </w:r>
      <w:r>
        <w:rPr>
          <w:rFonts w:ascii="SimSun" w:eastAsia="SimSun" w:hAnsi="SimSun" w:cs="SimSun"/>
          <w:color w:val="000000"/>
          <w:lang w:eastAsia="zh-CN"/>
        </w:rPr>
        <w:t>场，平</w:t>
      </w:r>
      <w:r>
        <w:rPr>
          <w:rFonts w:ascii="Times New Roman" w:eastAsia="Times New Roman" w:hAnsi="Times New Roman" w:cs="Times New Roman"/>
          <w:color w:val="000000"/>
          <w:lang w:eastAsia="zh-CN"/>
        </w:rPr>
        <w:t>3</w:t>
      </w:r>
      <w:r>
        <w:rPr>
          <w:rFonts w:ascii="SimSun" w:eastAsia="SimSun" w:hAnsi="SimSun" w:cs="SimSun"/>
          <w:color w:val="000000"/>
          <w:lang w:eastAsia="zh-CN"/>
        </w:rPr>
        <w:t>场，总分</w:t>
      </w:r>
      <w:r>
        <w:rPr>
          <w:rFonts w:ascii="Times New Roman" w:eastAsia="Times New Roman" w:hAnsi="Times New Roman" w:cs="Times New Roman"/>
          <w:color w:val="000000"/>
          <w:lang w:eastAsia="zh-CN"/>
        </w:rPr>
        <w:t>15</w:t>
      </w:r>
      <w:r>
        <w:rPr>
          <w:rFonts w:ascii="SimSun" w:eastAsia="SimSun" w:hAnsi="SimSun" w:cs="SimSun"/>
          <w:color w:val="000000"/>
          <w:lang w:eastAsia="zh-CN"/>
        </w:rPr>
        <w:t>分；丁队伍胜</w:t>
      </w:r>
      <w:r>
        <w:rPr>
          <w:rFonts w:ascii="Times New Roman" w:eastAsia="Times New Roman" w:hAnsi="Times New Roman" w:cs="Times New Roman"/>
          <w:color w:val="000000"/>
          <w:lang w:eastAsia="zh-CN"/>
        </w:rPr>
        <w:t>5</w:t>
      </w:r>
      <w:r>
        <w:rPr>
          <w:rFonts w:ascii="SimSun" w:eastAsia="SimSun" w:hAnsi="SimSun" w:cs="SimSun"/>
          <w:color w:val="000000"/>
          <w:lang w:eastAsia="zh-CN"/>
        </w:rPr>
        <w:t>场，平</w:t>
      </w:r>
      <w:r>
        <w:rPr>
          <w:rFonts w:ascii="Times New Roman" w:eastAsia="Times New Roman" w:hAnsi="Times New Roman" w:cs="Times New Roman"/>
          <w:color w:val="000000"/>
          <w:lang w:eastAsia="zh-CN"/>
        </w:rPr>
        <w:t>2</w:t>
      </w:r>
      <w:r>
        <w:rPr>
          <w:rFonts w:ascii="SimSun" w:eastAsia="SimSun" w:hAnsi="SimSun" w:cs="SimSun"/>
          <w:color w:val="000000"/>
          <w:lang w:eastAsia="zh-CN"/>
        </w:rPr>
        <w:t>场；戊队伍获胜的场数是负的场数的</w:t>
      </w:r>
      <w:r>
        <w:rPr>
          <w:rFonts w:ascii="Times New Roman" w:eastAsia="Times New Roman" w:hAnsi="Times New Roman" w:cs="Times New Roman"/>
          <w:color w:val="000000"/>
          <w:lang w:eastAsia="zh-CN"/>
        </w:rPr>
        <w:t>2</w:t>
      </w:r>
      <w:r>
        <w:rPr>
          <w:rFonts w:ascii="SimSun" w:eastAsia="SimSun" w:hAnsi="SimSun" w:cs="SimSun"/>
          <w:color w:val="000000"/>
          <w:lang w:eastAsia="zh-CN"/>
        </w:rPr>
        <w:t>倍，且队伍总分是本队平场得分的</w:t>
      </w:r>
      <w:r>
        <w:rPr>
          <w:rFonts w:ascii="Times New Roman" w:eastAsia="Times New Roman" w:hAnsi="Times New Roman" w:cs="Times New Roman"/>
          <w:color w:val="000000"/>
          <w:lang w:eastAsia="zh-CN"/>
        </w:rPr>
        <w:t>4</w:t>
      </w:r>
      <w:r>
        <w:rPr>
          <w:rFonts w:ascii="SimSun" w:eastAsia="SimSun" w:hAnsi="SimSun" w:cs="SimSun"/>
          <w:color w:val="000000"/>
          <w:lang w:eastAsia="zh-CN"/>
        </w:rPr>
        <w:t>倍．根据以上信息，丁队伍总分是</w:t>
      </w:r>
      <w:r>
        <w:rPr>
          <w:color w:val="000000"/>
          <w:lang w:eastAsia="zh-CN"/>
        </w:rPr>
        <w:t>________</w:t>
      </w:r>
      <w:r>
        <w:rPr>
          <w:rFonts w:ascii="SimSun" w:eastAsia="SimSun" w:hAnsi="SimSun" w:cs="SimSun"/>
          <w:color w:val="000000"/>
          <w:lang w:eastAsia="zh-CN"/>
        </w:rPr>
        <w:t>，将五支队伍按分数从高到低排序，结果为</w:t>
      </w:r>
      <w:r>
        <w:rPr>
          <w:color w:val="000000"/>
          <w:lang w:eastAsia="zh-CN"/>
        </w:rPr>
        <w:t>________</w:t>
      </w:r>
      <w:r>
        <w:rPr>
          <w:rFonts w:ascii="SimSun" w:eastAsia="SimSun" w:hAnsi="SimSun" w:cs="SimSun"/>
          <w:color w:val="000000"/>
          <w:lang w:eastAsia="zh-CN"/>
        </w:rPr>
        <w:t>（填写下面正确结果的序号）．</w:t>
      </w:r>
    </w:p>
    <w:p w14:paraId="537364FD" w14:textId="77777777" w:rsidR="008113A1" w:rsidRDefault="00000000">
      <w:pPr>
        <w:spacing w:line="360" w:lineRule="auto"/>
        <w:jc w:val="both"/>
        <w:textAlignment w:val="center"/>
        <w:rPr>
          <w:color w:val="000000"/>
        </w:rPr>
      </w:pPr>
      <w:r>
        <w:rPr>
          <w:rFonts w:ascii="SimSun" w:eastAsia="SimSun" w:hAnsi="SimSun" w:cs="SimSun"/>
          <w:color w:val="000000"/>
        </w:rPr>
        <w:t>①</w:t>
      </w:r>
      <w:proofErr w:type="spellStart"/>
      <w:r>
        <w:rPr>
          <w:rFonts w:ascii="SimSun" w:eastAsia="SimSun" w:hAnsi="SimSun" w:cs="SimSun"/>
          <w:color w:val="000000"/>
        </w:rPr>
        <w:t>甲乙丙丁戊</w:t>
      </w:r>
      <w:proofErr w:type="spellEnd"/>
      <w:r>
        <w:rPr>
          <w:rFonts w:ascii="SimSun" w:eastAsia="SimSun" w:hAnsi="SimSun" w:cs="SimSun"/>
          <w:color w:val="000000"/>
        </w:rPr>
        <w:t>；②</w:t>
      </w:r>
      <w:proofErr w:type="spellStart"/>
      <w:r>
        <w:rPr>
          <w:rFonts w:ascii="SimSun" w:eastAsia="SimSun" w:hAnsi="SimSun" w:cs="SimSun"/>
          <w:color w:val="000000"/>
        </w:rPr>
        <w:t>甲乙丁丙戊</w:t>
      </w:r>
      <w:proofErr w:type="spellEnd"/>
      <w:r>
        <w:rPr>
          <w:rFonts w:ascii="SimSun" w:eastAsia="SimSun" w:hAnsi="SimSun" w:cs="SimSun"/>
          <w:color w:val="000000"/>
        </w:rPr>
        <w:t>；③</w:t>
      </w:r>
      <w:proofErr w:type="spellStart"/>
      <w:r>
        <w:rPr>
          <w:rFonts w:ascii="SimSun" w:eastAsia="SimSun" w:hAnsi="SimSun" w:cs="SimSun"/>
          <w:color w:val="000000"/>
        </w:rPr>
        <w:t>甲乙丁戊丙</w:t>
      </w:r>
      <w:proofErr w:type="spellEnd"/>
      <w:r>
        <w:rPr>
          <w:rFonts w:ascii="SimSun" w:eastAsia="SimSun" w:hAnsi="SimSun" w:cs="SimSun"/>
          <w:color w:val="000000"/>
        </w:rPr>
        <w:t>；④</w:t>
      </w:r>
      <w:proofErr w:type="spellStart"/>
      <w:r>
        <w:rPr>
          <w:rFonts w:ascii="SimSun" w:eastAsia="SimSun" w:hAnsi="SimSun" w:cs="SimSun"/>
          <w:color w:val="000000"/>
        </w:rPr>
        <w:t>甲乙戊丁丙</w:t>
      </w:r>
      <w:proofErr w:type="spellEnd"/>
    </w:p>
    <w:p w14:paraId="0CF6125C" w14:textId="77777777" w:rsidR="008113A1" w:rsidRDefault="00000000">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17</w:t>
      </w:r>
      <w:r>
        <w:rPr>
          <w:color w:val="000000"/>
        </w:rPr>
        <w:t xml:space="preserve">    ②. </w:t>
      </w:r>
      <w:r>
        <w:rPr>
          <w:rFonts w:ascii="SimSun" w:eastAsia="SimSun" w:hAnsi="SimSun" w:cs="SimSun"/>
          <w:color w:val="000000"/>
        </w:rPr>
        <w:t>③</w:t>
      </w:r>
    </w:p>
    <w:p w14:paraId="572AFBBB" w14:textId="77777777" w:rsidR="008113A1" w:rsidRDefault="00000000">
      <w:pPr>
        <w:spacing w:line="360" w:lineRule="auto"/>
        <w:textAlignment w:val="center"/>
        <w:rPr>
          <w:color w:val="000000"/>
        </w:rPr>
      </w:pPr>
      <w:r>
        <w:rPr>
          <w:color w:val="2E75B6"/>
        </w:rPr>
        <w:t>【解析】</w:t>
      </w:r>
    </w:p>
    <w:p w14:paraId="27082A7F" w14:textId="77777777" w:rsidR="008113A1" w:rsidRDefault="00000000">
      <w:pPr>
        <w:spacing w:line="360" w:lineRule="auto"/>
        <w:jc w:val="both"/>
        <w:textAlignment w:val="center"/>
        <w:rPr>
          <w:color w:val="000000"/>
          <w:lang w:eastAsia="zh-CN"/>
        </w:rPr>
      </w:pPr>
      <w:r>
        <w:rPr>
          <w:color w:val="000000"/>
          <w:lang w:eastAsia="zh-CN"/>
        </w:rPr>
        <w:lastRenderedPageBreak/>
        <w:t>【分析】</w:t>
      </w:r>
      <w:r>
        <w:rPr>
          <w:rFonts w:ascii="SimSun" w:eastAsia="SimSun" w:hAnsi="SimSun" w:cs="SimSun"/>
          <w:color w:val="000000"/>
          <w:lang w:eastAsia="zh-CN"/>
        </w:rPr>
        <w:t>本题主要考查了有理数混合运算的应用，一元一次方程的应用，解题的关键是根据题意得出胜一场得</w:t>
      </w:r>
      <w:r>
        <w:pict w14:anchorId="4D522795">
          <v:shape id="_x0000_i1906" type="#_x0000_t75" alt="学科网(www.zxxk.com)--教育资源门户，提供试卷、教案、课件、论文、素材以及各类教学资源下载，还有大量而丰富的教学相关资讯！" style="width:9.5pt;height:14.25pt">
            <v:imagedata r:id="rId110" o:title="eqId5ca7d1107389675d32b56ec097464c14"/>
          </v:shape>
        </w:pict>
      </w:r>
      <w:r>
        <w:rPr>
          <w:rFonts w:ascii="SimSun" w:eastAsia="SimSun" w:hAnsi="SimSun" w:cs="SimSun"/>
          <w:color w:val="000000"/>
          <w:lang w:eastAsia="zh-CN"/>
        </w:rPr>
        <w:t>分，平一场得</w:t>
      </w:r>
      <w:r>
        <w:rPr>
          <w:rFonts w:ascii="Times New Roman" w:eastAsia="Times New Roman" w:hAnsi="Times New Roman" w:cs="Times New Roman"/>
          <w:color w:val="000000"/>
          <w:lang w:eastAsia="zh-CN"/>
        </w:rPr>
        <w:t>1</w:t>
      </w:r>
      <w:r>
        <w:rPr>
          <w:rFonts w:ascii="SimSun" w:eastAsia="SimSun" w:hAnsi="SimSun" w:cs="SimSun"/>
          <w:color w:val="000000"/>
          <w:lang w:eastAsia="zh-CN"/>
        </w:rPr>
        <w:t>分，负一场得分为：</w:t>
      </w:r>
      <w:r>
        <w:rPr>
          <w:rFonts w:ascii="Times New Roman" w:eastAsia="Times New Roman" w:hAnsi="Times New Roman" w:cs="Times New Roman"/>
          <w:color w:val="000000"/>
          <w:lang w:eastAsia="zh-CN"/>
        </w:rPr>
        <w:t>0</w:t>
      </w:r>
      <w:r>
        <w:rPr>
          <w:rFonts w:ascii="SimSun" w:eastAsia="SimSun" w:hAnsi="SimSun" w:cs="SimSun"/>
          <w:color w:val="000000"/>
          <w:lang w:eastAsia="zh-CN"/>
        </w:rPr>
        <w:t>分．</w:t>
      </w:r>
    </w:p>
    <w:p w14:paraId="26714291"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rPr>
          <w:rFonts w:ascii="Times New Roman" w:eastAsia="Times New Roman" w:hAnsi="Times New Roman" w:cs="Times New Roman"/>
          <w:color w:val="000000"/>
          <w:lang w:eastAsia="zh-CN"/>
        </w:rPr>
        <w:t>∵</w:t>
      </w:r>
      <w:r>
        <w:rPr>
          <w:rFonts w:ascii="SimSun" w:eastAsia="SimSun" w:hAnsi="SimSun" w:cs="SimSun"/>
          <w:color w:val="000000"/>
          <w:lang w:eastAsia="zh-CN"/>
        </w:rPr>
        <w:t>甲队伍胜</w:t>
      </w:r>
      <w:r>
        <w:rPr>
          <w:rFonts w:ascii="Times New Roman" w:eastAsia="Times New Roman" w:hAnsi="Times New Roman" w:cs="Times New Roman"/>
          <w:color w:val="000000"/>
          <w:lang w:eastAsia="zh-CN"/>
        </w:rPr>
        <w:t>10</w:t>
      </w:r>
      <w:r>
        <w:rPr>
          <w:rFonts w:ascii="SimSun" w:eastAsia="SimSun" w:hAnsi="SimSun" w:cs="SimSun"/>
          <w:color w:val="000000"/>
          <w:lang w:eastAsia="zh-CN"/>
        </w:rPr>
        <w:t>场，总分</w:t>
      </w:r>
      <w:r>
        <w:rPr>
          <w:rFonts w:ascii="Times New Roman" w:eastAsia="Times New Roman" w:hAnsi="Times New Roman" w:cs="Times New Roman"/>
          <w:color w:val="000000"/>
          <w:lang w:eastAsia="zh-CN"/>
        </w:rPr>
        <w:t>30</w:t>
      </w:r>
      <w:r>
        <w:rPr>
          <w:rFonts w:ascii="SimSun" w:eastAsia="SimSun" w:hAnsi="SimSun" w:cs="SimSun"/>
          <w:color w:val="000000"/>
          <w:lang w:eastAsia="zh-CN"/>
        </w:rPr>
        <w:t>分，</w:t>
      </w:r>
    </w:p>
    <w:p w14:paraId="6213830D"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∴胜一场得</w:t>
      </w:r>
      <w:r>
        <w:pict w14:anchorId="22B9D886">
          <v:shape id="_x0000_i1907" type="#_x0000_t75" alt="学科网(www.zxxk.com)--教育资源门户，提供试卷、教案、课件、论文、素材以及各类教学资源下载，还有大量而丰富的教学相关资讯！" style="width:54.35pt;height:13.6pt">
            <v:imagedata r:id="rId540" o:title="eqIdf9db46003e37ed828a925f25cb9c4e6b"/>
          </v:shape>
        </w:pict>
      </w:r>
      <w:r>
        <w:rPr>
          <w:rFonts w:ascii="SimSun" w:eastAsia="SimSun" w:hAnsi="SimSun" w:cs="SimSun"/>
          <w:color w:val="000000"/>
          <w:lang w:eastAsia="zh-CN"/>
        </w:rPr>
        <w:t>（分），</w:t>
      </w:r>
    </w:p>
    <w:p w14:paraId="782740F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∵乙队伍胜</w:t>
      </w:r>
      <w:r>
        <w:rPr>
          <w:rFonts w:ascii="Times New Roman" w:eastAsia="Times New Roman" w:hAnsi="Times New Roman" w:cs="Times New Roman"/>
          <w:color w:val="000000"/>
          <w:lang w:eastAsia="zh-CN"/>
        </w:rPr>
        <w:t>6</w:t>
      </w:r>
      <w:r>
        <w:rPr>
          <w:rFonts w:ascii="SimSun" w:eastAsia="SimSun" w:hAnsi="SimSun" w:cs="SimSun"/>
          <w:color w:val="000000"/>
          <w:lang w:eastAsia="zh-CN"/>
        </w:rPr>
        <w:t>场，平</w:t>
      </w:r>
      <w:r>
        <w:rPr>
          <w:rFonts w:ascii="Times New Roman" w:eastAsia="Times New Roman" w:hAnsi="Times New Roman" w:cs="Times New Roman"/>
          <w:color w:val="000000"/>
          <w:lang w:eastAsia="zh-CN"/>
        </w:rPr>
        <w:t>4</w:t>
      </w:r>
      <w:r>
        <w:rPr>
          <w:rFonts w:ascii="SimSun" w:eastAsia="SimSun" w:hAnsi="SimSun" w:cs="SimSun"/>
          <w:color w:val="000000"/>
          <w:lang w:eastAsia="zh-CN"/>
        </w:rPr>
        <w:t>场，总分</w:t>
      </w:r>
      <w:r>
        <w:rPr>
          <w:rFonts w:ascii="Times New Roman" w:eastAsia="Times New Roman" w:hAnsi="Times New Roman" w:cs="Times New Roman"/>
          <w:color w:val="000000"/>
          <w:lang w:eastAsia="zh-CN"/>
        </w:rPr>
        <w:t>22</w:t>
      </w:r>
      <w:r>
        <w:rPr>
          <w:rFonts w:ascii="SimSun" w:eastAsia="SimSun" w:hAnsi="SimSun" w:cs="SimSun"/>
          <w:color w:val="000000"/>
          <w:lang w:eastAsia="zh-CN"/>
        </w:rPr>
        <w:t>分，</w:t>
      </w:r>
    </w:p>
    <w:p w14:paraId="14F56E60"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∴平一场得</w:t>
      </w:r>
      <w:r>
        <w:pict w14:anchorId="7D21045B">
          <v:shape id="_x0000_i1908" type="#_x0000_t75" alt="学科网(www.zxxk.com)--教育资源门户，提供试卷、教案、课件、论文、素材以及各类教学资源下载，还有大量而丰富的教学相关资讯！" style="width:93.75pt;height:20.4pt">
            <v:imagedata r:id="rId541" o:title="eqId3caeef6717f332609348b4cc6995a586"/>
          </v:shape>
        </w:pict>
      </w:r>
      <w:r>
        <w:rPr>
          <w:rFonts w:ascii="SimSun" w:eastAsia="SimSun" w:hAnsi="SimSun" w:cs="SimSun"/>
          <w:color w:val="000000"/>
          <w:lang w:eastAsia="zh-CN"/>
        </w:rPr>
        <w:t>（分），</w:t>
      </w:r>
    </w:p>
    <w:p w14:paraId="007D723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∵丙队伍胜</w:t>
      </w:r>
      <w:r>
        <w:rPr>
          <w:rFonts w:ascii="Times New Roman" w:eastAsia="Times New Roman" w:hAnsi="Times New Roman" w:cs="Times New Roman"/>
          <w:color w:val="000000"/>
          <w:lang w:eastAsia="zh-CN"/>
        </w:rPr>
        <w:t>4</w:t>
      </w:r>
      <w:r>
        <w:rPr>
          <w:rFonts w:ascii="SimSun" w:eastAsia="SimSun" w:hAnsi="SimSun" w:cs="SimSun"/>
          <w:color w:val="000000"/>
          <w:lang w:eastAsia="zh-CN"/>
        </w:rPr>
        <w:t>场，平</w:t>
      </w:r>
      <w:r>
        <w:rPr>
          <w:rFonts w:ascii="Times New Roman" w:eastAsia="Times New Roman" w:hAnsi="Times New Roman" w:cs="Times New Roman"/>
          <w:color w:val="000000"/>
          <w:lang w:eastAsia="zh-CN"/>
        </w:rPr>
        <w:t>3</w:t>
      </w:r>
      <w:r>
        <w:rPr>
          <w:rFonts w:ascii="SimSun" w:eastAsia="SimSun" w:hAnsi="SimSun" w:cs="SimSun"/>
          <w:color w:val="000000"/>
          <w:lang w:eastAsia="zh-CN"/>
        </w:rPr>
        <w:t>场，总分</w:t>
      </w:r>
      <w:r>
        <w:rPr>
          <w:rFonts w:ascii="Times New Roman" w:eastAsia="Times New Roman" w:hAnsi="Times New Roman" w:cs="Times New Roman"/>
          <w:color w:val="000000"/>
          <w:lang w:eastAsia="zh-CN"/>
        </w:rPr>
        <w:t>15</w:t>
      </w:r>
      <w:r>
        <w:rPr>
          <w:rFonts w:ascii="SimSun" w:eastAsia="SimSun" w:hAnsi="SimSun" w:cs="SimSun"/>
          <w:color w:val="000000"/>
          <w:lang w:eastAsia="zh-CN"/>
        </w:rPr>
        <w:t>分，</w:t>
      </w:r>
    </w:p>
    <w:p w14:paraId="67929425"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∴负一场得分为：</w:t>
      </w:r>
      <w:r>
        <w:pict w14:anchorId="65111BFE">
          <v:shape id="_x0000_i1909" type="#_x0000_t75" alt="学科网(www.zxxk.com)--教育资源门户，提供试卷、教案、课件、论文、素材以及各类教学资源下载，还有大量而丰富的教学相关资讯！" style="width:161pt;height:20.4pt">
            <v:imagedata r:id="rId542" o:title="eqIdf3ea140458068c18ef6368305a9fdba5"/>
          </v:shape>
        </w:pict>
      </w:r>
      <w:r>
        <w:rPr>
          <w:rFonts w:ascii="SimSun" w:eastAsia="SimSun" w:hAnsi="SimSun" w:cs="SimSun"/>
          <w:color w:val="000000"/>
          <w:lang w:eastAsia="zh-CN"/>
        </w:rPr>
        <w:t>，</w:t>
      </w:r>
    </w:p>
    <w:p w14:paraId="2D3EACF9"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∵丁队伍胜</w:t>
      </w:r>
      <w:r>
        <w:rPr>
          <w:rFonts w:ascii="Times New Roman" w:eastAsia="Times New Roman" w:hAnsi="Times New Roman" w:cs="Times New Roman"/>
          <w:color w:val="000000"/>
          <w:lang w:eastAsia="zh-CN"/>
        </w:rPr>
        <w:t>5</w:t>
      </w:r>
      <w:r>
        <w:rPr>
          <w:rFonts w:ascii="SimSun" w:eastAsia="SimSun" w:hAnsi="SimSun" w:cs="SimSun"/>
          <w:color w:val="000000"/>
          <w:lang w:eastAsia="zh-CN"/>
        </w:rPr>
        <w:t>场，平</w:t>
      </w:r>
      <w:r>
        <w:rPr>
          <w:rFonts w:ascii="Times New Roman" w:eastAsia="Times New Roman" w:hAnsi="Times New Roman" w:cs="Times New Roman"/>
          <w:color w:val="000000"/>
          <w:lang w:eastAsia="zh-CN"/>
        </w:rPr>
        <w:t>2</w:t>
      </w:r>
      <w:r>
        <w:rPr>
          <w:rFonts w:ascii="SimSun" w:eastAsia="SimSun" w:hAnsi="SimSun" w:cs="SimSun"/>
          <w:color w:val="000000"/>
          <w:lang w:eastAsia="zh-CN"/>
        </w:rPr>
        <w:t>场，</w:t>
      </w:r>
    </w:p>
    <w:p w14:paraId="587EA03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∴丁队伍总分为：</w:t>
      </w:r>
      <w:r>
        <w:pict w14:anchorId="380B6DD0">
          <v:shape id="_x0000_i1910" type="#_x0000_t75" alt="学科网(www.zxxk.com)--教育资源门户，提供试卷、教案、课件、论文、素材以及各类教学资源下载，还有大量而丰富的教学相关资讯！" style="width:63.15pt;height:14.25pt">
            <v:imagedata r:id="rId543" o:title="eqIdf9ad2030624bca07c9dae3f42e21753b"/>
          </v:shape>
        </w:pict>
      </w:r>
      <w:r>
        <w:rPr>
          <w:rFonts w:ascii="SimSun" w:eastAsia="SimSun" w:hAnsi="SimSun" w:cs="SimSun"/>
          <w:color w:val="000000"/>
          <w:lang w:eastAsia="zh-CN"/>
        </w:rPr>
        <w:t>（分），</w:t>
      </w:r>
    </w:p>
    <w:p w14:paraId="46FBDF1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设</w:t>
      </w:r>
      <w:proofErr w:type="gramStart"/>
      <w:r>
        <w:rPr>
          <w:rFonts w:ascii="SimSun" w:eastAsia="SimSun" w:hAnsi="SimSun" w:cs="SimSun"/>
          <w:color w:val="000000"/>
          <w:lang w:eastAsia="zh-CN"/>
        </w:rPr>
        <w:t>戊队伍负</w:t>
      </w:r>
      <w:proofErr w:type="gramEnd"/>
      <w:r>
        <w:rPr>
          <w:rFonts w:ascii="SimSun" w:eastAsia="SimSun" w:hAnsi="SimSun" w:cs="SimSun"/>
          <w:color w:val="000000"/>
          <w:lang w:eastAsia="zh-CN"/>
        </w:rPr>
        <w:t>的场数为</w:t>
      </w:r>
      <w:r>
        <w:rPr>
          <w:rFonts w:ascii="Times New Roman" w:eastAsia="Times New Roman" w:hAnsi="Times New Roman" w:cs="Times New Roman"/>
          <w:i/>
          <w:color w:val="000000"/>
          <w:lang w:eastAsia="zh-CN"/>
        </w:rPr>
        <w:t>x</w:t>
      </w:r>
      <w:r>
        <w:rPr>
          <w:rFonts w:ascii="SimSun" w:eastAsia="SimSun" w:hAnsi="SimSun" w:cs="SimSun"/>
          <w:color w:val="000000"/>
          <w:lang w:eastAsia="zh-CN"/>
        </w:rPr>
        <w:t>场，则胜的场数为</w:t>
      </w:r>
      <w:r>
        <w:pict w14:anchorId="689FB9E1">
          <v:shape id="_x0000_i1911" type="#_x0000_t75" alt="学科网(www.zxxk.com)--教育资源门户，提供试卷、教案、课件、论文、素材以及各类教学资源下载，还有大量而丰富的教学相关资讯！" style="width:15.6pt;height:14.25pt">
            <v:imagedata r:id="rId544" o:title="eqId6c1d2e5599453f8d4c04369bc8f79962"/>
          </v:shape>
        </w:pict>
      </w:r>
      <w:r>
        <w:rPr>
          <w:rFonts w:ascii="SimSun" w:eastAsia="SimSun" w:hAnsi="SimSun" w:cs="SimSun"/>
          <w:color w:val="000000"/>
          <w:lang w:eastAsia="zh-CN"/>
        </w:rPr>
        <w:t>场，根据题意得：</w:t>
      </w:r>
    </w:p>
    <w:p w14:paraId="7EE3F2AA" w14:textId="77777777" w:rsidR="008113A1" w:rsidRDefault="00000000">
      <w:pPr>
        <w:spacing w:line="360" w:lineRule="auto"/>
        <w:textAlignment w:val="center"/>
        <w:rPr>
          <w:color w:val="000000"/>
          <w:lang w:eastAsia="zh-CN"/>
        </w:rPr>
      </w:pPr>
      <w:r>
        <w:pict w14:anchorId="20840CAC">
          <v:shape id="_x0000_i1912" type="#_x0000_t75" alt="学科网(www.zxxk.com)--教育资源门户，提供试卷、教案、课件、论文、素材以及各类教学资源下载，还有大量而丰富的教学相关资讯！" style="width:189.5pt;height:20.4pt">
            <v:imagedata r:id="rId545" o:title="eqIdc25d00af164d0c986a08106af93d3019"/>
          </v:shape>
        </w:pict>
      </w:r>
      <w:r>
        <w:rPr>
          <w:rFonts w:ascii="SimSun" w:eastAsia="SimSun" w:hAnsi="SimSun" w:cs="SimSun"/>
          <w:color w:val="000000"/>
          <w:lang w:eastAsia="zh-CN"/>
        </w:rPr>
        <w:t>，</w:t>
      </w:r>
    </w:p>
    <w:p w14:paraId="2B9057A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解得：</w:t>
      </w:r>
      <w:r>
        <w:pict w14:anchorId="045B109E">
          <v:shape id="_x0000_i1913" type="#_x0000_t75" alt="学科网(www.zxxk.com)--教育资源门户，提供试卷、教案、课件、论文、素材以及各类教学资源下载，还有大量而丰富的教学相关资讯！" style="width:24.45pt;height:12.9pt">
            <v:imagedata r:id="rId546" o:title="eqId707ea658f3a9359f5740d5aab48f7948"/>
          </v:shape>
        </w:pict>
      </w:r>
      <w:r>
        <w:rPr>
          <w:rFonts w:ascii="SimSun" w:eastAsia="SimSun" w:hAnsi="SimSun" w:cs="SimSun"/>
          <w:color w:val="000000"/>
          <w:lang w:eastAsia="zh-CN"/>
        </w:rPr>
        <w:t>，</w:t>
      </w:r>
    </w:p>
    <w:p w14:paraId="727C43FC"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∴胜的场数为</w:t>
      </w:r>
      <w:r>
        <w:rPr>
          <w:rFonts w:ascii="Times New Roman" w:eastAsia="Times New Roman" w:hAnsi="Times New Roman" w:cs="Times New Roman"/>
          <w:color w:val="000000"/>
          <w:lang w:eastAsia="zh-CN"/>
        </w:rPr>
        <w:t>4</w:t>
      </w:r>
      <w:r>
        <w:rPr>
          <w:rFonts w:ascii="SimSun" w:eastAsia="SimSun" w:hAnsi="SimSun" w:cs="SimSun"/>
          <w:color w:val="000000"/>
          <w:lang w:eastAsia="zh-CN"/>
        </w:rPr>
        <w:t>场，平的场数为：</w:t>
      </w:r>
      <w:r>
        <w:pict w14:anchorId="35D91A4B">
          <v:shape id="_x0000_i1914" type="#_x0000_t75" alt="学科网(www.zxxk.com)--教育资源门户，提供试卷、教案、课件、论文、素材以及各类教学资源下载，还有大量而丰富的教学相关资讯！" style="width:64.55pt;height:14.25pt">
            <v:imagedata r:id="rId547" o:title="eqId33eaca63e38d3a4fcdeae69cc5ea879e"/>
          </v:shape>
        </w:pict>
      </w:r>
      <w:r>
        <w:rPr>
          <w:rFonts w:ascii="SimSun" w:eastAsia="SimSun" w:hAnsi="SimSun" w:cs="SimSun"/>
          <w:color w:val="000000"/>
          <w:lang w:eastAsia="zh-CN"/>
        </w:rPr>
        <w:t>（场），</w:t>
      </w:r>
    </w:p>
    <w:p w14:paraId="7AC26F98" w14:textId="77777777" w:rsidR="008113A1" w:rsidRDefault="00000000">
      <w:pPr>
        <w:spacing w:line="360" w:lineRule="auto"/>
        <w:textAlignment w:val="center"/>
        <w:rPr>
          <w:color w:val="000000"/>
          <w:lang w:eastAsia="zh-CN"/>
        </w:rPr>
      </w:pPr>
      <w:proofErr w:type="gramStart"/>
      <w:r>
        <w:rPr>
          <w:rFonts w:ascii="SimSun" w:eastAsia="SimSun" w:hAnsi="SimSun" w:cs="SimSun"/>
          <w:color w:val="000000"/>
          <w:lang w:eastAsia="zh-CN"/>
        </w:rPr>
        <w:t>戊</w:t>
      </w:r>
      <w:proofErr w:type="gramEnd"/>
      <w:r>
        <w:rPr>
          <w:rFonts w:ascii="SimSun" w:eastAsia="SimSun" w:hAnsi="SimSun" w:cs="SimSun"/>
          <w:color w:val="000000"/>
          <w:lang w:eastAsia="zh-CN"/>
        </w:rPr>
        <w:t>队伍总分为：</w:t>
      </w:r>
      <w:r>
        <w:pict w14:anchorId="43638C27">
          <v:shape id="_x0000_i1915" type="#_x0000_t75" alt="学科网(www.zxxk.com)--教育资源门户，提供试卷、教案、课件、论文、素材以及各类教学资源下载，还有大量而丰富的教学相关资讯！" style="width:64.55pt;height:13.6pt">
            <v:imagedata r:id="rId548" o:title="eqId0fe9227010a7276747ad788e03e24a82"/>
          </v:shape>
        </w:pict>
      </w:r>
      <w:r>
        <w:rPr>
          <w:rFonts w:ascii="SimSun" w:eastAsia="SimSun" w:hAnsi="SimSun" w:cs="SimSun"/>
          <w:color w:val="000000"/>
          <w:lang w:eastAsia="zh-CN"/>
        </w:rPr>
        <w:t>（分），</w:t>
      </w:r>
    </w:p>
    <w:p w14:paraId="10E00A63"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w:t>
      </w:r>
      <w:r>
        <w:pict w14:anchorId="7475C01D">
          <v:shape id="_x0000_i1916" type="#_x0000_t75" alt="学科网(www.zxxk.com)--教育资源门户，提供试卷、教案、课件、论文、素材以及各类教学资源下载，还有大量而丰富的教学相关资讯！" style="width:113.45pt;height:14.25pt">
            <v:imagedata r:id="rId549" o:title="eqId3b6347b423789261987cec367bfad0a7"/>
          </v:shape>
        </w:pict>
      </w:r>
      <w:r>
        <w:rPr>
          <w:rFonts w:ascii="SimSun" w:eastAsia="SimSun" w:hAnsi="SimSun" w:cs="SimSun"/>
          <w:color w:val="000000"/>
          <w:lang w:eastAsia="zh-CN"/>
        </w:rPr>
        <w:t>，</w:t>
      </w:r>
    </w:p>
    <w:p w14:paraId="1E89ACB9" w14:textId="77777777" w:rsidR="008113A1" w:rsidRDefault="00000000">
      <w:pPr>
        <w:spacing w:line="360" w:lineRule="auto"/>
        <w:textAlignment w:val="center"/>
        <w:rPr>
          <w:color w:val="000000"/>
          <w:lang w:eastAsia="zh-CN"/>
        </w:rPr>
      </w:pPr>
      <w:r>
        <w:rPr>
          <w:rFonts w:ascii="Times New Roman" w:eastAsia="Times New Roman" w:hAnsi="Times New Roman" w:cs="Times New Roman"/>
          <w:color w:val="000000"/>
          <w:lang w:eastAsia="zh-CN"/>
        </w:rPr>
        <w:t>∴</w:t>
      </w:r>
      <w:r>
        <w:rPr>
          <w:rFonts w:ascii="SimSun" w:eastAsia="SimSun" w:hAnsi="SimSun" w:cs="SimSun"/>
          <w:color w:val="000000"/>
          <w:lang w:eastAsia="zh-CN"/>
        </w:rPr>
        <w:t>五支队伍按分数从高到低排序为：③甲乙丁戊丙．</w:t>
      </w:r>
    </w:p>
    <w:p w14:paraId="22B3F8CB"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rPr>
          <w:rFonts w:ascii="Times New Roman" w:eastAsia="Times New Roman" w:hAnsi="Times New Roman" w:cs="Times New Roman"/>
          <w:color w:val="000000"/>
          <w:lang w:eastAsia="zh-CN"/>
        </w:rPr>
        <w:t>17</w:t>
      </w:r>
      <w:r>
        <w:rPr>
          <w:rFonts w:ascii="SimSun" w:eastAsia="SimSun" w:hAnsi="SimSun" w:cs="SimSun"/>
          <w:color w:val="000000"/>
          <w:lang w:eastAsia="zh-CN"/>
        </w:rPr>
        <w:t>；</w:t>
      </w:r>
      <w:r>
        <w:rPr>
          <w:rFonts w:ascii="Times New Roman" w:eastAsia="Times New Roman" w:hAnsi="Times New Roman" w:cs="Times New Roman"/>
          <w:color w:val="000000"/>
          <w:lang w:eastAsia="zh-CN"/>
        </w:rPr>
        <w:t>③</w:t>
      </w:r>
      <w:r>
        <w:rPr>
          <w:rFonts w:ascii="SimSun" w:eastAsia="SimSun" w:hAnsi="SimSun" w:cs="SimSun"/>
          <w:color w:val="000000"/>
          <w:lang w:eastAsia="zh-CN"/>
        </w:rPr>
        <w:t>．</w:t>
      </w:r>
    </w:p>
    <w:p w14:paraId="6D5C5770" w14:textId="77777777" w:rsidR="008113A1" w:rsidRDefault="00000000">
      <w:pPr>
        <w:spacing w:line="360" w:lineRule="auto"/>
        <w:jc w:val="both"/>
        <w:textAlignment w:val="center"/>
        <w:rPr>
          <w:color w:val="000000"/>
          <w:lang w:eastAsia="zh-CN"/>
        </w:rPr>
      </w:pPr>
      <w:r>
        <w:rPr>
          <w:rFonts w:ascii="SimSun" w:eastAsia="SimSun" w:hAnsi="SimSun" w:cs="SimSun"/>
          <w:b/>
          <w:color w:val="000000"/>
          <w:sz w:val="24"/>
          <w:lang w:eastAsia="zh-CN"/>
        </w:rPr>
        <w:t>三、解答题（本题共</w:t>
      </w:r>
      <w:r>
        <w:rPr>
          <w:rFonts w:ascii="Times New Roman" w:eastAsia="Times New Roman" w:hAnsi="Times New Roman" w:cs="Times New Roman"/>
          <w:b/>
          <w:color w:val="000000"/>
          <w:sz w:val="24"/>
          <w:lang w:eastAsia="zh-CN"/>
        </w:rPr>
        <w:t>68</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17</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题，每小题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23</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26</w:t>
      </w:r>
      <w:r>
        <w:rPr>
          <w:rFonts w:ascii="SimSun" w:eastAsia="SimSun" w:hAnsi="SimSun" w:cs="SimSun"/>
          <w:b/>
          <w:color w:val="000000"/>
          <w:sz w:val="24"/>
          <w:lang w:eastAsia="zh-CN"/>
        </w:rPr>
        <w:t>题，每小题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27</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28</w:t>
      </w:r>
      <w:r>
        <w:rPr>
          <w:rFonts w:ascii="SimSun" w:eastAsia="SimSun" w:hAnsi="SimSun" w:cs="SimSun"/>
          <w:b/>
          <w:color w:val="000000"/>
          <w:sz w:val="24"/>
          <w:lang w:eastAsia="zh-CN"/>
        </w:rPr>
        <w:t>题，每小题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分）解答应写出文字说明，演算步骤或证明过程．</w:t>
      </w:r>
    </w:p>
    <w:p w14:paraId="0A935FC6" w14:textId="77777777" w:rsidR="008113A1" w:rsidRDefault="00000000">
      <w:pPr>
        <w:pStyle w:val="Heading2"/>
        <w:rPr>
          <w:lang w:eastAsia="zh-CN"/>
        </w:rPr>
      </w:pPr>
      <w:bookmarkStart w:id="50" w:name="_Toc235460067"/>
      <w:r>
        <w:rPr>
          <w:lang w:eastAsia="zh-CN"/>
        </w:rPr>
        <w:lastRenderedPageBreak/>
        <w:t>昌平区</w:t>
      </w:r>
      <w:bookmarkEnd w:id="50"/>
    </w:p>
    <w:p w14:paraId="52CDDA9D" w14:textId="77777777" w:rsidR="008113A1" w:rsidRDefault="00000000">
      <w:pPr>
        <w:spacing w:line="360" w:lineRule="auto"/>
        <w:jc w:val="both"/>
        <w:textAlignment w:val="center"/>
        <w:rPr>
          <w:color w:val="000000"/>
          <w:lang w:eastAsia="zh-CN"/>
        </w:rPr>
      </w:pPr>
      <w:r>
        <w:rPr>
          <w:color w:val="000000"/>
          <w:lang w:eastAsia="zh-CN"/>
        </w:rPr>
        <w:t xml:space="preserve">18. </w:t>
      </w:r>
      <w:r>
        <w:rPr>
          <w:rFonts w:ascii="SimSun" w:eastAsia="SimSun" w:hAnsi="SimSun" w:cs="SimSun"/>
          <w:color w:val="000000"/>
          <w:lang w:eastAsia="zh-CN"/>
        </w:rPr>
        <w:t>如图，琳琳将三角形沿虚线剪去一个角得到四边形，设三角形</w:t>
      </w:r>
      <w:r>
        <w:pict w14:anchorId="195FCCA2">
          <v:shape id="_x0000_i1917" type="#_x0000_t75" alt="学科网(www.zxxk.com)--教育资源门户，提供试卷、教案、课件、论文、素材以及各类教学资源下载，还有大量而丰富的教学相关资讯！" style="width:27.85pt;height:14.25pt">
            <v:imagedata r:id="rId550" o:title="eqId7bef5239ddbb0972700ce01daf9ee7cf"/>
          </v:shape>
        </w:pict>
      </w:r>
      <w:r>
        <w:rPr>
          <w:rFonts w:ascii="SimSun" w:eastAsia="SimSun" w:hAnsi="SimSun" w:cs="SimSun"/>
          <w:color w:val="000000"/>
          <w:lang w:eastAsia="zh-CN"/>
        </w:rPr>
        <w:t>与四边形</w:t>
      </w:r>
      <w:r>
        <w:pict w14:anchorId="08C11355">
          <v:shape id="_x0000_i1918" type="#_x0000_t75" alt="学科网(www.zxxk.com)--教育资源门户，提供试卷、教案、课件、论文、素材以及各类教学资源下载，还有大量而丰富的教学相关资讯！" style="width:36pt;height:14.25pt">
            <v:imagedata r:id="rId551" o:title="eqId2fa7bbd7831e9ff4f8cffc8889d34f05"/>
          </v:shape>
        </w:pict>
      </w:r>
      <w:r>
        <w:rPr>
          <w:rFonts w:ascii="SimSun" w:eastAsia="SimSun" w:hAnsi="SimSun" w:cs="SimSun"/>
          <w:color w:val="000000"/>
          <w:lang w:eastAsia="zh-CN"/>
        </w:rPr>
        <w:t>的周长分别为</w:t>
      </w:r>
      <w:r>
        <w:rPr>
          <w:rFonts w:ascii="Times New Roman" w:eastAsia="Times New Roman" w:hAnsi="Times New Roman" w:cs="Times New Roman"/>
          <w:i/>
          <w:color w:val="000000"/>
          <w:lang w:eastAsia="zh-CN"/>
        </w:rPr>
        <w:t>m</w:t>
      </w:r>
      <w:r>
        <w:rPr>
          <w:rFonts w:ascii="SimSun" w:eastAsia="SimSun" w:hAnsi="SimSun" w:cs="SimSun"/>
          <w:color w:val="000000"/>
          <w:lang w:eastAsia="zh-CN"/>
        </w:rPr>
        <w:t>和</w:t>
      </w:r>
      <w:r>
        <w:rPr>
          <w:rFonts w:ascii="Times New Roman" w:eastAsia="Times New Roman" w:hAnsi="Times New Roman" w:cs="Times New Roman"/>
          <w:i/>
          <w:color w:val="000000"/>
          <w:lang w:eastAsia="zh-CN"/>
        </w:rPr>
        <w:t>n</w:t>
      </w:r>
      <w:r>
        <w:rPr>
          <w:rFonts w:ascii="SimSun" w:eastAsia="SimSun" w:hAnsi="SimSun" w:cs="SimSun"/>
          <w:color w:val="000000"/>
          <w:lang w:eastAsia="zh-CN"/>
        </w:rPr>
        <w:t>，则</w:t>
      </w:r>
      <w:r>
        <w:rPr>
          <w:rFonts w:ascii="Times New Roman" w:eastAsia="Times New Roman" w:hAnsi="Times New Roman" w:cs="Times New Roman"/>
          <w:i/>
          <w:color w:val="000000"/>
          <w:lang w:eastAsia="zh-CN"/>
        </w:rPr>
        <w:t>m</w:t>
      </w:r>
      <w:r>
        <w:rPr>
          <w:rFonts w:ascii="SimSun" w:eastAsia="SimSun" w:hAnsi="SimSun" w:cs="SimSun"/>
          <w:color w:val="000000"/>
          <w:lang w:eastAsia="zh-CN"/>
        </w:rPr>
        <w:t>与</w:t>
      </w:r>
      <w:r>
        <w:rPr>
          <w:rFonts w:ascii="Times New Roman" w:eastAsia="Times New Roman" w:hAnsi="Times New Roman" w:cs="Times New Roman"/>
          <w:i/>
          <w:color w:val="000000"/>
          <w:lang w:eastAsia="zh-CN"/>
        </w:rPr>
        <w:t>n</w:t>
      </w:r>
      <w:r>
        <w:rPr>
          <w:rFonts w:ascii="SimSun" w:eastAsia="SimSun" w:hAnsi="SimSun" w:cs="SimSun"/>
          <w:color w:val="000000"/>
          <w:lang w:eastAsia="zh-CN"/>
        </w:rPr>
        <w:t>的大小关系是</w:t>
      </w:r>
      <w:r>
        <w:rPr>
          <w:color w:val="000000"/>
          <w:lang w:eastAsia="zh-CN"/>
        </w:rPr>
        <w:t>________</w:t>
      </w:r>
      <w:r>
        <w:rPr>
          <w:rFonts w:ascii="SimSun" w:eastAsia="SimSun" w:hAnsi="SimSun" w:cs="SimSun"/>
          <w:color w:val="000000"/>
          <w:lang w:eastAsia="zh-CN"/>
        </w:rPr>
        <w:t>，理论依据是：</w:t>
      </w:r>
      <w:r>
        <w:rPr>
          <w:color w:val="000000"/>
          <w:lang w:eastAsia="zh-CN"/>
        </w:rPr>
        <w:t>________</w:t>
      </w:r>
      <w:r>
        <w:rPr>
          <w:rFonts w:ascii="SimSun" w:eastAsia="SimSun" w:hAnsi="SimSun" w:cs="SimSun"/>
          <w:color w:val="000000"/>
          <w:lang w:eastAsia="zh-CN"/>
        </w:rPr>
        <w:t>．</w:t>
      </w:r>
    </w:p>
    <w:p w14:paraId="4FBFA4F0" w14:textId="77777777" w:rsidR="008113A1" w:rsidRDefault="00000000">
      <w:pPr>
        <w:spacing w:line="360" w:lineRule="auto"/>
        <w:jc w:val="both"/>
        <w:textAlignment w:val="center"/>
        <w:rPr>
          <w:color w:val="000000"/>
          <w:lang w:eastAsia="zh-CN"/>
        </w:rPr>
      </w:pPr>
      <w:r>
        <w:rPr>
          <w:noProof/>
          <w:color w:val="000000"/>
        </w:rPr>
        <w:drawing>
          <wp:inline distT="0" distB="0" distL="114300" distR="114300" wp14:anchorId="5C229B5A" wp14:editId="36AEB425">
            <wp:extent cx="2562225" cy="1257300"/>
            <wp:effectExtent l="0" t="0" r="0" b="0"/>
            <wp:docPr id="4331"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2" name="图片 100047" descr="学科网(www.zxxk.com)--教育资源门户，提供试卷、教案、课件、论文、素材以及各类教学资源下载，还有大量而丰富的教学相关资讯！"/>
                    <pic:cNvPicPr>
                      <a:picLocks noChangeAspect="1"/>
                    </pic:cNvPicPr>
                  </pic:nvPicPr>
                  <pic:blipFill>
                    <a:blip r:embed="rId552"/>
                    <a:stretch>
                      <a:fillRect/>
                    </a:stretch>
                  </pic:blipFill>
                  <pic:spPr>
                    <a:xfrm>
                      <a:off x="0" y="0"/>
                      <a:ext cx="2562225" cy="1257300"/>
                    </a:xfrm>
                    <a:prstGeom prst="rect">
                      <a:avLst/>
                    </a:prstGeom>
                  </pic:spPr>
                </pic:pic>
              </a:graphicData>
            </a:graphic>
          </wp:inline>
        </w:drawing>
      </w:r>
      <w:r>
        <w:rPr>
          <w:color w:val="000000"/>
          <w:lang w:eastAsia="zh-CN"/>
        </w:rPr>
        <w:t xml:space="preserve">  </w:t>
      </w:r>
    </w:p>
    <w:p w14:paraId="06277C68" w14:textId="77777777" w:rsidR="008113A1" w:rsidRDefault="00000000">
      <w:pPr>
        <w:spacing w:line="360" w:lineRule="auto"/>
        <w:textAlignment w:val="center"/>
        <w:rPr>
          <w:color w:val="000000"/>
          <w:lang w:eastAsia="zh-CN"/>
        </w:rPr>
      </w:pPr>
      <w:r>
        <w:rPr>
          <w:color w:val="2E75B6"/>
          <w:lang w:eastAsia="zh-CN"/>
        </w:rPr>
        <w:t>【答案】</w:t>
      </w:r>
      <w:r>
        <w:rPr>
          <w:color w:val="000000"/>
          <w:lang w:eastAsia="zh-CN"/>
        </w:rPr>
        <w:t xml:space="preserve">    ①. </w:t>
      </w:r>
      <w:r>
        <w:pict w14:anchorId="2C692B4C">
          <v:shape id="_x0000_i1919" type="#_x0000_t75" alt="学科网(www.zxxk.com)--教育资源门户，提供试卷、教案、课件、论文、素材以及各类教学资源下载，还有大量而丰富的教学相关资讯！" style="width:31.25pt;height:10.85pt">
            <v:imagedata r:id="rId553" o:title="eqId7091d529281abff275ef19b9197445a7"/>
          </v:shape>
        </w:pict>
      </w:r>
      <w:r>
        <w:rPr>
          <w:color w:val="000000"/>
          <w:lang w:eastAsia="zh-CN"/>
        </w:rPr>
        <w:t xml:space="preserve">    ②. </w:t>
      </w:r>
      <w:r>
        <w:rPr>
          <w:rFonts w:ascii="SimSun" w:eastAsia="SimSun" w:hAnsi="SimSun" w:cs="SimSun"/>
          <w:color w:val="000000"/>
          <w:lang w:eastAsia="zh-CN"/>
        </w:rPr>
        <w:t>两点之间，线段最短</w:t>
      </w:r>
    </w:p>
    <w:p w14:paraId="20F35FFE" w14:textId="77777777" w:rsidR="008113A1" w:rsidRDefault="00000000">
      <w:pPr>
        <w:spacing w:line="360" w:lineRule="auto"/>
        <w:textAlignment w:val="center"/>
        <w:rPr>
          <w:color w:val="000000"/>
          <w:lang w:eastAsia="zh-CN"/>
        </w:rPr>
      </w:pPr>
      <w:r>
        <w:rPr>
          <w:color w:val="2E75B6"/>
          <w:lang w:eastAsia="zh-CN"/>
        </w:rPr>
        <w:t>【解析】</w:t>
      </w:r>
    </w:p>
    <w:p w14:paraId="33B646C0"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本题考查了线段的性质，根据两点之间，线段最短即可解答．</w:t>
      </w:r>
    </w:p>
    <w:p w14:paraId="72C5056B"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解：根据两点之间，线段最短，</w:t>
      </w:r>
    </w:p>
    <w:p w14:paraId="0B6DD9A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得</w:t>
      </w:r>
      <w:r>
        <w:pict w14:anchorId="7E5A1285">
          <v:shape id="_x0000_i1920" type="#_x0000_t75" alt="学科网(www.zxxk.com)--教育资源门户，提供试卷、教案、课件、论文、素材以及各类教学资源下载，还有大量而丰富的教学相关资讯！" style="width:31.25pt;height:10.85pt">
            <v:imagedata r:id="rId553" o:title="eqId7091d529281abff275ef19b9197445a7"/>
          </v:shape>
        </w:pict>
      </w:r>
      <w:r>
        <w:rPr>
          <w:rFonts w:ascii="SimSun" w:eastAsia="SimSun" w:hAnsi="SimSun" w:cs="SimSun"/>
          <w:color w:val="000000"/>
          <w:lang w:eastAsia="zh-CN"/>
        </w:rPr>
        <w:t>．</w:t>
      </w:r>
    </w:p>
    <w:p w14:paraId="7D75A094"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30255999">
          <v:shape id="_x0000_i1921" type="#_x0000_t75" alt="学科网(www.zxxk.com)--教育资源门户，提供试卷、教案、课件、论文、素材以及各类教学资源下载，还有大量而丰富的教学相关资讯！" style="width:31.25pt;height:10.85pt">
            <v:imagedata r:id="rId553" o:title="eqId7091d529281abff275ef19b9197445a7"/>
          </v:shape>
        </w:pict>
      </w:r>
      <w:r>
        <w:rPr>
          <w:rFonts w:ascii="SimSun" w:eastAsia="SimSun" w:hAnsi="SimSun" w:cs="SimSun"/>
          <w:color w:val="000000"/>
          <w:lang w:eastAsia="zh-CN"/>
        </w:rPr>
        <w:t>，两点之间，线段最短．</w:t>
      </w:r>
    </w:p>
    <w:p w14:paraId="0B63C74B"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三、解答题（本大题共</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个小题：共</w:t>
      </w:r>
      <w:r>
        <w:rPr>
          <w:rFonts w:ascii="Times New Roman" w:eastAsia="Times New Roman" w:hAnsi="Times New Roman" w:cs="Times New Roman"/>
          <w:b/>
          <w:color w:val="000000"/>
          <w:sz w:val="24"/>
          <w:lang w:eastAsia="zh-CN"/>
        </w:rPr>
        <w:t>60</w:t>
      </w:r>
      <w:r>
        <w:rPr>
          <w:rFonts w:ascii="SimSun" w:eastAsia="SimSun" w:hAnsi="SimSun" w:cs="SimSun"/>
          <w:b/>
          <w:color w:val="000000"/>
          <w:sz w:val="24"/>
          <w:lang w:eastAsia="zh-CN"/>
        </w:rPr>
        <w:t>分）</w:t>
      </w:r>
    </w:p>
    <w:p w14:paraId="0DE137FB" w14:textId="77777777" w:rsidR="008113A1" w:rsidRDefault="00000000">
      <w:pPr>
        <w:pStyle w:val="Heading2"/>
        <w:rPr>
          <w:lang w:eastAsia="zh-CN"/>
        </w:rPr>
      </w:pPr>
      <w:bookmarkStart w:id="51" w:name="_Toc235460068"/>
      <w:r>
        <w:rPr>
          <w:lang w:eastAsia="zh-CN"/>
        </w:rPr>
        <w:t>朝阳区</w:t>
      </w:r>
      <w:bookmarkEnd w:id="51"/>
    </w:p>
    <w:p w14:paraId="142D4059" w14:textId="77777777" w:rsidR="008113A1" w:rsidRDefault="00000000">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某社区为增强居民体质，体现以人民为中心的理念，准备到一家健身器材专卖店购置一批健身器材供居民健身使用．该专卖店推出两种优惠活动，并规定只能选择其中一种．</w:t>
      </w:r>
    </w:p>
    <w:p w14:paraId="270A5799"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活动</w:t>
      </w:r>
      <w:proofErr w:type="gramStart"/>
      <w:r>
        <w:rPr>
          <w:rFonts w:ascii="SimSun" w:eastAsia="SimSun" w:hAnsi="SimSun" w:cs="SimSun"/>
          <w:color w:val="000000"/>
          <w:lang w:eastAsia="zh-CN"/>
        </w:rPr>
        <w:t>一</w:t>
      </w:r>
      <w:proofErr w:type="gramEnd"/>
      <w:r>
        <w:rPr>
          <w:rFonts w:ascii="SimSun" w:eastAsia="SimSun" w:hAnsi="SimSun" w:cs="SimSun"/>
          <w:color w:val="000000"/>
          <w:lang w:eastAsia="zh-CN"/>
        </w:rPr>
        <w:t>：所购商品按原价打八折；</w:t>
      </w:r>
    </w:p>
    <w:p w14:paraId="52CF441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活动二：所购商品按原价</w:t>
      </w:r>
      <w:r>
        <w:rPr>
          <w:rFonts w:ascii="SimSun" w:eastAsia="SimSun" w:hAnsi="SimSun" w:cs="SimSun"/>
          <w:color w:val="000000"/>
          <w:em w:val="dot"/>
          <w:lang w:eastAsia="zh-CN"/>
        </w:rPr>
        <w:t>每满</w:t>
      </w:r>
      <w:r>
        <w:rPr>
          <w:rFonts w:ascii="Times New Roman" w:eastAsia="Times New Roman" w:hAnsi="Times New Roman" w:cs="Times New Roman"/>
          <w:color w:val="000000"/>
          <w:lang w:eastAsia="zh-CN"/>
        </w:rPr>
        <w:t>400</w:t>
      </w:r>
      <w:r>
        <w:rPr>
          <w:rFonts w:ascii="SimSun" w:eastAsia="SimSun" w:hAnsi="SimSun" w:cs="SimSun"/>
          <w:color w:val="000000"/>
          <w:lang w:eastAsia="zh-CN"/>
        </w:rPr>
        <w:t>元减</w:t>
      </w:r>
      <w:r>
        <w:rPr>
          <w:rFonts w:ascii="Times New Roman" w:eastAsia="Times New Roman" w:hAnsi="Times New Roman" w:cs="Times New Roman"/>
          <w:color w:val="000000"/>
          <w:lang w:eastAsia="zh-CN"/>
        </w:rPr>
        <w:t>100</w:t>
      </w:r>
      <w:r>
        <w:rPr>
          <w:rFonts w:ascii="SimSun" w:eastAsia="SimSun" w:hAnsi="SimSun" w:cs="SimSun"/>
          <w:color w:val="000000"/>
          <w:lang w:eastAsia="zh-CN"/>
        </w:rPr>
        <w:t>元．（如：所购商品原价为</w:t>
      </w:r>
      <w:r>
        <w:rPr>
          <w:rFonts w:ascii="Times New Roman" w:eastAsia="Times New Roman" w:hAnsi="Times New Roman" w:cs="Times New Roman"/>
          <w:color w:val="000000"/>
          <w:lang w:eastAsia="zh-CN"/>
        </w:rPr>
        <w:t>400</w:t>
      </w:r>
      <w:r>
        <w:rPr>
          <w:rFonts w:ascii="SimSun" w:eastAsia="SimSun" w:hAnsi="SimSun" w:cs="SimSun"/>
          <w:color w:val="000000"/>
          <w:lang w:eastAsia="zh-CN"/>
        </w:rPr>
        <w:t>元，可减</w:t>
      </w:r>
      <w:r>
        <w:rPr>
          <w:rFonts w:ascii="Times New Roman" w:eastAsia="Times New Roman" w:hAnsi="Times New Roman" w:cs="Times New Roman"/>
          <w:color w:val="000000"/>
          <w:lang w:eastAsia="zh-CN"/>
        </w:rPr>
        <w:t>100</w:t>
      </w:r>
      <w:r>
        <w:rPr>
          <w:rFonts w:ascii="SimSun" w:eastAsia="SimSun" w:hAnsi="SimSun" w:cs="SimSun"/>
          <w:color w:val="000000"/>
          <w:lang w:eastAsia="zh-CN"/>
        </w:rPr>
        <w:t>元，需付款</w:t>
      </w:r>
      <w:r>
        <w:rPr>
          <w:rFonts w:ascii="Times New Roman" w:eastAsia="Times New Roman" w:hAnsi="Times New Roman" w:cs="Times New Roman"/>
          <w:color w:val="000000"/>
          <w:lang w:eastAsia="zh-CN"/>
        </w:rPr>
        <w:t>300</w:t>
      </w:r>
      <w:r>
        <w:rPr>
          <w:rFonts w:ascii="SimSun" w:eastAsia="SimSun" w:hAnsi="SimSun" w:cs="SimSun"/>
          <w:color w:val="000000"/>
          <w:lang w:eastAsia="zh-CN"/>
        </w:rPr>
        <w:t>元；所购商品原价为</w:t>
      </w:r>
      <w:r>
        <w:rPr>
          <w:rFonts w:ascii="Times New Roman" w:eastAsia="Times New Roman" w:hAnsi="Times New Roman" w:cs="Times New Roman"/>
          <w:color w:val="000000"/>
          <w:lang w:eastAsia="zh-CN"/>
        </w:rPr>
        <w:t>900</w:t>
      </w:r>
      <w:r>
        <w:rPr>
          <w:rFonts w:ascii="SimSun" w:eastAsia="SimSun" w:hAnsi="SimSun" w:cs="SimSun"/>
          <w:color w:val="000000"/>
          <w:lang w:eastAsia="zh-CN"/>
        </w:rPr>
        <w:t>元，可减</w:t>
      </w:r>
      <w:r>
        <w:rPr>
          <w:rFonts w:ascii="Times New Roman" w:eastAsia="Times New Roman" w:hAnsi="Times New Roman" w:cs="Times New Roman"/>
          <w:color w:val="000000"/>
          <w:lang w:eastAsia="zh-CN"/>
        </w:rPr>
        <w:t>200</w:t>
      </w:r>
      <w:r>
        <w:rPr>
          <w:rFonts w:ascii="SimSun" w:eastAsia="SimSun" w:hAnsi="SimSun" w:cs="SimSun"/>
          <w:color w:val="000000"/>
          <w:lang w:eastAsia="zh-CN"/>
        </w:rPr>
        <w:t>元，需付款</w:t>
      </w:r>
      <w:r>
        <w:rPr>
          <w:rFonts w:ascii="Times New Roman" w:eastAsia="Times New Roman" w:hAnsi="Times New Roman" w:cs="Times New Roman"/>
          <w:color w:val="000000"/>
          <w:lang w:eastAsia="zh-CN"/>
        </w:rPr>
        <w:t>700</w:t>
      </w:r>
      <w:r>
        <w:rPr>
          <w:rFonts w:ascii="SimSun" w:eastAsia="SimSun" w:hAnsi="SimSun" w:cs="SimSun"/>
          <w:color w:val="000000"/>
          <w:lang w:eastAsia="zh-CN"/>
        </w:rPr>
        <w:t>元）</w:t>
      </w:r>
    </w:p>
    <w:p w14:paraId="74736F48"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）若购买一件原价为</w:t>
      </w:r>
      <w:r>
        <w:rPr>
          <w:rFonts w:ascii="Times New Roman" w:eastAsia="Times New Roman" w:hAnsi="Times New Roman" w:cs="Times New Roman"/>
          <w:color w:val="000000"/>
          <w:lang w:eastAsia="zh-CN"/>
        </w:rPr>
        <w:t>550</w:t>
      </w:r>
      <w:r>
        <w:rPr>
          <w:rFonts w:ascii="SimSun" w:eastAsia="SimSun" w:hAnsi="SimSun" w:cs="SimSun"/>
          <w:color w:val="000000"/>
          <w:lang w:eastAsia="zh-CN"/>
        </w:rPr>
        <w:t>元的健身器材，更合算的选择方式为活动</w:t>
      </w:r>
      <w:r>
        <w:rPr>
          <w:color w:val="000000"/>
          <w:lang w:eastAsia="zh-CN"/>
        </w:rPr>
        <w:t>______</w:t>
      </w:r>
      <w:r>
        <w:rPr>
          <w:rFonts w:ascii="SimSun" w:eastAsia="SimSun" w:hAnsi="SimSun" w:cs="SimSun"/>
          <w:color w:val="000000"/>
          <w:lang w:eastAsia="zh-CN"/>
        </w:rPr>
        <w:t>；</w:t>
      </w:r>
    </w:p>
    <w:p w14:paraId="0B8109F5"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）若购买一件原价为</w:t>
      </w:r>
      <w:r>
        <w:pict w14:anchorId="4312D631">
          <v:shape id="_x0000_i1922" type="#_x0000_t75" alt="学科网(www.zxxk.com)--教育资源门户，提供试卷、教案、课件、论文、素材以及各类教学资源下载，还有大量而丰富的教学相关资讯！" style="width:78.1pt;height:16.3pt">
            <v:imagedata r:id="rId554" o:title="eqIdd41de1106ed05bb49b936b8452b09b24"/>
          </v:shape>
        </w:pict>
      </w:r>
      <w:r>
        <w:rPr>
          <w:rFonts w:ascii="SimSun" w:eastAsia="SimSun" w:hAnsi="SimSun" w:cs="SimSun"/>
          <w:color w:val="000000"/>
          <w:lang w:eastAsia="zh-CN"/>
        </w:rPr>
        <w:t>元的健身器材，选择活动二比选择活动</w:t>
      </w:r>
      <w:proofErr w:type="gramStart"/>
      <w:r>
        <w:rPr>
          <w:rFonts w:ascii="SimSun" w:eastAsia="SimSun" w:hAnsi="SimSun" w:cs="SimSun"/>
          <w:color w:val="000000"/>
          <w:lang w:eastAsia="zh-CN"/>
        </w:rPr>
        <w:t>一</w:t>
      </w:r>
      <w:proofErr w:type="gramEnd"/>
      <w:r>
        <w:rPr>
          <w:rFonts w:ascii="SimSun" w:eastAsia="SimSun" w:hAnsi="SimSun" w:cs="SimSun"/>
          <w:color w:val="000000"/>
          <w:lang w:eastAsia="zh-CN"/>
        </w:rPr>
        <w:t>更合算，则</w:t>
      </w:r>
      <w:r>
        <w:pict w14:anchorId="7B03EC11">
          <v:shape id="_x0000_i1923" type="#_x0000_t75" alt="学科网(www.zxxk.com)--教育资源门户，提供试卷、教案、课件、论文、素材以及各类教学资源下载，还有大量而丰富的教学相关资讯！" style="width:8.85pt;height:9.5pt">
            <v:imagedata r:id="rId249" o:title="eqId0a6936d370d6a238a608ca56f87198de"/>
          </v:shape>
        </w:pict>
      </w:r>
      <w:r>
        <w:rPr>
          <w:rFonts w:ascii="SimSun" w:eastAsia="SimSun" w:hAnsi="SimSun" w:cs="SimSun"/>
          <w:color w:val="000000"/>
          <w:lang w:eastAsia="zh-CN"/>
        </w:rPr>
        <w:t>的取值范围是</w:t>
      </w:r>
      <w:r>
        <w:rPr>
          <w:color w:val="000000"/>
          <w:lang w:eastAsia="zh-CN"/>
        </w:rPr>
        <w:t>______</w:t>
      </w:r>
      <w:r>
        <w:rPr>
          <w:rFonts w:ascii="SimSun" w:eastAsia="SimSun" w:hAnsi="SimSun" w:cs="SimSun"/>
          <w:color w:val="000000"/>
          <w:lang w:eastAsia="zh-CN"/>
        </w:rPr>
        <w:t>．</w:t>
      </w:r>
    </w:p>
    <w:p w14:paraId="4E6C1C77" w14:textId="77777777" w:rsidR="008113A1" w:rsidRDefault="00000000">
      <w:pPr>
        <w:spacing w:line="360" w:lineRule="auto"/>
        <w:textAlignment w:val="center"/>
        <w:rPr>
          <w:color w:val="000000"/>
        </w:rPr>
      </w:pPr>
      <w:r>
        <w:rPr>
          <w:color w:val="2E75B6"/>
        </w:rPr>
        <w:lastRenderedPageBreak/>
        <w:t>【</w:t>
      </w:r>
      <w:proofErr w:type="spellStart"/>
      <w:r>
        <w:rPr>
          <w:color w:val="2E75B6"/>
        </w:rPr>
        <w:t>答案</w:t>
      </w:r>
      <w:proofErr w:type="spellEnd"/>
      <w:r>
        <w:rPr>
          <w:color w:val="2E75B6"/>
        </w:rPr>
        <w:t>】</w:t>
      </w:r>
      <w:r>
        <w:rPr>
          <w:color w:val="000000"/>
        </w:rPr>
        <w:t xml:space="preserve">    ①. </w:t>
      </w:r>
      <w:r>
        <w:rPr>
          <w:rFonts w:ascii="SimSun" w:eastAsia="SimSun" w:hAnsi="SimSun" w:cs="SimSun"/>
          <w:color w:val="000000"/>
        </w:rPr>
        <w:t>一</w:t>
      </w:r>
      <w:r>
        <w:rPr>
          <w:color w:val="000000"/>
        </w:rPr>
        <w:t xml:space="preserve">    ②. </w:t>
      </w:r>
      <w:r>
        <w:pict w14:anchorId="0FE0B769">
          <v:shape id="_x0000_i1924" type="#_x0000_t75" alt="学科网(www.zxxk.com)--教育资源门户，提供试卷、教案、课件、论文、素材以及各类教学资源下载，还有大量而丰富的教学相关资讯！" style="width:69.3pt;height:14.25pt">
            <v:imagedata r:id="rId555" o:title="eqIdc91e4d1638f94601027003d035f3acf9"/>
          </v:shape>
        </w:pict>
      </w:r>
      <w:r>
        <w:rPr>
          <w:rFonts w:ascii="SimSun" w:eastAsia="SimSun" w:hAnsi="SimSun" w:cs="SimSun"/>
          <w:color w:val="000000"/>
        </w:rPr>
        <w:t>或</w:t>
      </w:r>
      <w:r>
        <w:pict w14:anchorId="0B01A1E6">
          <v:shape id="_x0000_i1925" type="#_x0000_t75" alt="学科网(www.zxxk.com)--教育资源门户，提供试卷、教案、课件、论文、素材以及各类教学资源下载，还有大量而丰富的教学相关资讯！" style="width:74.7pt;height:14.25pt">
            <v:imagedata r:id="rId556" o:title="eqId3e837bc234bc54480dc9f0a136391bf1"/>
          </v:shape>
        </w:pict>
      </w:r>
    </w:p>
    <w:p w14:paraId="737D63A7" w14:textId="77777777" w:rsidR="008113A1" w:rsidRDefault="00000000">
      <w:pPr>
        <w:spacing w:line="360" w:lineRule="auto"/>
        <w:textAlignment w:val="center"/>
        <w:rPr>
          <w:color w:val="000000"/>
        </w:rPr>
      </w:pPr>
      <w:r>
        <w:rPr>
          <w:color w:val="2E75B6"/>
        </w:rPr>
        <w:t>【解析】</w:t>
      </w:r>
    </w:p>
    <w:p w14:paraId="2C64ED9D" w14:textId="77777777" w:rsidR="008113A1" w:rsidRDefault="00000000">
      <w:pPr>
        <w:spacing w:line="360" w:lineRule="auto"/>
        <w:jc w:val="both"/>
        <w:textAlignment w:val="center"/>
        <w:rPr>
          <w:color w:val="000000"/>
          <w:lang w:eastAsia="zh-CN"/>
        </w:rPr>
      </w:pPr>
      <w:r>
        <w:rPr>
          <w:color w:val="000000"/>
          <w:lang w:eastAsia="zh-CN"/>
        </w:rPr>
        <w:t>【分析】</w:t>
      </w:r>
      <w:r>
        <w:rPr>
          <w:rFonts w:ascii="NSimSun" w:eastAsia="NSimSun" w:hAnsi="NSimSun" w:cs="NSimSun"/>
          <w:color w:val="000000"/>
          <w:lang w:eastAsia="zh-CN"/>
        </w:rPr>
        <w:t>（</w:t>
      </w:r>
      <w:r>
        <w:rPr>
          <w:rFonts w:ascii="Times New Roman" w:eastAsia="Times New Roman" w:hAnsi="Times New Roman" w:cs="Times New Roman"/>
          <w:color w:val="000000"/>
          <w:lang w:eastAsia="zh-CN"/>
        </w:rPr>
        <w:t>1</w:t>
      </w:r>
      <w:r>
        <w:rPr>
          <w:rFonts w:ascii="NSimSun" w:eastAsia="NSimSun" w:hAnsi="NSimSun" w:cs="NSimSun"/>
          <w:color w:val="000000"/>
          <w:lang w:eastAsia="zh-CN"/>
        </w:rPr>
        <w:t>）分别计算出两个活动需要付款价格，进行比较即可；</w:t>
      </w:r>
    </w:p>
    <w:p w14:paraId="36FC61E6" w14:textId="77777777" w:rsidR="008113A1" w:rsidRDefault="00000000">
      <w:pPr>
        <w:spacing w:line="360" w:lineRule="auto"/>
        <w:jc w:val="both"/>
        <w:textAlignment w:val="center"/>
        <w:rPr>
          <w:color w:val="000000"/>
          <w:lang w:eastAsia="zh-CN"/>
        </w:rPr>
      </w:pPr>
      <w:r>
        <w:rPr>
          <w:rFonts w:ascii="NSimSun" w:eastAsia="NSimSun" w:hAnsi="NSimSun" w:cs="NSimSun"/>
          <w:color w:val="000000"/>
          <w:lang w:eastAsia="zh-CN"/>
        </w:rPr>
        <w:t>（</w:t>
      </w:r>
      <w:r>
        <w:rPr>
          <w:rFonts w:ascii="Times New Roman" w:eastAsia="Times New Roman" w:hAnsi="Times New Roman" w:cs="Times New Roman"/>
          <w:color w:val="000000"/>
          <w:lang w:eastAsia="zh-CN"/>
        </w:rPr>
        <w:t>2</w:t>
      </w:r>
      <w:r>
        <w:rPr>
          <w:rFonts w:ascii="NSimSun" w:eastAsia="NSimSun" w:hAnsi="NSimSun" w:cs="NSimSun"/>
          <w:color w:val="000000"/>
          <w:lang w:eastAsia="zh-CN"/>
        </w:rPr>
        <w:t>）活动二分三种情况讨论：当</w:t>
      </w:r>
      <w:r>
        <w:pict w14:anchorId="6505A764">
          <v:shape id="_x0000_i1926" type="#_x0000_t75" alt="学科网(www.zxxk.com)--教育资源门户，提供试卷、教案、课件、论文、素材以及各类教学资源下载，还有大量而丰富的教学相关资讯！" style="width:50.95pt;height:13.6pt">
            <v:imagedata r:id="rId557" o:title="eqIdc14819a229d85e225972e6a4ced23b21"/>
          </v:shape>
        </w:pict>
      </w:r>
      <w:r>
        <w:rPr>
          <w:rFonts w:ascii="NSimSun" w:eastAsia="NSimSun" w:hAnsi="NSimSun" w:cs="NSimSun"/>
          <w:color w:val="000000"/>
          <w:lang w:eastAsia="zh-CN"/>
        </w:rPr>
        <w:t>时；当</w:t>
      </w:r>
      <w:r>
        <w:pict w14:anchorId="13AB6E44">
          <v:shape id="_x0000_i1927" type="#_x0000_t75" alt="学科网(www.zxxk.com)--教育资源门户，提供试卷、教案、课件、论文、素材以及各类教学资源下载，还有大量而丰富的教学相关资讯！" style="width:69.3pt;height:14.25pt">
            <v:imagedata r:id="rId558" o:title="eqIda0bf10151993b65923cb58c5bea048d3"/>
          </v:shape>
        </w:pict>
      </w:r>
      <w:r>
        <w:rPr>
          <w:rFonts w:ascii="NSimSun" w:eastAsia="NSimSun" w:hAnsi="NSimSun" w:cs="NSimSun"/>
          <w:color w:val="000000"/>
          <w:lang w:eastAsia="zh-CN"/>
        </w:rPr>
        <w:t>时；当</w:t>
      </w:r>
      <w:r>
        <w:pict w14:anchorId="7BF9B420">
          <v:shape id="_x0000_i1928" type="#_x0000_t75" alt="学科网(www.zxxk.com)--教育资源门户，提供试卷、教案、课件、论文、素材以及各类教学资源下载，还有大量而丰富的教学相关资讯！" style="width:74.05pt;height:14.25pt">
            <v:imagedata r:id="rId559" o:title="eqId372961e142b868d05c90362a60771916"/>
          </v:shape>
        </w:pict>
      </w:r>
      <w:r>
        <w:rPr>
          <w:rFonts w:ascii="NSimSun" w:eastAsia="NSimSun" w:hAnsi="NSimSun" w:cs="NSimSun"/>
          <w:color w:val="000000"/>
          <w:lang w:eastAsia="zh-CN"/>
        </w:rPr>
        <w:t>时；分别列出代数式即可．</w:t>
      </w:r>
    </w:p>
    <w:p w14:paraId="0FA6C190" w14:textId="77777777" w:rsidR="008113A1" w:rsidRDefault="00000000">
      <w:pPr>
        <w:spacing w:line="360" w:lineRule="auto"/>
        <w:jc w:val="both"/>
        <w:textAlignment w:val="center"/>
        <w:rPr>
          <w:color w:val="000000"/>
          <w:lang w:eastAsia="zh-CN"/>
        </w:rPr>
      </w:pPr>
      <w:r>
        <w:rPr>
          <w:color w:val="000000"/>
          <w:lang w:eastAsia="zh-CN"/>
        </w:rPr>
        <w:t>【详解】</w:t>
      </w:r>
      <w:r>
        <w:rPr>
          <w:rFonts w:ascii="NSimSun" w:eastAsia="NSimSun" w:hAnsi="NSimSun" w:cs="NSimSun"/>
          <w:color w:val="000000"/>
          <w:lang w:eastAsia="zh-CN"/>
        </w:rPr>
        <w:t>解：（</w:t>
      </w:r>
      <w:r>
        <w:rPr>
          <w:rFonts w:ascii="Times New Roman" w:eastAsia="Times New Roman" w:hAnsi="Times New Roman" w:cs="Times New Roman"/>
          <w:color w:val="000000"/>
          <w:lang w:eastAsia="zh-CN"/>
        </w:rPr>
        <w:t>1</w:t>
      </w:r>
      <w:r>
        <w:rPr>
          <w:rFonts w:ascii="NSimSun" w:eastAsia="NSimSun" w:hAnsi="NSimSun" w:cs="NSimSun"/>
          <w:color w:val="000000"/>
          <w:lang w:eastAsia="zh-CN"/>
        </w:rPr>
        <w:t>）购买一件原价为</w:t>
      </w:r>
      <w:r>
        <w:rPr>
          <w:rFonts w:ascii="Times New Roman" w:eastAsia="Times New Roman" w:hAnsi="Times New Roman" w:cs="Times New Roman"/>
          <w:color w:val="000000"/>
          <w:lang w:eastAsia="zh-CN"/>
        </w:rPr>
        <w:t>550</w:t>
      </w:r>
      <w:r>
        <w:rPr>
          <w:rFonts w:ascii="NSimSun" w:eastAsia="NSimSun" w:hAnsi="NSimSun" w:cs="NSimSun"/>
          <w:color w:val="000000"/>
          <w:lang w:eastAsia="zh-CN"/>
        </w:rPr>
        <w:t>元的健身器材时，</w:t>
      </w:r>
    </w:p>
    <w:p w14:paraId="0B5C6252" w14:textId="77777777" w:rsidR="008113A1" w:rsidRDefault="00000000">
      <w:pPr>
        <w:spacing w:line="360" w:lineRule="auto"/>
        <w:jc w:val="both"/>
        <w:textAlignment w:val="center"/>
        <w:rPr>
          <w:color w:val="000000"/>
          <w:lang w:eastAsia="zh-CN"/>
        </w:rPr>
      </w:pPr>
      <w:r>
        <w:rPr>
          <w:rFonts w:ascii="NSimSun" w:eastAsia="NSimSun" w:hAnsi="NSimSun" w:cs="NSimSun"/>
          <w:color w:val="000000"/>
          <w:lang w:eastAsia="zh-CN"/>
        </w:rPr>
        <w:t>活动</w:t>
      </w:r>
      <w:proofErr w:type="gramStart"/>
      <w:r>
        <w:rPr>
          <w:rFonts w:ascii="NSimSun" w:eastAsia="NSimSun" w:hAnsi="NSimSun" w:cs="NSimSun"/>
          <w:color w:val="000000"/>
          <w:lang w:eastAsia="zh-CN"/>
        </w:rPr>
        <w:t>一</w:t>
      </w:r>
      <w:proofErr w:type="gramEnd"/>
      <w:r>
        <w:rPr>
          <w:rFonts w:ascii="NSimSun" w:eastAsia="NSimSun" w:hAnsi="NSimSun" w:cs="NSimSun"/>
          <w:color w:val="000000"/>
          <w:lang w:eastAsia="zh-CN"/>
        </w:rPr>
        <w:t>需付款：</w:t>
      </w:r>
      <w:r>
        <w:pict w14:anchorId="3206FC1A">
          <v:shape id="_x0000_i1929" type="#_x0000_t75" alt="学科网(www.zxxk.com)--教育资源门户，提供试卷、教案、课件、论文、素材以及各类教学资源下载，还有大量而丰富的教学相关资讯！" style="width:74.7pt;height:14.25pt">
            <v:imagedata r:id="rId560" o:title="eqId94b268da8a9a7df8526be2f4cd930436"/>
          </v:shape>
        </w:pict>
      </w:r>
      <w:r>
        <w:rPr>
          <w:rFonts w:ascii="NSimSun" w:eastAsia="NSimSun" w:hAnsi="NSimSun" w:cs="NSimSun"/>
          <w:color w:val="000000"/>
          <w:lang w:eastAsia="zh-CN"/>
        </w:rPr>
        <w:t>元，</w:t>
      </w:r>
    </w:p>
    <w:p w14:paraId="5D997D83" w14:textId="77777777" w:rsidR="008113A1" w:rsidRDefault="00000000">
      <w:pPr>
        <w:spacing w:line="360" w:lineRule="auto"/>
        <w:jc w:val="both"/>
        <w:textAlignment w:val="center"/>
        <w:rPr>
          <w:color w:val="000000"/>
          <w:lang w:eastAsia="zh-CN"/>
        </w:rPr>
      </w:pPr>
      <w:r>
        <w:rPr>
          <w:rFonts w:ascii="NSimSun" w:eastAsia="NSimSun" w:hAnsi="NSimSun" w:cs="NSimSun"/>
          <w:color w:val="000000"/>
          <w:lang w:eastAsia="zh-CN"/>
        </w:rPr>
        <w:t>活动二需付款：</w:t>
      </w:r>
      <w:r>
        <w:pict w14:anchorId="7064508C">
          <v:shape id="_x0000_i1930" type="#_x0000_t75" alt="学科网(www.zxxk.com)--教育资源门户，提供试卷、教案、课件、论文、素材以及各类教学资源下载，还有大量而丰富的教学相关资讯！" style="width:69.95pt;height:13.6pt">
            <v:imagedata r:id="rId561" o:title="eqIdc426d90858149b0b7e9ec6d05bfe04db"/>
          </v:shape>
        </w:pict>
      </w:r>
      <w:r>
        <w:rPr>
          <w:rFonts w:ascii="NSimSun" w:eastAsia="NSimSun" w:hAnsi="NSimSun" w:cs="NSimSun"/>
          <w:color w:val="000000"/>
          <w:lang w:eastAsia="zh-CN"/>
        </w:rPr>
        <w:t>元，</w:t>
      </w:r>
    </w:p>
    <w:p w14:paraId="7BEA1FAE" w14:textId="77777777" w:rsidR="008113A1" w:rsidRDefault="00000000">
      <w:pPr>
        <w:spacing w:line="360" w:lineRule="auto"/>
        <w:jc w:val="both"/>
        <w:textAlignment w:val="center"/>
        <w:rPr>
          <w:color w:val="000000"/>
          <w:lang w:eastAsia="zh-CN"/>
        </w:rPr>
      </w:pPr>
      <w:r>
        <w:pict w14:anchorId="2EFBAE99">
          <v:shape id="_x0000_i1931" type="#_x0000_t75" alt="学科网(www.zxxk.com)--教育资源门户，提供试卷、教案、课件、论文、素材以及各类教学资源下载，还有大量而丰富的教学相关资讯！" style="width:9.5pt;height:8.85pt">
            <v:imagedata r:id="rId86" o:title="eqId2de0d10ef8b748d4531250c37c5d3f9e"/>
          </v:shape>
        </w:pict>
      </w:r>
      <w:r>
        <w:rPr>
          <w:rFonts w:ascii="NSimSun" w:eastAsia="NSimSun" w:hAnsi="NSimSun" w:cs="NSimSun"/>
          <w:color w:val="000000"/>
          <w:lang w:eastAsia="zh-CN"/>
        </w:rPr>
        <w:t>活动</w:t>
      </w:r>
      <w:proofErr w:type="gramStart"/>
      <w:r>
        <w:rPr>
          <w:rFonts w:ascii="NSimSun" w:eastAsia="NSimSun" w:hAnsi="NSimSun" w:cs="NSimSun"/>
          <w:color w:val="000000"/>
          <w:lang w:eastAsia="zh-CN"/>
        </w:rPr>
        <w:t>一</w:t>
      </w:r>
      <w:proofErr w:type="gramEnd"/>
      <w:r>
        <w:rPr>
          <w:rFonts w:ascii="NSimSun" w:eastAsia="NSimSun" w:hAnsi="NSimSun" w:cs="NSimSun"/>
          <w:color w:val="000000"/>
          <w:lang w:eastAsia="zh-CN"/>
        </w:rPr>
        <w:t>更合算；</w:t>
      </w:r>
    </w:p>
    <w:p w14:paraId="4AF472B3" w14:textId="77777777" w:rsidR="008113A1" w:rsidRDefault="00000000">
      <w:pPr>
        <w:spacing w:line="360" w:lineRule="auto"/>
        <w:jc w:val="both"/>
        <w:textAlignment w:val="center"/>
        <w:rPr>
          <w:color w:val="000000"/>
          <w:lang w:eastAsia="zh-CN"/>
        </w:rPr>
      </w:pPr>
      <w:r>
        <w:rPr>
          <w:rFonts w:ascii="NSimSun" w:eastAsia="NSimSun" w:hAnsi="NSimSun" w:cs="NSimSun"/>
          <w:color w:val="000000"/>
          <w:lang w:eastAsia="zh-CN"/>
        </w:rPr>
        <w:t>（</w:t>
      </w:r>
      <w:r>
        <w:rPr>
          <w:rFonts w:ascii="Times New Roman" w:eastAsia="Times New Roman" w:hAnsi="Times New Roman" w:cs="Times New Roman"/>
          <w:color w:val="000000"/>
          <w:lang w:eastAsia="zh-CN"/>
        </w:rPr>
        <w:t>2</w:t>
      </w:r>
      <w:r>
        <w:rPr>
          <w:rFonts w:ascii="NSimSun" w:eastAsia="NSimSun" w:hAnsi="NSimSun" w:cs="NSimSun"/>
          <w:color w:val="000000"/>
          <w:lang w:eastAsia="zh-CN"/>
        </w:rPr>
        <w:t>）这种健身器材的原价为</w:t>
      </w:r>
      <w:r>
        <w:pict w14:anchorId="63497D4A">
          <v:shape id="_x0000_i1932" type="#_x0000_t75" alt="学科网(www.zxxk.com)--教育资源门户，提供试卷、教案、课件、论文、素材以及各类教学资源下载，还有大量而丰富的教学相关资讯！" style="width:8.85pt;height:9.5pt">
            <v:imagedata r:id="rId249" o:title="eqId0a6936d370d6a238a608ca56f87198de"/>
          </v:shape>
        </w:pict>
      </w:r>
      <w:r>
        <w:rPr>
          <w:rFonts w:ascii="NSimSun" w:eastAsia="NSimSun" w:hAnsi="NSimSun" w:cs="NSimSun"/>
          <w:color w:val="000000"/>
          <w:lang w:eastAsia="zh-CN"/>
        </w:rPr>
        <w:t>元，</w:t>
      </w:r>
    </w:p>
    <w:p w14:paraId="79E41AF6" w14:textId="77777777" w:rsidR="008113A1" w:rsidRDefault="00000000">
      <w:pPr>
        <w:spacing w:line="360" w:lineRule="auto"/>
        <w:jc w:val="both"/>
        <w:textAlignment w:val="center"/>
        <w:rPr>
          <w:color w:val="000000"/>
          <w:lang w:eastAsia="zh-CN"/>
        </w:rPr>
      </w:pPr>
      <w:r>
        <w:rPr>
          <w:rFonts w:ascii="NSimSun" w:eastAsia="NSimSun" w:hAnsi="NSimSun" w:cs="NSimSun"/>
          <w:color w:val="000000"/>
          <w:lang w:eastAsia="zh-CN"/>
        </w:rPr>
        <w:t>活动一所需付款为：</w:t>
      </w:r>
      <w:r>
        <w:pict w14:anchorId="5BD7F162">
          <v:shape id="_x0000_i1933" type="#_x0000_t75" alt="学科网(www.zxxk.com)--教育资源门户，提供试卷、教案、课件、论文、素材以及各类教学资源下载，还有大量而丰富的教学相关资讯！" style="width:24.45pt;height:14.25pt">
            <v:imagedata r:id="rId562" o:title="eqId098151c64497c991de6c791098162292"/>
          </v:shape>
        </w:pict>
      </w:r>
      <w:r>
        <w:rPr>
          <w:rFonts w:ascii="NSimSun" w:eastAsia="NSimSun" w:hAnsi="NSimSun" w:cs="NSimSun"/>
          <w:color w:val="000000"/>
          <w:lang w:eastAsia="zh-CN"/>
        </w:rPr>
        <w:t>元，</w:t>
      </w:r>
    </w:p>
    <w:p w14:paraId="6689E52E" w14:textId="77777777" w:rsidR="008113A1" w:rsidRDefault="00000000">
      <w:pPr>
        <w:spacing w:line="360" w:lineRule="auto"/>
        <w:textAlignment w:val="center"/>
        <w:rPr>
          <w:color w:val="000000"/>
          <w:lang w:eastAsia="zh-CN"/>
        </w:rPr>
      </w:pPr>
      <w:r>
        <w:rPr>
          <w:rFonts w:ascii="NSimSun" w:eastAsia="NSimSun" w:hAnsi="NSimSun" w:cs="NSimSun"/>
          <w:color w:val="000000"/>
          <w:lang w:eastAsia="zh-CN"/>
        </w:rPr>
        <w:t>活动二：当</w:t>
      </w:r>
      <w:r>
        <w:pict w14:anchorId="07BC7C65">
          <v:shape id="_x0000_i1934" type="#_x0000_t75" alt="学科网(www.zxxk.com)--教育资源门户，提供试卷、教案、课件、论文、素材以及各类教学资源下载，还有大量而丰富的教学相关资讯！" style="width:50.95pt;height:13.6pt">
            <v:imagedata r:id="rId557" o:title="eqIdc14819a229d85e225972e6a4ced23b21"/>
          </v:shape>
        </w:pict>
      </w:r>
      <w:r>
        <w:rPr>
          <w:rFonts w:ascii="NSimSun" w:eastAsia="NSimSun" w:hAnsi="NSimSun" w:cs="NSimSun"/>
          <w:color w:val="000000"/>
          <w:lang w:eastAsia="zh-CN"/>
        </w:rPr>
        <w:t>时，所需付款为：</w:t>
      </w:r>
      <w:r>
        <w:pict w14:anchorId="5FB6EA52">
          <v:shape id="_x0000_i1935" type="#_x0000_t75" alt="学科网(www.zxxk.com)--教育资源门户，提供试卷、教案、课件、论文、素材以及各类教学资源下载，还有大量而丰富的教学相关资讯！" style="width:8.85pt;height:9.5pt">
            <v:imagedata r:id="rId249" o:title="eqId0a6936d370d6a238a608ca56f87198de"/>
          </v:shape>
        </w:pict>
      </w:r>
      <w:r>
        <w:rPr>
          <w:rFonts w:ascii="NSimSun" w:eastAsia="NSimSun" w:hAnsi="NSimSun" w:cs="NSimSun"/>
          <w:color w:val="000000"/>
          <w:lang w:eastAsia="zh-CN"/>
        </w:rPr>
        <w:t>元，当</w:t>
      </w:r>
      <w:r>
        <w:pict w14:anchorId="4A33C7F0">
          <v:shape id="_x0000_i1936" type="#_x0000_t75" alt="学科网(www.zxxk.com)--教育资源门户，提供试卷、教案、课件、论文、素材以及各类教学资源下载，还有大量而丰富的教学相关资讯！" style="width:69.3pt;height:14.25pt">
            <v:imagedata r:id="rId558" o:title="eqIda0bf10151993b65923cb58c5bea048d3"/>
          </v:shape>
        </w:pict>
      </w:r>
      <w:r>
        <w:rPr>
          <w:rFonts w:ascii="NSimSun" w:eastAsia="NSimSun" w:hAnsi="NSimSun" w:cs="NSimSun"/>
          <w:color w:val="000000"/>
          <w:lang w:eastAsia="zh-CN"/>
        </w:rPr>
        <w:t>时，所需付款为：</w:t>
      </w:r>
      <w:r>
        <w:pict w14:anchorId="08078247">
          <v:shape id="_x0000_i1937" type="#_x0000_t75" alt="学科网(www.zxxk.com)--教育资源门户，提供试卷、教案、课件、论文、素材以及各类教学资源下载，还有大量而丰富的教学相关资讯！" style="width:46.2pt;height:16.3pt">
            <v:imagedata r:id="rId563" o:title="eqId0ff2838d2c4e2c961707da11fd16af6c"/>
          </v:shape>
        </w:pict>
      </w:r>
      <w:r>
        <w:rPr>
          <w:rFonts w:ascii="NSimSun" w:eastAsia="NSimSun" w:hAnsi="NSimSun" w:cs="NSimSun"/>
          <w:color w:val="000000"/>
          <w:lang w:eastAsia="zh-CN"/>
        </w:rPr>
        <w:t>元，当</w:t>
      </w:r>
      <w:r>
        <w:pict w14:anchorId="050D6369">
          <v:shape id="_x0000_i1938" type="#_x0000_t75" alt="学科网(www.zxxk.com)--教育资源门户，提供试卷、教案、课件、论文、素材以及各类教学资源下载，还有大量而丰富的教学相关资讯！" style="width:74.05pt;height:14.25pt">
            <v:imagedata r:id="rId559" o:title="eqId372961e142b868d05c90362a60771916"/>
          </v:shape>
        </w:pict>
      </w:r>
      <w:r>
        <w:rPr>
          <w:rFonts w:ascii="NSimSun" w:eastAsia="NSimSun" w:hAnsi="NSimSun" w:cs="NSimSun"/>
          <w:color w:val="000000"/>
          <w:lang w:eastAsia="zh-CN"/>
        </w:rPr>
        <w:t>时，所需付款为：</w:t>
      </w:r>
      <w:r>
        <w:pict w14:anchorId="0C63F49A">
          <v:shape id="_x0000_i1939" type="#_x0000_t75" alt="学科网(www.zxxk.com)--教育资源门户，提供试卷、教案、课件、论文、素材以及各类教学资源下载，还有大量而丰富的教学相关资讯！" style="width:42.1pt;height:14.95pt">
            <v:imagedata r:id="rId564" o:title="eqId76423b8ecfb92984e414a9c89d3b9288"/>
          </v:shape>
        </w:pict>
      </w:r>
      <w:r>
        <w:rPr>
          <w:rFonts w:ascii="NSimSun" w:eastAsia="NSimSun" w:hAnsi="NSimSun" w:cs="NSimSun"/>
          <w:color w:val="000000"/>
          <w:lang w:eastAsia="zh-CN"/>
        </w:rPr>
        <w:t>元．</w:t>
      </w:r>
    </w:p>
    <w:p w14:paraId="59DD0D8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 xml:space="preserve"> </w:t>
      </w:r>
      <w:r>
        <w:rPr>
          <w:rFonts w:ascii="SimSun" w:eastAsia="SimSun" w:hAnsi="SimSun" w:cs="SimSun"/>
          <w:color w:val="000000"/>
          <w:lang w:eastAsia="zh-CN"/>
        </w:rPr>
        <w:t>选择活动二比选择活动一更合算，</w:t>
      </w:r>
    </w:p>
    <w:p w14:paraId="105D5D26" w14:textId="77777777" w:rsidR="008113A1" w:rsidRDefault="00000000">
      <w:pPr>
        <w:spacing w:line="360" w:lineRule="auto"/>
        <w:textAlignment w:val="center"/>
        <w:rPr>
          <w:color w:val="000000"/>
          <w:lang w:eastAsia="zh-CN"/>
        </w:rPr>
      </w:pPr>
      <w:r>
        <w:rPr>
          <w:rFonts w:ascii="NSimSun" w:eastAsia="NSimSun" w:hAnsi="NSimSun" w:cs="NSimSun"/>
          <w:color w:val="000000"/>
          <w:lang w:eastAsia="zh-CN"/>
        </w:rPr>
        <w:t>当</w:t>
      </w:r>
      <w:r>
        <w:pict w14:anchorId="37D83C59">
          <v:shape id="_x0000_i1940" type="#_x0000_t75" alt="学科网(www.zxxk.com)--教育资源门户，提供试卷、教案、课件、论文、素材以及各类教学资源下载，还有大量而丰富的教学相关资讯！" style="width:50.95pt;height:13.6pt">
            <v:imagedata r:id="rId557" o:title="eqIdc14819a229d85e225972e6a4ced23b21"/>
          </v:shape>
        </w:pict>
      </w:r>
      <w:r>
        <w:rPr>
          <w:rFonts w:ascii="NSimSun" w:eastAsia="NSimSun" w:hAnsi="NSimSun" w:cs="NSimSun"/>
          <w:color w:val="000000"/>
          <w:lang w:eastAsia="zh-CN"/>
        </w:rPr>
        <w:t>时，</w:t>
      </w:r>
      <w:r>
        <w:pict w14:anchorId="3D4D5160">
          <v:shape id="_x0000_i1941" type="#_x0000_t75" alt="学科网(www.zxxk.com)--教育资源门户，提供试卷、教案、课件、论文、素材以及各类教学资源下载，还有大量而丰富的教学相关资讯！" style="width:43.45pt;height:13.6pt">
            <v:imagedata r:id="rId565" o:title="eqId27aa06fa767af444a7bd787dcb7600aa"/>
          </v:shape>
        </w:pict>
      </w:r>
      <w:r>
        <w:rPr>
          <w:rFonts w:ascii="NSimSun" w:eastAsia="NSimSun" w:hAnsi="NSimSun" w:cs="NSimSun"/>
          <w:color w:val="000000"/>
          <w:lang w:eastAsia="zh-CN"/>
        </w:rPr>
        <w:t>，</w:t>
      </w:r>
      <w:r>
        <w:rPr>
          <w:rFonts w:ascii="SimSun" w:eastAsia="SimSun" w:hAnsi="SimSun" w:cs="SimSun"/>
          <w:color w:val="000000"/>
          <w:lang w:eastAsia="zh-CN"/>
        </w:rPr>
        <w:t>活动</w:t>
      </w:r>
      <w:proofErr w:type="gramStart"/>
      <w:r>
        <w:rPr>
          <w:rFonts w:ascii="SimSun" w:eastAsia="SimSun" w:hAnsi="SimSun" w:cs="SimSun"/>
          <w:color w:val="000000"/>
          <w:lang w:eastAsia="zh-CN"/>
        </w:rPr>
        <w:t>一</w:t>
      </w:r>
      <w:proofErr w:type="gramEnd"/>
      <w:r>
        <w:rPr>
          <w:rFonts w:ascii="SimSun" w:eastAsia="SimSun" w:hAnsi="SimSun" w:cs="SimSun"/>
          <w:color w:val="000000"/>
          <w:lang w:eastAsia="zh-CN"/>
        </w:rPr>
        <w:t>更合算</w:t>
      </w:r>
      <w:r>
        <w:rPr>
          <w:rFonts w:ascii="NSimSun" w:eastAsia="NSimSun" w:hAnsi="NSimSun" w:cs="NSimSun"/>
          <w:color w:val="000000"/>
          <w:lang w:eastAsia="zh-CN"/>
        </w:rPr>
        <w:t>；</w:t>
      </w:r>
    </w:p>
    <w:p w14:paraId="21D6016B" w14:textId="77777777" w:rsidR="008113A1" w:rsidRDefault="00000000">
      <w:pPr>
        <w:spacing w:line="360" w:lineRule="auto"/>
        <w:textAlignment w:val="center"/>
        <w:rPr>
          <w:color w:val="000000"/>
          <w:lang w:eastAsia="zh-CN"/>
        </w:rPr>
      </w:pPr>
      <w:r>
        <w:rPr>
          <w:rFonts w:ascii="NSimSun" w:eastAsia="NSimSun" w:hAnsi="NSimSun" w:cs="NSimSun"/>
          <w:color w:val="000000"/>
          <w:lang w:eastAsia="zh-CN"/>
        </w:rPr>
        <w:t>当</w:t>
      </w:r>
      <w:r>
        <w:pict w14:anchorId="3442A6FA">
          <v:shape id="_x0000_i1942" type="#_x0000_t75" alt="学科网(www.zxxk.com)--教育资源门户，提供试卷、教案、课件、论文、素材以及各类教学资源下载，还有大量而丰富的教学相关资讯！" style="width:69.3pt;height:14.25pt">
            <v:imagedata r:id="rId558" o:title="eqIda0bf10151993b65923cb58c5bea048d3"/>
          </v:shape>
        </w:pict>
      </w:r>
      <w:r>
        <w:rPr>
          <w:rFonts w:ascii="SimSun" w:eastAsia="SimSun" w:hAnsi="SimSun" w:cs="SimSun"/>
          <w:color w:val="000000"/>
          <w:lang w:eastAsia="zh-CN"/>
        </w:rPr>
        <w:t>时，</w:t>
      </w:r>
    </w:p>
    <w:p w14:paraId="06F3DBD3" w14:textId="77777777" w:rsidR="008113A1" w:rsidRDefault="00000000">
      <w:pPr>
        <w:spacing w:line="360" w:lineRule="auto"/>
        <w:textAlignment w:val="center"/>
        <w:rPr>
          <w:color w:val="000000"/>
          <w:lang w:eastAsia="zh-CN"/>
        </w:rPr>
      </w:pPr>
      <w:r>
        <w:pict w14:anchorId="68D993C2">
          <v:shape id="_x0000_i1943" type="#_x0000_t75" alt="学科网(www.zxxk.com)--教育资源门户，提供试卷、教案、课件、论文、素材以及各类教学资源下载，还有大量而丰富的教学相关资讯！" style="width:69.95pt;height:13.6pt">
            <v:imagedata r:id="rId566" o:title="eqId1a5a724d4ced4beb3871ceee161c8785"/>
          </v:shape>
        </w:pict>
      </w:r>
      <w:r>
        <w:rPr>
          <w:rFonts w:ascii="NSimSun" w:eastAsia="NSimSun" w:hAnsi="NSimSun" w:cs="NSimSun"/>
          <w:color w:val="000000"/>
          <w:lang w:eastAsia="zh-CN"/>
        </w:rPr>
        <w:t>，解得</w:t>
      </w:r>
      <w:r>
        <w:pict w14:anchorId="24628CD5">
          <v:shape id="_x0000_i1944" type="#_x0000_t75" alt="学科网(www.zxxk.com)--教育资源门户，提供试卷、教案、课件、论文、素材以及各类教学资源下载，还有大量而丰富的教学相关资讯！" style="width:40.1pt;height:13.6pt">
            <v:imagedata r:id="rId567" o:title="eqIdb739b413e778dd4ec48d5f274c2c890b"/>
          </v:shape>
        </w:pict>
      </w:r>
      <w:r>
        <w:rPr>
          <w:rFonts w:ascii="NSimSun" w:eastAsia="NSimSun" w:hAnsi="NSimSun" w:cs="NSimSun"/>
          <w:color w:val="000000"/>
          <w:lang w:eastAsia="zh-CN"/>
        </w:rPr>
        <w:t>；</w:t>
      </w:r>
    </w:p>
    <w:p w14:paraId="63A0D20D" w14:textId="77777777" w:rsidR="008113A1" w:rsidRDefault="00000000">
      <w:pPr>
        <w:spacing w:line="360" w:lineRule="auto"/>
        <w:textAlignment w:val="center"/>
        <w:rPr>
          <w:color w:val="000000"/>
          <w:lang w:eastAsia="zh-CN"/>
        </w:rPr>
      </w:pPr>
      <w:r>
        <w:rPr>
          <w:rFonts w:ascii="NSimSun" w:eastAsia="NSimSun" w:hAnsi="NSimSun" w:cs="NSimSun"/>
          <w:color w:val="000000"/>
          <w:lang w:eastAsia="zh-CN"/>
        </w:rPr>
        <w:t>∴当</w:t>
      </w:r>
      <w:r>
        <w:pict w14:anchorId="589ED062">
          <v:shape id="_x0000_i1945" type="#_x0000_t75" alt="学科网(www.zxxk.com)--教育资源门户，提供试卷、教案、课件、论文、素材以及各类教学资源下载，还有大量而丰富的教学相关资讯！" style="width:69.3pt;height:14.25pt">
            <v:imagedata r:id="rId555" o:title="eqIdc91e4d1638f94601027003d035f3acf9"/>
          </v:shape>
        </w:pict>
      </w:r>
      <w:r>
        <w:rPr>
          <w:rFonts w:ascii="SimSun" w:eastAsia="SimSun" w:hAnsi="SimSun" w:cs="SimSun"/>
          <w:color w:val="000000"/>
          <w:lang w:eastAsia="zh-CN"/>
        </w:rPr>
        <w:t>时，活动二比选择活动一更合算；</w:t>
      </w:r>
    </w:p>
    <w:p w14:paraId="0E62797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当</w:t>
      </w:r>
      <w:r>
        <w:pict w14:anchorId="6907F9B1">
          <v:shape id="_x0000_i1946" type="#_x0000_t75" alt="学科网(www.zxxk.com)--教育资源门户，提供试卷、教案、课件、论文、素材以及各类教学资源下载，还有大量而丰富的教学相关资讯！" style="width:74.05pt;height:14.25pt">
            <v:imagedata r:id="rId559" o:title="eqId372961e142b868d05c90362a60771916"/>
          </v:shape>
        </w:pict>
      </w:r>
      <w:r>
        <w:rPr>
          <w:rFonts w:ascii="SimSun" w:eastAsia="SimSun" w:hAnsi="SimSun" w:cs="SimSun"/>
          <w:color w:val="000000"/>
          <w:lang w:eastAsia="zh-CN"/>
        </w:rPr>
        <w:t>时，</w:t>
      </w:r>
    </w:p>
    <w:p w14:paraId="72C2EBB8" w14:textId="77777777" w:rsidR="008113A1" w:rsidRDefault="00000000">
      <w:pPr>
        <w:spacing w:line="360" w:lineRule="auto"/>
        <w:textAlignment w:val="center"/>
        <w:rPr>
          <w:color w:val="000000"/>
          <w:lang w:eastAsia="zh-CN"/>
        </w:rPr>
      </w:pPr>
      <w:r>
        <w:pict w14:anchorId="47720EB3">
          <v:shape id="_x0000_i1947" type="#_x0000_t75" alt="学科网(www.zxxk.com)--教育资源门户，提供试卷、教案、课件、论文、素材以及各类教学资源下载，还有大量而丰富的教学相关资讯！" style="width:1in;height:13.6pt">
            <v:imagedata r:id="rId568" o:title="eqId53c35bcf2487b94878b67303859781aa"/>
          </v:shape>
        </w:pict>
      </w:r>
      <w:r>
        <w:rPr>
          <w:rFonts w:ascii="NSimSun" w:eastAsia="NSimSun" w:hAnsi="NSimSun" w:cs="NSimSun"/>
          <w:color w:val="000000"/>
          <w:lang w:eastAsia="zh-CN"/>
        </w:rPr>
        <w:t>，解得</w:t>
      </w:r>
      <w:r>
        <w:pict w14:anchorId="565D62A3">
          <v:shape id="_x0000_i1948" type="#_x0000_t75" alt="学科网(www.zxxk.com)--教育资源门户，提供试卷、教案、课件、论文、素材以及各类教学资源下载，还有大量而丰富的教学相关资讯！" style="width:44.85pt;height:13.6pt">
            <v:imagedata r:id="rId569" o:title="eqId98d234571113a3b5e1f8087787376260"/>
          </v:shape>
        </w:pict>
      </w:r>
    </w:p>
    <w:p w14:paraId="62AC7B45" w14:textId="77777777" w:rsidR="008113A1" w:rsidRDefault="00000000">
      <w:pPr>
        <w:spacing w:line="360" w:lineRule="auto"/>
        <w:textAlignment w:val="center"/>
        <w:rPr>
          <w:color w:val="000000"/>
          <w:lang w:eastAsia="zh-CN"/>
        </w:rPr>
      </w:pPr>
      <w:r>
        <w:rPr>
          <w:rFonts w:ascii="NSimSun" w:eastAsia="NSimSun" w:hAnsi="NSimSun" w:cs="NSimSun"/>
          <w:color w:val="000000"/>
          <w:lang w:eastAsia="zh-CN"/>
        </w:rPr>
        <w:t>∴当</w:t>
      </w:r>
      <w:r>
        <w:pict w14:anchorId="7944779D">
          <v:shape id="_x0000_i1949" type="#_x0000_t75" alt="学科网(www.zxxk.com)--教育资源门户，提供试卷、教案、课件、论文、素材以及各类教学资源下载，还有大量而丰富的教学相关资讯！" style="width:74.7pt;height:14.25pt">
            <v:imagedata r:id="rId556" o:title="eqId3e837bc234bc54480dc9f0a136391bf1"/>
          </v:shape>
        </w:pict>
      </w:r>
      <w:r>
        <w:rPr>
          <w:rFonts w:ascii="SimSun" w:eastAsia="SimSun" w:hAnsi="SimSun" w:cs="SimSun"/>
          <w:color w:val="000000"/>
          <w:lang w:eastAsia="zh-CN"/>
        </w:rPr>
        <w:t>时，活动二比选择活动一更合算；</w:t>
      </w:r>
    </w:p>
    <w:p w14:paraId="6E3838F5"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lastRenderedPageBreak/>
        <w:t>综上所述：当</w:t>
      </w:r>
      <w:r>
        <w:pict w14:anchorId="014DB231">
          <v:shape id="_x0000_i1950" type="#_x0000_t75" alt="学科网(www.zxxk.com)--教育资源门户，提供试卷、教案、课件、论文、素材以及各类教学资源下载，还有大量而丰富的教学相关资讯！" style="width:69.3pt;height:14.25pt">
            <v:imagedata r:id="rId555" o:title="eqIdc91e4d1638f94601027003d035f3acf9"/>
          </v:shape>
        </w:pict>
      </w:r>
      <w:r>
        <w:rPr>
          <w:rFonts w:ascii="SimSun" w:eastAsia="SimSun" w:hAnsi="SimSun" w:cs="SimSun"/>
          <w:color w:val="000000"/>
          <w:lang w:eastAsia="zh-CN"/>
        </w:rPr>
        <w:t>或</w:t>
      </w:r>
      <w:r>
        <w:pict w14:anchorId="5FEAFB74">
          <v:shape id="_x0000_i1951" type="#_x0000_t75" alt="学科网(www.zxxk.com)--教育资源门户，提供试卷、教案、课件、论文、素材以及各类教学资源下载，还有大量而丰富的教学相关资讯！" style="width:74.7pt;height:14.25pt">
            <v:imagedata r:id="rId556" o:title="eqId3e837bc234bc54480dc9f0a136391bf1"/>
          </v:shape>
        </w:pict>
      </w:r>
      <w:r>
        <w:rPr>
          <w:rFonts w:ascii="SimSun" w:eastAsia="SimSun" w:hAnsi="SimSun" w:cs="SimSun"/>
          <w:color w:val="000000"/>
          <w:lang w:eastAsia="zh-CN"/>
        </w:rPr>
        <w:t>时，活动二比选择活动</w:t>
      </w:r>
      <w:proofErr w:type="gramStart"/>
      <w:r>
        <w:rPr>
          <w:rFonts w:ascii="SimSun" w:eastAsia="SimSun" w:hAnsi="SimSun" w:cs="SimSun"/>
          <w:color w:val="000000"/>
          <w:lang w:eastAsia="zh-CN"/>
        </w:rPr>
        <w:t>一</w:t>
      </w:r>
      <w:proofErr w:type="gramEnd"/>
      <w:r>
        <w:rPr>
          <w:rFonts w:ascii="SimSun" w:eastAsia="SimSun" w:hAnsi="SimSun" w:cs="SimSun"/>
          <w:color w:val="000000"/>
          <w:lang w:eastAsia="zh-CN"/>
        </w:rPr>
        <w:t>更合算．</w:t>
      </w:r>
    </w:p>
    <w:p w14:paraId="061C1E8D" w14:textId="77777777" w:rsidR="008113A1" w:rsidRDefault="00000000">
      <w:pPr>
        <w:spacing w:line="360" w:lineRule="auto"/>
        <w:textAlignment w:val="center"/>
        <w:rPr>
          <w:color w:val="000000"/>
          <w:lang w:eastAsia="zh-CN"/>
        </w:rPr>
      </w:pPr>
      <w:r>
        <w:rPr>
          <w:color w:val="000000"/>
          <w:lang w:eastAsia="zh-CN"/>
        </w:rPr>
        <w:t>【点睛】</w:t>
      </w:r>
      <w:r>
        <w:rPr>
          <w:rFonts w:ascii="NSimSun" w:eastAsia="NSimSun" w:hAnsi="NSimSun" w:cs="NSimSun"/>
          <w:color w:val="000000"/>
          <w:lang w:eastAsia="zh-CN"/>
        </w:rPr>
        <w:t>本题考查了一元一次不等式的应用，关键是根据不同的取值范围列出相应的不等关系求解．</w:t>
      </w:r>
    </w:p>
    <w:p w14:paraId="7FCCC26A"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三、解答题（共</w:t>
      </w:r>
      <w:r>
        <w:rPr>
          <w:rFonts w:ascii="Times New Roman" w:eastAsia="Times New Roman" w:hAnsi="Times New Roman" w:cs="Times New Roman"/>
          <w:b/>
          <w:color w:val="000000"/>
          <w:sz w:val="24"/>
          <w:lang w:eastAsia="zh-CN"/>
        </w:rPr>
        <w:t>52</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17-24</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25-26</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w:t>
      </w:r>
    </w:p>
    <w:p w14:paraId="6D4B4960" w14:textId="77777777" w:rsidR="008113A1" w:rsidRDefault="00000000">
      <w:pPr>
        <w:pStyle w:val="Heading2"/>
        <w:rPr>
          <w:lang w:eastAsia="zh-CN"/>
        </w:rPr>
      </w:pPr>
      <w:bookmarkStart w:id="52" w:name="_Toc235460069"/>
      <w:r>
        <w:rPr>
          <w:lang w:eastAsia="zh-CN"/>
        </w:rPr>
        <w:t>石景山区</w:t>
      </w:r>
      <w:bookmarkEnd w:id="52"/>
    </w:p>
    <w:p w14:paraId="7C4AE53A" w14:textId="77777777" w:rsidR="008113A1" w:rsidRDefault="00000000">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已知</w:t>
      </w:r>
      <w:r>
        <w:rPr>
          <w:rFonts w:ascii="Times New Roman" w:eastAsia="Times New Roman" w:hAnsi="Times New Roman" w:cs="Times New Roman"/>
          <w:i/>
          <w:color w:val="000000"/>
          <w:lang w:eastAsia="zh-CN"/>
        </w:rPr>
        <w:t>a</w:t>
      </w:r>
      <w:r>
        <w:rPr>
          <w:rFonts w:ascii="SimSun" w:eastAsia="SimSun" w:hAnsi="SimSun" w:cs="SimSun"/>
          <w:color w:val="000000"/>
          <w:lang w:eastAsia="zh-CN"/>
        </w:rPr>
        <w:t>是不为</w:t>
      </w:r>
      <w:r>
        <w:rPr>
          <w:rFonts w:ascii="Times New Roman" w:eastAsia="Times New Roman" w:hAnsi="Times New Roman" w:cs="Times New Roman"/>
          <w:color w:val="000000"/>
          <w:lang w:eastAsia="zh-CN"/>
        </w:rPr>
        <w:t>1</w:t>
      </w:r>
      <w:r>
        <w:rPr>
          <w:rFonts w:ascii="SimSun" w:eastAsia="SimSun" w:hAnsi="SimSun" w:cs="SimSun"/>
          <w:color w:val="000000"/>
          <w:lang w:eastAsia="zh-CN"/>
        </w:rPr>
        <w:t>的有理数，我们把</w:t>
      </w:r>
      <w:r>
        <w:pict w14:anchorId="0D7AB8BA">
          <v:shape id="_x0000_i1952" type="#_x0000_t75" alt="学科网(www.zxxk.com)--教育资源门户，提供试卷、教案、课件、论文、素材以及各类教学资源下载，还有大量而丰富的教学相关资讯！" style="width:23.75pt;height:27.15pt">
            <v:imagedata r:id="rId282" o:title="eqId99ebf5e8c5ac0fc22e01967fd0c79bb7"/>
          </v:shape>
        </w:pict>
      </w:r>
      <w:r>
        <w:rPr>
          <w:rFonts w:ascii="SimSun" w:eastAsia="SimSun" w:hAnsi="SimSun" w:cs="SimSun"/>
          <w:color w:val="000000"/>
          <w:lang w:eastAsia="zh-CN"/>
        </w:rPr>
        <w:t>称为</w:t>
      </w:r>
      <w:r>
        <w:rPr>
          <w:rFonts w:ascii="Times New Roman" w:eastAsia="Times New Roman" w:hAnsi="Times New Roman" w:cs="Times New Roman"/>
          <w:i/>
          <w:color w:val="000000"/>
          <w:lang w:eastAsia="zh-CN"/>
        </w:rPr>
        <w:t>a</w:t>
      </w:r>
      <w:r>
        <w:rPr>
          <w:rFonts w:ascii="SimSun" w:eastAsia="SimSun" w:hAnsi="SimSun" w:cs="SimSun"/>
          <w:color w:val="000000"/>
          <w:lang w:eastAsia="zh-CN"/>
        </w:rPr>
        <w:t>的差倒数，如：</w:t>
      </w:r>
      <w:r>
        <w:rPr>
          <w:rFonts w:ascii="Times New Roman" w:eastAsia="Times New Roman" w:hAnsi="Times New Roman" w:cs="Times New Roman"/>
          <w:color w:val="000000"/>
          <w:lang w:eastAsia="zh-CN"/>
        </w:rPr>
        <w:t>2</w:t>
      </w:r>
      <w:r>
        <w:rPr>
          <w:rFonts w:ascii="SimSun" w:eastAsia="SimSun" w:hAnsi="SimSun" w:cs="SimSun"/>
          <w:color w:val="000000"/>
          <w:lang w:eastAsia="zh-CN"/>
        </w:rPr>
        <w:t>的差倒数是</w:t>
      </w:r>
      <w:r>
        <w:pict w14:anchorId="2A2EEDF9">
          <v:shape id="_x0000_i1953" type="#_x0000_t75" alt="学科网(www.zxxk.com)--教育资源门户，提供试卷、教案、课件、论文、素材以及各类教学资源下载，还有大量而丰富的教学相关资讯！" style="width:44.85pt;height:27.85pt">
            <v:imagedata r:id="rId283" o:title="eqIdc7c4c708160bfe7e25f6dcbb6f4f3a47"/>
          </v:shape>
        </w:pict>
      </w:r>
      <w:r>
        <w:rPr>
          <w:rFonts w:ascii="SimSun" w:eastAsia="SimSun" w:hAnsi="SimSun" w:cs="SimSun"/>
          <w:color w:val="000000"/>
          <w:lang w:eastAsia="zh-CN"/>
        </w:rPr>
        <w:t>，</w:t>
      </w:r>
      <w:r>
        <w:pict w14:anchorId="50D4C856">
          <v:shape id="_x0000_i1954" type="#_x0000_t75" alt="学科网(www.zxxk.com)--教育资源门户，提供试卷、教案、课件、论文、素材以及各类教学资源下载，还有大量而丰富的教学相关资讯！" style="width:12.25pt;height:10.2pt">
            <v:imagedata r:id="rId17" o:title="eqIdacbc6a613224461ade69362d46550474"/>
          </v:shape>
        </w:pict>
      </w:r>
      <w:r>
        <w:rPr>
          <w:rFonts w:ascii="SimSun" w:eastAsia="SimSun" w:hAnsi="SimSun" w:cs="SimSun"/>
          <w:color w:val="000000"/>
          <w:lang w:eastAsia="zh-CN"/>
        </w:rPr>
        <w:t>的差倒数是</w:t>
      </w:r>
      <w:r>
        <w:pict w14:anchorId="58485D9C">
          <v:shape id="_x0000_i1955" type="#_x0000_t75" alt="学科网(www.zxxk.com)--教育资源门户，提供试卷、教案、课件、论文、素材以及各类教学资源下载，还有大量而丰富的教学相关资讯！" style="width:60.45pt;height:35.3pt">
            <v:imagedata r:id="rId284" o:title="eqIda5b0c585c482ad8531d20bb5c32a6608"/>
          </v:shape>
        </w:pict>
      </w:r>
      <w:r>
        <w:rPr>
          <w:rFonts w:ascii="SimSun" w:eastAsia="SimSun" w:hAnsi="SimSun" w:cs="SimSun"/>
          <w:color w:val="000000"/>
          <w:lang w:eastAsia="zh-CN"/>
        </w:rPr>
        <w:t>．已知</w:t>
      </w:r>
      <w:r>
        <w:pict w14:anchorId="48436F8A">
          <v:shape id="_x0000_i1956" type="#_x0000_t75" alt="学科网(www.zxxk.com)--教育资源门户，提供试卷、教案、课件、论文、素材以及各类教学资源下载，还有大量而丰富的教学相关资讯！" style="width:41.45pt;height:30.55pt">
            <v:imagedata r:id="rId285" o:title="eqIdd4c492ef0c41f7a2f4c15fb27df44a7a"/>
          </v:shape>
        </w:pict>
      </w:r>
      <w:r>
        <w:rPr>
          <w:rFonts w:ascii="SimSun" w:eastAsia="SimSun" w:hAnsi="SimSun" w:cs="SimSun"/>
          <w:color w:val="000000"/>
          <w:lang w:eastAsia="zh-CN"/>
        </w:rPr>
        <w:t>，</w:t>
      </w:r>
      <w:r>
        <w:pict w14:anchorId="53CD2CF5">
          <v:shape id="_x0000_i1957" type="#_x0000_t75" alt="学科网(www.zxxk.com)--教育资源门户，提供试卷、教案、课件、论文、素材以及各类教学资源下载，还有大量而丰富的教学相关资讯！" style="width:12.9pt;height:17.65pt">
            <v:imagedata r:id="rId286" o:title="eqId3e88093a749c0d46e0ee931ecfaff925"/>
          </v:shape>
        </w:pict>
      </w:r>
      <w:r>
        <w:rPr>
          <w:rFonts w:ascii="SimSun" w:eastAsia="SimSun" w:hAnsi="SimSun" w:cs="SimSun"/>
          <w:color w:val="000000"/>
          <w:lang w:eastAsia="zh-CN"/>
        </w:rPr>
        <w:t>是</w:t>
      </w:r>
      <w:r>
        <w:pict w14:anchorId="0C04341A">
          <v:shape id="_x0000_i1958" type="#_x0000_t75" alt="学科网(www.zxxk.com)--教育资源门户，提供试卷、教案、课件、论文、素材以及各类教学资源下载，还有大量而丰富的教学相关资讯！" style="width:12.25pt;height:17.65pt">
            <v:imagedata r:id="rId287" o:title="eqIde72adb45c60c2f63b46e65ff787302bf"/>
          </v:shape>
        </w:pict>
      </w:r>
      <w:r>
        <w:rPr>
          <w:rFonts w:ascii="SimSun" w:eastAsia="SimSun" w:hAnsi="SimSun" w:cs="SimSun"/>
          <w:color w:val="000000"/>
          <w:lang w:eastAsia="zh-CN"/>
        </w:rPr>
        <w:t>的差倒数，</w:t>
      </w:r>
      <w:r>
        <w:pict w14:anchorId="71F3001F">
          <v:shape id="_x0000_i1959" type="#_x0000_t75" alt="学科网(www.zxxk.com)--教育资源门户，提供试卷、教案、课件、论文、素材以及各类教学资源下载，还有大量而丰富的教学相关资讯！" style="width:12.9pt;height:18.35pt">
            <v:imagedata r:id="rId288" o:title="eqId6c1ccc6c74b8754e9bcbb3f39a11b6f1"/>
          </v:shape>
        </w:pict>
      </w:r>
      <w:r>
        <w:rPr>
          <w:rFonts w:ascii="SimSun" w:eastAsia="SimSun" w:hAnsi="SimSun" w:cs="SimSun"/>
          <w:color w:val="000000"/>
          <w:lang w:eastAsia="zh-CN"/>
        </w:rPr>
        <w:t>是</w:t>
      </w:r>
      <w:r>
        <w:pict w14:anchorId="23F7FBB6">
          <v:shape id="_x0000_i1960" type="#_x0000_t75" alt="学科网(www.zxxk.com)--教育资源门户，提供试卷、教案、课件、论文、素材以及各类教学资源下载，还有大量而丰富的教学相关资讯！" style="width:12.9pt;height:17.65pt">
            <v:imagedata r:id="rId286" o:title="eqId3e88093a749c0d46e0ee931ecfaff925"/>
          </v:shape>
        </w:pict>
      </w:r>
      <w:r>
        <w:rPr>
          <w:rFonts w:ascii="SimSun" w:eastAsia="SimSun" w:hAnsi="SimSun" w:cs="SimSun"/>
          <w:color w:val="000000"/>
          <w:lang w:eastAsia="zh-CN"/>
        </w:rPr>
        <w:t>的差倒数，</w:t>
      </w:r>
      <w:r>
        <w:pict w14:anchorId="6851BFD2">
          <v:shape id="_x0000_i1961" type="#_x0000_t75" alt="学科网(www.zxxk.com)--教育资源门户，提供试卷、教案、课件、论文、素材以及各类教学资源下载，还有大量而丰富的教学相关资讯！" style="width:12.9pt;height:18.35pt">
            <v:imagedata r:id="rId289" o:title="eqIddaf464629fa321a6ff7401ab79f07083"/>
          </v:shape>
        </w:pict>
      </w:r>
      <w:r>
        <w:rPr>
          <w:rFonts w:ascii="SimSun" w:eastAsia="SimSun" w:hAnsi="SimSun" w:cs="SimSun"/>
          <w:color w:val="000000"/>
          <w:lang w:eastAsia="zh-CN"/>
        </w:rPr>
        <w:t>是</w:t>
      </w:r>
      <w:r>
        <w:pict w14:anchorId="184D5CA9">
          <v:shape id="_x0000_i1962" type="#_x0000_t75" alt="学科网(www.zxxk.com)--教育资源门户，提供试卷、教案、课件、论文、素材以及各类教学资源下载，还有大量而丰富的教学相关资讯！" style="width:12.9pt;height:18.35pt">
            <v:imagedata r:id="rId288" o:title="eqId6c1ccc6c74b8754e9bcbb3f39a11b6f1"/>
          </v:shape>
        </w:pict>
      </w:r>
      <w:r>
        <w:rPr>
          <w:rFonts w:ascii="SimSun" w:eastAsia="SimSun" w:hAnsi="SimSun" w:cs="SimSun"/>
          <w:color w:val="000000"/>
          <w:lang w:eastAsia="zh-CN"/>
        </w:rPr>
        <w:t>的差倒数，…，依此类推，则</w:t>
      </w:r>
      <w:r>
        <w:pict w14:anchorId="1825D98F">
          <v:shape id="_x0000_i1963" type="#_x0000_t75" alt="学科网(www.zxxk.com)--教育资源门户，提供试卷、教案、课件、论文、素材以及各类教学资源下载，还有大量而丰富的教学相关资讯！" style="width:33.95pt;height:18.35pt">
            <v:imagedata r:id="rId570" o:title="eqId8f5eb9b8f893dd71876349ad40724550"/>
          </v:shape>
        </w:pict>
      </w:r>
      <w:r>
        <w:rPr>
          <w:color w:val="000000"/>
          <w:lang w:eastAsia="zh-CN"/>
        </w:rPr>
        <w:t>______</w:t>
      </w:r>
      <w:r>
        <w:rPr>
          <w:rFonts w:ascii="SimSun" w:eastAsia="SimSun" w:hAnsi="SimSun" w:cs="SimSun"/>
          <w:color w:val="000000"/>
          <w:lang w:eastAsia="zh-CN"/>
        </w:rPr>
        <w:t>．</w:t>
      </w:r>
    </w:p>
    <w:p w14:paraId="5569A45D" w14:textId="77777777" w:rsidR="008113A1" w:rsidRDefault="00000000">
      <w:pPr>
        <w:spacing w:line="360" w:lineRule="auto"/>
        <w:textAlignment w:val="center"/>
        <w:rPr>
          <w:color w:val="000000"/>
          <w:lang w:eastAsia="zh-CN"/>
        </w:rPr>
      </w:pPr>
      <w:r>
        <w:rPr>
          <w:color w:val="2E75B6"/>
          <w:lang w:eastAsia="zh-CN"/>
        </w:rPr>
        <w:t>【答案】</w:t>
      </w:r>
      <w:r>
        <w:pict w14:anchorId="5435C157">
          <v:shape id="_x0000_i1964" type="#_x0000_t75" alt="学科网(www.zxxk.com)--教育资源门户，提供试卷、教案、课件、论文、素材以及各类教学资源下载，还有大量而丰富的教学相关资讯！" style="width:16.3pt;height:27.85pt">
            <v:imagedata r:id="rId292" o:title="eqIdf30d314a642667fef559032264647366"/>
          </v:shape>
        </w:pict>
      </w:r>
    </w:p>
    <w:p w14:paraId="188CBFB8" w14:textId="77777777" w:rsidR="008113A1" w:rsidRDefault="00000000">
      <w:pPr>
        <w:spacing w:line="360" w:lineRule="auto"/>
        <w:textAlignment w:val="center"/>
        <w:rPr>
          <w:color w:val="000000"/>
          <w:lang w:eastAsia="zh-CN"/>
        </w:rPr>
      </w:pPr>
      <w:r>
        <w:rPr>
          <w:color w:val="2E75B6"/>
          <w:lang w:eastAsia="zh-CN"/>
        </w:rPr>
        <w:t>【解析】</w:t>
      </w:r>
    </w:p>
    <w:p w14:paraId="6AA3A426"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计算出数列的前</w:t>
      </w:r>
      <w:r>
        <w:rPr>
          <w:rFonts w:ascii="Times New Roman" w:eastAsia="Times New Roman" w:hAnsi="Times New Roman" w:cs="Times New Roman"/>
          <w:color w:val="000000"/>
          <w:lang w:eastAsia="zh-CN"/>
        </w:rPr>
        <w:t>4</w:t>
      </w:r>
      <w:r>
        <w:rPr>
          <w:rFonts w:ascii="SimSun" w:eastAsia="SimSun" w:hAnsi="SimSun" w:cs="SimSun"/>
          <w:color w:val="000000"/>
          <w:lang w:eastAsia="zh-CN"/>
        </w:rPr>
        <w:t>个数，得出数列以</w:t>
      </w:r>
      <w:r>
        <w:pict w14:anchorId="2B63E560">
          <v:shape id="_x0000_i1965" type="#_x0000_t75" alt="学科网(www.zxxk.com)--教育资源门户，提供试卷、教案、课件、论文、素材以及各类教学资源下载，还有大量而丰富的教学相关资讯！" style="width:16.3pt;height:27.85pt">
            <v:imagedata r:id="rId292" o:title="eqIdf30d314a642667fef559032264647366"/>
          </v:shape>
        </w:pict>
      </w:r>
      <w:r>
        <w:rPr>
          <w:rFonts w:ascii="SimSun" w:eastAsia="SimSun" w:hAnsi="SimSun" w:cs="SimSun"/>
          <w:color w:val="000000"/>
          <w:lang w:eastAsia="zh-CN"/>
        </w:rPr>
        <w:t>，</w:t>
      </w:r>
      <w:r>
        <w:pict w14:anchorId="336A1750">
          <v:shape id="_x0000_i1966" type="#_x0000_t75" alt="学科网(www.zxxk.com)--教育资源门户，提供试卷、教案、课件、论文、素材以及各类教学资源下载，还有大量而丰富的教学相关资讯！" style="width:11.55pt;height:30.55pt">
            <v:imagedata r:id="rId293" o:title="eqId8b2a698891d42c70b597f0da4f215f09"/>
          </v:shape>
        </w:pict>
      </w:r>
      <w:r>
        <w:rPr>
          <w:rFonts w:ascii="SimSun" w:eastAsia="SimSun" w:hAnsi="SimSun" w:cs="SimSun"/>
          <w:color w:val="000000"/>
          <w:lang w:eastAsia="zh-CN"/>
        </w:rPr>
        <w:t>，</w:t>
      </w:r>
      <w:r>
        <w:rPr>
          <w:rFonts w:ascii="Times New Roman" w:eastAsia="Times New Roman" w:hAnsi="Times New Roman" w:cs="Times New Roman"/>
          <w:color w:val="000000"/>
          <w:lang w:eastAsia="zh-CN"/>
        </w:rPr>
        <w:t>4</w:t>
      </w:r>
      <w:r>
        <w:rPr>
          <w:rFonts w:ascii="SimSun" w:eastAsia="SimSun" w:hAnsi="SimSun" w:cs="SimSun"/>
          <w:color w:val="000000"/>
          <w:lang w:eastAsia="zh-CN"/>
        </w:rPr>
        <w:t>为周期，每</w:t>
      </w:r>
      <w:r>
        <w:rPr>
          <w:rFonts w:ascii="Times New Roman" w:eastAsia="Times New Roman" w:hAnsi="Times New Roman" w:cs="Times New Roman"/>
          <w:color w:val="000000"/>
          <w:lang w:eastAsia="zh-CN"/>
        </w:rPr>
        <w:t>3</w:t>
      </w:r>
      <w:r>
        <w:rPr>
          <w:rFonts w:ascii="SimSun" w:eastAsia="SimSun" w:hAnsi="SimSun" w:cs="SimSun"/>
          <w:color w:val="000000"/>
          <w:lang w:eastAsia="zh-CN"/>
        </w:rPr>
        <w:t>个数</w:t>
      </w:r>
      <w:proofErr w:type="gramStart"/>
      <w:r>
        <w:rPr>
          <w:rFonts w:ascii="SimSun" w:eastAsia="SimSun" w:hAnsi="SimSun" w:cs="SimSun"/>
          <w:color w:val="000000"/>
          <w:lang w:eastAsia="zh-CN"/>
        </w:rPr>
        <w:t>一</w:t>
      </w:r>
      <w:proofErr w:type="gramEnd"/>
      <w:r>
        <w:rPr>
          <w:rFonts w:ascii="SimSun" w:eastAsia="SimSun" w:hAnsi="SimSun" w:cs="SimSun"/>
          <w:color w:val="000000"/>
          <w:lang w:eastAsia="zh-CN"/>
        </w:rPr>
        <w:t>循环，据此求解可得．</w:t>
      </w:r>
    </w:p>
    <w:p w14:paraId="7AA27AB8"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pict w14:anchorId="28C8B3D1">
          <v:shape id="_x0000_i1967" type="#_x0000_t75" alt="学科网(www.zxxk.com)--教育资源门户，提供试卷、教案、课件、论文、素材以及各类教学资源下载，还有大量而丰富的教学相关资讯！" style="width:41.45pt;height:30.55pt">
            <v:imagedata r:id="rId285" o:title="eqIdd4c492ef0c41f7a2f4c15fb27df44a7a"/>
          </v:shape>
        </w:pict>
      </w:r>
      <w:r>
        <w:rPr>
          <w:rFonts w:ascii="SimSun" w:eastAsia="SimSun" w:hAnsi="SimSun" w:cs="SimSun"/>
          <w:color w:val="000000"/>
          <w:lang w:eastAsia="zh-CN"/>
        </w:rPr>
        <w:t>，</w:t>
      </w:r>
    </w:p>
    <w:p w14:paraId="4633E7C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571F2DF0">
          <v:shape id="_x0000_i1968" type="#_x0000_t75" alt="学科网(www.zxxk.com)--教育资源门户，提供试卷、教案、课件、论文、素材以及各类教学资源下载，还有大量而丰富的教学相关资讯！" style="width:87.6pt;height:48.9pt">
            <v:imagedata r:id="rId571" o:title="eqId93bbc2f9cde63e9a61c2d6143bf941cb"/>
          </v:shape>
        </w:pict>
      </w:r>
      <w:r>
        <w:rPr>
          <w:rFonts w:ascii="SimSun" w:eastAsia="SimSun" w:hAnsi="SimSun" w:cs="SimSun"/>
          <w:color w:val="000000"/>
          <w:lang w:eastAsia="zh-CN"/>
        </w:rPr>
        <w:t>，</w:t>
      </w:r>
      <w:r>
        <w:pict w14:anchorId="77CFAC16">
          <v:shape id="_x0000_i1969" type="#_x0000_t75" alt="学科网(www.zxxk.com)--教育资源门户，提供试卷、教案、课件、论文、素材以及各类教学资源下载，还有大量而丰富的教学相关资讯！" style="width:76.75pt;height:48.9pt">
            <v:imagedata r:id="rId572" o:title="eqIdb1f476867fda07b3ae8113949b73a7d0"/>
          </v:shape>
        </w:pict>
      </w:r>
      <w:r>
        <w:rPr>
          <w:rFonts w:ascii="SimSun" w:eastAsia="SimSun" w:hAnsi="SimSun" w:cs="SimSun"/>
          <w:color w:val="000000"/>
          <w:lang w:eastAsia="zh-CN"/>
        </w:rPr>
        <w:t>，</w:t>
      </w:r>
      <w:r>
        <w:pict w14:anchorId="391DF600">
          <v:shape id="_x0000_i1970" type="#_x0000_t75" alt="学科网(www.zxxk.com)--教育资源门户，提供试卷、教案、课件、论文、素材以及各类教学资源下载，还有大量而丰富的教学相关资讯！" style="width:75.4pt;height:30.55pt">
            <v:imagedata r:id="rId573" o:title="eqId0e3acf5bd2e292e764bda9786b42e003"/>
          </v:shape>
        </w:pict>
      </w:r>
      <w:r>
        <w:rPr>
          <w:rFonts w:ascii="SimSun" w:eastAsia="SimSun" w:hAnsi="SimSun" w:cs="SimSun"/>
          <w:color w:val="000000"/>
          <w:lang w:eastAsia="zh-CN"/>
        </w:rPr>
        <w:t>，……，</w:t>
      </w:r>
    </w:p>
    <w:p w14:paraId="573ACFE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∴以上数列以</w:t>
      </w:r>
      <w:r>
        <w:pict w14:anchorId="572C9EF5">
          <v:shape id="_x0000_i1971" type="#_x0000_t75" alt="学科网(www.zxxk.com)--教育资源门户，提供试卷、教案、课件、论文、素材以及各类教学资源下载，还有大量而丰富的教学相关资讯！" style="width:16.3pt;height:27.85pt">
            <v:imagedata r:id="rId292" o:title="eqIdf30d314a642667fef559032264647366"/>
          </v:shape>
        </w:pict>
      </w:r>
      <w:r>
        <w:rPr>
          <w:rFonts w:ascii="SimSun" w:eastAsia="SimSun" w:hAnsi="SimSun" w:cs="SimSun"/>
          <w:color w:val="000000"/>
          <w:lang w:eastAsia="zh-CN"/>
        </w:rPr>
        <w:t>，</w:t>
      </w:r>
      <w:r>
        <w:pict w14:anchorId="7177E2FA">
          <v:shape id="_x0000_i1972" type="#_x0000_t75" alt="学科网(www.zxxk.com)--教育资源门户，提供试卷、教案、课件、论文、素材以及各类教学资源下载，还有大量而丰富的教学相关资讯！" style="width:11.55pt;height:30.55pt">
            <v:imagedata r:id="rId293" o:title="eqId8b2a698891d42c70b597f0da4f215f09"/>
          </v:shape>
        </w:pict>
      </w:r>
      <w:r>
        <w:rPr>
          <w:rFonts w:ascii="SimSun" w:eastAsia="SimSun" w:hAnsi="SimSun" w:cs="SimSun"/>
          <w:color w:val="000000"/>
          <w:lang w:eastAsia="zh-CN"/>
        </w:rPr>
        <w:t>，</w:t>
      </w:r>
      <w:r>
        <w:rPr>
          <w:rFonts w:ascii="Times New Roman" w:eastAsia="Times New Roman" w:hAnsi="Times New Roman" w:cs="Times New Roman"/>
          <w:color w:val="000000"/>
          <w:lang w:eastAsia="zh-CN"/>
        </w:rPr>
        <w:t>4</w:t>
      </w:r>
      <w:r>
        <w:rPr>
          <w:rFonts w:ascii="SimSun" w:eastAsia="SimSun" w:hAnsi="SimSun" w:cs="SimSun"/>
          <w:color w:val="000000"/>
          <w:lang w:eastAsia="zh-CN"/>
        </w:rPr>
        <w:t>为周期，每</w:t>
      </w:r>
      <w:r>
        <w:rPr>
          <w:rFonts w:ascii="Times New Roman" w:eastAsia="Times New Roman" w:hAnsi="Times New Roman" w:cs="Times New Roman"/>
          <w:color w:val="000000"/>
          <w:lang w:eastAsia="zh-CN"/>
        </w:rPr>
        <w:t>3</w:t>
      </w:r>
      <w:r>
        <w:rPr>
          <w:rFonts w:ascii="SimSun" w:eastAsia="SimSun" w:hAnsi="SimSun" w:cs="SimSun"/>
          <w:color w:val="000000"/>
          <w:lang w:eastAsia="zh-CN"/>
        </w:rPr>
        <w:t>个数循环．</w:t>
      </w:r>
    </w:p>
    <w:p w14:paraId="2CFC937C"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61A58706">
          <v:shape id="_x0000_i1973" type="#_x0000_t75" alt="学科网(www.zxxk.com)--教育资源门户，提供试卷、教案、课件、论文、素材以及各类教学资源下载，还有大量而丰富的教学相关资讯！" style="width:101.2pt;height:14.25pt">
            <v:imagedata r:id="rId574" o:title="eqIdd7c04154c90d8ff2d643d485b6f9a418"/>
          </v:shape>
        </w:pict>
      </w:r>
      <w:r>
        <w:rPr>
          <w:rFonts w:ascii="SimSun" w:eastAsia="SimSun" w:hAnsi="SimSun" w:cs="SimSun"/>
          <w:color w:val="000000"/>
          <w:lang w:eastAsia="zh-CN"/>
        </w:rPr>
        <w:t>，</w:t>
      </w:r>
    </w:p>
    <w:p w14:paraId="13116646"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4D6C3803">
          <v:shape id="_x0000_i1974" type="#_x0000_t75" alt="学科网(www.zxxk.com)--教育资源门户，提供试卷、教案、课件、论文、素材以及各类教学资源下载，还有大量而丰富的教学相关资讯！" style="width:71.3pt;height:30.55pt">
            <v:imagedata r:id="rId575" o:title="eqIdea495ee895b4d030d1e4e3c803f8101b"/>
          </v:shape>
        </w:pict>
      </w:r>
      <w:r>
        <w:rPr>
          <w:rFonts w:ascii="SimSun" w:eastAsia="SimSun" w:hAnsi="SimSun" w:cs="SimSun"/>
          <w:color w:val="000000"/>
          <w:lang w:eastAsia="zh-CN"/>
        </w:rPr>
        <w:t>．</w:t>
      </w:r>
    </w:p>
    <w:p w14:paraId="5E5DFE7D"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lastRenderedPageBreak/>
        <w:t>故答案为：</w:t>
      </w:r>
      <w:r>
        <w:pict w14:anchorId="1F703258">
          <v:shape id="_x0000_i1975" type="#_x0000_t75" alt="学科网(www.zxxk.com)--教育资源门户，提供试卷、教案、课件、论文、素材以及各类教学资源下载，还有大量而丰富的教学相关资讯！" style="width:16.3pt;height:27.85pt">
            <v:imagedata r:id="rId292" o:title="eqIdf30d314a642667fef559032264647366"/>
          </v:shape>
        </w:pict>
      </w:r>
      <w:r>
        <w:rPr>
          <w:rFonts w:ascii="SimSun" w:eastAsia="SimSun" w:hAnsi="SimSun" w:cs="SimSun"/>
          <w:color w:val="000000"/>
          <w:lang w:eastAsia="zh-CN"/>
        </w:rPr>
        <w:t>．</w:t>
      </w:r>
    </w:p>
    <w:p w14:paraId="21DEAA8C" w14:textId="77777777" w:rsidR="008113A1" w:rsidRDefault="00000000">
      <w:pPr>
        <w:spacing w:line="360" w:lineRule="auto"/>
        <w:textAlignment w:val="center"/>
        <w:rPr>
          <w:color w:val="000000"/>
          <w:lang w:eastAsia="zh-CN"/>
        </w:rPr>
      </w:pPr>
      <w:r>
        <w:rPr>
          <w:color w:val="000000"/>
          <w:lang w:eastAsia="zh-CN"/>
        </w:rPr>
        <w:t>【点睛】</w:t>
      </w:r>
      <w:r>
        <w:rPr>
          <w:rFonts w:ascii="SimSun" w:eastAsia="SimSun" w:hAnsi="SimSun" w:cs="SimSun"/>
          <w:color w:val="000000"/>
          <w:lang w:eastAsia="zh-CN"/>
        </w:rPr>
        <w:t>本题考查了数字的变化规律，得到相应的数据及变化规律是解答本题的关键．</w:t>
      </w:r>
    </w:p>
    <w:p w14:paraId="7641841D" w14:textId="77777777" w:rsidR="008113A1" w:rsidRDefault="00000000">
      <w:pPr>
        <w:spacing w:line="360" w:lineRule="auto"/>
        <w:jc w:val="both"/>
        <w:textAlignment w:val="center"/>
        <w:rPr>
          <w:color w:val="000000"/>
          <w:lang w:eastAsia="zh-CN"/>
        </w:rPr>
      </w:pPr>
      <w:r>
        <w:rPr>
          <w:rFonts w:ascii="SimSun" w:eastAsia="SimSun" w:hAnsi="SimSun" w:cs="SimSun"/>
          <w:b/>
          <w:color w:val="000000"/>
          <w:sz w:val="24"/>
          <w:lang w:eastAsia="zh-CN"/>
        </w:rPr>
        <w:t>三、解答题（本题共</w:t>
      </w:r>
      <w:r>
        <w:rPr>
          <w:rFonts w:ascii="Times New Roman" w:eastAsia="Times New Roman" w:hAnsi="Times New Roman" w:cs="Times New Roman"/>
          <w:b/>
          <w:color w:val="000000"/>
          <w:sz w:val="24"/>
          <w:lang w:eastAsia="zh-CN"/>
        </w:rPr>
        <w:t>68</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17</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题，每小题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23</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26</w:t>
      </w:r>
      <w:r>
        <w:rPr>
          <w:rFonts w:ascii="SimSun" w:eastAsia="SimSun" w:hAnsi="SimSun" w:cs="SimSun"/>
          <w:b/>
          <w:color w:val="000000"/>
          <w:sz w:val="24"/>
          <w:lang w:eastAsia="zh-CN"/>
        </w:rPr>
        <w:t>题，每小题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27</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28</w:t>
      </w:r>
      <w:r>
        <w:rPr>
          <w:rFonts w:ascii="SimSun" w:eastAsia="SimSun" w:hAnsi="SimSun" w:cs="SimSun"/>
          <w:b/>
          <w:color w:val="000000"/>
          <w:sz w:val="24"/>
          <w:lang w:eastAsia="zh-CN"/>
        </w:rPr>
        <w:t>题，每小题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分）解答应写出文字说明、演算步骤或证明过程．</w:t>
      </w:r>
    </w:p>
    <w:p w14:paraId="4A7642C6" w14:textId="77777777" w:rsidR="008113A1" w:rsidRDefault="00000000">
      <w:pPr>
        <w:pStyle w:val="Heading2"/>
        <w:rPr>
          <w:lang w:eastAsia="zh-CN"/>
        </w:rPr>
      </w:pPr>
      <w:bookmarkStart w:id="53" w:name="_Toc235460070"/>
      <w:r>
        <w:rPr>
          <w:lang w:eastAsia="zh-CN"/>
        </w:rPr>
        <w:t>西城区</w:t>
      </w:r>
      <w:bookmarkEnd w:id="53"/>
    </w:p>
    <w:p w14:paraId="35EC71AF" w14:textId="77777777" w:rsidR="008113A1" w:rsidRDefault="00000000">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w:t>
      </w:r>
      <w:proofErr w:type="gramStart"/>
      <w:r>
        <w:rPr>
          <w:rFonts w:ascii="SimSun" w:eastAsia="SimSun" w:hAnsi="SimSun" w:cs="SimSun"/>
          <w:color w:val="000000"/>
          <w:lang w:eastAsia="zh-CN"/>
        </w:rPr>
        <w:t>幻方”最早记载于春秋时期的</w:t>
      </w:r>
      <w:proofErr w:type="gramEnd"/>
      <w:r>
        <w:rPr>
          <w:rFonts w:ascii="SimSun" w:eastAsia="SimSun" w:hAnsi="SimSun" w:cs="SimSun"/>
          <w:color w:val="000000"/>
          <w:lang w:eastAsia="zh-CN"/>
        </w:rPr>
        <w:t>《大戴礼》中，现将</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w:t>
      </w:r>
      <w:r>
        <w:rPr>
          <w:rFonts w:ascii="Times New Roman" w:eastAsia="Times New Roman" w:hAnsi="Times New Roman" w:cs="Times New Roman"/>
          <w:color w:val="000000"/>
          <w:lang w:eastAsia="zh-CN"/>
        </w:rPr>
        <w:t>3</w:t>
      </w:r>
      <w:r>
        <w:rPr>
          <w:rFonts w:ascii="SimSun" w:eastAsia="SimSun" w:hAnsi="SimSun" w:cs="SimSun"/>
          <w:color w:val="000000"/>
          <w:lang w:eastAsia="zh-CN"/>
        </w:rPr>
        <w:t>，</w:t>
      </w:r>
      <w:r>
        <w:rPr>
          <w:rFonts w:ascii="Times New Roman" w:eastAsia="Times New Roman" w:hAnsi="Times New Roman" w:cs="Times New Roman"/>
          <w:color w:val="000000"/>
          <w:lang w:eastAsia="zh-CN"/>
        </w:rPr>
        <w:t>4</w:t>
      </w:r>
      <w:r>
        <w:rPr>
          <w:rFonts w:ascii="SimSun" w:eastAsia="SimSun" w:hAnsi="SimSun" w:cs="SimSun"/>
          <w:color w:val="000000"/>
          <w:lang w:eastAsia="zh-CN"/>
        </w:rPr>
        <w:t>，</w:t>
      </w:r>
      <w:r>
        <w:rPr>
          <w:rFonts w:ascii="Times New Roman" w:eastAsia="Times New Roman" w:hAnsi="Times New Roman" w:cs="Times New Roman"/>
          <w:color w:val="000000"/>
          <w:lang w:eastAsia="zh-CN"/>
        </w:rPr>
        <w:t>5</w:t>
      </w:r>
      <w:r>
        <w:rPr>
          <w:rFonts w:ascii="SimSun" w:eastAsia="SimSun" w:hAnsi="SimSun" w:cs="SimSun"/>
          <w:color w:val="000000"/>
          <w:lang w:eastAsia="zh-CN"/>
        </w:rPr>
        <w:t>，</w:t>
      </w:r>
      <w:r>
        <w:rPr>
          <w:rFonts w:ascii="Times New Roman" w:eastAsia="Times New Roman" w:hAnsi="Times New Roman" w:cs="Times New Roman"/>
          <w:color w:val="000000"/>
          <w:lang w:eastAsia="zh-CN"/>
        </w:rPr>
        <w:t>7</w:t>
      </w:r>
      <w:r>
        <w:rPr>
          <w:rFonts w:ascii="SimSun" w:eastAsia="SimSun" w:hAnsi="SimSun" w:cs="SimSun"/>
          <w:color w:val="000000"/>
          <w:lang w:eastAsia="zh-CN"/>
        </w:rPr>
        <w:t>，</w:t>
      </w:r>
      <w:r>
        <w:rPr>
          <w:rFonts w:ascii="Times New Roman" w:eastAsia="Times New Roman" w:hAnsi="Times New Roman" w:cs="Times New Roman"/>
          <w:color w:val="000000"/>
          <w:lang w:eastAsia="zh-CN"/>
        </w:rPr>
        <w:t>8</w:t>
      </w:r>
      <w:r>
        <w:rPr>
          <w:rFonts w:ascii="SimSun" w:eastAsia="SimSun" w:hAnsi="SimSun" w:cs="SimSun"/>
          <w:color w:val="000000"/>
          <w:lang w:eastAsia="zh-CN"/>
        </w:rPr>
        <w:t>，</w:t>
      </w:r>
      <w:r>
        <w:rPr>
          <w:rFonts w:ascii="Times New Roman" w:eastAsia="Times New Roman" w:hAnsi="Times New Roman" w:cs="Times New Roman"/>
          <w:color w:val="000000"/>
          <w:lang w:eastAsia="zh-CN"/>
        </w:rPr>
        <w:t>9</w:t>
      </w:r>
      <w:r>
        <w:rPr>
          <w:rFonts w:ascii="SimSun" w:eastAsia="SimSun" w:hAnsi="SimSun" w:cs="SimSun"/>
          <w:color w:val="000000"/>
          <w:lang w:eastAsia="zh-CN"/>
        </w:rPr>
        <w:t>这八个数字填入如图</w:t>
      </w:r>
      <w:r>
        <w:rPr>
          <w:rFonts w:ascii="Times New Roman" w:eastAsia="Times New Roman" w:hAnsi="Times New Roman" w:cs="Times New Roman"/>
          <w:color w:val="000000"/>
          <w:lang w:eastAsia="zh-CN"/>
        </w:rPr>
        <w:t>1</w:t>
      </w:r>
      <w:proofErr w:type="gramStart"/>
      <w:r>
        <w:rPr>
          <w:rFonts w:ascii="SimSun" w:eastAsia="SimSun" w:hAnsi="SimSun" w:cs="SimSun"/>
          <w:color w:val="000000"/>
          <w:lang w:eastAsia="zh-CN"/>
        </w:rPr>
        <w:t>所示的“幻方”中</w:t>
      </w:r>
      <w:proofErr w:type="gramEnd"/>
      <w:r>
        <w:rPr>
          <w:rFonts w:ascii="SimSun" w:eastAsia="SimSun" w:hAnsi="SimSun" w:cs="SimSun"/>
          <w:color w:val="000000"/>
          <w:lang w:eastAsia="zh-CN"/>
        </w:rPr>
        <w:t>，使得每个三角形的三个顶点上的数字之和都与中间正方形四个顶点上的数字之和相等．若按同样的要求重新填数如图</w:t>
      </w:r>
      <w:r>
        <w:rPr>
          <w:rFonts w:ascii="Times New Roman" w:eastAsia="Times New Roman" w:hAnsi="Times New Roman" w:cs="Times New Roman"/>
          <w:color w:val="000000"/>
          <w:lang w:eastAsia="zh-CN"/>
        </w:rPr>
        <w:t>2</w:t>
      </w:r>
      <w:r>
        <w:rPr>
          <w:rFonts w:ascii="SimSun" w:eastAsia="SimSun" w:hAnsi="SimSun" w:cs="SimSun"/>
          <w:color w:val="000000"/>
          <w:lang w:eastAsia="zh-CN"/>
        </w:rPr>
        <w:t>所示，则</w:t>
      </w:r>
      <w:r>
        <w:pict w14:anchorId="28EFC7F9">
          <v:shape id="_x0000_i1976" type="#_x0000_t75" alt="学科网(www.zxxk.com)--教育资源门户，提供试卷、教案、课件、论文、素材以及各类教学资源下载，还有大量而丰富的教学相关资讯！" style="width:27.15pt;height:12.9pt">
            <v:imagedata r:id="rId576" o:title="eqId059d6df06a5b85848dc4fa33327f8e07"/>
          </v:shape>
        </w:pict>
      </w:r>
      <w:r>
        <w:rPr>
          <w:rFonts w:ascii="SimSun" w:eastAsia="SimSun" w:hAnsi="SimSun" w:cs="SimSun"/>
          <w:color w:val="000000"/>
          <w:lang w:eastAsia="zh-CN"/>
        </w:rPr>
        <w:t>的值是</w:t>
      </w:r>
      <w:r>
        <w:rPr>
          <w:color w:val="000000"/>
          <w:lang w:eastAsia="zh-CN"/>
        </w:rPr>
        <w:t>________</w:t>
      </w:r>
      <w:r>
        <w:rPr>
          <w:rFonts w:ascii="SimSun" w:eastAsia="SimSun" w:hAnsi="SimSun" w:cs="SimSun"/>
          <w:color w:val="000000"/>
          <w:lang w:eastAsia="zh-CN"/>
        </w:rPr>
        <w:t>，</w:t>
      </w:r>
      <w:r>
        <w:pict w14:anchorId="326BE22E">
          <v:shape id="_x0000_i1977" type="#_x0000_t75" alt="学科网(www.zxxk.com)--教育资源门户，提供试卷、教案、课件、论文、素材以及各类教学资源下载，还有大量而丰富的教学相关资讯！" style="width:29.2pt;height:10.85pt">
            <v:imagedata r:id="rId577" o:title="eqId72850427e83ff19a24305783e080b280"/>
          </v:shape>
        </w:pict>
      </w:r>
      <w:r>
        <w:rPr>
          <w:rFonts w:ascii="SimSun" w:eastAsia="SimSun" w:hAnsi="SimSun" w:cs="SimSun"/>
          <w:color w:val="000000"/>
          <w:lang w:eastAsia="zh-CN"/>
        </w:rPr>
        <w:t>的值是</w:t>
      </w:r>
      <w:r>
        <w:rPr>
          <w:color w:val="000000"/>
          <w:lang w:eastAsia="zh-CN"/>
        </w:rPr>
        <w:t>________</w:t>
      </w:r>
      <w:r>
        <w:rPr>
          <w:rFonts w:ascii="SimSun" w:eastAsia="SimSun" w:hAnsi="SimSun" w:cs="SimSun"/>
          <w:color w:val="000000"/>
          <w:lang w:eastAsia="zh-CN"/>
        </w:rPr>
        <w:t>．</w:t>
      </w:r>
    </w:p>
    <w:p w14:paraId="35EE9A7D" w14:textId="77777777" w:rsidR="008113A1" w:rsidRDefault="00000000">
      <w:pPr>
        <w:spacing w:line="360" w:lineRule="auto"/>
        <w:textAlignment w:val="center"/>
        <w:rPr>
          <w:color w:val="000000"/>
        </w:rPr>
      </w:pPr>
      <w:r>
        <w:rPr>
          <w:noProof/>
          <w:color w:val="000000"/>
        </w:rPr>
        <w:drawing>
          <wp:inline distT="0" distB="0" distL="114300" distR="114300" wp14:anchorId="6741D139" wp14:editId="6304531E">
            <wp:extent cx="2247900" cy="1304925"/>
            <wp:effectExtent l="0" t="0" r="0" b="0"/>
            <wp:docPr id="4333"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 name="图片 100011" descr="学科网(www.zxxk.com)--教育资源门户，提供试卷、教案、课件、论文、素材以及各类教学资源下载，还有大量而丰富的教学相关资讯！"/>
                    <pic:cNvPicPr>
                      <a:picLocks noChangeAspect="1"/>
                    </pic:cNvPicPr>
                  </pic:nvPicPr>
                  <pic:blipFill>
                    <a:blip r:embed="rId578"/>
                    <a:stretch>
                      <a:fillRect/>
                    </a:stretch>
                  </pic:blipFill>
                  <pic:spPr>
                    <a:xfrm>
                      <a:off x="0" y="0"/>
                      <a:ext cx="2247900" cy="1304925"/>
                    </a:xfrm>
                    <a:prstGeom prst="rect">
                      <a:avLst/>
                    </a:prstGeom>
                  </pic:spPr>
                </pic:pic>
              </a:graphicData>
            </a:graphic>
          </wp:inline>
        </w:drawing>
      </w:r>
    </w:p>
    <w:p w14:paraId="1DA974F8" w14:textId="77777777" w:rsidR="008113A1" w:rsidRDefault="00000000">
      <w:pPr>
        <w:spacing w:line="360" w:lineRule="auto"/>
        <w:textAlignment w:val="center"/>
        <w:rPr>
          <w:color w:val="000000"/>
        </w:rPr>
      </w:pPr>
      <w:r>
        <w:rPr>
          <w:color w:val="2E75B6"/>
        </w:rPr>
        <w:t>【答案】</w:t>
      </w:r>
      <w:r>
        <w:rPr>
          <w:color w:val="000000"/>
        </w:rPr>
        <w:t xml:space="preserve">    ①. </w:t>
      </w:r>
      <w:r>
        <w:rPr>
          <w:rFonts w:ascii="SimSun" w:eastAsia="SimSun" w:hAnsi="SimSun" w:cs="SimSun"/>
          <w:color w:val="000000"/>
        </w:rPr>
        <w:t>－</w:t>
      </w:r>
      <w:r>
        <w:rPr>
          <w:rFonts w:ascii="Times New Roman" w:eastAsia="Times New Roman" w:hAnsi="Times New Roman" w:cs="Times New Roman"/>
          <w:color w:val="000000"/>
        </w:rPr>
        <w:t>3</w:t>
      </w:r>
      <w:r>
        <w:rPr>
          <w:color w:val="000000"/>
        </w:rPr>
        <w:t xml:space="preserve">    ②. </w:t>
      </w:r>
      <w:r>
        <w:rPr>
          <w:rFonts w:ascii="Times New Roman" w:eastAsia="Times New Roman" w:hAnsi="Times New Roman" w:cs="Times New Roman"/>
          <w:color w:val="000000"/>
        </w:rPr>
        <w:t>3</w:t>
      </w:r>
    </w:p>
    <w:p w14:paraId="08F9137B" w14:textId="77777777" w:rsidR="008113A1" w:rsidRDefault="00000000">
      <w:pPr>
        <w:spacing w:line="360" w:lineRule="auto"/>
        <w:textAlignment w:val="center"/>
        <w:rPr>
          <w:color w:val="000000"/>
        </w:rPr>
      </w:pPr>
      <w:r>
        <w:rPr>
          <w:color w:val="2E75B6"/>
        </w:rPr>
        <w:t>【解析】</w:t>
      </w:r>
    </w:p>
    <w:p w14:paraId="566D10CD"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本题主要考查了有理数的运算，先设中间的四个的右上的数字为</w:t>
      </w:r>
      <w:r>
        <w:rPr>
          <w:rFonts w:ascii="Times New Roman" w:eastAsia="Times New Roman" w:hAnsi="Times New Roman" w:cs="Times New Roman"/>
          <w:i/>
          <w:color w:val="000000"/>
          <w:lang w:eastAsia="zh-CN"/>
        </w:rPr>
        <w:t>p</w:t>
      </w:r>
      <w:r>
        <w:rPr>
          <w:rFonts w:ascii="SimSun" w:eastAsia="SimSun" w:hAnsi="SimSun" w:cs="SimSun"/>
          <w:color w:val="000000"/>
          <w:lang w:eastAsia="zh-CN"/>
        </w:rPr>
        <w:t>，左下的数字为</w:t>
      </w:r>
      <w:r>
        <w:rPr>
          <w:rFonts w:ascii="Times New Roman" w:eastAsia="Times New Roman" w:hAnsi="Times New Roman" w:cs="Times New Roman"/>
          <w:i/>
          <w:color w:val="000000"/>
          <w:lang w:eastAsia="zh-CN"/>
        </w:rPr>
        <w:t>q</w:t>
      </w:r>
      <w:r>
        <w:rPr>
          <w:rFonts w:ascii="SimSun" w:eastAsia="SimSun" w:hAnsi="SimSun" w:cs="SimSun"/>
          <w:color w:val="000000"/>
          <w:lang w:eastAsia="zh-CN"/>
        </w:rPr>
        <w:t>，再根据题意列出关系式，整理可得答案．</w:t>
      </w:r>
    </w:p>
    <w:p w14:paraId="312A6E60"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设中间的四个的右上的数字为</w:t>
      </w:r>
      <w:r>
        <w:rPr>
          <w:rFonts w:ascii="Times New Roman" w:eastAsia="Times New Roman" w:hAnsi="Times New Roman" w:cs="Times New Roman"/>
          <w:i/>
          <w:color w:val="000000"/>
          <w:lang w:eastAsia="zh-CN"/>
        </w:rPr>
        <w:t>p</w:t>
      </w:r>
      <w:r>
        <w:rPr>
          <w:rFonts w:ascii="SimSun" w:eastAsia="SimSun" w:hAnsi="SimSun" w:cs="SimSun"/>
          <w:color w:val="000000"/>
          <w:lang w:eastAsia="zh-CN"/>
        </w:rPr>
        <w:t>，左下的数字为</w:t>
      </w:r>
      <w:r>
        <w:rPr>
          <w:rFonts w:ascii="Times New Roman" w:eastAsia="Times New Roman" w:hAnsi="Times New Roman" w:cs="Times New Roman"/>
          <w:i/>
          <w:color w:val="000000"/>
          <w:lang w:eastAsia="zh-CN"/>
        </w:rPr>
        <w:t>q</w:t>
      </w:r>
      <w:r>
        <w:rPr>
          <w:rFonts w:ascii="SimSun" w:eastAsia="SimSun" w:hAnsi="SimSun" w:cs="SimSun"/>
          <w:color w:val="000000"/>
          <w:lang w:eastAsia="zh-CN"/>
        </w:rPr>
        <w:t>，</w:t>
      </w:r>
    </w:p>
    <w:p w14:paraId="43D933E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根据题意，得</w:t>
      </w:r>
      <w:r>
        <w:pict w14:anchorId="12BAE4D2">
          <v:shape id="_x0000_i1978" type="#_x0000_t75" alt="学科网(www.zxxk.com)--教育资源门户，提供试卷、教案、课件、论文、素材以及各类教学资源下载，还有大量而丰富的教学相关资讯！" style="width:139.9pt;height:15.6pt">
            <v:imagedata r:id="rId579" o:title="eqId5eb38d223f1286d8212174f8a1392045"/>
          </v:shape>
        </w:pict>
      </w:r>
      <w:r>
        <w:rPr>
          <w:rFonts w:ascii="SimSun" w:eastAsia="SimSun" w:hAnsi="SimSun" w:cs="SimSun"/>
          <w:color w:val="000000"/>
          <w:lang w:eastAsia="zh-CN"/>
        </w:rPr>
        <w:t>，</w:t>
      </w:r>
      <w:r>
        <w:pict w14:anchorId="6CEE279E">
          <v:shape id="_x0000_i1979" type="#_x0000_t75" alt="学科网(www.zxxk.com)--教育资源门户，提供试卷、教案、课件、论文、素材以及各类教学资源下载，还有大量而丰富的教学相关资讯！" style="width:137.2pt;height:15.6pt">
            <v:imagedata r:id="rId580" o:title="eqId8ffd35762198ad1de4f588d5e7b16053"/>
          </v:shape>
        </w:pict>
      </w:r>
      <w:r>
        <w:rPr>
          <w:rFonts w:ascii="SimSun" w:eastAsia="SimSun" w:hAnsi="SimSun" w:cs="SimSun"/>
          <w:color w:val="000000"/>
          <w:lang w:eastAsia="zh-CN"/>
        </w:rPr>
        <w:t>，</w:t>
      </w:r>
    </w:p>
    <w:p w14:paraId="59C196B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将上式变形得</w:t>
      </w:r>
      <w:r>
        <w:pict w14:anchorId="2A77612E">
          <v:shape id="_x0000_i1980" type="#_x0000_t75" alt="学科网(www.zxxk.com)--教育资源门户，提供试卷、教案、课件、论文、素材以及各类教学资源下载，还有大量而丰富的教学相关资讯！" style="width:45.5pt;height:14.95pt">
            <v:imagedata r:id="rId581" o:title="eqIdd09dc53c820622afe78d93adede0a246"/>
          </v:shape>
        </w:pict>
      </w:r>
      <w:r>
        <w:rPr>
          <w:rFonts w:ascii="SimSun" w:eastAsia="SimSun" w:hAnsi="SimSun" w:cs="SimSun"/>
          <w:color w:val="000000"/>
          <w:lang w:eastAsia="zh-CN"/>
        </w:rPr>
        <w:t>，</w:t>
      </w:r>
      <w:r>
        <w:pict w14:anchorId="056A68D7">
          <v:shape id="_x0000_i1981" type="#_x0000_t75" alt="学科网(www.zxxk.com)--教育资源门户，提供试卷、教案、课件、论文、素材以及各类教学资源下载，还有大量而丰富的教学相关资讯！" style="width:45.5pt;height:14.25pt">
            <v:imagedata r:id="rId582" o:title="eqId76f10c9b6c2aa5788bad0620de1b88cf"/>
          </v:shape>
        </w:pict>
      </w:r>
      <w:r>
        <w:rPr>
          <w:rFonts w:ascii="SimSun" w:eastAsia="SimSun" w:hAnsi="SimSun" w:cs="SimSun"/>
          <w:color w:val="000000"/>
          <w:lang w:eastAsia="zh-CN"/>
        </w:rPr>
        <w:t>．</w:t>
      </w:r>
    </w:p>
    <w:p w14:paraId="0C14B387"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3AA399C4">
          <v:shape id="_x0000_i1982" type="#_x0000_t75" alt="学科网(www.zxxk.com)--教育资源门户，提供试卷、教案、课件、论文、素材以及各类教学资源下载，还有大量而丰富的教学相关资讯！" style="width:16.3pt;height:13.6pt">
            <v:imagedata r:id="rId353" o:title="eqId81fb134b2b48acc99213fff6ccfee65f"/>
          </v:shape>
        </w:pict>
      </w:r>
      <w:r>
        <w:rPr>
          <w:rFonts w:ascii="SimSun" w:eastAsia="SimSun" w:hAnsi="SimSun" w:cs="SimSun"/>
          <w:color w:val="000000"/>
          <w:lang w:eastAsia="zh-CN"/>
        </w:rPr>
        <w:t>，</w:t>
      </w:r>
      <w:r>
        <w:rPr>
          <w:rFonts w:ascii="Times New Roman" w:eastAsia="Times New Roman" w:hAnsi="Times New Roman" w:cs="Times New Roman"/>
          <w:color w:val="000000"/>
          <w:lang w:eastAsia="zh-CN"/>
        </w:rPr>
        <w:t>3</w:t>
      </w:r>
      <w:r>
        <w:rPr>
          <w:rFonts w:ascii="SimSun" w:eastAsia="SimSun" w:hAnsi="SimSun" w:cs="SimSun"/>
          <w:color w:val="000000"/>
          <w:lang w:eastAsia="zh-CN"/>
        </w:rPr>
        <w:t>．</w:t>
      </w:r>
    </w:p>
    <w:p w14:paraId="35B3BFA5"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lastRenderedPageBreak/>
        <w:t>三、解答题（共</w:t>
      </w:r>
      <w:r>
        <w:rPr>
          <w:rFonts w:ascii="Times New Roman" w:eastAsia="Times New Roman" w:hAnsi="Times New Roman" w:cs="Times New Roman"/>
          <w:b/>
          <w:color w:val="000000"/>
          <w:sz w:val="24"/>
          <w:lang w:eastAsia="zh-CN"/>
        </w:rPr>
        <w:t>68</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17</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17</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18</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19</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20</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12</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24</w:t>
      </w:r>
      <w:r>
        <w:rPr>
          <w:rFonts w:ascii="SimSun" w:eastAsia="SimSun" w:hAnsi="SimSun" w:cs="SimSun"/>
          <w:b/>
          <w:color w:val="000000"/>
          <w:sz w:val="24"/>
          <w:lang w:eastAsia="zh-CN"/>
        </w:rPr>
        <w:t>题，每题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w:t>
      </w:r>
    </w:p>
    <w:p w14:paraId="4BCBF3B5" w14:textId="77777777" w:rsidR="008113A1" w:rsidRDefault="00000000">
      <w:pPr>
        <w:pStyle w:val="Heading2"/>
        <w:rPr>
          <w:lang w:eastAsia="zh-CN"/>
        </w:rPr>
      </w:pPr>
      <w:bookmarkStart w:id="54" w:name="_Toc235460071"/>
      <w:r>
        <w:rPr>
          <w:lang w:eastAsia="zh-CN"/>
        </w:rPr>
        <w:t>通州区</w:t>
      </w:r>
      <w:bookmarkEnd w:id="54"/>
    </w:p>
    <w:p w14:paraId="6A514DA1" w14:textId="77777777" w:rsidR="008113A1" w:rsidRDefault="00000000">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如图，</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w:t>
      </w:r>
      <w:r>
        <w:rPr>
          <w:rFonts w:ascii="Times New Roman" w:eastAsia="Times New Roman" w:hAnsi="Times New Roman" w:cs="Times New Roman"/>
          <w:i/>
          <w:color w:val="000000"/>
          <w:lang w:eastAsia="zh-CN"/>
        </w:rPr>
        <w:t>c</w:t>
      </w:r>
      <w:r>
        <w:rPr>
          <w:rFonts w:ascii="SimSun" w:eastAsia="SimSun" w:hAnsi="SimSun" w:cs="SimSun"/>
          <w:color w:val="000000"/>
          <w:lang w:eastAsia="zh-CN"/>
        </w:rPr>
        <w:t>是数轴上点表示的有理数计算：</w:t>
      </w:r>
      <w:r>
        <w:pict w14:anchorId="2AD5DB85">
          <v:shape id="_x0000_i1983" type="#_x0000_t75" alt="学科网(www.zxxk.com)--教育资源门户，提供试卷、教案、课件、论文、素材以及各类教学资源下载，还有大量而丰富的教学相关资讯！" style="width:123.6pt;height:15.6pt">
            <v:imagedata r:id="rId583" o:title="eqIdda1842140aa41130776dc31f56e105a7"/>
          </v:shape>
        </w:pict>
      </w:r>
      <w:r>
        <w:rPr>
          <w:rFonts w:ascii="Times New Roman" w:eastAsia="Times New Roman" w:hAnsi="Times New Roman" w:cs="Times New Roman"/>
          <w:color w:val="000000"/>
          <w:lang w:eastAsia="zh-CN"/>
        </w:rPr>
        <w:t xml:space="preserve"> </w:t>
      </w:r>
      <w:r>
        <w:rPr>
          <w:color w:val="000000"/>
          <w:lang w:eastAsia="zh-CN"/>
        </w:rPr>
        <w:t>________</w:t>
      </w:r>
      <w:r>
        <w:rPr>
          <w:rFonts w:ascii="SimSun" w:eastAsia="SimSun" w:hAnsi="SimSun" w:cs="SimSun"/>
          <w:color w:val="000000"/>
          <w:lang w:eastAsia="zh-CN"/>
        </w:rPr>
        <w:t>．</w:t>
      </w:r>
    </w:p>
    <w:p w14:paraId="3C775463" w14:textId="77777777" w:rsidR="008113A1" w:rsidRDefault="00000000">
      <w:pPr>
        <w:spacing w:line="360" w:lineRule="auto"/>
        <w:textAlignment w:val="center"/>
        <w:rPr>
          <w:color w:val="000000"/>
        </w:rPr>
      </w:pPr>
      <w:r>
        <w:rPr>
          <w:noProof/>
          <w:color w:val="000000"/>
        </w:rPr>
        <w:drawing>
          <wp:inline distT="0" distB="0" distL="114300" distR="114300" wp14:anchorId="37F596D1" wp14:editId="63A79F7F">
            <wp:extent cx="2400300" cy="228600"/>
            <wp:effectExtent l="0" t="0" r="0" b="0"/>
            <wp:docPr id="4335"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 name="图片 100019" descr="学科网(www.zxxk.com)--教育资源门户，提供试卷、教案、课件、论文、素材以及各类教学资源下载，还有大量而丰富的教学相关资讯！"/>
                    <pic:cNvPicPr>
                      <a:picLocks noChangeAspect="1"/>
                    </pic:cNvPicPr>
                  </pic:nvPicPr>
                  <pic:blipFill>
                    <a:blip r:embed="rId584"/>
                    <a:stretch>
                      <a:fillRect/>
                    </a:stretch>
                  </pic:blipFill>
                  <pic:spPr>
                    <a:xfrm>
                      <a:off x="0" y="0"/>
                      <a:ext cx="2400300" cy="228600"/>
                    </a:xfrm>
                    <a:prstGeom prst="rect">
                      <a:avLst/>
                    </a:prstGeom>
                  </pic:spPr>
                </pic:pic>
              </a:graphicData>
            </a:graphic>
          </wp:inline>
        </w:drawing>
      </w:r>
    </w:p>
    <w:p w14:paraId="48ED250B" w14:textId="77777777" w:rsidR="008113A1" w:rsidRDefault="00000000">
      <w:pPr>
        <w:spacing w:line="360" w:lineRule="auto"/>
        <w:textAlignment w:val="center"/>
        <w:rPr>
          <w:color w:val="000000"/>
          <w:lang w:eastAsia="zh-CN"/>
        </w:rPr>
      </w:pPr>
      <w:r>
        <w:rPr>
          <w:color w:val="2E75B6"/>
          <w:lang w:eastAsia="zh-CN"/>
        </w:rPr>
        <w:t>【答案】</w:t>
      </w:r>
      <w:r>
        <w:pict w14:anchorId="6052B625">
          <v:shape id="_x0000_i1984" type="#_x0000_t75" alt="学科网(www.zxxk.com)--教育资源门户，提供试卷、教案、课件、论文、素材以及各类教学资源下载，还有大量而丰富的教学相关资讯！" style="width:29.9pt;height:14.25pt">
            <v:imagedata r:id="rId585" o:title="eqId412bb22992ebdd81b69bca56411d6250"/>
          </v:shape>
        </w:pict>
      </w:r>
    </w:p>
    <w:p w14:paraId="2A51ED74" w14:textId="77777777" w:rsidR="008113A1" w:rsidRDefault="00000000">
      <w:pPr>
        <w:spacing w:line="360" w:lineRule="auto"/>
        <w:textAlignment w:val="center"/>
        <w:rPr>
          <w:color w:val="000000"/>
          <w:lang w:eastAsia="zh-CN"/>
        </w:rPr>
      </w:pPr>
      <w:r>
        <w:rPr>
          <w:color w:val="2E75B6"/>
          <w:lang w:eastAsia="zh-CN"/>
        </w:rPr>
        <w:t>【解析】</w:t>
      </w:r>
    </w:p>
    <w:p w14:paraId="240F52CF"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此题主要考查了数轴和绝对值，正确得出各式的符号是解题关键．直接利用数轴得出，</w:t>
      </w:r>
      <w:r>
        <w:pict w14:anchorId="4BFA613D">
          <v:shape id="_x0000_i1985" type="#_x0000_t75" alt="学科网(www.zxxk.com)--教育资源门户，提供试卷、教案、课件、论文、素材以及各类教学资源下载，还有大量而丰富的教学相关资讯！" style="width:101.9pt;height:14.25pt">
            <v:imagedata r:id="rId586" o:title="eqId727f93eed46b8c709f69d785fdc566ad"/>
          </v:shape>
        </w:pict>
      </w:r>
      <w:r>
        <w:rPr>
          <w:rFonts w:ascii="SimSun" w:eastAsia="SimSun" w:hAnsi="SimSun" w:cs="SimSun"/>
          <w:color w:val="000000"/>
          <w:lang w:eastAsia="zh-CN"/>
        </w:rPr>
        <w:t>，进而利用绝对值的性质化简得出答案．</w:t>
      </w:r>
    </w:p>
    <w:p w14:paraId="16B1D803" w14:textId="77777777" w:rsidR="008113A1" w:rsidRDefault="00000000">
      <w:pPr>
        <w:spacing w:line="360" w:lineRule="auto"/>
        <w:jc w:val="both"/>
        <w:textAlignment w:val="center"/>
        <w:rPr>
          <w:color w:val="000000"/>
          <w:lang w:eastAsia="zh-CN"/>
        </w:rPr>
      </w:pPr>
      <w:r>
        <w:rPr>
          <w:color w:val="000000"/>
          <w:lang w:eastAsia="zh-CN"/>
        </w:rPr>
        <w:t>【详解】</w:t>
      </w:r>
      <w:r>
        <w:rPr>
          <w:rFonts w:ascii="SimSun" w:eastAsia="SimSun" w:hAnsi="SimSun" w:cs="SimSun"/>
          <w:color w:val="000000"/>
          <w:lang w:eastAsia="zh-CN"/>
        </w:rPr>
        <w:t>解：由数轴可得：</w:t>
      </w:r>
    </w:p>
    <w:p w14:paraId="3FB8968C" w14:textId="77777777" w:rsidR="008113A1" w:rsidRDefault="00000000">
      <w:pPr>
        <w:spacing w:line="360" w:lineRule="auto"/>
        <w:jc w:val="both"/>
        <w:textAlignment w:val="center"/>
        <w:rPr>
          <w:color w:val="000000"/>
        </w:rPr>
      </w:pPr>
      <w:r>
        <w:pict w14:anchorId="44894641">
          <v:shape id="_x0000_i1986" type="#_x0000_t75" alt="学科网(www.zxxk.com)--教育资源门户，提供试卷、教案、课件、论文、素材以及各类教学资源下载，还有大量而丰富的教学相关资讯！" style="width:101.9pt;height:14.25pt">
            <v:imagedata r:id="rId586" o:title="eqId727f93eed46b8c709f69d785fdc566ad"/>
          </v:shape>
        </w:pict>
      </w:r>
      <w:r>
        <w:rPr>
          <w:rFonts w:ascii="SimSun" w:eastAsia="SimSun" w:hAnsi="SimSun" w:cs="SimSun"/>
          <w:color w:val="000000"/>
        </w:rPr>
        <w:t>，</w:t>
      </w:r>
    </w:p>
    <w:p w14:paraId="2EF6A788" w14:textId="77777777" w:rsidR="008113A1" w:rsidRDefault="00000000">
      <w:pPr>
        <w:spacing w:line="360" w:lineRule="auto"/>
        <w:jc w:val="both"/>
        <w:textAlignment w:val="center"/>
        <w:rPr>
          <w:color w:val="000000"/>
        </w:rPr>
      </w:pPr>
      <w:r>
        <w:rPr>
          <w:rFonts w:ascii="SimSun" w:eastAsia="SimSun" w:hAnsi="SimSun" w:cs="SimSun"/>
          <w:color w:val="000000"/>
        </w:rPr>
        <w:t>所以</w:t>
      </w:r>
      <w:r>
        <w:pict w14:anchorId="2E88CD13">
          <v:shape id="_x0000_i1987" type="#_x0000_t75" alt="学科网(www.zxxk.com)--教育资源门户，提供试卷、教案、课件、论文、素材以及各类教学资源下载，还有大量而丰富的教学相关资讯！" style="width:44.15pt;height:14.25pt">
            <v:imagedata r:id="rId587" o:title="eqIdbd039882414ced3cd59d7a4d5ec76f35"/>
          </v:shape>
        </w:pict>
      </w:r>
      <w:r>
        <w:rPr>
          <w:rFonts w:ascii="SimSun" w:eastAsia="SimSun" w:hAnsi="SimSun" w:cs="SimSun"/>
          <w:color w:val="000000"/>
        </w:rPr>
        <w:t>，</w:t>
      </w:r>
      <w:r>
        <w:pict w14:anchorId="5E045425">
          <v:shape id="_x0000_i1988" type="#_x0000_t75" alt="学科网(www.zxxk.com)--教育资源门户，提供试卷、教案、课件、论文、素材以及各类教学资源下载，还有大量而丰富的教学相关资讯！" style="width:44.15pt;height:14.25pt">
            <v:imagedata r:id="rId588" o:title="eqId7cedc3e9843a1c1cf80bc57ecc7d3910"/>
          </v:shape>
        </w:pict>
      </w:r>
      <w:r>
        <w:rPr>
          <w:rFonts w:ascii="SimSun" w:eastAsia="SimSun" w:hAnsi="SimSun" w:cs="SimSun"/>
          <w:color w:val="000000"/>
        </w:rPr>
        <w:t>，</w:t>
      </w:r>
      <w:r>
        <w:pict w14:anchorId="254A9DB1">
          <v:shape id="_x0000_i1989" type="#_x0000_t75" alt="学科网(www.zxxk.com)--教育资源门户，提供试卷、教案、课件、论文、素材以及各类教学资源下载，还有大量而丰富的教学相关资讯！" style="width:41.45pt;height:14.25pt">
            <v:imagedata r:id="rId589" o:title="eqId56c800bc75ef696b07f528d7836213ba"/>
          </v:shape>
        </w:pict>
      </w:r>
      <w:r>
        <w:rPr>
          <w:rFonts w:ascii="SimSun" w:eastAsia="SimSun" w:hAnsi="SimSun" w:cs="SimSun"/>
          <w:color w:val="000000"/>
        </w:rPr>
        <w:t>，</w:t>
      </w:r>
    </w:p>
    <w:p w14:paraId="51189C02" w14:textId="77777777" w:rsidR="008113A1" w:rsidRDefault="00000000">
      <w:pPr>
        <w:spacing w:line="360" w:lineRule="auto"/>
        <w:jc w:val="both"/>
        <w:textAlignment w:val="center"/>
        <w:rPr>
          <w:color w:val="000000"/>
        </w:rPr>
      </w:pPr>
      <w:r>
        <w:rPr>
          <w:rFonts w:ascii="SimSun" w:eastAsia="SimSun" w:hAnsi="SimSun" w:cs="SimSun"/>
          <w:color w:val="000000"/>
        </w:rPr>
        <w:t>故：</w:t>
      </w:r>
      <w:r>
        <w:pict w14:anchorId="12E50C75">
          <v:shape id="_x0000_i1990" type="#_x0000_t75" alt="学科网(www.zxxk.com)--教育资源门户，提供试卷、教案、课件、论文、素材以及各类教学资源下载，还有大量而丰富的教学相关资讯！" style="width:116.85pt;height:15.6pt">
            <v:imagedata r:id="rId590" o:title="eqId244632a29f0d8f95147e6832b5653465"/>
          </v:shape>
        </w:pict>
      </w:r>
    </w:p>
    <w:p w14:paraId="545D7878" w14:textId="77777777" w:rsidR="008113A1" w:rsidRDefault="00000000">
      <w:pPr>
        <w:spacing w:line="360" w:lineRule="auto"/>
        <w:jc w:val="both"/>
        <w:textAlignment w:val="center"/>
        <w:rPr>
          <w:color w:val="000000"/>
        </w:rPr>
      </w:pPr>
      <w:r>
        <w:pict w14:anchorId="7DDFD5AB">
          <v:shape id="_x0000_i1991" type="#_x0000_t75" alt="学科网(www.zxxk.com)--教育资源门户，提供试卷、教案、课件、论文、素材以及各类教学资源下载，还有大量而丰富的教学相关资讯！" style="width:135.15pt;height:20.4pt">
            <v:imagedata r:id="rId591" o:title="eqId3dd6a75f6a5ab11c1446798f16d47996"/>
          </v:shape>
        </w:pict>
      </w:r>
    </w:p>
    <w:p w14:paraId="34F77248" w14:textId="77777777" w:rsidR="008113A1" w:rsidRDefault="00000000">
      <w:pPr>
        <w:spacing w:line="360" w:lineRule="auto"/>
        <w:jc w:val="both"/>
        <w:textAlignment w:val="center"/>
        <w:rPr>
          <w:color w:val="000000"/>
        </w:rPr>
      </w:pPr>
      <w:r>
        <w:pict w14:anchorId="2CEF6856">
          <v:shape id="_x0000_i1992" type="#_x0000_t75" alt="学科网(www.zxxk.com)--教育资源门户，提供试卷、教案、课件、论文、素材以及各类教学资源下载，还有大量而丰富的教学相关资讯！" style="width:105.95pt;height:13.6pt">
            <v:imagedata r:id="rId592" o:title="eqIda0ef6be7d396b062dacfface5024ad8e"/>
          </v:shape>
        </w:pict>
      </w:r>
    </w:p>
    <w:p w14:paraId="64DF2C4F" w14:textId="77777777" w:rsidR="008113A1" w:rsidRDefault="00000000">
      <w:pPr>
        <w:spacing w:line="360" w:lineRule="auto"/>
        <w:jc w:val="both"/>
        <w:textAlignment w:val="center"/>
        <w:rPr>
          <w:color w:val="000000"/>
          <w:lang w:eastAsia="zh-CN"/>
        </w:rPr>
      </w:pPr>
      <w:r>
        <w:pict w14:anchorId="62B9A9E0">
          <v:shape id="_x0000_i1993" type="#_x0000_t75" alt="学科网(www.zxxk.com)--教育资源门户，提供试卷、教案、课件、论文、素材以及各类教学资源下载，还有大量而丰富的教学相关资讯！" style="width:40.75pt;height:13.6pt">
            <v:imagedata r:id="rId593" o:title="eqId5508c491f39f166ad786ebe71dd8babe"/>
          </v:shape>
        </w:pict>
      </w:r>
      <w:r>
        <w:rPr>
          <w:rFonts w:ascii="SimSun" w:eastAsia="SimSun" w:hAnsi="SimSun" w:cs="SimSun"/>
          <w:color w:val="000000"/>
          <w:lang w:eastAsia="zh-CN"/>
        </w:rPr>
        <w:t>．</w:t>
      </w:r>
    </w:p>
    <w:p w14:paraId="0E8C1B0E"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故答案为：</w:t>
      </w:r>
      <w:r>
        <w:pict w14:anchorId="065D7955">
          <v:shape id="_x0000_i1994" type="#_x0000_t75" alt="学科网(www.zxxk.com)--教育资源门户，提供试卷、教案、课件、论文、素材以及各类教学资源下载，还有大量而丰富的教学相关资讯！" style="width:29.9pt;height:14.25pt">
            <v:imagedata r:id="rId585" o:title="eqId412bb22992ebdd81b69bca56411d6250"/>
          </v:shape>
        </w:pict>
      </w:r>
      <w:r>
        <w:rPr>
          <w:rFonts w:ascii="SimSun" w:eastAsia="SimSun" w:hAnsi="SimSun" w:cs="SimSun"/>
          <w:color w:val="000000"/>
          <w:lang w:eastAsia="zh-CN"/>
        </w:rPr>
        <w:t>．</w:t>
      </w:r>
    </w:p>
    <w:p w14:paraId="028327CE"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w:t>
      </w:r>
      <w:r>
        <w:rPr>
          <w:rFonts w:ascii="Times New Roman" w:eastAsia="Times New Roman" w:hAnsi="Times New Roman" w:cs="Times New Roman"/>
          <w:b/>
          <w:color w:val="000000"/>
          <w:sz w:val="24"/>
          <w:lang w:eastAsia="zh-CN"/>
        </w:rPr>
        <w:t>17</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18</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20</w:t>
      </w:r>
      <w:r>
        <w:rPr>
          <w:rFonts w:ascii="SimSun" w:eastAsia="SimSun" w:hAnsi="SimSun" w:cs="SimSun"/>
          <w:b/>
          <w:color w:val="000000"/>
          <w:sz w:val="24"/>
          <w:lang w:eastAsia="zh-CN"/>
        </w:rPr>
        <w:t>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23</w:t>
      </w:r>
      <w:r>
        <w:rPr>
          <w:rFonts w:ascii="SimSun" w:eastAsia="SimSun" w:hAnsi="SimSun" w:cs="SimSun"/>
          <w:b/>
          <w:color w:val="000000"/>
          <w:sz w:val="24"/>
          <w:lang w:eastAsia="zh-CN"/>
        </w:rPr>
        <w:t>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w:t>
      </w:r>
      <w:r>
        <w:rPr>
          <w:rFonts w:ascii="Times New Roman" w:eastAsia="Times New Roman" w:hAnsi="Times New Roman" w:cs="Times New Roman"/>
          <w:b/>
          <w:color w:val="000000"/>
          <w:sz w:val="24"/>
          <w:lang w:eastAsia="zh-CN"/>
        </w:rPr>
        <w:t>24</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28</w:t>
      </w:r>
      <w:r>
        <w:rPr>
          <w:rFonts w:ascii="SimSun" w:eastAsia="SimSun" w:hAnsi="SimSun" w:cs="SimSun"/>
          <w:b/>
          <w:color w:val="000000"/>
          <w:sz w:val="24"/>
          <w:lang w:eastAsia="zh-CN"/>
        </w:rPr>
        <w:t>每题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分，共</w:t>
      </w:r>
      <w:r>
        <w:rPr>
          <w:rFonts w:ascii="Times New Roman" w:eastAsia="Times New Roman" w:hAnsi="Times New Roman" w:cs="Times New Roman"/>
          <w:b/>
          <w:color w:val="000000"/>
          <w:sz w:val="24"/>
          <w:lang w:eastAsia="zh-CN"/>
        </w:rPr>
        <w:t>68</w:t>
      </w:r>
      <w:r>
        <w:rPr>
          <w:rFonts w:ascii="SimSun" w:eastAsia="SimSun" w:hAnsi="SimSun" w:cs="SimSun"/>
          <w:b/>
          <w:color w:val="000000"/>
          <w:sz w:val="24"/>
          <w:lang w:eastAsia="zh-CN"/>
        </w:rPr>
        <w:t>分）</w:t>
      </w:r>
    </w:p>
    <w:p w14:paraId="7C9AB212" w14:textId="77777777" w:rsidR="008113A1" w:rsidRDefault="00000000">
      <w:pPr>
        <w:pStyle w:val="Heading2"/>
        <w:rPr>
          <w:lang w:eastAsia="zh-CN"/>
        </w:rPr>
      </w:pPr>
      <w:bookmarkStart w:id="55" w:name="_Toc235460072"/>
      <w:r>
        <w:rPr>
          <w:lang w:eastAsia="zh-CN"/>
        </w:rPr>
        <w:lastRenderedPageBreak/>
        <w:t>门头沟区</w:t>
      </w:r>
      <w:bookmarkEnd w:id="55"/>
    </w:p>
    <w:p w14:paraId="55AE4B22" w14:textId="77777777" w:rsidR="008113A1" w:rsidRDefault="00000000">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综合实践课上，老师带领学生制作</w:t>
      </w:r>
      <w:r>
        <w:rPr>
          <w:rFonts w:ascii="Times New Roman" w:eastAsia="Times New Roman" w:hAnsi="Times New Roman" w:cs="Times New Roman"/>
          <w:i/>
          <w:color w:val="000000"/>
          <w:lang w:eastAsia="zh-CN"/>
        </w:rPr>
        <w:t>A</w:t>
      </w:r>
      <w:r>
        <w:rPr>
          <w:rFonts w:ascii="SimSun" w:eastAsia="SimSun" w:hAnsi="SimSun" w:cs="SimSun"/>
          <w:color w:val="000000"/>
          <w:lang w:eastAsia="zh-CN"/>
        </w:rPr>
        <w:t>，</w:t>
      </w:r>
      <w:r>
        <w:rPr>
          <w:rFonts w:ascii="Times New Roman" w:eastAsia="Times New Roman" w:hAnsi="Times New Roman" w:cs="Times New Roman"/>
          <w:i/>
          <w:color w:val="000000"/>
          <w:lang w:eastAsia="zh-CN"/>
        </w:rPr>
        <w:t>B</w:t>
      </w:r>
      <w:r>
        <w:rPr>
          <w:rFonts w:ascii="SimSun" w:eastAsia="SimSun" w:hAnsi="SimSun" w:cs="SimSun"/>
          <w:color w:val="000000"/>
          <w:lang w:eastAsia="zh-CN"/>
        </w:rPr>
        <w:t>两个飞机模型，每个飞机模型都需要先进行打磨，再进行组装两道工序，才能完成制作，已知制作这两个飞机模型每道工序所需的时间如下：</w:t>
      </w:r>
    </w:p>
    <w:tbl>
      <w:tblPr>
        <w:tblW w:w="4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265"/>
        <w:gridCol w:w="1245"/>
        <w:gridCol w:w="1245"/>
      </w:tblGrid>
      <w:tr w:rsidR="008113A1" w14:paraId="6AE691AF" w14:textId="77777777">
        <w:trPr>
          <w:trHeight w:val="450"/>
        </w:trPr>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854C2B" w14:textId="77777777" w:rsidR="008113A1" w:rsidRDefault="00000000">
            <w:pPr>
              <w:spacing w:line="360" w:lineRule="auto"/>
              <w:jc w:val="right"/>
              <w:textAlignment w:val="center"/>
              <w:rPr>
                <w:color w:val="000000"/>
                <w:lang w:eastAsia="zh-CN"/>
              </w:rPr>
            </w:pPr>
            <w:r>
              <w:rPr>
                <w:rFonts w:ascii="SimSun" w:eastAsia="SimSun" w:hAnsi="SimSun" w:cs="SimSun"/>
                <w:color w:val="000000"/>
                <w:lang w:eastAsia="zh-CN"/>
              </w:rPr>
              <w:t>工序</w:t>
            </w:r>
          </w:p>
          <w:p w14:paraId="06C7C7EB" w14:textId="77777777" w:rsidR="008113A1" w:rsidRDefault="00000000">
            <w:pPr>
              <w:spacing w:line="360" w:lineRule="auto"/>
              <w:ind w:firstLine="420"/>
              <w:textAlignment w:val="center"/>
              <w:rPr>
                <w:color w:val="000000"/>
                <w:lang w:eastAsia="zh-CN"/>
              </w:rPr>
            </w:pPr>
            <w:r>
              <w:rPr>
                <w:rFonts w:ascii="SimSun" w:eastAsia="SimSun" w:hAnsi="SimSun" w:cs="SimSun"/>
                <w:color w:val="000000"/>
                <w:lang w:eastAsia="zh-CN"/>
              </w:rPr>
              <w:t>时间（分钟）</w:t>
            </w:r>
          </w:p>
          <w:p w14:paraId="394D41FC"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模型</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E9428D" w14:textId="77777777" w:rsidR="008113A1" w:rsidRDefault="00000000">
            <w:pPr>
              <w:spacing w:line="360" w:lineRule="auto"/>
              <w:jc w:val="center"/>
              <w:textAlignment w:val="center"/>
              <w:rPr>
                <w:color w:val="000000"/>
              </w:rPr>
            </w:pPr>
            <w:proofErr w:type="spellStart"/>
            <w:r>
              <w:rPr>
                <w:rFonts w:ascii="SimSun" w:eastAsia="SimSun" w:hAnsi="SimSun" w:cs="SimSun"/>
                <w:color w:val="000000"/>
              </w:rPr>
              <w:t>打磨</w:t>
            </w:r>
            <w:proofErr w:type="spellEnd"/>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AB0B8B" w14:textId="77777777" w:rsidR="008113A1" w:rsidRDefault="00000000">
            <w:pPr>
              <w:spacing w:line="360" w:lineRule="auto"/>
              <w:jc w:val="center"/>
              <w:textAlignment w:val="center"/>
              <w:rPr>
                <w:color w:val="000000"/>
              </w:rPr>
            </w:pPr>
            <w:r>
              <w:rPr>
                <w:rFonts w:ascii="SimSun" w:eastAsia="SimSun" w:hAnsi="SimSun" w:cs="SimSun"/>
                <w:color w:val="000000"/>
              </w:rPr>
              <w:t>组装</w:t>
            </w:r>
          </w:p>
        </w:tc>
      </w:tr>
      <w:tr w:rsidR="008113A1" w14:paraId="7C9566A3" w14:textId="77777777">
        <w:trPr>
          <w:trHeight w:val="450"/>
        </w:trPr>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6FDDA3" w14:textId="77777777" w:rsidR="008113A1" w:rsidRDefault="00000000">
            <w:pPr>
              <w:spacing w:line="360" w:lineRule="auto"/>
              <w:jc w:val="center"/>
              <w:textAlignment w:val="center"/>
              <w:rPr>
                <w:color w:val="000000"/>
              </w:rPr>
            </w:pPr>
            <w:r>
              <w:rPr>
                <w:rFonts w:ascii="Times New Roman" w:eastAsia="Times New Roman" w:hAnsi="Times New Roman" w:cs="Times New Roman"/>
                <w:i/>
                <w:color w:val="000000"/>
              </w:rPr>
              <w:t>A</w:t>
            </w:r>
            <w:r>
              <w:rPr>
                <w:rFonts w:ascii="SimSun" w:eastAsia="SimSun" w:hAnsi="SimSun" w:cs="SimSun"/>
                <w:color w:val="000000"/>
              </w:rPr>
              <w:t>模型</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9681D2"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8</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FF1354"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4</w:t>
            </w:r>
          </w:p>
        </w:tc>
      </w:tr>
      <w:tr w:rsidR="008113A1" w14:paraId="31FEB00C" w14:textId="77777777">
        <w:trPr>
          <w:trHeight w:val="450"/>
        </w:trPr>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8F755A" w14:textId="77777777" w:rsidR="008113A1" w:rsidRDefault="00000000">
            <w:pPr>
              <w:spacing w:line="360" w:lineRule="auto"/>
              <w:jc w:val="center"/>
              <w:textAlignment w:val="center"/>
              <w:rPr>
                <w:color w:val="000000"/>
              </w:rPr>
            </w:pPr>
            <w:r>
              <w:rPr>
                <w:rFonts w:ascii="Times New Roman" w:eastAsia="Times New Roman" w:hAnsi="Times New Roman" w:cs="Times New Roman"/>
                <w:i/>
                <w:color w:val="000000"/>
              </w:rPr>
              <w:t>B</w:t>
            </w:r>
            <w:r>
              <w:rPr>
                <w:rFonts w:ascii="SimSun" w:eastAsia="SimSun" w:hAnsi="SimSun" w:cs="SimSun"/>
                <w:color w:val="000000"/>
              </w:rPr>
              <w:t>模型</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95B42B"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5</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2DB17B" w14:textId="77777777" w:rsidR="008113A1" w:rsidRDefault="00000000">
            <w:pPr>
              <w:spacing w:line="360" w:lineRule="auto"/>
              <w:jc w:val="center"/>
              <w:textAlignment w:val="center"/>
              <w:rPr>
                <w:color w:val="000000"/>
              </w:rPr>
            </w:pPr>
            <w:r>
              <w:rPr>
                <w:rFonts w:ascii="Times New Roman" w:eastAsia="Times New Roman" w:hAnsi="Times New Roman" w:cs="Times New Roman"/>
                <w:color w:val="000000"/>
              </w:rPr>
              <w:t>10</w:t>
            </w:r>
          </w:p>
        </w:tc>
      </w:tr>
    </w:tbl>
    <w:p w14:paraId="12B49993"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在不考虑其他因素的前提下，</w:t>
      </w:r>
    </w:p>
    <w:p w14:paraId="35744E6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）如果由一名学生单独完成这两个飞机模型的制作，那么需要</w:t>
      </w:r>
      <w:r>
        <w:rPr>
          <w:color w:val="000000"/>
          <w:lang w:eastAsia="zh-CN"/>
        </w:rPr>
        <w:t>__________</w:t>
      </w:r>
      <w:r>
        <w:rPr>
          <w:rFonts w:ascii="SimSun" w:eastAsia="SimSun" w:hAnsi="SimSun" w:cs="SimSun"/>
          <w:color w:val="000000"/>
          <w:lang w:eastAsia="zh-CN"/>
        </w:rPr>
        <w:t>分钟；</w:t>
      </w:r>
    </w:p>
    <w:p w14:paraId="49EFBEF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）如果由两名学生分工合作，一名学生只负责打磨，另一名学生只负责组装，那么完成这两个飞机模型的制作最少需要</w:t>
      </w:r>
      <w:r>
        <w:rPr>
          <w:color w:val="000000"/>
          <w:lang w:eastAsia="zh-CN"/>
        </w:rPr>
        <w:t>__________</w:t>
      </w:r>
      <w:r>
        <w:rPr>
          <w:rFonts w:ascii="SimSun" w:eastAsia="SimSun" w:hAnsi="SimSun" w:cs="SimSun"/>
          <w:color w:val="000000"/>
          <w:lang w:eastAsia="zh-CN"/>
        </w:rPr>
        <w:t>分钟．</w:t>
      </w:r>
    </w:p>
    <w:p w14:paraId="0D7F1BB9" w14:textId="77777777" w:rsidR="008113A1" w:rsidRDefault="00000000">
      <w:pPr>
        <w:spacing w:line="360" w:lineRule="auto"/>
        <w:textAlignment w:val="center"/>
        <w:rPr>
          <w:color w:val="000000"/>
          <w:lang w:eastAsia="zh-CN"/>
        </w:rPr>
      </w:pPr>
      <w:r>
        <w:rPr>
          <w:color w:val="2E75B6"/>
          <w:lang w:eastAsia="zh-CN"/>
        </w:rPr>
        <w:t>【答案】</w:t>
      </w:r>
      <w:r>
        <w:rPr>
          <w:color w:val="000000"/>
          <w:lang w:eastAsia="zh-CN"/>
        </w:rPr>
        <w:t xml:space="preserve">    ①. </w:t>
      </w:r>
      <w:r>
        <w:pict w14:anchorId="3D67A767">
          <v:shape id="_x0000_i1995" type="#_x0000_t75" alt="学科网(www.zxxk.com)--教育资源门户，提供试卷、教案、课件、论文、素材以及各类教学资源下载，还有大量而丰富的教学相关资讯！" style="width:16.3pt;height:14.25pt">
            <v:imagedata r:id="rId594" o:title="eqId417ef963f7042f5648acebc2f38246f3"/>
          </v:shape>
        </w:pict>
      </w:r>
      <w:r>
        <w:rPr>
          <w:color w:val="000000"/>
          <w:lang w:eastAsia="zh-CN"/>
        </w:rPr>
        <w:t xml:space="preserve">    ②. </w:t>
      </w:r>
      <w:r>
        <w:rPr>
          <w:rFonts w:ascii="Times New Roman" w:eastAsia="Times New Roman" w:hAnsi="Times New Roman" w:cs="Times New Roman"/>
          <w:color w:val="000000"/>
          <w:lang w:eastAsia="zh-CN"/>
        </w:rPr>
        <w:t>19</w:t>
      </w:r>
    </w:p>
    <w:p w14:paraId="7A95F407" w14:textId="77777777" w:rsidR="008113A1" w:rsidRDefault="00000000">
      <w:pPr>
        <w:spacing w:line="360" w:lineRule="auto"/>
        <w:textAlignment w:val="center"/>
        <w:rPr>
          <w:color w:val="000000"/>
          <w:lang w:eastAsia="zh-CN"/>
        </w:rPr>
      </w:pPr>
      <w:r>
        <w:rPr>
          <w:color w:val="2E75B6"/>
          <w:lang w:eastAsia="zh-CN"/>
        </w:rPr>
        <w:t>【解析】</w:t>
      </w:r>
    </w:p>
    <w:p w14:paraId="65BFACFF" w14:textId="77777777" w:rsidR="008113A1" w:rsidRDefault="00000000">
      <w:pPr>
        <w:spacing w:line="360" w:lineRule="auto"/>
        <w:jc w:val="both"/>
        <w:textAlignment w:val="center"/>
        <w:rPr>
          <w:color w:val="000000"/>
          <w:lang w:eastAsia="zh-CN"/>
        </w:rPr>
      </w:pPr>
      <w:r>
        <w:rPr>
          <w:color w:val="000000"/>
          <w:lang w:eastAsia="zh-CN"/>
        </w:rPr>
        <w:t>【分析】</w:t>
      </w:r>
      <w:r>
        <w:rPr>
          <w:rFonts w:ascii="SimSun" w:eastAsia="SimSun" w:hAnsi="SimSun" w:cs="SimSun"/>
          <w:color w:val="000000"/>
          <w:lang w:eastAsia="zh-CN"/>
        </w:rPr>
        <w:t>此题主要考查了推理与论证，也考查学生的分析问题和解决问题的能力，分类讨论的思想，是一道比较简单的题目．</w:t>
      </w:r>
    </w:p>
    <w:p w14:paraId="055CA79B"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1</w:t>
      </w:r>
      <w:r>
        <w:rPr>
          <w:rFonts w:ascii="SimSun" w:eastAsia="SimSun" w:hAnsi="SimSun" w:cs="SimSun"/>
          <w:color w:val="000000"/>
          <w:lang w:eastAsia="zh-CN"/>
        </w:rPr>
        <w:t>）由表格信息可得由一名学生单独完成这两个飞机模型的制作的时间；</w:t>
      </w:r>
    </w:p>
    <w:p w14:paraId="4E96872D" w14:textId="77777777" w:rsidR="008113A1" w:rsidRDefault="00000000">
      <w:pPr>
        <w:spacing w:line="360" w:lineRule="auto"/>
        <w:jc w:val="both"/>
        <w:textAlignment w:val="center"/>
        <w:rPr>
          <w:color w:val="000000"/>
          <w:lang w:eastAsia="zh-CN"/>
        </w:rPr>
      </w:pPr>
      <w:r>
        <w:rPr>
          <w:rFonts w:ascii="SimSun" w:eastAsia="SimSun" w:hAnsi="SimSun" w:cs="SimSun"/>
          <w:color w:val="000000"/>
          <w:lang w:eastAsia="zh-CN"/>
        </w:rPr>
        <w:t>（</w:t>
      </w:r>
      <w:r>
        <w:rPr>
          <w:rFonts w:ascii="Times New Roman" w:eastAsia="Times New Roman" w:hAnsi="Times New Roman" w:cs="Times New Roman"/>
          <w:color w:val="000000"/>
          <w:lang w:eastAsia="zh-CN"/>
        </w:rPr>
        <w:t>2</w:t>
      </w:r>
      <w:r>
        <w:rPr>
          <w:rFonts w:ascii="SimSun" w:eastAsia="SimSun" w:hAnsi="SimSun" w:cs="SimSun"/>
          <w:color w:val="000000"/>
          <w:lang w:eastAsia="zh-CN"/>
        </w:rPr>
        <w:t>）分两种情况，①当前一名同学先打磨模型</w:t>
      </w:r>
      <w:r>
        <w:rPr>
          <w:rFonts w:ascii="Times New Roman" w:eastAsia="Times New Roman" w:hAnsi="Times New Roman" w:cs="Times New Roman"/>
          <w:i/>
          <w:color w:val="000000"/>
          <w:lang w:eastAsia="zh-CN"/>
        </w:rPr>
        <w:t>B</w:t>
      </w:r>
      <w:r>
        <w:rPr>
          <w:rFonts w:ascii="SimSun" w:eastAsia="SimSun" w:hAnsi="SimSun" w:cs="SimSun"/>
          <w:color w:val="000000"/>
          <w:lang w:eastAsia="zh-CN"/>
        </w:rPr>
        <w:t>．②当前一名同学先打磨模型</w:t>
      </w:r>
      <w:r>
        <w:rPr>
          <w:rFonts w:ascii="Times New Roman" w:eastAsia="Times New Roman" w:hAnsi="Times New Roman" w:cs="Times New Roman"/>
          <w:i/>
          <w:color w:val="000000"/>
          <w:lang w:eastAsia="zh-CN"/>
        </w:rPr>
        <w:t>A</w:t>
      </w:r>
      <w:r>
        <w:rPr>
          <w:rFonts w:ascii="SimSun" w:eastAsia="SimSun" w:hAnsi="SimSun" w:cs="SimSun"/>
          <w:color w:val="000000"/>
          <w:lang w:eastAsia="zh-CN"/>
        </w:rPr>
        <w:t>．再比较大小即可．</w:t>
      </w:r>
    </w:p>
    <w:p w14:paraId="7FCCA714"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w:t>
      </w:r>
      <w:r>
        <w:rPr>
          <w:rFonts w:ascii="Times New Roman" w:eastAsia="Times New Roman" w:hAnsi="Times New Roman" w:cs="Times New Roman"/>
          <w:color w:val="000000"/>
          <w:lang w:eastAsia="zh-CN"/>
        </w:rPr>
        <w:t>1</w:t>
      </w:r>
      <w:r>
        <w:rPr>
          <w:rFonts w:ascii="SimSun" w:eastAsia="SimSun" w:hAnsi="SimSun" w:cs="SimSun"/>
          <w:color w:val="000000"/>
          <w:lang w:eastAsia="zh-CN"/>
        </w:rPr>
        <w:t>）如果由一名学生单独完成这两个飞机模型的制作，那么需要</w:t>
      </w:r>
      <w:r>
        <w:pict w14:anchorId="4BA47FFB">
          <v:shape id="_x0000_i1996" type="#_x0000_t75" alt="学科网(www.zxxk.com)--教育资源门户，提供试卷、教案、课件、论文、素材以及各类教学资源下载，还有大量而丰富的教学相关资讯！" style="width:86.95pt;height:13.6pt">
            <v:imagedata r:id="rId595" o:title="eqId3d420208692b26aba55021429eaeb883"/>
          </v:shape>
        </w:pict>
      </w:r>
      <w:r>
        <w:rPr>
          <w:rFonts w:ascii="SimSun" w:eastAsia="SimSun" w:hAnsi="SimSun" w:cs="SimSun"/>
          <w:color w:val="000000"/>
          <w:lang w:eastAsia="zh-CN"/>
        </w:rPr>
        <w:t>分钟</w:t>
      </w:r>
    </w:p>
    <w:p w14:paraId="14110629"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lastRenderedPageBreak/>
        <w:t>（</w:t>
      </w:r>
      <w:r>
        <w:rPr>
          <w:rFonts w:ascii="Times New Roman" w:eastAsia="Times New Roman" w:hAnsi="Times New Roman" w:cs="Times New Roman"/>
          <w:color w:val="000000"/>
          <w:lang w:eastAsia="zh-CN"/>
        </w:rPr>
        <w:t>2</w:t>
      </w:r>
      <w:r>
        <w:rPr>
          <w:rFonts w:ascii="SimSun" w:eastAsia="SimSun" w:hAnsi="SimSun" w:cs="SimSun"/>
          <w:color w:val="000000"/>
          <w:lang w:eastAsia="zh-CN"/>
        </w:rPr>
        <w:t>）前一名同学先打磨模型</w:t>
      </w:r>
      <w:r>
        <w:rPr>
          <w:rFonts w:ascii="Times New Roman" w:eastAsia="Times New Roman" w:hAnsi="Times New Roman" w:cs="Times New Roman"/>
          <w:i/>
          <w:color w:val="000000"/>
          <w:lang w:eastAsia="zh-CN"/>
        </w:rPr>
        <w:t>B</w:t>
      </w:r>
      <w:r>
        <w:rPr>
          <w:rFonts w:ascii="SimSun" w:eastAsia="SimSun" w:hAnsi="SimSun" w:cs="SimSun"/>
          <w:color w:val="000000"/>
          <w:lang w:eastAsia="zh-CN"/>
        </w:rPr>
        <w:t>，需要</w:t>
      </w:r>
      <w:r>
        <w:rPr>
          <w:rFonts w:ascii="Times New Roman" w:eastAsia="Times New Roman" w:hAnsi="Times New Roman" w:cs="Times New Roman"/>
          <w:color w:val="000000"/>
          <w:lang w:eastAsia="zh-CN"/>
        </w:rPr>
        <w:t>5</w:t>
      </w:r>
      <w:r>
        <w:rPr>
          <w:rFonts w:ascii="SimSun" w:eastAsia="SimSun" w:hAnsi="SimSun" w:cs="SimSun"/>
          <w:color w:val="000000"/>
          <w:lang w:eastAsia="zh-CN"/>
        </w:rPr>
        <w:t>分钟，然后</w:t>
      </w:r>
      <w:proofErr w:type="gramStart"/>
      <w:r>
        <w:rPr>
          <w:rFonts w:ascii="SimSun" w:eastAsia="SimSun" w:hAnsi="SimSun" w:cs="SimSun"/>
          <w:color w:val="000000"/>
          <w:lang w:eastAsia="zh-CN"/>
        </w:rPr>
        <w:t>后</w:t>
      </w:r>
      <w:proofErr w:type="gramEnd"/>
      <w:r>
        <w:rPr>
          <w:rFonts w:ascii="SimSun" w:eastAsia="SimSun" w:hAnsi="SimSun" w:cs="SimSun"/>
          <w:color w:val="000000"/>
          <w:lang w:eastAsia="zh-CN"/>
        </w:rPr>
        <w:t>一名同学组装模型</w:t>
      </w:r>
      <w:r>
        <w:rPr>
          <w:rFonts w:ascii="Times New Roman" w:eastAsia="Times New Roman" w:hAnsi="Times New Roman" w:cs="Times New Roman"/>
          <w:i/>
          <w:color w:val="000000"/>
          <w:lang w:eastAsia="zh-CN"/>
        </w:rPr>
        <w:t>B</w:t>
      </w:r>
      <w:r>
        <w:rPr>
          <w:rFonts w:ascii="SimSun" w:eastAsia="SimSun" w:hAnsi="SimSun" w:cs="SimSun"/>
          <w:color w:val="000000"/>
          <w:lang w:eastAsia="zh-CN"/>
        </w:rPr>
        <w:t>需要</w:t>
      </w:r>
      <w:r>
        <w:rPr>
          <w:rFonts w:ascii="Times New Roman" w:eastAsia="Times New Roman" w:hAnsi="Times New Roman" w:cs="Times New Roman"/>
          <w:color w:val="000000"/>
          <w:lang w:eastAsia="zh-CN"/>
        </w:rPr>
        <w:t>10</w:t>
      </w:r>
      <w:r>
        <w:rPr>
          <w:rFonts w:ascii="SimSun" w:eastAsia="SimSun" w:hAnsi="SimSun" w:cs="SimSun"/>
          <w:color w:val="000000"/>
          <w:lang w:eastAsia="zh-CN"/>
        </w:rPr>
        <w:t>分钟，同时前一名同学打磨模型</w:t>
      </w:r>
      <w:r>
        <w:rPr>
          <w:rFonts w:ascii="Times New Roman" w:eastAsia="Times New Roman" w:hAnsi="Times New Roman" w:cs="Times New Roman"/>
          <w:i/>
          <w:color w:val="000000"/>
          <w:lang w:eastAsia="zh-CN"/>
        </w:rPr>
        <w:t>A</w:t>
      </w:r>
      <w:r>
        <w:rPr>
          <w:rFonts w:ascii="SimSun" w:eastAsia="SimSun" w:hAnsi="SimSun" w:cs="SimSun"/>
          <w:color w:val="000000"/>
          <w:lang w:eastAsia="zh-CN"/>
        </w:rPr>
        <w:t>完成，之后</w:t>
      </w:r>
      <w:proofErr w:type="gramStart"/>
      <w:r>
        <w:rPr>
          <w:rFonts w:ascii="SimSun" w:eastAsia="SimSun" w:hAnsi="SimSun" w:cs="SimSun"/>
          <w:color w:val="000000"/>
          <w:lang w:eastAsia="zh-CN"/>
        </w:rPr>
        <w:t>后</w:t>
      </w:r>
      <w:proofErr w:type="gramEnd"/>
      <w:r>
        <w:rPr>
          <w:rFonts w:ascii="SimSun" w:eastAsia="SimSun" w:hAnsi="SimSun" w:cs="SimSun"/>
          <w:color w:val="000000"/>
          <w:lang w:eastAsia="zh-CN"/>
        </w:rPr>
        <w:t>一名</w:t>
      </w:r>
      <w:proofErr w:type="gramStart"/>
      <w:r>
        <w:rPr>
          <w:rFonts w:ascii="SimSun" w:eastAsia="SimSun" w:hAnsi="SimSun" w:cs="SimSun"/>
          <w:color w:val="000000"/>
          <w:lang w:eastAsia="zh-CN"/>
        </w:rPr>
        <w:t>组同学</w:t>
      </w:r>
      <w:proofErr w:type="gramEnd"/>
      <w:r>
        <w:rPr>
          <w:rFonts w:ascii="SimSun" w:eastAsia="SimSun" w:hAnsi="SimSun" w:cs="SimSun"/>
          <w:color w:val="000000"/>
          <w:lang w:eastAsia="zh-CN"/>
        </w:rPr>
        <w:t>组装模型</w:t>
      </w:r>
      <w:r>
        <w:rPr>
          <w:rFonts w:ascii="Times New Roman" w:eastAsia="Times New Roman" w:hAnsi="Times New Roman" w:cs="Times New Roman"/>
          <w:i/>
          <w:color w:val="000000"/>
          <w:lang w:eastAsia="zh-CN"/>
        </w:rPr>
        <w:t>A</w:t>
      </w:r>
      <w:r>
        <w:rPr>
          <w:rFonts w:ascii="SimSun" w:eastAsia="SimSun" w:hAnsi="SimSun" w:cs="SimSun"/>
          <w:color w:val="000000"/>
          <w:lang w:eastAsia="zh-CN"/>
        </w:rPr>
        <w:t>需要</w:t>
      </w:r>
      <w:r>
        <w:rPr>
          <w:rFonts w:ascii="Times New Roman" w:eastAsia="Times New Roman" w:hAnsi="Times New Roman" w:cs="Times New Roman"/>
          <w:color w:val="000000"/>
          <w:lang w:eastAsia="zh-CN"/>
        </w:rPr>
        <w:t>4</w:t>
      </w:r>
      <w:r>
        <w:rPr>
          <w:rFonts w:ascii="SimSun" w:eastAsia="SimSun" w:hAnsi="SimSun" w:cs="SimSun"/>
          <w:color w:val="000000"/>
          <w:lang w:eastAsia="zh-CN"/>
        </w:rPr>
        <w:t>分钟，则共用时间为</w:t>
      </w:r>
      <w:r>
        <w:pict w14:anchorId="0E076989">
          <v:shape id="_x0000_i1997" type="#_x0000_t75" alt="学科网(www.zxxk.com)--教育资源门户，提供试卷、教案、课件、论文、素材以及各类教学资源下载，还有大量而丰富的教学相关资讯！" style="width:80.85pt;height:13.6pt">
            <v:imagedata r:id="rId596" o:title="eqIda9843bc066209d56e288dc5c3b500984"/>
          </v:shape>
        </w:pict>
      </w:r>
      <w:r>
        <w:rPr>
          <w:rFonts w:ascii="SimSun" w:eastAsia="SimSun" w:hAnsi="SimSun" w:cs="SimSun"/>
          <w:color w:val="000000"/>
          <w:lang w:eastAsia="zh-CN"/>
        </w:rPr>
        <w:t>分钟，</w:t>
      </w:r>
    </w:p>
    <w:p w14:paraId="38CDFC39"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前一名同学先打磨模型</w:t>
      </w:r>
      <w:r>
        <w:rPr>
          <w:rFonts w:ascii="Times New Roman" w:eastAsia="Times New Roman" w:hAnsi="Times New Roman" w:cs="Times New Roman"/>
          <w:i/>
          <w:color w:val="000000"/>
          <w:lang w:eastAsia="zh-CN"/>
        </w:rPr>
        <w:t>A</w:t>
      </w:r>
      <w:r>
        <w:rPr>
          <w:rFonts w:ascii="SimSun" w:eastAsia="SimSun" w:hAnsi="SimSun" w:cs="SimSun"/>
          <w:color w:val="000000"/>
          <w:lang w:eastAsia="zh-CN"/>
        </w:rPr>
        <w:t>，需要</w:t>
      </w:r>
      <w:r>
        <w:rPr>
          <w:rFonts w:ascii="Times New Roman" w:eastAsia="Times New Roman" w:hAnsi="Times New Roman" w:cs="Times New Roman"/>
          <w:color w:val="000000"/>
          <w:lang w:eastAsia="zh-CN"/>
        </w:rPr>
        <w:t>8</w:t>
      </w:r>
      <w:r>
        <w:rPr>
          <w:rFonts w:ascii="SimSun" w:eastAsia="SimSun" w:hAnsi="SimSun" w:cs="SimSun"/>
          <w:color w:val="000000"/>
          <w:lang w:eastAsia="zh-CN"/>
        </w:rPr>
        <w:t>分钟，然后</w:t>
      </w:r>
      <w:proofErr w:type="gramStart"/>
      <w:r>
        <w:rPr>
          <w:rFonts w:ascii="SimSun" w:eastAsia="SimSun" w:hAnsi="SimSun" w:cs="SimSun"/>
          <w:color w:val="000000"/>
          <w:lang w:eastAsia="zh-CN"/>
        </w:rPr>
        <w:t>后</w:t>
      </w:r>
      <w:proofErr w:type="gramEnd"/>
      <w:r>
        <w:rPr>
          <w:rFonts w:ascii="SimSun" w:eastAsia="SimSun" w:hAnsi="SimSun" w:cs="SimSun"/>
          <w:color w:val="000000"/>
          <w:lang w:eastAsia="zh-CN"/>
        </w:rPr>
        <w:t>一名同学组装模型</w:t>
      </w:r>
      <w:r>
        <w:rPr>
          <w:rFonts w:ascii="Times New Roman" w:eastAsia="Times New Roman" w:hAnsi="Times New Roman" w:cs="Times New Roman"/>
          <w:i/>
          <w:color w:val="000000"/>
          <w:lang w:eastAsia="zh-CN"/>
        </w:rPr>
        <w:t>A</w:t>
      </w:r>
      <w:r>
        <w:rPr>
          <w:rFonts w:ascii="SimSun" w:eastAsia="SimSun" w:hAnsi="SimSun" w:cs="SimSun"/>
          <w:color w:val="000000"/>
          <w:lang w:eastAsia="zh-CN"/>
        </w:rPr>
        <w:t>需要</w:t>
      </w:r>
      <w:r>
        <w:rPr>
          <w:rFonts w:ascii="Times New Roman" w:eastAsia="Times New Roman" w:hAnsi="Times New Roman" w:cs="Times New Roman"/>
          <w:color w:val="000000"/>
          <w:lang w:eastAsia="zh-CN"/>
        </w:rPr>
        <w:t>4</w:t>
      </w:r>
      <w:r>
        <w:rPr>
          <w:rFonts w:ascii="SimSun" w:eastAsia="SimSun" w:hAnsi="SimSun" w:cs="SimSun"/>
          <w:color w:val="000000"/>
          <w:lang w:eastAsia="zh-CN"/>
        </w:rPr>
        <w:t>分钟，同时前一名同学打磨模型</w:t>
      </w:r>
      <w:r>
        <w:rPr>
          <w:rFonts w:ascii="Times New Roman" w:eastAsia="Times New Roman" w:hAnsi="Times New Roman" w:cs="Times New Roman"/>
          <w:i/>
          <w:color w:val="000000"/>
          <w:lang w:eastAsia="zh-CN"/>
        </w:rPr>
        <w:t>B</w:t>
      </w:r>
      <w:r>
        <w:rPr>
          <w:rFonts w:ascii="SimSun" w:eastAsia="SimSun" w:hAnsi="SimSun" w:cs="SimSun"/>
          <w:color w:val="000000"/>
          <w:lang w:eastAsia="zh-CN"/>
        </w:rPr>
        <w:t>完成，之后</w:t>
      </w:r>
      <w:proofErr w:type="gramStart"/>
      <w:r>
        <w:rPr>
          <w:rFonts w:ascii="SimSun" w:eastAsia="SimSun" w:hAnsi="SimSun" w:cs="SimSun"/>
          <w:color w:val="000000"/>
          <w:lang w:eastAsia="zh-CN"/>
        </w:rPr>
        <w:t>后</w:t>
      </w:r>
      <w:proofErr w:type="gramEnd"/>
      <w:r>
        <w:rPr>
          <w:rFonts w:ascii="SimSun" w:eastAsia="SimSun" w:hAnsi="SimSun" w:cs="SimSun"/>
          <w:color w:val="000000"/>
          <w:lang w:eastAsia="zh-CN"/>
        </w:rPr>
        <w:t>一名</w:t>
      </w:r>
      <w:proofErr w:type="gramStart"/>
      <w:r>
        <w:rPr>
          <w:rFonts w:ascii="SimSun" w:eastAsia="SimSun" w:hAnsi="SimSun" w:cs="SimSun"/>
          <w:color w:val="000000"/>
          <w:lang w:eastAsia="zh-CN"/>
        </w:rPr>
        <w:t>组同学</w:t>
      </w:r>
      <w:proofErr w:type="gramEnd"/>
      <w:r>
        <w:rPr>
          <w:rFonts w:ascii="SimSun" w:eastAsia="SimSun" w:hAnsi="SimSun" w:cs="SimSun"/>
          <w:color w:val="000000"/>
          <w:lang w:eastAsia="zh-CN"/>
        </w:rPr>
        <w:t>组装模型</w:t>
      </w:r>
      <w:r>
        <w:rPr>
          <w:rFonts w:ascii="Times New Roman" w:eastAsia="Times New Roman" w:hAnsi="Times New Roman" w:cs="Times New Roman"/>
          <w:i/>
          <w:color w:val="000000"/>
          <w:lang w:eastAsia="zh-CN"/>
        </w:rPr>
        <w:t>B</w:t>
      </w:r>
      <w:r>
        <w:rPr>
          <w:rFonts w:ascii="SimSun" w:eastAsia="SimSun" w:hAnsi="SimSun" w:cs="SimSun"/>
          <w:color w:val="000000"/>
          <w:lang w:eastAsia="zh-CN"/>
        </w:rPr>
        <w:t>需要</w:t>
      </w:r>
      <w:r>
        <w:rPr>
          <w:rFonts w:ascii="Times New Roman" w:eastAsia="Times New Roman" w:hAnsi="Times New Roman" w:cs="Times New Roman"/>
          <w:color w:val="000000"/>
          <w:lang w:eastAsia="zh-CN"/>
        </w:rPr>
        <w:t>10</w:t>
      </w:r>
      <w:r>
        <w:rPr>
          <w:rFonts w:ascii="SimSun" w:eastAsia="SimSun" w:hAnsi="SimSun" w:cs="SimSun"/>
          <w:color w:val="000000"/>
          <w:lang w:eastAsia="zh-CN"/>
        </w:rPr>
        <w:t>分钟，则共用时间为</w:t>
      </w:r>
      <w:r>
        <w:pict w14:anchorId="4CEB65F7">
          <v:shape id="_x0000_i1998" type="#_x0000_t75" alt="学科网(www.zxxk.com)--教育资源门户，提供试卷、教案、课件、论文、素材以及各类教学资源下载，还有大量而丰富的教学相关资讯！" style="width:69.95pt;height:13.6pt">
            <v:imagedata r:id="rId597" o:title="eqIdf302366bb55459c70e65b706bc4a9547"/>
          </v:shape>
        </w:pict>
      </w:r>
      <w:r>
        <w:rPr>
          <w:rFonts w:ascii="SimSun" w:eastAsia="SimSun" w:hAnsi="SimSun" w:cs="SimSun"/>
          <w:color w:val="000000"/>
          <w:lang w:eastAsia="zh-CN"/>
        </w:rPr>
        <w:t>分钟，</w:t>
      </w:r>
    </w:p>
    <w:p w14:paraId="6E992FE1"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w:t>
      </w:r>
      <w:r>
        <w:pict w14:anchorId="202AB11A">
          <v:shape id="_x0000_i1999" type="#_x0000_t75" alt="学科网(www.zxxk.com)--教育资源门户，提供试卷、教案、课件、论文、素材以及各类教学资源下载，还有大量而丰富的教学相关资讯！" style="width:38.05pt;height:14.25pt">
            <v:imagedata r:id="rId598" o:title="eqId50907fd900fadacc9c4bf8193d715834"/>
          </v:shape>
        </w:pict>
      </w:r>
      <w:r>
        <w:rPr>
          <w:rFonts w:ascii="SimSun" w:eastAsia="SimSun" w:hAnsi="SimSun" w:cs="SimSun"/>
          <w:color w:val="000000"/>
          <w:lang w:eastAsia="zh-CN"/>
        </w:rPr>
        <w:t>，所以这两个模型都制作完成所需的最短时间为</w:t>
      </w:r>
      <w:r>
        <w:rPr>
          <w:rFonts w:ascii="Times New Roman" w:eastAsia="Times New Roman" w:hAnsi="Times New Roman" w:cs="Times New Roman"/>
          <w:color w:val="000000"/>
          <w:lang w:eastAsia="zh-CN"/>
        </w:rPr>
        <w:t>19</w:t>
      </w:r>
      <w:r>
        <w:rPr>
          <w:rFonts w:ascii="SimSun" w:eastAsia="SimSun" w:hAnsi="SimSun" w:cs="SimSun"/>
          <w:color w:val="000000"/>
          <w:lang w:eastAsia="zh-CN"/>
        </w:rPr>
        <w:t>分钟．</w:t>
      </w:r>
    </w:p>
    <w:p w14:paraId="3F40BAA5" w14:textId="77777777" w:rsidR="008113A1" w:rsidRDefault="00000000">
      <w:pPr>
        <w:spacing w:line="285" w:lineRule="auto"/>
        <w:textAlignment w:val="center"/>
        <w:rPr>
          <w:color w:val="000000"/>
          <w:lang w:eastAsia="zh-CN"/>
        </w:rPr>
      </w:pPr>
      <w:r>
        <w:rPr>
          <w:rFonts w:ascii="SimSun" w:eastAsia="SimSun" w:hAnsi="SimSun" w:cs="SimSun"/>
          <w:b/>
          <w:color w:val="000000"/>
          <w:sz w:val="24"/>
          <w:lang w:eastAsia="zh-CN"/>
        </w:rPr>
        <w:t>三、解答题（本题共</w:t>
      </w:r>
      <w:r>
        <w:rPr>
          <w:rFonts w:ascii="Times New Roman" w:eastAsia="Times New Roman" w:hAnsi="Times New Roman" w:cs="Times New Roman"/>
          <w:b/>
          <w:color w:val="000000"/>
          <w:sz w:val="24"/>
          <w:lang w:eastAsia="zh-CN"/>
        </w:rPr>
        <w:t>68</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17</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21</w:t>
      </w:r>
      <w:proofErr w:type="gramStart"/>
      <w:r>
        <w:rPr>
          <w:rFonts w:ascii="SimSun" w:eastAsia="SimSun" w:hAnsi="SimSun" w:cs="SimSun"/>
          <w:b/>
          <w:color w:val="000000"/>
          <w:sz w:val="24"/>
          <w:lang w:eastAsia="zh-CN"/>
        </w:rPr>
        <w:t>题每小题</w:t>
      </w:r>
      <w:proofErr w:type="gramEnd"/>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w:t>
      </w:r>
      <w:r>
        <w:rPr>
          <w:rFonts w:ascii="Times New Roman" w:eastAsia="Times New Roman" w:hAnsi="Times New Roman" w:cs="Times New Roman"/>
          <w:b/>
          <w:color w:val="000000"/>
          <w:sz w:val="24"/>
          <w:lang w:eastAsia="zh-CN"/>
        </w:rPr>
        <w:t>26</w:t>
      </w:r>
      <w:proofErr w:type="gramStart"/>
      <w:r>
        <w:rPr>
          <w:rFonts w:ascii="SimSun" w:eastAsia="SimSun" w:hAnsi="SimSun" w:cs="SimSun"/>
          <w:b/>
          <w:color w:val="000000"/>
          <w:sz w:val="24"/>
          <w:lang w:eastAsia="zh-CN"/>
        </w:rPr>
        <w:t>题每小题</w:t>
      </w:r>
      <w:proofErr w:type="gramEnd"/>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27</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7</w:t>
      </w:r>
      <w:r>
        <w:rPr>
          <w:rFonts w:ascii="SimSun" w:eastAsia="SimSun" w:hAnsi="SimSun" w:cs="SimSun"/>
          <w:b/>
          <w:color w:val="000000"/>
          <w:sz w:val="24"/>
          <w:lang w:eastAsia="zh-CN"/>
        </w:rPr>
        <w:t>分，第</w:t>
      </w:r>
      <w:r>
        <w:rPr>
          <w:rFonts w:ascii="Times New Roman" w:eastAsia="Times New Roman" w:hAnsi="Times New Roman" w:cs="Times New Roman"/>
          <w:b/>
          <w:color w:val="000000"/>
          <w:sz w:val="24"/>
          <w:lang w:eastAsia="zh-CN"/>
        </w:rPr>
        <w:t>28</w:t>
      </w:r>
      <w:r>
        <w:rPr>
          <w:rFonts w:ascii="SimSun" w:eastAsia="SimSun" w:hAnsi="SimSun" w:cs="SimSun"/>
          <w:b/>
          <w:color w:val="000000"/>
          <w:sz w:val="24"/>
          <w:lang w:eastAsia="zh-CN"/>
        </w:rPr>
        <w:t>题</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分．解答应写出文字说明、证明过程或演算步骤．）</w:t>
      </w:r>
    </w:p>
    <w:p w14:paraId="3145173F" w14:textId="77777777" w:rsidR="008113A1" w:rsidRDefault="00000000">
      <w:pPr>
        <w:pStyle w:val="Heading2"/>
        <w:rPr>
          <w:lang w:eastAsia="zh-CN"/>
        </w:rPr>
      </w:pPr>
      <w:bookmarkStart w:id="56" w:name="_Toc235460073"/>
      <w:r>
        <w:rPr>
          <w:lang w:eastAsia="zh-CN"/>
        </w:rPr>
        <w:t>顺义区</w:t>
      </w:r>
      <w:bookmarkEnd w:id="56"/>
    </w:p>
    <w:p w14:paraId="4299946B" w14:textId="77777777" w:rsidR="008113A1" w:rsidRDefault="00000000">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自行车的链条由一个个小的链节组成，如图，每个链节的长度为</w:t>
      </w:r>
      <w:r>
        <w:pict w14:anchorId="65749AD0">
          <v:shape id="_x0000_i2000" type="#_x0000_t75" alt="学科网(www.zxxk.com)--教育资源门户，提供试卷、教案、课件、论文、素材以及各类教学资源下载，还有大量而丰富的教学相关资讯！" style="width:33.3pt;height:14.25pt">
            <v:imagedata r:id="rId599" o:title="eqIdb0794c29dd67ce995cb4ac622fb0555c"/>
          </v:shape>
        </w:pict>
      </w:r>
      <w:r>
        <w:rPr>
          <w:rFonts w:ascii="SimSun" w:eastAsia="SimSun" w:hAnsi="SimSun" w:cs="SimSun"/>
          <w:color w:val="000000"/>
          <w:lang w:eastAsia="zh-CN"/>
        </w:rPr>
        <w:t>，链节与链节之间交叉重叠部分的圆的直径为</w:t>
      </w:r>
      <w:r>
        <w:pict w14:anchorId="4AA91139">
          <v:shape id="_x0000_i2001" type="#_x0000_t75" alt="学科网(www.zxxk.com)--教育资源门户，提供试卷、教案、课件、论文、素材以及各类教学资源下载，还有大量而丰富的教学相关资讯！" style="width:33.3pt;height:14.25pt">
            <v:imagedata r:id="rId600" o:title="eqIde2a27a670a3cf2ea69157d39c8e9c27d"/>
          </v:shape>
        </w:pict>
      </w:r>
      <w:r>
        <w:rPr>
          <w:rFonts w:ascii="SimSun" w:eastAsia="SimSun" w:hAnsi="SimSun" w:cs="SimSun"/>
          <w:color w:val="000000"/>
          <w:lang w:eastAsia="zh-CN"/>
        </w:rPr>
        <w:t>．</w:t>
      </w:r>
    </w:p>
    <w:p w14:paraId="3CC88804" w14:textId="77777777" w:rsidR="008113A1" w:rsidRDefault="00000000">
      <w:pPr>
        <w:spacing w:line="360" w:lineRule="auto"/>
        <w:textAlignment w:val="center"/>
        <w:rPr>
          <w:color w:val="000000"/>
        </w:rPr>
      </w:pPr>
      <w:r>
        <w:rPr>
          <w:noProof/>
          <w:color w:val="000000"/>
        </w:rPr>
        <w:drawing>
          <wp:inline distT="0" distB="0" distL="114300" distR="114300" wp14:anchorId="309EC798" wp14:editId="565BE0BE">
            <wp:extent cx="5238750" cy="796290"/>
            <wp:effectExtent l="0" t="0" r="0" b="0"/>
            <wp:docPr id="4337"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 name="图片 100031" descr="学科网(www.zxxk.com)--教育资源门户，提供试卷、教案、课件、论文、素材以及各类教学资源下载，还有大量而丰富的教学相关资讯！"/>
                    <pic:cNvPicPr>
                      <a:picLocks noChangeAspect="1"/>
                    </pic:cNvPicPr>
                  </pic:nvPicPr>
                  <pic:blipFill>
                    <a:blip r:embed="rId601"/>
                    <a:stretch>
                      <a:fillRect/>
                    </a:stretch>
                  </pic:blipFill>
                  <pic:spPr>
                    <a:xfrm>
                      <a:off x="0" y="0"/>
                      <a:ext cx="5238750" cy="796880"/>
                    </a:xfrm>
                    <a:prstGeom prst="rect">
                      <a:avLst/>
                    </a:prstGeom>
                  </pic:spPr>
                </pic:pic>
              </a:graphicData>
            </a:graphic>
          </wp:inline>
        </w:drawing>
      </w:r>
    </w:p>
    <w:p w14:paraId="7416DC0A"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则</w:t>
      </w:r>
      <w:r>
        <w:rPr>
          <w:rFonts w:ascii="Times New Roman" w:eastAsia="Times New Roman" w:hAnsi="Times New Roman" w:cs="Times New Roman"/>
          <w:i/>
          <w:color w:val="000000"/>
          <w:lang w:eastAsia="zh-CN"/>
        </w:rPr>
        <w:t>n</w:t>
      </w:r>
      <w:proofErr w:type="gramStart"/>
      <w:r>
        <w:rPr>
          <w:rFonts w:ascii="SimSun" w:eastAsia="SimSun" w:hAnsi="SimSun" w:cs="SimSun"/>
          <w:color w:val="000000"/>
          <w:lang w:eastAsia="zh-CN"/>
        </w:rPr>
        <w:t>个</w:t>
      </w:r>
      <w:proofErr w:type="gramEnd"/>
      <w:r>
        <w:rPr>
          <w:rFonts w:ascii="SimSun" w:eastAsia="SimSun" w:hAnsi="SimSun" w:cs="SimSun"/>
          <w:color w:val="000000"/>
          <w:lang w:eastAsia="zh-CN"/>
        </w:rPr>
        <w:t>链节依次连在一起的长度是</w:t>
      </w:r>
      <w:r>
        <w:rPr>
          <w:color w:val="000000"/>
          <w:lang w:eastAsia="zh-CN"/>
        </w:rPr>
        <w:t>______</w:t>
      </w:r>
      <w:r>
        <w:pict w14:anchorId="0B88AA82">
          <v:shape id="_x0000_i2002" type="#_x0000_t75" alt="学科网(www.zxxk.com)--教育资源门户，提供试卷、教案、课件、论文、素材以及各类教学资源下载，还有大量而丰富的教学相关资讯！" style="width:18.35pt;height:10.85pt">
            <v:imagedata r:id="rId602" o:title="eqId9efa9fbcfb9595e2f031aa691db4564b"/>
          </v:shape>
        </w:pict>
      </w:r>
      <w:r>
        <w:rPr>
          <w:rFonts w:ascii="SimSun" w:eastAsia="SimSun" w:hAnsi="SimSun" w:cs="SimSun"/>
          <w:color w:val="000000"/>
          <w:lang w:eastAsia="zh-CN"/>
        </w:rPr>
        <w:t>，如果一辆自行车的链条（安装前）由</w:t>
      </w:r>
      <w:r>
        <w:rPr>
          <w:rFonts w:ascii="Times New Roman" w:eastAsia="Times New Roman" w:hAnsi="Times New Roman" w:cs="Times New Roman"/>
          <w:color w:val="000000"/>
          <w:lang w:eastAsia="zh-CN"/>
        </w:rPr>
        <w:t>98</w:t>
      </w:r>
      <w:r>
        <w:rPr>
          <w:rFonts w:ascii="SimSun" w:eastAsia="SimSun" w:hAnsi="SimSun" w:cs="SimSun"/>
          <w:color w:val="000000"/>
          <w:lang w:eastAsia="zh-CN"/>
        </w:rPr>
        <w:t>个这样的链节组成，那么这辆自行车的链条（安装后）的总长度是</w:t>
      </w:r>
      <w:r>
        <w:rPr>
          <w:color w:val="000000"/>
          <w:lang w:eastAsia="zh-CN"/>
        </w:rPr>
        <w:t>______</w:t>
      </w:r>
      <w:r>
        <w:pict w14:anchorId="08281371">
          <v:shape id="_x0000_i2003" type="#_x0000_t75" alt="学科网(www.zxxk.com)--教育资源门户，提供试卷、教案、课件、论文、素材以及各类教学资源下载，还有大量而丰富的教学相关资讯！" style="width:18.35pt;height:10.85pt">
            <v:imagedata r:id="rId602" o:title="eqId9efa9fbcfb9595e2f031aa691db4564b"/>
          </v:shape>
        </w:pict>
      </w:r>
      <w:r>
        <w:rPr>
          <w:rFonts w:ascii="SimSun" w:eastAsia="SimSun" w:hAnsi="SimSun" w:cs="SimSun"/>
          <w:color w:val="000000"/>
          <w:lang w:eastAsia="zh-CN"/>
        </w:rPr>
        <w:t>．</w:t>
      </w:r>
    </w:p>
    <w:p w14:paraId="065D66FC" w14:textId="77777777" w:rsidR="008113A1" w:rsidRDefault="00000000">
      <w:pPr>
        <w:spacing w:line="360" w:lineRule="auto"/>
        <w:textAlignment w:val="center"/>
        <w:rPr>
          <w:color w:val="000000"/>
          <w:lang w:eastAsia="zh-CN"/>
        </w:rPr>
      </w:pPr>
      <w:r>
        <w:rPr>
          <w:color w:val="2E75B6"/>
          <w:lang w:eastAsia="zh-CN"/>
        </w:rPr>
        <w:t>【答案】</w:t>
      </w:r>
      <w:r>
        <w:rPr>
          <w:color w:val="000000"/>
          <w:lang w:eastAsia="zh-CN"/>
        </w:rPr>
        <w:t xml:space="preserve">    ①. </w:t>
      </w:r>
      <w:r>
        <w:pict w14:anchorId="5AC97353">
          <v:shape id="_x0000_i2004" type="#_x0000_t75" alt="学科网(www.zxxk.com)--教育资源门户，提供试卷、教案、课件、论文、素材以及各类教学资源下载，还有大量而丰富的教学相关资讯！" style="width:59.1pt;height:19.7pt">
            <v:imagedata r:id="rId603" o:title="eqIdf16cb1feedbecbc73153db16eed6d531"/>
          </v:shape>
        </w:pict>
      </w:r>
      <w:r>
        <w:rPr>
          <w:color w:val="000000"/>
          <w:lang w:eastAsia="zh-CN"/>
        </w:rPr>
        <w:t xml:space="preserve">    ②. </w:t>
      </w:r>
      <w:r>
        <w:pict w14:anchorId="7CD1F22D">
          <v:shape id="_x0000_i2005" type="#_x0000_t75" alt="学科网(www.zxxk.com)--教育资源门户，提供试卷、教案、课件、论文、素材以及各类教学资源下载，还有大量而丰富的教学相关资讯！" style="width:29.2pt;height:14.25pt">
            <v:imagedata r:id="rId604" o:title="eqId84638ff02816cfd6900420e9d5d14827"/>
          </v:shape>
        </w:pict>
      </w:r>
    </w:p>
    <w:p w14:paraId="6CD5289F" w14:textId="77777777" w:rsidR="008113A1" w:rsidRDefault="00000000">
      <w:pPr>
        <w:spacing w:line="360" w:lineRule="auto"/>
        <w:textAlignment w:val="center"/>
        <w:rPr>
          <w:color w:val="000000"/>
          <w:lang w:eastAsia="zh-CN"/>
        </w:rPr>
      </w:pPr>
      <w:r>
        <w:rPr>
          <w:color w:val="2E75B6"/>
          <w:lang w:eastAsia="zh-CN"/>
        </w:rPr>
        <w:t>【解析】</w:t>
      </w:r>
    </w:p>
    <w:p w14:paraId="48844DCD" w14:textId="77777777" w:rsidR="008113A1" w:rsidRDefault="00000000">
      <w:pPr>
        <w:spacing w:line="360" w:lineRule="auto"/>
        <w:textAlignment w:val="center"/>
        <w:rPr>
          <w:color w:val="000000"/>
          <w:lang w:eastAsia="zh-CN"/>
        </w:rPr>
      </w:pPr>
      <w:r>
        <w:rPr>
          <w:color w:val="000000"/>
          <w:lang w:eastAsia="zh-CN"/>
        </w:rPr>
        <w:t>【分析】</w:t>
      </w:r>
      <w:r>
        <w:rPr>
          <w:rFonts w:ascii="SimSun" w:eastAsia="SimSun" w:hAnsi="SimSun" w:cs="SimSun"/>
          <w:color w:val="000000"/>
          <w:lang w:eastAsia="zh-CN"/>
        </w:rPr>
        <w:t>本题考查图形的变化规律问题．观察图形，可知</w:t>
      </w:r>
      <w:r>
        <w:rPr>
          <w:rFonts w:ascii="Times New Roman" w:eastAsia="Times New Roman" w:hAnsi="Times New Roman" w:cs="Times New Roman"/>
          <w:i/>
          <w:color w:val="000000"/>
          <w:lang w:eastAsia="zh-CN"/>
        </w:rPr>
        <w:t>n</w:t>
      </w:r>
      <w:r>
        <w:rPr>
          <w:rFonts w:ascii="SimSun" w:eastAsia="SimSun" w:hAnsi="SimSun" w:cs="SimSun"/>
          <w:color w:val="000000"/>
          <w:lang w:eastAsia="zh-CN"/>
        </w:rPr>
        <w:t>节链条有</w:t>
      </w:r>
      <w:r>
        <w:pict w14:anchorId="0612C619">
          <v:shape id="_x0000_i2006" type="#_x0000_t75" alt="学科网(www.zxxk.com)--教育资源门户，提供试卷、教案、课件、论文、素材以及各类教学资源下载，还有大量而丰富的教学相关资讯！" style="width:33.3pt;height:20.4pt">
            <v:imagedata r:id="rId605" o:title="eqId729d16d68f94b408e95496489dd75043"/>
          </v:shape>
        </w:pict>
      </w:r>
      <w:r>
        <w:rPr>
          <w:rFonts w:ascii="SimSun" w:eastAsia="SimSun" w:hAnsi="SimSun" w:cs="SimSun"/>
          <w:color w:val="000000"/>
          <w:lang w:eastAsia="zh-CN"/>
        </w:rPr>
        <w:t>处交叉重叠，总长减去重叠部分即为所求；代入</w:t>
      </w:r>
      <w:r>
        <w:rPr>
          <w:rFonts w:ascii="Times New Roman" w:eastAsia="Times New Roman" w:hAnsi="Times New Roman" w:cs="Times New Roman"/>
          <w:color w:val="000000"/>
          <w:lang w:eastAsia="zh-CN"/>
        </w:rPr>
        <w:t>98</w:t>
      </w:r>
      <w:r>
        <w:rPr>
          <w:rFonts w:ascii="SimSun" w:eastAsia="SimSun" w:hAnsi="SimSun" w:cs="SimSun"/>
          <w:color w:val="000000"/>
          <w:lang w:eastAsia="zh-CN"/>
        </w:rPr>
        <w:t>求解即可，由于首尾环形相连，总长还需再减去</w:t>
      </w:r>
      <w:r>
        <w:pict w14:anchorId="22406C1A">
          <v:shape id="_x0000_i2007" type="#_x0000_t75" alt="学科网(www.zxxk.com)--教育资源门户，提供试卷、教案、课件、论文、素材以及各类教学资源下载，还有大量而丰富的教学相关资讯！" style="width:18.35pt;height:14.25pt">
            <v:imagedata r:id="rId606" o:title="eqId66577f4cb97c0d2a213ab1a9a02d1324"/>
          </v:shape>
        </w:pict>
      </w:r>
      <w:r>
        <w:rPr>
          <w:rFonts w:ascii="SimSun" w:eastAsia="SimSun" w:hAnsi="SimSun" w:cs="SimSun"/>
          <w:color w:val="000000"/>
          <w:lang w:eastAsia="zh-CN"/>
        </w:rPr>
        <w:t>．</w:t>
      </w:r>
    </w:p>
    <w:p w14:paraId="704605D3" w14:textId="77777777" w:rsidR="008113A1" w:rsidRDefault="00000000">
      <w:pPr>
        <w:spacing w:line="360" w:lineRule="auto"/>
        <w:textAlignment w:val="center"/>
        <w:rPr>
          <w:color w:val="000000"/>
          <w:lang w:eastAsia="zh-CN"/>
        </w:rPr>
      </w:pPr>
      <w:r>
        <w:rPr>
          <w:color w:val="000000"/>
          <w:lang w:eastAsia="zh-CN"/>
        </w:rPr>
        <w:t>【详解】</w:t>
      </w:r>
      <w:r>
        <w:rPr>
          <w:rFonts w:ascii="SimSun" w:eastAsia="SimSun" w:hAnsi="SimSun" w:cs="SimSun"/>
          <w:color w:val="000000"/>
          <w:lang w:eastAsia="zh-CN"/>
        </w:rPr>
        <w:t>解：由题意得，</w:t>
      </w:r>
      <w:r>
        <w:rPr>
          <w:rFonts w:ascii="Times New Roman" w:eastAsia="Times New Roman" w:hAnsi="Times New Roman" w:cs="Times New Roman"/>
          <w:i/>
          <w:color w:val="000000"/>
          <w:lang w:eastAsia="zh-CN"/>
        </w:rPr>
        <w:t>n</w:t>
      </w:r>
      <w:r>
        <w:rPr>
          <w:rFonts w:ascii="SimSun" w:eastAsia="SimSun" w:hAnsi="SimSun" w:cs="SimSun"/>
          <w:color w:val="000000"/>
          <w:lang w:eastAsia="zh-CN"/>
        </w:rPr>
        <w:t>节链条的长</w:t>
      </w:r>
      <w:r>
        <w:pict w14:anchorId="020603EC">
          <v:shape id="_x0000_i2008" type="#_x0000_t75" alt="学科网(www.zxxk.com)--教育资源门户，提供试卷、教案、课件、论文、素材以及各类教学资源下载，还有大量而丰富的教学相关资讯！" style="width:263.55pt;height:20.4pt">
            <v:imagedata r:id="rId607" o:title="eqId65d81be72451e2044b6e31d1707d8bb4"/>
          </v:shape>
        </w:pict>
      </w:r>
      <w:r>
        <w:rPr>
          <w:rFonts w:ascii="SimSun" w:eastAsia="SimSun" w:hAnsi="SimSun" w:cs="SimSun"/>
          <w:color w:val="000000"/>
          <w:lang w:eastAsia="zh-CN"/>
        </w:rPr>
        <w:t>；</w:t>
      </w:r>
      <w:r>
        <w:rPr>
          <w:rFonts w:ascii="Times New Roman" w:eastAsia="Times New Roman" w:hAnsi="Times New Roman" w:cs="Times New Roman"/>
          <w:color w:val="000000"/>
          <w:lang w:eastAsia="zh-CN"/>
        </w:rPr>
        <w:t xml:space="preserve"> </w:t>
      </w:r>
    </w:p>
    <w:p w14:paraId="5F09936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6575F306">
          <v:shape id="_x0000_i2009" type="#_x0000_t75" alt="学科网(www.zxxk.com)--教育资源门户，提供试卷、教案、课件、论文、素材以及各类教学资源下载，还有大量而丰富的教学相关资讯！" style="width:57.75pt;height:20.4pt">
            <v:imagedata r:id="rId608" o:title="eqId068f5665ee0fe6d2ff4435e62fe15d2f"/>
          </v:shape>
        </w:pict>
      </w:r>
      <w:r>
        <w:rPr>
          <w:rFonts w:ascii="SimSun" w:eastAsia="SimSun" w:hAnsi="SimSun" w:cs="SimSun"/>
          <w:color w:val="000000"/>
          <w:lang w:eastAsia="zh-CN"/>
        </w:rPr>
        <w:t>；</w:t>
      </w:r>
    </w:p>
    <w:p w14:paraId="055E132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lastRenderedPageBreak/>
        <w:t>当</w:t>
      </w:r>
      <w:r>
        <w:pict w14:anchorId="1E898198">
          <v:shape id="_x0000_i2010" type="#_x0000_t75" alt="学科网(www.zxxk.com)--教育资源门户，提供试卷、教案、课件、论文、素材以及各类教学资源下载，还有大量而丰富的教学相关资讯！" style="width:33.3pt;height:14.25pt">
            <v:imagedata r:id="rId609" o:title="eqIdffd9cc2f5265a702328f11a1cba80922"/>
          </v:shape>
        </w:pict>
      </w:r>
      <w:r>
        <w:rPr>
          <w:rFonts w:ascii="SimSun" w:eastAsia="SimSun" w:hAnsi="SimSun" w:cs="SimSun"/>
          <w:color w:val="000000"/>
          <w:lang w:eastAsia="zh-CN"/>
        </w:rPr>
        <w:t>时，链条拉直的长度为</w:t>
      </w:r>
      <w:r>
        <w:pict w14:anchorId="0AF0CA35">
          <v:shape id="_x0000_i2011" type="#_x0000_t75" alt="学科网(www.zxxk.com)--教育资源门户，提供试卷、教案、课件、论文、素材以及各类教学资源下载，还有大量而丰富的教学相关资讯！" style="width:184.1pt;height:20.4pt">
            <v:imagedata r:id="rId610" o:title="eqId177b6f944d18057acc21b2745a20214b"/>
          </v:shape>
        </w:pict>
      </w:r>
      <w:r>
        <w:rPr>
          <w:rFonts w:ascii="SimSun" w:eastAsia="SimSun" w:hAnsi="SimSun" w:cs="SimSun"/>
          <w:color w:val="000000"/>
          <w:lang w:eastAsia="zh-CN"/>
        </w:rPr>
        <w:t>，</w:t>
      </w:r>
    </w:p>
    <w:p w14:paraId="17899F12"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又∵自行车链条首尾环形相连，</w:t>
      </w:r>
    </w:p>
    <w:p w14:paraId="15A8281E"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∴这辆自行车上链条总长度是</w:t>
      </w:r>
      <w:r>
        <w:pict w14:anchorId="565F04AA">
          <v:shape id="_x0000_i2012" type="#_x0000_t75" alt="学科网(www.zxxk.com)--教育资源门户，提供试卷、教案、课件、论文、素材以及各类教学资源下载，还有大量而丰富的教学相关资讯！" style="width:107.3pt;height:14.25pt">
            <v:imagedata r:id="rId611" o:title="eqIdd9fc2ce3df32096b6e036bdb80e9f228"/>
          </v:shape>
        </w:pict>
      </w:r>
      <w:r>
        <w:rPr>
          <w:rFonts w:ascii="SimSun" w:eastAsia="SimSun" w:hAnsi="SimSun" w:cs="SimSun"/>
          <w:color w:val="000000"/>
          <w:lang w:eastAsia="zh-CN"/>
        </w:rPr>
        <w:t>．</w:t>
      </w:r>
    </w:p>
    <w:p w14:paraId="1EDB3D1F" w14:textId="77777777" w:rsidR="008113A1" w:rsidRDefault="00000000">
      <w:pPr>
        <w:spacing w:line="360" w:lineRule="auto"/>
        <w:textAlignment w:val="center"/>
        <w:rPr>
          <w:color w:val="000000"/>
          <w:lang w:eastAsia="zh-CN"/>
        </w:rPr>
      </w:pPr>
      <w:r>
        <w:rPr>
          <w:rFonts w:ascii="SimSun" w:eastAsia="SimSun" w:hAnsi="SimSun" w:cs="SimSun"/>
          <w:color w:val="000000"/>
          <w:lang w:eastAsia="zh-CN"/>
        </w:rPr>
        <w:t>故答案为：</w:t>
      </w:r>
      <w:r>
        <w:pict w14:anchorId="044BCC19">
          <v:shape id="_x0000_i2013" type="#_x0000_t75" alt="学科网(www.zxxk.com)--教育资源门户，提供试卷、教案、课件、论文、素材以及各类教学资源下载，还有大量而丰富的教学相关资讯！" style="width:29.2pt;height:14.25pt">
            <v:imagedata r:id="rId604" o:title="eqId84638ff02816cfd6900420e9d5d14827"/>
          </v:shape>
        </w:pict>
      </w:r>
      <w:r>
        <w:rPr>
          <w:rFonts w:ascii="SimSun" w:eastAsia="SimSun" w:hAnsi="SimSun" w:cs="SimSun"/>
          <w:color w:val="000000"/>
          <w:lang w:eastAsia="zh-CN"/>
        </w:rPr>
        <w:t>．</w:t>
      </w:r>
    </w:p>
    <w:p w14:paraId="6849AB16" w14:textId="77777777" w:rsidR="008113A1" w:rsidRDefault="00000000">
      <w:pPr>
        <w:spacing w:line="360" w:lineRule="auto"/>
        <w:textAlignment w:val="center"/>
        <w:rPr>
          <w:color w:val="000000"/>
          <w:lang w:eastAsia="zh-CN"/>
        </w:rPr>
      </w:pPr>
      <w:r>
        <w:rPr>
          <w:rFonts w:ascii="SimSun" w:eastAsia="SimSun" w:hAnsi="SimSun" w:cs="SimSun"/>
          <w:b/>
          <w:color w:val="000000"/>
          <w:sz w:val="24"/>
          <w:lang w:eastAsia="zh-CN"/>
        </w:rPr>
        <w:t>三、解答题（共</w:t>
      </w:r>
      <w:r>
        <w:rPr>
          <w:rFonts w:ascii="Times New Roman" w:eastAsia="Times New Roman" w:hAnsi="Times New Roman" w:cs="Times New Roman"/>
          <w:b/>
          <w:color w:val="000000"/>
          <w:sz w:val="24"/>
          <w:lang w:eastAsia="zh-CN"/>
        </w:rPr>
        <w:t>12</w:t>
      </w:r>
      <w:r>
        <w:rPr>
          <w:rFonts w:ascii="SimSun" w:eastAsia="SimSun" w:hAnsi="SimSun" w:cs="SimSun"/>
          <w:b/>
          <w:color w:val="000000"/>
          <w:sz w:val="24"/>
          <w:lang w:eastAsia="zh-CN"/>
        </w:rPr>
        <w:t>道小题，每小题</w:t>
      </w:r>
      <w:r>
        <w:rPr>
          <w:rFonts w:ascii="Times New Roman" w:eastAsia="Times New Roman" w:hAnsi="Times New Roman" w:cs="Times New Roman"/>
          <w:b/>
          <w:color w:val="000000"/>
          <w:sz w:val="24"/>
          <w:lang w:eastAsia="zh-CN"/>
        </w:rPr>
        <w:t>5</w:t>
      </w:r>
      <w:r>
        <w:rPr>
          <w:rFonts w:ascii="SimSun" w:eastAsia="SimSun" w:hAnsi="SimSun" w:cs="SimSun"/>
          <w:b/>
          <w:color w:val="000000"/>
          <w:sz w:val="24"/>
          <w:lang w:eastAsia="zh-CN"/>
        </w:rPr>
        <w:t>分，共</w:t>
      </w:r>
      <w:r>
        <w:rPr>
          <w:rFonts w:ascii="Times New Roman" w:eastAsia="Times New Roman" w:hAnsi="Times New Roman" w:cs="Times New Roman"/>
          <w:b/>
          <w:color w:val="000000"/>
          <w:sz w:val="24"/>
          <w:lang w:eastAsia="zh-CN"/>
        </w:rPr>
        <w:t>60</w:t>
      </w:r>
      <w:r>
        <w:rPr>
          <w:rFonts w:ascii="SimSun" w:eastAsia="SimSun" w:hAnsi="SimSun" w:cs="SimSun"/>
          <w:b/>
          <w:color w:val="000000"/>
          <w:sz w:val="24"/>
          <w:lang w:eastAsia="zh-CN"/>
        </w:rPr>
        <w:t>分）</w:t>
      </w:r>
    </w:p>
    <w:sectPr w:rsidR="008113A1"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B9B04" w14:textId="77777777" w:rsidR="00C51B18" w:rsidRDefault="00C51B18" w:rsidP="00443396">
      <w:pPr>
        <w:spacing w:after="0" w:line="240" w:lineRule="auto"/>
      </w:pPr>
      <w:r>
        <w:separator/>
      </w:r>
    </w:p>
  </w:endnote>
  <w:endnote w:type="continuationSeparator" w:id="0">
    <w:p w14:paraId="516E48A9" w14:textId="77777777" w:rsidR="00C51B18" w:rsidRDefault="00C51B18" w:rsidP="00443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FangSong">
    <w:altName w:val="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icrosoft YaHei">
    <w:altName w:val="微软雅黑"/>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96532" w14:textId="77777777" w:rsidR="00C51B18" w:rsidRDefault="00C51B18" w:rsidP="00443396">
      <w:pPr>
        <w:spacing w:after="0" w:line="240" w:lineRule="auto"/>
      </w:pPr>
      <w:r>
        <w:separator/>
      </w:r>
    </w:p>
  </w:footnote>
  <w:footnote w:type="continuationSeparator" w:id="0">
    <w:p w14:paraId="4094A087" w14:textId="77777777" w:rsidR="00C51B18" w:rsidRDefault="00C51B18" w:rsidP="004433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5583533">
    <w:abstractNumId w:val="8"/>
  </w:num>
  <w:num w:numId="2" w16cid:durableId="1540900912">
    <w:abstractNumId w:val="6"/>
  </w:num>
  <w:num w:numId="3" w16cid:durableId="1199972727">
    <w:abstractNumId w:val="5"/>
  </w:num>
  <w:num w:numId="4" w16cid:durableId="913080059">
    <w:abstractNumId w:val="4"/>
  </w:num>
  <w:num w:numId="5" w16cid:durableId="149373525">
    <w:abstractNumId w:val="7"/>
  </w:num>
  <w:num w:numId="6" w16cid:durableId="1563977703">
    <w:abstractNumId w:val="3"/>
  </w:num>
  <w:num w:numId="7" w16cid:durableId="1010715475">
    <w:abstractNumId w:val="2"/>
  </w:num>
  <w:num w:numId="8" w16cid:durableId="40134228">
    <w:abstractNumId w:val="1"/>
  </w:num>
  <w:num w:numId="9" w16cid:durableId="329068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43396"/>
    <w:rsid w:val="008113A1"/>
    <w:rsid w:val="009A3B7B"/>
    <w:rsid w:val="009E6D5C"/>
    <w:rsid w:val="00A81031"/>
    <w:rsid w:val="00AA1D8D"/>
    <w:rsid w:val="00B47730"/>
    <w:rsid w:val="00BB0507"/>
    <w:rsid w:val="00C51B1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AAB5151C-5C53-4A42-BD29-4CE5D5011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FangSong" w:eastAsia="FangSong" w:hAnsi="FangSong"/>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443396"/>
    <w:pPr>
      <w:spacing w:after="100"/>
    </w:pPr>
  </w:style>
  <w:style w:type="paragraph" w:styleId="TOC2">
    <w:name w:val="toc 2"/>
    <w:basedOn w:val="Normal"/>
    <w:next w:val="Normal"/>
    <w:autoRedefine/>
    <w:uiPriority w:val="39"/>
    <w:unhideWhenUsed/>
    <w:rsid w:val="00443396"/>
    <w:pPr>
      <w:spacing w:after="100"/>
      <w:ind w:left="220"/>
    </w:pPr>
  </w:style>
  <w:style w:type="character" w:styleId="Hyperlink">
    <w:name w:val="Hyperlink"/>
    <w:basedOn w:val="DefaultParagraphFont"/>
    <w:uiPriority w:val="99"/>
    <w:unhideWhenUsed/>
    <w:rsid w:val="004433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wmf"/><Relationship Id="rId21" Type="http://schemas.openxmlformats.org/officeDocument/2006/relationships/image" Target="media/image14.wmf"/><Relationship Id="rId324" Type="http://schemas.openxmlformats.org/officeDocument/2006/relationships/image" Target="media/image317.wmf"/><Relationship Id="rId531" Type="http://schemas.openxmlformats.org/officeDocument/2006/relationships/image" Target="media/image524.wmf"/><Relationship Id="rId170" Type="http://schemas.openxmlformats.org/officeDocument/2006/relationships/image" Target="media/image163.wmf"/><Relationship Id="rId268" Type="http://schemas.openxmlformats.org/officeDocument/2006/relationships/image" Target="media/image261.wmf"/><Relationship Id="rId475" Type="http://schemas.openxmlformats.org/officeDocument/2006/relationships/image" Target="media/image468.wmf"/><Relationship Id="rId32" Type="http://schemas.openxmlformats.org/officeDocument/2006/relationships/image" Target="media/image25.wmf"/><Relationship Id="rId128" Type="http://schemas.openxmlformats.org/officeDocument/2006/relationships/image" Target="media/image121.wmf"/><Relationship Id="rId335" Type="http://schemas.openxmlformats.org/officeDocument/2006/relationships/image" Target="media/image328.wmf"/><Relationship Id="rId542" Type="http://schemas.openxmlformats.org/officeDocument/2006/relationships/image" Target="media/image535.wmf"/><Relationship Id="rId181" Type="http://schemas.openxmlformats.org/officeDocument/2006/relationships/image" Target="media/image174.wmf"/><Relationship Id="rId402" Type="http://schemas.openxmlformats.org/officeDocument/2006/relationships/image" Target="media/image395.wmf"/><Relationship Id="rId279" Type="http://schemas.openxmlformats.org/officeDocument/2006/relationships/image" Target="media/image272.wmf"/><Relationship Id="rId486" Type="http://schemas.openxmlformats.org/officeDocument/2006/relationships/image" Target="media/image479.wmf"/><Relationship Id="rId43" Type="http://schemas.openxmlformats.org/officeDocument/2006/relationships/image" Target="media/image36.wmf"/><Relationship Id="rId139" Type="http://schemas.openxmlformats.org/officeDocument/2006/relationships/image" Target="media/image132.wmf"/><Relationship Id="rId346" Type="http://schemas.openxmlformats.org/officeDocument/2006/relationships/image" Target="media/image339.wmf"/><Relationship Id="rId553" Type="http://schemas.openxmlformats.org/officeDocument/2006/relationships/image" Target="media/image546.wmf"/><Relationship Id="rId192" Type="http://schemas.openxmlformats.org/officeDocument/2006/relationships/image" Target="media/image185.wmf"/><Relationship Id="rId206" Type="http://schemas.openxmlformats.org/officeDocument/2006/relationships/image" Target="media/image199.wmf"/><Relationship Id="rId413" Type="http://schemas.openxmlformats.org/officeDocument/2006/relationships/image" Target="media/image406.wmf"/><Relationship Id="rId497" Type="http://schemas.openxmlformats.org/officeDocument/2006/relationships/image" Target="media/image490.wmf"/><Relationship Id="rId357" Type="http://schemas.openxmlformats.org/officeDocument/2006/relationships/image" Target="media/image350.wmf"/><Relationship Id="rId54" Type="http://schemas.openxmlformats.org/officeDocument/2006/relationships/image" Target="media/image47.wmf"/><Relationship Id="rId217" Type="http://schemas.openxmlformats.org/officeDocument/2006/relationships/image" Target="media/image210.wmf"/><Relationship Id="rId564" Type="http://schemas.openxmlformats.org/officeDocument/2006/relationships/image" Target="media/image557.wmf"/><Relationship Id="rId424" Type="http://schemas.openxmlformats.org/officeDocument/2006/relationships/image" Target="media/image417.wmf"/><Relationship Id="rId270" Type="http://schemas.openxmlformats.org/officeDocument/2006/relationships/image" Target="media/image263.wmf"/><Relationship Id="rId65" Type="http://schemas.openxmlformats.org/officeDocument/2006/relationships/image" Target="media/image58.wmf"/><Relationship Id="rId130" Type="http://schemas.openxmlformats.org/officeDocument/2006/relationships/image" Target="media/image123.wmf"/><Relationship Id="rId368" Type="http://schemas.openxmlformats.org/officeDocument/2006/relationships/image" Target="media/image361.png"/><Relationship Id="rId575" Type="http://schemas.openxmlformats.org/officeDocument/2006/relationships/image" Target="media/image568.wmf"/><Relationship Id="rId228" Type="http://schemas.openxmlformats.org/officeDocument/2006/relationships/image" Target="media/image221.wmf"/><Relationship Id="rId435" Type="http://schemas.openxmlformats.org/officeDocument/2006/relationships/image" Target="media/image428.wmf"/><Relationship Id="rId281" Type="http://schemas.openxmlformats.org/officeDocument/2006/relationships/image" Target="media/image274.wmf"/><Relationship Id="rId502" Type="http://schemas.openxmlformats.org/officeDocument/2006/relationships/image" Target="media/image495.wmf"/><Relationship Id="rId76" Type="http://schemas.openxmlformats.org/officeDocument/2006/relationships/image" Target="media/image69.wmf"/><Relationship Id="rId141" Type="http://schemas.openxmlformats.org/officeDocument/2006/relationships/image" Target="media/image134.wmf"/><Relationship Id="rId379" Type="http://schemas.openxmlformats.org/officeDocument/2006/relationships/image" Target="media/image372.wmf"/><Relationship Id="rId586" Type="http://schemas.openxmlformats.org/officeDocument/2006/relationships/image" Target="media/image579.wmf"/><Relationship Id="rId7" Type="http://schemas.openxmlformats.org/officeDocument/2006/relationships/endnotes" Target="endnotes.xml"/><Relationship Id="rId239" Type="http://schemas.openxmlformats.org/officeDocument/2006/relationships/image" Target="media/image232.wmf"/><Relationship Id="rId446" Type="http://schemas.openxmlformats.org/officeDocument/2006/relationships/image" Target="media/image439.wmf"/><Relationship Id="rId292" Type="http://schemas.openxmlformats.org/officeDocument/2006/relationships/image" Target="media/image285.wmf"/><Relationship Id="rId306" Type="http://schemas.openxmlformats.org/officeDocument/2006/relationships/image" Target="media/image299.wmf"/><Relationship Id="rId87" Type="http://schemas.openxmlformats.org/officeDocument/2006/relationships/image" Target="media/image80.wmf"/><Relationship Id="rId513" Type="http://schemas.openxmlformats.org/officeDocument/2006/relationships/image" Target="media/image506.wmf"/><Relationship Id="rId597" Type="http://schemas.openxmlformats.org/officeDocument/2006/relationships/image" Target="media/image590.wmf"/><Relationship Id="rId152" Type="http://schemas.openxmlformats.org/officeDocument/2006/relationships/image" Target="media/image145.wmf"/><Relationship Id="rId457" Type="http://schemas.openxmlformats.org/officeDocument/2006/relationships/image" Target="media/image450.wmf"/><Relationship Id="rId14" Type="http://schemas.openxmlformats.org/officeDocument/2006/relationships/image" Target="media/image7.wmf"/><Relationship Id="rId317" Type="http://schemas.openxmlformats.org/officeDocument/2006/relationships/image" Target="media/image310.wmf"/><Relationship Id="rId524" Type="http://schemas.openxmlformats.org/officeDocument/2006/relationships/image" Target="media/image517.wmf"/><Relationship Id="rId98" Type="http://schemas.openxmlformats.org/officeDocument/2006/relationships/image" Target="media/image91.wmf"/><Relationship Id="rId163" Type="http://schemas.openxmlformats.org/officeDocument/2006/relationships/image" Target="media/image156.wmf"/><Relationship Id="rId370" Type="http://schemas.openxmlformats.org/officeDocument/2006/relationships/image" Target="media/image363.wmf"/><Relationship Id="rId230" Type="http://schemas.openxmlformats.org/officeDocument/2006/relationships/image" Target="media/image223.wmf"/><Relationship Id="rId468" Type="http://schemas.openxmlformats.org/officeDocument/2006/relationships/image" Target="media/image461.wmf"/><Relationship Id="rId25" Type="http://schemas.openxmlformats.org/officeDocument/2006/relationships/image" Target="media/image18.wmf"/><Relationship Id="rId67" Type="http://schemas.openxmlformats.org/officeDocument/2006/relationships/image" Target="media/image60.wmf"/><Relationship Id="rId272" Type="http://schemas.openxmlformats.org/officeDocument/2006/relationships/image" Target="media/image265.wmf"/><Relationship Id="rId328" Type="http://schemas.openxmlformats.org/officeDocument/2006/relationships/image" Target="media/image321.wmf"/><Relationship Id="rId535" Type="http://schemas.openxmlformats.org/officeDocument/2006/relationships/image" Target="media/image528.wmf"/><Relationship Id="rId577" Type="http://schemas.openxmlformats.org/officeDocument/2006/relationships/image" Target="media/image570.wmf"/><Relationship Id="rId132" Type="http://schemas.openxmlformats.org/officeDocument/2006/relationships/image" Target="media/image125.wmf"/><Relationship Id="rId174" Type="http://schemas.openxmlformats.org/officeDocument/2006/relationships/image" Target="media/image167.wmf"/><Relationship Id="rId381" Type="http://schemas.openxmlformats.org/officeDocument/2006/relationships/image" Target="media/image374.wmf"/><Relationship Id="rId602" Type="http://schemas.openxmlformats.org/officeDocument/2006/relationships/image" Target="media/image595.wmf"/><Relationship Id="rId241" Type="http://schemas.openxmlformats.org/officeDocument/2006/relationships/image" Target="media/image234.wmf"/><Relationship Id="rId437" Type="http://schemas.openxmlformats.org/officeDocument/2006/relationships/image" Target="media/image430.wmf"/><Relationship Id="rId479" Type="http://schemas.openxmlformats.org/officeDocument/2006/relationships/image" Target="media/image472.wmf"/><Relationship Id="rId36" Type="http://schemas.openxmlformats.org/officeDocument/2006/relationships/image" Target="media/image29.wmf"/><Relationship Id="rId283" Type="http://schemas.openxmlformats.org/officeDocument/2006/relationships/image" Target="media/image276.wmf"/><Relationship Id="rId339" Type="http://schemas.openxmlformats.org/officeDocument/2006/relationships/image" Target="media/image332.wmf"/><Relationship Id="rId490" Type="http://schemas.openxmlformats.org/officeDocument/2006/relationships/image" Target="media/image483.wmf"/><Relationship Id="rId504" Type="http://schemas.openxmlformats.org/officeDocument/2006/relationships/image" Target="media/image497.wmf"/><Relationship Id="rId546" Type="http://schemas.openxmlformats.org/officeDocument/2006/relationships/image" Target="media/image539.wmf"/><Relationship Id="rId78" Type="http://schemas.openxmlformats.org/officeDocument/2006/relationships/image" Target="media/image71.wmf"/><Relationship Id="rId101" Type="http://schemas.openxmlformats.org/officeDocument/2006/relationships/image" Target="media/image94.wmf"/><Relationship Id="rId143" Type="http://schemas.openxmlformats.org/officeDocument/2006/relationships/image" Target="media/image136.wmf"/><Relationship Id="rId185" Type="http://schemas.openxmlformats.org/officeDocument/2006/relationships/image" Target="media/image178.wmf"/><Relationship Id="rId350" Type="http://schemas.openxmlformats.org/officeDocument/2006/relationships/image" Target="media/image343.wmf"/><Relationship Id="rId406" Type="http://schemas.openxmlformats.org/officeDocument/2006/relationships/image" Target="media/image399.wmf"/><Relationship Id="rId588" Type="http://schemas.openxmlformats.org/officeDocument/2006/relationships/image" Target="media/image581.wmf"/><Relationship Id="rId9" Type="http://schemas.openxmlformats.org/officeDocument/2006/relationships/image" Target="media/image2.wmf"/><Relationship Id="rId210" Type="http://schemas.openxmlformats.org/officeDocument/2006/relationships/image" Target="media/image203.wmf"/><Relationship Id="rId392" Type="http://schemas.openxmlformats.org/officeDocument/2006/relationships/image" Target="media/image385.wmf"/><Relationship Id="rId448" Type="http://schemas.openxmlformats.org/officeDocument/2006/relationships/image" Target="media/image441.wmf"/><Relationship Id="rId613" Type="http://schemas.openxmlformats.org/officeDocument/2006/relationships/theme" Target="theme/theme1.xml"/><Relationship Id="rId252" Type="http://schemas.openxmlformats.org/officeDocument/2006/relationships/image" Target="media/image245.wmf"/><Relationship Id="rId294" Type="http://schemas.openxmlformats.org/officeDocument/2006/relationships/image" Target="media/image287.wmf"/><Relationship Id="rId308" Type="http://schemas.openxmlformats.org/officeDocument/2006/relationships/image" Target="media/image301.wmf"/><Relationship Id="rId515" Type="http://schemas.openxmlformats.org/officeDocument/2006/relationships/image" Target="media/image508.wmf"/><Relationship Id="rId47" Type="http://schemas.openxmlformats.org/officeDocument/2006/relationships/image" Target="media/image40.wmf"/><Relationship Id="rId89" Type="http://schemas.openxmlformats.org/officeDocument/2006/relationships/image" Target="media/image82.wmf"/><Relationship Id="rId112" Type="http://schemas.openxmlformats.org/officeDocument/2006/relationships/image" Target="media/image105.wmf"/><Relationship Id="rId154" Type="http://schemas.openxmlformats.org/officeDocument/2006/relationships/image" Target="media/image147.wmf"/><Relationship Id="rId361" Type="http://schemas.openxmlformats.org/officeDocument/2006/relationships/image" Target="media/image354.wmf"/><Relationship Id="rId557" Type="http://schemas.openxmlformats.org/officeDocument/2006/relationships/image" Target="media/image550.wmf"/><Relationship Id="rId599" Type="http://schemas.openxmlformats.org/officeDocument/2006/relationships/image" Target="media/image592.wmf"/><Relationship Id="rId196" Type="http://schemas.openxmlformats.org/officeDocument/2006/relationships/image" Target="media/image189.wmf"/><Relationship Id="rId417" Type="http://schemas.openxmlformats.org/officeDocument/2006/relationships/image" Target="media/image410.wmf"/><Relationship Id="rId459" Type="http://schemas.openxmlformats.org/officeDocument/2006/relationships/image" Target="media/image452.wmf"/><Relationship Id="rId16" Type="http://schemas.openxmlformats.org/officeDocument/2006/relationships/image" Target="media/image9.wmf"/><Relationship Id="rId221" Type="http://schemas.openxmlformats.org/officeDocument/2006/relationships/image" Target="media/image214.wmf"/><Relationship Id="rId263" Type="http://schemas.openxmlformats.org/officeDocument/2006/relationships/image" Target="media/image256.wmf"/><Relationship Id="rId319" Type="http://schemas.openxmlformats.org/officeDocument/2006/relationships/image" Target="media/image312.wmf"/><Relationship Id="rId470" Type="http://schemas.openxmlformats.org/officeDocument/2006/relationships/image" Target="media/image463.wmf"/><Relationship Id="rId526" Type="http://schemas.openxmlformats.org/officeDocument/2006/relationships/image" Target="media/image519.wmf"/><Relationship Id="rId58" Type="http://schemas.openxmlformats.org/officeDocument/2006/relationships/image" Target="media/image51.wmf"/><Relationship Id="rId123" Type="http://schemas.openxmlformats.org/officeDocument/2006/relationships/image" Target="media/image116.wmf"/><Relationship Id="rId330" Type="http://schemas.openxmlformats.org/officeDocument/2006/relationships/image" Target="media/image323.wmf"/><Relationship Id="rId568" Type="http://schemas.openxmlformats.org/officeDocument/2006/relationships/image" Target="media/image561.wmf"/><Relationship Id="rId165" Type="http://schemas.openxmlformats.org/officeDocument/2006/relationships/image" Target="media/image158.wmf"/><Relationship Id="rId372" Type="http://schemas.openxmlformats.org/officeDocument/2006/relationships/image" Target="media/image365.wmf"/><Relationship Id="rId428" Type="http://schemas.openxmlformats.org/officeDocument/2006/relationships/image" Target="media/image421.wmf"/><Relationship Id="rId232" Type="http://schemas.openxmlformats.org/officeDocument/2006/relationships/image" Target="media/image225.wmf"/><Relationship Id="rId274" Type="http://schemas.openxmlformats.org/officeDocument/2006/relationships/image" Target="media/image267.wmf"/><Relationship Id="rId481" Type="http://schemas.openxmlformats.org/officeDocument/2006/relationships/image" Target="media/image474.wmf"/><Relationship Id="rId27" Type="http://schemas.openxmlformats.org/officeDocument/2006/relationships/image" Target="media/image20.wmf"/><Relationship Id="rId69" Type="http://schemas.openxmlformats.org/officeDocument/2006/relationships/image" Target="media/image62.wmf"/><Relationship Id="rId134" Type="http://schemas.openxmlformats.org/officeDocument/2006/relationships/image" Target="media/image127.wmf"/><Relationship Id="rId537" Type="http://schemas.openxmlformats.org/officeDocument/2006/relationships/image" Target="media/image530.wmf"/><Relationship Id="rId579" Type="http://schemas.openxmlformats.org/officeDocument/2006/relationships/image" Target="media/image572.wmf"/><Relationship Id="rId80" Type="http://schemas.openxmlformats.org/officeDocument/2006/relationships/image" Target="media/image73.wmf"/><Relationship Id="rId176" Type="http://schemas.openxmlformats.org/officeDocument/2006/relationships/image" Target="media/image169.wmf"/><Relationship Id="rId341" Type="http://schemas.openxmlformats.org/officeDocument/2006/relationships/image" Target="media/image334.wmf"/><Relationship Id="rId383" Type="http://schemas.openxmlformats.org/officeDocument/2006/relationships/image" Target="media/image376.wmf"/><Relationship Id="rId439" Type="http://schemas.openxmlformats.org/officeDocument/2006/relationships/image" Target="media/image432.wmf"/><Relationship Id="rId590" Type="http://schemas.openxmlformats.org/officeDocument/2006/relationships/image" Target="media/image583.wmf"/><Relationship Id="rId604" Type="http://schemas.openxmlformats.org/officeDocument/2006/relationships/image" Target="media/image597.wmf"/><Relationship Id="rId201" Type="http://schemas.openxmlformats.org/officeDocument/2006/relationships/image" Target="media/image194.wmf"/><Relationship Id="rId243" Type="http://schemas.openxmlformats.org/officeDocument/2006/relationships/image" Target="media/image236.wmf"/><Relationship Id="rId285" Type="http://schemas.openxmlformats.org/officeDocument/2006/relationships/image" Target="media/image278.wmf"/><Relationship Id="rId450" Type="http://schemas.openxmlformats.org/officeDocument/2006/relationships/image" Target="media/image443.png"/><Relationship Id="rId506" Type="http://schemas.openxmlformats.org/officeDocument/2006/relationships/image" Target="media/image499.wmf"/><Relationship Id="rId38" Type="http://schemas.openxmlformats.org/officeDocument/2006/relationships/image" Target="media/image31.wmf"/><Relationship Id="rId103" Type="http://schemas.openxmlformats.org/officeDocument/2006/relationships/image" Target="media/image96.wmf"/><Relationship Id="rId310" Type="http://schemas.openxmlformats.org/officeDocument/2006/relationships/image" Target="media/image303.wmf"/><Relationship Id="rId492" Type="http://schemas.openxmlformats.org/officeDocument/2006/relationships/image" Target="media/image485.wmf"/><Relationship Id="rId548" Type="http://schemas.openxmlformats.org/officeDocument/2006/relationships/image" Target="media/image541.wmf"/><Relationship Id="rId91" Type="http://schemas.openxmlformats.org/officeDocument/2006/relationships/image" Target="media/image84.wmf"/><Relationship Id="rId145" Type="http://schemas.openxmlformats.org/officeDocument/2006/relationships/image" Target="media/image138.wmf"/><Relationship Id="rId187" Type="http://schemas.openxmlformats.org/officeDocument/2006/relationships/image" Target="media/image180.wmf"/><Relationship Id="rId352" Type="http://schemas.openxmlformats.org/officeDocument/2006/relationships/image" Target="media/image345.wmf"/><Relationship Id="rId394" Type="http://schemas.openxmlformats.org/officeDocument/2006/relationships/image" Target="media/image387.wmf"/><Relationship Id="rId408" Type="http://schemas.openxmlformats.org/officeDocument/2006/relationships/image" Target="media/image401.wmf"/><Relationship Id="rId212" Type="http://schemas.openxmlformats.org/officeDocument/2006/relationships/image" Target="media/image205.wmf"/><Relationship Id="rId254" Type="http://schemas.openxmlformats.org/officeDocument/2006/relationships/image" Target="media/image247.wmf"/><Relationship Id="rId49" Type="http://schemas.openxmlformats.org/officeDocument/2006/relationships/image" Target="media/image42.wmf"/><Relationship Id="rId114" Type="http://schemas.openxmlformats.org/officeDocument/2006/relationships/image" Target="media/image107.wmf"/><Relationship Id="rId296" Type="http://schemas.openxmlformats.org/officeDocument/2006/relationships/image" Target="media/image289.wmf"/><Relationship Id="rId461" Type="http://schemas.openxmlformats.org/officeDocument/2006/relationships/image" Target="media/image454.wmf"/><Relationship Id="rId517" Type="http://schemas.openxmlformats.org/officeDocument/2006/relationships/image" Target="media/image510.wmf"/><Relationship Id="rId559" Type="http://schemas.openxmlformats.org/officeDocument/2006/relationships/image" Target="media/image552.wmf"/><Relationship Id="rId60" Type="http://schemas.openxmlformats.org/officeDocument/2006/relationships/image" Target="media/image53.wmf"/><Relationship Id="rId156" Type="http://schemas.openxmlformats.org/officeDocument/2006/relationships/image" Target="media/image149.wmf"/><Relationship Id="rId198" Type="http://schemas.openxmlformats.org/officeDocument/2006/relationships/image" Target="media/image191.wmf"/><Relationship Id="rId321" Type="http://schemas.openxmlformats.org/officeDocument/2006/relationships/image" Target="media/image314.wmf"/><Relationship Id="rId363" Type="http://schemas.openxmlformats.org/officeDocument/2006/relationships/image" Target="media/image356.wmf"/><Relationship Id="rId419" Type="http://schemas.openxmlformats.org/officeDocument/2006/relationships/image" Target="media/image412.wmf"/><Relationship Id="rId570" Type="http://schemas.openxmlformats.org/officeDocument/2006/relationships/image" Target="media/image563.wmf"/><Relationship Id="rId223" Type="http://schemas.openxmlformats.org/officeDocument/2006/relationships/image" Target="media/image216.wmf"/><Relationship Id="rId430" Type="http://schemas.openxmlformats.org/officeDocument/2006/relationships/image" Target="media/image423.wmf"/><Relationship Id="rId18" Type="http://schemas.openxmlformats.org/officeDocument/2006/relationships/image" Target="media/image11.wmf"/><Relationship Id="rId265" Type="http://schemas.openxmlformats.org/officeDocument/2006/relationships/image" Target="media/image258.wmf"/><Relationship Id="rId472" Type="http://schemas.openxmlformats.org/officeDocument/2006/relationships/image" Target="media/image465.wmf"/><Relationship Id="rId528" Type="http://schemas.openxmlformats.org/officeDocument/2006/relationships/image" Target="media/image521.wmf"/><Relationship Id="rId125" Type="http://schemas.openxmlformats.org/officeDocument/2006/relationships/image" Target="media/image118.wmf"/><Relationship Id="rId167" Type="http://schemas.openxmlformats.org/officeDocument/2006/relationships/image" Target="media/image160.wmf"/><Relationship Id="rId332" Type="http://schemas.openxmlformats.org/officeDocument/2006/relationships/image" Target="media/image325.wmf"/><Relationship Id="rId374" Type="http://schemas.openxmlformats.org/officeDocument/2006/relationships/image" Target="media/image367.wmf"/><Relationship Id="rId581" Type="http://schemas.openxmlformats.org/officeDocument/2006/relationships/image" Target="media/image574.wmf"/><Relationship Id="rId71" Type="http://schemas.openxmlformats.org/officeDocument/2006/relationships/image" Target="media/image64.wmf"/><Relationship Id="rId234" Type="http://schemas.openxmlformats.org/officeDocument/2006/relationships/image" Target="media/image227.wmf"/><Relationship Id="rId2" Type="http://schemas.openxmlformats.org/officeDocument/2006/relationships/numbering" Target="numbering.xml"/><Relationship Id="rId29" Type="http://schemas.openxmlformats.org/officeDocument/2006/relationships/image" Target="media/image22.wmf"/><Relationship Id="rId276" Type="http://schemas.openxmlformats.org/officeDocument/2006/relationships/image" Target="media/image269.wmf"/><Relationship Id="rId441" Type="http://schemas.openxmlformats.org/officeDocument/2006/relationships/image" Target="media/image434.wmf"/><Relationship Id="rId483" Type="http://schemas.openxmlformats.org/officeDocument/2006/relationships/image" Target="media/image476.wmf"/><Relationship Id="rId539" Type="http://schemas.openxmlformats.org/officeDocument/2006/relationships/image" Target="media/image532.wmf"/><Relationship Id="rId40" Type="http://schemas.openxmlformats.org/officeDocument/2006/relationships/image" Target="media/image33.wmf"/><Relationship Id="rId136" Type="http://schemas.openxmlformats.org/officeDocument/2006/relationships/image" Target="media/image129.wmf"/><Relationship Id="rId178" Type="http://schemas.openxmlformats.org/officeDocument/2006/relationships/image" Target="media/image171.wmf"/><Relationship Id="rId301" Type="http://schemas.openxmlformats.org/officeDocument/2006/relationships/image" Target="media/image294.wmf"/><Relationship Id="rId343" Type="http://schemas.openxmlformats.org/officeDocument/2006/relationships/image" Target="media/image336.wmf"/><Relationship Id="rId550" Type="http://schemas.openxmlformats.org/officeDocument/2006/relationships/image" Target="media/image543.wmf"/><Relationship Id="rId82" Type="http://schemas.openxmlformats.org/officeDocument/2006/relationships/image" Target="media/image75.wmf"/><Relationship Id="rId203" Type="http://schemas.openxmlformats.org/officeDocument/2006/relationships/image" Target="media/image196.wmf"/><Relationship Id="rId385" Type="http://schemas.openxmlformats.org/officeDocument/2006/relationships/image" Target="media/image378.wmf"/><Relationship Id="rId592" Type="http://schemas.openxmlformats.org/officeDocument/2006/relationships/image" Target="media/image585.wmf"/><Relationship Id="rId606" Type="http://schemas.openxmlformats.org/officeDocument/2006/relationships/image" Target="media/image599.wmf"/><Relationship Id="rId245" Type="http://schemas.openxmlformats.org/officeDocument/2006/relationships/image" Target="media/image238.wmf"/><Relationship Id="rId287" Type="http://schemas.openxmlformats.org/officeDocument/2006/relationships/image" Target="media/image280.wmf"/><Relationship Id="rId410" Type="http://schemas.openxmlformats.org/officeDocument/2006/relationships/image" Target="media/image403.wmf"/><Relationship Id="rId452" Type="http://schemas.openxmlformats.org/officeDocument/2006/relationships/image" Target="media/image445.wmf"/><Relationship Id="rId494" Type="http://schemas.openxmlformats.org/officeDocument/2006/relationships/image" Target="media/image487.wmf"/><Relationship Id="rId508" Type="http://schemas.openxmlformats.org/officeDocument/2006/relationships/image" Target="media/image501.wmf"/><Relationship Id="rId105" Type="http://schemas.openxmlformats.org/officeDocument/2006/relationships/image" Target="media/image98.wmf"/><Relationship Id="rId147" Type="http://schemas.openxmlformats.org/officeDocument/2006/relationships/image" Target="media/image140.wmf"/><Relationship Id="rId312" Type="http://schemas.openxmlformats.org/officeDocument/2006/relationships/image" Target="media/image305.wmf"/><Relationship Id="rId354" Type="http://schemas.openxmlformats.org/officeDocument/2006/relationships/image" Target="media/image347.wmf"/><Relationship Id="rId51" Type="http://schemas.openxmlformats.org/officeDocument/2006/relationships/image" Target="media/image44.wmf"/><Relationship Id="rId93" Type="http://schemas.openxmlformats.org/officeDocument/2006/relationships/image" Target="media/image86.wmf"/><Relationship Id="rId189" Type="http://schemas.openxmlformats.org/officeDocument/2006/relationships/image" Target="media/image182.wmf"/><Relationship Id="rId396" Type="http://schemas.openxmlformats.org/officeDocument/2006/relationships/image" Target="media/image389.wmf"/><Relationship Id="rId561" Type="http://schemas.openxmlformats.org/officeDocument/2006/relationships/image" Target="media/image554.wmf"/><Relationship Id="rId214" Type="http://schemas.openxmlformats.org/officeDocument/2006/relationships/image" Target="media/image207.png"/><Relationship Id="rId256" Type="http://schemas.openxmlformats.org/officeDocument/2006/relationships/image" Target="media/image249.wmf"/><Relationship Id="rId298" Type="http://schemas.openxmlformats.org/officeDocument/2006/relationships/image" Target="media/image291.wmf"/><Relationship Id="rId421" Type="http://schemas.openxmlformats.org/officeDocument/2006/relationships/image" Target="media/image414.wmf"/><Relationship Id="rId463" Type="http://schemas.openxmlformats.org/officeDocument/2006/relationships/image" Target="media/image456.wmf"/><Relationship Id="rId519" Type="http://schemas.openxmlformats.org/officeDocument/2006/relationships/image" Target="media/image512.wmf"/><Relationship Id="rId116" Type="http://schemas.openxmlformats.org/officeDocument/2006/relationships/image" Target="media/image109.wmf"/><Relationship Id="rId158" Type="http://schemas.openxmlformats.org/officeDocument/2006/relationships/image" Target="media/image151.wmf"/><Relationship Id="rId323" Type="http://schemas.openxmlformats.org/officeDocument/2006/relationships/image" Target="media/image316.wmf"/><Relationship Id="rId530" Type="http://schemas.openxmlformats.org/officeDocument/2006/relationships/image" Target="media/image523.wmf"/><Relationship Id="rId20" Type="http://schemas.openxmlformats.org/officeDocument/2006/relationships/image" Target="media/image13.wmf"/><Relationship Id="rId62" Type="http://schemas.openxmlformats.org/officeDocument/2006/relationships/image" Target="media/image55.wmf"/><Relationship Id="rId365" Type="http://schemas.openxmlformats.org/officeDocument/2006/relationships/image" Target="media/image358.wmf"/><Relationship Id="rId572" Type="http://schemas.openxmlformats.org/officeDocument/2006/relationships/image" Target="media/image565.wmf"/><Relationship Id="rId225" Type="http://schemas.openxmlformats.org/officeDocument/2006/relationships/image" Target="media/image218.wmf"/><Relationship Id="rId267" Type="http://schemas.openxmlformats.org/officeDocument/2006/relationships/image" Target="media/image260.wmf"/><Relationship Id="rId432" Type="http://schemas.openxmlformats.org/officeDocument/2006/relationships/image" Target="media/image425.wmf"/><Relationship Id="rId474" Type="http://schemas.openxmlformats.org/officeDocument/2006/relationships/image" Target="media/image467.wmf"/><Relationship Id="rId127" Type="http://schemas.openxmlformats.org/officeDocument/2006/relationships/image" Target="media/image120.wmf"/><Relationship Id="rId31" Type="http://schemas.openxmlformats.org/officeDocument/2006/relationships/image" Target="media/image24.wmf"/><Relationship Id="rId73" Type="http://schemas.openxmlformats.org/officeDocument/2006/relationships/image" Target="media/image66.wmf"/><Relationship Id="rId169" Type="http://schemas.openxmlformats.org/officeDocument/2006/relationships/image" Target="media/image162.wmf"/><Relationship Id="rId334" Type="http://schemas.openxmlformats.org/officeDocument/2006/relationships/image" Target="media/image327.wmf"/><Relationship Id="rId376" Type="http://schemas.openxmlformats.org/officeDocument/2006/relationships/image" Target="media/image369.wmf"/><Relationship Id="rId541" Type="http://schemas.openxmlformats.org/officeDocument/2006/relationships/image" Target="media/image534.wmf"/><Relationship Id="rId583" Type="http://schemas.openxmlformats.org/officeDocument/2006/relationships/image" Target="media/image576.wmf"/><Relationship Id="rId4" Type="http://schemas.openxmlformats.org/officeDocument/2006/relationships/settings" Target="settings.xml"/><Relationship Id="rId180" Type="http://schemas.openxmlformats.org/officeDocument/2006/relationships/image" Target="media/image173.wmf"/><Relationship Id="rId236" Type="http://schemas.openxmlformats.org/officeDocument/2006/relationships/image" Target="media/image229.wmf"/><Relationship Id="rId278" Type="http://schemas.openxmlformats.org/officeDocument/2006/relationships/image" Target="media/image271.wmf"/><Relationship Id="rId401" Type="http://schemas.openxmlformats.org/officeDocument/2006/relationships/image" Target="media/image394.wmf"/><Relationship Id="rId443" Type="http://schemas.openxmlformats.org/officeDocument/2006/relationships/image" Target="media/image436.wmf"/><Relationship Id="rId303" Type="http://schemas.openxmlformats.org/officeDocument/2006/relationships/image" Target="media/image296.wmf"/><Relationship Id="rId485" Type="http://schemas.openxmlformats.org/officeDocument/2006/relationships/image" Target="media/image478.wmf"/><Relationship Id="rId42" Type="http://schemas.openxmlformats.org/officeDocument/2006/relationships/image" Target="media/image35.wmf"/><Relationship Id="rId84" Type="http://schemas.openxmlformats.org/officeDocument/2006/relationships/image" Target="media/image77.wmf"/><Relationship Id="rId138" Type="http://schemas.openxmlformats.org/officeDocument/2006/relationships/image" Target="media/image131.wmf"/><Relationship Id="rId345" Type="http://schemas.openxmlformats.org/officeDocument/2006/relationships/image" Target="media/image338.wmf"/><Relationship Id="rId387" Type="http://schemas.openxmlformats.org/officeDocument/2006/relationships/image" Target="media/image380.png"/><Relationship Id="rId510" Type="http://schemas.openxmlformats.org/officeDocument/2006/relationships/image" Target="media/image503.wmf"/><Relationship Id="rId552" Type="http://schemas.openxmlformats.org/officeDocument/2006/relationships/image" Target="media/image545.png"/><Relationship Id="rId594" Type="http://schemas.openxmlformats.org/officeDocument/2006/relationships/image" Target="media/image587.wmf"/><Relationship Id="rId608" Type="http://schemas.openxmlformats.org/officeDocument/2006/relationships/image" Target="media/image601.wmf"/><Relationship Id="rId191" Type="http://schemas.openxmlformats.org/officeDocument/2006/relationships/image" Target="media/image184.wmf"/><Relationship Id="rId205" Type="http://schemas.openxmlformats.org/officeDocument/2006/relationships/image" Target="media/image198.wmf"/><Relationship Id="rId247" Type="http://schemas.openxmlformats.org/officeDocument/2006/relationships/image" Target="media/image240.wmf"/><Relationship Id="rId412" Type="http://schemas.openxmlformats.org/officeDocument/2006/relationships/image" Target="media/image405.wmf"/><Relationship Id="rId107" Type="http://schemas.openxmlformats.org/officeDocument/2006/relationships/image" Target="media/image100.wmf"/><Relationship Id="rId289" Type="http://schemas.openxmlformats.org/officeDocument/2006/relationships/image" Target="media/image282.wmf"/><Relationship Id="rId454" Type="http://schemas.openxmlformats.org/officeDocument/2006/relationships/image" Target="media/image447.wmf"/><Relationship Id="rId496" Type="http://schemas.openxmlformats.org/officeDocument/2006/relationships/image" Target="media/image489.wmf"/><Relationship Id="rId11" Type="http://schemas.openxmlformats.org/officeDocument/2006/relationships/image" Target="media/image4.wmf"/><Relationship Id="rId53" Type="http://schemas.openxmlformats.org/officeDocument/2006/relationships/image" Target="media/image46.wmf"/><Relationship Id="rId149" Type="http://schemas.openxmlformats.org/officeDocument/2006/relationships/image" Target="media/image142.wmf"/><Relationship Id="rId314" Type="http://schemas.openxmlformats.org/officeDocument/2006/relationships/image" Target="media/image307.wmf"/><Relationship Id="rId356" Type="http://schemas.openxmlformats.org/officeDocument/2006/relationships/image" Target="media/image349.wmf"/><Relationship Id="rId398" Type="http://schemas.openxmlformats.org/officeDocument/2006/relationships/image" Target="media/image391.wmf"/><Relationship Id="rId521" Type="http://schemas.openxmlformats.org/officeDocument/2006/relationships/image" Target="media/image514.wmf"/><Relationship Id="rId563" Type="http://schemas.openxmlformats.org/officeDocument/2006/relationships/image" Target="media/image556.wmf"/><Relationship Id="rId95" Type="http://schemas.openxmlformats.org/officeDocument/2006/relationships/image" Target="media/image88.wmf"/><Relationship Id="rId160" Type="http://schemas.openxmlformats.org/officeDocument/2006/relationships/image" Target="media/image153.wmf"/><Relationship Id="rId216" Type="http://schemas.openxmlformats.org/officeDocument/2006/relationships/image" Target="media/image209.png"/><Relationship Id="rId423" Type="http://schemas.openxmlformats.org/officeDocument/2006/relationships/image" Target="media/image416.wmf"/><Relationship Id="rId258" Type="http://schemas.openxmlformats.org/officeDocument/2006/relationships/image" Target="media/image251.wmf"/><Relationship Id="rId465" Type="http://schemas.openxmlformats.org/officeDocument/2006/relationships/image" Target="media/image458.wmf"/><Relationship Id="rId22" Type="http://schemas.openxmlformats.org/officeDocument/2006/relationships/image" Target="media/image15.wmf"/><Relationship Id="rId64" Type="http://schemas.openxmlformats.org/officeDocument/2006/relationships/image" Target="media/image57.wmf"/><Relationship Id="rId118" Type="http://schemas.openxmlformats.org/officeDocument/2006/relationships/image" Target="media/image111.wmf"/><Relationship Id="rId325" Type="http://schemas.openxmlformats.org/officeDocument/2006/relationships/image" Target="media/image318.wmf"/><Relationship Id="rId367" Type="http://schemas.openxmlformats.org/officeDocument/2006/relationships/image" Target="media/image360.wmf"/><Relationship Id="rId532" Type="http://schemas.openxmlformats.org/officeDocument/2006/relationships/image" Target="media/image525.wmf"/><Relationship Id="rId574" Type="http://schemas.openxmlformats.org/officeDocument/2006/relationships/image" Target="media/image567.wmf"/><Relationship Id="rId171" Type="http://schemas.openxmlformats.org/officeDocument/2006/relationships/image" Target="media/image164.wmf"/><Relationship Id="rId227" Type="http://schemas.openxmlformats.org/officeDocument/2006/relationships/image" Target="media/image220.wmf"/><Relationship Id="rId269" Type="http://schemas.openxmlformats.org/officeDocument/2006/relationships/image" Target="media/image262.wmf"/><Relationship Id="rId434" Type="http://schemas.openxmlformats.org/officeDocument/2006/relationships/image" Target="media/image427.wmf"/><Relationship Id="rId476" Type="http://schemas.openxmlformats.org/officeDocument/2006/relationships/image" Target="media/image469.wmf"/><Relationship Id="rId33" Type="http://schemas.openxmlformats.org/officeDocument/2006/relationships/image" Target="media/image26.wmf"/><Relationship Id="rId129" Type="http://schemas.openxmlformats.org/officeDocument/2006/relationships/image" Target="media/image122.wmf"/><Relationship Id="rId280" Type="http://schemas.openxmlformats.org/officeDocument/2006/relationships/image" Target="media/image273.wmf"/><Relationship Id="rId336" Type="http://schemas.openxmlformats.org/officeDocument/2006/relationships/image" Target="media/image329.wmf"/><Relationship Id="rId501" Type="http://schemas.openxmlformats.org/officeDocument/2006/relationships/image" Target="media/image494.wmf"/><Relationship Id="rId543" Type="http://schemas.openxmlformats.org/officeDocument/2006/relationships/image" Target="media/image536.wmf"/><Relationship Id="rId75" Type="http://schemas.openxmlformats.org/officeDocument/2006/relationships/image" Target="media/image68.wmf"/><Relationship Id="rId140" Type="http://schemas.openxmlformats.org/officeDocument/2006/relationships/image" Target="media/image133.wmf"/><Relationship Id="rId182" Type="http://schemas.openxmlformats.org/officeDocument/2006/relationships/image" Target="media/image175.wmf"/><Relationship Id="rId378" Type="http://schemas.openxmlformats.org/officeDocument/2006/relationships/image" Target="media/image371.wmf"/><Relationship Id="rId403" Type="http://schemas.openxmlformats.org/officeDocument/2006/relationships/image" Target="media/image396.wmf"/><Relationship Id="rId585" Type="http://schemas.openxmlformats.org/officeDocument/2006/relationships/image" Target="media/image578.wmf"/><Relationship Id="rId6" Type="http://schemas.openxmlformats.org/officeDocument/2006/relationships/footnotes" Target="footnotes.xml"/><Relationship Id="rId238" Type="http://schemas.openxmlformats.org/officeDocument/2006/relationships/image" Target="media/image231.wmf"/><Relationship Id="rId445" Type="http://schemas.openxmlformats.org/officeDocument/2006/relationships/image" Target="media/image438.wmf"/><Relationship Id="rId487" Type="http://schemas.openxmlformats.org/officeDocument/2006/relationships/image" Target="media/image480.wmf"/><Relationship Id="rId610" Type="http://schemas.openxmlformats.org/officeDocument/2006/relationships/image" Target="media/image603.wmf"/><Relationship Id="rId291" Type="http://schemas.openxmlformats.org/officeDocument/2006/relationships/image" Target="media/image284.wmf"/><Relationship Id="rId305" Type="http://schemas.openxmlformats.org/officeDocument/2006/relationships/image" Target="media/image298.wmf"/><Relationship Id="rId347" Type="http://schemas.openxmlformats.org/officeDocument/2006/relationships/image" Target="media/image340.wmf"/><Relationship Id="rId512" Type="http://schemas.openxmlformats.org/officeDocument/2006/relationships/image" Target="media/image505.wmf"/><Relationship Id="rId44" Type="http://schemas.openxmlformats.org/officeDocument/2006/relationships/image" Target="media/image37.wmf"/><Relationship Id="rId86" Type="http://schemas.openxmlformats.org/officeDocument/2006/relationships/image" Target="media/image79.wmf"/><Relationship Id="rId151" Type="http://schemas.openxmlformats.org/officeDocument/2006/relationships/image" Target="media/image144.wmf"/><Relationship Id="rId389" Type="http://schemas.openxmlformats.org/officeDocument/2006/relationships/image" Target="media/image382.wmf"/><Relationship Id="rId554" Type="http://schemas.openxmlformats.org/officeDocument/2006/relationships/image" Target="media/image547.wmf"/><Relationship Id="rId596" Type="http://schemas.openxmlformats.org/officeDocument/2006/relationships/image" Target="media/image589.wmf"/><Relationship Id="rId193" Type="http://schemas.openxmlformats.org/officeDocument/2006/relationships/image" Target="media/image186.wmf"/><Relationship Id="rId207" Type="http://schemas.openxmlformats.org/officeDocument/2006/relationships/image" Target="media/image200.wmf"/><Relationship Id="rId249" Type="http://schemas.openxmlformats.org/officeDocument/2006/relationships/image" Target="media/image242.wmf"/><Relationship Id="rId414" Type="http://schemas.openxmlformats.org/officeDocument/2006/relationships/image" Target="media/image407.wmf"/><Relationship Id="rId456" Type="http://schemas.openxmlformats.org/officeDocument/2006/relationships/image" Target="media/image449.wmf"/><Relationship Id="rId498" Type="http://schemas.openxmlformats.org/officeDocument/2006/relationships/image" Target="media/image491.wmf"/><Relationship Id="rId13" Type="http://schemas.openxmlformats.org/officeDocument/2006/relationships/image" Target="media/image6.wmf"/><Relationship Id="rId109" Type="http://schemas.openxmlformats.org/officeDocument/2006/relationships/image" Target="media/image102.wmf"/><Relationship Id="rId260" Type="http://schemas.openxmlformats.org/officeDocument/2006/relationships/image" Target="media/image253.wmf"/><Relationship Id="rId316" Type="http://schemas.openxmlformats.org/officeDocument/2006/relationships/image" Target="media/image309.wmf"/><Relationship Id="rId523" Type="http://schemas.openxmlformats.org/officeDocument/2006/relationships/image" Target="media/image516.wmf"/><Relationship Id="rId55" Type="http://schemas.openxmlformats.org/officeDocument/2006/relationships/image" Target="media/image48.wmf"/><Relationship Id="rId97" Type="http://schemas.openxmlformats.org/officeDocument/2006/relationships/image" Target="media/image90.wmf"/><Relationship Id="rId120" Type="http://schemas.openxmlformats.org/officeDocument/2006/relationships/image" Target="media/image113.wmf"/><Relationship Id="rId358" Type="http://schemas.openxmlformats.org/officeDocument/2006/relationships/image" Target="media/image351.wmf"/><Relationship Id="rId565" Type="http://schemas.openxmlformats.org/officeDocument/2006/relationships/image" Target="media/image558.wmf"/><Relationship Id="rId162" Type="http://schemas.openxmlformats.org/officeDocument/2006/relationships/image" Target="media/image155.wmf"/><Relationship Id="rId218" Type="http://schemas.openxmlformats.org/officeDocument/2006/relationships/image" Target="media/image211.png"/><Relationship Id="rId425" Type="http://schemas.openxmlformats.org/officeDocument/2006/relationships/image" Target="media/image418.wmf"/><Relationship Id="rId467" Type="http://schemas.openxmlformats.org/officeDocument/2006/relationships/image" Target="media/image460.wmf"/><Relationship Id="rId271" Type="http://schemas.openxmlformats.org/officeDocument/2006/relationships/image" Target="media/image264.wmf"/><Relationship Id="rId24" Type="http://schemas.openxmlformats.org/officeDocument/2006/relationships/image" Target="media/image17.wmf"/><Relationship Id="rId66" Type="http://schemas.openxmlformats.org/officeDocument/2006/relationships/image" Target="media/image59.wmf"/><Relationship Id="rId131" Type="http://schemas.openxmlformats.org/officeDocument/2006/relationships/image" Target="media/image124.wmf"/><Relationship Id="rId327" Type="http://schemas.openxmlformats.org/officeDocument/2006/relationships/image" Target="media/image320.wmf"/><Relationship Id="rId369" Type="http://schemas.openxmlformats.org/officeDocument/2006/relationships/image" Target="media/image362.wmf"/><Relationship Id="rId534" Type="http://schemas.openxmlformats.org/officeDocument/2006/relationships/image" Target="media/image527.wmf"/><Relationship Id="rId576" Type="http://schemas.openxmlformats.org/officeDocument/2006/relationships/image" Target="media/image569.wmf"/><Relationship Id="rId173" Type="http://schemas.openxmlformats.org/officeDocument/2006/relationships/image" Target="media/image166.wmf"/><Relationship Id="rId229" Type="http://schemas.openxmlformats.org/officeDocument/2006/relationships/image" Target="media/image222.png"/><Relationship Id="rId380" Type="http://schemas.openxmlformats.org/officeDocument/2006/relationships/image" Target="media/image373.wmf"/><Relationship Id="rId436" Type="http://schemas.openxmlformats.org/officeDocument/2006/relationships/image" Target="media/image429.wmf"/><Relationship Id="rId601" Type="http://schemas.openxmlformats.org/officeDocument/2006/relationships/image" Target="media/image594.png"/><Relationship Id="rId240" Type="http://schemas.openxmlformats.org/officeDocument/2006/relationships/image" Target="media/image233.wmf"/><Relationship Id="rId478" Type="http://schemas.openxmlformats.org/officeDocument/2006/relationships/image" Target="media/image471.wmf"/><Relationship Id="rId35" Type="http://schemas.openxmlformats.org/officeDocument/2006/relationships/image" Target="media/image28.wmf"/><Relationship Id="rId77" Type="http://schemas.openxmlformats.org/officeDocument/2006/relationships/image" Target="media/image70.wmf"/><Relationship Id="rId100" Type="http://schemas.openxmlformats.org/officeDocument/2006/relationships/image" Target="media/image93.wmf"/><Relationship Id="rId282" Type="http://schemas.openxmlformats.org/officeDocument/2006/relationships/image" Target="media/image275.wmf"/><Relationship Id="rId338" Type="http://schemas.openxmlformats.org/officeDocument/2006/relationships/image" Target="media/image331.wmf"/><Relationship Id="rId503" Type="http://schemas.openxmlformats.org/officeDocument/2006/relationships/image" Target="media/image496.wmf"/><Relationship Id="rId545" Type="http://schemas.openxmlformats.org/officeDocument/2006/relationships/image" Target="media/image538.wmf"/><Relationship Id="rId587" Type="http://schemas.openxmlformats.org/officeDocument/2006/relationships/image" Target="media/image580.wmf"/><Relationship Id="rId8" Type="http://schemas.openxmlformats.org/officeDocument/2006/relationships/image" Target="media/image1.wmf"/><Relationship Id="rId142" Type="http://schemas.openxmlformats.org/officeDocument/2006/relationships/image" Target="media/image135.wmf"/><Relationship Id="rId184" Type="http://schemas.openxmlformats.org/officeDocument/2006/relationships/image" Target="media/image177.wmf"/><Relationship Id="rId391" Type="http://schemas.openxmlformats.org/officeDocument/2006/relationships/image" Target="media/image384.wmf"/><Relationship Id="rId405" Type="http://schemas.openxmlformats.org/officeDocument/2006/relationships/image" Target="media/image398.wmf"/><Relationship Id="rId447" Type="http://schemas.openxmlformats.org/officeDocument/2006/relationships/image" Target="media/image440.wmf"/><Relationship Id="rId612" Type="http://schemas.openxmlformats.org/officeDocument/2006/relationships/fontTable" Target="fontTable.xml"/><Relationship Id="rId251" Type="http://schemas.openxmlformats.org/officeDocument/2006/relationships/image" Target="media/image244.wmf"/><Relationship Id="rId489" Type="http://schemas.openxmlformats.org/officeDocument/2006/relationships/image" Target="media/image482.wmf"/><Relationship Id="rId46" Type="http://schemas.openxmlformats.org/officeDocument/2006/relationships/image" Target="media/image39.wmf"/><Relationship Id="rId293" Type="http://schemas.openxmlformats.org/officeDocument/2006/relationships/image" Target="media/image286.wmf"/><Relationship Id="rId307" Type="http://schemas.openxmlformats.org/officeDocument/2006/relationships/image" Target="media/image300.png"/><Relationship Id="rId349" Type="http://schemas.openxmlformats.org/officeDocument/2006/relationships/image" Target="media/image342.wmf"/><Relationship Id="rId514" Type="http://schemas.openxmlformats.org/officeDocument/2006/relationships/image" Target="media/image507.wmf"/><Relationship Id="rId556" Type="http://schemas.openxmlformats.org/officeDocument/2006/relationships/image" Target="media/image549.wmf"/><Relationship Id="rId88" Type="http://schemas.openxmlformats.org/officeDocument/2006/relationships/image" Target="media/image81.wmf"/><Relationship Id="rId111" Type="http://schemas.openxmlformats.org/officeDocument/2006/relationships/image" Target="media/image104.wmf"/><Relationship Id="rId153" Type="http://schemas.openxmlformats.org/officeDocument/2006/relationships/image" Target="media/image146.wmf"/><Relationship Id="rId195" Type="http://schemas.openxmlformats.org/officeDocument/2006/relationships/image" Target="media/image188.wmf"/><Relationship Id="rId209" Type="http://schemas.openxmlformats.org/officeDocument/2006/relationships/image" Target="media/image202.wmf"/><Relationship Id="rId360" Type="http://schemas.openxmlformats.org/officeDocument/2006/relationships/image" Target="media/image353.wmf"/><Relationship Id="rId416" Type="http://schemas.openxmlformats.org/officeDocument/2006/relationships/image" Target="media/image409.wmf"/><Relationship Id="rId598" Type="http://schemas.openxmlformats.org/officeDocument/2006/relationships/image" Target="media/image591.wmf"/><Relationship Id="rId220" Type="http://schemas.openxmlformats.org/officeDocument/2006/relationships/image" Target="media/image213.wmf"/><Relationship Id="rId458" Type="http://schemas.openxmlformats.org/officeDocument/2006/relationships/image" Target="media/image451.wmf"/><Relationship Id="rId15" Type="http://schemas.openxmlformats.org/officeDocument/2006/relationships/image" Target="media/image8.wmf"/><Relationship Id="rId57" Type="http://schemas.openxmlformats.org/officeDocument/2006/relationships/image" Target="media/image50.wmf"/><Relationship Id="rId262" Type="http://schemas.openxmlformats.org/officeDocument/2006/relationships/image" Target="media/image255.wmf"/><Relationship Id="rId318" Type="http://schemas.openxmlformats.org/officeDocument/2006/relationships/image" Target="media/image311.wmf"/><Relationship Id="rId525" Type="http://schemas.openxmlformats.org/officeDocument/2006/relationships/image" Target="media/image518.wmf"/><Relationship Id="rId567" Type="http://schemas.openxmlformats.org/officeDocument/2006/relationships/image" Target="media/image560.wmf"/><Relationship Id="rId99" Type="http://schemas.openxmlformats.org/officeDocument/2006/relationships/image" Target="media/image92.wmf"/><Relationship Id="rId122" Type="http://schemas.openxmlformats.org/officeDocument/2006/relationships/image" Target="media/image115.wmf"/><Relationship Id="rId164" Type="http://schemas.openxmlformats.org/officeDocument/2006/relationships/image" Target="media/image157.wmf"/><Relationship Id="rId371" Type="http://schemas.openxmlformats.org/officeDocument/2006/relationships/image" Target="media/image364.wmf"/><Relationship Id="rId427" Type="http://schemas.openxmlformats.org/officeDocument/2006/relationships/image" Target="media/image420.wmf"/><Relationship Id="rId469" Type="http://schemas.openxmlformats.org/officeDocument/2006/relationships/image" Target="media/image462.png"/><Relationship Id="rId26" Type="http://schemas.openxmlformats.org/officeDocument/2006/relationships/image" Target="media/image19.wmf"/><Relationship Id="rId231" Type="http://schemas.openxmlformats.org/officeDocument/2006/relationships/image" Target="media/image224.wmf"/><Relationship Id="rId273" Type="http://schemas.openxmlformats.org/officeDocument/2006/relationships/image" Target="media/image266.wmf"/><Relationship Id="rId329" Type="http://schemas.openxmlformats.org/officeDocument/2006/relationships/image" Target="media/image322.wmf"/><Relationship Id="rId480" Type="http://schemas.openxmlformats.org/officeDocument/2006/relationships/image" Target="media/image473.wmf"/><Relationship Id="rId536" Type="http://schemas.openxmlformats.org/officeDocument/2006/relationships/image" Target="media/image529.wmf"/><Relationship Id="rId68" Type="http://schemas.openxmlformats.org/officeDocument/2006/relationships/image" Target="media/image61.wmf"/><Relationship Id="rId133" Type="http://schemas.openxmlformats.org/officeDocument/2006/relationships/image" Target="media/image126.wmf"/><Relationship Id="rId175" Type="http://schemas.openxmlformats.org/officeDocument/2006/relationships/image" Target="media/image168.wmf"/><Relationship Id="rId340" Type="http://schemas.openxmlformats.org/officeDocument/2006/relationships/image" Target="media/image333.png"/><Relationship Id="rId578" Type="http://schemas.openxmlformats.org/officeDocument/2006/relationships/image" Target="media/image571.png"/><Relationship Id="rId200" Type="http://schemas.openxmlformats.org/officeDocument/2006/relationships/image" Target="media/image193.wmf"/><Relationship Id="rId382" Type="http://schemas.openxmlformats.org/officeDocument/2006/relationships/image" Target="media/image375.wmf"/><Relationship Id="rId438" Type="http://schemas.openxmlformats.org/officeDocument/2006/relationships/image" Target="media/image431.wmf"/><Relationship Id="rId603" Type="http://schemas.openxmlformats.org/officeDocument/2006/relationships/image" Target="media/image596.wmf"/><Relationship Id="rId242" Type="http://schemas.openxmlformats.org/officeDocument/2006/relationships/image" Target="media/image235.wmf"/><Relationship Id="rId284" Type="http://schemas.openxmlformats.org/officeDocument/2006/relationships/image" Target="media/image277.wmf"/><Relationship Id="rId491" Type="http://schemas.openxmlformats.org/officeDocument/2006/relationships/image" Target="media/image484.wmf"/><Relationship Id="rId505" Type="http://schemas.openxmlformats.org/officeDocument/2006/relationships/image" Target="media/image498.wmf"/><Relationship Id="rId37" Type="http://schemas.openxmlformats.org/officeDocument/2006/relationships/image" Target="media/image30.wmf"/><Relationship Id="rId79" Type="http://schemas.openxmlformats.org/officeDocument/2006/relationships/image" Target="media/image72.wmf"/><Relationship Id="rId102" Type="http://schemas.openxmlformats.org/officeDocument/2006/relationships/image" Target="media/image95.wmf"/><Relationship Id="rId144" Type="http://schemas.openxmlformats.org/officeDocument/2006/relationships/image" Target="media/image137.jpeg"/><Relationship Id="rId547" Type="http://schemas.openxmlformats.org/officeDocument/2006/relationships/image" Target="media/image540.wmf"/><Relationship Id="rId589" Type="http://schemas.openxmlformats.org/officeDocument/2006/relationships/image" Target="media/image582.wmf"/><Relationship Id="rId90" Type="http://schemas.openxmlformats.org/officeDocument/2006/relationships/image" Target="media/image83.wmf"/><Relationship Id="rId186" Type="http://schemas.openxmlformats.org/officeDocument/2006/relationships/image" Target="media/image179.wmf"/><Relationship Id="rId351" Type="http://schemas.openxmlformats.org/officeDocument/2006/relationships/image" Target="media/image344.wmf"/><Relationship Id="rId393" Type="http://schemas.openxmlformats.org/officeDocument/2006/relationships/image" Target="media/image386.wmf"/><Relationship Id="rId407" Type="http://schemas.openxmlformats.org/officeDocument/2006/relationships/image" Target="media/image400.wmf"/><Relationship Id="rId449" Type="http://schemas.openxmlformats.org/officeDocument/2006/relationships/image" Target="media/image442.wmf"/><Relationship Id="rId211" Type="http://schemas.openxmlformats.org/officeDocument/2006/relationships/image" Target="media/image204.wmf"/><Relationship Id="rId253" Type="http://schemas.openxmlformats.org/officeDocument/2006/relationships/image" Target="media/image246.wmf"/><Relationship Id="rId295" Type="http://schemas.openxmlformats.org/officeDocument/2006/relationships/image" Target="media/image288.wmf"/><Relationship Id="rId309" Type="http://schemas.openxmlformats.org/officeDocument/2006/relationships/image" Target="media/image302.wmf"/><Relationship Id="rId460" Type="http://schemas.openxmlformats.org/officeDocument/2006/relationships/image" Target="media/image453.wmf"/><Relationship Id="rId516" Type="http://schemas.openxmlformats.org/officeDocument/2006/relationships/image" Target="media/image509.wmf"/><Relationship Id="rId48" Type="http://schemas.openxmlformats.org/officeDocument/2006/relationships/image" Target="media/image41.wmf"/><Relationship Id="rId113" Type="http://schemas.openxmlformats.org/officeDocument/2006/relationships/image" Target="media/image106.wmf"/><Relationship Id="rId320" Type="http://schemas.openxmlformats.org/officeDocument/2006/relationships/image" Target="media/image313.wmf"/><Relationship Id="rId558" Type="http://schemas.openxmlformats.org/officeDocument/2006/relationships/image" Target="media/image551.wmf"/><Relationship Id="rId155" Type="http://schemas.openxmlformats.org/officeDocument/2006/relationships/image" Target="media/image148.wmf"/><Relationship Id="rId197" Type="http://schemas.openxmlformats.org/officeDocument/2006/relationships/image" Target="media/image190.wmf"/><Relationship Id="rId362" Type="http://schemas.openxmlformats.org/officeDocument/2006/relationships/image" Target="media/image355.wmf"/><Relationship Id="rId418" Type="http://schemas.openxmlformats.org/officeDocument/2006/relationships/image" Target="media/image411.wmf"/><Relationship Id="rId222" Type="http://schemas.openxmlformats.org/officeDocument/2006/relationships/image" Target="media/image215.wmf"/><Relationship Id="rId264" Type="http://schemas.openxmlformats.org/officeDocument/2006/relationships/image" Target="media/image257.wmf"/><Relationship Id="rId471" Type="http://schemas.openxmlformats.org/officeDocument/2006/relationships/image" Target="media/image464.wmf"/><Relationship Id="rId17" Type="http://schemas.openxmlformats.org/officeDocument/2006/relationships/image" Target="media/image10.wmf"/><Relationship Id="rId59" Type="http://schemas.openxmlformats.org/officeDocument/2006/relationships/image" Target="media/image52.wmf"/><Relationship Id="rId124" Type="http://schemas.openxmlformats.org/officeDocument/2006/relationships/image" Target="media/image117.wmf"/><Relationship Id="rId527" Type="http://schemas.openxmlformats.org/officeDocument/2006/relationships/image" Target="media/image520.wmf"/><Relationship Id="rId569" Type="http://schemas.openxmlformats.org/officeDocument/2006/relationships/image" Target="media/image562.wmf"/><Relationship Id="rId70" Type="http://schemas.openxmlformats.org/officeDocument/2006/relationships/image" Target="media/image63.wmf"/><Relationship Id="rId166" Type="http://schemas.openxmlformats.org/officeDocument/2006/relationships/image" Target="media/image159.wmf"/><Relationship Id="rId331" Type="http://schemas.openxmlformats.org/officeDocument/2006/relationships/image" Target="media/image324.png"/><Relationship Id="rId373" Type="http://schemas.openxmlformats.org/officeDocument/2006/relationships/image" Target="media/image366.wmf"/><Relationship Id="rId429" Type="http://schemas.openxmlformats.org/officeDocument/2006/relationships/image" Target="media/image422.wmf"/><Relationship Id="rId580" Type="http://schemas.openxmlformats.org/officeDocument/2006/relationships/image" Target="media/image573.wmf"/><Relationship Id="rId1" Type="http://schemas.openxmlformats.org/officeDocument/2006/relationships/customXml" Target="../customXml/item1.xml"/><Relationship Id="rId233" Type="http://schemas.openxmlformats.org/officeDocument/2006/relationships/image" Target="media/image226.wmf"/><Relationship Id="rId440" Type="http://schemas.openxmlformats.org/officeDocument/2006/relationships/image" Target="media/image433.wmf"/><Relationship Id="rId28" Type="http://schemas.openxmlformats.org/officeDocument/2006/relationships/image" Target="media/image21.wmf"/><Relationship Id="rId275" Type="http://schemas.openxmlformats.org/officeDocument/2006/relationships/image" Target="media/image268.wmf"/><Relationship Id="rId300" Type="http://schemas.openxmlformats.org/officeDocument/2006/relationships/image" Target="media/image293.wmf"/><Relationship Id="rId482" Type="http://schemas.openxmlformats.org/officeDocument/2006/relationships/image" Target="media/image475.wmf"/><Relationship Id="rId538" Type="http://schemas.openxmlformats.org/officeDocument/2006/relationships/image" Target="media/image531.wmf"/><Relationship Id="rId81" Type="http://schemas.openxmlformats.org/officeDocument/2006/relationships/image" Target="media/image74.wmf"/><Relationship Id="rId135" Type="http://schemas.openxmlformats.org/officeDocument/2006/relationships/image" Target="media/image128.wmf"/><Relationship Id="rId177" Type="http://schemas.openxmlformats.org/officeDocument/2006/relationships/image" Target="media/image170.wmf"/><Relationship Id="rId342" Type="http://schemas.openxmlformats.org/officeDocument/2006/relationships/image" Target="media/image335.wmf"/><Relationship Id="rId384" Type="http://schemas.openxmlformats.org/officeDocument/2006/relationships/image" Target="media/image377.wmf"/><Relationship Id="rId591" Type="http://schemas.openxmlformats.org/officeDocument/2006/relationships/image" Target="media/image584.wmf"/><Relationship Id="rId605" Type="http://schemas.openxmlformats.org/officeDocument/2006/relationships/image" Target="media/image598.wmf"/><Relationship Id="rId202" Type="http://schemas.openxmlformats.org/officeDocument/2006/relationships/image" Target="media/image195.wmf"/><Relationship Id="rId244" Type="http://schemas.openxmlformats.org/officeDocument/2006/relationships/image" Target="media/image237.wmf"/><Relationship Id="rId39" Type="http://schemas.openxmlformats.org/officeDocument/2006/relationships/image" Target="media/image32.wmf"/><Relationship Id="rId286" Type="http://schemas.openxmlformats.org/officeDocument/2006/relationships/image" Target="media/image279.wmf"/><Relationship Id="rId451" Type="http://schemas.openxmlformats.org/officeDocument/2006/relationships/image" Target="media/image444.wmf"/><Relationship Id="rId493" Type="http://schemas.openxmlformats.org/officeDocument/2006/relationships/image" Target="media/image486.wmf"/><Relationship Id="rId507" Type="http://schemas.openxmlformats.org/officeDocument/2006/relationships/image" Target="media/image500.wmf"/><Relationship Id="rId549" Type="http://schemas.openxmlformats.org/officeDocument/2006/relationships/image" Target="media/image542.wmf"/><Relationship Id="rId50" Type="http://schemas.openxmlformats.org/officeDocument/2006/relationships/image" Target="media/image43.wmf"/><Relationship Id="rId104" Type="http://schemas.openxmlformats.org/officeDocument/2006/relationships/image" Target="media/image97.wmf"/><Relationship Id="rId146" Type="http://schemas.openxmlformats.org/officeDocument/2006/relationships/image" Target="media/image139.wmf"/><Relationship Id="rId188" Type="http://schemas.openxmlformats.org/officeDocument/2006/relationships/image" Target="media/image181.wmf"/><Relationship Id="rId311" Type="http://schemas.openxmlformats.org/officeDocument/2006/relationships/image" Target="media/image304.wmf"/><Relationship Id="rId353" Type="http://schemas.openxmlformats.org/officeDocument/2006/relationships/image" Target="media/image346.wmf"/><Relationship Id="rId395" Type="http://schemas.openxmlformats.org/officeDocument/2006/relationships/image" Target="media/image388.wmf"/><Relationship Id="rId409" Type="http://schemas.openxmlformats.org/officeDocument/2006/relationships/image" Target="media/image402.wmf"/><Relationship Id="rId560" Type="http://schemas.openxmlformats.org/officeDocument/2006/relationships/image" Target="media/image553.wmf"/><Relationship Id="rId92" Type="http://schemas.openxmlformats.org/officeDocument/2006/relationships/image" Target="media/image85.wmf"/><Relationship Id="rId213" Type="http://schemas.openxmlformats.org/officeDocument/2006/relationships/image" Target="media/image206.wmf"/><Relationship Id="rId420" Type="http://schemas.openxmlformats.org/officeDocument/2006/relationships/image" Target="media/image413.wmf"/><Relationship Id="rId255" Type="http://schemas.openxmlformats.org/officeDocument/2006/relationships/image" Target="media/image248.wmf"/><Relationship Id="rId297" Type="http://schemas.openxmlformats.org/officeDocument/2006/relationships/image" Target="media/image290.wmf"/><Relationship Id="rId462" Type="http://schemas.openxmlformats.org/officeDocument/2006/relationships/image" Target="media/image455.wmf"/><Relationship Id="rId518" Type="http://schemas.openxmlformats.org/officeDocument/2006/relationships/image" Target="media/image511.wmf"/><Relationship Id="rId115" Type="http://schemas.openxmlformats.org/officeDocument/2006/relationships/image" Target="media/image108.wmf"/><Relationship Id="rId157" Type="http://schemas.openxmlformats.org/officeDocument/2006/relationships/image" Target="media/image150.png"/><Relationship Id="rId322" Type="http://schemas.openxmlformats.org/officeDocument/2006/relationships/image" Target="media/image315.wmf"/><Relationship Id="rId364" Type="http://schemas.openxmlformats.org/officeDocument/2006/relationships/image" Target="media/image357.wmf"/><Relationship Id="rId61" Type="http://schemas.openxmlformats.org/officeDocument/2006/relationships/image" Target="media/image54.wmf"/><Relationship Id="rId199" Type="http://schemas.openxmlformats.org/officeDocument/2006/relationships/image" Target="media/image192.wmf"/><Relationship Id="rId571" Type="http://schemas.openxmlformats.org/officeDocument/2006/relationships/image" Target="media/image564.wmf"/><Relationship Id="rId19" Type="http://schemas.openxmlformats.org/officeDocument/2006/relationships/image" Target="media/image12.wmf"/><Relationship Id="rId224" Type="http://schemas.openxmlformats.org/officeDocument/2006/relationships/image" Target="media/image217.wmf"/><Relationship Id="rId266" Type="http://schemas.openxmlformats.org/officeDocument/2006/relationships/image" Target="media/image259.wmf"/><Relationship Id="rId431" Type="http://schemas.openxmlformats.org/officeDocument/2006/relationships/image" Target="media/image424.wmf"/><Relationship Id="rId473" Type="http://schemas.openxmlformats.org/officeDocument/2006/relationships/image" Target="media/image466.wmf"/><Relationship Id="rId529" Type="http://schemas.openxmlformats.org/officeDocument/2006/relationships/image" Target="media/image522.wmf"/><Relationship Id="rId30" Type="http://schemas.openxmlformats.org/officeDocument/2006/relationships/image" Target="media/image23.wmf"/><Relationship Id="rId126" Type="http://schemas.openxmlformats.org/officeDocument/2006/relationships/image" Target="media/image119.png"/><Relationship Id="rId168" Type="http://schemas.openxmlformats.org/officeDocument/2006/relationships/image" Target="media/image161.wmf"/><Relationship Id="rId333" Type="http://schemas.openxmlformats.org/officeDocument/2006/relationships/image" Target="media/image326.wmf"/><Relationship Id="rId540" Type="http://schemas.openxmlformats.org/officeDocument/2006/relationships/image" Target="media/image533.wmf"/><Relationship Id="rId72" Type="http://schemas.openxmlformats.org/officeDocument/2006/relationships/image" Target="media/image65.wmf"/><Relationship Id="rId375" Type="http://schemas.openxmlformats.org/officeDocument/2006/relationships/image" Target="media/image368.wmf"/><Relationship Id="rId582" Type="http://schemas.openxmlformats.org/officeDocument/2006/relationships/image" Target="media/image575.wmf"/><Relationship Id="rId3" Type="http://schemas.openxmlformats.org/officeDocument/2006/relationships/styles" Target="styles.xml"/><Relationship Id="rId235" Type="http://schemas.openxmlformats.org/officeDocument/2006/relationships/image" Target="media/image228.wmf"/><Relationship Id="rId277" Type="http://schemas.openxmlformats.org/officeDocument/2006/relationships/image" Target="media/image270.wmf"/><Relationship Id="rId400" Type="http://schemas.openxmlformats.org/officeDocument/2006/relationships/image" Target="media/image393.wmf"/><Relationship Id="rId442" Type="http://schemas.openxmlformats.org/officeDocument/2006/relationships/image" Target="media/image435.wmf"/><Relationship Id="rId484" Type="http://schemas.openxmlformats.org/officeDocument/2006/relationships/image" Target="media/image477.wmf"/><Relationship Id="rId137" Type="http://schemas.openxmlformats.org/officeDocument/2006/relationships/image" Target="media/image130.wmf"/><Relationship Id="rId302" Type="http://schemas.openxmlformats.org/officeDocument/2006/relationships/image" Target="media/image295.wmf"/><Relationship Id="rId344" Type="http://schemas.openxmlformats.org/officeDocument/2006/relationships/image" Target="media/image337.wmf"/><Relationship Id="rId41" Type="http://schemas.openxmlformats.org/officeDocument/2006/relationships/image" Target="media/image34.wmf"/><Relationship Id="rId83" Type="http://schemas.openxmlformats.org/officeDocument/2006/relationships/image" Target="media/image76.wmf"/><Relationship Id="rId179" Type="http://schemas.openxmlformats.org/officeDocument/2006/relationships/image" Target="media/image172.wmf"/><Relationship Id="rId386" Type="http://schemas.openxmlformats.org/officeDocument/2006/relationships/image" Target="media/image379.wmf"/><Relationship Id="rId551" Type="http://schemas.openxmlformats.org/officeDocument/2006/relationships/image" Target="media/image544.wmf"/><Relationship Id="rId593" Type="http://schemas.openxmlformats.org/officeDocument/2006/relationships/image" Target="media/image586.wmf"/><Relationship Id="rId607" Type="http://schemas.openxmlformats.org/officeDocument/2006/relationships/image" Target="media/image600.wmf"/><Relationship Id="rId190" Type="http://schemas.openxmlformats.org/officeDocument/2006/relationships/image" Target="media/image183.wmf"/><Relationship Id="rId204" Type="http://schemas.openxmlformats.org/officeDocument/2006/relationships/image" Target="media/image197.wmf"/><Relationship Id="rId246" Type="http://schemas.openxmlformats.org/officeDocument/2006/relationships/image" Target="media/image239.wmf"/><Relationship Id="rId288" Type="http://schemas.openxmlformats.org/officeDocument/2006/relationships/image" Target="media/image281.wmf"/><Relationship Id="rId411" Type="http://schemas.openxmlformats.org/officeDocument/2006/relationships/image" Target="media/image404.wmf"/><Relationship Id="rId453" Type="http://schemas.openxmlformats.org/officeDocument/2006/relationships/image" Target="media/image446.wmf"/><Relationship Id="rId509" Type="http://schemas.openxmlformats.org/officeDocument/2006/relationships/image" Target="media/image502.wmf"/><Relationship Id="rId106" Type="http://schemas.openxmlformats.org/officeDocument/2006/relationships/image" Target="media/image99.wmf"/><Relationship Id="rId313" Type="http://schemas.openxmlformats.org/officeDocument/2006/relationships/image" Target="media/image306.wmf"/><Relationship Id="rId495" Type="http://schemas.openxmlformats.org/officeDocument/2006/relationships/image" Target="media/image488.wmf"/><Relationship Id="rId10" Type="http://schemas.openxmlformats.org/officeDocument/2006/relationships/image" Target="media/image3.wmf"/><Relationship Id="rId52" Type="http://schemas.openxmlformats.org/officeDocument/2006/relationships/image" Target="media/image45.wmf"/><Relationship Id="rId94" Type="http://schemas.openxmlformats.org/officeDocument/2006/relationships/image" Target="media/image87.wmf"/><Relationship Id="rId148" Type="http://schemas.openxmlformats.org/officeDocument/2006/relationships/image" Target="media/image141.wmf"/><Relationship Id="rId355" Type="http://schemas.openxmlformats.org/officeDocument/2006/relationships/image" Target="media/image348.png"/><Relationship Id="rId397" Type="http://schemas.openxmlformats.org/officeDocument/2006/relationships/image" Target="media/image390.wmf"/><Relationship Id="rId520" Type="http://schemas.openxmlformats.org/officeDocument/2006/relationships/image" Target="media/image513.jpeg"/><Relationship Id="rId562" Type="http://schemas.openxmlformats.org/officeDocument/2006/relationships/image" Target="media/image555.wmf"/><Relationship Id="rId215" Type="http://schemas.openxmlformats.org/officeDocument/2006/relationships/image" Target="media/image208.wmf"/><Relationship Id="rId257" Type="http://schemas.openxmlformats.org/officeDocument/2006/relationships/image" Target="media/image250.wmf"/><Relationship Id="rId422" Type="http://schemas.openxmlformats.org/officeDocument/2006/relationships/image" Target="media/image415.wmf"/><Relationship Id="rId464" Type="http://schemas.openxmlformats.org/officeDocument/2006/relationships/image" Target="media/image457.wmf"/><Relationship Id="rId299" Type="http://schemas.openxmlformats.org/officeDocument/2006/relationships/image" Target="media/image292.wmf"/><Relationship Id="rId63" Type="http://schemas.openxmlformats.org/officeDocument/2006/relationships/image" Target="media/image56.wmf"/><Relationship Id="rId159" Type="http://schemas.openxmlformats.org/officeDocument/2006/relationships/image" Target="media/image152.wmf"/><Relationship Id="rId366" Type="http://schemas.openxmlformats.org/officeDocument/2006/relationships/image" Target="media/image359.wmf"/><Relationship Id="rId573" Type="http://schemas.openxmlformats.org/officeDocument/2006/relationships/image" Target="media/image566.wmf"/><Relationship Id="rId226" Type="http://schemas.openxmlformats.org/officeDocument/2006/relationships/image" Target="media/image219.wmf"/><Relationship Id="rId433" Type="http://schemas.openxmlformats.org/officeDocument/2006/relationships/image" Target="media/image426.wmf"/><Relationship Id="rId74" Type="http://schemas.openxmlformats.org/officeDocument/2006/relationships/image" Target="media/image67.png"/><Relationship Id="rId377" Type="http://schemas.openxmlformats.org/officeDocument/2006/relationships/image" Target="media/image370.wmf"/><Relationship Id="rId500" Type="http://schemas.openxmlformats.org/officeDocument/2006/relationships/image" Target="media/image493.wmf"/><Relationship Id="rId584" Type="http://schemas.openxmlformats.org/officeDocument/2006/relationships/image" Target="media/image577.png"/><Relationship Id="rId5" Type="http://schemas.openxmlformats.org/officeDocument/2006/relationships/webSettings" Target="webSettings.xml"/><Relationship Id="rId237" Type="http://schemas.openxmlformats.org/officeDocument/2006/relationships/image" Target="media/image230.wmf"/><Relationship Id="rId444" Type="http://schemas.openxmlformats.org/officeDocument/2006/relationships/image" Target="media/image437.wmf"/><Relationship Id="rId290" Type="http://schemas.openxmlformats.org/officeDocument/2006/relationships/image" Target="media/image283.wmf"/><Relationship Id="rId304" Type="http://schemas.openxmlformats.org/officeDocument/2006/relationships/image" Target="media/image297.png"/><Relationship Id="rId388" Type="http://schemas.openxmlformats.org/officeDocument/2006/relationships/image" Target="media/image381.wmf"/><Relationship Id="rId511" Type="http://schemas.openxmlformats.org/officeDocument/2006/relationships/image" Target="media/image504.wmf"/><Relationship Id="rId609" Type="http://schemas.openxmlformats.org/officeDocument/2006/relationships/image" Target="media/image602.wmf"/><Relationship Id="rId85" Type="http://schemas.openxmlformats.org/officeDocument/2006/relationships/image" Target="media/image78.wmf"/><Relationship Id="rId150" Type="http://schemas.openxmlformats.org/officeDocument/2006/relationships/image" Target="media/image143.wmf"/><Relationship Id="rId595" Type="http://schemas.openxmlformats.org/officeDocument/2006/relationships/image" Target="media/image588.wmf"/><Relationship Id="rId248" Type="http://schemas.openxmlformats.org/officeDocument/2006/relationships/image" Target="media/image241.wmf"/><Relationship Id="rId455" Type="http://schemas.openxmlformats.org/officeDocument/2006/relationships/image" Target="media/image448.wmf"/><Relationship Id="rId12" Type="http://schemas.openxmlformats.org/officeDocument/2006/relationships/image" Target="media/image5.wmf"/><Relationship Id="rId108" Type="http://schemas.openxmlformats.org/officeDocument/2006/relationships/image" Target="media/image101.wmf"/><Relationship Id="rId315" Type="http://schemas.openxmlformats.org/officeDocument/2006/relationships/image" Target="media/image308.wmf"/><Relationship Id="rId522" Type="http://schemas.openxmlformats.org/officeDocument/2006/relationships/image" Target="media/image515.wmf"/><Relationship Id="rId96" Type="http://schemas.openxmlformats.org/officeDocument/2006/relationships/image" Target="media/image89.wmf"/><Relationship Id="rId161" Type="http://schemas.openxmlformats.org/officeDocument/2006/relationships/image" Target="media/image154.wmf"/><Relationship Id="rId399" Type="http://schemas.openxmlformats.org/officeDocument/2006/relationships/image" Target="media/image392.wmf"/><Relationship Id="rId259" Type="http://schemas.openxmlformats.org/officeDocument/2006/relationships/image" Target="media/image252.wmf"/><Relationship Id="rId466" Type="http://schemas.openxmlformats.org/officeDocument/2006/relationships/image" Target="media/image459.wmf"/><Relationship Id="rId23" Type="http://schemas.openxmlformats.org/officeDocument/2006/relationships/image" Target="media/image16.wmf"/><Relationship Id="rId119" Type="http://schemas.openxmlformats.org/officeDocument/2006/relationships/image" Target="media/image112.wmf"/><Relationship Id="rId326" Type="http://schemas.openxmlformats.org/officeDocument/2006/relationships/image" Target="media/image319.wmf"/><Relationship Id="rId533" Type="http://schemas.openxmlformats.org/officeDocument/2006/relationships/image" Target="media/image526.wmf"/><Relationship Id="rId172" Type="http://schemas.openxmlformats.org/officeDocument/2006/relationships/image" Target="media/image165.wmf"/><Relationship Id="rId477" Type="http://schemas.openxmlformats.org/officeDocument/2006/relationships/image" Target="media/image470.wmf"/><Relationship Id="rId600" Type="http://schemas.openxmlformats.org/officeDocument/2006/relationships/image" Target="media/image593.wmf"/><Relationship Id="rId337" Type="http://schemas.openxmlformats.org/officeDocument/2006/relationships/image" Target="media/image330.wmf"/><Relationship Id="rId34" Type="http://schemas.openxmlformats.org/officeDocument/2006/relationships/image" Target="media/image27.wmf"/><Relationship Id="rId544" Type="http://schemas.openxmlformats.org/officeDocument/2006/relationships/image" Target="media/image537.wmf"/><Relationship Id="rId183" Type="http://schemas.openxmlformats.org/officeDocument/2006/relationships/image" Target="media/image176.wmf"/><Relationship Id="rId390" Type="http://schemas.openxmlformats.org/officeDocument/2006/relationships/image" Target="media/image383.wmf"/><Relationship Id="rId404" Type="http://schemas.openxmlformats.org/officeDocument/2006/relationships/image" Target="media/image397.wmf"/><Relationship Id="rId611" Type="http://schemas.openxmlformats.org/officeDocument/2006/relationships/image" Target="media/image604.wmf"/><Relationship Id="rId250" Type="http://schemas.openxmlformats.org/officeDocument/2006/relationships/image" Target="media/image243.wmf"/><Relationship Id="rId488" Type="http://schemas.openxmlformats.org/officeDocument/2006/relationships/image" Target="media/image481.wmf"/><Relationship Id="rId45" Type="http://schemas.openxmlformats.org/officeDocument/2006/relationships/image" Target="media/image38.wmf"/><Relationship Id="rId110" Type="http://schemas.openxmlformats.org/officeDocument/2006/relationships/image" Target="media/image103.wmf"/><Relationship Id="rId348" Type="http://schemas.openxmlformats.org/officeDocument/2006/relationships/image" Target="media/image341.wmf"/><Relationship Id="rId555" Type="http://schemas.openxmlformats.org/officeDocument/2006/relationships/image" Target="media/image548.wmf"/><Relationship Id="rId194" Type="http://schemas.openxmlformats.org/officeDocument/2006/relationships/image" Target="media/image187.wmf"/><Relationship Id="rId208" Type="http://schemas.openxmlformats.org/officeDocument/2006/relationships/image" Target="media/image201.wmf"/><Relationship Id="rId415" Type="http://schemas.openxmlformats.org/officeDocument/2006/relationships/image" Target="media/image408.wmf"/><Relationship Id="rId261" Type="http://schemas.openxmlformats.org/officeDocument/2006/relationships/image" Target="media/image254.wmf"/><Relationship Id="rId499" Type="http://schemas.openxmlformats.org/officeDocument/2006/relationships/image" Target="media/image492.wmf"/><Relationship Id="rId56" Type="http://schemas.openxmlformats.org/officeDocument/2006/relationships/image" Target="media/image49.wmf"/><Relationship Id="rId359" Type="http://schemas.openxmlformats.org/officeDocument/2006/relationships/image" Target="media/image352.png"/><Relationship Id="rId566" Type="http://schemas.openxmlformats.org/officeDocument/2006/relationships/image" Target="media/image559.wmf"/><Relationship Id="rId121" Type="http://schemas.openxmlformats.org/officeDocument/2006/relationships/image" Target="media/image114.wmf"/><Relationship Id="rId219" Type="http://schemas.openxmlformats.org/officeDocument/2006/relationships/image" Target="media/image212.png"/><Relationship Id="rId426" Type="http://schemas.openxmlformats.org/officeDocument/2006/relationships/image" Target="media/image41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65</Pages>
  <Words>3700</Words>
  <Characters>21094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24745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Yi Meng</cp:lastModifiedBy>
  <cp:revision>5</cp:revision>
  <dcterms:created xsi:type="dcterms:W3CDTF">2013-12-23T23:15:00Z</dcterms:created>
  <dcterms:modified xsi:type="dcterms:W3CDTF">2026-07-20T09:16:00Z</dcterms:modified>
  <cp:category/>
</cp:coreProperties>
</file>