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最后两题合集 · 2020-2021学年</w:t>
      </w:r>
    </w:p>
    <w:p>
      <w:pPr>
        <w:spacing w:before="0" w:after="160"/>
        <w:jc w:val="center"/>
      </w:pPr>
      <w:r>
        <w:rPr>
          <w:rFonts w:ascii="仿宋" w:hAnsi="仿宋" w:eastAsia="仿宋"/>
          <w:b w:val="0"/>
          <w:sz w:val="21"/>
        </w:rPr>
        <w:t>共 13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期中</w:t>
      </w:r>
    </w:p>
    <w:p>
      <w:pPr>
        <w:pStyle w:val="Heading2"/>
      </w:pPr>
      <w:r>
        <w:t>四中</w:t>
      </w:r>
    </w:p>
    <w:p>
      <w:pPr>
        <w:spacing w:line="360" w:lineRule="auto"/>
        <w:jc w:val="left"/>
        <w:textAlignment w:val="center"/>
        <w:rPr>
          <w:color w:val="000000"/>
        </w:rPr>
      </w:pPr>
      <w:r>
        <w:rPr>
          <w:color w:val="000000"/>
        </w:rPr>
        <w:t xml:space="preserve">29. </w:t>
      </w:r>
      <w:r>
        <w:rPr>
          <w:rFonts w:ascii="宋体" w:hAnsi="宋体" w:eastAsia="宋体" w:cs="宋体"/>
          <w:color w:val="000000"/>
        </w:rPr>
        <w:t>天坛中</w:t>
      </w:r>
      <w:r>
        <w:rPr>
          <w:rFonts w:ascii="宋体" w:hAnsi="宋体" w:eastAsia="宋体" w:cs="宋体"/>
          <w:color w:val="000000"/>
          <w:position w:val="0"/>
        </w:rPr>
        <w:drawing>
          <wp:inline distT="0" distB="0" distL="114300" distR="114300">
            <wp:extent cx="133350" cy="177800"/>
            <wp:effectExtent l="0" t="0" r="0" b="13335"/>
            <wp:docPr id="1101" name="图片 70510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705107869"/>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数学一瞥：天坛始建于明朝永乐十八年（</w:t>
      </w:r>
      <w:r>
        <w:rPr>
          <w:rFonts w:ascii="Times New Roman" w:hAnsi="Times New Roman" w:eastAsia="Times New Roman" w:cs="Times New Roman"/>
          <w:color w:val="000000"/>
        </w:rPr>
        <w:t>1420</w:t>
      </w:r>
      <w:r>
        <w:rPr>
          <w:rFonts w:ascii="宋体" w:hAnsi="宋体" w:eastAsia="宋体" w:cs="宋体"/>
          <w:color w:val="000000"/>
        </w:rPr>
        <w:t>年），明、清两代是帝王祭祀皇天、祈五谷丰登之场所．中和韶乐在中国古代的发生、发展、沉寂、经历了历代传承．随着对中国传统文化重新认识，中和韶乐逐渐复苏．自从</w:t>
      </w:r>
      <w:r>
        <w:rPr>
          <w:rFonts w:ascii="Times New Roman" w:hAnsi="Times New Roman" w:eastAsia="Times New Roman" w:cs="Times New Roman"/>
          <w:color w:val="000000"/>
        </w:rPr>
        <w:t>2004</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天坛神乐署修复完成，中和韶乐又一次展现在世人面前．中和韶乐主要是宫、商、角、徴、羽五声音阶的运用，在确定这五音的时候，中国古代最初由三分损益计算而来，从最初的一个音三分损一而得到第二个音，由第二个音三分益一得到第三个音，如此计算，得到宫商角徴羽五声音阶．例如：假设能发出第一个基准音的乐器的长度为</w:t>
      </w:r>
      <w:r>
        <w:rPr>
          <w:rFonts w:ascii="Times New Roman" w:hAnsi="Times New Roman" w:eastAsia="Times New Roman" w:cs="Times New Roman"/>
          <w:color w:val="000000"/>
        </w:rPr>
        <w:t>81</w:t>
      </w:r>
      <w:r>
        <w:rPr>
          <w:rFonts w:ascii="宋体" w:hAnsi="宋体" w:eastAsia="宋体" w:cs="宋体"/>
          <w:color w:val="000000"/>
        </w:rPr>
        <w:t>，那么能发出第二个基准音的乐器的长度为</w:t>
      </w:r>
      <w:r>
        <w:pict>
          <v:shape id="_x0000_i700252" o:spt="75" alt="学科网(www.zxxk.com)--教育资源门户，提供试卷、教案、课件、论文、素材以及各类教学资源下载，还有大量而丰富的教学相关资讯！" type="#_x0000_t75" style="height:33.75pt;width:80.25pt;" o:ole="t" filled="f" o:preferrelative="t" stroked="f" coordsize="21600,21600">
            <v:path/>
            <v:fill on="f" focussize="0,0"/>
            <v:stroke on="f" joinstyle="miter"/>
            <v:imagedata r:id="rId10" o:title="eqId2ee3a16ef3d1b15f9c55180dde456b95"/>
            <o:lock v:ext="edit" aspectratio="t"/>
            <w10:wrap type="none"/>
            <w10:anchorlock/>
          </v:shape>
        </w:pict>
      </w:r>
      <w:r>
        <w:rPr>
          <w:rFonts w:ascii="宋体" w:hAnsi="宋体" w:eastAsia="宋体" w:cs="宋体"/>
          <w:color w:val="000000"/>
        </w:rPr>
        <w:t>，能发出第三个基准音的乐器的长度为</w:t>
      </w:r>
      <w:r>
        <w:pict>
          <v:shape id="_x0000_i700253" o:spt="75" alt="学科网(www.zxxk.com)--教育资源门户，提供试卷、教案、课件、论文、素材以及各类教学资源下载，还有大量而丰富的教学相关资讯！" type="#_x0000_t75" style="height:33.75pt;width:93.75pt;" o:ole="t" filled="f" o:preferrelative="t" stroked="f" coordsize="21600,21600">
            <v:path/>
            <v:fill on="f" focussize="0,0"/>
            <v:stroke on="f" joinstyle="miter"/>
            <v:imagedata r:id="rId11" o:title="eqId18659111f20c597be6b1a890898f6961"/>
            <o:lock v:ext="edit" aspectratio="t"/>
            <w10:wrap type="none"/>
            <w10:anchorlock/>
          </v:shape>
        </w:pict>
      </w:r>
      <w:r>
        <w:rPr>
          <w:rFonts w:ascii="宋体" w:hAnsi="宋体" w:eastAsia="宋体" w:cs="宋体"/>
          <w:color w:val="000000"/>
        </w:rPr>
        <w:t>，（也就是依次先减少三分之一，后增加三分之一）．那么第五个基准音的乐器的长度为</w:t>
      </w:r>
      <w:r>
        <w:rPr>
          <w:color w:val="000000"/>
        </w:rPr>
        <w:t>______</w:t>
      </w:r>
      <w:r>
        <w:rPr>
          <w:rFonts w:ascii="宋体" w:hAnsi="宋体" w:eastAsia="宋体" w:cs="宋体"/>
          <w:color w:val="000000"/>
        </w:rPr>
        <w:t>．假设能发出第一个基准音的乐器的长度为</w:t>
      </w:r>
      <w:r>
        <w:pict>
          <v:shape id="_x0000_i70025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 o:title="eqId0a6936d370d6a238a608ca56f87198de"/>
            <o:lock v:ext="edit" aspectratio="t"/>
            <w10:wrap type="none"/>
            <w10:anchorlock/>
          </v:shape>
        </w:pict>
      </w:r>
      <w:r>
        <w:rPr>
          <w:rFonts w:ascii="宋体" w:hAnsi="宋体" w:eastAsia="宋体" w:cs="宋体"/>
          <w:color w:val="000000"/>
        </w:rPr>
        <w:t>，那么能发出第四个基准音的乐器的长度是</w:t>
      </w:r>
      <w:r>
        <w:rPr>
          <w:rFonts w:ascii="Times New Roman" w:hAnsi="Times New Roman" w:eastAsia="Times New Roman" w:cs="Times New Roman"/>
          <w:color w:val="000000"/>
        </w:rPr>
        <w:t>32</w:t>
      </w:r>
      <w:r>
        <w:rPr>
          <w:rFonts w:ascii="宋体" w:hAnsi="宋体" w:eastAsia="宋体" w:cs="宋体"/>
          <w:color w:val="000000"/>
        </w:rPr>
        <w:t>，则</w:t>
      </w:r>
      <w:r>
        <w:pict>
          <v:shape id="_x0000_i70025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 o:title="eqId0a6936d370d6a238a608ca56f87198de"/>
            <o:lock v:ext="edit" aspectratio="t"/>
            <w10:wrap type="none"/>
            <w10:anchorlock/>
          </v:shape>
        </w:pict>
      </w:r>
      <w:r>
        <w:rPr>
          <w:rFonts w:ascii="宋体" w:hAnsi="宋体" w:eastAsia="宋体" w:cs="宋体"/>
          <w:color w:val="000000"/>
        </w:rPr>
        <w:t>的值是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30. </w:t>
      </w:r>
      <w:r>
        <w:rPr>
          <w:rFonts w:ascii="宋体" w:hAnsi="宋体" w:eastAsia="宋体" w:cs="宋体"/>
          <w:color w:val="000000"/>
        </w:rPr>
        <w:t>阅读材料：你知道“二维码”吗？它是一种编码，通过表示</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0</w:t>
      </w:r>
      <w:r>
        <w:rPr>
          <w:rFonts w:ascii="宋体" w:hAnsi="宋体" w:eastAsia="宋体" w:cs="宋体"/>
          <w:color w:val="000000"/>
        </w:rPr>
        <w:t>的黑白小方块排列成图案传递信息．二维码广泛应用于我们生活，“扫一扫”成为人们的习惯动作．你知道二维码究竟是怎样生成的吗？你想亲自制作一个二维码吗？首先来了解一个定义：“定义符合”表示一种运算叫做“异或”运算，即当</w:t>
      </w:r>
      <w:r>
        <w:pict>
          <v:shape id="_x0000_i700256"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13" o:title="eqId1f22fec5a381ae8aca93d876e54c79de"/>
            <o:lock v:ext="edit" aspectratio="t"/>
            <w10:wrap type="none"/>
            <w10:anchorlock/>
          </v:shape>
        </w:pict>
      </w:r>
      <w:r>
        <w:rPr>
          <w:rFonts w:ascii="宋体" w:hAnsi="宋体" w:eastAsia="宋体" w:cs="宋体"/>
          <w:color w:val="000000"/>
        </w:rPr>
        <w:t>时，结果为0；当</w:t>
      </w:r>
      <w:r>
        <w:pict>
          <v:shape id="_x0000_i700257"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14" o:title="eqId2958030ec9d7543dda1f529593a915e2"/>
            <o:lock v:ext="edit" aspectratio="t"/>
            <w10:wrap type="none"/>
            <w10:anchorlock/>
          </v:shape>
        </w:pict>
      </w:r>
      <w:r>
        <w:rPr>
          <w:rFonts w:ascii="宋体" w:hAnsi="宋体" w:eastAsia="宋体" w:cs="宋体"/>
          <w:color w:val="000000"/>
        </w:rPr>
        <w:t>时，结果为1，下面就让我们试着为“</w:t>
      </w:r>
      <w:r>
        <w:pict>
          <v:shape id="_x0000_i700258" o:spt="75" alt="学科网(www.zxxk.com)--教育资源门户，提供试卷、教案、课件、论文、素材以及各类教学资源下载，还有大量而丰富的教学相关资讯！" type="#_x0000_t75" style="height:13.5pt;width:35.25pt;" o:ole="t" filled="f" o:preferrelative="t" stroked="f" coordsize="21600,21600">
            <v:path/>
            <v:fill on="f" focussize="0,0"/>
            <v:stroke on="f" joinstyle="miter"/>
            <v:imagedata r:id="rId15" o:title="eqId5b926ff6077597851ebadcbea43ac42c"/>
            <o:lock v:ext="edit" aspectratio="t"/>
            <w10:wrap type="none"/>
            <w10:anchorlock/>
          </v:shape>
        </w:pict>
      </w:r>
      <w:r>
        <w:rPr>
          <w:rFonts w:ascii="宋体" w:hAnsi="宋体" w:eastAsia="宋体" w:cs="宋体"/>
          <w:color w:val="000000"/>
        </w:rPr>
        <w:t>”制作一个二维码吧！</w:t>
      </w:r>
    </w:p>
    <w:p>
      <w:pPr>
        <w:spacing w:line="360" w:lineRule="auto"/>
        <w:jc w:val="left"/>
        <w:textAlignment w:val="center"/>
        <w:rPr>
          <w:color w:val="000000"/>
        </w:rPr>
      </w:pPr>
      <w:r>
        <w:rPr>
          <w:rFonts w:ascii="宋体" w:hAnsi="宋体" w:eastAsia="宋体" w:cs="宋体"/>
          <w:color w:val="000000"/>
        </w:rPr>
        <w:t>【步骤一】查表可得字母“</w:t>
      </w:r>
      <w:r>
        <w:pict>
          <v:shape id="_x0000_i70025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 o:title="eqId7f9e8449aad35c5d840a3395ea86df6d"/>
            <o:lock v:ext="edit" aspectratio="t"/>
            <w10:wrap type="none"/>
            <w10:anchorlock/>
          </v:shape>
        </w:pict>
      </w:r>
      <w:r>
        <w:rPr>
          <w:rFonts w:ascii="宋体" w:hAnsi="宋体" w:eastAsia="宋体" w:cs="宋体"/>
          <w:color w:val="000000"/>
        </w:rPr>
        <w:t>”的八位二进制编码为</w:t>
      </w:r>
      <w:r>
        <w:rPr>
          <w:rFonts w:ascii="Times New Roman" w:hAnsi="Times New Roman" w:eastAsia="Times New Roman" w:cs="Times New Roman"/>
          <w:color w:val="000000"/>
        </w:rPr>
        <w:t>01000010</w:t>
      </w:r>
      <w:r>
        <w:rPr>
          <w:rFonts w:ascii="宋体" w:hAnsi="宋体" w:eastAsia="宋体" w:cs="宋体"/>
          <w:color w:val="000000"/>
        </w:rPr>
        <w:t>，“</w:t>
      </w:r>
      <w:r>
        <w:pict>
          <v:shape id="_x0000_i70026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7" o:title="eqId73465a1f9aa03481295bf6bd3c6903ac"/>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01001000</w:t>
      </w:r>
      <w:r>
        <w:rPr>
          <w:rFonts w:ascii="宋体" w:hAnsi="宋体" w:eastAsia="宋体" w:cs="宋体"/>
          <w:color w:val="000000"/>
        </w:rPr>
        <w:t>，“</w:t>
      </w:r>
      <w:r>
        <w:pict>
          <v:shape id="_x0000_i700261" o:spt="75" alt="学科网(www.zxxk.com)--教育资源门户，提供试卷、教案、课件、论文、素材以及各类教学资源下载，还有大量而丰富的教学相关资讯！" type="#_x0000_t75" style="height:13.2pt;width:9pt;" o:ole="t" filled="f" o:preferrelative="t" stroked="f" coordsize="21600,21600">
            <v:path/>
            <v:fill on="f" focussize="0,0"/>
            <v:stroke on="f" joinstyle="miter"/>
            <v:imagedata r:id="rId18" o:title="eqIdcf231f8f86fb922df4ca0c87f044cec3"/>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01010011</w:t>
      </w:r>
      <w:r>
        <w:rPr>
          <w:rFonts w:ascii="宋体" w:hAnsi="宋体" w:eastAsia="宋体" w:cs="宋体"/>
          <w:color w:val="000000"/>
        </w:rPr>
        <w:t>，“</w:t>
      </w:r>
      <w:r>
        <w:pict>
          <v:shape id="_x0000_i70026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9" o:title="eqIda0ed1ec316bc54c37c4286c208f55667"/>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01000110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【步骤二】将每个字母</w:t>
      </w:r>
      <w:r>
        <w:rPr>
          <w:rFonts w:ascii="宋体" w:hAnsi="宋体" w:eastAsia="宋体" w:cs="宋体"/>
          <w:color w:val="000000"/>
          <w:position w:val="0"/>
        </w:rPr>
        <w:drawing>
          <wp:inline distT="0" distB="0" distL="114300" distR="114300">
            <wp:extent cx="133350" cy="177800"/>
            <wp:effectExtent l="0" t="0" r="0" b="13335"/>
            <wp:docPr id="1103" name="图片 70510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图片 705107871"/>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编码按照一定的顺序排布在方格内，例如字母“</w:t>
      </w:r>
      <w:r>
        <w:pict>
          <v:shape id="_x0000_i700263" o:spt="75" alt="学科网(www.zxxk.com)--教育资源门户，提供试卷、教案、课件、论文、素材以及各类教学资源下载，还有大量而丰富的教学相关资讯！" type="#_x0000_t75" style="height:13.2pt;width:9pt;" o:ole="t" filled="f" o:preferrelative="t" stroked="f" coordsize="21600,21600">
            <v:path/>
            <v:fill on="f" focussize="0,0"/>
            <v:stroke on="f" joinstyle="miter"/>
            <v:imagedata r:id="rId21" o:title="eqIdcf231f8f86fb922df4ca0c87f044cec3"/>
            <o:lock v:ext="edit" aspectratio="t"/>
            <w10:wrap type="none"/>
            <w10:anchorlock/>
          </v:shape>
        </w:pict>
      </w:r>
      <w:r>
        <w:rPr>
          <w:rFonts w:ascii="宋体" w:hAnsi="宋体" w:eastAsia="宋体" w:cs="宋体"/>
          <w:color w:val="000000"/>
        </w:rPr>
        <w:t>”的编码排布如下图第一个表格．然后将编码排布与事先排布好</w:t>
      </w:r>
      <w:r>
        <w:rPr>
          <w:rFonts w:ascii="Times New Roman" w:hAnsi="Times New Roman" w:eastAsia="Times New Roman" w:cs="Times New Roman"/>
          <w:color w:val="000000"/>
        </w:rPr>
        <w:t>0</w: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的表格（称为掩模）进行“方格一一对应”的“异或”运算（如下图第三个表格），并将结果中</w:t>
      </w:r>
      <w:r>
        <w:rPr>
          <w:rFonts w:ascii="Times New Roman" w:hAnsi="Times New Roman" w:eastAsia="Times New Roman" w:cs="Times New Roman"/>
          <w:color w:val="000000"/>
        </w:rPr>
        <w:t>1</w:t>
      </w:r>
      <w:r>
        <w:rPr>
          <w:rFonts w:ascii="宋体" w:hAnsi="宋体" w:eastAsia="宋体" w:cs="宋体"/>
          <w:color w:val="000000"/>
        </w:rPr>
        <w:t>的位置填涂黑色，</w:t>
      </w:r>
      <w:r>
        <w:rPr>
          <w:rFonts w:ascii="Times New Roman" w:hAnsi="Times New Roman" w:eastAsia="Times New Roman" w:cs="Times New Roman"/>
          <w:color w:val="000000"/>
        </w:rPr>
        <w:t>0</w:t>
      </w:r>
      <w:r>
        <w:rPr>
          <w:rFonts w:ascii="宋体" w:hAnsi="宋体" w:eastAsia="宋体" w:cs="宋体"/>
          <w:color w:val="000000"/>
        </w:rPr>
        <w:t>的位置填涂白色（如下图第四个表格）．</w:t>
      </w:r>
    </w:p>
    <w:p>
      <w:pPr>
        <w:spacing w:line="360" w:lineRule="auto"/>
        <w:jc w:val="left"/>
        <w:textAlignment w:val="center"/>
        <w:rPr>
          <w:color w:val="000000"/>
        </w:rPr>
      </w:pPr>
      <w:r>
        <w:rPr>
          <w:rFonts w:ascii="宋体" w:hAnsi="宋体" w:eastAsia="宋体" w:cs="宋体"/>
          <w:color w:val="000000"/>
        </w:rPr>
        <w:t>解决问题：（</w:t>
      </w:r>
      <w:r>
        <w:rPr>
          <w:rFonts w:ascii="Times New Roman" w:hAnsi="Times New Roman" w:eastAsia="Times New Roman" w:cs="Times New Roman"/>
          <w:color w:val="000000"/>
        </w:rPr>
        <w:t>1</w:t>
      </w:r>
      <w:r>
        <w:rPr>
          <w:rFonts w:ascii="宋体" w:hAnsi="宋体" w:eastAsia="宋体" w:cs="宋体"/>
          <w:color w:val="000000"/>
        </w:rPr>
        <w:t>）根据上面</w:t>
      </w:r>
      <w:r>
        <w:rPr>
          <w:rFonts w:ascii="宋体" w:hAnsi="宋体" w:eastAsia="宋体" w:cs="宋体"/>
          <w:color w:val="000000"/>
          <w:position w:val="0"/>
        </w:rPr>
        <w:drawing>
          <wp:inline distT="0" distB="0" distL="114300" distR="114300">
            <wp:extent cx="133350" cy="177800"/>
            <wp:effectExtent l="0" t="0" r="0" b="13335"/>
            <wp:docPr id="1105" name="图片 70510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图片 705107873"/>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定义将表格补充完整．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）仿照上面【步骤二】，完成“</w:t>
      </w:r>
      <w:r>
        <w:pict>
          <v:shape id="_x0000_i70026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3" o:title="eqIda0ed1ec316bc54c37c4286c208f55667"/>
            <o:lock v:ext="edit" aspectratio="t"/>
            <w10:wrap type="none"/>
            <w10:anchorlock/>
          </v:shape>
        </w:pict>
      </w:r>
      <w:r>
        <w:rPr>
          <w:rFonts w:ascii="宋体" w:hAnsi="宋体" w:eastAsia="宋体" w:cs="宋体"/>
          <w:color w:val="000000"/>
        </w:rPr>
        <w:t>”的编码排布、运算及二维码填涂．“</w:t>
      </w:r>
      <w:r>
        <w:pict>
          <v:shape id="_x0000_i700265" o:spt="75" alt="学科网(www.zxxk.com)--教育资源门户，提供试卷、教案、课件、论文、素材以及各类教学资源下载，还有大量而丰富的教学相关资讯！" type="#_x0000_t75" style="height:13.5pt;width:35.25pt;" o:ole="t" filled="f" o:preferrelative="t" stroked="f" coordsize="21600,21600">
            <v:path/>
            <v:fill on="f" focussize="0,0"/>
            <v:stroke on="f" joinstyle="miter"/>
            <v:imagedata r:id="rId24" o:title="eqId5b926ff6077597851ebadcbea43ac42c"/>
            <o:lock v:ext="edit" aspectratio="t"/>
            <w10:wrap type="none"/>
            <w10:anchorlock/>
          </v:shape>
        </w:pict>
      </w:r>
      <w:r>
        <w:rPr>
          <w:rFonts w:ascii="宋体" w:hAnsi="宋体" w:eastAsia="宋体" w:cs="宋体"/>
          <w:color w:val="000000"/>
        </w:rPr>
        <w:t>”二维码的其余部分已生成，你可以将获得的结果填涂在对于的空白位置．一个完整的二维码就大功告成啦，试着扫一扫它吧！</w:t>
      </w:r>
    </w:p>
    <w:tbl>
      <w:tblPr>
        <w:tblStyle w:val="4"/>
        <w:tblW w:w="5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20"/>
        <w:gridCol w:w="192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19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r>
    </w:tbl>
    <w:p>
      <w:pPr>
        <w:spacing w:line="360" w:lineRule="auto"/>
        <w:jc w:val="left"/>
        <w:textAlignment w:val="center"/>
        <w:rPr>
          <w:color w:val="000000"/>
        </w:rPr>
      </w:pPr>
      <w:r>
        <w:rPr>
          <w:color w:val="000000"/>
        </w:rPr>
        <w:drawing>
          <wp:inline distT="0" distB="0" distL="114300" distR="114300">
            <wp:extent cx="3562350" cy="1247775"/>
            <wp:effectExtent l="0" t="0" r="0" b="9525"/>
            <wp:docPr id="110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图片 10001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562350" cy="1247775"/>
                    </a:xfrm>
                    <a:prstGeom prst="rect">
                      <a:avLst/>
                    </a:prstGeom>
                  </pic:spPr>
                </pic:pic>
              </a:graphicData>
            </a:graphic>
          </wp:inline>
        </w:drawing>
      </w:r>
    </w:p>
    <w:p>
      <w:pPr>
        <w:spacing w:line="360" w:lineRule="auto"/>
        <w:jc w:val="left"/>
        <w:textAlignment w:val="center"/>
        <w:rPr>
          <w:color w:val="000000"/>
        </w:rPr>
      </w:pPr>
      <w:r>
        <w:rPr>
          <w:color w:val="000000"/>
        </w:rPr>
        <w:drawing>
          <wp:inline distT="0" distB="0" distL="114300" distR="114300">
            <wp:extent cx="3562350" cy="1238250"/>
            <wp:effectExtent l="0" t="0" r="0" b="0"/>
            <wp:docPr id="110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图片 10001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562350" cy="1238250"/>
                    </a:xfrm>
                    <a:prstGeom prst="rect">
                      <a:avLst/>
                    </a:prstGeom>
                  </pic:spPr>
                </pic:pic>
              </a:graphicData>
            </a:graphic>
          </wp:inline>
        </w:drawing>
      </w:r>
    </w:p>
    <w:p>
      <w:pPr>
        <w:spacing w:line="360" w:lineRule="auto"/>
        <w:jc w:val="lef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r>
        <w:rPr>
          <w:color w:val="000000"/>
        </w:rPr>
        <w:drawing>
          <wp:inline distT="0" distB="0" distL="114300" distR="114300">
            <wp:extent cx="1628775" cy="1552575"/>
            <wp:effectExtent l="0" t="0" r="9525" b="9525"/>
            <wp:docPr id="111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图片 10002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628775" cy="1552575"/>
                    </a:xfrm>
                    <a:prstGeom prst="rect">
                      <a:avLst/>
                    </a:prstGeom>
                  </pic:spPr>
                </pic:pic>
              </a:graphicData>
            </a:graphic>
          </wp:inline>
        </w:drawing>
      </w:r>
    </w:p>
    <w:p>
      <w:pPr>
        <w:pStyle w:val="Heading2"/>
      </w:pPr>
      <w:r>
        <w:t>延庆区</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w:t>
      </w:r>
    </w:p>
    <w:p>
      <w:pPr>
        <w:spacing w:line="360" w:lineRule="auto"/>
        <w:jc w:val="left"/>
        <w:textAlignment w:val="center"/>
        <w:rPr>
          <w:color w:val="000000"/>
        </w:rPr>
      </w:pPr>
      <w:r>
        <w:rPr>
          <w:rFonts w:ascii="宋体" w:eastAsia="宋体" w:hAnsi="宋体" w:cs="宋体"/>
          <w:color w:val="000000"/>
        </w:rPr>
        <w:t>用“☆”定义一种新运算：下列是按照“☆”运算的运算法则进行运算的算式：</w:t>
      </w:r>
    </w:p>
    <w:p>
      <w:pPr>
        <w:spacing w:line="360" w:lineRule="auto"/>
        <w:jc w:val="left"/>
        <w:textAlignment w:val="center"/>
        <w:rPr>
          <w:color w:val="000000"/>
        </w:rPr>
      </w:pPr>
      <w:r>
        <w:pict>
          <v:shape id="_x0000_i700266" type="#_x0000_t75" alt="学科网(www.zxxk.com)--教育资源门户，提供试卷、教案、课件、论文、素材以及各类教学资源下载，还有大量而丰富的教学相关资讯！" style="width:81pt;height:17.25pt" o:oleicon="f" o:ole="">
            <v:imagedata r:id="rId28" o:title="eqId5805c3d310a50b32d0e81726ea85fa12"/>
          </v:shape>
        </w:pict>
      </w:r>
      <w:r>
        <w:rPr>
          <w:rFonts w:ascii="宋体" w:eastAsia="宋体" w:hAnsi="宋体" w:cs="宋体"/>
          <w:color w:val="000000"/>
        </w:rPr>
        <w:t>；</w:t>
      </w:r>
    </w:p>
    <w:p>
      <w:pPr>
        <w:spacing w:line="360" w:lineRule="auto"/>
        <w:jc w:val="left"/>
        <w:textAlignment w:val="center"/>
        <w:rPr>
          <w:color w:val="000000"/>
        </w:rPr>
      </w:pPr>
      <w:r>
        <w:pict>
          <v:shape id="_x0000_i700267" type="#_x0000_t75" alt="学科网(www.zxxk.com)--教育资源门户，提供试卷、教案、课件、论文、素材以及各类教学资源下载，还有大量而丰富的教学相关资讯！" style="width:81.75pt;height:17.25pt" o:oleicon="f" o:ole="">
            <v:imagedata r:id="rId29" o:title="eqIdb13ef04286f0e0350d4926e6d935d806"/>
          </v:shape>
        </w:pict>
      </w:r>
      <w:r>
        <w:rPr>
          <w:rFonts w:ascii="宋体" w:eastAsia="宋体" w:hAnsi="宋体" w:cs="宋体"/>
          <w:color w:val="000000"/>
        </w:rPr>
        <w:t>；</w:t>
      </w:r>
    </w:p>
    <w:p>
      <w:pPr>
        <w:spacing w:line="360" w:lineRule="auto"/>
        <w:jc w:val="left"/>
        <w:textAlignment w:val="center"/>
        <w:rPr>
          <w:color w:val="000000"/>
        </w:rPr>
      </w:pPr>
      <w:r>
        <w:pict>
          <v:shape id="_x0000_i700268" type="#_x0000_t75" alt="学科网(www.zxxk.com)--教育资源门户，提供试卷、教案、课件、论文、素材以及各类教学资源下载，还有大量而丰富的教学相关资讯！" style="width:81.75pt;height:17.25pt" o:oleicon="f" o:ole="">
            <v:imagedata r:id="rId30" o:title="eqId486f396e8de3b0725fd91117a4d16578"/>
          </v:shape>
        </w:pict>
      </w:r>
      <w:r>
        <w:rPr>
          <w:rFonts w:ascii="宋体" w:eastAsia="宋体" w:hAnsi="宋体" w:cs="宋体"/>
          <w:color w:val="000000"/>
        </w:rPr>
        <w:t>；</w:t>
      </w:r>
    </w:p>
    <w:p>
      <w:pPr>
        <w:spacing w:line="360" w:lineRule="auto"/>
        <w:jc w:val="left"/>
        <w:textAlignment w:val="center"/>
        <w:rPr>
          <w:color w:val="000000"/>
        </w:rPr>
      </w:pPr>
      <w:r>
        <w:pict>
          <v:shape id="_x0000_i700269" type="#_x0000_t75" alt="学科网(www.zxxk.com)--教育资源门户，提供试卷、教案、课件、论文、素材以及各类教学资源下载，还有大量而丰富的教学相关资讯！" style="width:81.75pt;height:17.25pt" o:oleicon="f" o:ole="">
            <v:imagedata r:id="rId31" o:title="eqIda802381972901a87e43ca46764e263b6"/>
          </v:shape>
        </w:pict>
      </w:r>
      <w:r>
        <w:rPr>
          <w:rFonts w:ascii="宋体" w:eastAsia="宋体" w:hAnsi="宋体" w:cs="宋体"/>
          <w:color w:val="000000"/>
        </w:rPr>
        <w:t>；</w:t>
      </w:r>
    </w:p>
    <w:p>
      <w:pPr>
        <w:spacing w:line="360" w:lineRule="auto"/>
        <w:jc w:val="left"/>
        <w:textAlignment w:val="center"/>
        <w:rPr>
          <w:color w:val="000000"/>
        </w:rPr>
      </w:pPr>
      <w:r>
        <w:pict>
          <v:shape id="_x0000_i700270" type="#_x0000_t75" alt="学科网(www.zxxk.com)--教育资源门户，提供试卷、教案、课件、论文、素材以及各类教学资源下载，还有大量而丰富的教学相关资讯！" style="width:87.75pt;height:17.25pt" o:oleicon="f" o:ole="">
            <v:imagedata r:id="rId32" o:title="eqIdb75135f1c4714b7eb1a19e555cd6c83a"/>
          </v:shape>
        </w:pict>
      </w:r>
      <w:r>
        <w:rPr>
          <w:rFonts w:ascii="宋体" w:eastAsia="宋体" w:hAnsi="宋体" w:cs="宋体"/>
          <w:color w:val="000000"/>
        </w:rPr>
        <w:t>；</w:t>
      </w:r>
    </w:p>
    <w:p>
      <w:pPr>
        <w:spacing w:line="360" w:lineRule="auto"/>
        <w:jc w:val="left"/>
        <w:textAlignment w:val="center"/>
        <w:rPr>
          <w:color w:val="000000"/>
        </w:rPr>
      </w:pPr>
      <w:r>
        <w:pict>
          <v:shape id="_x0000_i700271" type="#_x0000_t75" alt="学科网(www.zxxk.com)--教育资源门户，提供试卷、教案、课件、论文、素材以及各类教学资源下载，还有大量而丰富的教学相关资讯！" style="width:81.75pt;height:17.25pt" o:oleicon="f" o:ole="">
            <v:imagedata r:id="rId33" o:title="eqId0d0f2dca482ef27d2ab27e9b106219b7"/>
          </v:shape>
        </w:pict>
      </w:r>
      <w:r>
        <w:rPr>
          <w:rFonts w:ascii="宋体" w:eastAsia="宋体" w:hAnsi="宋体" w:cs="宋体"/>
          <w:color w:val="000000"/>
        </w:rPr>
        <w:t>；</w:t>
      </w:r>
    </w:p>
    <w:p>
      <w:pPr>
        <w:spacing w:line="360" w:lineRule="auto"/>
        <w:jc w:val="left"/>
        <w:textAlignment w:val="center"/>
        <w:rPr>
          <w:color w:val="000000"/>
        </w:rPr>
      </w:pPr>
      <w:r>
        <w:pict>
          <v:shape id="_x0000_i700272" type="#_x0000_t75" alt="学科网(www.zxxk.com)--教育资源门户，提供试卷、教案、课件、论文、素材以及各类教学资源下载，还有大量而丰富的教学相关资讯！" style="width:60pt;height:17.25pt" o:oleicon="f" o:ole="">
            <v:imagedata r:id="rId34" o:title="eqId3b8cb9708c1afe555ae6af6f331d5159"/>
          </v:shape>
        </w:pict>
      </w:r>
      <w:r>
        <w:rPr>
          <w:rFonts w:ascii="宋体" w:eastAsia="宋体" w:hAnsi="宋体" w:cs="宋体"/>
          <w:color w:val="000000"/>
        </w:rPr>
        <w:t>；</w:t>
      </w:r>
    </w:p>
    <w:p>
      <w:pPr>
        <w:spacing w:line="360" w:lineRule="auto"/>
        <w:jc w:val="left"/>
        <w:textAlignment w:val="center"/>
        <w:rPr>
          <w:color w:val="000000"/>
        </w:rPr>
      </w:pPr>
      <w:r>
        <w:pict>
          <v:shape id="_x0000_i700273" type="#_x0000_t75" alt="学科网(www.zxxk.com)--教育资源门户，提供试卷、教案、课件、论文、素材以及各类教学资源下载，还有大量而丰富的教学相关资讯！" style="width:71.25pt;height:17.25pt" o:oleicon="f" o:ole="">
            <v:imagedata r:id="rId35" o:title="eqId7dc99842af2ebde551e98d7031642770"/>
          </v:shape>
        </w:pict>
      </w:r>
      <w:r>
        <w:rPr>
          <w:rFonts w:ascii="宋体" w:eastAsia="宋体" w:hAnsi="宋体" w:cs="宋体"/>
          <w:color w:val="000000"/>
        </w:rPr>
        <w:t>；</w:t>
      </w:r>
    </w:p>
    <w:p>
      <w:pPr>
        <w:spacing w:line="360" w:lineRule="auto"/>
        <w:jc w:val="left"/>
        <w:textAlignment w:val="center"/>
        <w:rPr>
          <w:color w:val="000000"/>
        </w:rPr>
      </w:pPr>
      <w:r>
        <w:pict>
          <v:shape id="_x0000_i700274" type="#_x0000_t75" alt="学科网(www.zxxk.com)--教育资源门户，提供试卷、教案、课件、论文、素材以及各类教学资源下载，还有大量而丰富的教学相关资讯！" style="width:60.55pt;height:20.2pt" o:oleicon="f" o:ole="">
            <v:imagedata r:id="rId36" o:title="eqIde270a26cacd28102f8d702f08889e4b6"/>
          </v:shape>
        </w:pict>
      </w:r>
      <w:r>
        <w:rPr>
          <w:rFonts w:ascii="宋体" w:eastAsia="宋体" w:hAnsi="宋体" w:cs="宋体"/>
          <w:color w:val="000000"/>
        </w:rPr>
        <w:t>；</w:t>
      </w:r>
    </w:p>
    <w:p>
      <w:pPr>
        <w:spacing w:line="360" w:lineRule="auto"/>
        <w:jc w:val="left"/>
        <w:textAlignment w:val="center"/>
        <w:rPr>
          <w:color w:val="000000"/>
        </w:rPr>
      </w:pPr>
      <w:r>
        <w:pict>
          <v:shape id="_x0000_i700275" type="#_x0000_t75" alt="学科网(www.zxxk.com)--教育资源门户，提供试卷、教案、课件、论文、素材以及各类教学资源下载，还有大量而丰富的教学相关资讯！" style="width:62.2pt;height:20.2pt" o:oleicon="f" o:ole="">
            <v:imagedata r:id="rId37" o:title="eqIde858edd125f49d77a439de2d6489af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请你完成下列问题：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）归纳“☆”运算的运算法则：两数进行“☆”运算时，</w:t>
      </w:r>
      <w:r>
        <w:rPr>
          <w:rFonts w:ascii="Times New Roman" w:eastAsia="Times New Roman" w:hAnsi="Times New Roman" w:cs="Times New Roman"/>
          <w:color w:val="000000"/>
        </w:rPr>
        <w:t>______</w:t>
      </w:r>
      <w:r>
        <w:rPr>
          <w:rFonts w:ascii="宋体" w:eastAsia="宋体" w:hAnsi="宋体" w:cs="宋体"/>
          <w:color w:val="000000"/>
        </w:rPr>
        <w:t>．特别地，</w:t>
      </w:r>
      <w:r>
        <w:rPr>
          <w:rFonts w:ascii="Times New Roman" w:eastAsia="Times New Roman" w:hAnsi="Times New Roman" w:cs="Times New Roman"/>
          <w:color w:val="000000"/>
        </w:rPr>
        <w:t>0</w:t>
      </w:r>
      <w:r>
        <w:rPr>
          <w:rFonts w:ascii="宋体" w:eastAsia="宋体" w:hAnsi="宋体" w:cs="宋体"/>
          <w:color w:val="000000"/>
        </w:rPr>
        <w:t>与任何数进行“☆”运算，或任何数与</w:t>
      </w:r>
      <w:r>
        <w:rPr>
          <w:rFonts w:ascii="Times New Roman" w:eastAsia="Times New Roman" w:hAnsi="Times New Roman" w:cs="Times New Roman"/>
          <w:color w:val="000000"/>
        </w:rPr>
        <w:t>0</w:t>
      </w:r>
      <w:r>
        <w:rPr>
          <w:rFonts w:ascii="宋体" w:eastAsia="宋体" w:hAnsi="宋体" w:cs="宋体"/>
          <w:color w:val="000000"/>
        </w:rPr>
        <w:t>进行“☆”运算时，</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）计算：</w:t>
      </w:r>
      <w:r>
        <w:pict>
          <v:shape id="_x0000_i700276" type="#_x0000_t75" alt="学科网(www.zxxk.com)--教育资源门户，提供试卷、教案、课件、论文、素材以及各类教学资源下载，还有大量而丰富的教学相关资讯！" style="width:99.8pt;height:21.8pt" o:oleicon="f" o:ole="">
            <v:imagedata r:id="rId38" o:title="eqId7b94a0224497eb050b121225776c4245"/>
          </v:shape>
        </w:pict>
      </w:r>
      <w:r>
        <w:rPr>
          <w:rFonts w:ascii="Times New Roman" w:eastAsia="Times New Roman" w:hAnsi="Times New Roman" w:cs="Times New Roman"/>
          <w:color w:val="000000"/>
        </w:rPr>
        <w:t>______</w:t>
      </w:r>
      <w:r>
        <w:rPr>
          <w:rFonts w:ascii="宋体" w:eastAsia="宋体" w:hAnsi="宋体" w:cs="宋体"/>
          <w:color w:val="000000"/>
        </w:rPr>
        <w:t>．（括号的作用与它在有理数运算中的一致）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）我们知道加法有交换律和结合律，请你说明，这两种运算律在有理数的“☆”运算中是否适用．</w:t>
      </w:r>
    </w:p>
    <w:p>
      <w:pPr>
        <w:spacing w:line="360" w:lineRule="auto"/>
        <w:jc w:val="left"/>
        <w:textAlignment w:val="center"/>
        <w:rPr>
          <w:color w:val="000000"/>
        </w:rPr>
      </w:pPr>
      <w:r>
        <w:rPr>
          <w:color w:val="000000"/>
        </w:rPr>
        <w:t xml:space="preserve">28. </w:t>
      </w:r>
      <w:r>
        <w:rPr>
          <w:rFonts w:ascii="宋体" w:eastAsia="宋体" w:hAnsi="宋体" w:cs="宋体"/>
          <w:color w:val="000000"/>
        </w:rPr>
        <w:t>阅读思考：</w:t>
      </w:r>
    </w:p>
    <w:p>
      <w:pPr>
        <w:spacing w:line="360" w:lineRule="auto"/>
        <w:jc w:val="left"/>
        <w:textAlignment w:val="center"/>
        <w:rPr>
          <w:color w:val="000000"/>
        </w:rPr>
      </w:pPr>
      <w:r>
        <w:rPr>
          <w:color w:val="000000"/>
        </w:rPr>
        <w:drawing>
          <wp:inline>
            <wp:extent cx="2466975" cy="657225"/>
            <wp:docPr id="11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
                    <pic:cNvPicPr>
                      <a:picLocks noChangeAspect="1"/>
                    </pic:cNvPicPr>
                  </pic:nvPicPr>
                  <pic:blipFill>
                    <a:blip r:embed="rId39"/>
                    <a:stretch>
                      <a:fillRect/>
                    </a:stretch>
                  </pic:blipFill>
                  <pic:spPr>
                    <a:xfrm>
                      <a:off x="0" y="0"/>
                      <a:ext cx="2466975" cy="6572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小明在学习过程中，发现“数轴上两点间的距离”可以用“表示这两点数的差”来表示，如图</w:t>
      </w:r>
      <w:r>
        <w:rPr>
          <w:rFonts w:ascii="Times New Roman" w:eastAsia="Times New Roman" w:hAnsi="Times New Roman" w:cs="Times New Roman"/>
          <w:color w:val="000000"/>
        </w:rPr>
        <w:t>1</w:t>
      </w:r>
      <w:r>
        <w:rPr>
          <w:rFonts w:ascii="宋体" w:eastAsia="宋体" w:hAnsi="宋体" w:cs="宋体"/>
          <w:color w:val="000000"/>
        </w:rPr>
        <w:t>所示，线段</w:t>
      </w:r>
      <w:r>
        <w:pict>
          <v:shape id="_x0000_i700277" type="#_x0000_t75" alt="学科网(www.zxxk.com)--教育资源门户，提供试卷、教案、课件、论文、素材以及各类教学资源下载，还有大量而丰富的教学相关资讯！" style="width:20.05pt;height:12.6pt" o:oleicon="f" o:ole="">
            <v:imagedata r:id="rId40" o:title="eqIdf52a58fbaf4fea03567e88a9f0f6e37e"/>
          </v:shape>
        </w:pict>
      </w:r>
      <w:r>
        <w:rPr>
          <w:rFonts w:ascii="宋体" w:eastAsia="宋体" w:hAnsi="宋体" w:cs="宋体"/>
          <w:color w:val="000000"/>
        </w:rPr>
        <w:t>，</w:t>
      </w:r>
      <w:r>
        <w:pict>
          <v:shape id="_x0000_i700278" type="#_x0000_t75" alt="学科网(www.zxxk.com)--教育资源门户，提供试卷、教案、课件、论文、素材以及各类教学资源下载，还有大量而丰富的教学相关资讯！" style="width:20.2pt;height:14pt" o:oleicon="f" o:ole="">
            <v:imagedata r:id="rId41" o:title="eqId0dc5c9827dfd0be5a9c85962d6ccbfb1"/>
          </v:shape>
        </w:pict>
      </w:r>
      <w:r>
        <w:rPr>
          <w:rFonts w:ascii="宋体" w:eastAsia="宋体" w:hAnsi="宋体" w:cs="宋体"/>
          <w:color w:val="000000"/>
        </w:rPr>
        <w:t>，</w:t>
      </w:r>
      <w:r>
        <w:pict>
          <v:shape id="_x0000_i700279" type="#_x0000_t75" alt="学科网(www.zxxk.com)--教育资源门户，提供试卷、教案、课件、论文、素材以及各类教学资源下载，还有大量而丰富的教学相关资讯！" style="width:21.75pt;height:14.25pt" o:oleicon="f" o:ole="">
            <v:imagedata r:id="rId42" o:title="eqId9d78abbad68bbbf12af10cd40ef4c353"/>
          </v:shape>
        </w:pict>
      </w:r>
      <w:r>
        <w:rPr>
          <w:rFonts w:ascii="宋体" w:eastAsia="宋体" w:hAnsi="宋体" w:cs="宋体"/>
          <w:color w:val="000000"/>
        </w:rPr>
        <w:t>的长度可表示为：</w:t>
      </w:r>
    </w:p>
    <w:p>
      <w:pPr>
        <w:spacing w:line="360" w:lineRule="auto"/>
        <w:jc w:val="left"/>
        <w:textAlignment w:val="center"/>
        <w:rPr>
          <w:color w:val="000000"/>
        </w:rPr>
      </w:pPr>
      <w:r>
        <w:pict>
          <v:shape id="_x0000_i700280" type="#_x0000_t75" alt="学科网(www.zxxk.com)--教育资源门户，提供试卷、教案、课件、论文、素材以及各类教学资源下载，还有大量而丰富的教学相关资讯！" style="width:68.85pt;height:14.2pt" o:oleicon="f" o:ole="">
            <v:imagedata r:id="rId43" o:title="eqId28c662bd1f7b7a4c2652b002443a537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BC=5=4-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pict>
          <v:shape id="_x0000_i700281" type="#_x0000_t75" alt="学科网(www.zxxk.com)--教育资源门户，提供试卷、教案、课件、论文、素材以及各类教学资源下载，还有大量而丰富的教学相关资讯！" style="width:102.55pt;height:20.2pt" o:oleicon="f" o:ole="">
            <v:imagedata r:id="rId44" o:title="eqId3e98fd0712227a6317fdca1027a6b9d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于是他归纳出这样的结论：如果点</w:t>
      </w:r>
      <w:r>
        <w:pict>
          <v:shape id="_x0000_i700282" type="#_x0000_t75" alt="学科网(www.zxxk.com)--教育资源门户，提供试卷、教案、课件、论文、素材以及各类教学资源下载，还有大量而丰富的教学相关资讯！" style="width:12pt;height:12pt" o:oleicon="f" o:ole="">
            <v:imagedata r:id="rId45" o:title="eqId5963abe8f421bd99a2aaa94831a951e9"/>
          </v:shape>
        </w:pict>
      </w:r>
      <w:r>
        <w:rPr>
          <w:rFonts w:ascii="宋体" w:eastAsia="宋体" w:hAnsi="宋体" w:cs="宋体"/>
          <w:color w:val="000000"/>
        </w:rPr>
        <w:t>表示的数为</w:t>
      </w:r>
      <w:r>
        <w:pict>
          <v:shape id="_x0000_i700283" type="#_x0000_t75" alt="学科网(www.zxxk.com)--教育资源门户，提供试卷、教案、课件、论文、素材以及各类教学资源下载，还有大量而丰富的教学相关资讯！" style="width:9pt;height:9.75pt" o:oleicon="f" o:ole="">
            <v:imagedata r:id="rId46" o:title="eqId0a6936d370d6a238a608ca56f87198de"/>
          </v:shape>
        </w:pict>
      </w:r>
      <w:r>
        <w:rPr>
          <w:rFonts w:ascii="宋体" w:eastAsia="宋体" w:hAnsi="宋体" w:cs="宋体"/>
          <w:color w:val="000000"/>
        </w:rPr>
        <w:t>，点</w:t>
      </w:r>
      <w:r>
        <w:pict>
          <v:shape id="_x0000_i700284" type="#_x0000_t75" alt="学科网(www.zxxk.com)--教育资源门户，提供试卷、教案、课件、论文、素材以及各类教学资源下载，还有大量而丰富的教学相关资讯！" style="width:9.75pt;height:10.5pt" o:oleicon="f" o:ole="">
            <v:imagedata r:id="rId47" o:title="eqId7f9e8449aad35c5d840a3395ea86df6d"/>
          </v:shape>
        </w:pict>
      </w:r>
      <w:r>
        <w:rPr>
          <w:rFonts w:ascii="宋体" w:eastAsia="宋体" w:hAnsi="宋体" w:cs="宋体"/>
          <w:color w:val="000000"/>
        </w:rPr>
        <w:t>表示的数为</w:t>
      </w:r>
      <w:r>
        <w:pict>
          <v:shape id="_x0000_i700285" type="#_x0000_t75" alt="学科网(www.zxxk.com)--教育资源门户，提供试卷、教案、课件、论文、素材以及各类教学资源下载，还有大量而丰富的教学相关资讯！" style="width:9.9pt;height:14.35pt" o:oleicon="f" o:ole="">
            <v:imagedata r:id="rId48" o:title="eqId2c94bb12cee76221e13f9ef955b0aab1"/>
          </v:shape>
        </w:pict>
      </w:r>
      <w:r>
        <w:rPr>
          <w:rFonts w:ascii="宋体" w:eastAsia="宋体" w:hAnsi="宋体" w:cs="宋体"/>
          <w:color w:val="000000"/>
        </w:rPr>
        <w:t>，当</w:t>
      </w:r>
      <w:r>
        <w:pict>
          <v:shape id="_x0000_i700286" type="#_x0000_t75" alt="学科网(www.zxxk.com)--教育资源门户，提供试卷、教案、课件、论文、素材以及各类教学资源下载，还有大量而丰富的教学相关资讯！" style="width:14.25pt;height:7.5pt" o:oleicon="f" o:ole="">
            <v:imagedata r:id="rId49" o:title="eqId8845c0d06613fabb0358d5392cca38b3"/>
          </v:shape>
        </w:pict>
      </w:r>
      <w:r>
        <w:rPr>
          <w:rFonts w:ascii="宋体" w:eastAsia="宋体" w:hAnsi="宋体" w:cs="宋体"/>
          <w:color w:val="000000"/>
        </w:rPr>
        <w:t>时，</w:t>
      </w:r>
      <w:r>
        <w:pict>
          <v:shape id="_x0000_i700287" type="#_x0000_t75" alt="学科网(www.zxxk.com)--教育资源门户，提供试卷、教案、课件、论文、素材以及各类教学资源下载，还有大量而丰富的教学相关资讯！" style="width:54pt;height:14.25pt" o:oleicon="f" o:ole="">
            <v:imagedata r:id="rId50" o:title="eqId7819f6e7447bbe91baac7eb439940d72"/>
          </v:shape>
        </w:pict>
      </w:r>
      <w:r>
        <w:rPr>
          <w:rFonts w:ascii="宋体" w:eastAsia="宋体" w:hAnsi="宋体" w:cs="宋体"/>
          <w:color w:val="000000"/>
        </w:rPr>
        <w:t>（较大数</w:t>
      </w:r>
      <w:r>
        <w:rPr>
          <w:rFonts w:ascii="Times New Roman" w:eastAsia="Times New Roman" w:hAnsi="Times New Roman" w:cs="Times New Roman"/>
          <w:color w:val="000000"/>
        </w:rPr>
        <w:t>-</w:t>
      </w:r>
      <w:r>
        <w:rPr>
          <w:rFonts w:ascii="宋体" w:eastAsia="宋体" w:hAnsi="宋体" w:cs="宋体"/>
          <w:color w:val="000000"/>
        </w:rPr>
        <w:t>较小数）．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）尝试应用：</w:t>
      </w:r>
    </w:p>
    <w:p>
      <w:pPr>
        <w:spacing w:line="360" w:lineRule="auto"/>
        <w:jc w:val="left"/>
        <w:textAlignment w:val="center"/>
        <w:rPr>
          <w:color w:val="000000"/>
        </w:rPr>
      </w:pPr>
      <w:r>
        <w:rPr>
          <w:color w:val="000000"/>
        </w:rPr>
        <w:drawing>
          <wp:inline>
            <wp:extent cx="2447925" cy="914400"/>
            <wp:docPr id="11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
                    <pic:cNvPicPr>
                      <a:picLocks noChangeAspect="1"/>
                    </pic:cNvPicPr>
                  </pic:nvPicPr>
                  <pic:blipFill>
                    <a:blip r:embed="rId51"/>
                    <a:stretch>
                      <a:fillRect/>
                    </a:stretch>
                  </pic:blipFill>
                  <pic:spPr>
                    <a:xfrm>
                      <a:off x="0" y="0"/>
                      <a:ext cx="2447925" cy="914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2</w:t>
      </w:r>
      <w:r>
        <w:rPr>
          <w:rFonts w:ascii="宋体" w:eastAsia="宋体" w:hAnsi="宋体" w:cs="宋体"/>
          <w:color w:val="000000"/>
        </w:rPr>
        <w:t>所示，计算：</w:t>
      </w:r>
      <w:r>
        <w:pict>
          <v:shape id="_x0000_i700288" type="#_x0000_t75" alt="学科网(www.zxxk.com)--教育资源门户，提供试卷、教案、课件、论文、素材以及各类教学资源下载，还有大量而丰富的教学相关资讯！" style="width:29.25pt;height:14.25pt" o:oleicon="f" o:ole="">
            <v:imagedata r:id="rId52" o:title="eqIdc1a903538428f3dea2713fe721ce4f4f"/>
          </v:shape>
        </w:pict>
      </w:r>
      <w:r>
        <w:rPr>
          <w:rFonts w:ascii="Times New Roman" w:eastAsia="Times New Roman" w:hAnsi="Times New Roman" w:cs="Times New Roman"/>
          <w:color w:val="000000"/>
        </w:rPr>
        <w:t>______</w:t>
      </w:r>
      <w:r>
        <w:rPr>
          <w:rFonts w:ascii="宋体" w:eastAsia="宋体" w:hAnsi="宋体" w:cs="宋体"/>
          <w:color w:val="000000"/>
        </w:rPr>
        <w:t>，</w:t>
      </w:r>
      <w:r>
        <w:pict>
          <v:shape id="_x0000_i700289" type="#_x0000_t75" alt="学科网(www.zxxk.com)--教育资源门户，提供试卷、教案、课件、论文、素材以及各类教学资源下载，还有大量而丰富的教学相关资讯！" style="width:29pt;height:13pt" o:oleicon="f" o:ole="">
            <v:imagedata r:id="rId53" o:title="eqId1a71a9d21f77e9535de152bb33f802bb"/>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②把一条数轴在数</w:t>
      </w:r>
      <w:r>
        <w:pict>
          <v:shape id="_x0000_i700290" type="#_x0000_t75" alt="学科网(www.zxxk.com)--教育资源门户，提供试卷、教案、课件、论文、素材以及各类教学资源下载，还有大量而丰富的教学相关资讯！" style="width:12.75pt;height:11.25pt" o:oleicon="f" o:ole="">
            <v:imagedata r:id="rId54" o:title="eqId294f5ba74cdf695fc9a8a8e52f421328"/>
          </v:shape>
        </w:pict>
      </w:r>
      <w:r>
        <w:rPr>
          <w:rFonts w:ascii="宋体" w:eastAsia="宋体" w:hAnsi="宋体" w:cs="宋体"/>
          <w:color w:val="000000"/>
        </w:rPr>
        <w:t>处对折，使表示</w:t>
      </w:r>
      <w:r>
        <w:rPr>
          <w:rFonts w:ascii="Times New Roman" w:eastAsia="Times New Roman" w:hAnsi="Times New Roman" w:cs="Times New Roman"/>
          <w:color w:val="000000"/>
        </w:rPr>
        <w:t>-20</w:t>
      </w:r>
      <w:r>
        <w:rPr>
          <w:rFonts w:ascii="宋体" w:eastAsia="宋体" w:hAnsi="宋体" w:cs="宋体"/>
          <w:color w:val="000000"/>
        </w:rPr>
        <w:t>和</w:t>
      </w:r>
      <w:r>
        <w:rPr>
          <w:rFonts w:ascii="Times New Roman" w:eastAsia="Times New Roman" w:hAnsi="Times New Roman" w:cs="Times New Roman"/>
          <w:color w:val="000000"/>
        </w:rPr>
        <w:t>2020</w:t>
      </w:r>
      <w:r>
        <w:rPr>
          <w:rFonts w:ascii="宋体" w:eastAsia="宋体" w:hAnsi="宋体" w:cs="宋体"/>
          <w:color w:val="000000"/>
        </w:rPr>
        <w:t>两数的点恰好互相重合，则</w:t>
      </w:r>
      <w:r>
        <w:pict>
          <v:shape id="_x0000_i700291" type="#_x0000_t75" alt="学科网(www.zxxk.com)--教育资源门户，提供试卷、教案、课件、论文、素材以及各类教学资源下载，还有大量而丰富的教学相关资讯！" style="width:12.75pt;height:11.25pt" o:oleicon="f" o:ole="">
            <v:imagedata r:id="rId54" o:title="eqId294f5ba74cdf695fc9a8a8e52f421328"/>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）问题解决：</w:t>
      </w:r>
    </w:p>
    <w:p>
      <w:pPr>
        <w:spacing w:line="360" w:lineRule="auto"/>
        <w:jc w:val="left"/>
        <w:textAlignment w:val="center"/>
        <w:rPr>
          <w:color w:val="000000"/>
        </w:rPr>
      </w:pPr>
      <w:r>
        <w:rPr>
          <w:color w:val="000000"/>
        </w:rPr>
        <w:drawing>
          <wp:inline>
            <wp:extent cx="2390775" cy="733425"/>
            <wp:docPr id="11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
                    <pic:cNvPicPr>
                      <a:picLocks noChangeAspect="1"/>
                    </pic:cNvPicPr>
                  </pic:nvPicPr>
                  <pic:blipFill>
                    <a:blip r:embed="rId55"/>
                    <a:stretch>
                      <a:fillRect/>
                    </a:stretch>
                  </pic:blipFill>
                  <pic:spPr>
                    <a:xfrm>
                      <a:off x="0" y="0"/>
                      <a:ext cx="2390775" cy="7334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3</w:t>
      </w:r>
      <w:r>
        <w:rPr>
          <w:rFonts w:ascii="宋体" w:eastAsia="宋体" w:hAnsi="宋体" w:cs="宋体"/>
          <w:color w:val="000000"/>
        </w:rPr>
        <w:t>所示，点</w:t>
      </w:r>
      <w:r>
        <w:pict>
          <v:shape id="_x0000_i700292" type="#_x0000_t75" alt="学科网(www.zxxk.com)--教育资源门户，提供试卷、教案、课件、论文、素材以及各类教学资源下载，还有大量而丰富的教学相关资讯！" style="width:11.25pt;height:12pt" o:oleicon="f" o:ole="">
            <v:imagedata r:id="rId56" o:title="eqIddad2a36927223bd70f426ba06aea4b45"/>
          </v:shape>
        </w:pict>
      </w:r>
      <w:r>
        <w:rPr>
          <w:rFonts w:ascii="宋体" w:eastAsia="宋体" w:hAnsi="宋体" w:cs="宋体"/>
          <w:color w:val="000000"/>
        </w:rPr>
        <w:t>表示数</w:t>
      </w:r>
      <w:r>
        <w:pict>
          <v:shape id="_x0000_i700293" type="#_x0000_t75" alt="学科网(www.zxxk.com)--教育资源门户，提供试卷、教案、课件、论文、素材以及各类教学资源下载，还有大量而丰富的教学相关资讯！" style="width:9pt;height:9.75pt" o:oleicon="f" o:ole="">
            <v:imagedata r:id="rId57" o:title="eqId81dea63b8ce3e51adf66cf7b9982a248"/>
          </v:shape>
        </w:pict>
      </w:r>
      <w:r>
        <w:rPr>
          <w:rFonts w:ascii="宋体" w:eastAsia="宋体" w:hAnsi="宋体" w:cs="宋体"/>
          <w:color w:val="000000"/>
        </w:rPr>
        <w:t>，点</w:t>
      </w:r>
      <w:r>
        <w:pict>
          <v:shape id="_x0000_i700294" type="#_x0000_t75" alt="学科网(www.zxxk.com)--教育资源门户，提供试卷、教案、课件、论文、素材以及各类教学资源下载，还有大量而丰富的教学相关资讯！" style="width:14.25pt;height:10.5pt" o:oleicon="f" o:ole="">
            <v:imagedata r:id="rId58" o:title="eqIdac047e91852b91af639feec23a9598b2"/>
          </v:shape>
        </w:pict>
      </w:r>
      <w:r>
        <w:rPr>
          <w:rFonts w:ascii="宋体" w:eastAsia="宋体" w:hAnsi="宋体" w:cs="宋体"/>
          <w:color w:val="000000"/>
        </w:rPr>
        <w:t>表示数</w:t>
      </w:r>
      <w:r>
        <w:rPr>
          <w:rFonts w:ascii="Times New Roman" w:eastAsia="Times New Roman" w:hAnsi="Times New Roman" w:cs="Times New Roman"/>
          <w:color w:val="000000"/>
        </w:rPr>
        <w:t>-2</w:t>
      </w:r>
      <w:r>
        <w:rPr>
          <w:rFonts w:ascii="宋体" w:eastAsia="宋体" w:hAnsi="宋体" w:cs="宋体"/>
          <w:color w:val="000000"/>
        </w:rPr>
        <w:t>，点</w:t>
      </w:r>
      <w:r>
        <w:pict>
          <v:shape id="_x0000_i700295" type="#_x0000_t75" alt="学科网(www.zxxk.com)--教育资源门户，提供试卷、教案、课件、论文、素材以及各类教学资源下载，还有大量而丰富的教学相关资讯！" style="width:14.25pt;height:14.25pt" o:oleicon="f" o:ole="">
            <v:imagedata r:id="rId59" o:title="eqId54a5d7d3b6b63fe5c24c3907b7a8eaa3"/>
          </v:shape>
        </w:pict>
      </w:r>
      <w:r>
        <w:rPr>
          <w:rFonts w:ascii="宋体" w:eastAsia="宋体" w:hAnsi="宋体" w:cs="宋体"/>
          <w:color w:val="000000"/>
        </w:rPr>
        <w:t>表示数</w:t>
      </w:r>
      <w:r>
        <w:pict>
          <v:shape id="_x0000_i700296" type="#_x0000_t75" alt="学科网(www.zxxk.com)--教育资源门户，提供试卷、教案、课件、论文、素材以及各类教学资源下载，还有大量而丰富的教学相关资讯！" style="width:32.25pt;height:14.25pt" o:oleicon="f" o:ole="">
            <v:imagedata r:id="rId60" o:title="eqId3fb1c22a97858a59075755a260c4800c"/>
          </v:shape>
        </w:pict>
      </w:r>
      <w:r>
        <w:rPr>
          <w:rFonts w:ascii="宋体" w:eastAsia="宋体" w:hAnsi="宋体" w:cs="宋体"/>
          <w:color w:val="000000"/>
        </w:rPr>
        <w:t>，且</w:t>
      </w:r>
      <w:r>
        <w:pict>
          <v:shape id="_x0000_i700297" type="#_x0000_t75" alt="学科网(www.zxxk.com)--教育资源门户，提供试卷、教案、课件、论文、素材以及各类教学资源下载，还有大量而丰富的教学相关资讯！" style="width:60.45pt;height:14.2pt" o:oleicon="f" o:ole="">
            <v:imagedata r:id="rId61" o:title="eqId5a9c34909b6b6b5296500a3fc5b0afde"/>
          </v:shape>
        </w:pict>
      </w:r>
      <w:r>
        <w:rPr>
          <w:rFonts w:ascii="宋体" w:eastAsia="宋体" w:hAnsi="宋体" w:cs="宋体"/>
          <w:color w:val="000000"/>
        </w:rPr>
        <w:t>，求出点</w:t>
      </w:r>
      <w:r>
        <w:pict>
          <v:shape id="_x0000_i700298" type="#_x0000_t75" alt="学科网(www.zxxk.com)--教育资源门户，提供试卷、教案、课件、论文、素材以及各类教学资源下载，还有大量而丰富的教学相关资讯！" style="width:11.25pt;height:12pt" o:oleicon="f" o:ole="">
            <v:imagedata r:id="rId56" o:title="eqIddad2a36927223bd70f426ba06aea4b45"/>
          </v:shape>
        </w:pict>
      </w:r>
      <w:r>
        <w:rPr>
          <w:rFonts w:ascii="宋体" w:eastAsia="宋体" w:hAnsi="宋体" w:cs="宋体"/>
          <w:color w:val="000000"/>
        </w:rPr>
        <w:t>和点</w:t>
      </w:r>
      <w:r>
        <w:pict>
          <v:shape id="_x0000_i700299" type="#_x0000_t75" alt="学科网(www.zxxk.com)--教育资源门户，提供试卷、教案、课件、论文、素材以及各类教学资源下载，还有大量而丰富的教学相关资讯！" style="width:14.25pt;height:14.25pt" o:oleicon="f" o:ole="">
            <v:imagedata r:id="rId59" o:title="eqId54a5d7d3b6b63fe5c24c3907b7a8eaa3"/>
          </v:shape>
        </w:pict>
      </w:r>
      <w:r>
        <w:rPr>
          <w:rFonts w:ascii="宋体" w:eastAsia="宋体" w:hAnsi="宋体" w:cs="宋体"/>
          <w:color w:val="000000"/>
        </w:rPr>
        <w:t>分别表示的数；</w:t>
      </w:r>
    </w:p>
    <w:p>
      <w:pPr>
        <w:spacing w:line="360" w:lineRule="auto"/>
        <w:jc w:val="left"/>
        <w:textAlignment w:val="center"/>
        <w:rPr>
          <w:color w:val="000000"/>
        </w:rPr>
        <w:sectPr w:rsidSect="00C321EB">
          <w:headerReference w:type="even" r:id="rId182"/>
          <w:footerReference w:type="even" r:id="rId183"/>
          <w:headerReference w:type="first" r:id="rId184"/>
          <w:footerReference w:type="first" r:id="rId185"/>
          <w:pgSz w:w="11906" w:h="16838"/>
          <w:pgMar w:top="910" w:right="1080" w:bottom="1440" w:left="1080" w:header="152" w:footer="0" w:gutter="0"/>
          <w:cols w:space="720"/>
          <w:titlePg w:val="0"/>
          <w:docGrid w:type="lines" w:linePitch="312"/>
        </w:sectPr>
      </w:pPr>
      <w:r>
        <w:rPr>
          <w:rFonts w:ascii="宋体" w:eastAsia="宋体" w:hAnsi="宋体" w:cs="宋体"/>
          <w:color w:val="000000"/>
        </w:rPr>
        <w:t>②在上述①的条件下，是否存在点</w:t>
      </w:r>
      <w:r>
        <w:pict>
          <v:shape id="_x0000_i700300" type="#_x0000_t75" alt="学科网(www.zxxk.com)--教育资源门户，提供试卷、教案、课件、论文、素材以及各类教学资源下载，还有大量而丰富的教学相关资讯！" style="width:12pt;height:15.6pt" o:oleicon="f" o:ole="">
            <v:imagedata r:id="rId62" o:title="eqIdacc290b44635265137fdf13146b6a6d9"/>
          </v:shape>
        </w:pict>
      </w:r>
      <w:r>
        <w:rPr>
          <w:rFonts w:ascii="宋体" w:eastAsia="宋体" w:hAnsi="宋体" w:cs="宋体"/>
          <w:color w:val="000000"/>
        </w:rPr>
        <w:t>，使</w:t>
      </w:r>
      <w:r>
        <w:pict>
          <v:shape id="_x0000_i700301" type="#_x0000_t75" alt="学科网(www.zxxk.com)--教育资源门户，提供试卷、教案、课件、论文、素材以及各类教学资源下载，还有大量而丰富的教学相关资讯！" style="width:86.2pt;height:15.75pt" o:oleicon="f" o:ole="">
            <v:imagedata r:id="rId63" o:title="eqId234dd741f4aefdd04a4f887e8d59d0a0"/>
          </v:shape>
        </w:pict>
      </w:r>
      <w:r>
        <w:rPr>
          <w:rFonts w:ascii="宋体" w:eastAsia="宋体" w:hAnsi="宋体" w:cs="宋体"/>
          <w:color w:val="000000"/>
        </w:rPr>
        <w:t>？若存在，求出点</w:t>
      </w:r>
      <w:r>
        <w:pict>
          <v:shape id="_x0000_i700302" type="#_x0000_t75" alt="学科网(www.zxxk.com)--教育资源门户，提供试卷、教案、课件、论文、素材以及各类教学资源下载，还有大量而丰富的教学相关资讯！" style="width:12pt;height:15.6pt" o:oleicon="f" o:ole="">
            <v:imagedata r:id="rId62" o:title="eqIdacc290b44635265137fdf13146b6a6d9"/>
          </v:shape>
        </w:pict>
      </w:r>
      <w:r>
        <w:rPr>
          <w:rFonts w:ascii="宋体" w:eastAsia="宋体" w:hAnsi="宋体" w:cs="宋体"/>
          <w:color w:val="000000"/>
        </w:rPr>
        <w:t>所表示的数；若不存在，请说明理由．</w:t>
      </w:r>
    </w:p>
    <w:p>
      <w:pPr>
        <w:pStyle w:val="Heading2"/>
      </w:pPr>
      <w:r>
        <w:t>海淀区</w:t>
      </w:r>
    </w:p>
    <w:p>
      <w:pPr>
        <w:spacing w:line="360" w:lineRule="auto"/>
        <w:jc w:val="left"/>
        <w:textAlignment w:val="center"/>
        <w:rPr>
          <w:color w:val="000000"/>
        </w:rPr>
      </w:pPr>
      <w:r>
        <w:rPr>
          <w:color w:val="000000"/>
        </w:rPr>
        <w:t xml:space="preserve">27. </w:t>
      </w:r>
      <w:r>
        <w:rPr>
          <w:rFonts w:ascii="宋体" w:eastAsia="宋体" w:hAnsi="宋体" w:cs="宋体"/>
          <w:color w:val="000000"/>
        </w:rPr>
        <w:t>我们知道，正整数按照能否被</w:t>
      </w:r>
      <w:r>
        <w:rPr>
          <w:rFonts w:ascii="Times New Roman" w:eastAsia="Times New Roman" w:hAnsi="Times New Roman" w:cs="Times New Roman"/>
          <w:color w:val="000000"/>
        </w:rPr>
        <w:t>2</w:t>
      </w:r>
      <w:r>
        <w:rPr>
          <w:rFonts w:ascii="宋体" w:eastAsia="宋体" w:hAnsi="宋体" w:cs="宋体"/>
          <w:color w:val="000000"/>
        </w:rPr>
        <w:t>整除可以分成两类：正奇数和正偶数，小浩受此启发，按照一个正整数被</w:t>
      </w:r>
      <w:r>
        <w:rPr>
          <w:rFonts w:ascii="Times New Roman" w:eastAsia="Times New Roman" w:hAnsi="Times New Roman" w:cs="Times New Roman"/>
          <w:color w:val="000000"/>
        </w:rPr>
        <w:t>3</w:t>
      </w:r>
      <w:r>
        <w:rPr>
          <w:rFonts w:ascii="宋体" w:eastAsia="宋体" w:hAnsi="宋体" w:cs="宋体"/>
          <w:color w:val="000000"/>
        </w:rPr>
        <w:t>除的余数把正整数分成了三类：如果一个正整数被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1</w:t>
      </w:r>
      <w:r>
        <w:rPr>
          <w:rFonts w:ascii="宋体" w:eastAsia="宋体" w:hAnsi="宋体" w:cs="宋体"/>
          <w:color w:val="000000"/>
        </w:rPr>
        <w:t>，则这个正整数属于</w:t>
      </w:r>
      <w:r>
        <w:rPr>
          <w:rFonts w:ascii="Times New Roman" w:eastAsia="Times New Roman" w:hAnsi="Times New Roman" w:cs="Times New Roman"/>
          <w:i/>
          <w:color w:val="000000"/>
        </w:rPr>
        <w:t>A</w:t>
      </w:r>
      <w:r>
        <w:rPr>
          <w:rFonts w:ascii="宋体" w:eastAsia="宋体" w:hAnsi="宋体" w:cs="宋体"/>
          <w:color w:val="000000"/>
        </w:rPr>
        <w:t>类，例如</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等；如果一个正整数被</w:t>
      </w:r>
      <w:r>
        <w:rPr>
          <w:rFonts w:ascii="Times New Roman" w:eastAsia="Times New Roman" w:hAnsi="Times New Roman" w:cs="Times New Roman"/>
          <w:color w:val="000000"/>
        </w:rPr>
        <w:t>3</w:t>
      </w:r>
      <w:r>
        <w:rPr>
          <w:rFonts w:ascii="宋体" w:eastAsia="宋体" w:hAnsi="宋体" w:cs="宋体"/>
          <w:color w:val="000000"/>
        </w:rPr>
        <w:t>除余数为</w:t>
      </w:r>
      <w:r>
        <w:rPr>
          <w:rFonts w:ascii="Times New Roman" w:eastAsia="Times New Roman" w:hAnsi="Times New Roman" w:cs="Times New Roman"/>
          <w:color w:val="000000"/>
        </w:rPr>
        <w:t>2</w:t>
      </w:r>
      <w:r>
        <w:rPr>
          <w:rFonts w:ascii="宋体" w:eastAsia="宋体" w:hAnsi="宋体" w:cs="宋体"/>
          <w:color w:val="000000"/>
        </w:rPr>
        <w:t>，则这个正整数属于</w:t>
      </w:r>
      <w:r>
        <w:rPr>
          <w:rFonts w:ascii="Times New Roman" w:eastAsia="Times New Roman" w:hAnsi="Times New Roman" w:cs="Times New Roman"/>
          <w:i/>
          <w:color w:val="000000"/>
        </w:rPr>
        <w:t>B</w:t>
      </w:r>
      <w:r>
        <w:rPr>
          <w:rFonts w:ascii="宋体" w:eastAsia="宋体" w:hAnsi="宋体" w:cs="宋体"/>
          <w:color w:val="000000"/>
        </w:rPr>
        <w:t>类，例如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等；如果一个正整数被</w:t>
      </w:r>
      <w:r>
        <w:rPr>
          <w:rFonts w:ascii="Times New Roman" w:eastAsia="Times New Roman" w:hAnsi="Times New Roman" w:cs="Times New Roman"/>
          <w:color w:val="000000"/>
        </w:rPr>
        <w:t>3</w:t>
      </w:r>
      <w:r>
        <w:rPr>
          <w:rFonts w:ascii="宋体" w:eastAsia="宋体" w:hAnsi="宋体" w:cs="宋体"/>
          <w:color w:val="000000"/>
        </w:rPr>
        <w:t>整除，则这个正整数属于</w:t>
      </w:r>
      <w:r>
        <w:rPr>
          <w:rFonts w:ascii="Times New Roman" w:eastAsia="Times New Roman" w:hAnsi="Times New Roman" w:cs="Times New Roman"/>
          <w:i/>
          <w:color w:val="000000"/>
        </w:rPr>
        <w:t>C</w:t>
      </w:r>
      <w:r>
        <w:rPr>
          <w:rFonts w:ascii="宋体" w:eastAsia="宋体" w:hAnsi="宋体" w:cs="宋体"/>
          <w:color w:val="000000"/>
        </w:rPr>
        <w:t>类，例如</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等．</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2020</w:t>
      </w:r>
      <w:r>
        <w:rPr>
          <w:rFonts w:ascii="宋体" w:eastAsia="宋体" w:hAnsi="宋体" w:cs="宋体"/>
          <w:color w:val="000000"/>
        </w:rPr>
        <w:t>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）①从</w:t>
      </w:r>
      <w:r>
        <w:rPr>
          <w:rFonts w:ascii="Times New Roman" w:eastAsia="Times New Roman" w:hAnsi="Times New Roman" w:cs="Times New Roman"/>
          <w:i/>
          <w:color w:val="000000"/>
        </w:rPr>
        <w:t>A</w:t>
      </w:r>
      <w:r>
        <w:rPr>
          <w:rFonts w:ascii="宋体" w:eastAsia="宋体" w:hAnsi="宋体" w:cs="宋体"/>
          <w:color w:val="000000"/>
        </w:rPr>
        <w:t>类数中任取两个数，则它们的和属于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color w:val="000000"/>
        </w:rPr>
        <w:t>15</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color w:val="000000"/>
        </w:rPr>
        <w:t>16</w:t>
      </w:r>
      <w:r>
        <w:rPr>
          <w:rFonts w:ascii="宋体" w:eastAsia="宋体" w:hAnsi="宋体" w:cs="宋体"/>
          <w:color w:val="000000"/>
        </w:rPr>
        <w:t>个数，从</w:t>
      </w:r>
      <w:r>
        <w:rPr>
          <w:rFonts w:ascii="Times New Roman" w:eastAsia="Times New Roman" w:hAnsi="Times New Roman" w:cs="Times New Roman"/>
          <w:i/>
          <w:color w:val="000000"/>
        </w:rPr>
        <w:t>C</w:t>
      </w:r>
      <w:r>
        <w:rPr>
          <w:rFonts w:ascii="宋体" w:eastAsia="宋体" w:hAnsi="宋体" w:cs="宋体"/>
          <w:color w:val="000000"/>
        </w:rPr>
        <w:t>类数中任意取出</w:t>
      </w:r>
      <w:r>
        <w:rPr>
          <w:rFonts w:ascii="Times New Roman" w:eastAsia="Times New Roman" w:hAnsi="Times New Roman" w:cs="Times New Roman"/>
          <w:color w:val="000000"/>
        </w:rPr>
        <w:t>17</w:t>
      </w:r>
      <w:r>
        <w:rPr>
          <w:rFonts w:ascii="宋体" w:eastAsia="宋体" w:hAnsi="宋体" w:cs="宋体"/>
          <w:color w:val="000000"/>
        </w:rPr>
        <w:t>个数，把它们都加起来，则最后的结果属于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类（填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类数中任意取出</w:t>
      </w:r>
      <w:r>
        <w:rPr>
          <w:rFonts w:ascii="Times New Roman" w:eastAsia="Times New Roman" w:hAnsi="Times New Roman" w:cs="Times New Roman"/>
          <w:i/>
          <w:color w:val="000000"/>
        </w:rPr>
        <w:t>m</w:t>
      </w:r>
      <w:r>
        <w:rPr>
          <w:rFonts w:ascii="宋体" w:eastAsia="宋体" w:hAnsi="宋体" w:cs="宋体"/>
          <w:color w:val="000000"/>
        </w:rPr>
        <w:t>个数，从</w:t>
      </w:r>
      <w:r>
        <w:rPr>
          <w:rFonts w:ascii="Times New Roman" w:eastAsia="Times New Roman" w:hAnsi="Times New Roman" w:cs="Times New Roman"/>
          <w:i/>
          <w:color w:val="000000"/>
        </w:rPr>
        <w:t>B</w:t>
      </w:r>
      <w:r>
        <w:rPr>
          <w:rFonts w:ascii="宋体" w:eastAsia="宋体" w:hAnsi="宋体" w:cs="宋体"/>
          <w:color w:val="000000"/>
        </w:rPr>
        <w:t>类数中任意取出</w:t>
      </w:r>
      <w:r>
        <w:rPr>
          <w:rFonts w:ascii="Times New Roman" w:eastAsia="Times New Roman" w:hAnsi="Times New Roman" w:cs="Times New Roman"/>
          <w:i/>
          <w:color w:val="000000"/>
        </w:rPr>
        <w:t>n</w:t>
      </w:r>
      <w:r>
        <w:rPr>
          <w:rFonts w:ascii="宋体" w:eastAsia="宋体" w:hAnsi="宋体" w:cs="宋体"/>
          <w:color w:val="000000"/>
        </w:rPr>
        <w:t>个数，把它们都加起来，若最后的结果属于</w:t>
      </w:r>
      <w:r>
        <w:rPr>
          <w:rFonts w:ascii="Times New Roman" w:eastAsia="Times New Roman" w:hAnsi="Times New Roman" w:cs="Times New Roman"/>
          <w:i/>
          <w:color w:val="000000"/>
        </w:rPr>
        <w:t>C</w:t>
      </w:r>
      <w:r>
        <w:rPr>
          <w:rFonts w:ascii="宋体" w:eastAsia="宋体" w:hAnsi="宋体" w:cs="宋体"/>
          <w:color w:val="000000"/>
        </w:rPr>
        <w:t>类，则下列关于</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的叙述中正确的是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（填序号）．</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类；②</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属于</w:t>
      </w:r>
      <w:r>
        <w:rPr>
          <w:rFonts w:ascii="Times New Roman" w:eastAsia="Times New Roman" w:hAnsi="Times New Roman" w:cs="Times New Roman"/>
          <w:i/>
          <w:color w:val="000000"/>
        </w:rPr>
        <w:t>B</w:t>
      </w:r>
      <w:r>
        <w:rPr>
          <w:rFonts w:ascii="宋体" w:eastAsia="宋体" w:hAnsi="宋体" w:cs="宋体"/>
          <w:color w:val="000000"/>
        </w:rPr>
        <w:t>类；③</w:t>
      </w:r>
      <w:r>
        <w:rPr>
          <w:rFonts w:ascii="Times New Roman" w:eastAsia="Times New Roman" w:hAnsi="Times New Roman" w:cs="Times New Roman"/>
          <w:i/>
          <w:color w:val="000000"/>
        </w:rPr>
        <w:t>m</w:t>
      </w:r>
      <w:r>
        <w:rPr>
          <w:rFonts w:ascii="宋体" w:eastAsia="宋体" w:hAnsi="宋体" w:cs="宋体"/>
          <w:color w:val="000000"/>
        </w:rPr>
        <w:t>属于</w:t>
      </w:r>
      <w:r>
        <w:rPr>
          <w:rFonts w:ascii="Times New Roman" w:eastAsia="Times New Roman" w:hAnsi="Times New Roman" w:cs="Times New Roman"/>
          <w:i/>
          <w:color w:val="000000"/>
        </w:rPr>
        <w:t>A</w:t>
      </w:r>
      <w:r>
        <w:rPr>
          <w:rFonts w:ascii="宋体" w:eastAsia="宋体" w:hAnsi="宋体" w:cs="宋体"/>
          <w:color w:val="000000"/>
        </w:rPr>
        <w:t>类，</w:t>
      </w:r>
      <w:r>
        <w:rPr>
          <w:rFonts w:ascii="Times New Roman" w:eastAsia="Times New Roman" w:hAnsi="Times New Roman" w:cs="Times New Roman"/>
          <w:i/>
          <w:color w:val="000000"/>
        </w:rPr>
        <w:t>n</w:t>
      </w:r>
      <w:r>
        <w:rPr>
          <w:rFonts w:ascii="宋体" w:eastAsia="宋体" w:hAnsi="宋体" w:cs="宋体"/>
          <w:color w:val="000000"/>
        </w:rPr>
        <w:t>属于</w:t>
      </w:r>
      <w:r>
        <w:rPr>
          <w:rFonts w:ascii="Times New Roman" w:eastAsia="Times New Roman" w:hAnsi="Times New Roman" w:cs="Times New Roman"/>
          <w:i/>
          <w:color w:val="000000"/>
        </w:rPr>
        <w:t>C</w:t>
      </w:r>
      <w:r>
        <w:rPr>
          <w:rFonts w:ascii="宋体" w:eastAsia="宋体" w:hAnsi="宋体" w:cs="宋体"/>
          <w:color w:val="000000"/>
        </w:rPr>
        <w:t>类；④</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属于同一类．</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position w:val="0"/>
        </w:rPr>
        <w:drawing>
          <wp:inline>
            <wp:extent cx="133350" cy="177800"/>
            <wp:docPr id="11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
                    <pic:cNvPicPr>
                      <a:picLocks noChangeAspect="1"/>
                    </pic:cNvPicPr>
                  </pic:nvPicPr>
                  <pic:blipFill>
                    <a:blip r:embed="rId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关于</w:t>
      </w:r>
      <w:r>
        <w:rPr>
          <w:rFonts w:ascii="Times New Roman" w:eastAsia="Times New Roman" w:hAnsi="Times New Roman" w:cs="Times New Roman"/>
          <w:color w:val="000000"/>
        </w:rPr>
        <w:t>2</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关于</w:t>
      </w:r>
      <w:r>
        <w:rPr>
          <w:rFonts w:ascii="Times New Roman" w:eastAsia="Times New Roman" w:hAnsi="Times New Roman" w:cs="Times New Roman"/>
          <w:color w:val="000000"/>
        </w:rPr>
        <w:t>3</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关于</w:t>
      </w:r>
      <w:r>
        <w:rPr>
          <w:rFonts w:ascii="Times New Roman" w:eastAsia="Times New Roman" w:hAnsi="Times New Roman" w:cs="Times New Roman"/>
          <w:color w:val="000000"/>
        </w:rPr>
        <w:t>21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sectPr w:rsidSect="00C321EB">
          <w:headerReference w:type="even" r:id="rId87"/>
          <w:footerReference w:type="even" r:id="rId88"/>
          <w:headerReference w:type="first" r:id="rId89"/>
          <w:footerReference w:type="first" r:id="rId90"/>
          <w:pgSz w:w="11906" w:h="16838"/>
          <w:pgMar w:top="910" w:right="1080" w:bottom="1440" w:left="1080" w:header="152" w:footer="0" w:gutter="0"/>
          <w:cols w:space="720"/>
          <w:titlePg w:val="0"/>
          <w:docGrid w:type="lines" w:linePitch="312"/>
        </w:sectPr>
      </w:pPr>
      <w:r>
        <w:rPr>
          <w:rFonts w:ascii="Times New Roman" w:eastAsia="Times New Roman" w:hAnsi="Times New Roman" w:cs="Times New Roman"/>
          <w:color w:val="000000"/>
        </w:rPr>
        <w:t>②</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的式子表示）．</w:t>
      </w:r>
    </w:p>
    <w:p>
      <w:pPr>
        <w:pStyle w:val="Heading1"/>
      </w:pPr>
      <w:r>
        <w:t>期末</w:t>
      </w:r>
    </w:p>
    <w:p>
      <w:pPr>
        <w:pStyle w:val="Heading2"/>
      </w:pPr>
      <w:r>
        <w:t>丰台区</w:t>
      </w:r>
    </w:p>
    <w:p>
      <w:pPr>
        <w:spacing w:line="360" w:lineRule="auto"/>
        <w:jc w:val="left"/>
        <w:textAlignment w:val="center"/>
        <w:rPr>
          <w:color w:val="000000"/>
        </w:rPr>
      </w:pPr>
      <w:r>
        <w:rPr>
          <w:color w:val="000000"/>
        </w:rPr>
        <w:t xml:space="preserve">25. </w:t>
      </w:r>
      <w:r>
        <w:rPr>
          <w:rFonts w:ascii="宋体" w:eastAsia="宋体" w:hAnsi="宋体" w:cs="宋体"/>
          <w:color w:val="000000"/>
        </w:rPr>
        <w:t>课上，老师提出问题：如图，点</w:t>
      </w:r>
      <w:r>
        <w:rPr>
          <w:rFonts w:ascii="Times New Roman" w:eastAsia="Times New Roman" w:hAnsi="Times New Roman" w:cs="Times New Roman"/>
          <w:i/>
          <w:color w:val="000000"/>
        </w:rPr>
        <w:t>O</w:t>
      </w:r>
      <w:r>
        <w:rPr>
          <w:rFonts w:ascii="宋体" w:eastAsia="宋体" w:hAnsi="宋体" w:cs="宋体"/>
          <w:color w:val="000000"/>
        </w:rPr>
        <w:t>是线段上一点，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的中点，当</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时，求线段</w:t>
      </w:r>
      <w:r>
        <w:rPr>
          <w:rFonts w:ascii="Times New Roman" w:eastAsia="Times New Roman" w:hAnsi="Times New Roman" w:cs="Times New Roman"/>
          <w:i/>
          <w:color w:val="000000"/>
        </w:rPr>
        <w:t>CD</w:t>
      </w:r>
      <w:r>
        <w:rPr>
          <w:rFonts w:ascii="宋体" w:eastAsia="宋体" w:hAnsi="宋体" w:cs="宋体"/>
          <w:color w:val="000000"/>
        </w:rPr>
        <w:t>的长度．</w:t>
      </w:r>
    </w:p>
    <w:p>
      <w:pPr>
        <w:spacing w:line="360" w:lineRule="auto"/>
        <w:jc w:val="left"/>
        <w:textAlignment w:val="center"/>
        <w:rPr>
          <w:color w:val="000000"/>
        </w:rPr>
      </w:pPr>
      <w:r>
        <w:rPr>
          <w:color w:val="000000"/>
        </w:rPr>
        <w:t>（1）</w:t>
      </w:r>
      <w:r>
        <w:rPr>
          <w:rFonts w:ascii="宋体" w:eastAsia="宋体" w:hAnsi="宋体" w:cs="宋体"/>
          <w:color w:val="000000"/>
        </w:rPr>
        <w:t>下面是小明根据老师的要求进行的分析及解答过程，请你补全解答过程；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2"/>
        <w:gridCol w:w="3857"/>
        <w:gridCol w:w="1743"/>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思路方法</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解答过程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知识要素</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未知线段</w:t>
            </w:r>
          </w:p>
          <w:p>
            <w:pPr>
              <w:spacing w:line="360" w:lineRule="auto"/>
              <w:jc w:val="left"/>
              <w:textAlignment w:val="center"/>
              <w:rPr>
                <w:color w:val="000000"/>
              </w:rPr>
            </w:pPr>
            <w:r>
              <w:rPr>
                <w:color w:val="000000"/>
              </w:rPr>
              <w:drawing>
                <wp:inline>
                  <wp:extent cx="295275" cy="704850"/>
                  <wp:docPr id="11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
                          <pic:cNvPicPr>
                            <a:picLocks noChangeAspect="1"/>
                          </pic:cNvPicPr>
                        </pic:nvPicPr>
                        <pic:blipFill>
                          <a:blip r:embed="rId65"/>
                          <a:stretch>
                            <a:fillRect/>
                          </a:stretch>
                        </pic:blipFill>
                        <pic:spPr>
                          <a:xfrm>
                            <a:off x="0" y="0"/>
                            <a:ext cx="295275" cy="704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已知线段</w:t>
            </w:r>
          </w:p>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分别是线段</w: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CO</w:t>
            </w:r>
            <w:r>
              <w:rPr>
                <w:rFonts w:ascii="宋体" w:eastAsia="宋体" w:hAnsi="宋体" w:cs="宋体"/>
                <w:color w:val="000000"/>
              </w:rPr>
              <w:t>＝</w:t>
            </w:r>
            <w:r>
              <w:pict>
                <v:shape id="_x0000_i700303" type="#_x0000_t75" alt="学科网(www.zxxk.com)--教育资源门户，提供试卷、教案、课件、论文、素材以及各类教学资源下载，还有大量而丰富的教学相关资讯！" style="width:10.5pt;height:21pt" o:oleicon="f" o:ole="">
                  <v:imagedata r:id="rId68"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rPr>
                <w:rFonts w:ascii="Times New Roman" w:eastAsia="Times New Roman" w:hAnsi="Times New Roman" w:cs="Times New Roman"/>
                <w:i/>
                <w:color w:val="000000"/>
              </w:rPr>
              <w:t>DO</w:t>
            </w:r>
            <w:r>
              <w:rPr>
                <w:rFonts w:ascii="宋体" w:eastAsia="宋体" w:hAnsi="宋体" w:cs="宋体"/>
                <w:color w:val="000000"/>
              </w:rPr>
              <w:t>＝</w:t>
            </w:r>
            <w:r>
              <w:pict>
                <v:shape id="_x0000_i700304" type="#_x0000_t75" alt="学科网(www.zxxk.com)--教育资源门户，提供试卷、教案、课件、论文、素材以及各类教学资源下载，还有大量而丰富的教学相关资讯！" style="width:10.5pt;height:21pt" o:oleicon="f" o:ole="">
                  <v:imagedata r:id="rId68" o:title="eqIdf89eef3148f2d4d09379767b4af69132"/>
                </v:shape>
              </w:pic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CD</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w:t>
            </w:r>
            <w:r>
              <w:rPr>
                <w:rFonts w:ascii="Times New Roman" w:eastAsia="Times New Roman" w:hAnsi="Times New Roman" w:cs="Times New Roman"/>
                <w:i/>
                <w:color w:val="000000"/>
              </w:rPr>
              <w:t>DO</w:t>
            </w:r>
          </w:p>
          <w:p>
            <w:pPr>
              <w:spacing w:line="360" w:lineRule="auto"/>
              <w:jc w:val="left"/>
              <w:textAlignment w:val="center"/>
              <w:rPr>
                <w:color w:val="000000"/>
              </w:rPr>
            </w:pPr>
            <w:r>
              <w:rPr>
                <w:rFonts w:ascii="宋体" w:eastAsia="宋体" w:hAnsi="宋体" w:cs="宋体"/>
                <w:color w:val="000000"/>
              </w:rPr>
              <w:t>＝</w:t>
            </w:r>
            <w:r>
              <w:pict>
                <v:shape id="_x0000_i700305" type="#_x0000_t75" alt="学科网(www.zxxk.com)--教育资源门户，提供试卷、教案、课件、论文、素材以及各类教学资源下载，还有大量而丰富的教学相关资讯！" style="width:10.5pt;height:21pt" o:oleicon="f" o:ole="">
                  <v:imagedata r:id="rId68" o:title="eqIdf89eef3148f2d4d09379767b4af69132"/>
                </v:shape>
              </w:pict>
            </w:r>
            <w:r>
              <w:rPr>
                <w:rFonts w:ascii="Times New Roman" w:eastAsia="Times New Roman" w:hAnsi="Times New Roman" w:cs="Times New Roman"/>
                <w:i/>
                <w:color w:val="000000"/>
              </w:rPr>
              <w:t>AO</w:t>
            </w:r>
            <w:r>
              <w:rPr>
                <w:rFonts w:ascii="宋体" w:eastAsia="宋体" w:hAnsi="宋体" w:cs="宋体"/>
                <w:color w:val="000000"/>
              </w:rPr>
              <w:t>＋</w:t>
            </w:r>
            <w:r>
              <w:pict>
                <v:shape id="_x0000_i700306" type="#_x0000_t75" alt="学科网(www.zxxk.com)--教育资源门户，提供试卷、教案、课件、论文、素材以及各类教学资源下载，还有大量而丰富的教学相关资讯！" style="width:10.5pt;height:21pt" o:oleicon="f" o:ole="">
                  <v:imagedata r:id="rId68" o:title="eqIdf89eef3148f2d4d09379767b4af69132"/>
                </v:shape>
              </w:pict>
            </w:r>
            <w:r>
              <w:rPr>
                <w:rFonts w:ascii="宋体" w:eastAsia="宋体" w:hAnsi="宋体" w:cs="宋体"/>
                <w:color w:val="000000"/>
                <w:u w:val="single"/>
              </w:rPr>
              <w:t>　   　</w:t>
            </w:r>
          </w:p>
          <w:p>
            <w:pPr>
              <w:spacing w:line="360" w:lineRule="auto"/>
              <w:jc w:val="left"/>
              <w:textAlignment w:val="center"/>
              <w:rPr>
                <w:color w:val="000000"/>
              </w:rPr>
            </w:pPr>
            <w:r>
              <w:rPr>
                <w:rFonts w:ascii="宋体" w:eastAsia="宋体" w:hAnsi="宋体" w:cs="宋体"/>
                <w:color w:val="000000"/>
              </w:rPr>
              <w:t>＝</w:t>
            </w:r>
            <w:r>
              <w:pict>
                <v:shape id="_x0000_i700307" type="#_x0000_t75" alt="学科网(www.zxxk.com)--教育资源门户，提供试卷、教案、课件、论文、素材以及各类教学资源下载，还有大量而丰富的教学相关资讯！" style="width:10.5pt;height:21pt" o:oleicon="f" o:ole="">
                  <v:imagedata r:id="rId68" o:title="eqIdf89eef3148f2d4d09379767b4af69132"/>
                </v:shape>
              </w:pict>
            </w:r>
            <w:r>
              <w:rPr>
                <w:rFonts w:ascii="宋体" w:eastAsia="宋体" w:hAnsi="宋体" w:cs="宋体"/>
                <w:color w:val="000000"/>
                <w:u w:val="single"/>
              </w:rPr>
              <w:t>　   　</w:t>
            </w:r>
          </w:p>
          <w:p>
            <w:pPr>
              <w:spacing w:line="360" w:lineRule="auto"/>
              <w:jc w:val="left"/>
              <w:textAlignment w:val="center"/>
              <w:rPr>
                <w:color w:val="000000"/>
              </w:rPr>
            </w:pP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28800" cy="190500"/>
                  <wp:docPr id="1122"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
                          <pic:cNvPicPr>
                            <a:picLocks noChangeAspect="1"/>
                          </pic:cNvPicPr>
                        </pic:nvPicPr>
                        <pic:blipFill>
                          <a:blip r:embed="rId66"/>
                          <a:stretch>
                            <a:fillRect/>
                          </a:stretch>
                        </pic:blipFill>
                        <pic:spPr>
                          <a:xfrm>
                            <a:off x="0" y="0"/>
                            <a:ext cx="1828800" cy="19050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线段中点的定义</w:t>
            </w:r>
          </w:p>
          <w:p>
            <w:pPr>
              <w:spacing w:line="360" w:lineRule="auto"/>
              <w:jc w:val="left"/>
              <w:textAlignment w:val="center"/>
              <w:rPr>
                <w:color w:val="000000"/>
              </w:rPr>
            </w:pPr>
            <w:r>
              <w:rPr>
                <w:rFonts w:ascii="宋体" w:eastAsia="宋体" w:hAnsi="宋体" w:cs="宋体"/>
                <w:color w:val="000000"/>
              </w:rPr>
              <w:t>线段</w:t>
            </w:r>
            <w:r>
              <w:rPr>
                <w:rFonts w:ascii="宋体" w:eastAsia="宋体" w:hAnsi="宋体" w:cs="宋体"/>
                <w:color w:val="000000"/>
                <w:position w:val="0"/>
              </w:rPr>
              <w:drawing>
                <wp:inline>
                  <wp:extent cx="133350" cy="177800"/>
                  <wp:docPr id="11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和、差</w:t>
            </w:r>
          </w:p>
          <w:p>
            <w:pPr>
              <w:spacing w:line="360" w:lineRule="auto"/>
              <w:jc w:val="left"/>
              <w:textAlignment w:val="center"/>
              <w:rPr>
                <w:color w:val="000000"/>
              </w:rPr>
            </w:pPr>
            <w:r>
              <w:rPr>
                <w:rFonts w:ascii="宋体" w:eastAsia="宋体" w:hAnsi="宋体" w:cs="宋体"/>
                <w:color w:val="000000"/>
              </w:rPr>
              <w:t>等式的性质</w:t>
            </w:r>
          </w:p>
        </w:tc>
      </w:tr>
    </w:tbl>
    <w:p>
      <w:pPr>
        <w:spacing w:line="360" w:lineRule="auto"/>
        <w:jc w:val="left"/>
        <w:textAlignment w:val="center"/>
        <w:rPr>
          <w:color w:val="000000"/>
        </w:rPr>
      </w:pPr>
      <w:r>
        <w:rPr>
          <w:color w:val="000000"/>
        </w:rPr>
        <w:t>（2）</w:t>
      </w:r>
      <w:r>
        <w:rPr>
          <w:rFonts w:ascii="宋体" w:eastAsia="宋体" w:hAnsi="宋体" w:cs="宋体"/>
          <w:color w:val="000000"/>
        </w:rPr>
        <w:t>小明进行题后反思，提出新的问题：如果点</w:t>
      </w:r>
      <w:r>
        <w:rPr>
          <w:rFonts w:ascii="Times New Roman" w:eastAsia="Times New Roman" w:hAnsi="Times New Roman" w:cs="Times New Roman"/>
          <w:i/>
          <w:color w:val="000000"/>
        </w:rPr>
        <w:t>O</w:t>
      </w:r>
      <w:r>
        <w:rPr>
          <w:rFonts w:ascii="宋体" w:eastAsia="宋体" w:hAnsi="宋体" w:cs="宋体"/>
          <w:color w:val="000000"/>
        </w:rPr>
        <w:t>运动到线段</w:t>
      </w:r>
      <w:r>
        <w:rPr>
          <w:rFonts w:ascii="Times New Roman" w:eastAsia="Times New Roman" w:hAnsi="Times New Roman" w:cs="Times New Roman"/>
          <w:i/>
          <w:color w:val="000000"/>
        </w:rPr>
        <w:t>AB</w:t>
      </w:r>
      <w:r>
        <w:rPr>
          <w:rFonts w:ascii="宋体" w:eastAsia="宋体" w:hAnsi="宋体" w:cs="宋体"/>
          <w:color w:val="000000"/>
        </w:rPr>
        <w:t>的延长线上，</w:t>
      </w:r>
      <w:r>
        <w:rPr>
          <w:rFonts w:ascii="Times New Roman" w:eastAsia="Times New Roman" w:hAnsi="Times New Roman" w:cs="Times New Roman"/>
          <w:i/>
          <w:color w:val="000000"/>
        </w:rPr>
        <w:t>CD</w:t>
      </w:r>
      <w:r>
        <w:rPr>
          <w:rFonts w:ascii="宋体" w:eastAsia="宋体" w:hAnsi="宋体" w:cs="宋体"/>
          <w:color w:val="000000"/>
        </w:rPr>
        <w:t>的长度是否会发生变化？请你帮助小明作出判断并说明理由．</w:t>
      </w:r>
    </w:p>
    <w:p>
      <w:pPr>
        <w:spacing w:line="360" w:lineRule="auto"/>
        <w:jc w:val="left"/>
        <w:textAlignment w:val="center"/>
        <w:rPr>
          <w:color w:val="000000"/>
        </w:rPr>
      </w:pPr>
      <w:r>
        <w:rPr>
          <w:color w:val="000000"/>
        </w:rPr>
        <w:drawing>
          <wp:inline>
            <wp:extent cx="2781300" cy="200025"/>
            <wp:docPr id="11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
                    <pic:cNvPicPr>
                      <a:picLocks noChangeAspect="1"/>
                    </pic:cNvPicPr>
                  </pic:nvPicPr>
                  <pic:blipFill>
                    <a:blip r:embed="rId69"/>
                    <a:stretch>
                      <a:fillRect/>
                    </a:stretch>
                  </pic:blipFill>
                  <pic:spPr>
                    <a:xfrm>
                      <a:off x="0" y="0"/>
                      <a:ext cx="2781300" cy="200025"/>
                    </a:xfrm>
                    <a:prstGeom prst="rect">
                      <a:avLst/>
                    </a:prstGeom>
                  </pic:spPr>
                </pic:pic>
              </a:graphicData>
            </a:graphic>
          </wp:inline>
        </w:drawing>
      </w:r>
    </w:p>
    <w:p>
      <w:pPr>
        <w:spacing w:line="360" w:lineRule="auto"/>
        <w:jc w:val="left"/>
        <w:textAlignment w:val="center"/>
        <w:rPr>
          <w:color w:val="000000"/>
        </w:rPr>
      </w:pPr>
      <w:r>
        <w:rPr>
          <w:color w:val="000000"/>
        </w:rPr>
        <w:t xml:space="preserve">26. </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是数轴上的两点（点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的左侧），当数轴上的点</w:t>
      </w:r>
      <w:r>
        <w:rPr>
          <w:rFonts w:ascii="Times New Roman" w:eastAsia="Times New Roman" w:hAnsi="Times New Roman" w:cs="Times New Roman"/>
          <w:i/>
          <w:color w:val="000000"/>
        </w:rPr>
        <w:t>P</w:t>
      </w:r>
      <w:r>
        <w:rPr>
          <w:rFonts w:ascii="宋体" w:eastAsia="宋体" w:hAnsi="宋体" w:cs="宋体"/>
          <w:color w:val="000000"/>
        </w:rPr>
        <w:t>满足</w:t>
      </w:r>
      <w:r>
        <w:rPr>
          <w:rFonts w:ascii="Times New Roman" w:eastAsia="Times New Roman" w:hAnsi="Times New Roman" w:cs="Times New Roman"/>
          <w:i/>
          <w:color w:val="000000"/>
        </w:rPr>
        <w:t>PM</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PN</w:t>
      </w:r>
      <w:r>
        <w:rPr>
          <w:rFonts w:ascii="宋体" w:eastAsia="宋体" w:hAnsi="宋体" w:cs="宋体"/>
          <w:color w:val="000000"/>
        </w:rPr>
        <w:t>时，称点</w:t>
      </w:r>
      <w:r>
        <w:rPr>
          <w:rFonts w:ascii="Times New Roman" w:eastAsia="Times New Roman" w:hAnsi="Times New Roman" w:cs="Times New Roman"/>
          <w:i/>
          <w:color w:val="000000"/>
        </w:rPr>
        <w:t>P</w:t>
      </w:r>
      <w:r>
        <w:rPr>
          <w:rFonts w:ascii="宋体" w:eastAsia="宋体" w:hAnsi="宋体" w:cs="宋体"/>
          <w:color w:val="000000"/>
        </w:rPr>
        <w:t>为线段</w:t>
      </w:r>
      <w:r>
        <w:rPr>
          <w:rFonts w:ascii="Times New Roman" w:eastAsia="Times New Roman" w:hAnsi="Times New Roman" w:cs="Times New Roman"/>
          <w:i/>
          <w:color w:val="000000"/>
        </w:rPr>
        <w:t>MN</w:t>
      </w:r>
      <w:r>
        <w:rPr>
          <w:rFonts w:ascii="宋体" w:eastAsia="宋体" w:hAnsi="宋体" w:cs="宋体"/>
          <w:color w:val="000000"/>
        </w:rPr>
        <w:t>的“和谐点”．已知，点</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，回答下面的问题：</w:t>
      </w:r>
    </w:p>
    <w:p>
      <w:pPr>
        <w:spacing w:line="360" w:lineRule="auto"/>
        <w:jc w:val="left"/>
        <w:textAlignment w:val="center"/>
        <w:rPr>
          <w:color w:val="000000"/>
        </w:rPr>
      </w:pPr>
      <w:r>
        <w:rPr>
          <w:color w:val="000000"/>
        </w:rPr>
        <w:t>（1）</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时，求线段</w:t>
      </w:r>
      <w:r>
        <w:rPr>
          <w:rFonts w:ascii="Times New Roman" w:eastAsia="Times New Roman" w:hAnsi="Times New Roman" w:cs="Times New Roman"/>
          <w:i/>
          <w:color w:val="000000"/>
        </w:rPr>
        <w:t>AB</w:t>
      </w:r>
      <w:r>
        <w:rPr>
          <w:rFonts w:ascii="宋体" w:eastAsia="宋体" w:hAnsi="宋体" w:cs="宋体"/>
          <w:color w:val="000000"/>
        </w:rPr>
        <w:t>的“和谐点”所表示的数；</w:t>
      </w:r>
    </w:p>
    <w:p>
      <w:pPr>
        <w:spacing w:line="360" w:lineRule="auto"/>
        <w:jc w:val="left"/>
        <w:textAlignment w:val="center"/>
        <w:rPr>
          <w:color w:val="000000"/>
        </w:rPr>
        <w:sectPr w:rsidSect="00C321EB">
          <w:headerReference w:type="even" r:id="rId60"/>
          <w:footerReference w:type="even" r:id="rId61"/>
          <w:headerReference w:type="first" r:id="rId62"/>
          <w:footerReference w:type="first" r:id="rId63"/>
          <w:pgSz w:w="11906" w:h="16838"/>
          <w:pgMar w:top="910" w:right="1080" w:bottom="1440" w:left="1080" w:header="152" w:footer="0" w:gutter="0"/>
          <w:cols w:space="720"/>
          <w:titlePg w:val="0"/>
          <w:docGrid w:type="lines" w:linePitch="312"/>
        </w:sectPr>
      </w:pPr>
      <w:r>
        <w:rPr>
          <w:color w:val="000000"/>
        </w:rPr>
        <w:t>（2）</w:t>
      </w:r>
      <w:r>
        <w:rPr>
          <w:rFonts w:ascii="宋体" w:eastAsia="宋体" w:hAnsi="宋体" w:cs="宋体"/>
          <w:color w:val="000000"/>
        </w:rPr>
        <w:t>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时，如果</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三个点中恰有一个点为其余两个点组成的线段的“和谐点”，直接写出此时</w:t>
      </w:r>
      <w:r>
        <w:rPr>
          <w:rFonts w:ascii="Times New Roman" w:eastAsia="Times New Roman" w:hAnsi="Times New Roman" w:cs="Times New Roman"/>
          <w:i/>
          <w:color w:val="000000"/>
        </w:rPr>
        <w:t>a</w:t>
      </w:r>
      <w:r>
        <w:rPr>
          <w:rFonts w:ascii="宋体" w:eastAsia="宋体" w:hAnsi="宋体" w:cs="宋体"/>
          <w:color w:val="000000"/>
        </w:rPr>
        <w:t>的值．</w:t>
      </w:r>
    </w:p>
    <w:p>
      <w:pPr>
        <w:pStyle w:val="Heading2"/>
      </w:pPr>
      <w:r>
        <w:t>大兴区</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，货轮停靠在</w:t>
      </w:r>
      <w:r>
        <w:rPr>
          <w:rFonts w:ascii="Times New Roman" w:eastAsia="Times New Roman" w:hAnsi="Times New Roman" w:cs="Times New Roman"/>
          <w:i/>
          <w:color w:val="000000"/>
        </w:rPr>
        <w:t>O</w:t>
      </w:r>
      <w:r>
        <w:rPr>
          <w:rFonts w:ascii="宋体" w:eastAsia="宋体" w:hAnsi="宋体" w:cs="宋体"/>
          <w:color w:val="000000"/>
        </w:rPr>
        <w:t>点，发现灯塔</w:t>
      </w:r>
      <w:r>
        <w:rPr>
          <w:rFonts w:ascii="Times New Roman" w:eastAsia="Times New Roman" w:hAnsi="Times New Roman" w:cs="Times New Roman"/>
          <w:i/>
          <w:color w:val="000000"/>
        </w:rPr>
        <w:t>A</w:t>
      </w:r>
      <w:r>
        <w:rPr>
          <w:rFonts w:ascii="宋体" w:eastAsia="宋体" w:hAnsi="宋体" w:cs="宋体"/>
          <w:color w:val="000000"/>
        </w:rPr>
        <w:t>在它的东北（东偏北</w:t>
      </w:r>
      <w:r>
        <w:rPr>
          <w:rFonts w:ascii="Times New Roman" w:eastAsia="Times New Roman" w:hAnsi="Times New Roman" w:cs="Times New Roman"/>
          <w:color w:val="000000"/>
        </w:rPr>
        <w:t>45°</w:t>
      </w:r>
      <w:r>
        <w:rPr>
          <w:rFonts w:ascii="宋体" w:eastAsia="宋体" w:hAnsi="宋体" w:cs="宋体"/>
          <w:color w:val="000000"/>
        </w:rPr>
        <w:t>或北偏东</w:t>
      </w:r>
      <w:r>
        <w:rPr>
          <w:rFonts w:ascii="Times New Roman" w:eastAsia="Times New Roman" w:hAnsi="Times New Roman" w:cs="Times New Roman"/>
          <w:color w:val="000000"/>
        </w:rPr>
        <w:t>45°</w:t>
      </w:r>
      <w:r>
        <w:rPr>
          <w:rFonts w:ascii="宋体" w:eastAsia="宋体" w:hAnsi="宋体" w:cs="宋体"/>
          <w:color w:val="000000"/>
        </w:rPr>
        <w:t>）方向上．货轮</w:t>
      </w:r>
      <w:r>
        <w:rPr>
          <w:rFonts w:ascii="Times New Roman" w:eastAsia="Times New Roman" w:hAnsi="Times New Roman" w:cs="Times New Roman"/>
          <w:i/>
          <w:color w:val="000000"/>
        </w:rPr>
        <w:t>B</w:t>
      </w:r>
      <w:r>
        <w:rPr>
          <w:rFonts w:ascii="宋体" w:eastAsia="宋体" w:hAnsi="宋体" w:cs="宋体"/>
          <w:color w:val="000000"/>
        </w:rPr>
        <w:t>在码头</w:t>
      </w:r>
      <w:r>
        <w:rPr>
          <w:rFonts w:ascii="Times New Roman" w:eastAsia="Times New Roman" w:hAnsi="Times New Roman" w:cs="Times New Roman"/>
          <w:i/>
          <w:color w:val="000000"/>
        </w:rPr>
        <w:t>O</w:t>
      </w:r>
      <w:r>
        <w:rPr>
          <w:rFonts w:ascii="宋体" w:eastAsia="宋体" w:hAnsi="宋体" w:cs="宋体"/>
          <w:color w:val="000000"/>
        </w:rPr>
        <w:t>的西北方向上．</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）仿照表示灯塔方位的方法，画出表示货轮</w:t>
      </w:r>
      <w:r>
        <w:rPr>
          <w:rFonts w:ascii="Times New Roman" w:eastAsia="Times New Roman" w:hAnsi="Times New Roman" w:cs="Times New Roman"/>
          <w:i/>
          <w:color w:val="000000"/>
        </w:rPr>
        <w:t>B</w:t>
      </w:r>
      <w:r>
        <w:rPr>
          <w:rFonts w:ascii="宋体" w:eastAsia="宋体" w:hAnsi="宋体" w:cs="宋体"/>
          <w:color w:val="000000"/>
        </w:rPr>
        <w:t>方向的射线；（保留作图痕迹，不写做法）</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，两艘货轮从码头</w:t>
      </w:r>
      <w:r>
        <w:rPr>
          <w:rFonts w:ascii="Times New Roman" w:eastAsia="Times New Roman" w:hAnsi="Times New Roman" w:cs="Times New Roman"/>
          <w:i/>
          <w:color w:val="000000"/>
        </w:rPr>
        <w:t>O</w:t>
      </w:r>
      <w:r>
        <w:rPr>
          <w:rFonts w:ascii="宋体" w:eastAsia="宋体" w:hAnsi="宋体" w:cs="宋体"/>
          <w:color w:val="000000"/>
        </w:rPr>
        <w:t>出发，货轮</w:t>
      </w:r>
      <w:r>
        <w:rPr>
          <w:rFonts w:ascii="Times New Roman" w:eastAsia="Times New Roman" w:hAnsi="Times New Roman" w:cs="Times New Roman"/>
          <w:i/>
          <w:color w:val="000000"/>
        </w:rPr>
        <w:t>C</w:t>
      </w:r>
      <w:r>
        <w:rPr>
          <w:rFonts w:ascii="宋体" w:eastAsia="宋体" w:hAnsi="宋体" w:cs="宋体"/>
          <w:color w:val="000000"/>
        </w:rPr>
        <w:t>向东偏北</w:t>
      </w:r>
      <w:r>
        <w:pict>
          <v:shape id="_x0000_i700308" type="#_x0000_t75" alt="学科网(www.zxxk.com)--教育资源门户，提供试卷、教案、课件、论文、素材以及各类教学资源下载，还有大量而丰富的教学相关资讯！" style="width:19.2pt;height:13.9pt" o:oleicon="f" o:ole="">
            <v:imagedata r:id="rId70" o:title="eqId76c12e76fbd84eeec721386bd3b04cc4"/>
          </v:shape>
        </w:pict>
      </w:r>
      <w:r>
        <w:rPr>
          <w:rFonts w:ascii="宋体" w:eastAsia="宋体" w:hAnsi="宋体" w:cs="宋体"/>
          <w:color w:val="000000"/>
        </w:rPr>
        <w:t>的</w:t>
      </w:r>
      <w:r>
        <w:rPr>
          <w:rFonts w:ascii="Times New Roman" w:eastAsia="Times New Roman" w:hAnsi="Times New Roman" w:cs="Times New Roman"/>
          <w:i/>
          <w:color w:val="000000"/>
        </w:rPr>
        <w:t>OC</w:t>
      </w:r>
      <w:r>
        <w:rPr>
          <w:rFonts w:ascii="宋体" w:eastAsia="宋体" w:hAnsi="宋体" w:cs="宋体"/>
          <w:color w:val="000000"/>
        </w:rPr>
        <w:t>的方向行驶，货轮</w:t>
      </w:r>
      <w:r>
        <w:rPr>
          <w:rFonts w:ascii="Times New Roman" w:eastAsia="Times New Roman" w:hAnsi="Times New Roman" w:cs="Times New Roman"/>
          <w:i/>
          <w:color w:val="000000"/>
        </w:rPr>
        <w:t>D</w:t>
      </w:r>
      <w:r>
        <w:rPr>
          <w:rFonts w:ascii="宋体" w:eastAsia="宋体" w:hAnsi="宋体" w:cs="宋体"/>
          <w:color w:val="000000"/>
        </w:rPr>
        <w:t>向北偏西</w:t>
      </w:r>
      <w:r>
        <w:pict>
          <v:shape id="_x0000_i700309" type="#_x0000_t75" alt="学科网(www.zxxk.com)--教育资源门户，提供试卷、教案、课件、论文、素材以及各类教学资源下载，还有大量而丰富的教学相关资讯！" style="width:19.2pt;height:13.9pt" o:oleicon="f" o:ole="">
            <v:imagedata r:id="rId70" o:title="eqId76c12e76fbd84eeec721386bd3b04cc4"/>
          </v:shape>
        </w:pict>
      </w:r>
      <w:r>
        <w:rPr>
          <w:rFonts w:ascii="宋体" w:eastAsia="宋体" w:hAnsi="宋体" w:cs="宋体"/>
          <w:color w:val="000000"/>
        </w:rPr>
        <w:t>的</w:t>
      </w:r>
      <w:r>
        <w:rPr>
          <w:rFonts w:ascii="Times New Roman" w:eastAsia="Times New Roman" w:hAnsi="Times New Roman" w:cs="Times New Roman"/>
          <w:i/>
          <w:color w:val="000000"/>
        </w:rPr>
        <w:t>OD</w:t>
      </w:r>
      <w:r>
        <w:rPr>
          <w:rFonts w:ascii="宋体" w:eastAsia="宋体" w:hAnsi="宋体" w:cs="宋体"/>
          <w:color w:val="000000"/>
        </w:rPr>
        <w:t>方向航行，求∠</w:t>
      </w:r>
      <w:r>
        <w:rPr>
          <w:rFonts w:ascii="Times New Roman" w:eastAsia="Times New Roman" w:hAnsi="Times New Roman" w:cs="Times New Roman"/>
          <w:i/>
          <w:color w:val="000000"/>
        </w:rPr>
        <w:t>COD</w:t>
      </w:r>
      <w:r>
        <w:rPr>
          <w:rFonts w:ascii="宋体" w:eastAsia="宋体" w:hAnsi="宋体" w:cs="宋体"/>
          <w:color w:val="000000"/>
        </w:rPr>
        <w:t>的度数；</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color w:val="000000"/>
        </w:rPr>
        <w:drawing>
          <wp:inline>
            <wp:extent cx="4067175" cy="1933575"/>
            <wp:docPr id="11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
                    <pic:cNvPicPr>
                      <a:picLocks noChangeAspect="1"/>
                    </pic:cNvPicPr>
                  </pic:nvPicPr>
                  <pic:blipFill>
                    <a:blip r:embed="rId71"/>
                    <a:stretch>
                      <a:fillRect/>
                    </a:stretch>
                  </pic:blipFill>
                  <pic:spPr>
                    <a:xfrm>
                      <a:off x="0" y="0"/>
                      <a:ext cx="4067175" cy="1933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）令有两艘货轮从码头</w:t>
      </w:r>
      <w:r>
        <w:rPr>
          <w:rFonts w:ascii="Times New Roman" w:eastAsia="Times New Roman" w:hAnsi="Times New Roman" w:cs="Times New Roman"/>
          <w:i/>
          <w:color w:val="000000"/>
        </w:rPr>
        <w:t>O</w:t>
      </w:r>
      <w:r>
        <w:rPr>
          <w:rFonts w:ascii="宋体" w:eastAsia="宋体" w:hAnsi="宋体" w:cs="宋体"/>
          <w:color w:val="000000"/>
        </w:rPr>
        <w:t>出发，货轮</w:t>
      </w:r>
      <w:r>
        <w:rPr>
          <w:rFonts w:ascii="Times New Roman" w:eastAsia="Times New Roman" w:hAnsi="Times New Roman" w:cs="Times New Roman"/>
          <w:i/>
          <w:color w:val="000000"/>
        </w:rPr>
        <w:t>E</w:t>
      </w:r>
      <w:r>
        <w:rPr>
          <w:rFonts w:ascii="宋体" w:eastAsia="宋体" w:hAnsi="宋体" w:cs="宋体"/>
          <w:color w:val="000000"/>
        </w:rPr>
        <w:t>向东偏北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的</w:t>
      </w:r>
      <w:r>
        <w:rPr>
          <w:rFonts w:ascii="Times New Roman" w:eastAsia="Times New Roman" w:hAnsi="Times New Roman" w:cs="Times New Roman"/>
          <w:i/>
          <w:color w:val="000000"/>
        </w:rPr>
        <w:t>OE</w:t>
      </w:r>
      <w:r>
        <w:rPr>
          <w:rFonts w:ascii="宋体" w:eastAsia="宋体" w:hAnsi="宋体" w:cs="宋体"/>
          <w:color w:val="000000"/>
        </w:rPr>
        <w:t>的方向行驶，货轮</w:t>
      </w:r>
      <w:r>
        <w:rPr>
          <w:rFonts w:ascii="Times New Roman" w:eastAsia="Times New Roman" w:hAnsi="Times New Roman" w:cs="Times New Roman"/>
          <w:i/>
          <w:color w:val="000000"/>
        </w:rPr>
        <w:t>F</w:t>
      </w:r>
      <w:r>
        <w:rPr>
          <w:rFonts w:ascii="宋体" w:eastAsia="宋体" w:hAnsi="宋体" w:cs="宋体"/>
          <w:color w:val="000000"/>
        </w:rPr>
        <w:t>向北偏西</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的</w:t>
      </w:r>
      <w:r>
        <w:rPr>
          <w:rFonts w:ascii="Times New Roman" w:eastAsia="Times New Roman" w:hAnsi="Times New Roman" w:cs="Times New Roman"/>
          <w:i/>
          <w:color w:val="000000"/>
        </w:rPr>
        <w:t>OF</w:t>
      </w:r>
      <w:r>
        <w:rPr>
          <w:rFonts w:ascii="宋体" w:eastAsia="宋体" w:hAnsi="宋体" w:cs="宋体"/>
          <w:color w:val="000000"/>
        </w:rPr>
        <w:t>方向航行，请直接用等式表示</w:t>
      </w:r>
      <w:r>
        <w:pict>
          <v:shape id="_x0000_i700310" type="#_x0000_t75" alt="学科网(www.zxxk.com)--教育资源门户，提供试卷、教案、课件、论文、素材以及各类教学资源下载，还有大量而丰富的教学相关资讯！" style="width:39pt;height:13.8pt" o:oleicon="f" o:ole="">
            <v:imagedata r:id="rId72" o:title="eqId462cfbd8e950ff20ae9a92df08792a85"/>
          </v:shape>
        </w:pict>
      </w:r>
      <w:r>
        <w:rPr>
          <w:rFonts w:ascii="宋体" w:eastAsia="宋体" w:hAnsi="宋体" w:cs="宋体"/>
          <w:color w:val="000000"/>
        </w:rPr>
        <w:t>与</w:t>
      </w:r>
      <w:r>
        <w:pict>
          <v:shape id="_x0000_i700311" type="#_x0000_t75" alt="学科网(www.zxxk.com)--教育资源门户，提供试卷、教案、课件、论文、素材以及各类教学资源下载，还有大量而丰富的教学相关资讯！" style="width:38.25pt;height:15.75pt" o:oleicon="f" o:ole="">
            <v:imagedata r:id="rId73" o:title="eqId8885284aa0af06fbfb91e0cc4433bfb8"/>
          </v:shape>
        </w:pict>
      </w:r>
      <w:r>
        <w:rPr>
          <w:rFonts w:ascii="宋体" w:eastAsia="宋体" w:hAnsi="宋体" w:cs="宋体"/>
          <w:color w:val="000000"/>
        </w:rPr>
        <w:t>之间所具有的数量是</w:t>
      </w:r>
      <w:r>
        <w:rPr>
          <w:rFonts w:ascii="Times New Roman" w:eastAsia="Times New Roman" w:hAnsi="Times New Roman" w:cs="Times New Roman"/>
          <w:color w:val="000000"/>
          <w:u w:val="single"/>
        </w:rPr>
        <w:t xml:space="preserve">      </w:t>
      </w:r>
      <w:r>
        <w:rPr>
          <w:rFonts w:ascii="宋体" w:eastAsia="宋体" w:hAnsi="宋体" w:cs="宋体"/>
          <w:i/>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把线段</w:t>
      </w:r>
      <w:r>
        <w:rPr>
          <w:rFonts w:ascii="Times New Roman" w:eastAsia="Times New Roman" w:hAnsi="Times New Roman" w:cs="Times New Roman"/>
          <w:i/>
          <w:color w:val="000000"/>
        </w:rPr>
        <w:t>AB</w:t>
      </w:r>
      <w:r>
        <w:rPr>
          <w:rFonts w:ascii="宋体" w:eastAsia="宋体" w:hAnsi="宋体" w:cs="宋体"/>
          <w:color w:val="000000"/>
        </w:rPr>
        <w:t>分成两条线段</w:t>
      </w:r>
      <w:r>
        <w:rPr>
          <w:rFonts w:ascii="Times New Roman" w:eastAsia="Times New Roman" w:hAnsi="Times New Roman" w:cs="Times New Roman"/>
          <w:i/>
          <w:color w:val="000000"/>
        </w:rPr>
        <w:t>AC</w:t>
      </w:r>
      <w:r>
        <w:rPr>
          <w:rFonts w:ascii="宋体" w:eastAsia="宋体" w:hAnsi="宋体" w:cs="宋体"/>
          <w:color w:val="000000"/>
        </w:rPr>
        <w:t>和</w:t>
      </w:r>
      <w:r>
        <w:rPr>
          <w:rFonts w:ascii="Times New Roman" w:eastAsia="Times New Roman" w:hAnsi="Times New Roman" w:cs="Times New Roman"/>
          <w:i/>
          <w:color w:val="000000"/>
        </w:rPr>
        <w:t>BC</w:t>
      </w:r>
      <w:r>
        <w:rPr>
          <w:rFonts w:ascii="宋体" w:eastAsia="宋体" w:hAnsi="宋体" w:cs="宋体"/>
          <w:color w:val="000000"/>
        </w:rPr>
        <w:t>，如果</w:t>
      </w:r>
      <w:r>
        <w:rPr>
          <w:rFonts w:ascii="Times New Roman" w:eastAsia="Times New Roman" w:hAnsi="Times New Roman" w:cs="Times New Roman"/>
          <w:i/>
          <w:color w:val="000000"/>
        </w:rPr>
        <w:t>AC</w:t>
      </w:r>
      <w:r>
        <w:rPr>
          <w:rFonts w:ascii="Times New Roman" w:eastAsia="Times New Roman" w:hAnsi="Times New Roman" w:cs="Times New Roman"/>
          <w:color w:val="000000"/>
        </w:rPr>
        <w:t>=2</w:t>
      </w:r>
      <w:r>
        <w:rPr>
          <w:rFonts w:ascii="Times New Roman" w:eastAsia="Times New Roman" w:hAnsi="Times New Roman" w:cs="Times New Roman"/>
          <w:i/>
          <w:color w:val="000000"/>
        </w:rPr>
        <w:t>BC</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的内二倍分割点；如图</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i/>
          <w:color w:val="000000"/>
        </w:rPr>
        <w:t>BC</w:t>
      </w:r>
      <w:r>
        <w:rPr>
          <w:rFonts w:ascii="Times New Roman" w:eastAsia="Times New Roman" w:hAnsi="Times New Roman" w:cs="Times New Roman"/>
          <w:color w:val="000000"/>
        </w:rPr>
        <w:t>=2</w:t>
      </w:r>
      <w:r>
        <w:rPr>
          <w:rFonts w:ascii="Times New Roman" w:eastAsia="Times New Roman" w:hAnsi="Times New Roman" w:cs="Times New Roman"/>
          <w:i/>
          <w:color w:val="000000"/>
        </w:rPr>
        <w:t>AC</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BA</w:t>
      </w:r>
      <w:r>
        <w:rPr>
          <w:rFonts w:ascii="宋体" w:eastAsia="宋体" w:hAnsi="宋体" w:cs="宋体"/>
          <w:color w:val="000000"/>
        </w:rPr>
        <w:t>的内二倍分割点．</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2295525" cy="428625"/>
            <wp:docPr id="11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
                    <pic:cNvPicPr>
                      <a:picLocks noChangeAspect="1"/>
                    </pic:cNvPicPr>
                  </pic:nvPicPr>
                  <pic:blipFill>
                    <a:blip r:embed="rId74"/>
                    <a:stretch>
                      <a:fillRect/>
                    </a:stretch>
                  </pic:blipFill>
                  <pic:spPr>
                    <a:xfrm>
                      <a:off x="0" y="0"/>
                      <a:ext cx="229552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例如：如图</w:t>
      </w:r>
      <w:r>
        <w:rPr>
          <w:rFonts w:ascii="Times New Roman" w:eastAsia="Times New Roman" w:hAnsi="Times New Roman" w:cs="Times New Roman"/>
          <w:color w:val="000000"/>
        </w:rPr>
        <w:t>3</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分别表示数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，则点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的内二倍分割点；点</w:t>
      </w:r>
      <w:r>
        <w:rPr>
          <w:rFonts w:ascii="Times New Roman" w:eastAsia="Times New Roman" w:hAnsi="Times New Roman" w:cs="Times New Roman"/>
          <w:i/>
          <w:color w:val="000000"/>
        </w:rPr>
        <w:t>D</w:t>
      </w:r>
      <w:r>
        <w:rPr>
          <w:rFonts w:ascii="宋体" w:eastAsia="宋体" w:hAnsi="宋体" w:cs="宋体"/>
          <w:color w:val="000000"/>
        </w:rPr>
        <w:t>是线段</w:t>
      </w:r>
      <w:r>
        <w:rPr>
          <w:rFonts w:ascii="Times New Roman" w:eastAsia="Times New Roman" w:hAnsi="Times New Roman" w:cs="Times New Roman"/>
          <w:i/>
          <w:color w:val="000000"/>
        </w:rPr>
        <w:t>BA</w:t>
      </w:r>
      <w:r>
        <w:rPr>
          <w:rFonts w:ascii="宋体" w:eastAsia="宋体" w:hAnsi="宋体" w:cs="宋体"/>
          <w:color w:val="000000"/>
        </w:rPr>
        <w:t>内二倍分割点．</w:t>
      </w:r>
    </w:p>
    <w:p>
      <w:pPr>
        <w:spacing w:line="360" w:lineRule="auto"/>
        <w:jc w:val="left"/>
        <w:textAlignment w:val="center"/>
        <w:rPr>
          <w:color w:val="000000"/>
        </w:rPr>
      </w:pPr>
      <w:r>
        <w:rPr>
          <w:color w:val="000000"/>
        </w:rPr>
        <w:drawing>
          <wp:inline>
            <wp:extent cx="2228850" cy="581025"/>
            <wp:docPr id="11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
                    <pic:cNvPicPr>
                      <a:picLocks noChangeAspect="1"/>
                    </pic:cNvPicPr>
                  </pic:nvPicPr>
                  <pic:blipFill>
                    <a:blip r:embed="rId75"/>
                    <a:stretch>
                      <a:fillRect/>
                    </a:stretch>
                  </pic:blipFill>
                  <pic:spPr>
                    <a:xfrm>
                      <a:off x="0" y="0"/>
                      <a:ext cx="2228850" cy="581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为数轴上两点，点</w:t>
      </w:r>
      <w:r>
        <w:rPr>
          <w:rFonts w:ascii="Times New Roman" w:eastAsia="Times New Roman" w:hAnsi="Times New Roman" w:cs="Times New Roman"/>
          <w:i/>
          <w:color w:val="000000"/>
        </w:rPr>
        <w:t>M</w:t>
      </w:r>
      <w:r>
        <w:rPr>
          <w:rFonts w:ascii="宋体" w:eastAsia="宋体" w:hAnsi="宋体" w:cs="宋体"/>
          <w:color w:val="000000"/>
        </w:rPr>
        <w:t>所表示的数为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所表示的数为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i/>
          <w:color w:val="000000"/>
        </w:rPr>
        <w:t>MN</w:t>
      </w:r>
      <w:r>
        <w:rPr>
          <w:rFonts w:ascii="宋体" w:eastAsia="宋体" w:hAnsi="宋体" w:cs="宋体"/>
          <w:color w:val="000000"/>
        </w:rPr>
        <w:t>的内二倍分割点表示的数是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NM</w:t>
      </w:r>
      <w:r>
        <w:rPr>
          <w:rFonts w:ascii="宋体" w:eastAsia="宋体" w:hAnsi="宋体" w:cs="宋体"/>
          <w:color w:val="000000"/>
        </w:rPr>
        <w:t>的内二倍分割点表示的数是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390900" cy="590550"/>
            <wp:docPr id="11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
                    <pic:cNvPicPr>
                      <a:picLocks noChangeAspect="1"/>
                    </pic:cNvPicPr>
                  </pic:nvPicPr>
                  <pic:blipFill>
                    <a:blip r:embed="rId76"/>
                    <a:stretch>
                      <a:fillRect/>
                    </a:stretch>
                  </pic:blipFill>
                  <pic:spPr>
                    <a:xfrm>
                      <a:off x="0" y="0"/>
                      <a:ext cx="3390900"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所表示的数为</w:t>
      </w:r>
      <w:r>
        <w:rPr>
          <w:rFonts w:ascii="Times New Roman" w:eastAsia="Times New Roman" w:hAnsi="Times New Roman" w:cs="Times New Roman"/>
          <w:color w:val="000000"/>
        </w:rPr>
        <w:t>-30</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所表示的数为</w:t>
      </w:r>
      <w:r>
        <w:rPr>
          <w:rFonts w:ascii="Times New Roman" w:eastAsia="Times New Roman" w:hAnsi="Times New Roman" w:cs="Times New Roman"/>
          <w:color w:val="000000"/>
        </w:rPr>
        <w:t>20</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个单位每秒的速度沿数轴向左运动，设运动时间为</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&gt;0</w:t>
      </w:r>
      <w:r>
        <w:rPr>
          <w:rFonts w:ascii="宋体" w:eastAsia="宋体" w:hAnsi="宋体" w:cs="宋体"/>
          <w:color w:val="000000"/>
        </w:rPr>
        <w:t>）秒．</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线段</w:t>
      </w:r>
      <w:r>
        <w:rPr>
          <w:rFonts w:ascii="Times New Roman" w:eastAsia="Times New Roman" w:hAnsi="Times New Roman" w:cs="Times New Roman"/>
          <w:i/>
          <w:color w:val="000000"/>
        </w:rPr>
        <w:t>BP</w:t>
      </w:r>
      <w:r>
        <w:rPr>
          <w:rFonts w:ascii="宋体" w:eastAsia="宋体" w:hAnsi="宋体" w:cs="宋体"/>
          <w:color w:val="000000"/>
        </w:rPr>
        <w:t>的长为</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求当</w:t>
      </w:r>
      <w:r>
        <w:rPr>
          <w:rFonts w:ascii="Times New Roman" w:eastAsia="Times New Roman" w:hAnsi="Times New Roman" w:cs="Times New Roman"/>
          <w:i/>
          <w:color w:val="000000"/>
        </w:rPr>
        <w:t>t</w:t>
      </w:r>
      <w:r>
        <w:rPr>
          <w:rFonts w:ascii="宋体" w:eastAsia="宋体" w:hAnsi="宋体" w:cs="宋体"/>
          <w:color w:val="000000"/>
        </w:rPr>
        <w:t>为何值时，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三个点中恰有一个点为其余两点的内二倍分割点．</w:t>
      </w:r>
    </w:p>
    <w:p>
      <w:pPr>
        <w:pStyle w:val="Heading2"/>
      </w:pPr>
      <w:r>
        <w:t>平谷区</w:t>
      </w:r>
    </w:p>
    <w:p>
      <w:pPr>
        <w:spacing w:line="360" w:lineRule="auto"/>
        <w:jc w:val="left"/>
        <w:textAlignment w:val="center"/>
        <w:rPr>
          <w:color w:val="000000"/>
        </w:rPr>
      </w:pPr>
      <w:r>
        <w:rPr>
          <w:color w:val="000000"/>
        </w:rPr>
        <w:t xml:space="preserve">23. </w:t>
      </w:r>
      <w:r>
        <w:rPr>
          <w:rFonts w:ascii="宋体" w:eastAsia="宋体" w:hAnsi="宋体" w:cs="宋体"/>
          <w:color w:val="000000"/>
        </w:rPr>
        <w:t>如图：点</w:t>
      </w:r>
      <w:r>
        <w:rPr>
          <w:rFonts w:ascii="Times New Roman" w:eastAsia="Times New Roman" w:hAnsi="Times New Roman" w:cs="Times New Roman"/>
          <w:color w:val="000000"/>
        </w:rPr>
        <w:t>O</w:t>
      </w:r>
      <w:r>
        <w:rPr>
          <w:rFonts w:ascii="宋体" w:eastAsia="宋体" w:hAnsi="宋体" w:cs="宋体"/>
          <w:color w:val="000000"/>
        </w:rPr>
        <w:t>为直线上一点，过点</w:t>
      </w:r>
      <w:r>
        <w:rPr>
          <w:rFonts w:ascii="Times New Roman" w:eastAsia="Times New Roman" w:hAnsi="Times New Roman" w:cs="Times New Roman"/>
          <w:color w:val="000000"/>
        </w:rPr>
        <w:t>O</w:t>
      </w:r>
      <w:r>
        <w:rPr>
          <w:rFonts w:ascii="宋体" w:eastAsia="宋体" w:hAnsi="宋体" w:cs="宋体"/>
          <w:color w:val="000000"/>
        </w:rPr>
        <w:t>作射线</w:t>
      </w:r>
      <w:r>
        <w:rPr>
          <w:rFonts w:ascii="Times New Roman" w:eastAsia="Times New Roman" w:hAnsi="Times New Roman" w:cs="Times New Roman"/>
          <w:color w:val="000000"/>
        </w:rPr>
        <w:t>OP</w:t>
      </w:r>
      <w:r>
        <w:rPr>
          <w:rFonts w:ascii="宋体" w:eastAsia="宋体" w:hAnsi="宋体" w:cs="宋体"/>
          <w:color w:val="000000"/>
        </w:rPr>
        <w:t>，使</w:t>
      </w:r>
      <w:r>
        <w:rPr>
          <w:rFonts w:ascii="Times New Roman" w:eastAsia="Times New Roman" w:hAnsi="Times New Roman" w:cs="Times New Roman"/>
          <w:color w:val="000000"/>
        </w:rPr>
        <w:t>∠AOP</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，将一直角三角板的直角顶角放在点</w:t>
      </w:r>
      <w:r>
        <w:rPr>
          <w:rFonts w:ascii="Times New Roman" w:eastAsia="Times New Roman" w:hAnsi="Times New Roman" w:cs="Times New Roman"/>
          <w:color w:val="000000"/>
        </w:rPr>
        <w:t>O</w:t>
      </w:r>
      <w:r>
        <w:rPr>
          <w:rFonts w:ascii="宋体" w:eastAsia="宋体" w:hAnsi="宋体" w:cs="宋体"/>
          <w:color w:val="000000"/>
        </w:rPr>
        <w:t>处</w:t>
      </w:r>
    </w:p>
    <w:p>
      <w:pPr>
        <w:spacing w:line="360" w:lineRule="auto"/>
        <w:jc w:val="left"/>
        <w:textAlignment w:val="center"/>
        <w:rPr>
          <w:color w:val="000000"/>
        </w:rPr>
      </w:pPr>
      <w:r>
        <w:rPr>
          <w:color w:val="000000"/>
        </w:rPr>
        <w:drawing>
          <wp:inline>
            <wp:extent cx="2286000" cy="1400175"/>
            <wp:docPr id="11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
                    <pic:cNvPicPr>
                      <a:picLocks noChangeAspect="1"/>
                    </pic:cNvPicPr>
                  </pic:nvPicPr>
                  <pic:blipFill>
                    <a:blip r:embed="rId77"/>
                    <a:stretch>
                      <a:fillRect/>
                    </a:stretch>
                  </pic:blipFill>
                  <pic:spPr>
                    <a:xfrm>
                      <a:off x="0" y="0"/>
                      <a:ext cx="2286000" cy="1400175"/>
                    </a:xfrm>
                    <a:prstGeom prst="rect">
                      <a:avLst/>
                    </a:prstGeom>
                  </pic:spPr>
                </pic:pic>
              </a:graphicData>
            </a:graphic>
          </wp:inline>
        </w:drawing>
      </w:r>
      <w:r>
        <w:rPr>
          <w:color w:val="000000"/>
        </w:rPr>
        <w:drawing>
          <wp:inline>
            <wp:extent cx="2314575" cy="1409700"/>
            <wp:docPr id="113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
                    <pic:cNvPicPr>
                      <a:picLocks noChangeAspect="1"/>
                    </pic:cNvPicPr>
                  </pic:nvPicPr>
                  <pic:blipFill>
                    <a:blip r:embed="rId78"/>
                    <a:stretch>
                      <a:fillRect/>
                    </a:stretch>
                  </pic:blipFill>
                  <pic:spPr>
                    <a:xfrm>
                      <a:off x="0" y="0"/>
                      <a:ext cx="2314575" cy="1409700"/>
                    </a:xfrm>
                    <a:prstGeom prst="rect">
                      <a:avLst/>
                    </a:prstGeom>
                  </pic:spPr>
                </pic:pic>
              </a:graphicData>
            </a:graphic>
          </wp:inline>
        </w:drawing>
      </w:r>
      <w:r>
        <w:rPr>
          <w:color w:val="000000"/>
        </w:rPr>
        <w:drawing>
          <wp:inline>
            <wp:extent cx="2276475" cy="1790700"/>
            <wp:docPr id="11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
                    <pic:cNvPicPr>
                      <a:picLocks noChangeAspect="1"/>
                    </pic:cNvPicPr>
                  </pic:nvPicPr>
                  <pic:blipFill>
                    <a:blip r:embed="rId79"/>
                    <a:stretch>
                      <a:fillRect/>
                    </a:stretch>
                  </pic:blipFill>
                  <pic:spPr>
                    <a:xfrm>
                      <a:off x="0" y="0"/>
                      <a:ext cx="2276475" cy="17907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，一边</w:t>
      </w:r>
      <w:r>
        <w:rPr>
          <w:rFonts w:ascii="Times New Roman" w:eastAsia="Times New Roman" w:hAnsi="Times New Roman" w:cs="Times New Roman"/>
          <w:color w:val="000000"/>
        </w:rPr>
        <w:t>OM</w:t>
      </w:r>
      <w:r>
        <w:rPr>
          <w:rFonts w:ascii="宋体" w:eastAsia="宋体" w:hAnsi="宋体" w:cs="宋体"/>
          <w:color w:val="000000"/>
        </w:rPr>
        <w:t>为射线</w:t>
      </w:r>
      <w:r>
        <w:rPr>
          <w:rFonts w:ascii="Times New Roman" w:eastAsia="Times New Roman" w:hAnsi="Times New Roman" w:cs="Times New Roman"/>
          <w:color w:val="000000"/>
        </w:rPr>
        <w:t>OB</w:t>
      </w:r>
      <w:r>
        <w:rPr>
          <w:rFonts w:ascii="宋体" w:eastAsia="宋体" w:hAnsi="宋体" w:cs="宋体"/>
          <w:color w:val="000000"/>
        </w:rPr>
        <w:t>上，另一边</w:t>
      </w:r>
      <w:r>
        <w:rPr>
          <w:rFonts w:ascii="Times New Roman" w:eastAsia="Times New Roman" w:hAnsi="Times New Roman" w:cs="Times New Roman"/>
          <w:color w:val="000000"/>
        </w:rPr>
        <w:t>ON</w:t>
      </w:r>
      <w:r>
        <w:rPr>
          <w:rFonts w:ascii="宋体" w:eastAsia="宋体" w:hAnsi="宋体" w:cs="宋体"/>
          <w:color w:val="000000"/>
        </w:rPr>
        <w:t>在直线</w:t>
      </w:r>
      <w:r>
        <w:rPr>
          <w:rFonts w:ascii="Times New Roman" w:eastAsia="Times New Roman" w:hAnsi="Times New Roman" w:cs="Times New Roman"/>
          <w:color w:val="000000"/>
        </w:rPr>
        <w:t>AB</w:t>
      </w:r>
      <w:r>
        <w:rPr>
          <w:rFonts w:ascii="宋体" w:eastAsia="宋体" w:hAnsi="宋体" w:cs="宋体"/>
          <w:color w:val="000000"/>
        </w:rPr>
        <w:t>的下方，那么钝角</w:t>
      </w:r>
      <w:r>
        <w:rPr>
          <w:rFonts w:ascii="Times New Roman" w:eastAsia="Times New Roman" w:hAnsi="Times New Roman" w:cs="Times New Roman"/>
          <w:color w:val="000000"/>
        </w:rPr>
        <w:t>∠PON</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，将图</w:t>
      </w:r>
      <w:r>
        <w:rPr>
          <w:rFonts w:ascii="Times New Roman" w:eastAsia="Times New Roman" w:hAnsi="Times New Roman" w:cs="Times New Roman"/>
          <w:color w:val="000000"/>
        </w:rPr>
        <w:t>1</w:t>
      </w:r>
      <w:r>
        <w:rPr>
          <w:rFonts w:ascii="宋体" w:eastAsia="宋体" w:hAnsi="宋体" w:cs="宋体"/>
          <w:color w:val="000000"/>
        </w:rPr>
        <w:t>中三角板绕点</w:t>
      </w:r>
      <w:r>
        <w:rPr>
          <w:rFonts w:ascii="Times New Roman" w:eastAsia="Times New Roman" w:hAnsi="Times New Roman" w:cs="Times New Roman"/>
          <w:color w:val="000000"/>
        </w:rPr>
        <w:t>O</w:t>
      </w:r>
      <w:r>
        <w:rPr>
          <w:rFonts w:ascii="宋体" w:eastAsia="宋体" w:hAnsi="宋体" w:cs="宋体"/>
          <w:color w:val="000000"/>
        </w:rPr>
        <w:t>逆时针旋转，使边</w:t>
      </w:r>
      <w:r>
        <w:rPr>
          <w:rFonts w:ascii="Times New Roman" w:eastAsia="Times New Roman" w:hAnsi="Times New Roman" w:cs="Times New Roman"/>
          <w:color w:val="000000"/>
        </w:rPr>
        <w:t>OM</w:t>
      </w:r>
      <w:r>
        <w:rPr>
          <w:rFonts w:ascii="宋体" w:eastAsia="宋体" w:hAnsi="宋体" w:cs="宋体"/>
          <w:color w:val="000000"/>
        </w:rPr>
        <w:t>在</w:t>
      </w:r>
      <w:r>
        <w:rPr>
          <w:rFonts w:ascii="Times New Roman" w:eastAsia="Times New Roman" w:hAnsi="Times New Roman" w:cs="Times New Roman"/>
          <w:color w:val="000000"/>
        </w:rPr>
        <w:t>∠BOP</w:t>
      </w:r>
      <w:r>
        <w:rPr>
          <w:rFonts w:ascii="宋体" w:eastAsia="宋体" w:hAnsi="宋体" w:cs="宋体"/>
          <w:color w:val="000000"/>
        </w:rPr>
        <w:t>的内部，且</w:t>
      </w:r>
      <w:r>
        <w:rPr>
          <w:rFonts w:ascii="Times New Roman" w:eastAsia="Times New Roman" w:hAnsi="Times New Roman" w:cs="Times New Roman"/>
          <w:color w:val="000000"/>
        </w:rPr>
        <w:t>OM</w:t>
      </w:r>
      <w:r>
        <w:rPr>
          <w:rFonts w:ascii="宋体" w:eastAsia="宋体" w:hAnsi="宋体" w:cs="宋体"/>
          <w:color w:val="000000"/>
        </w:rPr>
        <w:t>恰好平分</w:t>
      </w:r>
      <w:r>
        <w:rPr>
          <w:rFonts w:ascii="Times New Roman" w:eastAsia="Times New Roman" w:hAnsi="Times New Roman" w:cs="Times New Roman"/>
          <w:color w:val="000000"/>
        </w:rPr>
        <w:t>∠BOP</w:t>
      </w:r>
      <w:r>
        <w:rPr>
          <w:rFonts w:ascii="宋体" w:eastAsia="宋体" w:hAnsi="宋体" w:cs="宋体"/>
          <w:color w:val="000000"/>
        </w:rPr>
        <w:t>，此时</w:t>
      </w:r>
      <w:r>
        <w:rPr>
          <w:rFonts w:ascii="Times New Roman" w:eastAsia="Times New Roman" w:hAnsi="Times New Roman" w:cs="Times New Roman"/>
          <w:color w:val="000000"/>
        </w:rPr>
        <w:t>∠BON</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，继续将图</w:t>
      </w:r>
      <w:r>
        <w:rPr>
          <w:rFonts w:ascii="Times New Roman" w:eastAsia="Times New Roman" w:hAnsi="Times New Roman" w:cs="Times New Roman"/>
          <w:color w:val="000000"/>
        </w:rPr>
        <w:t>2</w:t>
      </w:r>
      <w:r>
        <w:rPr>
          <w:rFonts w:ascii="宋体" w:eastAsia="宋体" w:hAnsi="宋体" w:cs="宋体"/>
          <w:color w:val="000000"/>
        </w:rPr>
        <w:t>中</w:t>
      </w:r>
      <w:r>
        <w:rPr>
          <w:rFonts w:ascii="宋体" w:eastAsia="宋体" w:hAnsi="宋体" w:cs="宋体"/>
          <w:color w:val="000000"/>
          <w:position w:val="0"/>
        </w:rPr>
        <w:drawing>
          <wp:inline>
            <wp:extent cx="133350" cy="177800"/>
            <wp:docPr id="11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
                    <pic:cNvPicPr>
                      <a:picLocks noChangeAspect="1"/>
                    </pic:cNvPicPr>
                  </pic:nvPicPr>
                  <pic:blipFill>
                    <a:blip r:embed="rId8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三角板绕点</w:t>
      </w:r>
      <w:r>
        <w:rPr>
          <w:rFonts w:ascii="Times New Roman" w:eastAsia="Times New Roman" w:hAnsi="Times New Roman" w:cs="Times New Roman"/>
          <w:color w:val="000000"/>
        </w:rPr>
        <w:t>O</w:t>
      </w:r>
      <w:r>
        <w:rPr>
          <w:rFonts w:ascii="宋体" w:eastAsia="宋体" w:hAnsi="宋体" w:cs="宋体"/>
          <w:color w:val="000000"/>
        </w:rPr>
        <w:t>逆时针旋转</w:t>
      </w:r>
      <w:r>
        <w:pict>
          <v:shape id="_x0000_i700312" type="#_x0000_t75" alt="学科网(www.zxxk.com)--教育资源门户，提供试卷、教案、课件、论文、素材以及各类教学资源下载，还有大量而丰富的教学相关资讯！" style="width:12pt;height:10.9pt" o:oleicon="f" o:ole="">
            <v:imagedata r:id="rId81" o:title="eqIde170f206fdbbd834aad7580c727e2cc6"/>
          </v:shape>
        </w:pict>
      </w:r>
      <w:r>
        <w:rPr>
          <w:rFonts w:ascii="宋体" w:eastAsia="宋体" w:hAnsi="宋体" w:cs="宋体"/>
          <w:color w:val="000000"/>
        </w:rPr>
        <w:t>度，使得</w:t>
      </w:r>
      <w:r>
        <w:rPr>
          <w:rFonts w:ascii="Times New Roman" w:eastAsia="Times New Roman" w:hAnsi="Times New Roman" w:cs="Times New Roman"/>
          <w:color w:val="000000"/>
        </w:rPr>
        <w:t>ON</w:t>
      </w:r>
      <w:r>
        <w:rPr>
          <w:rFonts w:ascii="宋体" w:eastAsia="宋体" w:hAnsi="宋体" w:cs="宋体"/>
          <w:color w:val="000000"/>
        </w:rPr>
        <w:t>在</w:t>
      </w:r>
      <w:r>
        <w:rPr>
          <w:rFonts w:ascii="Times New Roman" w:eastAsia="Times New Roman" w:hAnsi="Times New Roman" w:cs="Times New Roman"/>
          <w:color w:val="000000"/>
        </w:rPr>
        <w:t>∠AOP</w:t>
      </w:r>
      <w:r>
        <w:rPr>
          <w:rFonts w:ascii="宋体" w:eastAsia="宋体" w:hAnsi="宋体" w:cs="宋体"/>
          <w:color w:val="000000"/>
        </w:rPr>
        <w:t>内部，且满足</w:t>
      </w:r>
      <w:r>
        <w:rPr>
          <w:rFonts w:ascii="Times New Roman" w:eastAsia="Times New Roman" w:hAnsi="Times New Roman" w:cs="Times New Roman"/>
          <w:color w:val="000000"/>
        </w:rPr>
        <w:t>∠AOM</w:t>
      </w:r>
      <w:r>
        <w:rPr>
          <w:rFonts w:ascii="宋体" w:eastAsia="宋体" w:hAnsi="宋体" w:cs="宋体"/>
          <w:color w:val="000000"/>
        </w:rPr>
        <w:t>＝</w:t>
      </w:r>
      <w:r>
        <w:rPr>
          <w:rFonts w:ascii="Times New Roman" w:eastAsia="Times New Roman" w:hAnsi="Times New Roman" w:cs="Times New Roman"/>
          <w:color w:val="000000"/>
        </w:rPr>
        <w:t>3∠NOP</w:t>
      </w:r>
      <w:r>
        <w:rPr>
          <w:rFonts w:ascii="宋体" w:eastAsia="宋体" w:hAnsi="宋体" w:cs="宋体"/>
          <w:color w:val="000000"/>
        </w:rPr>
        <w:t>时，求</w:t>
      </w:r>
      <w:r>
        <w:pict>
          <v:shape id="_x0000_i700313" type="#_x0000_t75" alt="学科网(www.zxxk.com)--教育资源门户，提供试卷、教案、课件、论文、素材以及各类教学资源下载，还有大量而丰富的教学相关资讯！" style="width:12pt;height:10.9pt" o:oleicon="f" o:ole="">
            <v:imagedata r:id="rId81" o:title="eqIde170f206fdbbd834aad7580c727e2cc6"/>
          </v:shape>
        </w:pict>
      </w:r>
      <w:r>
        <w:rPr>
          <w:rFonts w:ascii="宋体" w:eastAsia="宋体" w:hAnsi="宋体" w:cs="宋体"/>
          <w:color w:val="000000"/>
        </w:rPr>
        <w:t>的度数</w:t>
      </w:r>
    </w:p>
    <w:p>
      <w:pPr>
        <w:spacing w:line="360" w:lineRule="auto"/>
        <w:jc w:val="left"/>
        <w:textAlignment w:val="center"/>
        <w:rPr>
          <w:color w:val="000000"/>
        </w:rPr>
      </w:pPr>
      <w:r>
        <w:rPr>
          <w:color w:val="000000"/>
        </w:rPr>
        <w:t xml:space="preserve">24. </w:t>
      </w:r>
      <w:r>
        <w:rPr>
          <w:rFonts w:ascii="宋体" w:eastAsia="宋体" w:hAnsi="宋体" w:cs="宋体"/>
          <w:color w:val="000000"/>
        </w:rPr>
        <w:t>阅读下面材料，回答问题</w:t>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在数轴上分别表示有理数</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 xml:space="preserve">两点之间的距离表示 </w:t>
      </w:r>
      <w:r>
        <w:rPr>
          <w:rFonts w:ascii="Times New Roman" w:eastAsia="Times New Roman" w:hAnsi="Times New Roman" w:cs="Times New Roman"/>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两点中有一点在原点时，不妨设点</w:t>
      </w:r>
      <w:r>
        <w:rPr>
          <w:rFonts w:ascii="Times New Roman" w:eastAsia="Times New Roman" w:hAnsi="Times New Roman" w:cs="Times New Roman"/>
          <w:color w:val="000000"/>
        </w:rPr>
        <w:t>A</w:t>
      </w:r>
      <w:r>
        <w:rPr>
          <w:rFonts w:ascii="宋体" w:eastAsia="宋体" w:hAnsi="宋体" w:cs="宋体"/>
          <w:color w:val="000000"/>
        </w:rPr>
        <w:t xml:space="preserve"> 在原点，如图</w:t>
      </w:r>
      <w:r>
        <w:rPr>
          <w:rFonts w:ascii="Times New Roman" w:eastAsia="Times New Roman" w:hAnsi="Times New Roman" w:cs="Times New Roman"/>
          <w:color w:val="000000"/>
        </w:rPr>
        <w:t>1</w:t>
      </w:r>
      <w:r>
        <w:rPr>
          <w:rFonts w:ascii="宋体" w:eastAsia="宋体" w:hAnsi="宋体" w:cs="宋体"/>
          <w:color w:val="000000"/>
        </w:rPr>
        <w:t>，</w:t>
      </w:r>
      <w:r>
        <w:pict>
          <v:shape id="_x0000_i700314" type="#_x0000_t75" alt="学科网(www.zxxk.com)--教育资源门户，提供试卷、教案、课件、论文、素材以及各类教学资源下载，还有大量而丰富的教学相关资讯！" style="width:162.85pt;height:20.15pt" o:oleicon="f" o:ole="">
            <v:imagedata r:id="rId82" o:title="eqIdf09d04217c41f68f53461d168332e224"/>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（二） 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两点都不在原点时，如图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都在原点的右边，</w:t>
      </w:r>
      <w:r>
        <w:pict>
          <v:shape id="_x0000_i700315" type="#_x0000_t75" alt="学科网(www.zxxk.com)--教育资源门户，提供试卷、教案、课件、论文、素材以及各类教学资源下载，还有大量而丰富的教学相关资讯！" style="width:189pt;height:20.15pt" o:oleicon="f" o:ole="">
            <v:imagedata r:id="rId83" o:title="eqId22e94d586928204a00b046109ef5f677"/>
          </v:shape>
        </w:pict>
      </w:r>
    </w:p>
    <w:p>
      <w:pPr>
        <w:spacing w:line="360" w:lineRule="auto"/>
        <w:jc w:val="left"/>
        <w:textAlignment w:val="center"/>
        <w:rPr>
          <w:color w:val="000000"/>
        </w:rPr>
      </w:pPr>
      <w:r>
        <w:rPr>
          <w:rFonts w:ascii="宋体" w:eastAsia="宋体" w:hAnsi="宋体" w:cs="宋体"/>
          <w:color w:val="000000"/>
        </w:rPr>
        <w:t xml:space="preserve"> 如图</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都在原点的左边，</w:t>
      </w:r>
      <w:r>
        <w:pict>
          <v:shape id="_x0000_i700316" type="#_x0000_t75" alt="学科网(www.zxxk.com)--教育资源门户，提供试卷、教案、课件、论文、素材以及各类教学资源下载，还有大量而丰富的教学相关资讯！" style="width:245.5pt;height:19.5pt" o:oleicon="f" o:ole="">
            <v:imagedata r:id="rId84" o:title="eqIde532193ad9713cd094079fe96d1ea783"/>
          </v:shape>
        </w:pic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在原点的两边，</w:t>
      </w:r>
      <w:r>
        <w:pict>
          <v:shape id="_x0000_i700317" type="#_x0000_t75" alt="学科网(www.zxxk.com)--教育资源门户，提供试卷、教案、课件、论文、素材以及各类教学资源下载，还有大量而丰富的教学相关资讯！" style="width:238.5pt;height:19.5pt" o:oleicon="f" o:ole="">
            <v:imagedata r:id="rId85" o:title="eqId783f83f35aed861b9963ded4882e3ff3"/>
          </v:shape>
        </w:pict>
      </w:r>
    </w:p>
    <w:p>
      <w:pPr>
        <w:spacing w:line="360" w:lineRule="auto"/>
        <w:jc w:val="left"/>
        <w:textAlignment w:val="center"/>
        <w:rPr>
          <w:color w:val="000000"/>
        </w:rPr>
      </w:pPr>
      <w:r>
        <w:rPr>
          <w:rFonts w:ascii="宋体" w:eastAsia="宋体" w:hAnsi="宋体" w:cs="宋体"/>
          <w:color w:val="000000"/>
        </w:rPr>
        <w:t>综上，数轴</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两点的距离</w:t>
      </w:r>
      <w:r>
        <w:pict>
          <v:shape id="_x0000_i700318" type="#_x0000_t75" alt="学科网(www.zxxk.com)--教育资源门户，提供试卷、教案、课件、论文、素材以及各类教学资源下载，还有大量而丰富的教学相关资讯！" style="width:57pt;height:20.25pt" o:oleicon="f" o:ole="">
            <v:imagedata r:id="rId86" o:title="eqId2afd4acb164aad6d5a73989f5412730b"/>
          </v:shape>
        </w:pict>
      </w:r>
    </w:p>
    <w:p>
      <w:pPr>
        <w:spacing w:line="360" w:lineRule="auto"/>
        <w:jc w:val="left"/>
        <w:textAlignment w:val="center"/>
        <w:rPr>
          <w:color w:val="000000"/>
        </w:rPr>
      </w:pPr>
      <w:r>
        <w:rPr>
          <w:rFonts w:ascii="宋体" w:eastAsia="宋体" w:hAnsi="宋体" w:cs="宋体"/>
          <w:color w:val="000000"/>
        </w:rPr>
        <w:t>利用上述结论，回答以下几个问题：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）数轴上点</w:t>
      </w:r>
      <w:r>
        <w:rPr>
          <w:rFonts w:ascii="Times New Roman" w:eastAsia="Times New Roman" w:hAnsi="Times New Roman" w:cs="Times New Roman"/>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表示的数是</w:t>
      </w:r>
      <w:r>
        <w:rPr>
          <w:rFonts w:ascii="Times New Roman" w:eastAsia="Times New Roman" w:hAnsi="Times New Roman" w:cs="Times New Roman"/>
          <w:color w:val="000000"/>
        </w:rPr>
        <w:t>x</w:t>
      </w:r>
      <w:r>
        <w:rPr>
          <w:rFonts w:ascii="宋体" w:eastAsia="宋体" w:hAnsi="宋体" w:cs="宋体"/>
          <w:color w:val="000000"/>
        </w:rPr>
        <w:t>，且点</w:t>
      </w:r>
      <w:r>
        <w:rPr>
          <w:rFonts w:ascii="Times New Roman" w:eastAsia="Times New Roman" w:hAnsi="Times New Roman" w:cs="Times New Roman"/>
          <w:color w:val="000000"/>
        </w:rPr>
        <w:t>B</w:t>
      </w:r>
      <w:r>
        <w:rPr>
          <w:rFonts w:ascii="宋体" w:eastAsia="宋体" w:hAnsi="宋体" w:cs="宋体"/>
          <w:color w:val="000000"/>
        </w:rPr>
        <w:t>与点</w:t>
      </w:r>
      <w:r>
        <w:rPr>
          <w:rFonts w:ascii="Times New Roman" w:eastAsia="Times New Roman" w:hAnsi="Times New Roman" w:cs="Times New Roman"/>
          <w:color w:val="000000"/>
        </w:rPr>
        <w:t>A</w:t>
      </w:r>
      <w:r>
        <w:rPr>
          <w:rFonts w:ascii="宋体" w:eastAsia="宋体" w:hAnsi="宋体" w:cs="宋体"/>
          <w:color w:val="000000"/>
        </w:rPr>
        <w:t xml:space="preserve">在原点的同侧， </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color w:val="000000"/>
        </w:rPr>
        <w:t>A</w:t>
      </w:r>
      <w:r>
        <w:rPr>
          <w:rFonts w:ascii="宋体" w:eastAsia="宋体" w:hAnsi="宋体" w:cs="宋体"/>
          <w:color w:val="000000"/>
        </w:rPr>
        <w:t>到原点的距离是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表示的数绝对值是</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AB</w:t>
      </w: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在数轴上表示的数分别是－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color w:val="000000"/>
        </w:rPr>
        <w:t>P</w:t>
      </w:r>
      <w:r>
        <w:rPr>
          <w:rFonts w:ascii="宋体" w:eastAsia="宋体" w:hAnsi="宋体" w:cs="宋体"/>
          <w:color w:val="000000"/>
        </w:rPr>
        <w:t>在数轴上表示的数是</w:t>
      </w:r>
      <w:r>
        <w:rPr>
          <w:rFonts w:ascii="Times New Roman" w:eastAsia="Times New Roman" w:hAnsi="Times New Roman" w:cs="Times New Roman"/>
          <w:color w:val="000000"/>
        </w:rPr>
        <w:t>x</w:t>
      </w:r>
      <w:r>
        <w:rPr>
          <w:rFonts w:ascii="宋体" w:eastAsia="宋体" w:hAnsi="宋体" w:cs="宋体"/>
          <w:color w:val="000000"/>
        </w:rPr>
        <w:t>，当</w:t>
      </w:r>
      <w:r>
        <w:pict>
          <v:shape id="_x0000_i700319" type="#_x0000_t75" alt="学科网(www.zxxk.com)--教育资源门户，提供试卷、教案、课件、论文、素材以及各类教学资源下载，还有大量而丰富的教学相关资讯！" style="width:69.75pt;height:20.25pt" o:oleicon="f" o:ole="">
            <v:imagedata r:id="rId87" o:title="eqId2ad1e9742edb1cff4310ab1aac8229c6"/>
          </v:shape>
        </w:pict>
      </w:r>
      <w:r>
        <w:rPr>
          <w:rFonts w:ascii="宋体" w:eastAsia="宋体" w:hAnsi="宋体" w:cs="宋体"/>
          <w:color w:val="000000"/>
        </w:rPr>
        <w:t>时，直接写</w:t>
      </w:r>
      <w:r>
        <w:rPr>
          <w:rFonts w:ascii="Times New Roman" w:eastAsia="Times New Roman" w:hAnsi="Times New Roman" w:cs="Times New Roman"/>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2438400" cy="819150"/>
            <wp:docPr id="11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
                    <pic:cNvPicPr>
                      <a:picLocks noChangeAspect="1"/>
                    </pic:cNvPicPr>
                  </pic:nvPicPr>
                  <pic:blipFill>
                    <a:blip r:embed="rId88"/>
                    <a:stretch>
                      <a:fillRect/>
                    </a:stretch>
                  </pic:blipFill>
                  <pic:spPr>
                    <a:xfrm>
                      <a:off x="0" y="0"/>
                      <a:ext cx="2438400" cy="819150"/>
                    </a:xfrm>
                    <a:prstGeom prst="rect">
                      <a:avLst/>
                    </a:prstGeom>
                  </pic:spPr>
                </pic:pic>
              </a:graphicData>
            </a:graphic>
          </wp:inline>
        </w:drawing>
      </w:r>
      <w:r>
        <w:rPr>
          <w:color w:val="000000"/>
        </w:rPr>
        <w:drawing>
          <wp:inline>
            <wp:extent cx="2438400" cy="762000"/>
            <wp:docPr id="114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
                    <pic:cNvPicPr>
                      <a:picLocks noChangeAspect="1"/>
                    </pic:cNvPicPr>
                  </pic:nvPicPr>
                  <pic:blipFill>
                    <a:blip r:embed="rId89"/>
                    <a:stretch>
                      <a:fillRect/>
                    </a:stretch>
                  </pic:blipFill>
                  <pic:spPr>
                    <a:xfrm>
                      <a:off x="0" y="0"/>
                      <a:ext cx="2438400" cy="762000"/>
                    </a:xfrm>
                    <a:prstGeom prst="rect">
                      <a:avLst/>
                    </a:prstGeom>
                  </pic:spPr>
                </pic:pic>
              </a:graphicData>
            </a:graphic>
          </wp:inline>
        </w:drawing>
      </w:r>
    </w:p>
    <w:p>
      <w:pPr>
        <w:spacing w:line="360" w:lineRule="auto"/>
        <w:jc w:val="left"/>
        <w:textAlignment w:val="center"/>
        <w:rPr>
          <w:color w:val="000000"/>
        </w:rPr>
        <w:sectPr w:rsidSect="00C321EB">
          <w:headerReference w:type="even" r:id="rId132"/>
          <w:footerReference w:type="even" r:id="rId133"/>
          <w:headerReference w:type="first" r:id="rId134"/>
          <w:footerReference w:type="first" r:id="rId135"/>
          <w:pgSz w:w="11906" w:h="16838"/>
          <w:pgMar w:top="910" w:right="1080" w:bottom="1440" w:left="1080" w:header="152" w:footer="0" w:gutter="0"/>
          <w:cols w:space="720"/>
          <w:titlePg w:val="0"/>
          <w:docGrid w:type="lines" w:linePitch="312"/>
        </w:sectPr>
      </w:pPr>
      <w:r>
        <w:rPr>
          <w:color w:val="000000"/>
        </w:rPr>
        <w:drawing>
          <wp:inline>
            <wp:extent cx="2409825" cy="819150"/>
            <wp:docPr id="11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
                    <pic:cNvPicPr>
                      <a:picLocks noChangeAspect="1"/>
                    </pic:cNvPicPr>
                  </pic:nvPicPr>
                  <pic:blipFill>
                    <a:blip r:embed="rId90"/>
                    <a:stretch>
                      <a:fillRect/>
                    </a:stretch>
                  </pic:blipFill>
                  <pic:spPr>
                    <a:xfrm>
                      <a:off x="0" y="0"/>
                      <a:ext cx="2409825" cy="819150"/>
                    </a:xfrm>
                    <a:prstGeom prst="rect">
                      <a:avLst/>
                    </a:prstGeom>
                  </pic:spPr>
                </pic:pic>
              </a:graphicData>
            </a:graphic>
          </wp:inline>
        </w:drawing>
      </w:r>
      <w:r>
        <w:rPr>
          <w:color w:val="000000"/>
        </w:rPr>
        <w:drawing>
          <wp:inline>
            <wp:extent cx="2419350" cy="809625"/>
            <wp:docPr id="1150"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
                    <pic:cNvPicPr>
                      <a:picLocks noChangeAspect="1"/>
                    </pic:cNvPicPr>
                  </pic:nvPicPr>
                  <pic:blipFill>
                    <a:blip r:embed="rId91"/>
                    <a:stretch>
                      <a:fillRect/>
                    </a:stretch>
                  </pic:blipFill>
                  <pic:spPr>
                    <a:xfrm>
                      <a:off x="0" y="0"/>
                      <a:ext cx="2419350" cy="809625"/>
                    </a:xfrm>
                    <a:prstGeom prst="rect">
                      <a:avLst/>
                    </a:prstGeom>
                  </pic:spPr>
                </pic:pic>
              </a:graphicData>
            </a:graphic>
          </wp:inline>
        </w:drawing>
      </w:r>
    </w:p>
    <w:p>
      <w:pPr>
        <w:pStyle w:val="Heading2"/>
      </w:pPr>
      <w:r>
        <w:t>延庆区</w:t>
      </w:r>
    </w:p>
    <w:p>
      <w:pPr>
        <w:spacing w:line="360" w:lineRule="auto"/>
        <w:jc w:val="left"/>
        <w:textAlignment w:val="center"/>
        <w:rPr>
          <w:color w:val="000000"/>
        </w:rPr>
      </w:pPr>
      <w:r>
        <w:rPr>
          <w:color w:val="000000"/>
        </w:rPr>
        <w:t xml:space="preserve">24. </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是数轴的原点，点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是数轴上不重合的两个点，且点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的左边，点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的中点．在上述条件下，解决问题：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6</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62450" cy="209550"/>
            <wp:docPr id="11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
                    <pic:cNvPicPr>
                      <a:picLocks noChangeAspect="1"/>
                    </pic:cNvPicPr>
                  </pic:nvPicPr>
                  <pic:blipFill>
                    <a:blip r:embed="rId92"/>
                    <a:stretch>
                      <a:fillRect/>
                    </a:stretch>
                  </pic:blipFill>
                  <pic:spPr>
                    <a:xfrm>
                      <a:off x="0" y="0"/>
                      <a:ext cx="4362450"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，那么点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62450" cy="209550"/>
            <wp:docPr id="11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
                    <pic:cNvPicPr>
                      <a:picLocks noChangeAspect="1"/>
                    </pic:cNvPicPr>
                  </pic:nvPicPr>
                  <pic:blipFill>
                    <a:blip r:embed="rId93"/>
                    <a:stretch>
                      <a:fillRect/>
                    </a:stretch>
                  </pic:blipFill>
                  <pic:spPr>
                    <a:xfrm>
                      <a:off x="0" y="0"/>
                      <a:ext cx="4362450"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i/>
          <w:color w:val="000000"/>
        </w:rPr>
        <w:t>b</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用含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的代数式表示</w:t>
      </w:r>
      <w:r>
        <w:rPr>
          <w:rFonts w:ascii="Times New Roman" w:eastAsia="Times New Roman" w:hAnsi="Times New Roman" w:cs="Times New Roman"/>
          <w:color w:val="000000"/>
        </w:rPr>
        <w:t xml:space="preserve">) </w:t>
      </w:r>
      <w:r>
        <w:rPr>
          <w:rFonts w:ascii="宋体" w:eastAsia="宋体" w:hAnsi="宋体" w:cs="宋体"/>
          <w:color w:val="000000"/>
        </w:rPr>
        <w:t>，所以</w:t>
      </w:r>
      <w:r>
        <w:rPr>
          <w:rFonts w:ascii="Times New Roman" w:eastAsia="Times New Roman" w:hAnsi="Times New Roman" w:cs="Times New Roman"/>
          <w:i/>
          <w:color w:val="000000"/>
        </w:rPr>
        <w:t>AM</w:t>
      </w:r>
      <w:r>
        <w:rPr>
          <w:rFonts w:ascii="Times New Roman" w:eastAsia="Times New Roman" w:hAnsi="Times New Roman" w:cs="Times New Roman"/>
          <w:color w:val="000000"/>
        </w:rPr>
        <w:t>=</w:t>
      </w:r>
      <w:r>
        <w:rPr>
          <w:rFonts w:ascii="Times New Roman" w:eastAsia="Times New Roman" w:hAnsi="Times New Roman" w:cs="Times New Roman"/>
          <w:i/>
          <w:color w:val="000000"/>
        </w:rPr>
        <w:t>BM</w:t>
      </w:r>
      <w:r>
        <w:rPr>
          <w:rFonts w:ascii="宋体" w:eastAsia="宋体" w:hAnsi="宋体" w:cs="宋体"/>
          <w:color w:val="000000"/>
        </w:rPr>
        <w:t>．因此得到关于</w:t>
      </w:r>
      <w:r>
        <w:rPr>
          <w:rFonts w:ascii="Times New Roman" w:eastAsia="Times New Roman" w:hAnsi="Times New Roman" w:cs="Times New Roman"/>
          <w:i/>
          <w:color w:val="000000"/>
        </w:rPr>
        <w:t>x</w:t>
      </w:r>
      <w:r>
        <w:rPr>
          <w:rFonts w:ascii="宋体" w:eastAsia="宋体" w:hAnsi="宋体" w:cs="宋体"/>
          <w:color w:val="000000"/>
        </w:rPr>
        <w:t>的方程：</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．你能解出这个方程吗？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是线段</w:t>
      </w:r>
      <w:r>
        <w:rPr>
          <w:rFonts w:ascii="Times New Roman" w:eastAsia="Times New Roman" w:hAnsi="Times New Roman" w:cs="Times New Roman"/>
          <w:i/>
          <w:color w:val="000000"/>
        </w:rPr>
        <w:t>OC</w:t>
      </w:r>
      <w:r>
        <w:rPr>
          <w:rFonts w:ascii="宋体" w:eastAsia="宋体" w:hAnsi="宋体" w:cs="宋体"/>
          <w:color w:val="000000"/>
        </w:rPr>
        <w:t>上的一点，点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71975" cy="209550"/>
            <wp:docPr id="11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
                    <pic:cNvPicPr>
                      <a:picLocks noChangeAspect="1"/>
                    </pic:cNvPicPr>
                  </pic:nvPicPr>
                  <pic:blipFill>
                    <a:blip r:embed="rId94"/>
                    <a:stretch>
                      <a:fillRect/>
                    </a:stretch>
                  </pic:blipFill>
                  <pic:spPr>
                    <a:xfrm>
                      <a:off x="0" y="0"/>
                      <a:ext cx="4371975" cy="209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）如果点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从点</w:t>
      </w:r>
      <w:r>
        <w:rPr>
          <w:rFonts w:ascii="Times New Roman" w:eastAsia="Times New Roman" w:hAnsi="Times New Roman" w:cs="Times New Roman"/>
          <w:i/>
          <w:color w:val="000000"/>
        </w:rPr>
        <w:t>E</w:t>
      </w:r>
      <w:r>
        <w:rPr>
          <w:rFonts w:ascii="宋体" w:eastAsia="宋体" w:hAnsi="宋体" w:cs="宋体"/>
          <w:color w:val="000000"/>
        </w:rPr>
        <w:t>出发，以每分钟</w:t>
      </w:r>
      <w:r>
        <w:rPr>
          <w:rFonts w:ascii="Times New Roman" w:eastAsia="Times New Roman" w:hAnsi="Times New Roman" w:cs="Times New Roman"/>
          <w:color w:val="000000"/>
        </w:rPr>
        <w:t>1</w:t>
      </w:r>
      <w:r>
        <w:rPr>
          <w:rFonts w:ascii="宋体" w:eastAsia="宋体" w:hAnsi="宋体" w:cs="宋体"/>
          <w:color w:val="000000"/>
        </w:rPr>
        <w:t>个单位长度的速度向右运动，点</w:t>
      </w:r>
      <w:r>
        <w:rPr>
          <w:rFonts w:ascii="Times New Roman" w:eastAsia="Times New Roman" w:hAnsi="Times New Roman" w:cs="Times New Roman"/>
          <w:i/>
          <w:color w:val="000000"/>
        </w:rPr>
        <w:t>B</w:t>
      </w:r>
      <w:r>
        <w:rPr>
          <w:rFonts w:ascii="宋体" w:eastAsia="宋体" w:hAnsi="宋体" w:cs="宋体"/>
          <w:color w:val="000000"/>
        </w:rPr>
        <w:t>从点</w:t>
      </w:r>
      <w:r>
        <w:rPr>
          <w:rFonts w:ascii="Times New Roman" w:eastAsia="Times New Roman" w:hAnsi="Times New Roman" w:cs="Times New Roman"/>
          <w:i/>
          <w:color w:val="000000"/>
        </w:rPr>
        <w:t>F</w:t>
      </w:r>
      <w:r>
        <w:rPr>
          <w:rFonts w:ascii="宋体" w:eastAsia="宋体" w:hAnsi="宋体" w:cs="宋体"/>
          <w:color w:val="000000"/>
        </w:rPr>
        <w:t>出发，以每分钟</w:t>
      </w:r>
      <w:r>
        <w:rPr>
          <w:rFonts w:ascii="Times New Roman" w:eastAsia="Times New Roman" w:hAnsi="Times New Roman" w:cs="Times New Roman"/>
          <w:color w:val="000000"/>
        </w:rPr>
        <w:t>3</w:t>
      </w:r>
      <w:r>
        <w:rPr>
          <w:rFonts w:ascii="宋体" w:eastAsia="宋体" w:hAnsi="宋体" w:cs="宋体"/>
          <w:color w:val="000000"/>
        </w:rPr>
        <w:t>个单位长度的速度向右运动，设运动时间为</w:t>
      </w:r>
      <w:r>
        <w:rPr>
          <w:rFonts w:ascii="Times New Roman" w:eastAsia="Times New Roman" w:hAnsi="Times New Roman" w:cs="Times New Roman"/>
          <w:i/>
          <w:color w:val="000000"/>
        </w:rPr>
        <w:t xml:space="preserve">t </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43400" cy="714375"/>
            <wp:docPr id="11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
                    <pic:cNvPicPr>
                      <a:picLocks noChangeAspect="1"/>
                    </pic:cNvPicPr>
                  </pic:nvPicPr>
                  <pic:blipFill>
                    <a:blip r:embed="rId95"/>
                    <a:stretch>
                      <a:fillRect/>
                    </a:stretch>
                  </pic:blipFill>
                  <pic:spPr>
                    <a:xfrm>
                      <a:off x="0" y="0"/>
                      <a:ext cx="4343400" cy="714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时，如果</w:t>
      </w:r>
      <w:r>
        <w:rPr>
          <w:rFonts w:ascii="Times New Roman" w:eastAsia="Times New Roman" w:hAnsi="Times New Roman" w:cs="Times New Roman"/>
          <w:i/>
          <w:color w:val="000000"/>
        </w:rPr>
        <w:t>EM</w:t>
      </w:r>
      <w:r>
        <w:rPr>
          <w:rFonts w:ascii="Times New Roman" w:eastAsia="Times New Roman" w:hAnsi="Times New Roman" w:cs="Times New Roman"/>
          <w:color w:val="000000"/>
        </w:rPr>
        <w:t>=6</w:t>
      </w:r>
      <w:r>
        <w:rPr>
          <w:rFonts w:ascii="宋体" w:eastAsia="宋体" w:hAnsi="宋体" w:cs="宋体"/>
          <w:color w:val="000000"/>
        </w:rPr>
        <w:t>，那么</w:t>
      </w:r>
      <w:r>
        <w:rPr>
          <w:rFonts w:ascii="Times New Roman" w:eastAsia="Times New Roman" w:hAnsi="Times New Roman" w:cs="Times New Roman"/>
          <w:i/>
          <w:color w:val="000000"/>
        </w:rPr>
        <w:t>t</w:t>
      </w:r>
      <w:r>
        <w:rPr>
          <w:rFonts w:ascii="宋体" w:eastAsia="宋体" w:hAnsi="宋体" w:cs="宋体"/>
          <w:color w:val="000000"/>
        </w:rPr>
        <w:t>的值是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rPr>
          <w:rFonts w:ascii="Times New Roman" w:eastAsia="Times New Roman" w:hAnsi="Times New Roman" w:cs="Times New Roman"/>
          <w:i/>
          <w:color w:val="000000"/>
        </w:rPr>
        <w:t>t</w:t>
      </w:r>
      <w:r>
        <w:rPr>
          <w:rFonts w:ascii="Times New Roman" w:eastAsia="Times New Roman" w:hAnsi="Times New Roman" w:cs="Times New Roman"/>
          <w:color w:val="000000"/>
        </w:rPr>
        <w:t>≤3</w:t>
      </w:r>
      <w:r>
        <w:rPr>
          <w:rFonts w:ascii="宋体" w:eastAsia="宋体" w:hAnsi="宋体" w:cs="宋体"/>
          <w:color w:val="000000"/>
        </w:rPr>
        <w:t>时，如果</w:t>
      </w:r>
      <w:r>
        <w:rPr>
          <w:rFonts w:ascii="Times New Roman" w:eastAsia="Times New Roman" w:hAnsi="Times New Roman" w:cs="Times New Roman"/>
          <w:i/>
          <w:color w:val="000000"/>
        </w:rPr>
        <w:t>EM</w:t>
      </w:r>
      <w:r>
        <w:rPr>
          <w:rFonts w:ascii="Times New Roman" w:eastAsia="Times New Roman" w:hAnsi="Times New Roman" w:cs="Times New Roman"/>
          <w:color w:val="000000"/>
        </w:rPr>
        <w:t>≤9</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11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
                    <pic:cNvPicPr>
                      <a:picLocks noChangeAspect="1"/>
                    </pic:cNvPicPr>
                  </pic:nvPicPr>
                  <pic:blipFill>
                    <a:blip r:embed="rId9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取值范围．</w:t>
      </w:r>
    </w:p>
    <w:p>
      <w:pPr>
        <w:spacing w:line="360" w:lineRule="auto"/>
        <w:jc w:val="left"/>
        <w:textAlignment w:val="center"/>
        <w:rPr>
          <w:color w:val="000000"/>
        </w:rPr>
      </w:pPr>
      <w:r>
        <w:rPr>
          <w:color w:val="000000"/>
        </w:rPr>
        <w:t xml:space="preserve">25. </w:t>
      </w:r>
      <w:r>
        <w:rPr>
          <w:rFonts w:ascii="宋体" w:eastAsia="宋体" w:hAnsi="宋体" w:cs="宋体"/>
          <w:color w:val="000000"/>
        </w:rPr>
        <w:t>阅读材料：</w:t>
      </w:r>
    </w:p>
    <w:p>
      <w:pPr>
        <w:spacing w:line="360" w:lineRule="auto"/>
        <w:jc w:val="left"/>
        <w:textAlignment w:val="center"/>
        <w:rPr>
          <w:color w:val="000000"/>
        </w:rPr>
      </w:pPr>
      <w:r>
        <w:rPr>
          <w:rFonts w:ascii="宋体" w:eastAsia="宋体" w:hAnsi="宋体" w:cs="宋体"/>
          <w:color w:val="000000"/>
        </w:rPr>
        <w:t>如果</w:t>
      </w:r>
      <w:r>
        <w:rPr>
          <w:rFonts w:ascii="Times New Roman" w:eastAsia="Times New Roman" w:hAnsi="Times New Roman" w:cs="Times New Roman"/>
          <w:i/>
          <w:color w:val="000000"/>
        </w:rPr>
        <w:t>x</w:t>
      </w:r>
      <w:r>
        <w:rPr>
          <w:rFonts w:ascii="宋体" w:eastAsia="宋体" w:hAnsi="宋体" w:cs="宋体"/>
          <w:color w:val="000000"/>
        </w:rPr>
        <w:t>是一个有理数，我们把不超过</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11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
                    <pic:cNvPicPr>
                      <a:picLocks noChangeAspect="1"/>
                    </pic:cNvPicPr>
                  </pic:nvPicPr>
                  <pic:blipFill>
                    <a:blip r:embed="rId9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最大整数记作</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color w:val="000000"/>
        </w:rPr>
        <w:t>[3.2]=3</w:t>
      </w:r>
      <w:r>
        <w:rPr>
          <w:rFonts w:ascii="宋体" w:eastAsia="宋体" w:hAnsi="宋体" w:cs="宋体"/>
          <w:color w:val="000000"/>
        </w:rPr>
        <w:t>，</w:t>
      </w:r>
      <w:r>
        <w:rPr>
          <w:rFonts w:ascii="Times New Roman" w:eastAsia="Times New Roman" w:hAnsi="Times New Roman" w:cs="Times New Roman"/>
          <w:color w:val="000000"/>
        </w:rPr>
        <w:t>[5]=5</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那么，</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，其中</w:t>
      </w:r>
      <w:r>
        <w:rPr>
          <w:rFonts w:ascii="Times New Roman" w:eastAsia="Times New Roman" w:hAnsi="Times New Roman" w:cs="Times New Roman"/>
          <w:color w:val="000000"/>
        </w:rPr>
        <w:t>0≤</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color w:val="000000"/>
        </w:rPr>
        <w:t>3.2=[3.2]+0.2</w:t>
      </w:r>
      <w:r>
        <w:rPr>
          <w:rFonts w:ascii="宋体" w:eastAsia="宋体" w:hAnsi="宋体" w:cs="宋体"/>
          <w:color w:val="000000"/>
        </w:rPr>
        <w:t>，</w:t>
      </w:r>
      <w:r>
        <w:rPr>
          <w:rFonts w:ascii="Times New Roman" w:eastAsia="Times New Roman" w:hAnsi="Times New Roman" w:cs="Times New Roman"/>
          <w:color w:val="000000"/>
        </w:rPr>
        <w:t>5=[5]+0</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2.1]+0.9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请你解决下列问题：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[4.8]=</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6.5]=</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2]=3</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的值是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76"/>
          <w:footerReference w:type="even" r:id="rId77"/>
          <w:headerReference w:type="first" r:id="rId78"/>
          <w:footerReference w:type="first" r:id="rId79"/>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，其中</w:t>
      </w:r>
      <w:r>
        <w:rPr>
          <w:rFonts w:ascii="Times New Roman" w:eastAsia="Times New Roman" w:hAnsi="Times New Roman" w:cs="Times New Roman"/>
          <w:color w:val="000000"/>
        </w:rPr>
        <w:t>0≤</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，且</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Times New Roman" w:eastAsia="Times New Roman" w:hAnsi="Times New Roman" w:cs="Times New Roman"/>
          <w:color w:val="000000"/>
        </w:rPr>
        <w:t>= [</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w:t>
      </w:r>
    </w:p>
    <w:p>
      <w:pPr>
        <w:pStyle w:val="Heading2"/>
      </w:pPr>
      <w:r>
        <w:t>怀柔区</w:t>
      </w:r>
    </w:p>
    <w:p>
      <w:pPr>
        <w:spacing w:line="360" w:lineRule="auto"/>
        <w:jc w:val="left"/>
        <w:textAlignment w:val="center"/>
        <w:rPr>
          <w:color w:val="000000"/>
        </w:rPr>
      </w:pPr>
      <w:r>
        <w:rPr>
          <w:color w:val="000000"/>
        </w:rPr>
        <w:t xml:space="preserve">24. </w:t>
      </w:r>
      <w:r>
        <w:rPr>
          <w:rFonts w:ascii="宋体" w:eastAsia="宋体" w:hAnsi="宋体" w:cs="宋体"/>
          <w:color w:val="000000"/>
        </w:rPr>
        <w:t>某校初一年级三个班的学生要到怀柔区某农业教育基地进行社会大课堂活动，三个班学生共</w:t>
      </w:r>
      <w:r>
        <w:rPr>
          <w:rFonts w:ascii="Times New Roman" w:eastAsia="Times New Roman" w:hAnsi="Times New Roman" w:cs="Times New Roman"/>
          <w:color w:val="000000"/>
        </w:rPr>
        <w:t>101</w:t>
      </w:r>
      <w:r>
        <w:rPr>
          <w:rFonts w:ascii="宋体" w:eastAsia="宋体" w:hAnsi="宋体" w:cs="宋体"/>
          <w:color w:val="000000"/>
        </w:rPr>
        <w:t>人，其中初一（</w:t>
      </w:r>
      <w:r>
        <w:rPr>
          <w:rFonts w:ascii="Times New Roman" w:eastAsia="Times New Roman" w:hAnsi="Times New Roman" w:cs="Times New Roman"/>
          <w:color w:val="000000"/>
        </w:rPr>
        <w:t>1</w:t>
      </w:r>
      <w:r>
        <w:rPr>
          <w:rFonts w:ascii="宋体" w:eastAsia="宋体" w:hAnsi="宋体" w:cs="宋体"/>
          <w:color w:val="000000"/>
        </w:rPr>
        <w:t>）班有</w:t>
      </w:r>
      <w:r>
        <w:rPr>
          <w:rFonts w:ascii="Times New Roman" w:eastAsia="Times New Roman" w:hAnsi="Times New Roman" w:cs="Times New Roman"/>
          <w:color w:val="000000"/>
        </w:rPr>
        <w:t>20</w:t>
      </w:r>
      <w:r>
        <w:rPr>
          <w:rFonts w:ascii="宋体" w:eastAsia="宋体" w:hAnsi="宋体" w:cs="宋体"/>
          <w:color w:val="000000"/>
        </w:rPr>
        <w:t>多人，不足</w:t>
      </w:r>
      <w:r>
        <w:rPr>
          <w:rFonts w:ascii="Times New Roman" w:eastAsia="Times New Roman" w:hAnsi="Times New Roman" w:cs="Times New Roman"/>
          <w:color w:val="000000"/>
        </w:rPr>
        <w:t>30</w:t>
      </w:r>
      <w:r>
        <w:rPr>
          <w:rFonts w:ascii="宋体" w:eastAsia="宋体" w:hAnsi="宋体" w:cs="宋体"/>
          <w:color w:val="000000"/>
        </w:rPr>
        <w:t>人，二班比一班的人数少</w:t>
      </w:r>
      <w:r>
        <w:rPr>
          <w:rFonts w:ascii="Times New Roman" w:eastAsia="Times New Roman" w:hAnsi="Times New Roman" w:cs="Times New Roman"/>
          <w:color w:val="000000"/>
        </w:rPr>
        <w:t>5</w:t>
      </w:r>
      <w:r>
        <w:rPr>
          <w:rFonts w:ascii="宋体" w:eastAsia="宋体" w:hAnsi="宋体" w:cs="宋体"/>
          <w:color w:val="000000"/>
        </w:rPr>
        <w:t>人．教育基地团体购票价格如下：</w:t>
      </w:r>
    </w:p>
    <w:tbl>
      <w:tblPr>
        <w:tblStyle w:val="TableNormal"/>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66"/>
        <w:gridCol w:w="1823"/>
        <w:gridCol w:w="1859"/>
        <w:gridCol w:w="1752"/>
      </w:tblGrid>
      <w:tr>
        <w:tblPrEx>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10"/>
        </w:trPr>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购票张数</w:t>
            </w:r>
          </w:p>
        </w:tc>
        <w:tc>
          <w:tcPr>
            <w:tcW w:w="19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张</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31</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张</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60</w:t>
            </w:r>
            <w:r>
              <w:rPr>
                <w:rFonts w:ascii="宋体" w:eastAsia="宋体" w:hAnsi="宋体" w:cs="宋体"/>
                <w:color w:val="000000"/>
              </w:rPr>
              <w:t>张以上</w:t>
            </w:r>
          </w:p>
        </w:tc>
      </w:tr>
      <w:tr>
        <w:tblPrEx>
          <w:tblW w:w="7320" w:type="dxa"/>
          <w:tblCellMar>
            <w:top w:w="120" w:type="dxa"/>
            <w:left w:w="120" w:type="dxa"/>
            <w:bottom w:w="120" w:type="dxa"/>
            <w:right w:w="120" w:type="dxa"/>
          </w:tblCellMar>
        </w:tblPrEx>
        <w:trPr>
          <w:cantSplit w:val="0"/>
          <w:trHeight w:val="510"/>
        </w:trPr>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每张票的价格</w:t>
            </w:r>
          </w:p>
        </w:tc>
        <w:tc>
          <w:tcPr>
            <w:tcW w:w="19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r>
              <w:rPr>
                <w:rFonts w:ascii="宋体" w:eastAsia="宋体" w:hAnsi="宋体" w:cs="宋体"/>
                <w:color w:val="000000"/>
              </w:rPr>
              <w:t>元</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元</w:t>
            </w:r>
          </w:p>
        </w:tc>
      </w:tr>
    </w:tbl>
    <w:p>
      <w:pPr>
        <w:spacing w:line="360" w:lineRule="auto"/>
        <w:jc w:val="left"/>
        <w:textAlignment w:val="center"/>
        <w:rPr>
          <w:color w:val="000000"/>
        </w:rPr>
      </w:pPr>
      <w:r>
        <w:rPr>
          <w:rFonts w:ascii="宋体" w:eastAsia="宋体" w:hAnsi="宋体" w:cs="宋体"/>
          <w:color w:val="000000"/>
        </w:rPr>
        <w:t>原计划三个班都以班为单位购票，则一共应付</w:t>
      </w:r>
      <w:r>
        <w:rPr>
          <w:rFonts w:ascii="Times New Roman" w:eastAsia="Times New Roman" w:hAnsi="Times New Roman" w:cs="Times New Roman"/>
          <w:color w:val="000000"/>
        </w:rPr>
        <w:t>1365</w:t>
      </w:r>
      <w:r>
        <w:rPr>
          <w:rFonts w:ascii="宋体" w:eastAsia="宋体" w:hAnsi="宋体" w:cs="宋体"/>
          <w:color w:val="000000"/>
        </w:rPr>
        <w:t>元．三个班各有多少人？</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对于数轴上的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三点，给出如下定义：若其中一个点到另外两个点的距离恰好满足</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是大于</w:t>
      </w:r>
      <w:r>
        <w:rPr>
          <w:rFonts w:ascii="Times New Roman" w:eastAsia="Times New Roman" w:hAnsi="Times New Roman" w:cs="Times New Roman"/>
          <w:color w:val="000000"/>
        </w:rPr>
        <w:t>1</w:t>
      </w:r>
      <w:r>
        <w:rPr>
          <w:rFonts w:ascii="宋体" w:eastAsia="宋体" w:hAnsi="宋体" w:cs="宋体"/>
          <w:color w:val="000000"/>
        </w:rPr>
        <w:t>的整数）倍的数量关系，则称该点是另外两个点的</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所表示的数分别为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，此时点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485775"/>
            <wp:docPr id="11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
                    <pic:cNvPicPr>
                      <a:picLocks noChangeAspect="1"/>
                    </pic:cNvPicPr>
                  </pic:nvPicPr>
                  <pic:blipFill>
                    <a:blip r:embed="rId98"/>
                    <a:stretch>
                      <a:fillRect/>
                    </a:stretch>
                  </pic:blipFill>
                  <pic:spPr>
                    <a:xfrm>
                      <a:off x="0" y="0"/>
                      <a:ext cx="2400300" cy="485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w:t>
      </w:r>
      <w:r>
        <w:rPr>
          <w:rFonts w:ascii="宋体" w:eastAsia="宋体" w:hAnsi="宋体" w:cs="宋体"/>
          <w:color w:val="000000"/>
          <w:position w:val="0"/>
        </w:rPr>
        <w:drawing>
          <wp:inline>
            <wp:extent cx="133350" cy="177800"/>
            <wp:docPr id="11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
                    <pic:cNvPicPr>
                      <a:picLocks noChangeAspect="1"/>
                    </pic:cNvPicPr>
                  </pic:nvPicPr>
                  <pic:blipFill>
                    <a:blip r:embed="rId9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 xml:space="preserve"> </w:t>
      </w:r>
      <w:r>
        <w:rPr>
          <w:rFonts w:ascii="宋体" w:eastAsia="宋体" w:hAnsi="宋体" w:cs="宋体"/>
          <w:color w:val="000000"/>
        </w:rPr>
        <w:t>，依次表示</w:t>
      </w:r>
      <w:r>
        <w:rPr>
          <w:rFonts w:ascii="Times New Roman" w:eastAsia="Times New Roman" w:hAnsi="Times New Roman" w:cs="Times New Roman"/>
          <w:color w:val="000000"/>
        </w:rPr>
        <w:t>-4</w:t>
      </w:r>
      <w:r>
        <w:rPr>
          <w:rFonts w:ascii="宋体" w:eastAsia="宋体" w:hAnsi="宋体" w:cs="宋体"/>
          <w:color w:val="000000"/>
        </w:rPr>
        <w:t>，</w:t>
      </w:r>
      <w:r>
        <w:pict>
          <v:shape id="_x0000_i700320" type="#_x0000_t75" alt="学科网(www.zxxk.com)--教育资源门户，提供试卷、教案、课件、论文、素材以及各类教学资源下载，还有大量而丰富的教学相关资讯！" style="width:10.5pt;height:21pt" o:oleicon="f" o:ole="">
            <v:imagedata r:id="rId100"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各数，其中是点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324225" cy="533400"/>
            <wp:docPr id="11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
                    <pic:cNvPicPr>
                      <a:picLocks noChangeAspect="1"/>
                    </pic:cNvPicPr>
                  </pic:nvPicPr>
                  <pic:blipFill>
                    <a:blip r:embed="rId101"/>
                    <a:stretch>
                      <a:fillRect/>
                    </a:stretch>
                  </pic:blipFill>
                  <pic:spPr>
                    <a:xfrm>
                      <a:off x="0" y="0"/>
                      <a:ext cx="3324225" cy="533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-20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40</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是数轴上一个动点．</w:t>
      </w:r>
    </w:p>
    <w:p>
      <w:pPr>
        <w:spacing w:line="360" w:lineRule="auto"/>
        <w:jc w:val="left"/>
        <w:textAlignment w:val="center"/>
        <w:rPr>
          <w:color w:val="000000"/>
        </w:rPr>
      </w:pPr>
      <w:r>
        <w:rPr>
          <w:color w:val="000000"/>
        </w:rPr>
        <w:drawing>
          <wp:inline>
            <wp:extent cx="3209925" cy="476250"/>
            <wp:docPr id="11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
                    <pic:cNvPicPr>
                      <a:picLocks noChangeAspect="1"/>
                    </pic:cNvPicPr>
                  </pic:nvPicPr>
                  <pic:blipFill>
                    <a:blip r:embed="rId102"/>
                    <a:stretch>
                      <a:fillRect/>
                    </a:stretch>
                  </pic:blipFill>
                  <pic:spPr>
                    <a:xfrm>
                      <a:off x="0" y="0"/>
                      <a:ext cx="3209925" cy="476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，求此时点</w:t>
      </w:r>
      <w:r>
        <w:rPr>
          <w:rFonts w:ascii="Times New Roman" w:eastAsia="Times New Roman" w:hAnsi="Times New Roman" w:cs="Times New Roman"/>
          <w:i/>
          <w:color w:val="000000"/>
        </w:rPr>
        <w:t>Q</w:t>
      </w:r>
      <w:r>
        <w:rPr>
          <w:rFonts w:ascii="宋体" w:eastAsia="宋体" w:hAnsi="宋体" w:cs="宋体"/>
          <w:color w:val="000000"/>
        </w:rPr>
        <w:t>表示的数；</w:t>
      </w:r>
    </w:p>
    <w:p>
      <w:pPr>
        <w:spacing w:line="360" w:lineRule="auto"/>
        <w:jc w:val="left"/>
        <w:textAlignment w:val="center"/>
        <w:rPr>
          <w:color w:val="000000"/>
        </w:rPr>
      </w:pPr>
      <w:r>
        <w:rPr>
          <w:color w:val="000000"/>
        </w:rPr>
        <w:drawing>
          <wp:inline>
            <wp:extent cx="3209925" cy="476250"/>
            <wp:docPr id="11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
                    <pic:cNvPicPr>
                      <a:picLocks noChangeAspect="1"/>
                    </pic:cNvPicPr>
                  </pic:nvPicPr>
                  <pic:blipFill>
                    <a:blip r:embed="rId103"/>
                    <a:stretch>
                      <a:fillRect/>
                    </a:stretch>
                  </pic:blipFill>
                  <pic:spPr>
                    <a:xfrm>
                      <a:off x="0" y="0"/>
                      <a:ext cx="3209925" cy="476250"/>
                    </a:xfrm>
                    <a:prstGeom prst="rect">
                      <a:avLst/>
                    </a:prstGeom>
                  </pic:spPr>
                </pic:pic>
              </a:graphicData>
            </a:graphic>
          </wp:inline>
        </w:drawing>
      </w:r>
    </w:p>
    <w:p>
      <w:pPr>
        <w:spacing w:line="360" w:lineRule="auto"/>
        <w:jc w:val="left"/>
        <w:textAlignment w:val="center"/>
        <w:rPr>
          <w:color w:val="000000"/>
        </w:rPr>
        <w:sectPr w:rsidSect="00C321EB">
          <w:headerReference w:type="even" r:id="rId77"/>
          <w:footerReference w:type="even" r:id="rId78"/>
          <w:headerReference w:type="first" r:id="rId79"/>
          <w:footerReference w:type="first" r:id="rId80"/>
          <w:pgSz w:w="11906" w:h="16838"/>
          <w:pgMar w:top="910" w:right="1080" w:bottom="1440" w:left="1080" w:header="152" w:footer="0" w:gutter="0"/>
          <w:cols w:space="720"/>
          <w:titlePg w:val="0"/>
          <w:docGrid w:type="lines" w:linePitch="312"/>
        </w:sectPr>
      </w:pPr>
      <w:r>
        <w:rPr>
          <w:rFonts w:ascii="宋体" w:eastAsia="宋体" w:hAnsi="宋体" w:cs="宋体"/>
          <w:color w:val="000000"/>
        </w:rPr>
        <w:t>②若点</w:t>
      </w:r>
      <w:r>
        <w:rPr>
          <w:rFonts w:ascii="Times New Roman" w:eastAsia="Times New Roman" w:hAnsi="Times New Roman" w:cs="Times New Roman"/>
          <w:i/>
          <w:color w:val="000000"/>
        </w:rPr>
        <w:t>Q</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的右侧，且点</w:t>
      </w:r>
      <w:r>
        <w:rPr>
          <w:rFonts w:ascii="Times New Roman" w:eastAsia="Times New Roman" w:hAnsi="Times New Roman" w:cs="Times New Roman"/>
          <w:i/>
          <w:color w:val="000000"/>
        </w:rPr>
        <w:t>Q</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倍和谐点</w:t>
      </w:r>
      <w:r>
        <w:rPr>
          <w:rFonts w:ascii="Times New Roman" w:eastAsia="Times New Roman" w:hAnsi="Times New Roman" w:cs="Times New Roman"/>
          <w:color w:val="000000"/>
        </w:rPr>
        <w:t>”</w:t>
      </w:r>
      <w:r>
        <w:rPr>
          <w:rFonts w:ascii="宋体" w:eastAsia="宋体" w:hAnsi="宋体" w:cs="宋体"/>
          <w:color w:val="000000"/>
        </w:rPr>
        <w:t>，用含有</w:t>
      </w:r>
      <w:r>
        <w:rPr>
          <w:rFonts w:ascii="Times New Roman" w:eastAsia="Times New Roman" w:hAnsi="Times New Roman" w:cs="Times New Roman"/>
          <w:i/>
          <w:color w:val="000000"/>
        </w:rPr>
        <w:t>n</w:t>
      </w:r>
      <w:r>
        <w:rPr>
          <w:rFonts w:ascii="宋体" w:eastAsia="宋体" w:hAnsi="宋体" w:cs="宋体"/>
          <w:color w:val="000000"/>
        </w:rPr>
        <w:t>的式子直接写出此时点</w:t>
      </w:r>
      <w:r>
        <w:rPr>
          <w:rFonts w:ascii="Times New Roman" w:eastAsia="Times New Roman" w:hAnsi="Times New Roman" w:cs="Times New Roman"/>
          <w:i/>
          <w:color w:val="000000"/>
        </w:rPr>
        <w:t>Q</w:t>
      </w:r>
      <w:r>
        <w:rPr>
          <w:rFonts w:ascii="宋体" w:eastAsia="宋体" w:hAnsi="宋体" w:cs="宋体"/>
          <w:color w:val="000000"/>
        </w:rPr>
        <w:t>所表示的数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pStyle w:val="Heading2"/>
      </w:pPr>
      <w:r>
        <w:t>房山区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pict>
          <v:shape id="_x0000_i700321" type="#_x0000_t75" alt="学科网(www.zxxk.com)--教育资源门户，提供试卷、教案、课件、论文、素材以及各类教学资源下载，还有大量而丰富的教学相关资讯！" style="width:65.4pt;height:14.4pt" o:oleicon="f" o:ole="">
            <v:imagedata r:id="rId104" o:title="eqIddc1eb76fe74cba30f7cbcde349ba80da"/>
          </v:shape>
        </w:pict>
      </w:r>
      <w:r>
        <w:rPr>
          <w:rFonts w:ascii="宋体" w:eastAsia="宋体" w:hAnsi="宋体" w:cs="宋体"/>
          <w:color w:val="000000"/>
        </w:rPr>
        <w:t>，作射线</w:t>
      </w:r>
      <w:r>
        <w:pict>
          <v:shape id="_x0000_i700322" type="#_x0000_t75" alt="学科网(www.zxxk.com)--教育资源门户，提供试卷、教案、课件、论文、素材以及各类教学资源下载，还有大量而丰富的教学相关资讯！" style="width:20.8pt;height:14pt" o:oleicon="f" o:ole="">
            <v:imagedata r:id="rId105" o:title="eqId828628c0876b45381c9a0edeb0fec236"/>
          </v:shape>
        </w:pict>
      </w:r>
      <w:r>
        <w:rPr>
          <w:rFonts w:ascii="宋体" w:eastAsia="宋体" w:hAnsi="宋体" w:cs="宋体"/>
          <w:color w:val="000000"/>
        </w:rPr>
        <w:t>，</w:t>
      </w:r>
      <w:r>
        <w:pict>
          <v:shape id="_x0000_i700323" type="#_x0000_t75" alt="学科网(www.zxxk.com)--教育资源门户，提供试卷、教案、课件、论文、素材以及各类教学资源下载，还有大量而丰富的教学相关资讯！" style="width:20.75pt;height:14.55pt" o:oleicon="f" o:ole="">
            <v:imagedata r:id="rId106" o:title="eqId683c590673eece14fea3319c4fd5eb55"/>
          </v:shape>
        </w:pict>
      </w:r>
      <w:r>
        <w:rPr>
          <w:rFonts w:ascii="宋体" w:eastAsia="宋体" w:hAnsi="宋体" w:cs="宋体"/>
          <w:color w:val="000000"/>
        </w:rPr>
        <w:t>为</w:t>
      </w:r>
      <w:r>
        <w:pict>
          <v:shape id="_x0000_i700324" type="#_x0000_t75" alt="学科网(www.zxxk.com)--教育资源门户，提供试卷、教案、课件、论文、素材以及各类教学资源下载，还有大量而丰富的教学相关资讯！" style="width:40.6pt;height:14.4pt" o:oleicon="f" o:ole="">
            <v:imagedata r:id="rId107" o:title="eqId9fed1f57a835af4e9022e27603d12d31"/>
          </v:shape>
        </w:pict>
      </w:r>
      <w:r>
        <w:rPr>
          <w:rFonts w:ascii="宋体" w:eastAsia="宋体" w:hAnsi="宋体" w:cs="宋体"/>
          <w:color w:val="000000"/>
        </w:rPr>
        <w:t>平分线；将射线</w:t>
      </w:r>
      <w:r>
        <w:pict>
          <v:shape id="_x0000_i700325" type="#_x0000_t75" alt="学科网(www.zxxk.com)--教育资源门户，提供试卷、教案、课件、论文、素材以及各类教学资源下载，还有大量而丰富的教学相关资讯！" style="width:20.75pt;height:14.55pt" o:oleicon="f" o:ole="">
            <v:imagedata r:id="rId106" o:title="eqId683c590673eece14fea3319c4fd5eb55"/>
          </v:shape>
        </w:pict>
      </w:r>
      <w:r>
        <w:rPr>
          <w:rFonts w:ascii="宋体" w:eastAsia="宋体" w:hAnsi="宋体" w:cs="宋体"/>
          <w:color w:val="000000"/>
        </w:rPr>
        <w:t>绕点</w:t>
      </w:r>
      <w:r>
        <w:pict>
          <v:shape id="_x0000_i700326" type="#_x0000_t75" alt="学科网(www.zxxk.com)--教育资源门户，提供试卷、教案、课件、论文、素材以及各类教学资源下载，还有大量而丰富的教学相关资讯！" style="width:12pt;height:14.25pt" o:oleicon="f" o:ole="">
            <v:imagedata r:id="rId108" o:title="eqId1dde8112e8eb968fd042418dd632759e"/>
          </v:shape>
        </w:pict>
      </w:r>
      <w:r>
        <w:rPr>
          <w:rFonts w:ascii="宋体" w:eastAsia="宋体" w:hAnsi="宋体" w:cs="宋体"/>
          <w:color w:val="000000"/>
        </w:rPr>
        <w:t>逆时针旋转</w:t>
      </w:r>
      <w:r>
        <w:pict>
          <v:shape id="_x0000_i700327" type="#_x0000_t75" alt="学科网(www.zxxk.com)--教育资源门户，提供试卷、教案、课件、论文、素材以及各类教学资源下载，还有大量而丰富的教学相关资讯！" style="width:20.25pt;height:14.25pt" o:oleicon="f" o:ole="">
            <v:imagedata r:id="rId109" o:title="eqIdc02b54dc6b3e1bb6544f47d4c8743fcf"/>
          </v:shape>
        </w:pict>
      </w:r>
      <w:r>
        <w:rPr>
          <w:rFonts w:ascii="宋体" w:eastAsia="宋体" w:hAnsi="宋体" w:cs="宋体"/>
          <w:color w:val="000000"/>
        </w:rPr>
        <w:t>得到射线</w:t>
      </w:r>
      <w:r>
        <w:pict>
          <v:shape id="_x0000_i700328" type="#_x0000_t75" alt="学科网(www.zxxk.com)--教育资源门户，提供试卷、教案、课件、论文、素材以及各类教学资源下载，还有大量而丰富的教学相关资讯！" style="width:20.4pt;height:14.4pt" o:oleicon="f" o:ole="">
            <v:imagedata r:id="rId110" o:title="eqIda299d2b999568e80be8005565ba209a4"/>
          </v:shape>
        </w:pict>
      </w:r>
      <w:r>
        <w:rPr>
          <w:rFonts w:ascii="宋体" w:eastAsia="宋体" w:hAnsi="宋体" w:cs="宋体"/>
          <w:color w:val="000000"/>
        </w:rPr>
        <w:t>．设</w:t>
      </w:r>
      <w:r>
        <w:pict>
          <v:shape id="_x0000_i700329" type="#_x0000_t75" alt="学科网(www.zxxk.com)--教育资源门户，提供试卷、教案、课件、论文、素材以及各类教学资源下载，还有大量而丰富的教学相关资讯！" style="width:128.25pt;height:20.25pt" o:oleicon="f" o:ole="">
            <v:imagedata r:id="rId111" o:title="eqIdfd62ea176f6107016195fafdb025310e"/>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，射线</w:t>
      </w:r>
      <w:r>
        <w:pict>
          <v:shape id="_x0000_i700330" type="#_x0000_t75" alt="学科网(www.zxxk.com)--教育资源门户，提供试卷、教案、课件、论文、素材以及各类教学资源下载，还有大量而丰富的教学相关资讯！" style="width:20.8pt;height:14pt" o:oleicon="f" o:ole="">
            <v:imagedata r:id="rId112" o:title="eqId828628c0876b45381c9a0edeb0fec236"/>
          </v:shape>
        </w:pict>
      </w:r>
      <w:r>
        <w:rPr>
          <w:rFonts w:ascii="宋体" w:eastAsia="宋体" w:hAnsi="宋体" w:cs="宋体"/>
          <w:color w:val="000000"/>
        </w:rPr>
        <w:t>在</w:t>
      </w:r>
      <w:r>
        <w:pict>
          <v:shape id="_x0000_i700331" type="#_x0000_t75" alt="学科网(www.zxxk.com)--教育资源门户，提供试卷、教案、课件、论文、素材以及各类教学资源下载，还有大量而丰富的教学相关资讯！" style="width:39.75pt;height:14.25pt" o:oleicon="f" o:ole="">
            <v:imagedata r:id="rId113" o:title="eqId6d7b2fe01a33c4825f9974ed9663a99c"/>
          </v:shape>
        </w:pict>
      </w:r>
      <w:r>
        <w:rPr>
          <w:rFonts w:ascii="宋体" w:eastAsia="宋体" w:hAnsi="宋体" w:cs="宋体"/>
          <w:color w:val="000000"/>
        </w:rPr>
        <w:t>内部．当</w:t>
      </w:r>
      <w:r>
        <w:pict>
          <v:shape id="_x0000_i700332" type="#_x0000_t75" alt="学科网(www.zxxk.com)--教育资源门户，提供试卷、教案、课件、论文、素材以及各类教学资源下载，还有大量而丰富的教学相关资讯！" style="width:39pt;height:14.4pt" o:oleicon="f" o:ole="">
            <v:imagedata r:id="rId114" o:title="eqId0066839ea3c97630e631276689192e93"/>
          </v:shape>
        </w:pict>
      </w:r>
      <w:r>
        <w:rPr>
          <w:rFonts w:ascii="宋体" w:eastAsia="宋体" w:hAnsi="宋体" w:cs="宋体"/>
          <w:color w:val="000000"/>
        </w:rPr>
        <w:t>时，求</w:t>
      </w:r>
      <w:r>
        <w:pict>
          <v:shape id="_x0000_i700333" type="#_x0000_t75" alt="学科网(www.zxxk.com)--教育资源门户，提供试卷、教案、课件、论文、素材以及各类教学资源下载，还有大量而丰富的教学相关资讯！" style="width:36pt;height:14.25pt" o:oleicon="f" o:ole="">
            <v:imagedata r:id="rId115" o:title="eqIdb2460507a462453e084eaf70a7d867e9"/>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）随着</w:t>
      </w:r>
      <w:r>
        <w:pict>
          <v:shape id="_x0000_i700334" type="#_x0000_t75" alt="学科网(www.zxxk.com)--教育资源门户，提供试卷、教案、课件、论文、素材以及各类教学资源下载，还有大量而丰富的教学相关资讯！" style="width:12pt;height:10.9pt" o:oleicon="f" o:ole="">
            <v:imagedata r:id="rId116" o:title="eqIde170f206fdbbd834aad7580c727e2cc6"/>
          </v:shape>
        </w:pict>
      </w:r>
      <w:r>
        <w:rPr>
          <w:rFonts w:ascii="宋体" w:eastAsia="宋体" w:hAnsi="宋体" w:cs="宋体"/>
          <w:color w:val="000000"/>
        </w:rPr>
        <w:t>度数的变化，当</w:t>
      </w:r>
      <w:r>
        <w:pict>
          <v:shape id="_x0000_i700335" type="#_x0000_t75" alt="学科网(www.zxxk.com)--教育资源门户，提供试卷、教案、课件、论文、素材以及各类教学资源下载，还有大量而丰富的教学相关资讯！" style="width:87.75pt;height:14.25pt" o:oleicon="f" o:ole="">
            <v:imagedata r:id="rId117" o:title="eqId840fd9aa4bbc67a63811b83f74ec38c4"/>
          </v:shape>
        </w:pict>
      </w:r>
      <w:r>
        <w:rPr>
          <w:rFonts w:ascii="宋体" w:eastAsia="宋体" w:hAnsi="宋体" w:cs="宋体"/>
          <w:color w:val="000000"/>
        </w:rPr>
        <w:t>时，求</w:t>
      </w:r>
      <w:r>
        <w:pict>
          <v:shape id="_x0000_i700336" type="#_x0000_t75" alt="学科网(www.zxxk.com)--教育资源门户，提供试卷、教案、课件、论文、素材以及各类教学资源下载，还有大量而丰富的教学相关资讯！" style="width:12pt;height:10.9pt" o:oleicon="f" o:ole="">
            <v:imagedata r:id="rId116" o:title="eqIde170f206fdbbd834aad7580c727e2cc6"/>
          </v:shape>
        </w:pic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4695825" cy="2457450"/>
            <wp:docPr id="11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
                    <pic:cNvPicPr>
                      <a:picLocks noChangeAspect="1"/>
                    </pic:cNvPicPr>
                  </pic:nvPicPr>
                  <pic:blipFill>
                    <a:blip r:embed="rId118"/>
                    <a:stretch>
                      <a:fillRect/>
                    </a:stretch>
                  </pic:blipFill>
                  <pic:spPr>
                    <a:xfrm>
                      <a:off x="0" y="0"/>
                      <a:ext cx="4695825" cy="2457450"/>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eastAsia="宋体" w:hAnsi="宋体" w:cs="宋体"/>
          <w:color w:val="000000"/>
        </w:rPr>
        <w:t>将</w:t>
      </w:r>
      <w:r>
        <w:pict>
          <v:shape id="_x0000_i700337" type="#_x0000_t75" alt="学科网(www.zxxk.com)--教育资源门户，提供试卷、教案、课件、论文、素材以及各类教学资源下载，还有大量而丰富的教学相关资讯！" style="width:9.75pt;height:11.25pt" o:oleicon="f" o:ole="">
            <v:imagedata r:id="rId120" o:title="eqIdb6a24198bd04c29321ae5dc5a28fe421"/>
          </v:shape>
        </w:pict>
      </w:r>
      <w:r>
        <w:rPr>
          <w:rFonts w:ascii="宋体" w:eastAsia="宋体" w:hAnsi="宋体" w:cs="宋体"/>
          <w:color w:val="000000"/>
        </w:rPr>
        <w:t>个互不相同</w:t>
      </w:r>
      <w:r>
        <w:rPr>
          <w:rFonts w:ascii="宋体" w:eastAsia="宋体" w:hAnsi="宋体" w:cs="宋体"/>
          <w:color w:val="000000"/>
          <w:position w:val="0"/>
        </w:rPr>
        <w:drawing>
          <wp:inline>
            <wp:extent cx="133350" cy="177800"/>
            <wp:docPr id="11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
                    <pic:cNvPicPr>
                      <a:picLocks noChangeAspect="1"/>
                    </pic:cNvPicPr>
                  </pic:nvPicPr>
                  <pic:blipFill>
                    <a:blip r:embed="rId11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整数置于一排，构成一个数组．在这</w:t>
      </w:r>
      <w:r>
        <w:pict>
          <v:shape id="_x0000_i700338" type="#_x0000_t75" alt="学科网(www.zxxk.com)--教育资源门户，提供试卷、教案、课件、论文、素材以及各类教学资源下载，还有大量而丰富的教学相关资讯！" style="width:9.75pt;height:11.25pt" o:oleicon="f" o:ole="">
            <v:imagedata r:id="rId120" o:title="eqIdb6a24198bd04c29321ae5dc5a28fe421"/>
          </v:shape>
        </w:pict>
      </w:r>
      <w:r>
        <w:rPr>
          <w:rFonts w:ascii="宋体" w:eastAsia="宋体" w:hAnsi="宋体" w:cs="宋体"/>
          <w:color w:val="000000"/>
        </w:rPr>
        <w:t>个数字前任意添加“</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”号，可以得到一个算式．若运算结果可以为</w:t>
      </w:r>
      <w:r>
        <w:rPr>
          <w:rFonts w:ascii="Times New Roman" w:eastAsia="Times New Roman" w:hAnsi="Times New Roman" w:cs="Times New Roman"/>
          <w:color w:val="000000"/>
        </w:rPr>
        <w:t>0</w:t>
      </w:r>
      <w:r>
        <w:rPr>
          <w:rFonts w:ascii="宋体" w:eastAsia="宋体" w:hAnsi="宋体" w:cs="宋体"/>
          <w:color w:val="000000"/>
        </w:rPr>
        <w:t>，我们就将这个数组称为“运算平衡”数组．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是否是“运算平衡”数组？若是，请在以下数组中填上相应的符号，并完成运算；</w:t>
      </w:r>
    </w:p>
    <w:p>
      <w:pPr>
        <w:spacing w:line="360" w:lineRule="auto"/>
        <w:jc w:val="left"/>
        <w:textAlignment w:val="center"/>
        <w:rPr>
          <w:color w:val="000000"/>
        </w:rPr>
      </w:pPr>
      <w:r>
        <w:rPr>
          <w:rFonts w:ascii="Times New Roman" w:eastAsia="Times New Roman" w:hAnsi="Times New Roman" w:cs="Times New Roman"/>
          <w:color w:val="000000"/>
        </w:rPr>
        <w:t>1    2    3    4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）若数组</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pict>
          <v:shape id="_x0000_i700339" type="#_x0000_t75" alt="学科网(www.zxxk.com)--教育资源门户，提供试卷、教案、课件、论文、素材以及各类教学资源下载，还有大量而丰富的教学相关资讯！" style="width:12.75pt;height:11.25pt" o:oleicon="f" o:ole="">
            <v:imagedata r:id="rId121" o:title="eqId294f5ba74cdf695fc9a8a8e52f421328"/>
          </v:shape>
        </w:pict>
      </w:r>
      <w:r>
        <w:rPr>
          <w:rFonts w:ascii="宋体" w:eastAsia="宋体" w:hAnsi="宋体" w:cs="宋体"/>
          <w:color w:val="000000"/>
        </w:rPr>
        <w:t>是“运算平衡”数组，则</w:t>
      </w:r>
      <w:r>
        <w:pict>
          <v:shape id="_x0000_i700340" type="#_x0000_t75" alt="学科网(www.zxxk.com)--教育资源门户，提供试卷、教案、课件、论文、素材以及各类教学资源下载，还有大量而丰富的教学相关资讯！" style="width:12.75pt;height:11.25pt" o:oleicon="f" o:ole="">
            <v:imagedata r:id="rId121" o:title="eqId294f5ba74cdf695fc9a8a8e52f421328"/>
          </v:shape>
        </w:pict>
      </w:r>
      <w:r>
        <w:rPr>
          <w:rFonts w:ascii="宋体" w:eastAsia="宋体" w:hAnsi="宋体" w:cs="宋体"/>
          <w:color w:val="000000"/>
        </w:rPr>
        <w:t>的值可以是多少？</w:t>
      </w:r>
    </w:p>
    <w:p>
      <w:pPr>
        <w:spacing w:line="360" w:lineRule="auto"/>
        <w:jc w:val="left"/>
        <w:textAlignment w:val="center"/>
        <w:rPr>
          <w:color w:val="000000"/>
        </w:rPr>
        <w:sectPr w:rsidSect="00C321EB">
          <w:headerReference w:type="even" r:id="rId213"/>
          <w:footerReference w:type="even" r:id="rId214"/>
          <w:headerReference w:type="first" r:id="rId215"/>
          <w:footerReference w:type="first" r:id="rId216"/>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）若某“运算平衡”数组中共含有</w:t>
      </w:r>
      <w:r>
        <w:pict>
          <v:shape id="_x0000_i700341" type="#_x0000_t75" alt="学科网(www.zxxk.com)--教育资源门户，提供试卷、教案、课件、论文、素材以及各类教学资源下载，还有大量而丰富的教学相关资讯！" style="width:9.75pt;height:11.25pt" o:oleicon="f" o:ole="">
            <v:imagedata r:id="rId122" o:title="eqIdb6a24198bd04c29321ae5dc5a28fe421"/>
          </v:shape>
        </w:pict>
      </w:r>
      <w:r>
        <w:rPr>
          <w:rFonts w:ascii="宋体" w:eastAsia="宋体" w:hAnsi="宋体" w:cs="宋体"/>
          <w:color w:val="000000"/>
        </w:rPr>
        <w:t>个整数，则这</w:t>
      </w:r>
      <w:r>
        <w:pict>
          <v:shape id="_x0000_i700342" type="#_x0000_t75" alt="学科网(www.zxxk.com)--教育资源门户，提供试卷、教案、课件、论文、素材以及各类教学资源下载，还有大量而丰富的教学相关资讯！" style="width:9.75pt;height:11.25pt" o:oleicon="f" o:ole="">
            <v:imagedata r:id="rId122" o:title="eqIdb6a24198bd04c29321ae5dc5a28fe421"/>
          </v:shape>
        </w:pict>
      </w:r>
      <w:r>
        <w:rPr>
          <w:rFonts w:ascii="宋体" w:eastAsia="宋体" w:hAnsi="宋体" w:cs="宋体"/>
          <w:color w:val="000000"/>
        </w:rPr>
        <w:t>个整数需要具备什么样的规律？</w:t>
      </w:r>
    </w:p>
    <w:p>
      <w:pPr>
        <w:pStyle w:val="Heading2"/>
      </w:pPr>
      <w:r>
        <w:t>房山区燕山区</w:t>
      </w:r>
    </w:p>
    <w:p>
      <w:pPr>
        <w:spacing w:line="360" w:lineRule="auto"/>
        <w:jc w:val="left"/>
        <w:textAlignment w:val="center"/>
        <w:rPr>
          <w:color w:val="000000"/>
        </w:rPr>
      </w:pPr>
      <w:r>
        <w:rPr>
          <w:color w:val="000000"/>
        </w:rPr>
        <w:t xml:space="preserve">25. </w:t>
      </w:r>
      <w:r>
        <w:rPr>
          <w:rFonts w:ascii="宋体" w:eastAsia="宋体" w:hAnsi="宋体" w:cs="宋体"/>
          <w:color w:val="000000"/>
        </w:rPr>
        <w:t>下面是小宇同学的数学日记，请仔细阅读并回答问题．</w:t>
      </w:r>
    </w:p>
    <w:p>
      <w:pPr>
        <w:spacing w:line="360" w:lineRule="auto"/>
        <w:jc w:val="left"/>
        <w:textAlignment w:val="center"/>
        <w:rPr>
          <w:color w:val="000000"/>
        </w:rPr>
      </w:pPr>
      <w:r>
        <w:rPr>
          <w:rFonts w:ascii="Times New Roman" w:eastAsia="Times New Roman" w:hAnsi="Times New Roman" w:cs="Times New Roman"/>
          <w:color w:val="000000"/>
        </w:rPr>
        <w:t>2020</w:t>
      </w:r>
      <w:r>
        <w:rPr>
          <w:rFonts w:ascii="宋体" w:eastAsia="宋体" w:hAnsi="宋体" w:cs="宋体"/>
          <w:color w:val="000000"/>
        </w:rPr>
        <w:t>年</w:t>
      </w:r>
      <w:r>
        <w:rPr>
          <w:rFonts w:ascii="Times New Roman" w:eastAsia="Times New Roman" w:hAnsi="Times New Roman" w:cs="Times New Roman"/>
          <w:color w:val="000000"/>
        </w:rPr>
        <w:t>12</w:t>
      </w:r>
      <w:r>
        <w:rPr>
          <w:rFonts w:ascii="宋体" w:eastAsia="宋体" w:hAnsi="宋体" w:cs="宋体"/>
          <w:color w:val="000000"/>
        </w:rPr>
        <w:t>月</w:t>
      </w:r>
      <w:r>
        <w:rPr>
          <w:rFonts w:ascii="Times New Roman" w:eastAsia="Times New Roman" w:hAnsi="Times New Roman" w:cs="Times New Roman"/>
          <w:color w:val="000000"/>
        </w:rPr>
        <w:t>27</w:t>
      </w:r>
      <w:r>
        <w:rPr>
          <w:rFonts w:ascii="宋体" w:eastAsia="宋体" w:hAnsi="宋体" w:cs="宋体"/>
          <w:color w:val="000000"/>
        </w:rPr>
        <w:t>日  星期日   晴</w:t>
      </w:r>
    </w:p>
    <w:p>
      <w:pPr>
        <w:spacing w:line="360" w:lineRule="auto"/>
        <w:jc w:val="left"/>
        <w:textAlignment w:val="center"/>
        <w:rPr>
          <w:color w:val="000000"/>
        </w:rPr>
      </w:pPr>
      <w:r>
        <w:rPr>
          <w:color w:val="000000"/>
        </w:rPr>
        <w:drawing>
          <wp:inline>
            <wp:extent cx="5238750" cy="1257300"/>
            <wp:docPr id="11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
                    <pic:cNvPicPr>
                      <a:picLocks noChangeAspect="1"/>
                    </pic:cNvPicPr>
                  </pic:nvPicPr>
                  <pic:blipFill>
                    <a:blip r:embed="rId123"/>
                    <a:stretch>
                      <a:fillRect/>
                    </a:stretch>
                  </pic:blipFill>
                  <pic:spPr>
                    <a:xfrm>
                      <a:off x="0" y="0"/>
                      <a:ext cx="5238750" cy="1257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今天，我们数学兴趣小组讨论了一个画图问题：如图</w:t>
      </w:r>
      <w:r>
        <w:rPr>
          <w:rFonts w:ascii="Times New Roman" w:eastAsia="Times New Roman" w:hAnsi="Times New Roman" w:cs="Times New Roman"/>
          <w:color w:val="000000"/>
        </w:rPr>
        <w:t>1</w:t>
      </w:r>
      <w:r>
        <w:rPr>
          <w:rFonts w:ascii="宋体" w:eastAsia="宋体" w:hAnsi="宋体" w:cs="宋体"/>
          <w:color w:val="000000"/>
        </w:rPr>
        <w:t>，已知∠</w:t>
      </w:r>
      <w:r>
        <w:rPr>
          <w:rFonts w:ascii="Times New Roman" w:eastAsia="Times New Roman" w:hAnsi="Times New Roman" w:cs="Times New Roman"/>
          <w:color w:val="000000"/>
        </w:rPr>
        <w:t>AOB</w:t>
      </w:r>
      <w:r>
        <w:rPr>
          <w:rFonts w:ascii="宋体" w:eastAsia="宋体" w:hAnsi="宋体" w:cs="宋体"/>
          <w:color w:val="000000"/>
        </w:rPr>
        <w:t>，请画一个∠</w:t>
      </w:r>
      <w:r>
        <w:rPr>
          <w:rFonts w:ascii="Times New Roman" w:eastAsia="Times New Roman" w:hAnsi="Times New Roman" w:cs="Times New Roman"/>
          <w:color w:val="000000"/>
        </w:rPr>
        <w:t>AOC</w:t>
      </w:r>
      <w:r>
        <w:rPr>
          <w:rFonts w:ascii="宋体" w:eastAsia="宋体" w:hAnsi="宋体" w:cs="宋体"/>
          <w:color w:val="000000"/>
        </w:rPr>
        <w:t>，使∠</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对这个问题，我刚开始没有什么思路，但是我们通过小组讨论，发现射线</w:t>
      </w:r>
      <w:r>
        <w:rPr>
          <w:rFonts w:ascii="Times New Roman" w:eastAsia="Times New Roman" w:hAnsi="Times New Roman" w:cs="Times New Roman"/>
          <w:color w:val="000000"/>
        </w:rPr>
        <w:t>OC</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的外部，尝试画出示意图，如图</w:t>
      </w:r>
      <w:r>
        <w:rPr>
          <w:rFonts w:ascii="Times New Roman" w:eastAsia="Times New Roman" w:hAnsi="Times New Roman" w:cs="Times New Roman"/>
          <w:color w:val="000000"/>
        </w:rPr>
        <w:t>2</w:t>
      </w:r>
      <w:r>
        <w:rPr>
          <w:rFonts w:ascii="宋体" w:eastAsia="宋体" w:hAnsi="宋体" w:cs="宋体"/>
          <w:color w:val="000000"/>
        </w:rPr>
        <w:t>所示；然后用三角尺画出直角∠</w:t>
      </w:r>
      <w:r>
        <w:rPr>
          <w:rFonts w:ascii="Times New Roman" w:eastAsia="Times New Roman" w:hAnsi="Times New Roman" w:cs="Times New Roman"/>
          <w:color w:val="000000"/>
        </w:rPr>
        <w:t>BOD</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所示，找到∠</w:t>
      </w:r>
      <w:r>
        <w:rPr>
          <w:rFonts w:ascii="Times New Roman" w:eastAsia="Times New Roman" w:hAnsi="Times New Roman" w:cs="Times New Roman"/>
          <w:color w:val="000000"/>
        </w:rPr>
        <w:t>BOC</w:t>
      </w:r>
      <w:r>
        <w:rPr>
          <w:rFonts w:ascii="宋体" w:eastAsia="宋体" w:hAnsi="宋体" w:cs="宋体"/>
          <w:color w:val="000000"/>
        </w:rPr>
        <w:t>的余角∠</w:t>
      </w:r>
      <w:r>
        <w:rPr>
          <w:rFonts w:ascii="Times New Roman" w:eastAsia="Times New Roman" w:hAnsi="Times New Roman" w:cs="Times New Roman"/>
          <w:color w:val="000000"/>
        </w:rPr>
        <w:t>COD</w:t>
      </w:r>
      <w:r>
        <w:rPr>
          <w:rFonts w:ascii="宋体" w:eastAsia="宋体" w:hAnsi="宋体" w:cs="宋体"/>
          <w:color w:val="000000"/>
        </w:rPr>
        <w:t>；进而分析要使∠</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互余，则需∠</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．因此，我们找到了解决问题的方法：用三角尺作射线</w:t>
      </w:r>
      <w:r>
        <w:rPr>
          <w:rFonts w:ascii="Times New Roman" w:eastAsia="Times New Roman" w:hAnsi="Times New Roman" w:cs="Times New Roman"/>
          <w:color w:val="000000"/>
        </w:rPr>
        <w:t>OD</w:t>
      </w:r>
      <w:r>
        <w:rPr>
          <w:rFonts w:ascii="宋体" w:eastAsia="宋体" w:hAnsi="宋体" w:cs="宋体"/>
          <w:color w:val="000000"/>
        </w:rPr>
        <w:t>，使∠</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°，利用量角器画出∠</w:t>
      </w:r>
      <w:r>
        <w:rPr>
          <w:rFonts w:ascii="Times New Roman" w:eastAsia="Times New Roman" w:hAnsi="Times New Roman" w:cs="Times New Roman"/>
          <w:color w:val="000000"/>
        </w:rPr>
        <w:t>AOD</w:t>
      </w:r>
      <w:r>
        <w:rPr>
          <w:rFonts w:ascii="宋体" w:eastAsia="宋体" w:hAnsi="宋体" w:cs="宋体"/>
          <w:color w:val="000000"/>
        </w:rPr>
        <w:t>的平分线</w:t>
      </w:r>
      <w:r>
        <w:rPr>
          <w:rFonts w:ascii="Times New Roman" w:eastAsia="Times New Roman" w:hAnsi="Times New Roman" w:cs="Times New Roman"/>
          <w:color w:val="000000"/>
        </w:rPr>
        <w:t>OC</w:t>
      </w:r>
      <w:r>
        <w:rPr>
          <w:rFonts w:ascii="宋体" w:eastAsia="宋体" w:hAnsi="宋体" w:cs="宋体"/>
          <w:color w:val="000000"/>
        </w:rPr>
        <w:t>，这样就得到了∠</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小组活动后我对这种画法进行了证明，并且我有如下思考：用同样的办法能否画出已知角的补角呢？……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）请帮小宇补全下面的证明过程．</w:t>
      </w:r>
    </w:p>
    <w:p>
      <w:pPr>
        <w:spacing w:line="360" w:lineRule="auto"/>
        <w:jc w:val="left"/>
        <w:textAlignment w:val="center"/>
        <w:rPr>
          <w:color w:val="000000"/>
        </w:rPr>
      </w:pPr>
      <w:r>
        <w:rPr>
          <w:rFonts w:ascii="宋体" w:eastAsia="宋体" w:hAnsi="宋体" w:cs="宋体"/>
          <w:color w:val="000000"/>
        </w:rPr>
        <w:t>已知：如图</w:t>
      </w:r>
      <w:r>
        <w:rPr>
          <w:rFonts w:ascii="Times New Roman" w:eastAsia="Times New Roman" w:hAnsi="Times New Roman" w:cs="Times New Roman"/>
          <w:color w:val="000000"/>
        </w:rPr>
        <w:t>3</w:t>
      </w:r>
      <w:r>
        <w:rPr>
          <w:rFonts w:ascii="宋体" w:eastAsia="宋体" w:hAnsi="宋体" w:cs="宋体"/>
          <w:color w:val="000000"/>
        </w:rPr>
        <w:t>，射线</w:t>
      </w:r>
      <w:r>
        <w:rPr>
          <w:rFonts w:ascii="Times New Roman" w:eastAsia="Times New Roman" w:hAnsi="Times New Roman" w:cs="Times New Roman"/>
          <w:color w:val="000000"/>
        </w:rPr>
        <w:t>OC</w:t>
      </w:r>
      <w:r>
        <w:rPr>
          <w:rFonts w:ascii="宋体" w:eastAsia="宋体" w:hAnsi="宋体" w:cs="宋体"/>
          <w:color w:val="000000"/>
        </w:rPr>
        <w:t>，</w:t>
      </w:r>
      <w:r>
        <w:rPr>
          <w:rFonts w:ascii="Times New Roman" w:eastAsia="Times New Roman" w:hAnsi="Times New Roman" w:cs="Times New Roman"/>
          <w:color w:val="000000"/>
        </w:rPr>
        <w:t>OD</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的外部，∠</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OC</w:t>
      </w:r>
      <w:r>
        <w:rPr>
          <w:rFonts w:ascii="宋体" w:eastAsia="宋体" w:hAnsi="宋体" w:cs="宋体"/>
          <w:color w:val="000000"/>
        </w:rPr>
        <w:t>平分∠</w:t>
      </w:r>
      <w:r>
        <w:rPr>
          <w:rFonts w:ascii="Times New Roman" w:eastAsia="Times New Roman" w:hAnsi="Times New Roman" w:cs="Times New Roman"/>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求证：∠</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 xml:space="preserve">互余． </w:t>
      </w:r>
    </w:p>
    <w:p>
      <w:pPr>
        <w:spacing w:line="360" w:lineRule="auto"/>
        <w:jc w:val="left"/>
        <w:textAlignment w:val="center"/>
        <w:rPr>
          <w:color w:val="000000"/>
        </w:rPr>
      </w:pPr>
      <w:r>
        <w:rPr>
          <w:rFonts w:ascii="宋体" w:eastAsia="宋体" w:hAnsi="宋体" w:cs="宋体"/>
          <w:color w:val="000000"/>
        </w:rPr>
        <w:t>证明：∵∠</w:t>
      </w:r>
      <w:r>
        <w:rPr>
          <w:rFonts w:ascii="Times New Roman" w:eastAsia="Times New Roman" w:hAnsi="Times New Roman" w:cs="Times New Roman"/>
          <w:color w:val="000000"/>
        </w:rPr>
        <w:t>BOD</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 xml:space="preserve"> ＝</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OC</w:t>
      </w:r>
      <w:r>
        <w:rPr>
          <w:rFonts w:ascii="宋体" w:eastAsia="宋体" w:hAnsi="宋体" w:cs="宋体"/>
          <w:color w:val="000000"/>
        </w:rPr>
        <w:t>平分∠</w:t>
      </w:r>
      <w:r>
        <w:rPr>
          <w:rFonts w:ascii="Times New Roman" w:eastAsia="Times New Roman" w:hAnsi="Times New Roman" w:cs="Times New Roman"/>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 xml:space="preserve"> ＝</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BOC</w:t>
      </w:r>
      <w:r>
        <w:rPr>
          <w:rFonts w:ascii="宋体" w:eastAsia="宋体" w:hAnsi="宋体" w:cs="宋体"/>
          <w:color w:val="000000"/>
        </w:rPr>
        <w:t>＋∠</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AOC</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互余．</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）参考小宇日记中</w:t>
      </w:r>
      <w:r>
        <w:rPr>
          <w:rFonts w:ascii="宋体" w:eastAsia="宋体" w:hAnsi="宋体" w:cs="宋体"/>
          <w:color w:val="000000"/>
          <w:position w:val="0"/>
        </w:rPr>
        <w:drawing>
          <wp:inline>
            <wp:extent cx="133350" cy="177800"/>
            <wp:docPr id="11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
                    <pic:cNvPicPr>
                      <a:picLocks noChangeAspect="1"/>
                    </pic:cNvPicPr>
                  </pic:nvPicPr>
                  <pic:blipFill>
                    <a:blip r:embed="rId1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画法，请在图</w:t>
      </w:r>
      <w:r>
        <w:rPr>
          <w:rFonts w:ascii="Times New Roman" w:eastAsia="Times New Roman" w:hAnsi="Times New Roman" w:cs="Times New Roman"/>
          <w:color w:val="000000"/>
        </w:rPr>
        <w:t>4</w:t>
      </w:r>
      <w:r>
        <w:rPr>
          <w:rFonts w:ascii="宋体" w:eastAsia="宋体" w:hAnsi="宋体" w:cs="宋体"/>
          <w:color w:val="000000"/>
        </w:rPr>
        <w:t>中画出一个∠</w:t>
      </w:r>
      <w:r>
        <w:rPr>
          <w:rFonts w:ascii="Times New Roman" w:eastAsia="Times New Roman" w:hAnsi="Times New Roman" w:cs="Times New Roman"/>
          <w:color w:val="000000"/>
        </w:rPr>
        <w:t>AOE</w:t>
      </w:r>
      <w:r>
        <w:rPr>
          <w:rFonts w:ascii="宋体" w:eastAsia="宋体" w:hAnsi="宋体" w:cs="宋体"/>
          <w:color w:val="000000"/>
        </w:rPr>
        <w:t>，使∠</w:t>
      </w:r>
      <w:r>
        <w:rPr>
          <w:rFonts w:ascii="Times New Roman" w:eastAsia="Times New Roman" w:hAnsi="Times New Roman" w:cs="Times New Roman"/>
          <w:color w:val="000000"/>
        </w:rPr>
        <w:t>AOE</w:t>
      </w:r>
      <w:r>
        <w:rPr>
          <w:rFonts w:ascii="宋体" w:eastAsia="宋体" w:hAnsi="宋体" w:cs="宋体"/>
          <w:color w:val="000000"/>
        </w:rPr>
        <w:t>与∠</w:t>
      </w:r>
      <w:r>
        <w:rPr>
          <w:rFonts w:ascii="Times New Roman" w:eastAsia="Times New Roman" w:hAnsi="Times New Roman" w:cs="Times New Roman"/>
          <w:color w:val="000000"/>
        </w:rPr>
        <w:t>BOE</w:t>
      </w:r>
      <w:r>
        <w:rPr>
          <w:rFonts w:ascii="宋体" w:eastAsia="宋体" w:hAnsi="宋体" w:cs="宋体"/>
          <w:color w:val="000000"/>
        </w:rPr>
        <w:t>互补．（不写画法，保留画图痕迹）</w:t>
      </w:r>
    </w:p>
    <w:p>
      <w:pPr>
        <w:spacing w:line="360" w:lineRule="auto"/>
        <w:jc w:val="left"/>
        <w:textAlignment w:val="center"/>
        <w:rPr>
          <w:color w:val="000000"/>
        </w:rPr>
      </w:pPr>
      <w:r>
        <w:rPr>
          <w:color w:val="000000"/>
        </w:rPr>
        <w:t xml:space="preserve">26. </w:t>
      </w:r>
      <w:r>
        <w:rPr>
          <w:rFonts w:ascii="宋体" w:eastAsia="宋体" w:hAnsi="宋体" w:cs="宋体"/>
          <w:color w:val="000000"/>
        </w:rPr>
        <w:t>对于数轴上给定的两点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在</w:t>
      </w:r>
      <w:r>
        <w:rPr>
          <w:rFonts w:ascii="Times New Roman" w:eastAsia="Times New Roman" w:hAnsi="Times New Roman" w:cs="Times New Roman"/>
          <w:color w:val="000000"/>
        </w:rPr>
        <w:t>N</w:t>
      </w:r>
      <w:r>
        <w:rPr>
          <w:rFonts w:ascii="宋体" w:eastAsia="宋体" w:hAnsi="宋体" w:cs="宋体"/>
          <w:color w:val="000000"/>
        </w:rPr>
        <w:t>的左侧），若数轴上存在点</w:t>
      </w:r>
      <w:r>
        <w:rPr>
          <w:rFonts w:ascii="Times New Roman" w:eastAsia="Times New Roman" w:hAnsi="Times New Roman" w:cs="Times New Roman"/>
          <w:color w:val="000000"/>
        </w:rPr>
        <w:t>P</w:t>
      </w:r>
      <w:r>
        <w:rPr>
          <w:rFonts w:ascii="宋体" w:eastAsia="宋体" w:hAnsi="宋体" w:cs="宋体"/>
          <w:color w:val="000000"/>
        </w:rPr>
        <w:t>，使得</w:t>
      </w:r>
      <w:r>
        <w:rPr>
          <w:rFonts w:ascii="Times New Roman" w:eastAsia="Times New Roman" w:hAnsi="Times New Roman" w:cs="Times New Roman"/>
          <w:color w:val="000000"/>
        </w:rPr>
        <w:t>MP</w:t>
      </w:r>
      <w:r>
        <w:rPr>
          <w:rFonts w:ascii="宋体" w:eastAsia="宋体" w:hAnsi="宋体" w:cs="宋体"/>
          <w:color w:val="000000"/>
        </w:rPr>
        <w:t>＋</w:t>
      </w:r>
      <w:r>
        <w:rPr>
          <w:rFonts w:ascii="Times New Roman" w:eastAsia="Times New Roman" w:hAnsi="Times New Roman" w:cs="Times New Roman"/>
          <w:color w:val="000000"/>
        </w:rPr>
        <w:t>2NP</w:t>
      </w:r>
      <w:r>
        <w:rPr>
          <w:rFonts w:ascii="宋体" w:eastAsia="宋体" w:hAnsi="宋体" w:cs="宋体"/>
          <w:color w:val="000000"/>
        </w:rPr>
        <w:t>＝</w:t>
      </w:r>
      <w:r>
        <w:rPr>
          <w:rFonts w:ascii="Times New Roman" w:eastAsia="Times New Roman" w:hAnsi="Times New Roman" w:cs="Times New Roman"/>
          <w:color w:val="000000"/>
        </w:rPr>
        <w:t>k</w:t>
      </w:r>
      <w:r>
        <w:rPr>
          <w:rFonts w:ascii="宋体" w:eastAsia="宋体" w:hAnsi="宋体" w:cs="宋体"/>
          <w:color w:val="000000"/>
        </w:rPr>
        <w:t>，则称点</w:t>
      </w:r>
      <w:r>
        <w:rPr>
          <w:rFonts w:ascii="Times New Roman" w:eastAsia="Times New Roman" w:hAnsi="Times New Roman" w:cs="Times New Roman"/>
          <w:color w:val="000000"/>
        </w:rPr>
        <w:t>P</w:t>
      </w:r>
      <w:r>
        <w:rPr>
          <w:rFonts w:ascii="宋体" w:eastAsia="宋体" w:hAnsi="宋体" w:cs="宋体"/>
          <w:color w:val="000000"/>
        </w:rPr>
        <w:t>为点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的</w:t>
      </w:r>
      <w:r>
        <w:rPr>
          <w:rFonts w:ascii="Times New Roman" w:eastAsia="Times New Roman" w:hAnsi="Times New Roman" w:cs="Times New Roman"/>
          <w:color w:val="000000"/>
        </w:rPr>
        <w:t>“k</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．例如，如图，点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，因为</w:t>
      </w:r>
      <w:r>
        <w:rPr>
          <w:rFonts w:ascii="Times New Roman" w:eastAsia="Times New Roman" w:hAnsi="Times New Roman" w:cs="Times New Roman"/>
          <w:color w:val="000000"/>
        </w:rPr>
        <w:t>MP</w:t>
      </w:r>
      <w:r>
        <w:rPr>
          <w:rFonts w:ascii="宋体" w:eastAsia="宋体" w:hAnsi="宋体" w:cs="宋体"/>
          <w:color w:val="000000"/>
        </w:rPr>
        <w:t>＋</w:t>
      </w:r>
      <w:r>
        <w:rPr>
          <w:rFonts w:ascii="Times New Roman" w:eastAsia="Times New Roman" w:hAnsi="Times New Roman" w:cs="Times New Roman"/>
          <w:color w:val="000000"/>
        </w:rPr>
        <w:t>2NP</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，所以点</w:t>
      </w:r>
      <w:r>
        <w:rPr>
          <w:rFonts w:ascii="Times New Roman" w:eastAsia="Times New Roman" w:hAnsi="Times New Roman" w:cs="Times New Roman"/>
          <w:color w:val="000000"/>
        </w:rPr>
        <w:t>P</w:t>
      </w:r>
      <w:r>
        <w:rPr>
          <w:rFonts w:ascii="宋体" w:eastAsia="宋体" w:hAnsi="宋体" w:cs="宋体"/>
          <w:color w:val="000000"/>
        </w:rPr>
        <w:t>是点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552450"/>
            <wp:docPr id="11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
                    <pic:cNvPicPr>
                      <a:picLocks noChangeAspect="1"/>
                    </pic:cNvPicPr>
                  </pic:nvPicPr>
                  <pic:blipFill>
                    <a:blip r:embed="rId125"/>
                    <a:stretch>
                      <a:fillRect/>
                    </a:stretch>
                  </pic:blipFill>
                  <pic:spPr>
                    <a:xfrm>
                      <a:off x="0" y="0"/>
                      <a:ext cx="2400300" cy="552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）如图，已知点</w:t>
      </w:r>
      <w:r>
        <w:rPr>
          <w:rFonts w:ascii="Times New Roman" w:eastAsia="Times New Roman" w:hAnsi="Times New Roman" w:cs="Times New Roman"/>
          <w:color w:val="000000"/>
        </w:rPr>
        <w:t>A</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28900" cy="552450"/>
            <wp:docPr id="11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
                    <pic:cNvPicPr>
                      <a:picLocks noChangeAspect="1"/>
                    </pic:cNvPicPr>
                  </pic:nvPicPr>
                  <pic:blipFill>
                    <a:blip r:embed="rId126"/>
                    <a:stretch>
                      <a:fillRect/>
                    </a:stretch>
                  </pic:blipFill>
                  <pic:spPr>
                    <a:xfrm>
                      <a:off x="0" y="0"/>
                      <a:ext cx="2628900" cy="552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 xml:space="preserve"> </w:t>
      </w:r>
      <w:r>
        <w:rPr>
          <w:rFonts w:ascii="宋体" w:eastAsia="宋体" w:hAnsi="宋体" w:cs="宋体"/>
          <w:color w:val="000000"/>
        </w:rPr>
        <w:t>若点</w:t>
      </w:r>
      <w:r>
        <w:rPr>
          <w:rFonts w:ascii="Times New Roman" w:eastAsia="Times New Roman" w:hAnsi="Times New Roman" w:cs="Times New Roman"/>
          <w:color w:val="000000"/>
        </w:rPr>
        <w:t>C</w:t>
      </w:r>
      <w:r>
        <w:rPr>
          <w:rFonts w:ascii="宋体" w:eastAsia="宋体" w:hAnsi="宋体" w:cs="宋体"/>
          <w:color w:val="000000"/>
        </w:rPr>
        <w:t>在线段</w:t>
      </w:r>
      <w:r>
        <w:rPr>
          <w:rFonts w:ascii="Times New Roman" w:eastAsia="Times New Roman" w:hAnsi="Times New Roman" w:cs="Times New Roman"/>
          <w:color w:val="000000"/>
        </w:rPr>
        <w:t>AB</w:t>
      </w:r>
      <w:r>
        <w:rPr>
          <w:rFonts w:ascii="宋体" w:eastAsia="宋体" w:hAnsi="宋体" w:cs="宋体"/>
          <w:color w:val="000000"/>
        </w:rPr>
        <w:t>上，且点</w:t>
      </w:r>
      <w:r>
        <w:rPr>
          <w:rFonts w:ascii="Times New Roman" w:eastAsia="Times New Roman" w:hAnsi="Times New Roman" w:cs="Times New Roman"/>
          <w:color w:val="000000"/>
        </w:rPr>
        <w:t>C</w:t>
      </w:r>
      <w:r>
        <w:rPr>
          <w:rFonts w:ascii="宋体" w:eastAsia="宋体" w:hAnsi="宋体" w:cs="宋体"/>
          <w:color w:val="000000"/>
        </w:rPr>
        <w:t>是点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，则点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 xml:space="preserve"> </w:t>
      </w:r>
      <w:r>
        <w:rPr>
          <w:rFonts w:ascii="宋体" w:eastAsia="宋体" w:hAnsi="宋体" w:cs="宋体"/>
          <w:color w:val="000000"/>
        </w:rPr>
        <w:t>若点</w:t>
      </w:r>
      <w:r>
        <w:rPr>
          <w:rFonts w:ascii="Times New Roman" w:eastAsia="Times New Roman" w:hAnsi="Times New Roman" w:cs="Times New Roman"/>
          <w:color w:val="000000"/>
        </w:rPr>
        <w:t>D</w:t>
      </w:r>
      <w:r>
        <w:rPr>
          <w:rFonts w:ascii="宋体" w:eastAsia="宋体" w:hAnsi="宋体" w:cs="宋体"/>
          <w:color w:val="000000"/>
        </w:rPr>
        <w:t>是点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“k</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color w:val="000000"/>
        </w:rPr>
        <w:t>AD</w:t>
      </w:r>
      <w:r>
        <w:rPr>
          <w:rFonts w:ascii="宋体" w:eastAsia="宋体" w:hAnsi="宋体" w:cs="宋体"/>
          <w:color w:val="000000"/>
        </w:rPr>
        <w:t>＝</w:t>
      </w:r>
      <w:r>
        <w:rPr>
          <w:rFonts w:ascii="Times New Roman" w:eastAsia="Times New Roman" w:hAnsi="Times New Roman" w:cs="Times New Roman"/>
          <w:color w:val="000000"/>
        </w:rPr>
        <w:t>2BD</w:t>
      </w:r>
      <w:r>
        <w:rPr>
          <w:rFonts w:ascii="宋体" w:eastAsia="宋体" w:hAnsi="宋体" w:cs="宋体"/>
          <w:color w:val="000000"/>
        </w:rPr>
        <w:t>，则</w:t>
      </w:r>
      <w:r>
        <w:rPr>
          <w:rFonts w:ascii="Times New Roman" w:eastAsia="Times New Roman" w:hAnsi="Times New Roman" w:cs="Times New Roman"/>
          <w:color w:val="000000"/>
        </w:rPr>
        <w:t>k</w: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100"/>
          <w:footerReference w:type="even" r:id="rId101"/>
          <w:headerReference w:type="first" r:id="rId102"/>
          <w:footerReference w:type="first" r:id="rId103"/>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）数轴上点</w:t>
      </w:r>
      <w:r>
        <w:rPr>
          <w:rFonts w:ascii="Times New Roman" w:eastAsia="Times New Roman" w:hAnsi="Times New Roman" w:cs="Times New Roman"/>
          <w:color w:val="000000"/>
        </w:rPr>
        <w:t>E</w:t>
      </w:r>
      <w:r>
        <w:rPr>
          <w:rFonts w:ascii="宋体" w:eastAsia="宋体" w:hAnsi="宋体" w:cs="宋体"/>
          <w:color w:val="000000"/>
        </w:rPr>
        <w:t>表示的数为</w:t>
      </w:r>
      <w:r>
        <w:rPr>
          <w:rFonts w:ascii="Times New Roman" w:eastAsia="Times New Roman" w:hAnsi="Times New Roman" w:cs="Times New Roman"/>
          <w:color w:val="000000"/>
        </w:rPr>
        <w:t>a</w:t>
      </w:r>
      <w:r>
        <w:rPr>
          <w:rFonts w:ascii="宋体" w:eastAsia="宋体" w:hAnsi="宋体" w:cs="宋体"/>
          <w:color w:val="000000"/>
        </w:rPr>
        <w:t>，点</w:t>
      </w:r>
      <w:r>
        <w:rPr>
          <w:rFonts w:ascii="Times New Roman" w:eastAsia="Times New Roman" w:hAnsi="Times New Roman" w:cs="Times New Roman"/>
          <w:color w:val="000000"/>
        </w:rPr>
        <w:t>F</w:t>
      </w:r>
      <w:r>
        <w:rPr>
          <w:rFonts w:ascii="宋体" w:eastAsia="宋体" w:hAnsi="宋体" w:cs="宋体"/>
          <w:color w:val="000000"/>
        </w:rPr>
        <w:t>在点</w:t>
      </w:r>
      <w:r>
        <w:rPr>
          <w:rFonts w:ascii="Times New Roman" w:eastAsia="Times New Roman" w:hAnsi="Times New Roman" w:cs="Times New Roman"/>
          <w:color w:val="000000"/>
        </w:rPr>
        <w:t>E</w:t>
      </w:r>
      <w:r>
        <w:rPr>
          <w:rFonts w:ascii="宋体" w:eastAsia="宋体" w:hAnsi="宋体" w:cs="宋体"/>
          <w:color w:val="000000"/>
        </w:rPr>
        <w:t>的右侧，</w:t>
      </w:r>
      <w:r>
        <w:rPr>
          <w:rFonts w:ascii="Times New Roman" w:eastAsia="Times New Roman" w:hAnsi="Times New Roman" w:cs="Times New Roman"/>
          <w:color w:val="000000"/>
        </w:rPr>
        <w:t>EF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color w:val="000000"/>
        </w:rPr>
        <w:t>T</w:t>
      </w:r>
      <w:r>
        <w:rPr>
          <w:rFonts w:ascii="宋体" w:eastAsia="宋体" w:hAnsi="宋体" w:cs="宋体"/>
          <w:color w:val="000000"/>
        </w:rPr>
        <w:t>是点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的</w:t>
      </w:r>
      <w:r>
        <w:rPr>
          <w:rFonts w:ascii="Times New Roman" w:eastAsia="Times New Roman" w:hAnsi="Times New Roman" w:cs="Times New Roman"/>
          <w:color w:val="000000"/>
        </w:rPr>
        <w:t>“6</w:t>
      </w:r>
      <w:r>
        <w:rPr>
          <w:rFonts w:ascii="宋体" w:eastAsia="宋体" w:hAnsi="宋体" w:cs="宋体"/>
          <w:color w:val="000000"/>
        </w:rPr>
        <w:t>和点</w:t>
      </w:r>
      <w:r>
        <w:rPr>
          <w:rFonts w:ascii="Times New Roman" w:eastAsia="Times New Roman" w:hAnsi="Times New Roman" w:cs="Times New Roman"/>
          <w:color w:val="000000"/>
        </w:rPr>
        <w:t>”</w:t>
      </w:r>
      <w:r>
        <w:rPr>
          <w:rFonts w:ascii="宋体" w:eastAsia="宋体" w:hAnsi="宋体" w:cs="宋体"/>
          <w:color w:val="000000"/>
        </w:rPr>
        <w:t>，请求出点</w:t>
      </w:r>
      <w:r>
        <w:rPr>
          <w:rFonts w:ascii="Times New Roman" w:eastAsia="Times New Roman" w:hAnsi="Times New Roman" w:cs="Times New Roman"/>
          <w:color w:val="000000"/>
        </w:rPr>
        <w:t>T</w:t>
      </w:r>
      <w:r>
        <w:rPr>
          <w:rFonts w:ascii="宋体" w:eastAsia="宋体" w:hAnsi="宋体" w:cs="宋体"/>
          <w:color w:val="000000"/>
        </w:rPr>
        <w:t>表示的数</w:t>
      </w:r>
      <w:r>
        <w:rPr>
          <w:rFonts w:ascii="Times New Roman" w:eastAsia="Times New Roman" w:hAnsi="Times New Roman" w:cs="Times New Roman"/>
          <w:color w:val="000000"/>
        </w:rPr>
        <w:t>t</w:t>
      </w:r>
      <w:r>
        <w:rPr>
          <w:rFonts w:ascii="宋体" w:eastAsia="宋体" w:hAnsi="宋体" w:cs="宋体"/>
          <w:color w:val="000000"/>
        </w:rPr>
        <w:t>的值（用含</w:t>
      </w:r>
      <w:r>
        <w:rPr>
          <w:rFonts w:ascii="Times New Roman" w:eastAsia="Times New Roman" w:hAnsi="Times New Roman" w:cs="Times New Roman"/>
          <w:color w:val="000000"/>
        </w:rPr>
        <w:t>a</w:t>
      </w:r>
      <w:r>
        <w:rPr>
          <w:rFonts w:ascii="宋体" w:eastAsia="宋体" w:hAnsi="宋体" w:cs="宋体"/>
          <w:color w:val="000000"/>
        </w:rPr>
        <w:t>的代数式表示）．</w:t>
      </w:r>
    </w:p>
    <w:p>
      <w:pPr>
        <w:pStyle w:val="Heading2"/>
      </w:pPr>
      <w:r>
        <w:t>朝阳区</w:t>
      </w:r>
    </w:p>
    <w:p>
      <w:pPr>
        <w:spacing w:line="360" w:lineRule="auto"/>
        <w:jc w:val="left"/>
        <w:textAlignment w:val="center"/>
        <w:rPr>
          <w:color w:val="000000"/>
        </w:rPr>
      </w:pPr>
      <w:r>
        <w:rPr>
          <w:color w:val="000000"/>
        </w:rPr>
        <w:t xml:space="preserve">25.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的内部，射线</w:t>
      </w:r>
      <w:r>
        <w:rPr>
          <w:rFonts w:ascii="Times New Roman" w:eastAsia="Times New Roman" w:hAnsi="Times New Roman" w:cs="Times New Roman"/>
          <w:i/>
          <w:color w:val="000000"/>
        </w:rPr>
        <w:t>OM</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靠近</w:t>
      </w:r>
      <w:r>
        <w:rPr>
          <w:rFonts w:ascii="Times New Roman" w:eastAsia="Times New Roman" w:hAnsi="Times New Roman" w:cs="Times New Roman"/>
          <w:i/>
          <w:color w:val="000000"/>
        </w:rPr>
        <w:t>OA</w:t>
      </w:r>
      <w:r>
        <w:rPr>
          <w:rFonts w:ascii="宋体" w:eastAsia="宋体" w:hAnsi="宋体" w:cs="宋体"/>
          <w:color w:val="000000"/>
        </w:rPr>
        <w:t>的三等分线，射线</w:t>
      </w:r>
      <w:r>
        <w:rPr>
          <w:rFonts w:ascii="Times New Roman" w:eastAsia="Times New Roman" w:hAnsi="Times New Roman" w:cs="Times New Roman"/>
          <w:i/>
          <w:color w:val="000000"/>
        </w:rPr>
        <w:t>ON</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靠近</w:t>
      </w:r>
      <w:r>
        <w:rPr>
          <w:rFonts w:ascii="Times New Roman" w:eastAsia="Times New Roman" w:hAnsi="Times New Roman" w:cs="Times New Roman"/>
          <w:i/>
          <w:color w:val="000000"/>
        </w:rPr>
        <w:t>OB</w:t>
      </w:r>
      <w:r>
        <w:rPr>
          <w:rFonts w:ascii="宋体" w:eastAsia="宋体" w:hAnsi="宋体" w:cs="宋体"/>
          <w:color w:val="000000"/>
        </w:rPr>
        <w:t>的三等分线．</w:t>
      </w:r>
    </w:p>
    <w:p>
      <w:pPr>
        <w:spacing w:line="360" w:lineRule="auto"/>
        <w:jc w:val="left"/>
        <w:textAlignment w:val="center"/>
        <w:rPr>
          <w:color w:val="000000"/>
        </w:rPr>
      </w:pPr>
      <w:r>
        <w:rPr>
          <w:color w:val="000000"/>
        </w:rPr>
        <w:drawing>
          <wp:inline>
            <wp:extent cx="4114800" cy="1285875"/>
            <wp:docPr id="11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
                    <pic:cNvPicPr>
                      <a:picLocks noChangeAspect="1"/>
                    </pic:cNvPicPr>
                  </pic:nvPicPr>
                  <pic:blipFill>
                    <a:blip r:embed="rId127"/>
                    <a:stretch>
                      <a:fillRect/>
                    </a:stretch>
                  </pic:blipFill>
                  <pic:spPr>
                    <a:xfrm>
                      <a:off x="0" y="0"/>
                      <a:ext cx="4114800" cy="1285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i/>
          <w:color w:val="000000"/>
        </w:rPr>
        <w:t>OC</w:t>
      </w:r>
      <w:r>
        <w:rPr>
          <w:rFonts w:ascii="宋体" w:eastAsia="宋体" w:hAnsi="宋体" w:cs="宋体"/>
          <w:color w:val="000000"/>
        </w:rPr>
        <w:t>平分∠</w:t>
      </w:r>
      <w:r>
        <w:rPr>
          <w:rFonts w:ascii="Times New Roman" w:eastAsia="Times New Roman" w:hAnsi="Times New Roman" w:cs="Times New Roman"/>
          <w:i/>
          <w:color w:val="000000"/>
        </w:rPr>
        <w:t>AOB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①依题意补全图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MON</w:t>
      </w:r>
      <w:r>
        <w:rPr>
          <w:rFonts w:ascii="宋体" w:eastAsia="宋体" w:hAnsi="宋体" w:cs="宋体"/>
          <w:color w:val="000000"/>
        </w:rPr>
        <w:t>的度数为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当射线</w:t>
      </w:r>
      <w:r>
        <w:rPr>
          <w:rFonts w:ascii="Times New Roman" w:eastAsia="Times New Roman" w:hAnsi="Times New Roman" w:cs="Times New Roman"/>
          <w:i/>
          <w:color w:val="000000"/>
        </w:rPr>
        <w:t>OC</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的内部旋转时，∠</w:t>
      </w:r>
      <w:r>
        <w:rPr>
          <w:rFonts w:ascii="Times New Roman" w:eastAsia="Times New Roman" w:hAnsi="Times New Roman" w:cs="Times New Roman"/>
          <w:i/>
          <w:color w:val="000000"/>
        </w:rPr>
        <w:t>MON</w:t>
      </w:r>
      <w:r>
        <w:rPr>
          <w:rFonts w:ascii="宋体" w:eastAsia="宋体" w:hAnsi="宋体" w:cs="宋体"/>
          <w:color w:val="000000"/>
        </w:rPr>
        <w:t>的度数是否改变？若不变，求∠</w:t>
      </w:r>
      <w:r>
        <w:rPr>
          <w:rFonts w:ascii="Times New Roman" w:eastAsia="Times New Roman" w:hAnsi="Times New Roman" w:cs="Times New Roman"/>
          <w:i/>
          <w:color w:val="000000"/>
        </w:rPr>
        <w:t>MON</w:t>
      </w:r>
      <w:r>
        <w:rPr>
          <w:rFonts w:ascii="宋体" w:eastAsia="宋体" w:hAnsi="宋体" w:cs="宋体"/>
          <w:color w:val="000000"/>
        </w:rPr>
        <w:t>的度数；若改变，说明理由．</w:t>
      </w:r>
    </w:p>
    <w:p>
      <w:pPr>
        <w:spacing w:line="360" w:lineRule="auto"/>
        <w:jc w:val="left"/>
        <w:textAlignment w:val="center"/>
        <w:rPr>
          <w:color w:val="000000"/>
        </w:rPr>
      </w:pPr>
      <w:r>
        <w:rPr>
          <w:color w:val="000000"/>
        </w:rPr>
        <w:t xml:space="preserve">26. </w:t>
      </w:r>
      <w:r>
        <w:rPr>
          <w:rFonts w:ascii="宋体" w:eastAsia="宋体" w:hAnsi="宋体" w:cs="宋体"/>
          <w:color w:val="000000"/>
        </w:rPr>
        <w:t>在数轴上，点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．对于数轴上的图形</w:t>
      </w:r>
      <w:r>
        <w:rPr>
          <w:rFonts w:ascii="Times New Roman" w:eastAsia="Times New Roman" w:hAnsi="Times New Roman" w:cs="Times New Roman"/>
          <w:i/>
          <w:color w:val="000000"/>
        </w:rPr>
        <w:t>M</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为图形</w:t>
      </w:r>
      <w:r>
        <w:rPr>
          <w:rFonts w:ascii="Times New Roman" w:eastAsia="Times New Roman" w:hAnsi="Times New Roman" w:cs="Times New Roman"/>
          <w:i/>
          <w:color w:val="000000"/>
        </w:rPr>
        <w:t>M</w:t>
      </w:r>
      <w:r>
        <w:rPr>
          <w:rFonts w:ascii="宋体" w:eastAsia="宋体" w:hAnsi="宋体" w:cs="宋体"/>
          <w:color w:val="000000"/>
        </w:rPr>
        <w:t>上任意一点，</w:t>
      </w:r>
      <w:r>
        <w:rPr>
          <w:rFonts w:ascii="Times New Roman" w:eastAsia="Times New Roman" w:hAnsi="Times New Roman" w:cs="Times New Roman"/>
          <w:i/>
          <w:color w:val="000000"/>
        </w:rPr>
        <w:t>Q</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上任意一点，如果线段</w:t>
      </w:r>
      <w:r>
        <w:rPr>
          <w:rFonts w:ascii="Times New Roman" w:eastAsia="Times New Roman" w:hAnsi="Times New Roman" w:cs="Times New Roman"/>
          <w:i/>
          <w:color w:val="000000"/>
        </w:rPr>
        <w:t>PQ</w:t>
      </w:r>
      <w:r>
        <w:rPr>
          <w:rFonts w:ascii="宋体" w:eastAsia="宋体" w:hAnsi="宋体" w:cs="宋体"/>
          <w:color w:val="000000"/>
        </w:rPr>
        <w:t>的长度有最小值，那么称这个最小值为图形</w:t>
      </w:r>
      <w:r>
        <w:rPr>
          <w:rFonts w:ascii="Times New Roman" w:eastAsia="Times New Roman" w:hAnsi="Times New Roman" w:cs="Times New Roman"/>
          <w:i/>
          <w:color w:val="000000"/>
        </w:rPr>
        <w:t>M</w:t>
      </w:r>
      <w:r>
        <w:rPr>
          <w:rFonts w:ascii="宋体" w:eastAsia="宋体" w:hAnsi="宋体" w:cs="宋体"/>
          <w:color w:val="000000"/>
        </w:rPr>
        <w:t>关于线段</w:t>
      </w:r>
      <w:r>
        <w:rPr>
          <w:rFonts w:ascii="Times New Roman" w:eastAsia="Times New Roman" w:hAnsi="Times New Roman" w:cs="Times New Roman"/>
          <w:i/>
          <w:color w:val="000000"/>
        </w:rPr>
        <w:t>AB</w:t>
      </w:r>
      <w:r>
        <w:rPr>
          <w:rFonts w:ascii="宋体" w:eastAsia="宋体" w:hAnsi="宋体" w:cs="宋体"/>
          <w:color w:val="000000"/>
        </w:rPr>
        <w:t>的极小距离，记作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）；如果线段</w:t>
      </w:r>
      <w:r>
        <w:rPr>
          <w:rFonts w:ascii="Times New Roman" w:eastAsia="Times New Roman" w:hAnsi="Times New Roman" w:cs="Times New Roman"/>
          <w:i/>
          <w:color w:val="000000"/>
        </w:rPr>
        <w:t>PQ</w:t>
      </w:r>
      <w:r>
        <w:rPr>
          <w:rFonts w:ascii="宋体" w:eastAsia="宋体" w:hAnsi="宋体" w:cs="宋体"/>
          <w:color w:val="000000"/>
        </w:rPr>
        <w:t>的长度有最大值，那么称这个最大值为图形</w:t>
      </w:r>
      <w:r>
        <w:rPr>
          <w:rFonts w:ascii="Times New Roman" w:eastAsia="Times New Roman" w:hAnsi="Times New Roman" w:cs="Times New Roman"/>
          <w:i/>
          <w:color w:val="000000"/>
        </w:rPr>
        <w:t>M</w:t>
      </w:r>
      <w:r>
        <w:rPr>
          <w:rFonts w:ascii="宋体" w:eastAsia="宋体" w:hAnsi="宋体" w:cs="宋体"/>
          <w:color w:val="000000"/>
        </w:rPr>
        <w:t>关于线段</w:t>
      </w:r>
      <w:r>
        <w:rPr>
          <w:rFonts w:ascii="Times New Roman" w:eastAsia="Times New Roman" w:hAnsi="Times New Roman" w:cs="Times New Roman"/>
          <w:i/>
          <w:color w:val="000000"/>
        </w:rPr>
        <w:t>AB</w:t>
      </w:r>
      <w:r>
        <w:rPr>
          <w:rFonts w:ascii="宋体" w:eastAsia="宋体" w:hAnsi="宋体" w:cs="宋体"/>
          <w:color w:val="000000"/>
        </w:rPr>
        <w:t>的极大距离，记作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）．例如：点</w:t>
      </w:r>
      <w:r>
        <w:rPr>
          <w:rFonts w:ascii="Times New Roman" w:eastAsia="Times New Roman" w:hAnsi="Times New Roman" w:cs="Times New Roman"/>
          <w:i/>
          <w:color w:val="000000"/>
        </w:rPr>
        <w:t>K</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K</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K</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238750" cy="399324"/>
            <wp:docPr id="11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
                    <pic:cNvPicPr>
                      <a:picLocks noChangeAspect="1"/>
                    </pic:cNvPicPr>
                  </pic:nvPicPr>
                  <pic:blipFill>
                    <a:blip r:embed="rId128"/>
                    <a:stretch>
                      <a:fillRect/>
                    </a:stretch>
                  </pic:blipFill>
                  <pic:spPr>
                    <a:xfrm>
                      <a:off x="0" y="0"/>
                      <a:ext cx="5238750" cy="399324"/>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为数轴上的动点．</w:t>
      </w:r>
    </w:p>
    <w:p>
      <w:pPr>
        <w:spacing w:line="360" w:lineRule="auto"/>
        <w:jc w:val="left"/>
        <w:textAlignment w:val="center"/>
        <w:rPr>
          <w:color w:val="000000"/>
        </w:rPr>
      </w:pPr>
      <w:r>
        <w:rPr>
          <w:color w:val="000000"/>
        </w:rPr>
        <w:t>（1）</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sectPr w:rsidSect="00C321EB">
          <w:headerReference w:type="even" r:id="rId75"/>
          <w:footerReference w:type="even" r:id="rId76"/>
          <w:headerReference w:type="first" r:id="rId77"/>
          <w:footerReference w:type="first" r:id="rId78"/>
          <w:pgSz w:w="11906" w:h="16838"/>
          <w:pgMar w:top="910" w:right="1080" w:bottom="1440" w:left="1080" w:header="152" w:footer="0" w:gutter="0"/>
          <w:cols w:space="720"/>
          <w:titlePg w:val="0"/>
          <w:docGrid w:type="lines" w:linePitch="312"/>
        </w:sect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从原点出发，以每秒</w:t>
      </w:r>
      <w:r>
        <w:rPr>
          <w:rFonts w:ascii="Times New Roman" w:eastAsia="Times New Roman" w:hAnsi="Times New Roman" w:cs="Times New Roman"/>
          <w:color w:val="000000"/>
        </w:rPr>
        <w:t>2</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轴正方向匀速运动；点</w:t>
      </w:r>
      <w:r>
        <w:rPr>
          <w:rFonts w:ascii="Times New Roman" w:eastAsia="Times New Roman" w:hAnsi="Times New Roman" w:cs="Times New Roman"/>
          <w:i/>
          <w:color w:val="000000"/>
        </w:rPr>
        <w:t>D</w:t>
      </w:r>
      <w:r>
        <w:rPr>
          <w:rFonts w:ascii="宋体" w:eastAsia="宋体" w:hAnsi="宋体" w:cs="宋体"/>
          <w:color w:val="000000"/>
        </w:rPr>
        <w:t>从表示数﹣</w:t>
      </w:r>
      <w:r>
        <w:rPr>
          <w:rFonts w:ascii="Times New Roman" w:eastAsia="Times New Roman" w:hAnsi="Times New Roman" w:cs="Times New Roman"/>
          <w:color w:val="000000"/>
        </w:rPr>
        <w:t>2</w:t>
      </w:r>
      <w:r>
        <w:rPr>
          <w:rFonts w:ascii="宋体" w:eastAsia="宋体" w:hAnsi="宋体" w:cs="宋体"/>
          <w:color w:val="000000"/>
        </w:rPr>
        <w:t>的点出发，第</w:t>
      </w:r>
      <w:r>
        <w:rPr>
          <w:rFonts w:ascii="Times New Roman" w:eastAsia="Times New Roman" w:hAnsi="Times New Roman" w:cs="Times New Roman"/>
          <w:color w:val="000000"/>
        </w:rPr>
        <w:t>1</w:t>
      </w:r>
      <w:r>
        <w:rPr>
          <w:rFonts w:ascii="宋体" w:eastAsia="宋体" w:hAnsi="宋体" w:cs="宋体"/>
          <w:color w:val="000000"/>
        </w:rPr>
        <w:t>秒以每秒</w:t>
      </w:r>
      <w:r>
        <w:rPr>
          <w:rFonts w:ascii="Times New Roman" w:eastAsia="Times New Roman" w:hAnsi="Times New Roman" w:cs="Times New Roman"/>
          <w:color w:val="000000"/>
        </w:rPr>
        <w:t>2</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轴正方向匀速运动，第</w:t>
      </w:r>
      <w:r>
        <w:rPr>
          <w:rFonts w:ascii="Times New Roman" w:eastAsia="Times New Roman" w:hAnsi="Times New Roman" w:cs="Times New Roman"/>
          <w:color w:val="000000"/>
        </w:rPr>
        <w:t>2</w:t>
      </w:r>
      <w:r>
        <w:rPr>
          <w:rFonts w:ascii="宋体" w:eastAsia="宋体" w:hAnsi="宋体" w:cs="宋体"/>
          <w:color w:val="000000"/>
        </w:rPr>
        <w:t>秒以每秒</w:t>
      </w:r>
      <w:r>
        <w:rPr>
          <w:rFonts w:ascii="Times New Roman" w:eastAsia="Times New Roman" w:hAnsi="Times New Roman" w:cs="Times New Roman"/>
          <w:color w:val="000000"/>
        </w:rPr>
        <w:t>4</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轴负方向匀速运动，第</w:t>
      </w:r>
      <w:r>
        <w:rPr>
          <w:rFonts w:ascii="Times New Roman" w:eastAsia="Times New Roman" w:hAnsi="Times New Roman" w:cs="Times New Roman"/>
          <w:color w:val="000000"/>
        </w:rPr>
        <w:t>3</w:t>
      </w:r>
      <w:r>
        <w:rPr>
          <w:rFonts w:ascii="宋体" w:eastAsia="宋体" w:hAnsi="宋体" w:cs="宋体"/>
          <w:color w:val="000000"/>
        </w:rPr>
        <w:t>秒以每秒</w:t>
      </w:r>
      <w:r>
        <w:rPr>
          <w:rFonts w:ascii="Times New Roman" w:eastAsia="Times New Roman" w:hAnsi="Times New Roman" w:cs="Times New Roman"/>
          <w:color w:val="000000"/>
        </w:rPr>
        <w:t>6</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轴正方向匀速运动，第</w:t>
      </w:r>
      <w:r>
        <w:rPr>
          <w:rFonts w:ascii="Times New Roman" w:eastAsia="Times New Roman" w:hAnsi="Times New Roman" w:cs="Times New Roman"/>
          <w:color w:val="000000"/>
        </w:rPr>
        <w:t>4</w:t>
      </w:r>
      <w:r>
        <w:rPr>
          <w:rFonts w:ascii="宋体" w:eastAsia="宋体" w:hAnsi="宋体" w:cs="宋体"/>
          <w:color w:val="000000"/>
        </w:rPr>
        <w:t>秒以每秒</w:t>
      </w:r>
      <w:r>
        <w:rPr>
          <w:rFonts w:ascii="Times New Roman" w:eastAsia="Times New Roman" w:hAnsi="Times New Roman" w:cs="Times New Roman"/>
          <w:color w:val="000000"/>
        </w:rPr>
        <w:t>8</w:t>
      </w:r>
      <w:r>
        <w:rPr>
          <w:rFonts w:ascii="宋体" w:eastAsia="宋体" w:hAnsi="宋体" w:cs="宋体"/>
          <w:color w:val="000000"/>
        </w:rPr>
        <w:t>个单位长度沿</w:t>
      </w:r>
      <w:r>
        <w:rPr>
          <w:rFonts w:ascii="Times New Roman" w:eastAsia="Times New Roman" w:hAnsi="Times New Roman" w:cs="Times New Roman"/>
          <w:i/>
          <w:color w:val="000000"/>
        </w:rPr>
        <w:t>x</w:t>
      </w:r>
      <w:r>
        <w:rPr>
          <w:rFonts w:ascii="宋体" w:eastAsia="宋体" w:hAnsi="宋体" w:cs="宋体"/>
          <w:color w:val="000000"/>
        </w:rPr>
        <w:t>轴负方向匀速运动，…，按此规律运动，</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两点同时出发，设运动的时间为</w:t>
      </w:r>
      <w:r>
        <w:rPr>
          <w:rFonts w:ascii="Times New Roman" w:eastAsia="Times New Roman" w:hAnsi="Times New Roman" w:cs="Times New Roman"/>
          <w:i/>
          <w:color w:val="000000"/>
        </w:rPr>
        <w:t>t</w:t>
      </w:r>
      <w:r>
        <w:rPr>
          <w:rFonts w:ascii="宋体" w:eastAsia="宋体" w:hAnsi="宋体" w:cs="宋体"/>
          <w:color w:val="000000"/>
        </w:rPr>
        <w:t>秒，若</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（线段</w:t>
      </w:r>
      <w:r>
        <w:rPr>
          <w:rFonts w:ascii="Times New Roman" w:eastAsia="Times New Roman" w:hAnsi="Times New Roman" w:cs="Times New Roman"/>
          <w:i/>
          <w:color w:val="000000"/>
        </w:rPr>
        <w:t>CD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）小于或等于</w:t>
      </w:r>
      <w:r>
        <w:rPr>
          <w:rFonts w:ascii="Times New Roman" w:eastAsia="Times New Roman" w:hAnsi="Times New Roman" w:cs="Times New Roman"/>
          <w:color w:val="000000"/>
        </w:rPr>
        <w:t>6</w:t>
      </w:r>
      <w:r>
        <w:rPr>
          <w:rFonts w:ascii="宋体" w:eastAsia="宋体" w:hAnsi="宋体" w:cs="宋体"/>
          <w:color w:val="000000"/>
        </w:rPr>
        <w:t>，直接写出</w:t>
      </w:r>
      <w:r>
        <w:rPr>
          <w:rFonts w:ascii="Times New Roman" w:eastAsia="Times New Roman" w:hAnsi="Times New Roman" w:cs="Times New Roman"/>
          <w:i/>
          <w:color w:val="000000"/>
        </w:rPr>
        <w:t>t</w:t>
      </w:r>
      <w:r>
        <w:rPr>
          <w:rFonts w:ascii="宋体" w:eastAsia="宋体" w:hAnsi="宋体" w:cs="宋体"/>
          <w:color w:val="000000"/>
        </w:rPr>
        <w:t>的取值范围．（</w:t>
      </w:r>
      <w:r>
        <w:rPr>
          <w:rFonts w:ascii="Times New Roman" w:eastAsia="Times New Roman" w:hAnsi="Times New Roman" w:cs="Times New Roman"/>
          <w:i/>
          <w:color w:val="000000"/>
        </w:rPr>
        <w:t>t</w:t>
      </w:r>
      <w:r>
        <w:rPr>
          <w:rFonts w:ascii="宋体" w:eastAsia="宋体" w:hAnsi="宋体" w:cs="宋体"/>
          <w:color w:val="000000"/>
        </w:rPr>
        <w:t>可以等于</w:t>
      </w:r>
      <w:r>
        <w:rPr>
          <w:rFonts w:ascii="Times New Roman" w:eastAsia="Times New Roman" w:hAnsi="Times New Roman" w:cs="Times New Roman"/>
          <w:color w:val="000000"/>
        </w:rPr>
        <w:t>0</w:t>
      </w:r>
      <w:r>
        <w:rPr>
          <w:rFonts w:ascii="宋体" w:eastAsia="宋体" w:hAnsi="宋体" w:cs="宋体"/>
          <w:color w:val="000000"/>
        </w:rPr>
        <w:t>）</w:t>
      </w:r>
    </w:p>
    <w:p>
      <w:pPr>
        <w:pStyle w:val="Heading2"/>
      </w:pPr>
      <w:r>
        <w:t>石景山区</w:t>
      </w:r>
    </w:p>
    <w:p>
      <w:pPr>
        <w:spacing w:line="360" w:lineRule="auto"/>
        <w:jc w:val="left"/>
        <w:textAlignment w:val="center"/>
        <w:rPr>
          <w:color w:val="000000"/>
        </w:rPr>
      </w:pPr>
      <w:r>
        <w:rPr>
          <w:color w:val="000000"/>
        </w:rPr>
        <w:t xml:space="preserve">27. </w:t>
      </w:r>
      <w:r>
        <w:rPr>
          <w:rFonts w:ascii="宋体" w:eastAsia="宋体" w:hAnsi="宋体" w:cs="宋体"/>
          <w:color w:val="000000"/>
        </w:rPr>
        <w:t>关于</w:t>
      </w:r>
      <w:r>
        <w:pict>
          <v:shape id="_x0000_i700343" type="#_x0000_t75" alt="学科网(www.zxxk.com)--教育资源门户，提供试卷、教案、课件、论文、素材以及各类教学资源下载，还有大量而丰富的教学相关资讯！" style="width:9pt;height:9.75pt" o:oleicon="f" o:ole="">
            <v:imagedata r:id="rId129" o:title="eqId81dea63b8ce3e51adf66cf7b9982a248"/>
          </v:shape>
        </w:pict>
      </w:r>
      <w:r>
        <w:rPr>
          <w:rFonts w:ascii="宋体" w:eastAsia="宋体" w:hAnsi="宋体" w:cs="宋体"/>
          <w:color w:val="000000"/>
        </w:rPr>
        <w:t>的一元一次方程</w:t>
      </w:r>
      <w:r>
        <w:pict>
          <v:shape id="_x0000_i700344" type="#_x0000_t75" alt="学科网(www.zxxk.com)--教育资源门户，提供试卷、教案、课件、论文、素材以及各类教学资源下载，还有大量而丰富的教学相关资讯！" style="width:64.2pt;height:28.8pt" o:oleicon="f" o:ole="">
            <v:imagedata r:id="rId130" o:title="eqIdf7285ede1ba89c8a6b79a75c23dd9cb4"/>
          </v:shape>
        </w:pict>
      </w:r>
      <w:r>
        <w:rPr>
          <w:rFonts w:ascii="宋体" w:eastAsia="宋体" w:hAnsi="宋体" w:cs="宋体"/>
          <w:color w:val="000000"/>
        </w:rPr>
        <w:t>，其中</w:t>
      </w:r>
      <w:r>
        <w:pict>
          <v:shape id="_x0000_i700345" type="#_x0000_t75" alt="学科网(www.zxxk.com)--教育资源门户，提供试卷、教案、课件、论文、素材以及各类教学资源下载，还有大量而丰富的教学相关资讯！" style="width:12.75pt;height:11.25pt" o:oleicon="f" o:ole="">
            <v:imagedata r:id="rId131" o:title="eqId294f5ba74cdf695fc9a8a8e52f421328"/>
          </v:shape>
        </w:pict>
      </w:r>
      <w:r>
        <w:rPr>
          <w:rFonts w:ascii="宋体" w:eastAsia="宋体" w:hAnsi="宋体" w:cs="宋体"/>
          <w:color w:val="000000"/>
        </w:rPr>
        <w:t>是</w:t>
      </w:r>
      <w:r>
        <w:rPr>
          <w:rFonts w:ascii="宋体" w:eastAsia="宋体" w:hAnsi="宋体" w:cs="宋体"/>
          <w:color w:val="000000"/>
          <w:em w:val="dot"/>
        </w:rPr>
        <w:t>正整数</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0346" type="#_x0000_t75" alt="学科网(www.zxxk.com)--教育资源门户，提供试卷、教案、课件、论文、素材以及各类教学资源下载，还有大量而丰富的教学相关资讯！" style="width:30.05pt;height:13.6pt" o:oleicon="f" o:ole="">
            <v:imagedata r:id="rId132" o:title="eqIdd8a3cc8c48bf54ec8252e5dce6867754"/>
          </v:shape>
        </w:pict>
      </w:r>
      <w:r>
        <w:rPr>
          <w:rFonts w:ascii="宋体" w:eastAsia="宋体" w:hAnsi="宋体" w:cs="宋体"/>
          <w:color w:val="000000"/>
        </w:rPr>
        <w:t>时，求方程的解；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）若方程有</w:t>
      </w:r>
      <w:r>
        <w:rPr>
          <w:rFonts w:ascii="宋体" w:eastAsia="宋体" w:hAnsi="宋体" w:cs="宋体"/>
          <w:color w:val="000000"/>
          <w:em w:val="dot"/>
        </w:rPr>
        <w:t>正整数解</w:t>
      </w:r>
      <w:r>
        <w:rPr>
          <w:rFonts w:ascii="宋体" w:eastAsia="宋体" w:hAnsi="宋体" w:cs="宋体"/>
          <w:color w:val="000000"/>
        </w:rPr>
        <w:t>，求</w:t>
      </w:r>
      <w:r>
        <w:pict>
          <v:shape id="_x0000_i700347" type="#_x0000_t75" alt="学科网(www.zxxk.com)--教育资源门户，提供试卷、教案、课件、论文、素材以及各类教学资源下载，还有大量而丰富的教学相关资讯！" style="width:12.75pt;height:11.25pt" o:oleicon="f" o:ole="">
            <v:imagedata r:id="rId133" o:title="eqId294f5ba74cdf695fc9a8a8e52f421328"/>
          </v:shape>
        </w:pict>
      </w:r>
      <w:r>
        <w:rPr>
          <w:rFonts w:ascii="宋体" w:eastAsia="宋体" w:hAnsi="宋体" w:cs="宋体"/>
          <w:color w:val="000000"/>
        </w:rPr>
        <w:t>的值．</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对于数轴上的点</w:t>
      </w:r>
      <w:r>
        <w:pict>
          <v:shape id="_x0000_i700348"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，线段</w:t>
      </w:r>
      <w:r>
        <w:pict>
          <v:shape id="_x0000_i700349" type="#_x0000_t75" alt="学科网(www.zxxk.com)--教育资源门户，提供试卷、教案、课件、论文、素材以及各类教学资源下载，还有大量而丰富的教学相关资讯！" style="width:20.05pt;height:12.6pt" o:oleicon="f" o:ole="">
            <v:imagedata r:id="rId135" o:title="eqIdf52a58fbaf4fea03567e88a9f0f6e37e"/>
          </v:shape>
        </w:pict>
      </w:r>
      <w:r>
        <w:rPr>
          <w:rFonts w:ascii="宋体" w:eastAsia="宋体" w:hAnsi="宋体" w:cs="宋体"/>
          <w:color w:val="000000"/>
        </w:rPr>
        <w:t>，给出如下定义：</w:t>
      </w:r>
      <w:r>
        <w:pict>
          <v:shape id="_x0000_i700350" type="#_x0000_t75" alt="学科网(www.zxxk.com)--教育资源门户，提供试卷、教案、课件、论文、素材以及各类教学资源下载，还有大量而丰富的教学相关资讯！" style="width:11.25pt;height:12pt" o:oleicon="f" o:ole="">
            <v:imagedata r:id="rId136" o:title="eqIddad2a36927223bd70f426ba06aea4b45"/>
          </v:shape>
        </w:pict>
      </w:r>
      <w:r>
        <w:rPr>
          <w:rFonts w:ascii="宋体" w:eastAsia="宋体" w:hAnsi="宋体" w:cs="宋体"/>
          <w:color w:val="000000"/>
        </w:rPr>
        <w:t>为线段</w:t>
      </w:r>
      <w:r>
        <w:pict>
          <v:shape id="_x0000_i700351" type="#_x0000_t75" alt="学科网(www.zxxk.com)--教育资源门户，提供试卷、教案、课件、论文、素材以及各类教学资源下载，还有大量而丰富的教学相关资讯！" style="width:20.05pt;height:12.6pt" o:oleicon="f" o:ole="">
            <v:imagedata r:id="rId135" o:title="eqIdf52a58fbaf4fea03567e88a9f0f6e37e"/>
          </v:shape>
        </w:pict>
      </w:r>
      <w:r>
        <w:rPr>
          <w:rFonts w:ascii="宋体" w:eastAsia="宋体" w:hAnsi="宋体" w:cs="宋体"/>
          <w:color w:val="000000"/>
        </w:rPr>
        <w:t>上任意一点，如果</w:t>
      </w:r>
      <w:r>
        <w:pict>
          <v:shape id="_x0000_i700352"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w:t>
      </w:r>
      <w:r>
        <w:pict>
          <v:shape id="_x0000_i700353" type="#_x0000_t75" alt="学科网(www.zxxk.com)--教育资源门户，提供试卷、教案、课件、论文、素材以及各类教学资源下载，还有大量而丰富的教学相关资讯！" style="width:11.25pt;height:12pt" o:oleicon="f" o:ole="">
            <v:imagedata r:id="rId136" o:title="eqIddad2a36927223bd70f426ba06aea4b45"/>
          </v:shape>
        </w:pict>
      </w:r>
      <w:r>
        <w:rPr>
          <w:rFonts w:ascii="宋体" w:eastAsia="宋体" w:hAnsi="宋体" w:cs="宋体"/>
          <w:color w:val="000000"/>
        </w:rPr>
        <w:t>两点间的距离有最小值，那么称这个最小值为点</w:t>
      </w:r>
      <w:r>
        <w:pict>
          <v:shape id="_x0000_i700354"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，线段</w:t>
      </w:r>
      <w:r>
        <w:pict>
          <v:shape id="_x0000_i700355" type="#_x0000_t75" alt="学科网(www.zxxk.com)--教育资源门户，提供试卷、教案、课件、论文、素材以及各类教学资源下载，还有大量而丰富的教学相关资讯！" style="width:20.05pt;height:12.6pt" o:oleicon="f" o:ole="">
            <v:imagedata r:id="rId135" o:title="eqIdf52a58fbaf4fea03567e88a9f0f6e37e"/>
          </v:shape>
        </w:pict>
      </w:r>
      <w:r>
        <w:rPr>
          <w:rFonts w:ascii="宋体" w:eastAsia="宋体" w:hAnsi="宋体" w:cs="宋体"/>
          <w:color w:val="000000"/>
        </w:rPr>
        <w:t>的“近距”，记作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）；如果</w:t>
      </w:r>
      <w:r>
        <w:pict>
          <v:shape id="_x0000_i700356"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w:t>
      </w:r>
      <w:r>
        <w:pict>
          <v:shape id="_x0000_i700357" type="#_x0000_t75" alt="学科网(www.zxxk.com)--教育资源门户，提供试卷、教案、课件、论文、素材以及各类教学资源下载，还有大量而丰富的教学相关资讯！" style="width:11.25pt;height:12pt" o:oleicon="f" o:ole="">
            <v:imagedata r:id="rId136" o:title="eqIddad2a36927223bd70f426ba06aea4b45"/>
          </v:shape>
        </w:pict>
      </w:r>
      <w:r>
        <w:rPr>
          <w:rFonts w:ascii="宋体" w:eastAsia="宋体" w:hAnsi="宋体" w:cs="宋体"/>
          <w:color w:val="000000"/>
        </w:rPr>
        <w:t>两点间的距离有最大值，那么称这个最大值为点</w:t>
      </w:r>
      <w:r>
        <w:pict>
          <v:shape id="_x0000_i700358"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，线段</w:t>
      </w:r>
      <w:r>
        <w:pict>
          <v:shape id="_x0000_i700359" type="#_x0000_t75" alt="学科网(www.zxxk.com)--教育资源门户，提供试卷、教案、课件、论文、素材以及各类教学资源下载，还有大量而丰富的教学相关资讯！" style="width:20.05pt;height:12.6pt" o:oleicon="f" o:ole="">
            <v:imagedata r:id="rId135" o:title="eqIdf52a58fbaf4fea03567e88a9f0f6e37e"/>
          </v:shape>
        </w:pict>
      </w:r>
      <w:r>
        <w:rPr>
          <w:rFonts w:ascii="宋体" w:eastAsia="宋体" w:hAnsi="宋体" w:cs="宋体"/>
          <w:color w:val="000000"/>
        </w:rPr>
        <w:t>的“远距”，记作</w:t>
      </w:r>
      <w:r>
        <w:rPr>
          <w:rFonts w:ascii="Times New Roman" w:eastAsia="Times New Roman" w:hAnsi="Times New Roman" w:cs="Times New Roman"/>
          <w:i/>
          <w:color w:val="000000"/>
        </w:rPr>
        <w:t>d</w:t>
      </w:r>
      <w:r>
        <w:rPr>
          <w:rFonts w:ascii="Times New Roman" w:eastAsia="Times New Roman" w:hAnsi="Times New Roman" w:cs="Times New Roman"/>
          <w:i/>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）．特别的，若点</w:t>
      </w:r>
      <w:r>
        <w:pict>
          <v:shape id="_x0000_i700360"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与点</w:t>
      </w:r>
      <w:r>
        <w:pict>
          <v:shape id="_x0000_i700361" type="#_x0000_t75" alt="学科网(www.zxxk.com)--教育资源门户，提供试卷、教案、课件、论文、素材以及各类教学资源下载，还有大量而丰富的教学相关资讯！" style="width:11.25pt;height:12pt" o:oleicon="f" o:ole="">
            <v:imagedata r:id="rId136" o:title="eqIddad2a36927223bd70f426ba06aea4b45"/>
          </v:shape>
        </w:pict>
      </w:r>
      <w:r>
        <w:rPr>
          <w:rFonts w:ascii="宋体" w:eastAsia="宋体" w:hAnsi="宋体" w:cs="宋体"/>
          <w:color w:val="000000"/>
        </w:rPr>
        <w:t>重合，则</w:t>
      </w:r>
      <w:r>
        <w:pict>
          <v:shape id="_x0000_i700362" type="#_x0000_t75" alt="学科网(www.zxxk.com)--教育资源门户，提供试卷、教案、课件、论文、素材以及各类教学资源下载，还有大量而丰富的教学相关资讯！" style="width:14.25pt;height:10.5pt" o:oleicon="f" o:ole="">
            <v:imagedata r:id="rId134" o:title="eqIdac047e91852b91af639feec23a9598b2"/>
          </v:shape>
        </w:pict>
      </w:r>
      <w:r>
        <w:rPr>
          <w:rFonts w:ascii="宋体" w:eastAsia="宋体" w:hAnsi="宋体" w:cs="宋体"/>
          <w:color w:val="000000"/>
        </w:rPr>
        <w:t>，</w:t>
      </w:r>
      <w:r>
        <w:pict>
          <v:shape id="_x0000_i700363" type="#_x0000_t75" alt="学科网(www.zxxk.com)--教育资源门户，提供试卷、教案、课件、论文、素材以及各类教学资源下载，还有大量而丰富的教学相关资讯！" style="width:11.25pt;height:12pt" o:oleicon="f" o:ole="">
            <v:imagedata r:id="rId136" o:title="eqIddad2a36927223bd70f426ba06aea4b45"/>
          </v:shape>
        </w:pict>
      </w:r>
      <w:r>
        <w:rPr>
          <w:rFonts w:ascii="宋体" w:eastAsia="宋体" w:hAnsi="宋体" w:cs="宋体"/>
          <w:color w:val="000000"/>
        </w:rPr>
        <w:t>两点间的距离为</w:t>
      </w:r>
      <w:r>
        <w:pict>
          <v:shape id="_x0000_i700364" type="#_x0000_t75" alt="学科网(www.zxxk.com)--教育资源门户，提供试卷、教案、课件、论文、素材以及各类教学资源下载，还有大量而丰富的教学相关资讯！" style="width:9pt;height:12.75pt" o:oleicon="f" o:ole="">
            <v:imagedata r:id="rId137" o:title="eqIdc95b6be4554f03bf496092f1acdfbb89"/>
          </v:shape>
        </w:pict>
      </w:r>
      <w:r>
        <w:rPr>
          <w:rFonts w:ascii="宋体" w:eastAsia="宋体" w:hAnsi="宋体" w:cs="宋体"/>
          <w:color w:val="000000"/>
        </w:rPr>
        <w:t>．已知点</w:t>
      </w:r>
      <w:r>
        <w:pict>
          <v:shape id="_x0000_i700365" type="#_x0000_t75" alt="学科网(www.zxxk.com)--教育资源门户，提供试卷、教案、课件、论文、素材以及各类教学资源下载，还有大量而丰富的教学相关资讯！" style="width:12pt;height:12pt" o:oleicon="f" o:ole="">
            <v:imagedata r:id="rId138" o:title="eqId5963abe8f421bd99a2aaa94831a951e9"/>
          </v:shape>
        </w:pict>
      </w:r>
      <w:r>
        <w:rPr>
          <w:rFonts w:ascii="宋体" w:eastAsia="宋体" w:hAnsi="宋体" w:cs="宋体"/>
          <w:color w:val="000000"/>
        </w:rPr>
        <w:t>表示的数为</w:t>
      </w:r>
      <w:r>
        <w:pict>
          <v:shape id="_x0000_i700366" type="#_x0000_t75" alt="学科网(www.zxxk.com)--教育资源门户，提供试卷、教案、课件、论文、素材以及各类教学资源下载，还有大量而丰富的教学相关资讯！" style="width:15.75pt;height:12.75pt" o:oleicon="f" o:ole="">
            <v:imagedata r:id="rId139" o:title="eqId274a9dc37509f01c2606fb3086a46f4f"/>
          </v:shape>
        </w:pict>
      </w:r>
      <w:r>
        <w:rPr>
          <w:rFonts w:ascii="宋体" w:eastAsia="宋体" w:hAnsi="宋体" w:cs="宋体"/>
          <w:color w:val="000000"/>
        </w:rPr>
        <w:t>，点</w:t>
      </w:r>
      <w:r>
        <w:pict>
          <v:shape id="_x0000_i700367" type="#_x0000_t75" alt="学科网(www.zxxk.com)--教育资源门户，提供试卷、教案、课件、论文、素材以及各类教学资源下载，还有大量而丰富的教学相关资讯！" style="width:9.75pt;height:10.5pt" o:oleicon="f" o:ole="">
            <v:imagedata r:id="rId140" o:title="eqId7f9e8449aad35c5d840a3395ea86df6d"/>
          </v:shape>
        </w:pict>
      </w:r>
      <w:r>
        <w:rPr>
          <w:rFonts w:ascii="宋体" w:eastAsia="宋体" w:hAnsi="宋体" w:cs="宋体"/>
          <w:color w:val="000000"/>
        </w:rPr>
        <w:t>表示的数为</w:t>
      </w:r>
      <w:r>
        <w:pict>
          <v:shape id="_x0000_i700368" type="#_x0000_t75" alt="学科网(www.zxxk.com)--教育资源门户，提供试卷、教案、课件、论文、素材以及各类教学资源下载，还有大量而丰富的教学相关资讯！" style="width:9.35pt;height:14.05pt" o:oleicon="f" o:ole="">
            <v:imagedata r:id="rId141" o:title="eqId5ca7d1107389675d32b56ec097464c14"/>
          </v:shape>
        </w:pict>
      </w:r>
      <w:r>
        <w:rPr>
          <w:rFonts w:ascii="宋体" w:eastAsia="宋体" w:hAnsi="宋体" w:cs="宋体"/>
          <w:color w:val="000000"/>
        </w:rPr>
        <w:t>．例如图，若点</w:t>
      </w:r>
      <w:r>
        <w:pict>
          <v:shape id="_x0000_i700369" type="#_x0000_t75" alt="学科网(www.zxxk.com)--教育资源门户，提供试卷、教案、课件、论文、素材以及各类教学资源下载，还有大量而丰富的教学相关资讯！" style="width:11.9pt;height:14.4pt" o:oleicon="f" o:ole="">
            <v:imagedata r:id="rId142" o:title="eqIdc5db41a1f31d6baee7c69990811edb9f"/>
          </v:shape>
        </w:pict>
      </w:r>
      <w:r>
        <w:rPr>
          <w:rFonts w:ascii="宋体" w:eastAsia="宋体" w:hAnsi="宋体" w:cs="宋体"/>
          <w:color w:val="000000"/>
        </w:rPr>
        <w:t>表示的数为</w:t>
      </w:r>
      <w:r>
        <w:pict>
          <v:shape id="_x0000_i700370" type="#_x0000_t75" alt="学科网(www.zxxk.com)--教育资源门户，提供试卷、教案、课件、论文、素材以及各类教学资源下载，还有大量而丰富的教学相关资讯！" style="width:9.25pt;height:14.2pt" o:oleicon="f" o:ole="">
            <v:imagedata r:id="rId143" o:title="eqIdd91e07104b699c4012be2d26160976a2"/>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38375" cy="381000"/>
            <wp:docPr id="11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
                    <pic:cNvPicPr>
                      <a:picLocks noChangeAspect="1"/>
                    </pic:cNvPicPr>
                  </pic:nvPicPr>
                  <pic:blipFill>
                    <a:blip r:embed="rId144"/>
                    <a:stretch>
                      <a:fillRect/>
                    </a:stretch>
                  </pic:blipFill>
                  <pic:spPr>
                    <a:xfrm>
                      <a:off x="0" y="0"/>
                      <a:ext cx="2238375" cy="3810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pict>
          <v:shape id="_x0000_i700371" type="#_x0000_t75" alt="学科网(www.zxxk.com)--教育资源门户，提供试卷、教案、课件、论文、素材以及各类教学资源下载，还有大量而丰富的教学相关资讯！" style="width:11.25pt;height:11.25pt" o:oleicon="f" o:ole="">
            <v:imagedata r:id="rId145" o:title="eqId8455657dde27aabe6adb7b188e031c11"/>
          </v:shape>
        </w:pict>
      </w:r>
      <w:r>
        <w:rPr>
          <w:rFonts w:ascii="宋体" w:eastAsia="宋体" w:hAnsi="宋体" w:cs="宋体"/>
          <w:color w:val="000000"/>
        </w:rPr>
        <w:t>表示的数为</w:t>
      </w:r>
      <w:r>
        <w:pict>
          <v:shape id="_x0000_i700372" type="#_x0000_t75" alt="学科网(www.zxxk.com)--教育资源门户，提供试卷、教案、课件、论文、素材以及各类教学资源下载，还有大量而丰富的教学相关资讯！" style="width:16.05pt;height:13.9pt" o:oleicon="f" o:ole="">
            <v:imagedata r:id="rId146" o:title="eqId81fb134b2b48acc99213fff6ccfee65f"/>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pict>
          <v:shape id="_x0000_i700373" type="#_x0000_t75" alt="学科网(www.zxxk.com)--教育资源门户，提供试卷、教案、课件、论文、素材以及各类教学资源下载，还有大量而丰富的教学相关资讯！" style="width:12pt;height:13pt" o:oleicon="f" o:ole="">
            <v:imagedata r:id="rId147" o:title="eqId2a30f3a8b673cc28bd90c50cf1a35281"/>
          </v:shape>
        </w:pict>
      </w:r>
      <w:r>
        <w:rPr>
          <w:rFonts w:ascii="宋体" w:eastAsia="宋体" w:hAnsi="宋体" w:cs="宋体"/>
          <w:color w:val="000000"/>
        </w:rPr>
        <w:t>表示的数为</w:t>
      </w:r>
      <w:r>
        <w:pict>
          <v:shape id="_x0000_i700374" type="#_x0000_t75" alt="学科网(www.zxxk.com)--教育资源门户，提供试卷、教案、课件、论文、素材以及各类教学资源下载，还有大量而丰富的教学相关资讯！" style="width:9pt;height:9.75pt" o:oleicon="f" o:ole="">
            <v:imagedata r:id="rId148" o:title="eqId81dea63b8ce3e51adf66cf7b9982a248"/>
          </v:shape>
        </w:pict>
      </w:r>
      <w:r>
        <w:rPr>
          <w:rFonts w:ascii="宋体" w:eastAsia="宋体" w:hAnsi="宋体" w:cs="宋体"/>
          <w:color w:val="000000"/>
        </w:rPr>
        <w:t>，点</w:t>
      </w:r>
      <w:r>
        <w:pict>
          <v:shape id="_x0000_i700375" type="#_x0000_t75" alt="学科网(www.zxxk.com)--教育资源门户，提供试卷、教案、课件、论文、素材以及各类教学资源下载，还有大量而丰富的教学相关资讯！" style="width:12.75pt;height:12.75pt" o:oleicon="f" o:ole="">
            <v:imagedata r:id="rId149" o:title="eqIda0ed1ec316bc54c37c4286c208f55667"/>
          </v:shape>
        </w:pict>
      </w:r>
      <w:r>
        <w:rPr>
          <w:rFonts w:ascii="宋体" w:eastAsia="宋体" w:hAnsi="宋体" w:cs="宋体"/>
          <w:color w:val="000000"/>
        </w:rPr>
        <w:t>表示的数为</w:t>
      </w:r>
      <w:r>
        <w:pict>
          <v:shape id="_x0000_i700376" type="#_x0000_t75" alt="学科网(www.zxxk.com)--教育资源门户，提供试卷、教案、课件、论文、素材以及各类教学资源下载，还有大量而丰富的教学相关资讯！" style="width:24pt;height:14.25pt" o:oleicon="f" o:ole="">
            <v:imagedata r:id="rId150" o:title="eqId73b5a9de8a72dda70e3eefeb0a408ffd"/>
          </v:shape>
        </w:pic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2</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）是</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w:t>
      </w:r>
      <w:r>
        <w:pict>
          <v:shape id="_x0000_i700377" type="#_x0000_t75" alt="学科网(www.zxxk.com)--教育资源门户，提供试卷、教案、课件、论文、素材以及各类教学资源下载，还有大量而丰富的教学相关资讯！" style="width:9.35pt;height:14.05pt" o:oleicon="f" o:ole="">
            <v:imagedata r:id="rId151" o:title="eqId5ca7d1107389675d32b56ec097464c14"/>
          </v:shape>
        </w:pict>
      </w:r>
      <w:r>
        <w:rPr>
          <w:rFonts w:ascii="宋体" w:eastAsia="宋体" w:hAnsi="宋体" w:cs="宋体"/>
          <w:color w:val="000000"/>
        </w:rPr>
        <w:t>倍．求</w:t>
      </w:r>
      <w:r>
        <w:pict>
          <v:shape id="_x0000_i700378" type="#_x0000_t75" alt="学科网(www.zxxk.com)--教育资源门户，提供试卷、教案、课件、论文、素材以及各类教学资源下载，还有大量而丰富的教学相关资讯！" style="width:9pt;height:9.75pt" o:oleicon="f" o:ole="">
            <v:imagedata r:id="rId148" o:title="eqId81dea63b8ce3e51adf66cf7b9982a248"/>
          </v:shape>
        </w:pict>
      </w:r>
      <w:r>
        <w:rPr>
          <w:rFonts w:ascii="宋体" w:eastAsia="宋体" w:hAnsi="宋体" w:cs="宋体"/>
          <w:color w:val="000000"/>
        </w:rPr>
        <w:t>的值．</w:t>
      </w:r>
    </w:p>
    <w:p>
      <w:pPr>
        <w:pStyle w:val="Heading2"/>
      </w:pPr>
      <w:r>
        <w:t>门头沟区</w:t>
      </w:r>
    </w:p>
    <w:p>
      <w:pPr>
        <w:spacing w:line="360" w:lineRule="auto"/>
        <w:jc w:val="left"/>
        <w:textAlignment w:val="center"/>
        <w:rPr>
          <w:color w:val="000000"/>
        </w:rPr>
      </w:pPr>
      <w:r>
        <w:rPr>
          <w:color w:val="000000"/>
        </w:rPr>
        <w:t xml:space="preserve">24. </w:t>
      </w:r>
      <w:r>
        <w:rPr>
          <w:rFonts w:ascii="宋体" w:eastAsia="宋体" w:hAnsi="宋体" w:cs="宋体"/>
          <w:color w:val="000000"/>
        </w:rPr>
        <w:t>已知，点</w:t>
      </w:r>
      <w:r>
        <w:pict>
          <v:shape id="_x0000_i700379" type="#_x0000_t75" alt="学科网(www.zxxk.com)--教育资源门户，提供试卷、教案、课件、论文、素材以及各类教学资源下载，还有大量而丰富的教学相关资讯！" style="width:12pt;height:14.25pt" o:oleicon="f" o:ole="">
            <v:imagedata r:id="rId152" o:title="eqId1dde8112e8eb968fd042418dd632759e"/>
          </v:shape>
        </w:pict>
      </w:r>
      <w:r>
        <w:rPr>
          <w:rFonts w:ascii="宋体" w:eastAsia="宋体" w:hAnsi="宋体" w:cs="宋体"/>
          <w:color w:val="000000"/>
        </w:rPr>
        <w:t>在直线</w:t>
      </w:r>
      <w:r>
        <w:pict>
          <v:shape id="_x0000_i700380" type="#_x0000_t75" alt="学科网(www.zxxk.com)--教育资源门户，提供试卷、教案、课件、论文、素材以及各类教学资源下载，还有大量而丰富的教学相关资讯！" style="width:20.05pt;height:12.6pt" o:oleicon="f" o:ole="">
            <v:imagedata r:id="rId153" o:title="eqIdf52a58fbaf4fea03567e88a9f0f6e37e"/>
          </v:shape>
        </w:pict>
      </w:r>
      <w:r>
        <w:rPr>
          <w:rFonts w:ascii="宋体" w:eastAsia="宋体" w:hAnsi="宋体" w:cs="宋体"/>
          <w:color w:val="000000"/>
        </w:rPr>
        <w:t>上，在直线</w:t>
      </w:r>
      <w:r>
        <w:pict>
          <v:shape id="_x0000_i700381" type="#_x0000_t75" alt="学科网(www.zxxk.com)--教育资源门户，提供试卷、教案、课件、论文、素材以及各类教学资源下载，还有大量而丰富的教学相关资讯！" style="width:20.05pt;height:12.6pt" o:oleicon="f" o:ole="">
            <v:imagedata r:id="rId153" o:title="eqIdf52a58fbaf4fea03567e88a9f0f6e37e"/>
          </v:shape>
        </w:pict>
      </w:r>
      <w:r>
        <w:rPr>
          <w:rFonts w:ascii="宋体" w:eastAsia="宋体" w:hAnsi="宋体" w:cs="宋体"/>
          <w:color w:val="000000"/>
        </w:rPr>
        <w:t>外取一点</w:t>
      </w:r>
      <w:r>
        <w:pict>
          <v:shape id="_x0000_i700382" type="#_x0000_t75" alt="学科网(www.zxxk.com)--教育资源门户，提供试卷、教案、课件、论文、素材以及各类教学资源下载，还有大量而丰富的教学相关资讯！" style="width:11.9pt;height:14.4pt" o:oleicon="f" o:ole="">
            <v:imagedata r:id="rId154" o:title="eqIdc5db41a1f31d6baee7c69990811edb9f"/>
          </v:shape>
        </w:pict>
      </w:r>
      <w:r>
        <w:rPr>
          <w:rFonts w:ascii="宋体" w:eastAsia="宋体" w:hAnsi="宋体" w:cs="宋体"/>
          <w:color w:val="000000"/>
        </w:rPr>
        <w:t>，画射线</w:t>
      </w:r>
      <w:r>
        <w:pict>
          <v:shape id="_x0000_i700383" type="#_x0000_t75" alt="学科网(www.zxxk.com)--教育资源门户，提供试卷、教案、课件、论文、素材以及各类教学资源下载，还有大量而丰富的教学相关资讯！" style="width:20.8pt;height:14pt" o:oleicon="f" o:ole="">
            <v:imagedata r:id="rId155" o:title="eqId828628c0876b45381c9a0edeb0fec236"/>
          </v:shape>
        </w:pict>
      </w:r>
      <w:r>
        <w:rPr>
          <w:rFonts w:ascii="宋体" w:eastAsia="宋体" w:hAnsi="宋体" w:cs="宋体"/>
          <w:color w:val="000000"/>
        </w:rPr>
        <w:t>，</w:t>
      </w:r>
      <w:r>
        <w:pict>
          <v:shape id="_x0000_i700384" type="#_x0000_t75" alt="学科网(www.zxxk.com)--教育资源门户，提供试卷、教案、课件、论文、素材以及各类教学资源下载，还有大量而丰富的教学相关资讯！" style="width:20.75pt;height:14.55pt" o:oleicon="f" o:ole="">
            <v:imagedata r:id="rId156" o:title="eqId683c590673eece14fea3319c4fd5eb55"/>
          </v:shape>
        </w:pict>
      </w:r>
      <w:r>
        <w:rPr>
          <w:rFonts w:ascii="宋体" w:eastAsia="宋体" w:hAnsi="宋体" w:cs="宋体"/>
          <w:color w:val="000000"/>
        </w:rPr>
        <w:t>平分</w:t>
      </w:r>
      <w:r>
        <w:pict>
          <v:shape id="_x0000_i700385" type="#_x0000_t75" alt="学科网(www.zxxk.com)--教育资源门户，提供试卷、教案、课件、论文、素材以及各类教学资源下载，还有大量而丰富的教学相关资讯！" style="width:39.75pt;height:14.25pt" o:oleicon="f" o:ole="">
            <v:imagedata r:id="rId157" o:title="eqIdd22df2977de56cc69be0c1e847653d7a"/>
          </v:shape>
        </w:pict>
      </w:r>
      <w:r>
        <w:rPr>
          <w:rFonts w:ascii="宋体" w:eastAsia="宋体" w:hAnsi="宋体" w:cs="宋体"/>
          <w:color w:val="000000"/>
        </w:rPr>
        <w:t>，射线</w:t>
      </w:r>
      <w:r>
        <w:pict>
          <v:shape id="_x0000_i700386" type="#_x0000_t75" alt="学科网(www.zxxk.com)--教育资源门户，提供试卷、教案、课件、论文、素材以及各类教学资源下载，还有大量而丰富的教学相关资讯！" style="width:20.4pt;height:14.4pt" o:oleicon="f" o:ole="">
            <v:imagedata r:id="rId158" o:title="eqIda299d2b999568e80be8005565ba209a4"/>
          </v:shape>
        </w:pict>
      </w:r>
      <w:r>
        <w:rPr>
          <w:rFonts w:ascii="宋体" w:eastAsia="宋体" w:hAnsi="宋体" w:cs="宋体"/>
          <w:color w:val="000000"/>
        </w:rPr>
        <w:t>在直线</w:t>
      </w:r>
      <w:r>
        <w:pict>
          <v:shape id="_x0000_i700387" type="#_x0000_t75" alt="学科网(www.zxxk.com)--教育资源门户，提供试卷、教案、课件、论文、素材以及各类教学资源下载，还有大量而丰富的教学相关资讯！" style="width:20.05pt;height:12.6pt" o:oleicon="f" o:ole="">
            <v:imagedata r:id="rId153" o:title="eqIdf52a58fbaf4fea03567e88a9f0f6e37e"/>
          </v:shape>
        </w:pict>
      </w:r>
      <w:r>
        <w:rPr>
          <w:rFonts w:ascii="宋体" w:eastAsia="宋体" w:hAnsi="宋体" w:cs="宋体"/>
          <w:color w:val="000000"/>
        </w:rPr>
        <w:t>上方，且</w:t>
      </w:r>
      <w:r>
        <w:pict>
          <v:shape id="_x0000_i700388" type="#_x0000_t75" alt="学科网(www.zxxk.com)--教育资源门户，提供试卷、教案、课件、论文、素材以及各类教学资源下载，还有大量而丰富的教学相关资讯！" style="width:51pt;height:14.25pt" o:oleicon="f" o:ole="">
            <v:imagedata r:id="rId159" o:title="eqIde615356a4d004cc892512c35c4385e55"/>
          </v:shape>
        </w:pict>
      </w:r>
      <w:r>
        <w:rPr>
          <w:rFonts w:ascii="宋体" w:eastAsia="宋体" w:hAnsi="宋体" w:cs="宋体"/>
          <w:color w:val="000000"/>
        </w:rPr>
        <w:t>于</w:t>
      </w:r>
      <w:r>
        <w:pict>
          <v:shape id="_x0000_i700389" type="#_x0000_t75" alt="学科网(www.zxxk.com)--教育资源门户，提供试卷、教案、课件、论文、素材以及各类教学资源下载，还有大量而丰富的教学相关资讯！" style="width:12pt;height:14.25pt" o:oleicon="f" o:ole="">
            <v:imagedata r:id="rId152" o:title="eqId1dde8112e8eb968fd042418dd63275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pict>
          <v:shape id="_x0000_i700390" type="#_x0000_t75" alt="学科网(www.zxxk.com)--教育资源门户，提供试卷、教案、课件、论文、素材以及各类教学资源下载，还有大量而丰富的教学相关资讯！" style="width:6.95pt;height:13pt" o:oleicon="f" o:ole="">
            <v:imagedata r:id="rId160" o:title="eqIdbdaa19de263700a15fcf213d64a8cd57"/>
          </v:shape>
        </w:pict>
      </w:r>
      <w:r>
        <w:rPr>
          <w:rFonts w:ascii="宋体" w:eastAsia="宋体" w:hAnsi="宋体" w:cs="宋体"/>
          <w:color w:val="000000"/>
        </w:rPr>
        <w:t>，如果点</w:t>
      </w:r>
      <w:r>
        <w:pict>
          <v:shape id="_x0000_i700391" type="#_x0000_t75" alt="学科网(www.zxxk.com)--教育资源门户，提供试卷、教案、课件、论文、素材以及各类教学资源下载，还有大量而丰富的教学相关资讯！" style="width:11.9pt;height:14.4pt" o:oleicon="f" o:ole="">
            <v:imagedata r:id="rId161" o:title="eqIdc5db41a1f31d6baee7c69990811edb9f"/>
          </v:shape>
        </w:pict>
      </w:r>
      <w:r>
        <w:rPr>
          <w:rFonts w:ascii="宋体" w:eastAsia="宋体" w:hAnsi="宋体" w:cs="宋体"/>
          <w:color w:val="000000"/>
        </w:rPr>
        <w:t>在直线</w:t>
      </w:r>
      <w:r>
        <w:pict>
          <v:shape id="_x0000_i700392" type="#_x0000_t75" alt="学科网(www.zxxk.com)--教育资源门户，提供试卷、教案、课件、论文、素材以及各类教学资源下载，还有大量而丰富的教学相关资讯！" style="width:20.05pt;height:12.6pt" o:oleicon="f" o:ole="">
            <v:imagedata r:id="rId162" o:title="eqIdf52a58fbaf4fea03567e88a9f0f6e37e"/>
          </v:shape>
        </w:pict>
      </w:r>
      <w:r>
        <w:rPr>
          <w:rFonts w:ascii="宋体" w:eastAsia="宋体" w:hAnsi="宋体" w:cs="宋体"/>
          <w:color w:val="000000"/>
        </w:rPr>
        <w:t>上方，且</w:t>
      </w:r>
      <w:r>
        <w:pict>
          <v:shape id="_x0000_i700393" type="#_x0000_t75" alt="学科网(www.zxxk.com)--教育资源门户，提供试卷、教案、课件、论文、素材以及各类教学资源下载，还有大量而丰富的教学相关资讯！" style="width:63.75pt;height:15.75pt" o:oleicon="f" o:ole="">
            <v:imagedata r:id="rId163" o:title="eqId66898d6c16bfd2e6df54160a1b493ab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①依题意补全图</w:t>
      </w:r>
      <w:r>
        <w:pict>
          <v:shape id="_x0000_i700394" type="#_x0000_t75" alt="学科网(www.zxxk.com)--教育资源门户，提供试卷、教案、课件、论文、素材以及各类教学资源下载，还有大量而丰富的教学相关资讯！" style="width:6.95pt;height:13pt" o:oleicon="f" o:ole="">
            <v:imagedata r:id="rId164" o:title="eqIdbdaa19de263700a15fcf213d64a8cd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②求</w:t>
      </w:r>
      <w:r>
        <w:pict>
          <v:shape id="_x0000_i700395" type="#_x0000_t75" alt="学科网(www.zxxk.com)--教育资源门户，提供试卷、教案、课件、论文、素材以及各类教学资源下载，还有大量而丰富的教学相关资讯！" style="width:39.75pt;height:14.25pt" o:oleicon="f" o:ole="">
            <v:imagedata r:id="rId165" o:title="eqId418ebb89d29f4f631b055c911e8d178a"/>
          </v:shape>
        </w:pict>
      </w:r>
      <w:r>
        <w:rPr>
          <w:rFonts w:ascii="宋体" w:eastAsia="宋体" w:hAnsi="宋体" w:cs="宋体"/>
          <w:color w:val="000000"/>
        </w:rPr>
        <w:t>的度数（</w:t>
      </w:r>
      <w:r>
        <w:pict>
          <v:shape id="_x0000_i700396" type="#_x0000_t75" alt="学科网(www.zxxk.com)--教育资源门户，提供试卷、教案、课件、论文、素材以及各类教学资源下载，还有大量而丰富的教学相关资讯！" style="width:91pt;height:16pt" o:oleicon="f" o:ole="">
            <v:imagedata r:id="rId166" o:title="eqId5288f5a2522c6a3c463e963f106b8b5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pict>
          <v:shape id="_x0000_i700397" type="#_x0000_t75" alt="学科网(www.zxxk.com)--教育资源门户，提供试卷、教案、课件、论文、素材以及各类教学资源下载，还有大量而丰富的教学相关资讯！" style="width:11.9pt;height:14.4pt" o:oleicon="f" o:ole="">
            <v:imagedata r:id="rId167" o:title="eqIdc5db41a1f31d6baee7c69990811edb9f"/>
          </v:shape>
        </w:pict>
      </w:r>
      <w:r>
        <w:rPr>
          <w:rFonts w:ascii="宋体" w:eastAsia="宋体" w:hAnsi="宋体" w:cs="宋体"/>
          <w:color w:val="000000"/>
        </w:rPr>
        <w:t>在直线</w:t>
      </w:r>
      <w:r>
        <w:pict>
          <v:shape id="_x0000_i700398" type="#_x0000_t75" alt="学科网(www.zxxk.com)--教育资源门户，提供试卷、教案、课件、论文、素材以及各类教学资源下载，还有大量而丰富的教学相关资讯！" style="width:20.05pt;height:12.6pt" o:oleicon="f" o:ole="">
            <v:imagedata r:id="rId168" o:title="eqIdf52a58fbaf4fea03567e88a9f0f6e37e"/>
          </v:shape>
        </w:pict>
      </w:r>
      <w:r>
        <w:rPr>
          <w:rFonts w:ascii="宋体" w:eastAsia="宋体" w:hAnsi="宋体" w:cs="宋体"/>
          <w:color w:val="000000"/>
        </w:rPr>
        <w:t>外，且</w:t>
      </w:r>
      <w:r>
        <w:pict>
          <v:shape id="_x0000_i700399" type="#_x0000_t75" alt="学科网(www.zxxk.com)--教育资源门户，提供试卷、教案、课件、论文、素材以及各类教学资源下载，还有大量而丰富的教学相关资讯！" style="width:58.2pt;height:14.4pt" o:oleicon="f" o:ole="">
            <v:imagedata r:id="rId169" o:title="eqIdfcbec8352ce3dbfbf3b173045d0ba8f2"/>
          </v:shape>
        </w:pict>
      </w:r>
      <w:r>
        <w:rPr>
          <w:rFonts w:ascii="宋体" w:eastAsia="宋体" w:hAnsi="宋体" w:cs="宋体"/>
          <w:color w:val="000000"/>
        </w:rPr>
        <w:t>，请直接写出</w:t>
      </w:r>
      <w:r>
        <w:pict>
          <v:shape id="_x0000_i700400" type="#_x0000_t75" alt="学科网(www.zxxk.com)--教育资源门户，提供试卷、教案、课件、论文、素材以及各类教学资源下载，还有大量而丰富的教学相关资讯！" style="width:39.75pt;height:14.25pt" o:oleicon="f" o:ole="">
            <v:imagedata r:id="rId170" o:title="eqId418ebb89d29f4f631b055c911e8d178a"/>
          </v:shape>
        </w:pict>
      </w:r>
      <w:r>
        <w:rPr>
          <w:rFonts w:ascii="宋体" w:eastAsia="宋体" w:hAnsi="宋体" w:cs="宋体"/>
          <w:color w:val="000000"/>
        </w:rPr>
        <w:t>的度数（用含</w:t>
      </w:r>
      <w:r>
        <w:pict>
          <v:shape id="_x0000_i700401" type="#_x0000_t75" alt="学科网(www.zxxk.com)--教育资源门户，提供试卷、教案、课件、论文、素材以及各类教学资源下载，还有大量而丰富的教学相关资讯！" style="width:12pt;height:10.9pt" o:oleicon="f" o:ole="">
            <v:imagedata r:id="rId171" o:title="eqIde170f206fdbbd834aad7580c727e2cc6"/>
          </v:shape>
        </w:pict>
      </w:r>
      <w:r>
        <w:rPr>
          <w:rFonts w:ascii="宋体" w:eastAsia="宋体" w:hAnsi="宋体" w:cs="宋体"/>
          <w:color w:val="000000"/>
        </w:rPr>
        <w:t>的代数式表示，且</w:t>
      </w:r>
      <w:r>
        <w:pict>
          <v:shape id="_x0000_i700402" type="#_x0000_t75" alt="学科网(www.zxxk.com)--教育资源门户，提供试卷、教案、课件、论文、素材以及各类教学资源下载，还有大量而丰富的教学相关资讯！" style="width:91pt;height:16pt" o:oleicon="f" o:ole="">
            <v:imagedata r:id="rId172" o:title="eqId5288f5a2522c6a3c463e963f106b8b51"/>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5086350" cy="1314450"/>
            <wp:docPr id="11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
                    <pic:cNvPicPr>
                      <a:picLocks noChangeAspect="1"/>
                    </pic:cNvPicPr>
                  </pic:nvPicPr>
                  <pic:blipFill>
                    <a:blip r:embed="rId173"/>
                    <a:stretch>
                      <a:fillRect/>
                    </a:stretch>
                  </pic:blipFill>
                  <pic:spPr>
                    <a:xfrm>
                      <a:off x="0" y="0"/>
                      <a:ext cx="5086350" cy="1314450"/>
                    </a:xfrm>
                    <a:prstGeom prst="rect">
                      <a:avLst/>
                    </a:prstGeom>
                  </pic:spPr>
                </pic:pic>
              </a:graphicData>
            </a:graphic>
          </wp:inline>
        </w:drawing>
      </w:r>
    </w:p>
    <w:p>
      <w:pPr>
        <w:spacing w:line="360" w:lineRule="auto"/>
        <w:jc w:val="left"/>
        <w:textAlignment w:val="center"/>
        <w:rPr>
          <w:color w:val="000000"/>
        </w:rPr>
      </w:pPr>
      <w:r>
        <w:rPr>
          <w:color w:val="000000"/>
        </w:rPr>
        <w:t xml:space="preserve">25. </w:t>
      </w:r>
      <w:r>
        <w:rPr>
          <w:rFonts w:ascii="宋体" w:eastAsia="宋体" w:hAnsi="宋体" w:cs="宋体"/>
          <w:color w:val="000000"/>
        </w:rPr>
        <w:t>对数轴上</w:t>
      </w:r>
      <w:r>
        <w:rPr>
          <w:rFonts w:ascii="宋体" w:eastAsia="宋体" w:hAnsi="宋体" w:cs="宋体"/>
          <w:color w:val="000000"/>
          <w:position w:val="0"/>
        </w:rPr>
        <w:drawing>
          <wp:inline>
            <wp:extent cx="133350" cy="177800"/>
            <wp:docPr id="11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
                    <pic:cNvPicPr>
                      <a:picLocks noChangeAspect="1"/>
                    </pic:cNvPicPr>
                  </pic:nvPicPr>
                  <pic:blipFill>
                    <a:blip r:embed="rId17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进行如下操作：将点</w:t>
      </w:r>
      <w:r>
        <w:rPr>
          <w:rFonts w:ascii="Times New Roman" w:eastAsia="Times New Roman" w:hAnsi="Times New Roman" w:cs="Times New Roman"/>
          <w:color w:val="000000"/>
        </w:rPr>
        <w:t>P</w:t>
      </w:r>
      <w:r>
        <w:rPr>
          <w:rFonts w:ascii="宋体" w:eastAsia="宋体" w:hAnsi="宋体" w:cs="宋体"/>
          <w:color w:val="000000"/>
        </w:rPr>
        <w:t>沿数轴水平方向，以每秒</w:t>
      </w:r>
      <w:r>
        <w:rPr>
          <w:rFonts w:ascii="Times New Roman" w:eastAsia="Times New Roman" w:hAnsi="Times New Roman" w:cs="Times New Roman"/>
          <w:color w:val="000000"/>
        </w:rPr>
        <w:t>m</w:t>
      </w:r>
      <w:r>
        <w:rPr>
          <w:rFonts w:ascii="宋体" w:eastAsia="宋体" w:hAnsi="宋体" w:cs="宋体"/>
          <w:color w:val="000000"/>
        </w:rPr>
        <w:t>个单位长度的速度，向右平移</w:t>
      </w:r>
      <w:r>
        <w:rPr>
          <w:rFonts w:ascii="Times New Roman" w:eastAsia="Times New Roman" w:hAnsi="Times New Roman" w:cs="Times New Roman"/>
          <w:color w:val="000000"/>
        </w:rPr>
        <w:t>n</w:t>
      </w:r>
      <w:r>
        <w:rPr>
          <w:rFonts w:ascii="宋体" w:eastAsia="宋体" w:hAnsi="宋体" w:cs="宋体"/>
          <w:color w:val="000000"/>
        </w:rPr>
        <w:t>秒，得到点</w:t>
      </w:r>
      <w:r>
        <w:pict>
          <v:shape id="_x0000_i700403" type="#_x0000_t75" alt="学科网(www.zxxk.com)--教育资源门户，提供试卷、教案、课件、论文、素材以及各类教学资源下载，还有大量而丰富的教学相关资讯！" style="width:15pt;height:14.25pt" o:oleicon="f" o:ole="">
            <v:imagedata r:id="rId176" o:title="eqIdcee6765a83140d745a6de4c85d9b6b50"/>
          </v:shape>
        </w:pict>
      </w:r>
      <w:r>
        <w:rPr>
          <w:color w:val="000000"/>
        </w:rPr>
        <w:drawing>
          <wp:inline>
            <wp:extent cx="114300" cy="295275"/>
            <wp:docPr id="119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
                    <pic:cNvPicPr>
                      <a:picLocks noChangeAspect="1"/>
                    </pic:cNvPicPr>
                  </pic:nvPicPr>
                  <pic:blipFill>
                    <a:blip r:embed="rId175"/>
                    <a:stretch>
                      <a:fillRect/>
                    </a:stretch>
                  </pic:blipFill>
                  <pic:spPr>
                    <a:xfrm>
                      <a:off x="0" y="0"/>
                      <a:ext cx="114300" cy="295275"/>
                    </a:xfrm>
                    <a:prstGeom prst="rect">
                      <a:avLst/>
                    </a:prstGeom>
                  </pic:spPr>
                </pic:pic>
              </a:graphicData>
            </a:graphic>
          </wp:inline>
        </w:drawing>
      </w:r>
      <w:r>
        <w:rPr>
          <w:rFonts w:ascii="宋体" w:eastAsia="宋体" w:hAnsi="宋体" w:cs="宋体"/>
          <w:color w:val="000000"/>
        </w:rPr>
        <w:t>．称这样的操作为点</w:t>
      </w:r>
      <w:r>
        <w:rPr>
          <w:rFonts w:ascii="Times New Roman" w:eastAsia="Times New Roman" w:hAnsi="Times New Roman" w:cs="Times New Roman"/>
          <w:color w:val="000000"/>
        </w:rPr>
        <w:t>P</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w:t>
      </w:r>
      <w:r>
        <w:rPr>
          <w:rFonts w:ascii="Times New Roman" w:eastAsia="Times New Roman" w:hAnsi="Times New Roman" w:cs="Times New Roman"/>
          <w:color w:val="000000"/>
        </w:rPr>
        <w:t xml:space="preserve"> </w:t>
      </w:r>
      <w:r>
        <w:rPr>
          <w:rFonts w:ascii="宋体" w:eastAsia="宋体" w:hAnsi="宋体" w:cs="宋体"/>
          <w:color w:val="000000"/>
        </w:rPr>
        <w:t>点</w:t>
      </w:r>
      <w:r>
        <w:pict>
          <v:shape id="_x0000_i700404" type="#_x0000_t75" alt="学科网(www.zxxk.com)--教育资源门户，提供试卷、教案、课件、论文、素材以及各类教学资源下载，还有大量而丰富的教学相关资讯！" style="width:15pt;height:14.25pt" o:oleicon="f" o:ole="">
            <v:imagedata r:id="rId176" o:title="eqIdcee6765a83140d745a6de4c85d9b6b50"/>
          </v:shape>
        </w:pict>
      </w:r>
      <w:r>
        <w:rPr>
          <w:rFonts w:ascii="宋体" w:eastAsia="宋体" w:hAnsi="宋体" w:cs="宋体"/>
          <w:color w:val="000000"/>
        </w:rPr>
        <w:t>称为点</w:t>
      </w:r>
      <w:r>
        <w:rPr>
          <w:rFonts w:ascii="Times New Roman" w:eastAsia="Times New Roman" w:hAnsi="Times New Roman" w:cs="Times New Roman"/>
          <w:color w:val="000000"/>
        </w:rPr>
        <w:t>P</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0405" type="#_x0000_t75" alt="学科网(www.zxxk.com)--教育资源门户，提供试卷、教案、课件、论文、素材以及各类教学资源下载，还有大量而丰富的教学相关资讯！" style="width:28.2pt;height:13.8pt" o:oleicon="f" o:ole="">
            <v:imagedata r:id="rId177" o:title="eqIdcf0086b054ef120408acac806a1b1318"/>
          </v:shape>
        </w:pict>
      </w:r>
      <w:r>
        <w:rPr>
          <w:rFonts w:ascii="宋体" w:eastAsia="宋体" w:hAnsi="宋体" w:cs="宋体"/>
          <w:color w:val="000000"/>
        </w:rPr>
        <w:t>，</w:t>
      </w:r>
      <w:r>
        <w:pict>
          <v:shape id="_x0000_i700406" type="#_x0000_t75" alt="学科网(www.zxxk.com)--教育资源门户，提供试卷、教案、课件、论文、素材以及各类教学资源下载，还有大量而丰富的教学相关资讯！" style="width:27pt;height:14.4pt" o:oleicon="f" o:ole="">
            <v:imagedata r:id="rId178" o:title="eqIdbe604061cf1591f7069472269d4c9719"/>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①如果点</w:t>
      </w:r>
      <w:r>
        <w:rPr>
          <w:rFonts w:ascii="Times New Roman" w:eastAsia="Times New Roman" w:hAnsi="Times New Roman" w:cs="Times New Roman"/>
          <w:color w:val="000000"/>
        </w:rPr>
        <w:t>A</w:t>
      </w:r>
      <w:r>
        <w:rPr>
          <w:rFonts w:ascii="宋体" w:eastAsia="宋体" w:hAnsi="宋体" w:cs="宋体"/>
          <w:color w:val="000000"/>
        </w:rPr>
        <w:t>表示</w:t>
      </w:r>
      <w:r>
        <w:rPr>
          <w:rFonts w:ascii="宋体" w:eastAsia="宋体" w:hAnsi="宋体" w:cs="宋体"/>
          <w:color w:val="000000"/>
          <w:position w:val="0"/>
        </w:rPr>
        <w:drawing>
          <wp:inline>
            <wp:extent cx="133350" cy="177800"/>
            <wp:docPr id="11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
                    <pic:cNvPicPr>
                      <a:picLocks noChangeAspect="1"/>
                    </pic:cNvPicPr>
                  </pic:nvPicPr>
                  <pic:blipFill>
                    <a:blip r:embed="rId17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00407" type="#_x0000_t75" alt="学科网(www.zxxk.com)--教育资源门户，提供试卷、教案、课件、论文、素材以及各类教学资源下载，还有大量而丰富的教学相关资讯！" style="width:15.75pt;height:14.25pt" o:oleicon="f" o:ole="">
            <v:imagedata r:id="rId180" o:title="eqIdd13ce3ebd1112220c639562739f1f9d1"/>
          </v:shape>
        </w:pict>
      </w:r>
      <w:r>
        <w:rPr>
          <w:rFonts w:ascii="宋体" w:eastAsia="宋体" w:hAnsi="宋体" w:cs="宋体"/>
          <w:color w:val="000000"/>
        </w:rPr>
        <w:t>，那么点</w:t>
      </w:r>
      <w:r>
        <w:rPr>
          <w:rFonts w:ascii="Times New Roman" w:eastAsia="Times New Roman" w:hAnsi="Times New Roman" w:cs="Times New Roman"/>
          <w:color w:val="000000"/>
        </w:rPr>
        <w:t>A</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r>
        <w:pict>
          <v:shape id="_x0000_i700408" type="#_x0000_t75" alt="学科网(www.zxxk.com)--教育资源门户，提供试卷、教案、课件、论文、素材以及各类教学资源下载，还有大量而丰富的教学相关资讯！" style="width:12.75pt;height:12pt" o:oleicon="f" o:ole="">
            <v:imagedata r:id="rId181"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②点</w:t>
      </w:r>
      <w:r>
        <w:rPr>
          <w:rFonts w:ascii="Times New Roman" w:eastAsia="Times New Roman" w:hAnsi="Times New Roman" w:cs="Times New Roman"/>
          <w:color w:val="000000"/>
        </w:rPr>
        <w:t>B</w:t>
      </w:r>
      <w:r>
        <w:rPr>
          <w:rFonts w:ascii="宋体" w:eastAsia="宋体" w:hAnsi="宋体" w:cs="宋体"/>
          <w:color w:val="000000"/>
        </w:rPr>
        <w:t>的“</w:t>
      </w:r>
      <w:r>
        <w:rPr>
          <w:rFonts w:ascii="Times New Roman" w:eastAsia="Times New Roman" w:hAnsi="Times New Roman" w:cs="Times New Roman"/>
          <w:color w:val="000000"/>
        </w:rPr>
        <w:t>m</w:t>
      </w:r>
      <w:r>
        <w:rPr>
          <w:rFonts w:ascii="宋体" w:eastAsia="宋体" w:hAnsi="宋体" w:cs="宋体"/>
          <w:color w:val="000000"/>
        </w:rPr>
        <w:t>速移”点</w:t>
      </w:r>
      <w:r>
        <w:pict>
          <v:shape id="_x0000_i700409" type="#_x0000_t75" alt="学科网(www.zxxk.com)--教育资源门户，提供试卷、教案、课件、论文、素材以及各类教学资源下载，还有大量而丰富的教学相关资讯！" style="width:13.95pt;height:13pt" o:oleicon="f" o:ole="">
            <v:imagedata r:id="rId183" o:title="eqId3953cec61ac602ce5eb59b7912352179"/>
          </v:shape>
        </w:pict>
      </w:r>
      <w:r>
        <w:rPr>
          <w:color w:val="000000"/>
        </w:rPr>
        <w:drawing>
          <wp:inline>
            <wp:extent cx="114300" cy="295275"/>
            <wp:docPr id="12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
                    <pic:cNvPicPr>
                      <a:picLocks noChangeAspect="1"/>
                    </pic:cNvPicPr>
                  </pic:nvPicPr>
                  <pic:blipFill>
                    <a:blip r:embed="rId182"/>
                    <a:stretch>
                      <a:fillRect/>
                    </a:stretch>
                  </pic:blipFill>
                  <pic:spPr>
                    <a:xfrm>
                      <a:off x="0" y="0"/>
                      <a:ext cx="114300" cy="295275"/>
                    </a:xfrm>
                    <a:prstGeom prst="rect">
                      <a:avLst/>
                    </a:prstGeom>
                  </pic:spPr>
                </pic:pic>
              </a:graphicData>
            </a:graphic>
          </wp:inline>
        </w:drawing>
      </w:r>
      <w:r>
        <w:rPr>
          <w:rFonts w:ascii="宋体" w:eastAsia="宋体" w:hAnsi="宋体" w:cs="宋体"/>
          <w:color w:val="000000"/>
        </w:rPr>
        <w:t>表示的数为</w:t>
      </w:r>
      <w:r>
        <w:pict>
          <v:shape id="_x0000_i700410" type="#_x0000_t75" alt="学科网(www.zxxk.com)--教育资源门户，提供试卷、教案、课件、论文、素材以及各类教学资源下载，还有大量而丰富的教学相关资讯！" style="width:9.6pt;height:13.2pt" o:oleicon="f" o:ole="">
            <v:imagedata r:id="rId184" o:title="eqIdb8860d9787671b53b1ab68b3d526f5ca"/>
          </v:shape>
        </w:pict>
      </w:r>
      <w:r>
        <w:rPr>
          <w:rFonts w:ascii="宋体" w:eastAsia="宋体" w:hAnsi="宋体" w:cs="宋体"/>
          <w:color w:val="000000"/>
        </w:rPr>
        <w:t>，那么点</w:t>
      </w:r>
      <w:r>
        <w:rPr>
          <w:rFonts w:ascii="Times New Roman" w:eastAsia="Times New Roman" w:hAnsi="Times New Roman" w:cs="Times New Roman"/>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③数轴上的点</w:t>
      </w:r>
      <w:r>
        <w:rPr>
          <w:rFonts w:ascii="Times New Roman" w:eastAsia="Times New Roman" w:hAnsi="Times New Roman" w:cs="Times New Roman"/>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，如果</w:t>
      </w:r>
      <w:r>
        <w:pict>
          <v:shape id="_x0000_i700411" type="#_x0000_t75" alt="学科网(www.zxxk.com)--教育资源门户，提供试卷、教案、课件、论文、素材以及各类教学资源下载，还有大量而丰富的教学相关资讯！" style="width:57.05pt;height:14.95pt;mso-position-horizontal-relative:page;mso-position-vertical-relative:page;mso-wrap-style:square" o:oleicon="f" o:ole="">
            <v:imagedata r:id="rId185" o:title="eqIdba2cb5ff643e1d9972aaa67e2cae826d"/>
          </v:shape>
        </w:pict>
      </w:r>
      <w:r>
        <w:rPr>
          <w:rFonts w:ascii="宋体" w:eastAsia="宋体" w:hAnsi="宋体" w:cs="宋体"/>
          <w:color w:val="000000"/>
        </w:rPr>
        <w:t>，那么点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sectPr w:rsidSect="00C321EB">
          <w:headerReference w:type="even" r:id="rId210"/>
          <w:footerReference w:type="even" r:id="rId211"/>
          <w:headerReference w:type="first" r:id="rId212"/>
          <w:footerReference w:type="first" r:id="rId213"/>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，且点</w:t>
      </w:r>
      <w:r>
        <w:rPr>
          <w:rFonts w:ascii="Times New Roman" w:eastAsia="Times New Roman" w:hAnsi="Times New Roman" w:cs="Times New Roman"/>
          <w:color w:val="000000"/>
        </w:rPr>
        <w:t>E</w:t>
      </w:r>
      <w:r>
        <w:rPr>
          <w:rFonts w:ascii="宋体" w:eastAsia="宋体" w:hAnsi="宋体" w:cs="宋体"/>
          <w:color w:val="000000"/>
        </w:rPr>
        <w:t>在点</w:t>
      </w:r>
      <w:r>
        <w:rPr>
          <w:rFonts w:ascii="Times New Roman" w:eastAsia="Times New Roman" w:hAnsi="Times New Roman" w:cs="Times New Roman"/>
          <w:color w:val="000000"/>
        </w:rPr>
        <w:t>F</w:t>
      </w:r>
      <w:r>
        <w:rPr>
          <w:rFonts w:ascii="宋体" w:eastAsia="宋体" w:hAnsi="宋体" w:cs="宋体"/>
          <w:color w:val="000000"/>
        </w:rPr>
        <w:t>的左侧，点</w:t>
      </w:r>
      <w:r>
        <w:rPr>
          <w:rFonts w:ascii="Times New Roman" w:eastAsia="Times New Roman" w:hAnsi="Times New Roman" w:cs="Times New Roman"/>
          <w:color w:val="000000"/>
        </w:rPr>
        <w:t>E</w:t>
      </w:r>
      <w:r>
        <w:rPr>
          <w:rFonts w:ascii="宋体" w:eastAsia="宋体" w:hAnsi="宋体" w:cs="宋体"/>
          <w:color w:val="000000"/>
        </w:rPr>
        <w:t>，</w:t>
      </w:r>
      <w:r>
        <w:rPr>
          <w:rFonts w:ascii="Times New Roman" w:eastAsia="Times New Roman" w:hAnsi="Times New Roman" w:cs="Times New Roman"/>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速移”分别向右平移</w:t>
      </w:r>
      <w:r>
        <w:pict>
          <v:shape id="_x0000_i700412" type="#_x0000_t75" alt="学科网(www.zxxk.com)--教育资源门户，提供试卷、教案、课件、论文、素材以及各类教学资源下载，还有大量而丰富的教学相关资讯！" style="width:9.6pt;height:18pt" o:oleicon="f" o:ole="">
            <v:imagedata r:id="rId186" o:title="eqId87c7eb49a823f757461cd5260757b088"/>
          </v:shape>
        </w:pict>
      </w:r>
      <w:r>
        <w:rPr>
          <w:rFonts w:ascii="宋体" w:eastAsia="宋体" w:hAnsi="宋体" w:cs="宋体"/>
          <w:color w:val="000000"/>
        </w:rPr>
        <w:t>，</w:t>
      </w:r>
      <w:r>
        <w:pict>
          <v:shape id="_x0000_i700413" type="#_x0000_t75" alt="学科网(www.zxxk.com)--教育资源门户，提供试卷、教案、课件、论文、素材以及各类教学资源下载，还有大量而丰富的教学相关资讯！" style="width:11.4pt;height:18pt" o:oleicon="f" o:ole="">
            <v:imagedata r:id="rId187" o:title="eqId5cd84a8f95166367063218ee03ffd5a7"/>
          </v:shape>
        </w:pict>
      </w:r>
      <w:r>
        <w:rPr>
          <w:rFonts w:ascii="宋体" w:eastAsia="宋体" w:hAnsi="宋体" w:cs="宋体"/>
          <w:color w:val="000000"/>
        </w:rPr>
        <w:t>秒，得到点</w:t>
      </w:r>
      <w:r>
        <w:pict>
          <v:shape id="_x0000_i700414" type="#_x0000_t75" alt="学科网(www.zxxk.com)--教育资源门户，提供试卷、教案、课件、论文、素材以及各类教学资源下载，还有大量而丰富的教学相关资讯！" style="width:14.9pt;height:12.95pt" o:oleicon="f" o:ole="">
            <v:imagedata r:id="rId188" o:title="eqIdd3b1a5427d8ff23df0f3ec194756c84c"/>
          </v:shape>
        </w:pict>
      </w:r>
      <w:r>
        <w:rPr>
          <w:rFonts w:ascii="宋体" w:eastAsia="宋体" w:hAnsi="宋体" w:cs="宋体"/>
          <w:color w:val="000000"/>
        </w:rPr>
        <w:t>和</w:t>
      </w:r>
      <w:r>
        <w:pict>
          <v:shape id="_x0000_i700415" type="#_x0000_t75" alt="学科网(www.zxxk.com)--教育资源门户，提供试卷、教案、课件、论文、素材以及各类教学资源下载，还有大量而丰富的教学相关资讯！" style="width:15.75pt;height:14.25pt" o:oleicon="f" o:ole="">
            <v:imagedata r:id="rId189" o:title="eqIdf8e55590555905eb4f57889bbd16e39a"/>
          </v:shape>
        </w:pict>
      </w:r>
      <w:r>
        <w:rPr>
          <w:rFonts w:ascii="宋体" w:eastAsia="宋体" w:hAnsi="宋体" w:cs="宋体"/>
          <w:color w:val="000000"/>
        </w:rPr>
        <w:t>，如果</w:t>
      </w:r>
      <w:r>
        <w:pict>
          <v:shape id="_x0000_i700416" type="#_x0000_t75" alt="学科网(www.zxxk.com)--教育资源门户，提供试卷、教案、课件、论文、素材以及各类教学资源下载，还有大量而丰富的教学相关资讯！" style="width:53.15pt;height:12.2pt;mso-position-horizontal-relative:page;mso-position-vertical-relative:page;mso-wrap-style:square" o:oleicon="f" o:ole="">
            <v:imagedata r:id="rId190" o:title="eqId52e3554da2a9181f519572bd75a07e95"/>
          </v:shape>
        </w:pict>
      </w:r>
      <w:r>
        <w:rPr>
          <w:rFonts w:ascii="宋体" w:eastAsia="宋体" w:hAnsi="宋体" w:cs="宋体"/>
          <w:color w:val="000000"/>
        </w:rPr>
        <w:t>，请直接用等式表示</w:t>
      </w:r>
      <w:r>
        <w:pict>
          <v:shape id="_x0000_i700417" type="#_x0000_t75" alt="学科网(www.zxxk.com)--教育资源门户，提供试卷、教案、课件、论文、素材以及各类教学资源下载，还有大量而丰富的教学相关资讯！" style="width:9.6pt;height:18pt" o:oleicon="f" o:ole="">
            <v:imagedata r:id="rId186" o:title="eqId87c7eb49a823f757461cd5260757b088"/>
          </v:shape>
        </w:pict>
      </w:r>
      <w:r>
        <w:rPr>
          <w:rFonts w:ascii="宋体" w:eastAsia="宋体" w:hAnsi="宋体" w:cs="宋体"/>
          <w:color w:val="000000"/>
        </w:rPr>
        <w:t>，</w:t>
      </w:r>
      <w:r>
        <w:pict>
          <v:shape id="_x0000_i700418" type="#_x0000_t75" alt="学科网(www.zxxk.com)--教育资源门户，提供试卷、教案、课件、论文、素材以及各类教学资源下载，还有大量而丰富的教学相关资讯！" style="width:11.4pt;height:18pt" o:oleicon="f" o:ole="">
            <v:imagedata r:id="rId187" o:title="eqId5cd84a8f95166367063218ee03ffd5a7"/>
          </v:shape>
        </w:pict>
      </w:r>
      <w:r>
        <w:rPr>
          <w:rFonts w:ascii="宋体" w:eastAsia="宋体" w:hAnsi="宋体" w:cs="宋体"/>
          <w:color w:val="000000"/>
        </w:rPr>
        <w:t>的数量关系．</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295.wmf"/><Relationship Id="rId10" Type="http://schemas.openxmlformats.org/officeDocument/2006/relationships/image" Target="media/x296.wmf"/><Relationship Id="rId11" Type="http://schemas.openxmlformats.org/officeDocument/2006/relationships/image" Target="media/x297.wmf"/><Relationship Id="rId12" Type="http://schemas.openxmlformats.org/officeDocument/2006/relationships/image" Target="media/x298.wmf"/><Relationship Id="rId13" Type="http://schemas.openxmlformats.org/officeDocument/2006/relationships/image" Target="media/x299.wmf"/><Relationship Id="rId14" Type="http://schemas.openxmlformats.org/officeDocument/2006/relationships/image" Target="media/x300.wmf"/><Relationship Id="rId15" Type="http://schemas.openxmlformats.org/officeDocument/2006/relationships/image" Target="media/x301.wmf"/><Relationship Id="rId16" Type="http://schemas.openxmlformats.org/officeDocument/2006/relationships/image" Target="media/x302.wmf"/><Relationship Id="rId17" Type="http://schemas.openxmlformats.org/officeDocument/2006/relationships/image" Target="media/x303.wmf"/><Relationship Id="rId18" Type="http://schemas.openxmlformats.org/officeDocument/2006/relationships/image" Target="media/x304.wmf"/><Relationship Id="rId19" Type="http://schemas.openxmlformats.org/officeDocument/2006/relationships/image" Target="media/x305.wmf"/><Relationship Id="rId20" Type="http://schemas.openxmlformats.org/officeDocument/2006/relationships/image" Target="media/x306.wmf"/><Relationship Id="rId21" Type="http://schemas.openxmlformats.org/officeDocument/2006/relationships/image" Target="media/x307.wmf"/><Relationship Id="rId22" Type="http://schemas.openxmlformats.org/officeDocument/2006/relationships/image" Target="media/x308.wmf"/><Relationship Id="rId23" Type="http://schemas.openxmlformats.org/officeDocument/2006/relationships/image" Target="media/x309.wmf"/><Relationship Id="rId24" Type="http://schemas.openxmlformats.org/officeDocument/2006/relationships/image" Target="media/x310.wmf"/><Relationship Id="rId25" Type="http://schemas.openxmlformats.org/officeDocument/2006/relationships/image" Target="media/x311.png"/><Relationship Id="rId26" Type="http://schemas.openxmlformats.org/officeDocument/2006/relationships/image" Target="media/x312.png"/><Relationship Id="rId27" Type="http://schemas.openxmlformats.org/officeDocument/2006/relationships/image" Target="media/x313.png"/><Relationship Id="rId28" Type="http://schemas.openxmlformats.org/officeDocument/2006/relationships/image" Target="media/x314.wmf"/><Relationship Id="rId29" Type="http://schemas.openxmlformats.org/officeDocument/2006/relationships/image" Target="media/x315.wmf"/><Relationship Id="rId30" Type="http://schemas.openxmlformats.org/officeDocument/2006/relationships/image" Target="media/x316.wmf"/><Relationship Id="rId31" Type="http://schemas.openxmlformats.org/officeDocument/2006/relationships/image" Target="media/x317.wmf"/><Relationship Id="rId32" Type="http://schemas.openxmlformats.org/officeDocument/2006/relationships/image" Target="media/x318.wmf"/><Relationship Id="rId33" Type="http://schemas.openxmlformats.org/officeDocument/2006/relationships/image" Target="media/x319.wmf"/><Relationship Id="rId34" Type="http://schemas.openxmlformats.org/officeDocument/2006/relationships/image" Target="media/x320.wmf"/><Relationship Id="rId35" Type="http://schemas.openxmlformats.org/officeDocument/2006/relationships/image" Target="media/x321.wmf"/><Relationship Id="rId36" Type="http://schemas.openxmlformats.org/officeDocument/2006/relationships/image" Target="media/x322.wmf"/><Relationship Id="rId37" Type="http://schemas.openxmlformats.org/officeDocument/2006/relationships/image" Target="media/x323.wmf"/><Relationship Id="rId38" Type="http://schemas.openxmlformats.org/officeDocument/2006/relationships/image" Target="media/x324.wmf"/><Relationship Id="rId39" Type="http://schemas.openxmlformats.org/officeDocument/2006/relationships/image" Target="media/x325.png"/><Relationship Id="rId40" Type="http://schemas.openxmlformats.org/officeDocument/2006/relationships/image" Target="media/x326.wmf"/><Relationship Id="rId41" Type="http://schemas.openxmlformats.org/officeDocument/2006/relationships/image" Target="media/x327.wmf"/><Relationship Id="rId42" Type="http://schemas.openxmlformats.org/officeDocument/2006/relationships/image" Target="media/x328.wmf"/><Relationship Id="rId43" Type="http://schemas.openxmlformats.org/officeDocument/2006/relationships/image" Target="media/x329.wmf"/><Relationship Id="rId44" Type="http://schemas.openxmlformats.org/officeDocument/2006/relationships/image" Target="media/x330.wmf"/><Relationship Id="rId45" Type="http://schemas.openxmlformats.org/officeDocument/2006/relationships/image" Target="media/x331.wmf"/><Relationship Id="rId46" Type="http://schemas.openxmlformats.org/officeDocument/2006/relationships/image" Target="media/x332.wmf"/><Relationship Id="rId47" Type="http://schemas.openxmlformats.org/officeDocument/2006/relationships/image" Target="media/x333.wmf"/><Relationship Id="rId48" Type="http://schemas.openxmlformats.org/officeDocument/2006/relationships/image" Target="media/x334.wmf"/><Relationship Id="rId49" Type="http://schemas.openxmlformats.org/officeDocument/2006/relationships/image" Target="media/x335.wmf"/><Relationship Id="rId50" Type="http://schemas.openxmlformats.org/officeDocument/2006/relationships/image" Target="media/x336.wmf"/><Relationship Id="rId51" Type="http://schemas.openxmlformats.org/officeDocument/2006/relationships/image" Target="media/x337.png"/><Relationship Id="rId52" Type="http://schemas.openxmlformats.org/officeDocument/2006/relationships/image" Target="media/x338.wmf"/><Relationship Id="rId53" Type="http://schemas.openxmlformats.org/officeDocument/2006/relationships/image" Target="media/x339.wmf"/><Relationship Id="rId54" Type="http://schemas.openxmlformats.org/officeDocument/2006/relationships/image" Target="media/x340.wmf"/><Relationship Id="rId55" Type="http://schemas.openxmlformats.org/officeDocument/2006/relationships/image" Target="media/x341.png"/><Relationship Id="rId56" Type="http://schemas.openxmlformats.org/officeDocument/2006/relationships/image" Target="media/x342.wmf"/><Relationship Id="rId57" Type="http://schemas.openxmlformats.org/officeDocument/2006/relationships/image" Target="media/x343.wmf"/><Relationship Id="rId58" Type="http://schemas.openxmlformats.org/officeDocument/2006/relationships/image" Target="media/x344.wmf"/><Relationship Id="rId59" Type="http://schemas.openxmlformats.org/officeDocument/2006/relationships/image" Target="media/x345.wmf"/><Relationship Id="rId60" Type="http://schemas.openxmlformats.org/officeDocument/2006/relationships/image" Target="media/x346.wmf"/><Relationship Id="rId61" Type="http://schemas.openxmlformats.org/officeDocument/2006/relationships/image" Target="media/x347.wmf"/><Relationship Id="rId62" Type="http://schemas.openxmlformats.org/officeDocument/2006/relationships/image" Target="media/x348.wmf"/><Relationship Id="rId63" Type="http://schemas.openxmlformats.org/officeDocument/2006/relationships/image" Target="media/x349.wmf"/><Relationship Id="rId64" Type="http://schemas.openxmlformats.org/officeDocument/2006/relationships/image" Target="media/x350.wmf"/><Relationship Id="rId65" Type="http://schemas.openxmlformats.org/officeDocument/2006/relationships/image" Target="media/x351.png"/><Relationship Id="rId66" Type="http://schemas.openxmlformats.org/officeDocument/2006/relationships/image" Target="media/x352.png"/><Relationship Id="rId67" Type="http://schemas.openxmlformats.org/officeDocument/2006/relationships/image" Target="media/x353.wmf"/><Relationship Id="rId68" Type="http://schemas.openxmlformats.org/officeDocument/2006/relationships/image" Target="media/x354.wmf"/><Relationship Id="rId69" Type="http://schemas.openxmlformats.org/officeDocument/2006/relationships/image" Target="media/x355.png"/><Relationship Id="rId70" Type="http://schemas.openxmlformats.org/officeDocument/2006/relationships/image" Target="media/x356.wmf"/><Relationship Id="rId71" Type="http://schemas.openxmlformats.org/officeDocument/2006/relationships/image" Target="media/x357.png"/><Relationship Id="rId72" Type="http://schemas.openxmlformats.org/officeDocument/2006/relationships/image" Target="media/x358.wmf"/><Relationship Id="rId73" Type="http://schemas.openxmlformats.org/officeDocument/2006/relationships/image" Target="media/x359.wmf"/><Relationship Id="rId74" Type="http://schemas.openxmlformats.org/officeDocument/2006/relationships/image" Target="media/x360.png"/><Relationship Id="rId75" Type="http://schemas.openxmlformats.org/officeDocument/2006/relationships/image" Target="media/x361.png"/><Relationship Id="rId76" Type="http://schemas.openxmlformats.org/officeDocument/2006/relationships/image" Target="media/x362.png"/><Relationship Id="rId77" Type="http://schemas.openxmlformats.org/officeDocument/2006/relationships/image" Target="media/x363.png"/><Relationship Id="rId78" Type="http://schemas.openxmlformats.org/officeDocument/2006/relationships/image" Target="media/x364.png"/><Relationship Id="rId79" Type="http://schemas.openxmlformats.org/officeDocument/2006/relationships/image" Target="media/x365.png"/><Relationship Id="rId80" Type="http://schemas.openxmlformats.org/officeDocument/2006/relationships/image" Target="media/x366.wmf"/><Relationship Id="rId81" Type="http://schemas.openxmlformats.org/officeDocument/2006/relationships/image" Target="media/x367.wmf"/><Relationship Id="rId82" Type="http://schemas.openxmlformats.org/officeDocument/2006/relationships/image" Target="media/x368.wmf"/><Relationship Id="rId83" Type="http://schemas.openxmlformats.org/officeDocument/2006/relationships/image" Target="media/x369.wmf"/><Relationship Id="rId84" Type="http://schemas.openxmlformats.org/officeDocument/2006/relationships/image" Target="media/x370.wmf"/><Relationship Id="rId85" Type="http://schemas.openxmlformats.org/officeDocument/2006/relationships/image" Target="media/x371.wmf"/><Relationship Id="rId86" Type="http://schemas.openxmlformats.org/officeDocument/2006/relationships/image" Target="media/x372.wmf"/><Relationship Id="rId87" Type="http://schemas.openxmlformats.org/officeDocument/2006/relationships/image" Target="media/x373.wmf"/><Relationship Id="rId88" Type="http://schemas.openxmlformats.org/officeDocument/2006/relationships/image" Target="media/x374.png"/><Relationship Id="rId89" Type="http://schemas.openxmlformats.org/officeDocument/2006/relationships/image" Target="media/x375.png"/><Relationship Id="rId90" Type="http://schemas.openxmlformats.org/officeDocument/2006/relationships/image" Target="media/x376.png"/><Relationship Id="rId91" Type="http://schemas.openxmlformats.org/officeDocument/2006/relationships/image" Target="media/x377.png"/><Relationship Id="rId92" Type="http://schemas.openxmlformats.org/officeDocument/2006/relationships/image" Target="media/x378.png"/><Relationship Id="rId93" Type="http://schemas.openxmlformats.org/officeDocument/2006/relationships/image" Target="media/x379.png"/><Relationship Id="rId94" Type="http://schemas.openxmlformats.org/officeDocument/2006/relationships/image" Target="media/x380.png"/><Relationship Id="rId95" Type="http://schemas.openxmlformats.org/officeDocument/2006/relationships/image" Target="media/x381.png"/><Relationship Id="rId96" Type="http://schemas.openxmlformats.org/officeDocument/2006/relationships/image" Target="media/x382.wmf"/><Relationship Id="rId97" Type="http://schemas.openxmlformats.org/officeDocument/2006/relationships/image" Target="media/x383.wmf"/><Relationship Id="rId98" Type="http://schemas.openxmlformats.org/officeDocument/2006/relationships/image" Target="media/x384.png"/><Relationship Id="rId99" Type="http://schemas.openxmlformats.org/officeDocument/2006/relationships/image" Target="media/x385.wmf"/><Relationship Id="rId100" Type="http://schemas.openxmlformats.org/officeDocument/2006/relationships/image" Target="media/x386.wmf"/><Relationship Id="rId101" Type="http://schemas.openxmlformats.org/officeDocument/2006/relationships/image" Target="media/x387.png"/><Relationship Id="rId102" Type="http://schemas.openxmlformats.org/officeDocument/2006/relationships/image" Target="media/x388.png"/><Relationship Id="rId103" Type="http://schemas.openxmlformats.org/officeDocument/2006/relationships/image" Target="media/x389.png"/><Relationship Id="rId104" Type="http://schemas.openxmlformats.org/officeDocument/2006/relationships/image" Target="media/x390.wmf"/><Relationship Id="rId105" Type="http://schemas.openxmlformats.org/officeDocument/2006/relationships/image" Target="media/x391.wmf"/><Relationship Id="rId106" Type="http://schemas.openxmlformats.org/officeDocument/2006/relationships/image" Target="media/x392.wmf"/><Relationship Id="rId107" Type="http://schemas.openxmlformats.org/officeDocument/2006/relationships/image" Target="media/x393.wmf"/><Relationship Id="rId108" Type="http://schemas.openxmlformats.org/officeDocument/2006/relationships/image" Target="media/x394.wmf"/><Relationship Id="rId109" Type="http://schemas.openxmlformats.org/officeDocument/2006/relationships/image" Target="media/x395.wmf"/><Relationship Id="rId110" Type="http://schemas.openxmlformats.org/officeDocument/2006/relationships/image" Target="media/x396.wmf"/><Relationship Id="rId111" Type="http://schemas.openxmlformats.org/officeDocument/2006/relationships/image" Target="media/x397.wmf"/><Relationship Id="rId112" Type="http://schemas.openxmlformats.org/officeDocument/2006/relationships/image" Target="media/x398.wmf"/><Relationship Id="rId113" Type="http://schemas.openxmlformats.org/officeDocument/2006/relationships/image" Target="media/x399.wmf"/><Relationship Id="rId114" Type="http://schemas.openxmlformats.org/officeDocument/2006/relationships/image" Target="media/x400.wmf"/><Relationship Id="rId115" Type="http://schemas.openxmlformats.org/officeDocument/2006/relationships/image" Target="media/x401.wmf"/><Relationship Id="rId116" Type="http://schemas.openxmlformats.org/officeDocument/2006/relationships/image" Target="media/x402.wmf"/><Relationship Id="rId117" Type="http://schemas.openxmlformats.org/officeDocument/2006/relationships/image" Target="media/x403.wmf"/><Relationship Id="rId118" Type="http://schemas.openxmlformats.org/officeDocument/2006/relationships/image" Target="media/x404.png"/><Relationship Id="rId119" Type="http://schemas.openxmlformats.org/officeDocument/2006/relationships/image" Target="media/x405.wmf"/><Relationship Id="rId120" Type="http://schemas.openxmlformats.org/officeDocument/2006/relationships/image" Target="media/x406.wmf"/><Relationship Id="rId121" Type="http://schemas.openxmlformats.org/officeDocument/2006/relationships/image" Target="media/x407.wmf"/><Relationship Id="rId122" Type="http://schemas.openxmlformats.org/officeDocument/2006/relationships/image" Target="media/x408.wmf"/><Relationship Id="rId123" Type="http://schemas.openxmlformats.org/officeDocument/2006/relationships/image" Target="media/x409.png"/><Relationship Id="rId124" Type="http://schemas.openxmlformats.org/officeDocument/2006/relationships/image" Target="media/x410.wmf"/><Relationship Id="rId125" Type="http://schemas.openxmlformats.org/officeDocument/2006/relationships/image" Target="media/x411.png"/><Relationship Id="rId126" Type="http://schemas.openxmlformats.org/officeDocument/2006/relationships/image" Target="media/x412.png"/><Relationship Id="rId127" Type="http://schemas.openxmlformats.org/officeDocument/2006/relationships/image" Target="media/x413.png"/><Relationship Id="rId128" Type="http://schemas.openxmlformats.org/officeDocument/2006/relationships/image" Target="media/x414.png"/><Relationship Id="rId129" Type="http://schemas.openxmlformats.org/officeDocument/2006/relationships/image" Target="media/x415.wmf"/><Relationship Id="rId130" Type="http://schemas.openxmlformats.org/officeDocument/2006/relationships/image" Target="media/x416.wmf"/><Relationship Id="rId131" Type="http://schemas.openxmlformats.org/officeDocument/2006/relationships/image" Target="media/x417.wmf"/><Relationship Id="rId132" Type="http://schemas.openxmlformats.org/officeDocument/2006/relationships/image" Target="media/x418.wmf"/><Relationship Id="rId133" Type="http://schemas.openxmlformats.org/officeDocument/2006/relationships/image" Target="media/x419.wmf"/><Relationship Id="rId134" Type="http://schemas.openxmlformats.org/officeDocument/2006/relationships/image" Target="media/x420.wmf"/><Relationship Id="rId135" Type="http://schemas.openxmlformats.org/officeDocument/2006/relationships/image" Target="media/x421.wmf"/><Relationship Id="rId136" Type="http://schemas.openxmlformats.org/officeDocument/2006/relationships/image" Target="media/x422.wmf"/><Relationship Id="rId137" Type="http://schemas.openxmlformats.org/officeDocument/2006/relationships/image" Target="media/x423.wmf"/><Relationship Id="rId138" Type="http://schemas.openxmlformats.org/officeDocument/2006/relationships/image" Target="media/x424.wmf"/><Relationship Id="rId139" Type="http://schemas.openxmlformats.org/officeDocument/2006/relationships/image" Target="media/x425.wmf"/><Relationship Id="rId140" Type="http://schemas.openxmlformats.org/officeDocument/2006/relationships/image" Target="media/x426.wmf"/><Relationship Id="rId141" Type="http://schemas.openxmlformats.org/officeDocument/2006/relationships/image" Target="media/x427.wmf"/><Relationship Id="rId142" Type="http://schemas.openxmlformats.org/officeDocument/2006/relationships/image" Target="media/x428.wmf"/><Relationship Id="rId143" Type="http://schemas.openxmlformats.org/officeDocument/2006/relationships/image" Target="media/x429.wmf"/><Relationship Id="rId144" Type="http://schemas.openxmlformats.org/officeDocument/2006/relationships/image" Target="media/x430.png"/><Relationship Id="rId145" Type="http://schemas.openxmlformats.org/officeDocument/2006/relationships/image" Target="media/x431.wmf"/><Relationship Id="rId146" Type="http://schemas.openxmlformats.org/officeDocument/2006/relationships/image" Target="media/x432.wmf"/><Relationship Id="rId147" Type="http://schemas.openxmlformats.org/officeDocument/2006/relationships/image" Target="media/x433.wmf"/><Relationship Id="rId148" Type="http://schemas.openxmlformats.org/officeDocument/2006/relationships/image" Target="media/x434.wmf"/><Relationship Id="rId149" Type="http://schemas.openxmlformats.org/officeDocument/2006/relationships/image" Target="media/x435.wmf"/><Relationship Id="rId150" Type="http://schemas.openxmlformats.org/officeDocument/2006/relationships/image" Target="media/x436.wmf"/><Relationship Id="rId151" Type="http://schemas.openxmlformats.org/officeDocument/2006/relationships/image" Target="media/x437.wmf"/><Relationship Id="rId152" Type="http://schemas.openxmlformats.org/officeDocument/2006/relationships/image" Target="media/x438.wmf"/><Relationship Id="rId153" Type="http://schemas.openxmlformats.org/officeDocument/2006/relationships/image" Target="media/x439.wmf"/><Relationship Id="rId154" Type="http://schemas.openxmlformats.org/officeDocument/2006/relationships/image" Target="media/x440.wmf"/><Relationship Id="rId155" Type="http://schemas.openxmlformats.org/officeDocument/2006/relationships/image" Target="media/x441.wmf"/><Relationship Id="rId156" Type="http://schemas.openxmlformats.org/officeDocument/2006/relationships/image" Target="media/x442.wmf"/><Relationship Id="rId157" Type="http://schemas.openxmlformats.org/officeDocument/2006/relationships/image" Target="media/x443.wmf"/><Relationship Id="rId158" Type="http://schemas.openxmlformats.org/officeDocument/2006/relationships/image" Target="media/x444.wmf"/><Relationship Id="rId159" Type="http://schemas.openxmlformats.org/officeDocument/2006/relationships/image" Target="media/x445.wmf"/><Relationship Id="rId160" Type="http://schemas.openxmlformats.org/officeDocument/2006/relationships/image" Target="media/x446.wmf"/><Relationship Id="rId161" Type="http://schemas.openxmlformats.org/officeDocument/2006/relationships/image" Target="media/x447.wmf"/><Relationship Id="rId162" Type="http://schemas.openxmlformats.org/officeDocument/2006/relationships/image" Target="media/x448.wmf"/><Relationship Id="rId163" Type="http://schemas.openxmlformats.org/officeDocument/2006/relationships/image" Target="media/x449.wmf"/><Relationship Id="rId164" Type="http://schemas.openxmlformats.org/officeDocument/2006/relationships/image" Target="media/x450.wmf"/><Relationship Id="rId165" Type="http://schemas.openxmlformats.org/officeDocument/2006/relationships/image" Target="media/x451.wmf"/><Relationship Id="rId166" Type="http://schemas.openxmlformats.org/officeDocument/2006/relationships/image" Target="media/x452.wmf"/><Relationship Id="rId167" Type="http://schemas.openxmlformats.org/officeDocument/2006/relationships/image" Target="media/x453.wmf"/><Relationship Id="rId168" Type="http://schemas.openxmlformats.org/officeDocument/2006/relationships/image" Target="media/x454.wmf"/><Relationship Id="rId169" Type="http://schemas.openxmlformats.org/officeDocument/2006/relationships/image" Target="media/x455.wmf"/><Relationship Id="rId170" Type="http://schemas.openxmlformats.org/officeDocument/2006/relationships/image" Target="media/x456.wmf"/><Relationship Id="rId171" Type="http://schemas.openxmlformats.org/officeDocument/2006/relationships/image" Target="media/x457.wmf"/><Relationship Id="rId172" Type="http://schemas.openxmlformats.org/officeDocument/2006/relationships/image" Target="media/x458.wmf"/><Relationship Id="rId173" Type="http://schemas.openxmlformats.org/officeDocument/2006/relationships/image" Target="media/x459.png"/><Relationship Id="rId174" Type="http://schemas.openxmlformats.org/officeDocument/2006/relationships/image" Target="media/x460.wmf"/><Relationship Id="rId175" Type="http://schemas.openxmlformats.org/officeDocument/2006/relationships/image" Target="media/x461.png"/><Relationship Id="rId176" Type="http://schemas.openxmlformats.org/officeDocument/2006/relationships/image" Target="media/x462.wmf"/><Relationship Id="rId177" Type="http://schemas.openxmlformats.org/officeDocument/2006/relationships/image" Target="media/x463.wmf"/><Relationship Id="rId178" Type="http://schemas.openxmlformats.org/officeDocument/2006/relationships/image" Target="media/x464.wmf"/><Relationship Id="rId179" Type="http://schemas.openxmlformats.org/officeDocument/2006/relationships/image" Target="media/x465.wmf"/><Relationship Id="rId180" Type="http://schemas.openxmlformats.org/officeDocument/2006/relationships/image" Target="media/x466.wmf"/><Relationship Id="rId181" Type="http://schemas.openxmlformats.org/officeDocument/2006/relationships/image" Target="media/x467.wmf"/><Relationship Id="rId182" Type="http://schemas.openxmlformats.org/officeDocument/2006/relationships/image" Target="media/x468.png"/><Relationship Id="rId183" Type="http://schemas.openxmlformats.org/officeDocument/2006/relationships/image" Target="media/x469.wmf"/><Relationship Id="rId184" Type="http://schemas.openxmlformats.org/officeDocument/2006/relationships/image" Target="media/x470.wmf"/><Relationship Id="rId185" Type="http://schemas.openxmlformats.org/officeDocument/2006/relationships/image" Target="media/x471.wmf"/><Relationship Id="rId186" Type="http://schemas.openxmlformats.org/officeDocument/2006/relationships/image" Target="media/x472.wmf"/><Relationship Id="rId187" Type="http://schemas.openxmlformats.org/officeDocument/2006/relationships/image" Target="media/x473.wmf"/><Relationship Id="rId188" Type="http://schemas.openxmlformats.org/officeDocument/2006/relationships/image" Target="media/x474.wmf"/><Relationship Id="rId189" Type="http://schemas.openxmlformats.org/officeDocument/2006/relationships/image" Target="media/x475.wmf"/><Relationship Id="rId190" Type="http://schemas.openxmlformats.org/officeDocument/2006/relationships/image" Target="media/x4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