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20"/>
        <w:jc w:val="center"/>
      </w:pPr>
      <w:r>
        <w:rPr>
          <w:rFonts w:ascii="微软雅黑" w:hAnsi="微软雅黑" w:eastAsia="微软雅黑"/>
          <w:b/>
          <w:sz w:val="40"/>
        </w:rPr>
        <w:t>北京七年级(上)数学 最后两题合集 · 2022-2023学年</w:t>
      </w:r>
    </w:p>
    <w:p>
      <w:pPr>
        <w:spacing w:before="0" w:after="160"/>
        <w:jc w:val="center"/>
      </w:pPr>
      <w:r>
        <w:rPr>
          <w:rFonts w:ascii="仿宋" w:hAnsi="仿宋" w:eastAsia="仿宋"/>
          <w:b w:val="0"/>
          <w:sz w:val="21"/>
        </w:rPr>
        <w:t>共 64 份试卷 · 章节见 Word 导航窗格（视图→导航窗格）</w:t>
      </w:r>
    </w:p>
    <w:p>
      <w:r>
        <w:fldChar w:fldCharType="begin"/>
        <w:instrText xml:space="preserve">TOC \o "1-2" \h \z \u</w:instrText>
        <w:fldChar w:fldCharType="separate"/>
        <w:t>【目录】右键→更新域，或按 F9 生成页码定位</w:t>
        <w:fldChar w:fldCharType="end"/>
      </w:r>
    </w:p>
    <w:p>
      <w:r>
        <w:br w:type="page"/>
      </w:r>
    </w:p>
    <w:p>
      <w:pPr>
        <w:pStyle w:val="Heading1"/>
      </w:pPr>
      <w:r>
        <w:t>月考</w:t>
      </w:r>
    </w:p>
    <w:p>
      <w:pPr>
        <w:pStyle w:val="Heading2"/>
      </w:pPr>
      <w:r>
        <w:t>中国人民大学附属中学（其他）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hAnsi="宋体" w:eastAsia="宋体" w:cs="宋体"/>
          <w:color w:val="000000"/>
        </w:rPr>
        <w:t>已知，点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在直线</w:t>
      </w:r>
      <w:r>
        <w:pict>
          <v:shape id="_x0000_i701253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9" o:title="eqIdf52a58fbaf4fea03567e88a9f0f6e37e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上，在直线</w:t>
      </w:r>
      <w:r>
        <w:pict>
          <v:shape id="_x0000_i701254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9" o:title="eqIdf52a58fbaf4fea03567e88a9f0f6e37e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外取一点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，画射线</w:t>
      </w:r>
      <w:r>
        <w:pict>
          <v:shape id="_x0000_i701255" o:spt="75" alt="学科网(www.zxxk.com)--教育资源门户，提供试卷、教案、课件、论文、素材以及各类教学资源下载，还有大量而丰富的教学相关资讯！" type="#_x0000_t75" style="height:14pt;width:20.8pt;" o:ole="t" filled="f" o:preferrelative="t" stroked="f" coordsize="21600,21600">
            <v:path/>
            <v:fill on="f" focussize="0,0"/>
            <v:stroke on="f" joinstyle="miter"/>
            <v:imagedata r:id="rId10" o:title="eqId828628c0876b45381c9a0edeb0fec236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  <w:r>
        <w:pict>
          <v:shape id="_x0000_i701256" o:spt="75" alt="学科网(www.zxxk.com)--教育资源门户，提供试卷、教案、课件、论文、素材以及各类教学资源下载，还有大量而丰富的教学相关资讯！" type="#_x0000_t75" style="height:14.55pt;width:20.75pt;" o:ole="t" filled="f" o:preferrelative="t" stroked="f" coordsize="21600,21600">
            <v:path/>
            <v:fill on="f" focussize="0,0"/>
            <v:stroke on="f" joinstyle="miter"/>
            <v:imagedata r:id="rId11" o:title="eqId683c590673eece14fea3319c4fd5eb55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平分</w:t>
      </w:r>
      <w:r>
        <w:pict>
          <v:shape id="_x0000_i701257" o:spt="75" alt="学科网(www.zxxk.com)--教育资源门户，提供试卷、教案、课件、论文、素材以及各类教学资源下载，还有大量而丰富的教学相关资讯！" type="#_x0000_t75" style="height:14.25pt;width:39.75pt;" o:ole="t" filled="f" o:preferrelative="t" stroked="f" coordsize="21600,21600">
            <v:path/>
            <v:fill on="f" focussize="0,0"/>
            <v:stroke on="f" joinstyle="miter"/>
            <v:imagedata r:id="rId12" o:title="eqIdd22df2977de56cc69be0c1e847653d7a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，射线</w:t>
      </w:r>
      <w:r>
        <w:pict>
          <v:shape id="_x0000_i701258" o:spt="75" alt="学科网(www.zxxk.com)--教育资源门户，提供试卷、教案、课件、论文、素材以及各类教学资源下载，还有大量而丰富的教学相关资讯！" type="#_x0000_t75" style="height:14.4pt;width:20.4pt;" o:ole="t" filled="f" o:preferrelative="t" stroked="f" coordsize="21600,21600">
            <v:path/>
            <v:fill on="f" focussize="0,0"/>
            <v:stroke on="f" joinstyle="miter"/>
            <v:imagedata r:id="rId13" o:title="eqIda299d2b999568e80be8005565ba209a4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在直线</w:t>
      </w:r>
      <w:r>
        <w:pict>
          <v:shape id="_x0000_i701259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9" o:title="eqIdf52a58fbaf4fea03567e88a9f0f6e37e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上方，且</w:t>
      </w:r>
      <w:r>
        <w:pict>
          <v:shape id="_x0000_i701260" o:spt="75" alt="学科网(www.zxxk.com)--教育资源门户，提供试卷、教案、课件、论文、素材以及各类教学资源下载，还有大量而丰富的教学相关资讯！" type="#_x0000_t75" style="height:14.25pt;width:66pt;" o:ole="t" filled="f" o:preferrelative="t" stroked="f" coordsize="21600,21600">
            <v:path/>
            <v:fill on="f" focussize="0,0"/>
            <v:stroke on="f" joinstyle="miter"/>
            <v:imagedata r:id="rId14" o:title="eqIdd95a92fcd0cd5e55f1d32d42504a5690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819275" cy="1076325"/>
            <wp:effectExtent l="0" t="0" r="9525" b="9525"/>
            <wp:docPr id="1511" name="图片 1000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" name="图片 10004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，如果点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在直线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上方，且</w:t>
      </w:r>
      <w:r>
        <w:pict>
          <v:shape id="_x0000_i701261" o:spt="75" alt="学科网(www.zxxk.com)--教育资源门户，提供试卷、教案、课件、论文、素材以及各类教学资源下载，还有大量而丰富的教学相关资讯！" type="#_x0000_t75" style="height:13pt;width:57.5pt;" o:ole="t" filled="f" o:preferrelative="t" stroked="f" coordsize="21600,21600">
            <v:path/>
            <v:fill on="f" focussize="0,0"/>
            <v:stroke on="f" joinstyle="miter"/>
            <v:imagedata r:id="rId16" o:title="eqIddb91877e869a8d58b2bab2c39756d7fa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①依题意补全图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②求</w:t>
      </w:r>
      <w:r>
        <w:pict>
          <v:shape id="_x0000_i701262" o:spt="75" alt="学科网(www.zxxk.com)--教育资源门户，提供试卷、教案、课件、论文、素材以及各类教学资源下载，还有大量而丰富的教学相关资讯！" type="#_x0000_t75" style="height:14.25pt;width:39.75pt;" o:ole="t" filled="f" o:preferrelative="t" stroked="f" coordsize="21600,21600">
            <v:path/>
            <v:fill on="f" focussize="0,0"/>
            <v:stroke on="f" joinstyle="miter"/>
            <v:imagedata r:id="rId18" o:title="eqId418ebb89d29f4f631b055c911e8d178a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1513" name="图片 686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" name="图片 68643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度数</w:t>
      </w:r>
      <w:r>
        <w:pict>
          <v:shape id="_x0000_i701263" o:spt="75" alt="学科网(www.zxxk.com)--教育资源门户，提供试卷、教案、课件、论文、素材以及各类教学资源下载，还有大量而丰富的教学相关资讯！" type="#_x0000_t75" style="height:20.2pt;width:100.9pt;" o:ole="t" filled="f" o:preferrelative="t" stroked="f" coordsize="21600,21600">
            <v:path/>
            <v:fill on="f" focussize="0,0"/>
            <v:stroke on="f" joinstyle="miter"/>
            <v:imagedata r:id="rId19" o:title="eqIdcb87d3230ffa6eb5c645e1ab2490745d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如果点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在直线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外，且</w:t>
      </w:r>
      <w:r>
        <w:pict>
          <v:shape id="_x0000_i701264" o:spt="75" alt="学科网(www.zxxk.com)--教育资源门户，提供试卷、教案、课件、论文、素材以及各类教学资源下载，还有大量而丰富的教学相关资讯！" type="#_x0000_t75" style="height:14.4pt;width:58.2pt;" o:ole="t" filled="f" o:preferrelative="t" stroked="f" coordsize="21600,21600">
            <v:path/>
            <v:fill on="f" focussize="0,0"/>
            <v:stroke on="f" joinstyle="miter"/>
            <v:imagedata r:id="rId20" o:title="eqIdfcbec8352ce3dbfbf3b173045d0ba8f2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，则∠</w:t>
      </w:r>
      <w:r>
        <w:rPr>
          <w:rFonts w:ascii="Times New Roman" w:hAnsi="Times New Roman" w:eastAsia="Times New Roman" w:cs="Times New Roman"/>
          <w:i/>
          <w:color w:val="000000"/>
        </w:rPr>
        <w:t>AOE</w:t>
      </w:r>
      <w:r>
        <w:rPr>
          <w:rFonts w:ascii="宋体" w:hAnsi="宋体" w:eastAsia="宋体" w:cs="宋体"/>
          <w:color w:val="000000"/>
        </w:rPr>
        <w:t>的度数为</w:t>
      </w:r>
      <w:r>
        <w:rPr>
          <w:rFonts w:ascii="Times New Roman" w:hAnsi="Times New Roman" w:eastAsia="Times New Roman" w:cs="Times New Roman"/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．用含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的代数式表示，且</w:t>
      </w:r>
      <w:r>
        <w:pict>
          <v:shape id="_x0000_i701265" o:spt="75" alt="学科网(www.zxxk.com)--教育资源门户，提供试卷、教案、课件、论文、素材以及各类教学资源下载，还有大量而丰富的教学相关资讯！" type="#_x0000_t75" style="height:12.75pt;width:80.85pt;" o:ole="t" filled="f" o:preferrelative="t" stroked="f" coordsize="21600,21600">
            <v:path/>
            <v:fill on="f" focussize="0,0"/>
            <v:stroke on="f" joinstyle="miter"/>
            <v:imagedata r:id="rId21" o:title="eqId18ce969e54d3b04c29a9ebc8f92d641b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挑战自我（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10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hAnsi="宋体" w:eastAsia="宋体" w:cs="宋体"/>
          <w:color w:val="000000"/>
        </w:rPr>
        <w:t>我们将数轴上点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表示的数记为</w:t>
      </w:r>
      <w:r>
        <w:pict>
          <v:shape id="_x0000_i701266" o:spt="75" alt="学科网(www.zxxk.com)--教育资源门户，提供试卷、教案、课件、论文、素材以及各类教学资源下载，还有大量而丰富的教学相关资讯！" type="#_x0000_t75" style="height:14.25pt;width:10.5pt;" o:ole="t" filled="f" o:preferrelative="t" stroked="f" coordsize="21600,21600">
            <v:path/>
            <v:fill on="f" focussize="0,0"/>
            <v:stroke on="f" joinstyle="miter"/>
            <v:imagedata r:id="rId22" o:title="eqId79b752f0f189e5d8666daea73e145dff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．对于数轴上不同的三个点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T</w:t>
      </w:r>
      <w:r>
        <w:rPr>
          <w:rFonts w:ascii="宋体" w:hAnsi="宋体" w:eastAsia="宋体" w:cs="宋体"/>
          <w:color w:val="000000"/>
        </w:rPr>
        <w:t>，若有</w:t>
      </w:r>
      <w:r>
        <w:pict>
          <v:shape id="_x0000_i701267" o:spt="75" alt="学科网(www.zxxk.com)--教育资源门户，提供试卷、教案、课件、论文、素材以及各类教学资源下载，还有大量而丰富的教学相关资讯！" type="#_x0000_t75" style="height:20.25pt;width:104.25pt;" o:ole="t" filled="f" o:preferrelative="t" stroked="f" coordsize="21600,21600">
            <v:path/>
            <v:fill on="f" focussize="0,0"/>
            <v:stroke on="f" joinstyle="miter"/>
            <v:imagedata r:id="rId23" o:title="eqId9f5c51678d4e09b0646beda9009b93c1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，其中</w:t>
      </w:r>
      <w:r>
        <w:rPr>
          <w:rFonts w:ascii="Times New Roman" w:hAnsi="Times New Roman" w:eastAsia="Times New Roman" w:cs="Times New Roman"/>
          <w:i/>
          <w:color w:val="000000"/>
        </w:rPr>
        <w:t>k</w:t>
      </w:r>
      <w:r>
        <w:rPr>
          <w:rFonts w:ascii="宋体" w:hAnsi="宋体" w:eastAsia="宋体" w:cs="宋体"/>
          <w:color w:val="000000"/>
        </w:rPr>
        <w:t>为有理数，则称点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是点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关于点</w:t>
      </w:r>
      <w:r>
        <w:rPr>
          <w:rFonts w:ascii="Times New Roman" w:hAnsi="Times New Roman" w:eastAsia="Times New Roman" w:cs="Times New Roman"/>
          <w:i/>
          <w:color w:val="000000"/>
        </w:rPr>
        <w:t>T</w:t>
      </w:r>
      <w:r>
        <w:rPr>
          <w:rFonts w:ascii="宋体" w:hAnsi="宋体" w:eastAsia="宋体" w:cs="宋体"/>
          <w:color w:val="000000"/>
        </w:rPr>
        <w:t>的“</w:t>
      </w:r>
      <w:r>
        <w:rPr>
          <w:rFonts w:ascii="Times New Roman" w:hAnsi="Times New Roman" w:eastAsia="Times New Roman" w:cs="Times New Roman"/>
          <w:i/>
          <w:color w:val="000000"/>
        </w:rPr>
        <w:t>k</w:t>
      </w:r>
      <w:r>
        <w:rPr>
          <w:rFonts w:ascii="宋体" w:hAnsi="宋体" w:eastAsia="宋体" w:cs="宋体"/>
          <w:color w:val="000000"/>
        </w:rPr>
        <w:t>星点”．已知在数轴上，原点为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，点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，点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表示的数分别为</w:t>
      </w:r>
      <w:r>
        <w:pict>
          <v:shape id="_x0000_i701268" o:spt="75" alt="学科网(www.zxxk.com)--教育资源门户，提供试卷、教案、课件、论文、素材以及各类教学资源下载，还有大量而丰富的教学相关资讯！" type="#_x0000_t75" style="height:16.3pt;width:36pt;" o:ole="t" filled="f" o:preferrelative="t" stroked="f" coordsize="21600,21600">
            <v:path/>
            <v:fill on="f" focussize="0,0"/>
            <v:stroke on="f" joinstyle="miter"/>
            <v:imagedata r:id="rId24" o:title="eqIdbf19710833e349624483dc375fb91bf0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．</w:t>
      </w:r>
      <w:r>
        <w:pict>
          <v:shape id="_x0000_i701269" o:spt="75" alt="学科网(www.zxxk.com)--教育资源门户，提供试卷、教案、课件、论文、素材以及各类教学资源下载，还有大量而丰富的教学相关资讯！" type="#_x0000_t75" style="height:18pt;width:33pt;" o:ole="t" filled="f" o:preferrelative="t" stroked="f" coordsize="21600,21600">
            <v:path/>
            <v:fill on="f" focussize="0,0"/>
            <v:stroke on="f" joinstyle="miter"/>
            <v:imagedata r:id="rId25" o:title="eqIdb20063864df2b55f7bc19005754efb8f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067175" cy="428625"/>
            <wp:effectExtent l="0" t="0" r="9525" b="9525"/>
            <wp:docPr id="1515" name="图片 1000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" name="图片 10004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）若点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是点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关于原点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的“</w:t>
      </w:r>
      <w:r>
        <w:rPr>
          <w:rFonts w:ascii="Times New Roman" w:hAnsi="Times New Roman" w:eastAsia="Times New Roman" w:cs="Times New Roman"/>
          <w:i/>
          <w:color w:val="000000"/>
        </w:rPr>
        <w:t>k</w:t>
      </w:r>
      <w:r>
        <w:rPr>
          <w:rFonts w:ascii="宋体" w:hAnsi="宋体" w:eastAsia="宋体" w:cs="宋体"/>
          <w:color w:val="000000"/>
        </w:rPr>
        <w:t>星点”，则</w:t>
      </w:r>
      <w:r>
        <w:rPr>
          <w:rFonts w:ascii="Times New Roman" w:hAnsi="Times New Roman" w:eastAsia="Times New Roman" w:cs="Times New Roman"/>
          <w:i/>
          <w:color w:val="000000"/>
        </w:rPr>
        <w:t>k</w: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___</w:t>
      </w:r>
      <w:r>
        <w:rPr>
          <w:rFonts w:ascii="宋体" w:hAnsi="宋体" w:eastAsia="宋体" w:cs="宋体"/>
          <w:color w:val="000000"/>
        </w:rPr>
        <w:t>；若点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是点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关于点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的“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星点”，则</w:t>
      </w:r>
      <w:r>
        <w:pict>
          <v:shape id="_x0000_i701270" o:spt="75" alt="学科网(www.zxxk.com)--教育资源门户，提供试卷、教案、课件、论文、素材以及各类教学资源下载，还有大量而丰富的教学相关资讯！" type="#_x0000_t75" style="height:16.65pt;width:13.65pt;" o:ole="t" filled="f" o:preferrelative="t" stroked="f" coordsize="21600,21600">
            <v:path/>
            <v:fill on="f" focussize="0,0"/>
            <v:stroke on="f" joinstyle="miter"/>
            <v:imagedata r:id="rId27" o:title="eqId1d6c00cb2047fdede2e5a46d83a6a411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＝</w:t>
      </w:r>
      <w:r>
        <w:rPr>
          <w:rFonts w:ascii="Times New Roman" w:hAnsi="Times New Roman" w:eastAsia="Times New Roman" w:cs="Times New Roman"/>
          <w:color w:val="000000"/>
        </w:rPr>
        <w:t>___</w:t>
      </w:r>
      <w:r>
        <w:rPr>
          <w:rFonts w:ascii="宋体" w:hAnsi="宋体" w:eastAsia="宋体" w:cs="宋体"/>
          <w:color w:val="000000"/>
        </w:rPr>
        <w:t>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）若线段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在数轴上沿正方向运动，每秒运动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个单位长度，取线段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的中点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．是否存在某一时刻，使得点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是点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关于点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的“－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星点”？若存在，求出线段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的运动时间；若不存在，请说明理由；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）点</w:t>
      </w:r>
      <w:r>
        <w:rPr>
          <w:rFonts w:ascii="Times New Roman" w:hAnsi="Times New Roman" w:eastAsia="Times New Roman" w:cs="Times New Roman"/>
          <w:i/>
          <w:color w:val="000000"/>
        </w:rPr>
        <w:t>Q</w:t>
      </w:r>
      <w:r>
        <w:rPr>
          <w:rFonts w:ascii="宋体" w:hAnsi="宋体" w:eastAsia="宋体" w:cs="宋体"/>
          <w:color w:val="000000"/>
        </w:rPr>
        <w:t>在数轴上运动（点</w:t>
      </w:r>
      <w:r>
        <w:rPr>
          <w:rFonts w:ascii="Times New Roman" w:hAnsi="Times New Roman" w:eastAsia="Times New Roman" w:cs="Times New Roman"/>
          <w:i/>
          <w:color w:val="000000"/>
        </w:rPr>
        <w:t>Q</w:t>
      </w:r>
      <w:r>
        <w:rPr>
          <w:rFonts w:ascii="宋体" w:hAnsi="宋体" w:eastAsia="宋体" w:cs="宋体"/>
          <w:color w:val="000000"/>
        </w:rPr>
        <w:t>不与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两点重合），作点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关于点</w:t>
      </w:r>
      <w:r>
        <w:rPr>
          <w:rFonts w:ascii="Times New Roman" w:hAnsi="Times New Roman" w:eastAsia="Times New Roman" w:cs="Times New Roman"/>
          <w:i/>
          <w:color w:val="000000"/>
        </w:rPr>
        <w:t>Q</w:t>
      </w:r>
      <w:r>
        <w:rPr>
          <w:rFonts w:ascii="宋体" w:hAnsi="宋体" w:eastAsia="宋体" w:cs="宋体"/>
          <w:color w:val="000000"/>
        </w:rPr>
        <w:t>的</w:t>
      </w:r>
      <w:r>
        <w:rPr>
          <w:rFonts w:ascii="Times New Roman" w:hAnsi="Times New Roman" w:eastAsia="Times New Roman" w:cs="Times New Roman"/>
          <w:color w:val="000000"/>
        </w:rPr>
        <w:t>“3</w:t>
      </w:r>
      <w:r>
        <w:rPr>
          <w:rFonts w:ascii="宋体" w:hAnsi="宋体" w:eastAsia="宋体" w:cs="宋体"/>
          <w:color w:val="000000"/>
        </w:rPr>
        <w:t>星点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，记为</w:t>
      </w:r>
      <w:r>
        <w:pict>
          <v:shape id="_x0000_i701271" o:spt="75" alt="学科网(www.zxxk.com)--教育资源门户，提供试卷、教案、课件、论文、素材以及各类教学资源下载，还有大量而丰富的教学相关资讯！" type="#_x0000_t75" style="height:12pt;width:12.75pt;" o:ole="t" filled="f" o:preferrelative="t" stroked="f" coordsize="21600,21600">
            <v:path/>
            <v:fill on="f" focussize="0,0"/>
            <v:stroke on="f" joinstyle="miter"/>
            <v:imagedata r:id="rId28" o:title="eqIde7c314398e26ffc7164b82946eeb4273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，作点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关于点</w:t>
      </w:r>
      <w:r>
        <w:rPr>
          <w:rFonts w:ascii="Times New Roman" w:hAnsi="Times New Roman" w:eastAsia="Times New Roman" w:cs="Times New Roman"/>
          <w:i/>
          <w:color w:val="000000"/>
        </w:rPr>
        <w:t>Q</w:t>
      </w:r>
      <w:r>
        <w:rPr>
          <w:rFonts w:ascii="宋体" w:hAnsi="宋体" w:eastAsia="宋体" w:cs="宋体"/>
          <w:color w:val="000000"/>
        </w:rPr>
        <w:t>的“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星点”，记为</w:t>
      </w:r>
      <w:r>
        <w:pict>
          <v:shape id="_x0000_i701272" o:spt="75" alt="学科网(www.zxxk.com)--教育资源门户，提供试卷、教案、课件、论文、素材以及各类教学资源下载，还有大量而丰富的教学相关资讯！" type="#_x0000_t75" style="height:13pt;width:13.95pt;" o:ole="t" filled="f" o:preferrelative="t" stroked="f" coordsize="21600,21600">
            <v:path/>
            <v:fill on="f" focussize="0,0"/>
            <v:stroke on="f" joinstyle="miter"/>
            <v:imagedata r:id="rId29" o:title="eqId3953cec61ac602ce5eb59b7912352179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．当点</w:t>
      </w:r>
      <w:r>
        <w:rPr>
          <w:rFonts w:ascii="Times New Roman" w:hAnsi="Times New Roman" w:eastAsia="Times New Roman" w:cs="Times New Roman"/>
          <w:i/>
          <w:color w:val="000000"/>
        </w:rPr>
        <w:t>Q</w:t>
      </w:r>
      <w:r>
        <w:rPr>
          <w:rFonts w:ascii="宋体" w:hAnsi="宋体" w:eastAsia="宋体" w:cs="宋体"/>
          <w:color w:val="000000"/>
        </w:rPr>
        <w:t>运动时，</w:t>
      </w:r>
      <w:r>
        <w:pict>
          <v:shape id="_x0000_i701273" o:spt="75" alt="学科网(www.zxxk.com)--教育资源门户，提供试卷、教案、课件、论文、素材以及各类教学资源下载，还有大量而丰富的教学相关资讯！" type="#_x0000_t75" style="height:16pt;width:51pt;" o:ole="t" filled="f" o:preferrelative="t" stroked="f" coordsize="21600,21600">
            <v:path/>
            <v:fill on="f" focussize="0,0"/>
            <v:stroke on="f" joinstyle="miter"/>
            <v:imagedata r:id="rId30" o:title="eqIdabc42351f49b51fbe10d6481a9efd6ff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是否存在最小值？若存在，求出最小值及相应点</w:t>
      </w:r>
      <w:r>
        <w:rPr>
          <w:rFonts w:ascii="Times New Roman" w:hAnsi="Times New Roman" w:eastAsia="Times New Roman" w:cs="Times New Roman"/>
          <w:i/>
          <w:color w:val="000000"/>
        </w:rPr>
        <w:t>Q</w:t>
      </w:r>
      <w:r>
        <w:rPr>
          <w:rFonts w:ascii="宋体" w:hAnsi="宋体" w:eastAsia="宋体" w:cs="宋体"/>
          <w:color w:val="000000"/>
        </w:rPr>
        <w:t>的位置；若不存在，请说明理由．</w:t>
      </w:r>
    </w:p>
    <w:p>
      <w:pPr>
        <w:pStyle w:val="Heading2"/>
      </w:pPr>
      <w:r>
        <w:t>中国人民大学附属中学朝阳学校（10月月考）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eastAsia="宋体" w:cs="宋体"/>
          <w:color w:val="000000"/>
        </w:rPr>
        <w:t>在数轴上，我们把表示数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的点定为核点，记作点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，对于两个不同的点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，若点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到点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的距离相等，则称点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与点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互为核等距点．如图，点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表示数﹣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，点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表示数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，它们与核点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的距离都是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个单位长度，我们称点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与点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互为核等距点．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162300" cy="466725"/>
            <wp:effectExtent l="0" t="0" r="0" b="9525"/>
            <wp:docPr id="15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已知点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表示数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，如果点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与点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互为核等距点，那么点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表示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1519" name="图片 709616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" name="图片 709616633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数是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＿＿＿＿；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已知点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表示数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，点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与点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互为核等距点，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①如果点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表示数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Times New Roman" w:hAnsi="Times New Roman" w:eastAsia="Times New Roman" w:cs="Times New Roman"/>
          <w:color w:val="000000"/>
        </w:rPr>
        <w:t>+8</w:t>
      </w:r>
      <w:r>
        <w:rPr>
          <w:rFonts w:ascii="宋体" w:hAnsi="宋体" w:eastAsia="宋体" w:cs="宋体"/>
          <w:color w:val="000000"/>
        </w:rPr>
        <w:t>，求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1521" name="图片 709616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" name="图片 709616629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值；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②对点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进行如下操作：先把点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表示的数乘以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，再把所得数表示的点沿着数轴向左移动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个单位长度得到点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，求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的值．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eastAsia="宋体" w:cs="宋体"/>
          <w:color w:val="000000"/>
        </w:rPr>
        <w:t>在解决数学问题的过程中，我们常用到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分类讨论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的数学思想，下面是运用分类讨论的数学思想解决问题的过程，请仔细阅读，并解答题目后提出的【探究】．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【提出问题】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两个不为</w:t>
      </w:r>
      <w:r>
        <w:rPr>
          <w:rFonts w:ascii="Times New Roman" w:hAnsi="Times New Roman" w:eastAsia="Times New Roman" w:cs="Times New Roman"/>
          <w:color w:val="000000"/>
        </w:rPr>
        <w:t>0</w:t>
      </w:r>
      <w:r>
        <w:rPr>
          <w:rFonts w:ascii="宋体" w:hAnsi="宋体" w:eastAsia="宋体" w:cs="宋体"/>
          <w:color w:val="000000"/>
        </w:rPr>
        <w:t>的有理数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满足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同号，求</w:t>
      </w:r>
      <w:r>
        <w:pict>
          <v:shape id="_x0000_i701274" o:spt="75" alt="学科网(www.zxxk.com)--教育资源门户，提供试卷、教案、课件、论文、素材以及各类教学资源下载，还有大量而丰富的教学相关资讯！" type="#_x0000_t75" style="height:33pt;width:38.25pt;" o:ole="t" filled="f" o:preferrelative="t" stroked="f" coordsize="21600,21600">
            <v:path/>
            <v:fill on="f" focussize="0,0"/>
            <v:stroke on="f" joinstyle="miter"/>
            <v:imagedata r:id="rId34" o:title="eqId92bd2f40fb389a5d8b20ec143f577f82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的值．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【解决问题】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解：由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同号且都不为</w:t>
      </w:r>
      <w:r>
        <w:rPr>
          <w:rFonts w:ascii="Times New Roman" w:hAnsi="Times New Roman" w:eastAsia="Times New Roman" w:cs="Times New Roman"/>
          <w:color w:val="000000"/>
        </w:rPr>
        <w:t>0</w:t>
      </w:r>
      <w:r>
        <w:rPr>
          <w:rFonts w:ascii="宋体" w:hAnsi="宋体" w:eastAsia="宋体" w:cs="宋体"/>
          <w:color w:val="000000"/>
        </w:rPr>
        <w:t>可知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有两种可能：①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都是正数：②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都是负数．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①若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都是正数，即</w:t>
      </w:r>
      <w:r>
        <w:pict>
          <v:shape id="_x0000_i701275" o:spt="75" alt="学科网(www.zxxk.com)--教育资源门户，提供试卷、教案、课件、论文、素材以及各类教学资源下载，还有大量而丰富的教学相关资讯！" type="#_x0000_t75" style="height:14.25pt;width:27.75pt;" o:ole="t" filled="f" o:preferrelative="t" stroked="f" coordsize="21600,21600">
            <v:path/>
            <v:fill on="f" focussize="0,0"/>
            <v:stroke on="f" joinstyle="miter"/>
            <v:imagedata r:id="rId35" o:title="eqId94440d3e4c073f94f2b266ff99d50e74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  <w:r>
        <w:pict>
          <v:shape id="_x0000_i701276" o:spt="75" alt="学科网(www.zxxk.com)--教育资源门户，提供试卷、教案、课件、论文、素材以及各类教学资源下载，还有大量而丰富的教学相关资讯！" type="#_x0000_t75" style="height:11.25pt;width:23.3pt;" o:ole="t" filled="f" o:preferrelative="t" stroked="f" coordsize="21600,21600">
            <v:path/>
            <v:fill on="f" focussize="0,0"/>
            <v:stroke on="f" joinstyle="miter"/>
            <v:imagedata r:id="rId36" o:title="eqId67ca5fd57c2c2fcc3c7a574fdd1467d9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，有</w:t>
      </w:r>
      <w:r>
        <w:pict>
          <v:shape id="_x0000_i701277" o:spt="75" alt="学科网(www.zxxk.com)--教育资源门户，提供试卷、教案、课件、论文、素材以及各类教学资源下载，还有大量而丰富的教学相关资讯！" type="#_x0000_t75" style="height:20.25pt;width:32.25pt;" o:ole="t" filled="f" o:preferrelative="t" stroked="f" coordsize="21600,21600">
            <v:path/>
            <v:fill on="f" focussize="0,0"/>
            <v:stroke on="f" joinstyle="miter"/>
            <v:imagedata r:id="rId37" o:title="eqIda5e3ab57dac25b6c513c950e7b9bb356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及</w:t>
      </w:r>
      <w:r>
        <w:pict>
          <v:shape id="_x0000_i701278" o:spt="75" alt="学科网(www.zxxk.com)--教育资源门户，提供试卷、教案、课件、论文、素材以及各类教学资源下载，还有大量而丰富的教学相关资讯！" type="#_x0000_t75" style="height:20.2pt;width:31.1pt;" o:ole="t" filled="f" o:preferrelative="t" stroked="f" coordsize="21600,21600">
            <v:path/>
            <v:fill on="f" focussize="0,0"/>
            <v:stroke on="f" joinstyle="miter"/>
            <v:imagedata r:id="rId38" o:title="eqId83ccc43f4ca64fd5a69b0d30183fa887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，则</w:t>
      </w:r>
      <w:r>
        <w:pict>
          <v:shape id="_x0000_i701279" o:spt="75" alt="学科网(www.zxxk.com)--教育资源门户，提供试卷、教案、课件、论文、素材以及各类教学资源下载，还有大量而丰富的教学相关资讯！" type="#_x0000_t75" style="height:33pt;width:125.25pt;" o:ole="t" filled="f" o:preferrelative="t" stroked="f" coordsize="21600,21600">
            <v:path/>
            <v:fill on="f" focussize="0,0"/>
            <v:stroke on="f" joinstyle="miter"/>
            <v:imagedata r:id="rId39" o:title="eqId12af49d53731f9307589e8ce4255ddfa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②若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都是负数，即</w:t>
      </w:r>
      <w:r>
        <w:pict>
          <v:shape id="_x0000_i701280" o:spt="75" alt="学科网(www.zxxk.com)--教育资源门户，提供试卷、教案、课件、论文、素材以及各类教学资源下载，还有大量而丰富的教学相关资讯！" type="#_x0000_t75" style="height:14.4pt;width:27.65pt;" o:ole="t" filled="f" o:preferrelative="t" stroked="f" coordsize="21600,21600">
            <v:path/>
            <v:fill on="f" focussize="0,0"/>
            <v:stroke on="f" joinstyle="miter"/>
            <v:imagedata r:id="rId40" o:title="eqId1ac9eb4f13a6ec140f7050e8d7dde52c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  <w:r>
        <w:pict>
          <v:shape id="_x0000_i701281" o:spt="75" alt="学科网(www.zxxk.com)--教育资源门户，提供试卷、教案、课件、论文、素材以及各类教学资源下载，还有大量而丰富的教学相关资讯！" type="#_x0000_t75" style="height:14.25pt;width:27pt;" o:ole="t" filled="f" o:preferrelative="t" stroked="f" coordsize="21600,21600">
            <v:path/>
            <v:fill on="f" focussize="0,0"/>
            <v:stroke on="f" joinstyle="miter"/>
            <v:imagedata r:id="rId41" o:title="eqIde3a915c1a8a9304aeb307d130faaeb15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，有</w:t>
      </w:r>
      <w:r>
        <w:pict>
          <v:shape id="_x0000_i701282" o:spt="75" alt="学科网(www.zxxk.com)--教育资源门户，提供试卷、教案、课件、论文、素材以及各类教学资源下载，还有大量而丰富的教学相关资讯！" type="#_x0000_t75" style="height:17pt;width:35pt;" o:ole="t" filled="f" o:preferrelative="t" stroked="f" coordsize="21600,21600">
            <v:path/>
            <v:fill on="f" focussize="0,0"/>
            <v:stroke on="f" joinstyle="miter"/>
            <v:imagedata r:id="rId42" o:title="eqId653a7d2cba5c557c6fec515533a73999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及</w:t>
      </w:r>
      <w:r>
        <w:pict>
          <v:shape id="_x0000_i701283" o:spt="75" alt="学科网(www.zxxk.com)--教育资源门户，提供试卷、教案、课件、论文、素材以及各类教学资源下载，还有大量而丰富的教学相关资讯！" type="#_x0000_t75" style="height:20.25pt;width:38.25pt;" o:ole="t" filled="f" o:preferrelative="t" stroked="f" coordsize="21600,21600">
            <v:path/>
            <v:fill on="f" focussize="0,0"/>
            <v:stroke on="f" joinstyle="miter"/>
            <v:imagedata r:id="rId43" o:title="eqId27acc0ce87d3a422a370f2b8c17a07c5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  <w:r>
        <w:pict>
          <v:shape id="_x0000_i701284" o:spt="75" alt="学科网(www.zxxk.com)--教育资源门户，提供试卷、教案、课件、论文、素材以及各类教学资源下载，还有大量而丰富的教学相关资讯！" type="#_x0000_t75" style="height:33pt;width:198pt;" o:ole="t" filled="f" o:preferrelative="t" stroked="f" coordsize="21600,21600">
            <v:path/>
            <v:fill on="f" focussize="0,0"/>
            <v:stroke on="f" joinstyle="miter"/>
            <v:imagedata r:id="rId44" o:title="eqId163f4df33c07f1c3b7d830143be20f05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所以</w:t>
      </w:r>
      <w:r>
        <w:pict>
          <v:shape id="_x0000_i701285" o:spt="75" alt="学科网(www.zxxk.com)--教育资源门户，提供试卷、教案、课件、论文、素材以及各类教学资源下载，还有大量而丰富的教学相关资讯！" type="#_x0000_t75" style="height:33pt;width:38.25pt;" o:ole="t" filled="f" o:preferrelative="t" stroked="f" coordsize="21600,21600">
            <v:path/>
            <v:fill on="f" focussize="0,0"/>
            <v:stroke on="f" joinstyle="miter"/>
            <v:imagedata r:id="rId45" o:title="eqId92bd2f40fb389a5d8b20ec143f577f82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的值为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或</w:t>
      </w:r>
      <w:r>
        <w:pict>
          <v:shape id="_x0000_i701286" o:spt="75" alt="学科网(www.zxxk.com)--教育资源门户，提供试卷、教案、课件、论文、素材以及各类教学资源下载，还有大量而丰富的教学相关资讯！" type="#_x0000_t75" style="height:12.75pt;width:15.75pt;" o:ole="t" filled="f" o:preferrelative="t" stroked="f" coordsize="21600,21600">
            <v:path/>
            <v:fill on="f" focussize="0,0"/>
            <v:stroke on="f" joinstyle="miter"/>
            <v:imagedata r:id="rId46" o:title="eqId274a9dc37509f01c2606fb3086a46f4f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【探究】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请根据上面的解题思路解答下面的问题：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已知</w:t>
      </w:r>
      <w:r>
        <w:pict>
          <v:shape id="_x0000_i701287" o:spt="75" alt="学科网(www.zxxk.com)--教育资源门户，提供试卷、教案、课件、论文、素材以及各类教学资源下载，还有大量而丰富的教学相关资讯！" type="#_x0000_t75" style="height:17.25pt;width:27.75pt;" o:ole="t" filled="f" o:preferrelative="t" stroked="f" coordsize="21600,21600">
            <v:path/>
            <v:fill on="f" focussize="0,0"/>
            <v:stroke on="f" joinstyle="miter"/>
            <v:imagedata r:id="rId47" o:title="eqIdbf1aaaea0449ea43cf2cd284441ecfbe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且</w:t>
      </w:r>
      <w:r>
        <w:pict>
          <v:shape id="_x0000_i701288" o:spt="75" alt="学科网(www.zxxk.com)--教育资源门户，提供试卷、教案、课件、论文、素材以及各类教学资源下载，还有大量而丰富的教学相关资讯！" type="#_x0000_t75" style="height:17.25pt;width:27.75pt;" o:ole="t" filled="f" o:preferrelative="t" stroked="f" coordsize="21600,21600">
            <v:path/>
            <v:fill on="f" focussize="0,0"/>
            <v:stroke on="f" joinstyle="miter"/>
            <v:imagedata r:id="rId48" o:title="eqIda27131857cf40e2a4cb15d6a04e7b8da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，且</w:t>
      </w:r>
      <w:r>
        <w:pict>
          <v:shape id="_x0000_i701289" o:spt="75" alt="学科网(www.zxxk.com)--教育资源门户，提供试卷、教案、课件、论文、素材以及各类教学资源下载，还有大量而丰富的教学相关资讯！" type="#_x0000_t75" style="height:14.25pt;width:27.75pt;" o:ole="t" filled="f" o:preferrelative="t" stroked="f" coordsize="21600,21600">
            <v:path/>
            <v:fill on="f" focussize="0,0"/>
            <v:stroke on="f" joinstyle="miter"/>
            <v:imagedata r:id="rId49" o:title="eqIdc6a46e678bf9d2df5ad4c782b3dc22f5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，求</w:t>
      </w:r>
      <w:r>
        <w:pict>
          <v:shape id="_x0000_i701290" o:spt="75" alt="学科网(www.zxxk.com)--教育资源门户，提供试卷、教案、课件、论文、素材以及各类教学资源下载，还有大量而丰富的教学相关资讯！" type="#_x0000_t75" style="height:14.25pt;width:27pt;" o:ole="t" filled="f" o:preferrelative="t" stroked="f" coordsize="21600,21600">
            <v:path/>
            <v:fill on="f" focussize="0,0"/>
            <v:stroke on="f" joinstyle="miter"/>
            <v:imagedata r:id="rId50" o:title="eqId20d6fc9b90f370fbb27552876b650f8f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两个不为</w:t>
      </w:r>
      <w:r>
        <w:rPr>
          <w:rFonts w:ascii="Times New Roman" w:hAnsi="Times New Roman" w:eastAsia="Times New Roman" w:cs="Times New Roman"/>
          <w:color w:val="000000"/>
        </w:rPr>
        <w:t>0</w:t>
      </w:r>
      <w:r>
        <w:rPr>
          <w:rFonts w:ascii="宋体" w:hAnsi="宋体" w:eastAsia="宋体" w:cs="宋体"/>
          <w:color w:val="000000"/>
        </w:rPr>
        <w:t>的有理数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满足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异号，求</w:t>
      </w:r>
      <w:r>
        <w:pict>
          <v:shape id="_x0000_i701291" o:spt="75" alt="学科网(www.zxxk.com)--教育资源门户，提供试卷、教案、课件、论文、素材以及各类教学资源下载，还有大量而丰富的教学相关资讯！" type="#_x0000_t75" style="height:33pt;width:38.25pt;" o:ole="t" filled="f" o:preferrelative="t" stroked="f" coordsize="21600,21600">
            <v:path/>
            <v:fill on="f" focussize="0,0"/>
            <v:stroke on="f" joinstyle="miter"/>
            <v:imagedata r:id="rId51" o:title="eqId92bd2f40fb389a5d8b20ec143f577f82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若</w:t>
      </w:r>
      <w:r>
        <w:pict>
          <v:shape id="_x0000_i701292" o:spt="75" alt="学科网(www.zxxk.com)--教育资源门户，提供试卷、教案、课件、论文、素材以及各类教学资源下载，还有大量而丰富的教学相关资讯！" type="#_x0000_t75" style="height:14.15pt;width:38.85pt;" o:ole="t" filled="f" o:preferrelative="t" stroked="f" coordsize="21600,21600">
            <v:path/>
            <v:fill on="f" focussize="0,0"/>
            <v:stroke on="f" joinstyle="miter"/>
            <v:imagedata r:id="rId52" o:title="eqId73c21bd0bd90a89b7ff5ac0eacf612a5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，则</w:t>
      </w:r>
      <w:r>
        <w:pict>
          <v:shape id="_x0000_i701293" o:spt="75" alt="学科网(www.zxxk.com)--教育资源门户，提供试卷、教案、课件、论文、素材以及各类教学资源下载，还有大量而丰富的教学相关资讯！" type="#_x0000_t75" style="height:31pt;width:72pt;" o:ole="t" filled="f" o:preferrelative="t" stroked="f" coordsize="21600,21600">
            <v:path/>
            <v:fill on="f" focussize="0,0"/>
            <v:stroke on="f" joinstyle="miter"/>
            <v:imagedata r:id="rId53" o:title="eqId61787354fdcb8a3daa0235f736e08e30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的值可能是多少？</w:t>
      </w:r>
    </w:p>
    <w:p>
      <w:pPr>
        <w:pStyle w:val="Heading2"/>
      </w:pPr>
      <w:r>
        <w:t>北京大学附中学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eastAsia="宋体" w:cs="宋体"/>
          <w:color w:val="000000"/>
        </w:rPr>
        <w:t>如图，</w:t>
      </w:r>
      <w:r>
        <w:pict>
          <v:shape id="_x0000_i701294" o:spt="75" alt="学科网(www.zxxk.com)--教育资源门户，提供试卷、教案、课件、论文、素材以及各类教学资源下载，还有大量而丰富的教学相关资讯！" type="#_x0000_t75" style="height:13.5pt;width:66pt;" o:ole="t" filled="f" o:preferrelative="t" stroked="f" coordsize="21600,21600">
            <v:path/>
            <v:fill on="f" focussize="0,0"/>
            <v:stroke on="f" joinstyle="miter"/>
            <v:imagedata r:id="rId54" o:title="eqId9f94bfc11292c9fa77c7c38d116f2058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OD</w:t>
      </w:r>
      <w:r>
        <w:rPr>
          <w:rFonts w:ascii="宋体" w:hAnsi="宋体" w:eastAsia="宋体" w:cs="宋体"/>
          <w:color w:val="000000"/>
        </w:rPr>
        <w:t>平分</w:t>
      </w:r>
      <w:r>
        <w:pict>
          <v:shape id="_x0000_i701295" o:spt="75" alt="学科网(www.zxxk.com)--教育资源门户，提供试卷、教案、课件、论文、素材以及各类教学资源下载，还有大量而丰富的教学相关资讯！" type="#_x0000_t75" style="height:16.3pt;width:103.9pt;" o:ole="t" filled="f" o:preferrelative="t" stroked="f" coordsize="21600,21600">
            <v:path/>
            <v:fill on="f" focussize="0,0"/>
            <v:stroke on="f" joinstyle="miter"/>
            <v:imagedata r:id="rId55" o:title="eqId8d669f7bacecb0b3428fa4913c3a6f99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  <w:r>
        <w:pict>
          <v:shape id="_x0000_i701296" o:spt="75" alt="学科网(www.zxxk.com)--教育资源门户，提供试卷、教案、课件、论文、素材以及各类教学资源下载，还有大量而丰富的教学相关资讯！" type="#_x0000_t75" style="height:14.4pt;width:20.4pt;" o:ole="t" filled="f" o:preferrelative="t" stroked="f" coordsize="21600,21600">
            <v:path/>
            <v:fill on="f" focussize="0,0"/>
            <v:stroke on="f" joinstyle="miter"/>
            <v:imagedata r:id="rId56" o:title="eqIda299d2b999568e80be8005565ba209a4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平分</w:t>
      </w:r>
      <w:r>
        <w:pict>
          <v:shape id="_x0000_i701297" o:spt="75" alt="学科网(www.zxxk.com)--教育资源门户，提供试卷、教案、课件、论文、素材以及各类教学资源下载，还有大量而丰富的教学相关资讯！" type="#_x0000_t75" style="height:14.25pt;width:39.75pt;" o:ole="t" filled="f" o:preferrelative="t" stroked="f" coordsize="21600,21600">
            <v:path/>
            <v:fill on="f" focussize="0,0"/>
            <v:stroke on="f" joinstyle="miter"/>
            <v:imagedata r:id="rId57" o:title="eqIdd22df2977de56cc69be0c1e847653d7a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390775" cy="1104900"/>
            <wp:effectExtent l="0" t="0" r="0" b="0"/>
            <wp:docPr id="1523" name="图片 10005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" name="图片 10005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用直尺、量角器画出射线</w:t>
      </w:r>
      <w:r>
        <w:pict>
          <v:shape id="_x0000_i701298" o:spt="75" alt="学科网(www.zxxk.com)--教育资源门户，提供试卷、教案、课件、论文、素材以及各类教学资源下载，还有大量而丰富的教学相关资讯！" type="#_x0000_t75" style="height:14pt;width:74pt;" o:ole="t" filled="f" o:preferrelative="t" stroked="f" coordsize="21600,21600">
            <v:path/>
            <v:fill on="f" focussize="0,0"/>
            <v:stroke on="f" joinstyle="miter"/>
            <v:imagedata r:id="rId59" o:title="eqId750e8652e3d3976bfc17e2c88ccec42b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的准确位置；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求</w:t>
      </w:r>
      <w:r>
        <w:pict>
          <v:shape id="_x0000_i701299" o:spt="75" alt="学科网(www.zxxk.com)--教育资源门户，提供试卷、教案、课件、论文、素材以及各类教学资源下载，还有大量而丰富的教学相关资讯！" type="#_x0000_t75" style="height:14.25pt;width:39.75pt;" o:ole="t" filled="f" o:preferrelative="t" stroked="f" coordsize="21600,21600">
            <v:path/>
            <v:fill on="f" focussize="0,0"/>
            <v:stroke on="f" joinstyle="miter"/>
            <v:imagedata r:id="rId60" o:title="eqIdd22df2977de56cc69be0c1e847653d7a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的度数，要求写出计算过程；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当</w:t>
      </w:r>
      <w:r>
        <w:pict>
          <v:shape id="_x0000_i701300" o:spt="75" alt="学科网(www.zxxk.com)--教育资源门户，提供试卷、教案、课件、论文、素材以及各类教学资源下载，还有大量而丰富的教学相关资讯！" type="#_x0000_t75" style="height:16.3pt;width:122.95pt;" o:ole="t" filled="f" o:preferrelative="t" stroked="f" coordsize="21600,21600">
            <v:path/>
            <v:fill on="f" focussize="0,0"/>
            <v:stroke on="f" joinstyle="miter"/>
            <v:imagedata r:id="rId61" o:title="eqIda9b86caddabfa95a201f039b54f37b31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时（其中</w:t>
      </w:r>
      <w:r>
        <w:pict>
          <v:shape id="_x0000_i701301" o:spt="75" alt="学科网(www.zxxk.com)--教育资源门户，提供试卷、教案、课件、论文、素材以及各类教学资源下载，还有大量而丰富的教学相关资讯！" type="#_x0000_t75" style="height:16.3pt;width:135.85pt;" o:ole="t" filled="f" o:preferrelative="t" stroked="f" coordsize="21600,21600">
            <v:path/>
            <v:fill on="f" focussize="0,0"/>
            <v:stroke on="f" joinstyle="miter"/>
            <v:imagedata r:id="rId62" o:title="eqIde08315c72d1baf8ce95b542b92c0049b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），用</w:t>
      </w:r>
      <w:r>
        <w:pict>
          <v:shape id="_x0000_i701302" o:spt="75" alt="学科网(www.zxxk.com)--教育资源门户，提供试卷、教案、课件、论文、素材以及各类教学资源下载，还有大量而丰富的教学相关资讯！" type="#_x0000_t75" style="height:16.5pt;width:24pt;" o:ole="t" filled="f" o:preferrelative="t" stroked="f" coordsize="21600,21600">
            <v:path/>
            <v:fill on="f" focussize="0,0"/>
            <v:stroke on="f" joinstyle="miter"/>
            <v:imagedata r:id="rId63" o:title="eqIdc4e288596fa3811dd2c17bded60e82e7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的代数式表示</w:t>
      </w:r>
      <w:r>
        <w:pict>
          <v:shape id="_x0000_i701303" o:spt="75" alt="学科网(www.zxxk.com)--教育资源门户，提供试卷、教案、课件、论文、素材以及各类教学资源下载，还有大量而丰富的教学相关资讯！" type="#_x0000_t75" style="height:14.25pt;width:39.75pt;" o:ole="t" filled="f" o:preferrelative="t" stroked="f" coordsize="21600,21600">
            <v:path/>
            <v:fill on="f" focussize="0,0"/>
            <v:stroke on="f" joinstyle="miter"/>
            <v:imagedata r:id="rId64" o:title="eqIdd22df2977de56cc69be0c1e847653d7a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的度数．（直接写出结果即可）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eastAsia="宋体" w:cs="宋体"/>
          <w:color w:val="000000"/>
        </w:rPr>
        <w:t>定义：点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在线段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上，若点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到线段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两个端点的距离成二倍关系时，则称点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是线段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的闭二倍关联点．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）如图，若点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表示数</w:t>
      </w:r>
      <w:r>
        <w:rPr>
          <w:rFonts w:ascii="Times New Roman" w:hAnsi="Times New Roman" w:eastAsia="Times New Roman" w:cs="Times New Roman"/>
          <w:color w:val="000000"/>
        </w:rPr>
        <w:t>-1</w:t>
      </w:r>
      <w:r>
        <w:rPr>
          <w:rFonts w:ascii="宋体" w:hAnsi="宋体" w:eastAsia="宋体" w:cs="宋体"/>
          <w:color w:val="000000"/>
        </w:rPr>
        <w:t>，点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表示的数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，下列各数</w:t>
      </w:r>
      <w:r>
        <w:rPr>
          <w:rFonts w:ascii="Times New Roman" w:hAnsi="Times New Roman" w:eastAsia="Times New Roman" w:cs="Times New Roman"/>
          <w:color w:val="000000"/>
        </w:rPr>
        <w:t>-3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所对应的点分别为</w:t>
      </w:r>
      <w:r>
        <w:pict>
          <v:shape id="_x0000_i701304" o:spt="75" alt="学科网(www.zxxk.com)--教育资源门户，提供试卷、教案、课件、论文、素材以及各类教学资源下载，还有大量而丰富的教学相关资讯！" type="#_x0000_t75" style="height:15.75pt;width:12pt;" o:ole="t" filled="f" o:preferrelative="t" stroked="f" coordsize="21600,21600">
            <v:path/>
            <v:fill on="f" focussize="0,0"/>
            <v:stroke on="f" joinstyle="miter"/>
            <v:imagedata r:id="rId65" o:title="eqIdb1241216f3c1cb5e73043dd1037f556d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  <w:r>
        <w:pict>
          <v:shape id="_x0000_i701305" o:spt="75" alt="学科网(www.zxxk.com)--教育资源门户，提供试卷、教案、课件、论文、素材以及各类教学资源下载，还有大量而丰富的教学相关资讯！" type="#_x0000_t75" style="height:18pt;width:15pt;" o:ole="t" filled="f" o:preferrelative="t" stroked="f" coordsize="21600,21600">
            <v:path/>
            <v:fill on="f" focussize="0,0"/>
            <v:stroke on="f" joinstyle="miter"/>
            <v:imagedata r:id="rId66" o:title="eqId23f3ffe7abc59e2f65d827c8eab8d36a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  <w:r>
        <w:pict>
          <v:shape id="_x0000_i701306" o:spt="75" alt="学科网(www.zxxk.com)--教育资源门户，提供试卷、教案、课件、论文、素材以及各类教学资源下载，还有大量而丰富的教学相关资讯！" type="#_x0000_t75" style="height:15.75pt;width:12.75pt;" o:ole="t" filled="f" o:preferrelative="t" stroked="f" coordsize="21600,21600">
            <v:path/>
            <v:fill on="f" focussize="0,0"/>
            <v:stroke on="f" joinstyle="miter"/>
            <v:imagedata r:id="rId67" o:title="eqIdab94459e87c666facddbe1a23ae1899d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，则其中是线段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的闭二倍关联点的是</w:t>
      </w:r>
      <w:r>
        <w:rPr>
          <w:rFonts w:ascii="Times New Roman" w:hAnsi="Times New Roman" w:eastAsia="Times New Roman" w:cs="Times New Roman"/>
          <w:color w:val="000000"/>
          <w:u w:val="single"/>
        </w:rPr>
        <w:t xml:space="preserve">         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190875" cy="428625"/>
            <wp:effectExtent l="0" t="0" r="0" b="0"/>
            <wp:docPr id="1525" name="图片 10005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" name="图片 10005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）若点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表示的数为</w:t>
      </w:r>
      <w:r>
        <w:rPr>
          <w:rFonts w:ascii="Times New Roman" w:hAnsi="Times New Roman" w:eastAsia="Times New Roman" w:cs="Times New Roman"/>
          <w:color w:val="000000"/>
        </w:rPr>
        <w:t>-1</w:t>
      </w:r>
      <w:r>
        <w:rPr>
          <w:rFonts w:ascii="宋体" w:hAnsi="宋体" w:eastAsia="宋体" w:cs="宋体"/>
          <w:color w:val="000000"/>
        </w:rPr>
        <w:t>，线段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的闭二倍关联点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表示的数为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，则点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表示的数为</w:t>
      </w:r>
      <w:r>
        <w:rPr>
          <w:rFonts w:ascii="Times New Roman" w:hAnsi="Times New Roman" w:eastAsia="Times New Roman" w:cs="Times New Roman"/>
          <w:color w:val="000000"/>
          <w:u w:val="single"/>
        </w:rPr>
        <w:t xml:space="preserve">         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表示的数为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，点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表示的数分别是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7</w:t>
      </w:r>
      <w:r>
        <w:rPr>
          <w:rFonts w:ascii="宋体" w:hAnsi="宋体" w:eastAsia="宋体" w:cs="宋体"/>
          <w:color w:val="000000"/>
        </w:rPr>
        <w:t>，点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为数轴原点，点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为线段</w:t>
      </w:r>
      <w:r>
        <w:rPr>
          <w:rFonts w:ascii="Times New Roman" w:hAnsi="Times New Roman" w:eastAsia="Times New Roman" w:cs="Times New Roman"/>
          <w:i/>
          <w:color w:val="000000"/>
        </w:rPr>
        <w:t>CD</w:t>
      </w:r>
      <w:r>
        <w:rPr>
          <w:rFonts w:ascii="宋体" w:hAnsi="宋体" w:eastAsia="宋体" w:cs="宋体"/>
          <w:color w:val="000000"/>
        </w:rPr>
        <w:t>上一点．设点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表示的数为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．若点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是线段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的闭二倍关联点，求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的取值范围．</w:t>
      </w:r>
    </w:p>
    <w:p>
      <w:pPr>
        <w:pStyle w:val="Heading2"/>
      </w:pPr>
      <w:r>
        <w:t>海淀区首都师范大学附属中学第一分校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hAnsi="宋体" w:eastAsia="宋体" w:cs="宋体"/>
          <w:color w:val="000000"/>
        </w:rPr>
        <w:t>如图，直线</w:t>
      </w:r>
      <w:r>
        <w:pict>
          <v:shape id="_x0000_i701307" o:spt="75" alt="学科网(www.zxxk.com)--教育资源门户，提供试卷、教案、课件、论文、素材以及各类教学资源下载，还有大量而丰富的教学相关资讯！" type="#_x0000_t75" style="height:13.3pt;width:74.3pt;" o:ole="t" filled="f" o:preferrelative="t" stroked="f" coordsize="21600,21600">
            <v:path/>
            <v:fill on="f" focussize="0,0"/>
            <v:stroke on="f" joinstyle="miter"/>
            <v:imagedata r:id="rId69" o:title="eqId8c30ac5adb0b9c4419d61b68b72dbd8d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相交于点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，且</w:t>
      </w:r>
      <w:r>
        <w:pict>
          <v:shape id="_x0000_i701308" o:spt="75" alt="学科网(www.zxxk.com)--教育资源门户，提供试卷、教案、课件、论文、素材以及各类教学资源下载，还有大量而丰富的教学相关资讯！" type="#_x0000_t75" style="height:12.75pt;width:60.75pt;" o:ole="t" filled="f" o:preferrelative="t" stroked="f" coordsize="21600,21600">
            <v:path/>
            <v:fill on="f" focussize="0,0"/>
            <v:stroke on="f" joinstyle="miter"/>
            <v:imagedata r:id="rId70" o:title="eqId1cff606045e964c1ca1948eadb44c2b8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  <w:r>
        <w:pict>
          <v:shape id="_x0000_i701309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71" o:title="eqId307bd991211ec79b47a4be52933bb8e7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平分</w:t>
      </w:r>
      <w:r>
        <w:pict>
          <v:shape id="_x0000_i701310" o:spt="75" alt="学科网(www.zxxk.com)--教育资源门户，提供试卷、教案、课件、论文、素材以及各类教学资源下载，还有大量而丰富的教学相关资讯！" type="#_x0000_t75" style="height:13.8pt;width:37.2pt;" o:ole="t" filled="f" o:preferrelative="t" stroked="f" coordsize="21600,21600">
            <v:path/>
            <v:fill on="f" focussize="0,0"/>
            <v:stroke on="f" joinstyle="miter"/>
            <v:imagedata r:id="rId72" o:title="eqId843adec8fba1741ccb81a9017cfb815f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，若</w:t>
      </w:r>
      <w:r>
        <w:pict>
          <v:shape id="_x0000_i701311" o:spt="75" alt="学科网(www.zxxk.com)--教育资源门户，提供试卷、教案、课件、论文、素材以及各类教学资源下载，还有大量而丰富的教学相关资讯！" type="#_x0000_t75" style="height:12.75pt;width:57.75pt;" o:ole="t" filled="f" o:preferrelative="t" stroked="f" coordsize="21600,21600">
            <v:path/>
            <v:fill on="f" focussize="0,0"/>
            <v:stroke on="f" joinstyle="miter"/>
            <v:imagedata r:id="rId73" o:title="eqId934cead64d5333ff222a17e31c364280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，求</w:t>
      </w:r>
      <w:r>
        <w:pict>
          <v:shape id="_x0000_i701312" o:spt="75" alt="学科网(www.zxxk.com)--教育资源门户，提供试卷、教案、课件、论文、素材以及各类教学资源下载，还有大量而丰富的教学相关资讯！" type="#_x0000_t75" style="height:14.25pt;width:39pt;" o:ole="t" filled="f" o:preferrelative="t" stroked="f" coordsize="21600,21600">
            <v:path/>
            <v:fill on="f" focussize="0,0"/>
            <v:stroke on="f" joinstyle="miter"/>
            <v:imagedata r:id="rId74" o:title="eqId0fb60036876b3c5aa09bb9570e57328b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的度数．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952625" cy="2028825"/>
            <wp:effectExtent l="0" t="0" r="0" b="0"/>
            <wp:docPr id="1527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四、选做题（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10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</w:t>
      </w:r>
      <w:r>
        <w:pict>
          <v:shape id="_x0000_i701313" o:spt="75" alt="学科网(www.zxxk.com)--教育资源门户，提供试卷、教案、课件、论文、素材以及各类教学资源下载，还有大量而丰富的教学相关资讯！" type="#_x0000_t75" style="height:12.75pt;width:49.5pt;" o:ole="t" filled="f" o:preferrelative="t" stroked="f" coordsize="21600,21600">
            <v:path/>
            <v:fill on="f" focussize="0,0"/>
            <v:stroke on="f" joinstyle="miter"/>
            <v:imagedata r:id="rId76" o:title="eqIdeec6ce73c6786d50028addff089bbb64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  <w:r>
        <w:pict>
          <v:shape id="_x0000_i701314" o:spt="75" alt="学科网(www.zxxk.com)--教育资源门户，提供试卷、教案、课件、论文、素材以及各类教学资源下载，还有大量而丰富的教学相关资讯！" type="#_x0000_t75" style="height:15.85pt;width:59.25pt;" o:ole="t" filled="f" o:preferrelative="t" stroked="f" coordsize="21600,21600">
            <v:path/>
            <v:fill on="f" focussize="0,0"/>
            <v:stroke on="f" joinstyle="miter"/>
            <v:imagedata r:id="rId77" o:title="eqId654287b1c90c3d14d22b5c36cc8f930c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OM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ON</w:t>
      </w:r>
      <w:r>
        <w:rPr>
          <w:rFonts w:ascii="宋体" w:hAnsi="宋体" w:eastAsia="宋体" w:cs="宋体"/>
          <w:color w:val="000000"/>
        </w:rPr>
        <w:t>分别是</w:t>
      </w:r>
      <w:r>
        <w:pict>
          <v:shape id="_x0000_i701315" o:spt="75" alt="学科网(www.zxxk.com)--教育资源门户，提供试卷、教案、课件、论文、素材以及各类教学资源下载，还有大量而丰富的教学相关资讯！" type="#_x0000_t75" style="height:14.4pt;width:40.6pt;" o:ole="t" filled="f" o:preferrelative="t" stroked="f" coordsize="21600,21600">
            <v:path/>
            <v:fill on="f" focussize="0,0"/>
            <v:stroke on="f" joinstyle="miter"/>
            <v:imagedata r:id="rId78" o:title="eqId9fed1f57a835af4e9022e27603d12d31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  <w:r>
        <w:pict>
          <v:shape id="_x0000_i701316" o:spt="75" alt="学科网(www.zxxk.com)--教育资源门户，提供试卷、教案、课件、论文、素材以及各类教学资源下载，还有大量而丰富的教学相关资讯！" type="#_x0000_t75" style="height:14.25pt;width:39.75pt;" o:ole="t" filled="f" o:preferrelative="t" stroked="f" coordsize="21600,21600">
            <v:path/>
            <v:fill on="f" focussize="0,0"/>
            <v:stroke on="f" joinstyle="miter"/>
            <v:imagedata r:id="rId79" o:title="eqIddc9f91270ddbe1cf3c1362e1b95aee14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的角平分线．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457325" cy="1323975"/>
            <wp:effectExtent l="0" t="0" r="0" b="0"/>
            <wp:docPr id="1529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若</w:t>
      </w:r>
      <w:r>
        <w:pict>
          <v:shape id="_x0000_i701317" o:spt="75" alt="学科网(www.zxxk.com)--教育资源门户，提供试卷、教案、课件、论文、素材以及各类教学资源下载，还有大量而丰富的教学相关资讯！" type="#_x0000_t75" style="height:14pt;width:65pt;" o:ole="t" filled="f" o:preferrelative="t" stroked="f" coordsize="21600,21600">
            <v:path/>
            <v:fill on="f" focussize="0,0"/>
            <v:stroke on="f" joinstyle="miter"/>
            <v:imagedata r:id="rId81" o:title="eqIdbe616944953f6020d8b7e41741d8e14a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  <w:r>
        <w:pict>
          <v:shape id="_x0000_i701318" o:spt="75" alt="学科网(www.zxxk.com)--教育资源门户，提供试卷、教案、课件、论文、素材以及各类教学资源下载，还有大量而丰富的教学相关资讯！" type="#_x0000_t75" style="height:14.55pt;width:64.35pt;" o:ole="t" filled="f" o:preferrelative="t" stroked="f" coordsize="21600,21600">
            <v:path/>
            <v:fill on="f" focussize="0,0"/>
            <v:stroke on="f" joinstyle="miter"/>
            <v:imagedata r:id="rId82" o:title="eqId06a327b3c7ec05a5da39530fd3b34379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，当</w:t>
      </w:r>
      <w:r>
        <w:pict>
          <v:shape id="_x0000_i701319" o:spt="75" alt="学科网(www.zxxk.com)--教育资源门户，提供试卷、教案、课件、论文、素材以及各类教学资源下载，还有大量而丰富的教学相关资讯！" type="#_x0000_t75" style="height:13pt;width:34pt;" o:ole="t" filled="f" o:preferrelative="t" stroked="f" coordsize="21600,21600">
            <v:path/>
            <v:fill on="f" focussize="0,0"/>
            <v:stroke on="f" joinstyle="miter"/>
            <v:imagedata r:id="rId83" o:title="eqIded66570f697459aba9daa2eaf9460bcb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绕着点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逆时针旋转至射线</w:t>
      </w:r>
      <w:r>
        <w:rPr>
          <w:rFonts w:ascii="Times New Roman" w:hAnsi="Times New Roman" w:eastAsia="Times New Roman" w:cs="Times New Roman"/>
          <w:i/>
          <w:color w:val="000000"/>
        </w:rPr>
        <w:t>OB</w:t>
      </w:r>
      <w:r>
        <w:rPr>
          <w:rFonts w:ascii="宋体" w:hAnsi="宋体" w:eastAsia="宋体" w:cs="宋体"/>
          <w:color w:val="000000"/>
        </w:rPr>
        <w:t>与</w:t>
      </w:r>
      <w:r>
        <w:rPr>
          <w:rFonts w:ascii="Times New Roman" w:hAnsi="Times New Roman" w:eastAsia="Times New Roman" w:cs="Times New Roman"/>
          <w:i/>
          <w:color w:val="000000"/>
        </w:rPr>
        <w:t>OC</w:t>
      </w:r>
      <w:r>
        <w:rPr>
          <w:rFonts w:ascii="宋体" w:hAnsi="宋体" w:eastAsia="宋体" w:cs="宋体"/>
          <w:color w:val="000000"/>
        </w:rPr>
        <w:t>重合时（如图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），则</w:t>
      </w:r>
      <w:r>
        <w:pict>
          <v:shape id="_x0000_i701320" o:spt="75" alt="学科网(www.zxxk.com)--教育资源门户，提供试卷、教案、课件、论文、素材以及各类教学资源下载，还有大量而丰富的教学相关资讯！" type="#_x0000_t75" style="height:13.8pt;width:40.8pt;" o:ole="t" filled="f" o:preferrelative="t" stroked="f" coordsize="21600,21600">
            <v:path/>
            <v:fill on="f" focussize="0,0"/>
            <v:stroke on="f" joinstyle="miter"/>
            <v:imagedata r:id="rId84" o:title="eqId27935c1ef4df2d52ac697678a3c8f39d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的大小为</w:t>
      </w:r>
      <w:r>
        <w:rPr>
          <w:rFonts w:ascii="Times New Roman" w:hAnsi="Times New Roman" w:eastAsia="Times New Roman" w:cs="Times New Roman"/>
          <w:color w:val="000000"/>
        </w:rPr>
        <w:t>_______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br w:type="textWrapping"/>
      </w:r>
      <w:r>
        <w:rPr>
          <w:color w:val="000000"/>
        </w:rPr>
        <w:drawing>
          <wp:inline distT="0" distB="0" distL="114300" distR="114300">
            <wp:extent cx="1343025" cy="1304925"/>
            <wp:effectExtent l="0" t="0" r="0" b="0"/>
            <wp:docPr id="1531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在（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）的条件下，继续绕着点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逆时针旋转</w:t>
      </w:r>
      <w:r>
        <w:pict>
          <v:shape id="_x0000_i701321" o:spt="75" alt="学科网(www.zxxk.com)--教育资源门户，提供试卷、教案、课件、论文、素材以及各类教学资源下载，还有大量而丰富的教学相关资讯！" type="#_x0000_t75" style="height:13pt;width:34pt;" o:ole="t" filled="f" o:preferrelative="t" stroked="f" coordsize="21600,21600">
            <v:path/>
            <v:fill on="f" focussize="0,0"/>
            <v:stroke on="f" joinstyle="miter"/>
            <v:imagedata r:id="rId86" o:title="eqIded66570f697459aba9daa2eaf9460bcb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，当</w:t>
      </w:r>
      <w:r>
        <w:pict>
          <v:shape id="_x0000_i701322" o:spt="75" alt="学科网(www.zxxk.com)--教育资源门户，提供试卷、教案、课件、论文、素材以及各类教学资源下载，还有大量而丰富的教学相关资讯！" type="#_x0000_t75" style="height:14pt;width:65pt;" o:ole="t" filled="f" o:preferrelative="t" stroked="f" coordsize="21600,21600">
            <v:path/>
            <v:fill on="f" focussize="0,0"/>
            <v:stroke on="f" joinstyle="miter"/>
            <v:imagedata r:id="rId87" o:title="eqId25aff6459b42a3451cacd41f0200ecb8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时（如图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），求</w:t>
      </w:r>
      <w:r>
        <w:pict>
          <v:shape id="_x0000_i701323" o:spt="75" alt="学科网(www.zxxk.com)--教育资源门户，提供试卷、教案、课件、论文、素材以及各类教学资源下载，还有大量而丰富的教学相关资讯！" type="#_x0000_t75" style="height:13.8pt;width:40.8pt;" o:ole="t" filled="f" o:preferrelative="t" stroked="f" coordsize="21600,21600">
            <v:path/>
            <v:fill on="f" focussize="0,0"/>
            <v:stroke on="f" joinstyle="miter"/>
            <v:imagedata r:id="rId88" o:title="eqId27935c1ef4df2d52ac697678a3c8f39d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的大小并说明理由．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br w:type="textWrapping"/>
      </w:r>
      <w:r>
        <w:rPr>
          <w:color w:val="000000"/>
        </w:rPr>
        <w:drawing>
          <wp:inline distT="0" distB="0" distL="114300" distR="114300">
            <wp:extent cx="1343025" cy="1352550"/>
            <wp:effectExtent l="0" t="0" r="0" b="0"/>
            <wp:docPr id="1533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在</w:t>
      </w:r>
      <w:r>
        <w:pict>
          <v:shape id="_x0000_i701324" o:spt="75" alt="学科网(www.zxxk.com)--教育资源门户，提供试卷、教案、课件、论文、素材以及各类教学资源下载，还有大量而丰富的教学相关资讯！" type="#_x0000_t75" style="height:13pt;width:34pt;" o:ole="t" filled="f" o:preferrelative="t" stroked="f" coordsize="21600,21600">
            <v:path/>
            <v:fill on="f" focussize="0,0"/>
            <v:stroke on="f" joinstyle="miter"/>
            <v:imagedata r:id="rId91" o:title="eqIded66570f697459aba9daa2eaf9460bcb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绕点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逆时针旋转过程中，</w:t>
      </w:r>
      <w:r>
        <w:pict>
          <v:shape id="_x0000_i701325" o:spt="75" alt="学科网(www.zxxk.com)--教育资源门户，提供试卷、教案、课件、论文、素材以及各类教学资源下载，还有大量而丰富的教学相关资讯！" type="#_x0000_t75" style="height:14.25pt;width:50.25pt;" o:ole="t" filled="f" o:preferrelative="t" stroked="f" coordsize="21600,21600">
            <v:path/>
            <v:fill on="f" focussize="0,0"/>
            <v:stroke on="f" joinstyle="miter"/>
            <v:imagedata r:id="rId92" o:title="eqIdcecad6cdbd87811e90c95331da8a8eff"/>
            <o:lock v:ext="edit" aspectratio="t"/>
            <w10:wrap type="none"/>
            <w10:anchorlock/>
          </v:shape>
        </w:pict>
      </w:r>
      <w:r>
        <w:rPr>
          <w:rFonts w:ascii="Times New Roman" w:hAnsi="Times New Roman" w:eastAsia="Times New Roman" w:cs="Times New Roman"/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．（用含</w:t>
      </w:r>
      <w:r>
        <w:pict>
          <v:shape id="_x0000_i701326" o:spt="75" alt="学科网(www.zxxk.com)--教育资源门户，提供试卷、教案、课件、论文、素材以及各类教学资源下载，还有大量而丰富的教学相关资讯！" type="#_x0000_t75" style="height:10.9pt;width:12pt;" o:ole="t" filled="f" o:preferrelative="t" stroked="f" coordsize="21600,21600">
            <v:path/>
            <v:fill on="f" focussize="0,0"/>
            <v:stroke on="f" joinstyle="miter"/>
            <v:imagedata r:id="rId93" o:title="eqIde170f206fdbbd834aad7580c727e2cc6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  <w:r>
        <w:pict>
          <v:shape id="_x0000_i701327" o:spt="75" alt="学科网(www.zxxk.com)--教育资源门户，提供试卷、教案、课件、论文、素材以及各类教学资源下载，还有大量而丰富的教学相关资讯！" type="#_x0000_t75" style="height:16.3pt;width:13.15pt;" o:ole="t" filled="f" o:preferrelative="t" stroked="f" coordsize="21600,21600">
            <v:path/>
            <v:fill on="f" focussize="0,0"/>
            <v:stroke on="f" joinstyle="miter"/>
            <v:imagedata r:id="rId94" o:title="eqId5b5858ee1ce52b251816757257a11c29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1535" name="图片 568015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" name="图片 568015327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式子表示）</w:t>
      </w:r>
    </w:p>
    <w:p>
      <w:pPr>
        <w:pStyle w:val="Heading2"/>
      </w:pPr>
      <w:r>
        <w:t>第一六六中学（12月月考）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eastAsia="宋体" w:cs="宋体"/>
          <w:color w:val="000000"/>
        </w:rPr>
        <w:t>初一年级共</w:t>
      </w:r>
      <w:r>
        <w:rPr>
          <w:rFonts w:ascii="Times New Roman" w:hAnsi="Times New Roman" w:eastAsia="Times New Roman" w:cs="Times New Roman"/>
          <w:color w:val="000000"/>
        </w:rPr>
        <w:t>45</w:t>
      </w:r>
      <w:r>
        <w:rPr>
          <w:rFonts w:ascii="宋体" w:hAnsi="宋体" w:eastAsia="宋体" w:cs="宋体"/>
          <w:color w:val="000000"/>
        </w:rPr>
        <w:t>名学生参与科技节活动，制作纸飞机模型．每人每小时可做</w:t>
      </w:r>
      <w:r>
        <w:rPr>
          <w:rFonts w:ascii="Times New Roman" w:hAnsi="Times New Roman" w:eastAsia="Times New Roman" w:cs="Times New Roman"/>
          <w:color w:val="000000"/>
        </w:rPr>
        <w:t>20</w:t>
      </w:r>
      <w:r>
        <w:rPr>
          <w:rFonts w:ascii="宋体" w:hAnsi="宋体" w:eastAsia="宋体" w:cs="宋体"/>
          <w:color w:val="000000"/>
        </w:rPr>
        <w:t>个机身或</w:t>
      </w:r>
      <w:r>
        <w:rPr>
          <w:rFonts w:ascii="Times New Roman" w:hAnsi="Times New Roman" w:eastAsia="Times New Roman" w:cs="Times New Roman"/>
          <w:color w:val="000000"/>
        </w:rPr>
        <w:t>60</w:t>
      </w:r>
      <w:r>
        <w:rPr>
          <w:rFonts w:ascii="宋体" w:hAnsi="宋体" w:eastAsia="宋体" w:cs="宋体"/>
          <w:color w:val="000000"/>
        </w:rPr>
        <w:t>个机翼，一个飞机模型要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个机身配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个机翼，为了使每小时制作的成品刚好配套，应该分配多少名学生做机身？多少名学生做机翼？在刚好配套的情况下，每小时能够做出多少套？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eastAsia="宋体" w:cs="宋体"/>
          <w:color w:val="000000"/>
        </w:rPr>
        <w:t>对于数轴上的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,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,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三点，给出如下定义：若其中一个点与其它两个点的距离恰好满足2倍的数量关系，则称该点是其它两个点的“联盟点”.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例如数轴上点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,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,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所表示的数分别为1，3，4，此时点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是点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,</w:t>
      </w:r>
      <w:r>
        <w:rPr>
          <w:rFonts w:ascii="Times New Roman" w:hAnsi="Times New Roman" w:eastAsia="Times New Roman" w:cs="Times New Roman"/>
          <w:i/>
          <w:color w:val="000000"/>
        </w:rPr>
        <w:t xml:space="preserve"> C</w:t>
      </w:r>
      <w:r>
        <w:rPr>
          <w:rFonts w:ascii="宋体" w:hAnsi="宋体" w:eastAsia="宋体" w:cs="宋体"/>
          <w:color w:val="000000"/>
        </w:rPr>
        <w:t>的“联盟点”</w:t>
      </w:r>
      <w:r>
        <w:rPr>
          <w:rFonts w:ascii="Times New Roman" w:hAnsi="Times New Roman" w:eastAsia="Times New Roman" w:cs="Times New Roman"/>
          <w:color w:val="000000"/>
        </w:rPr>
        <w:t>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943100" cy="381000"/>
            <wp:effectExtent l="0" t="0" r="0" b="0"/>
            <wp:docPr id="1537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）若点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表示数-2, 点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表示的数2，下列各数</w:t>
      </w:r>
      <w:r>
        <w:pict>
          <v:shape id="_x0000_i701328" o:spt="75" alt="学科网(www.zxxk.com)--教育资源门户，提供试卷、教案、课件、论文、素材以及各类教学资源下载，还有大量而丰富的教学相关资讯！" type="#_x0000_t75" style="height:30.75pt;width:20.25pt;" o:ole="t" filled="f" o:preferrelative="t" stroked="f" coordsize="21600,21600">
            <v:path/>
            <v:fill on="f" focussize="0,0"/>
            <v:stroke on="f" joinstyle="miter"/>
            <v:imagedata r:id="rId96" o:title="eqId459c84c9addfbd1cdd0a877ba7c584e4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，0，4，6所对应的点分别是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color w:val="000000"/>
          <w:vertAlign w:val="subscript"/>
        </w:rPr>
        <w:t>1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i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color w:val="000000"/>
          <w:vertAlign w:val="subscript"/>
        </w:rPr>
        <w:t>3</w:t>
      </w:r>
      <w:r>
        <w:rPr>
          <w:rFonts w:ascii="Times New Roman" w:hAnsi="Times New Roman" w:eastAsia="Times New Roman" w:cs="Times New Roman"/>
          <w:i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color w:val="000000"/>
          <w:vertAlign w:val="subscript"/>
        </w:rPr>
        <w:t>4</w:t>
      </w:r>
      <w:r>
        <w:rPr>
          <w:rFonts w:ascii="宋体" w:hAnsi="宋体" w:eastAsia="宋体" w:cs="宋体"/>
          <w:color w:val="000000"/>
        </w:rPr>
        <w:t>，其中是点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,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的“联盟点”的是</w:t>
      </w:r>
      <w:r>
        <w:rPr>
          <w:rFonts w:ascii="Times New Roman" w:hAnsi="Times New Roman" w:eastAsia="Times New Roman" w:cs="Times New Roman"/>
          <w:color w:val="000000"/>
          <w:u w:val="single"/>
        </w:rPr>
        <w:t xml:space="preserve">      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（2）点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表示数-10, 点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表示的数30，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在为数轴上一个动点：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①若点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在点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1539" name="图片 977560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" name="图片 977560682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左侧，且点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是点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,</w:t>
      </w:r>
      <w:r>
        <w:rPr>
          <w:rFonts w:ascii="Times New Roman" w:hAnsi="Times New Roman" w:eastAsia="Times New Roman" w:cs="Times New Roman"/>
          <w:i/>
          <w:color w:val="000000"/>
        </w:rPr>
        <w:t xml:space="preserve"> B</w:t>
      </w:r>
      <w:r>
        <w:rPr>
          <w:rFonts w:ascii="宋体" w:hAnsi="宋体" w:eastAsia="宋体" w:cs="宋体"/>
          <w:color w:val="000000"/>
        </w:rPr>
        <w:t>的“联盟点”，求此时点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表示的数；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②若点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在点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的右侧，点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,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中，有一个点恰好是其它两个点的“联盟点”，写出此时点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表示的数</w:t>
      </w:r>
      <w:r>
        <w:rPr>
          <w:rFonts w:ascii="Times New Roman" w:hAnsi="Times New Roman" w:eastAsia="Times New Roman" w:cs="Times New Roman"/>
          <w:color w:val="000000"/>
          <w:u w:val="single"/>
        </w:rPr>
        <w:t xml:space="preserve">      </w:t>
      </w:r>
      <w:r>
        <w:rPr>
          <w:rFonts w:ascii="宋体" w:hAnsi="宋体" w:eastAsia="宋体" w:cs="宋体"/>
          <w:color w:val="000000"/>
        </w:rPr>
        <w:t>.</w:t>
      </w:r>
    </w:p>
    <w:p>
      <w:pPr>
        <w:pStyle w:val="Heading2"/>
      </w:pPr>
      <w:r>
        <w:t>第二十中学（12月月考）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hAnsi="宋体" w:eastAsia="宋体" w:cs="宋体"/>
          <w:color w:val="000000"/>
        </w:rPr>
        <w:t>甲、乙两个仓库要向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两地运送水泥．已知甲库可调出</w:t>
      </w:r>
      <w:r>
        <w:rPr>
          <w:rFonts w:ascii="Times New Roman" w:hAnsi="Times New Roman" w:eastAsia="Times New Roman" w:cs="Times New Roman"/>
          <w:color w:val="000000"/>
        </w:rPr>
        <w:t>100</w:t>
      </w:r>
      <w:r>
        <w:rPr>
          <w:rFonts w:ascii="宋体" w:hAnsi="宋体" w:eastAsia="宋体" w:cs="宋体"/>
          <w:color w:val="000000"/>
        </w:rPr>
        <w:t>吨水泥，乙库可调出</w:t>
      </w:r>
      <w:r>
        <w:rPr>
          <w:rFonts w:ascii="Times New Roman" w:hAnsi="Times New Roman" w:eastAsia="Times New Roman" w:cs="Times New Roman"/>
          <w:color w:val="000000"/>
        </w:rPr>
        <w:t>80</w:t>
      </w:r>
      <w:r>
        <w:rPr>
          <w:rFonts w:ascii="宋体" w:hAnsi="宋体" w:eastAsia="宋体" w:cs="宋体"/>
          <w:color w:val="000000"/>
        </w:rPr>
        <w:t>吨水泥，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地需</w:t>
      </w:r>
      <w:r>
        <w:rPr>
          <w:rFonts w:ascii="Times New Roman" w:hAnsi="Times New Roman" w:eastAsia="Times New Roman" w:cs="Times New Roman"/>
          <w:color w:val="000000"/>
        </w:rPr>
        <w:t>70</w:t>
      </w:r>
      <w:r>
        <w:rPr>
          <w:rFonts w:ascii="宋体" w:hAnsi="宋体" w:eastAsia="宋体" w:cs="宋体"/>
          <w:color w:val="000000"/>
        </w:rPr>
        <w:t>吨水泥，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地需</w:t>
      </w:r>
      <w:r>
        <w:rPr>
          <w:rFonts w:ascii="Times New Roman" w:hAnsi="Times New Roman" w:eastAsia="Times New Roman" w:cs="Times New Roman"/>
          <w:color w:val="000000"/>
        </w:rPr>
        <w:t>110</w:t>
      </w:r>
      <w:r>
        <w:rPr>
          <w:rFonts w:ascii="宋体" w:hAnsi="宋体" w:eastAsia="宋体" w:cs="宋体"/>
          <w:color w:val="000000"/>
        </w:rPr>
        <w:t>吨水泥，两库到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两地的路程和运费如下表（表中的运费栏“元</w:t>
      </w:r>
      <w:r>
        <w:rPr>
          <w:rFonts w:ascii="Times New Roman" w:hAnsi="Times New Roman" w:eastAsia="Times New Roman" w:cs="Times New Roman"/>
          <w:color w:val="000000"/>
        </w:rPr>
        <w:t>/</w:t>
      </w:r>
      <w:r>
        <w:rPr>
          <w:rFonts w:ascii="宋体" w:hAnsi="宋体" w:eastAsia="宋体" w:cs="宋体"/>
          <w:color w:val="000000"/>
        </w:rPr>
        <w:t>吨，千米”表示每吨水泥运送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千米所需人民币）：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870"/>
        <w:gridCol w:w="750"/>
        <w:gridCol w:w="750"/>
        <w:gridCol w:w="1106"/>
        <w:gridCol w:w="11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出发地</w:t>
            </w:r>
          </w:p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目的地</w:t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路程（千米）</w:t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运费（元</w:t>
            </w:r>
            <w:r>
              <w:rPr>
                <w:rFonts w:ascii="Calibri" w:hAnsi="Calibri" w:eastAsia="Calibri" w:cs="Calibri"/>
                <w:color w:val="000000"/>
              </w:rPr>
              <w:t>/</w:t>
            </w:r>
            <w:r>
              <w:rPr>
                <w:rFonts w:ascii="宋体" w:hAnsi="宋体" w:eastAsia="宋体" w:cs="宋体"/>
                <w:color w:val="000000"/>
              </w:rPr>
              <w:t>吨·千米）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甲库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乙库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甲库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乙库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Calibri" w:hAnsi="Calibri" w:eastAsia="Calibri" w:cs="Calibri"/>
                <w:i/>
                <w:color w:val="000000"/>
              </w:rPr>
              <w:t>A</w:t>
            </w:r>
            <w:r>
              <w:rPr>
                <w:rFonts w:ascii="宋体" w:hAnsi="宋体" w:eastAsia="宋体" w:cs="宋体"/>
                <w:color w:val="000000"/>
              </w:rPr>
              <w:t>地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>20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>15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>12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Calibri" w:hAnsi="Calibri" w:eastAsia="Calibri" w:cs="Calibri"/>
                <w:i/>
                <w:color w:val="000000"/>
              </w:rPr>
              <w:t>B</w:t>
            </w:r>
            <w:r>
              <w:rPr>
                <w:rFonts w:ascii="宋体" w:hAnsi="宋体" w:eastAsia="宋体" w:cs="宋体"/>
                <w:color w:val="000000"/>
              </w:rPr>
              <w:t>地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>25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>20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>10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Calibri" w:hAnsi="Calibri" w:eastAsia="Calibri" w:cs="Calibri"/>
                <w:color w:val="000000"/>
              </w:rPr>
              <w:t>8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设甲库运往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地水泥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吨，则从乙库运往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地水泥</w:t>
      </w:r>
      <w:r>
        <w:rPr>
          <w:rFonts w:ascii="Times New Roman" w:hAnsi="Times New Roman" w:eastAsia="Times New Roman" w:cs="Times New Roman"/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吨．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用含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的式子表示出总运输费；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求总运费为</w:t>
      </w:r>
      <w:r>
        <w:rPr>
          <w:rFonts w:ascii="Times New Roman" w:hAnsi="Times New Roman" w:eastAsia="Times New Roman" w:cs="Times New Roman"/>
          <w:color w:val="000000"/>
        </w:rPr>
        <w:t>38000</w:t>
      </w:r>
      <w:r>
        <w:rPr>
          <w:rFonts w:ascii="宋体" w:hAnsi="宋体" w:eastAsia="宋体" w:cs="宋体"/>
          <w:color w:val="000000"/>
        </w:rPr>
        <w:t>时的具体运输方案．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hAnsi="宋体" w:eastAsia="宋体" w:cs="宋体"/>
          <w:color w:val="000000"/>
        </w:rPr>
        <w:t>对数轴上的点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进行如下操作：将点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沿数轴水平方向，以每秒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个单位长度的速度，向右平移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秒，得到点</w:t>
      </w:r>
      <w:r>
        <w:pict>
          <v:shape id="_x0000_i701329" o:spt="75" alt="学科网(www.zxxk.com)--教育资源门户，提供试卷、教案、课件、论文、素材以及各类教学资源下载，还有大量而丰富的教学相关资讯！" type="#_x0000_t75" style="height:14.25pt;width:15pt;" o:ole="t" filled="f" o:preferrelative="t" stroked="f" coordsize="21600,21600">
            <v:path/>
            <v:fill on="f" focussize="0,0"/>
            <v:stroke on="f" joinstyle="miter"/>
            <v:imagedata r:id="rId98" o:title="eqIdcee6765a83140d745a6de4c85d9b6b50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，称这样的操作为点</w:t>
      </w:r>
      <w:r>
        <w:pict>
          <v:shape id="_x0000_i701330" o:spt="75" alt="学科网(www.zxxk.com)--教育资源门户，提供试卷、教案、课件、论文、素材以及各类教学资源下载，还有大量而丰富的教学相关资讯！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99" o:title="eqIddad2a36927223bd70f426ba06aea4b45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的“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速移”点</w:t>
      </w:r>
      <w:r>
        <w:pict>
          <v:shape id="_x0000_i701331" o:spt="75" alt="学科网(www.zxxk.com)--教育资源门户，提供试卷、教案、课件、论文、素材以及各类教学资源下载，还有大量而丰富的教学相关资讯！" type="#_x0000_t75" style="height:14.25pt;width:15pt;" o:ole="t" filled="f" o:preferrelative="t" stroked="f" coordsize="21600,21600">
            <v:path/>
            <v:fill on="f" focussize="0,0"/>
            <v:stroke on="f" joinstyle="miter"/>
            <v:imagedata r:id="rId98" o:title="eqIdcee6765a83140d745a6de4c85d9b6b50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称为点</w:t>
      </w:r>
      <w:r>
        <w:pict>
          <v:shape id="_x0000_i701332" o:spt="75" alt="学科网(www.zxxk.com)--教育资源门户，提供试卷、教案、课件、论文、素材以及各类教学资源下载，还有大量而丰富的教学相关资讯！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99" o:title="eqIddad2a36927223bd70f426ba06aea4b45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的“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速移”点．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在数轴上对应的数分别是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，且</w:t>
      </w:r>
      <w:r>
        <w:pict>
          <v:shape id="_x0000_i701333" o:spt="75" alt="学科网(www.zxxk.com)--教育资源门户，提供试卷、教案、课件、论文、素材以及各类教学资源下载，还有大量而丰富的教学相关资讯！" type="#_x0000_t75" style="height:21.75pt;width:99.75pt;" o:ole="t" filled="f" o:preferrelative="t" stroked="f" coordsize="21600,21600">
            <v:path/>
            <v:fill on="f" focussize="0,0"/>
            <v:stroke on="f" joinstyle="miter"/>
            <v:imagedata r:id="rId100" o:title="eqId2c511e7e5efe144e23ba9478b3f2a8bb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①若点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向右平移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秒的“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速移”点</w:t>
      </w:r>
      <w:r>
        <w:pict>
          <v:shape id="_x0000_i701334" o:spt="75" alt="学科网(www.zxxk.com)--教育资源门户，提供试卷、教案、课件、论文、素材以及各类教学资源下载，还有大量而丰富的教学相关资讯！" type="#_x0000_t75" style="height:12pt;width:12.75pt;" o:ole="t" filled="f" o:preferrelative="t" stroked="f" coordsize="21600,21600">
            <v:path/>
            <v:fill on="f" focussize="0,0"/>
            <v:stroke on="f" joinstyle="miter"/>
            <v:imagedata r:id="rId101" o:title="eqIde7c314398e26ffc7164b82946eeb4273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与点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重合，求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②若点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向右平移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秒的“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速移”点</w:t>
      </w:r>
      <w:r>
        <w:pict>
          <v:shape id="_x0000_i701335" o:spt="75" alt="学科网(www.zxxk.com)--教育资源门户，提供试卷、教案、课件、论文、素材以及各类教学资源下载，还有大量而丰富的教学相关资讯！" type="#_x0000_t75" style="height:12pt;width:12.75pt;" o:ole="t" filled="f" o:preferrelative="t" stroked="f" coordsize="21600,21600">
            <v:path/>
            <v:fill on="f" focussize="0,0"/>
            <v:stroke on="f" joinstyle="miter"/>
            <v:imagedata r:id="rId102" o:title="eqIde7c314398e26ffc7164b82946eeb4273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与点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向右平移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秒的“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速移”点</w:t>
      </w:r>
      <w:r>
        <w:pict>
          <v:shape id="_x0000_i701336" o:spt="75" alt="学科网(www.zxxk.com)--教育资源门户，提供试卷、教案、课件、论文、素材以及各类教学资源下载，还有大量而丰富的教学相关资讯！" type="#_x0000_t75" style="height:13pt;width:13.95pt;" o:ole="t" filled="f" o:preferrelative="t" stroked="f" coordsize="21600,21600">
            <v:path/>
            <v:fill on="f" focussize="0,0"/>
            <v:stroke on="f" joinstyle="miter"/>
            <v:imagedata r:id="rId103" o:title="eqId3953cec61ac602ce5eb59b7912352179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重合，求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数轴上点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表示的数为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，点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向右平移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秒的“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速移”点为点</w:t>
      </w:r>
      <w:r>
        <w:pict>
          <v:shape id="_x0000_i701337" o:spt="75" alt="学科网(www.zxxk.com)--教育资源门户，提供试卷、教案、课件、论文、素材以及各类教学资源下载，还有大量而丰富的教学相关资讯！" type="#_x0000_t75" style="height:13.95pt;width:15pt;" o:ole="t" filled="f" o:preferrelative="t" stroked="f" coordsize="21600,21600">
            <v:path/>
            <v:fill on="f" focussize="0,0"/>
            <v:stroke on="f" joinstyle="miter"/>
            <v:imagedata r:id="rId104" o:title="eqIdb4c8a9c4957431681ddfc77895a88508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，如果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、</w:t>
      </w:r>
      <w:r>
        <w:pict>
          <v:shape id="_x0000_i701338" o:spt="75" alt="学科网(www.zxxk.com)--教育资源门户，提供试卷、教案、课件、论文、素材以及各类教学资源下载，还有大量而丰富的教学相关资讯！" type="#_x0000_t75" style="height:13.95pt;width:15pt;" o:ole="t" filled="f" o:preferrelative="t" stroked="f" coordsize="21600,21600">
            <v:path/>
            <v:fill on="f" focussize="0,0"/>
            <v:stroke on="f" joinstyle="miter"/>
            <v:imagedata r:id="rId104" o:title="eqIdb4c8a9c4957431681ddfc77895a88508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三点中有一点是另外两点连线的中点，求点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表示的数；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数轴上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两点间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1541" name="图片 9722118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" name="图片 972211821"/>
                    <pic:cNvPicPr>
                      <a:picLocks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距离为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，且点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在点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的左侧，点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向右平移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秒的“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速移”点为点</w:t>
      </w:r>
      <w:r>
        <w:pict>
          <v:shape id="_x0000_i701339" o:spt="75" alt="学科网(www.zxxk.com)--教育资源门户，提供试卷、教案、课件、论文、素材以及各类教学资源下载，还有大量而丰富的教学相关资讯！" type="#_x0000_t75" style="height:12.95pt;width:14.9pt;" o:ole="t" filled="f" o:preferrelative="t" stroked="f" coordsize="21600,21600">
            <v:path/>
            <v:fill on="f" focussize="0,0"/>
            <v:stroke on="f" joinstyle="miter"/>
            <v:imagedata r:id="rId106" o:title="eqIdd3b1a5427d8ff23df0f3ec194756c84c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，点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向右平移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秒的“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速移”点为点</w:t>
      </w:r>
      <w:r>
        <w:pict>
          <v:shape id="_x0000_i701340" o:spt="75" alt="学科网(www.zxxk.com)--教育资源门户，提供试卷、教案、课件、论文、素材以及各类教学资源下载，还有大量而丰富的教学相关资讯！" type="#_x0000_t75" style="height:14.25pt;width:15.75pt;" o:ole="t" filled="f" o:preferrelative="t" stroked="f" coordsize="21600,21600">
            <v:path/>
            <v:fill on="f" focussize="0,0"/>
            <v:stroke on="f" joinstyle="miter"/>
            <v:imagedata r:id="rId107" o:title="eqIdf8e55590555905eb4f57889bbd16e39a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，如果</w:t>
      </w:r>
      <w:r>
        <w:pict>
          <v:shape id="_x0000_i701341" o:spt="75" alt="学科网(www.zxxk.com)--教育资源门户，提供试卷、教案、课件、论文、素材以及各类教学资源下载，还有大量而丰富的教学相关资讯！" type="#_x0000_t75" style="height:13.8pt;width:59pt;" o:ole="t" filled="f" o:preferrelative="t" stroked="f" coordsize="21600,21600">
            <v:path/>
            <v:fill on="f" focussize="0,0"/>
            <v:stroke on="f" joinstyle="miter"/>
            <v:imagedata r:id="rId108" o:title="eqId3444da697c9e634d999b126dbc7080b4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，请直接用等式表示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的数量关系．</w:t>
      </w:r>
    </w:p>
    <w:p>
      <w:pPr>
        <w:pStyle w:val="Heading2"/>
      </w:pPr>
      <w:r>
        <w:t>西城区三帆中学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eastAsia="宋体" w:cs="宋体"/>
          <w:color w:val="000000"/>
        </w:rPr>
        <w:t>当代印度著名诗人泰戈尔在《世界上最遥远的距离》中写道，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世界上最遥远的距离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不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2080" cy="167640"/>
            <wp:effectExtent l="0" t="0" r="1270" b="3175"/>
            <wp:docPr id="1543" name="图片 94505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" name="图片 9450589"/>
                    <pic:cNvPicPr>
                      <a:picLocks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13208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瞬间便无处寻觅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而是尚未相遇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便注定无法相聚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距离是数学、天文学、物理学中的热门话题，唯有对宇宙距离进行测量，人类才能掌握世界尺度．我们可以从图形和代数化简两个角度来计算距离：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①已知点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在数轴上分别表示有理数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两点之间的距离表示为</w:t>
      </w:r>
      <w:r>
        <w:pict>
          <v:shape id="_x0000_i701342" o:spt="75" alt="学科网(www.zxxk.com)--教育资源门户，提供试卷、教案、课件、论文、素材以及各类教学资源下载，还有大量而丰富的教学相关资讯！" type="#_x0000_t75" style="height:16.2pt;width:60pt;" o:ole="t" filled="f" o:preferrelative="t" stroked="f" coordsize="21600,21600">
            <v:path/>
            <v:fill on="f" focussize="0,0"/>
            <v:stroke on="f" joinstyle="miter"/>
            <v:imagedata r:id="rId110" o:title="eqId019825f7b7bfc8aa59715cf21f3cf47f"/>
            <o:lock v:ext="edit" aspectratio="t"/>
            <w10:wrap type="none"/>
            <w10:anchorlock/>
          </v:shape>
        </w:pict>
      </w:r>
      <w:r>
        <w:rPr>
          <w:rFonts w:ascii="新宋体" w:hAnsi="新宋体" w:eastAsia="新宋体" w:cs="新宋体"/>
          <w:color w:val="000000"/>
        </w:rPr>
        <w:t>，例如</w:t>
      </w:r>
      <w:r>
        <w:pict>
          <v:shape id="_x0000_i701343" o:spt="75" alt="学科网(www.zxxk.com)--教育资源门户，提供试卷、教案、课件、论文、素材以及各类教学资源下载，还有大量而丰富的教学相关资讯！" type="#_x0000_t75" style="height:15pt;width:30.75pt;" o:ole="t" filled="f" o:preferrelative="t" stroked="f" coordsize="21600,21600">
            <v:path/>
            <v:fill on="f" focussize="0,0"/>
            <v:stroke on="f" joinstyle="miter"/>
            <v:imagedata r:id="rId111" o:title="eqId0e8428e1197c640372a3e7984182bc4e"/>
            <o:lock v:ext="edit" aspectratio="t"/>
            <w10:wrap type="none"/>
            <w10:anchorlock/>
          </v:shape>
        </w:pict>
      </w:r>
      <w:r>
        <w:rPr>
          <w:rFonts w:ascii="新宋体" w:hAnsi="新宋体" w:eastAsia="新宋体" w:cs="新宋体"/>
          <w:color w:val="000000"/>
        </w:rPr>
        <w:t>表示</w:t>
      </w:r>
      <w:r>
        <w:pict>
          <v:shape id="_x0000_i701344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112" o:title="eqId81dea63b8ce3e51adf66cf7b9982a248"/>
            <o:lock v:ext="edit" aspectratio="t"/>
            <w10:wrap type="none"/>
            <w10:anchorlock/>
          </v:shape>
        </w:pict>
      </w:r>
      <w:r>
        <w:rPr>
          <w:rFonts w:ascii="新宋体" w:hAnsi="新宋体" w:eastAsia="新宋体" w:cs="新宋体"/>
          <w:color w:val="000000"/>
        </w:rPr>
        <w:t>到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新宋体" w:hAnsi="新宋体" w:eastAsia="新宋体" w:cs="新宋体"/>
          <w:color w:val="000000"/>
        </w:rPr>
        <w:t>的距离，而</w:t>
      </w:r>
      <w:r>
        <w:pict>
          <v:shape id="_x0000_i701345" o:spt="75" alt="学科网(www.zxxk.com)--教育资源门户，提供试卷、教案、课件、论文、素材以及各类教学资源下载，还有大量而丰富的教学相关资讯！" type="#_x0000_t75" style="height:15.05pt;width:75.75pt;" o:ole="t" filled="f" o:preferrelative="t" stroked="f" coordsize="21600,21600">
            <v:path/>
            <v:fill on="f" focussize="0,0"/>
            <v:stroke on="f" joinstyle="miter"/>
            <v:imagedata r:id="rId113" o:title="eqIdc7980f68fb20ef8a6a06baa1d76eb29f"/>
            <o:lock v:ext="edit" aspectratio="t"/>
            <w10:wrap type="none"/>
            <w10:anchorlock/>
          </v:shape>
        </w:pict>
      </w:r>
      <w:r>
        <w:rPr>
          <w:rFonts w:ascii="新宋体" w:hAnsi="新宋体" w:eastAsia="新宋体" w:cs="新宋体"/>
          <w:color w:val="000000"/>
        </w:rPr>
        <w:t>则表示</w:t>
      </w:r>
      <w:r>
        <w:pict>
          <v:shape id="_x0000_i701346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114" o:title="eqId0a6936d370d6a238a608ca56f87198de"/>
            <o:lock v:ext="edit" aspectratio="t"/>
            <w10:wrap type="none"/>
            <w10:anchorlock/>
          </v:shape>
        </w:pict>
      </w:r>
      <w:r>
        <w:rPr>
          <w:rFonts w:ascii="新宋体" w:hAnsi="新宋体" w:eastAsia="新宋体" w:cs="新宋体"/>
          <w:color w:val="000000"/>
        </w:rPr>
        <w:t>到</w:t>
      </w:r>
      <w:r>
        <w:pict>
          <v:shape id="_x0000_i701347" o:spt="75" alt="学科网(www.zxxk.com)--教育资源门户，提供试卷、教案、课件、论文、素材以及各类教学资源下载，还有大量而丰富的教学相关资讯！" type="#_x0000_t75" style="height:10.5pt;width:12pt;" o:ole="t" filled="f" o:preferrelative="t" stroked="f" coordsize="21600,21600">
            <v:path/>
            <v:fill on="f" focussize="0,0"/>
            <v:stroke on="f" joinstyle="miter"/>
            <v:imagedata r:id="rId115" o:title="eqIdacbc6a613224461ade69362d46550474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的距离；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②我们知道：</w:t>
      </w:r>
      <w:r>
        <w:pict>
          <v:shape id="_x0000_i701348" o:spt="75" alt="学科网(www.zxxk.com)--教育资源门户，提供试卷、教案、课件、论文、素材以及各类教学资源下载，还有大量而丰富的教学相关资讯！" type="#_x0000_t75" style="height:56.25pt;width:77.25pt;" o:ole="t" filled="f" o:preferrelative="t" stroked="f" coordsize="21600,21600">
            <v:path/>
            <v:fill on="f" focussize="0,0"/>
            <v:stroke on="f" joinstyle="miter"/>
            <v:imagedata r:id="rId116" o:title="eqId53d8e4caa55675797002839658922bd3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，于是可以用这一结论来化简含有绝对值的代数式．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例如化简</w:t>
      </w:r>
      <w:r>
        <w:pict>
          <v:shape id="_x0000_i701349" o:spt="75" alt="学科网(www.zxxk.com)--教育资源门户，提供试卷、教案、课件、论文、素材以及各类教学资源下载，还有大量而丰富的教学相关资讯！" type="#_x0000_t75" style="height:15pt;width:68.4pt;" o:ole="t" filled="f" o:preferrelative="t" stroked="f" coordsize="21600,21600">
            <v:path/>
            <v:fill on="f" focussize="0,0"/>
            <v:stroke on="f" joinstyle="miter"/>
            <v:imagedata r:id="rId117" o:title="eqId479e6df4ec81331c3e00ef341ccff745"/>
            <o:lock v:ext="edit" aspectratio="t"/>
            <w10:wrap type="none"/>
            <w10:anchorlock/>
          </v:shape>
        </w:pict>
      </w:r>
      <w:r>
        <w:rPr>
          <w:rFonts w:ascii="新宋体" w:hAnsi="新宋体" w:eastAsia="新宋体" w:cs="新宋体"/>
          <w:color w:val="000000"/>
        </w:rPr>
        <w:t>时，可先令</w:t>
      </w:r>
      <w:r>
        <w:pict>
          <v:shape id="_x0000_i701350" o:spt="75" alt="学科网(www.zxxk.com)--教育资源门户，提供试卷、教案、课件、论文、素材以及各类教学资源下载，还有大量而丰富的教学相关资讯！" type="#_x0000_t75" style="height:14.4pt;width:42pt;" o:ole="t" filled="f" o:preferrelative="t" stroked="f" coordsize="21600,21600">
            <v:path/>
            <v:fill on="f" focussize="0,0"/>
            <v:stroke on="f" joinstyle="miter"/>
            <v:imagedata r:id="rId118" o:title="eqId122fa7155f6858a570e8dee2495822a3"/>
            <o:lock v:ext="edit" aspectratio="t"/>
            <w10:wrap type="none"/>
            <w10:anchorlock/>
          </v:shape>
        </w:pict>
      </w:r>
      <w:r>
        <w:rPr>
          <w:rFonts w:ascii="新宋体" w:hAnsi="新宋体" w:eastAsia="新宋体" w:cs="新宋体"/>
          <w:color w:val="000000"/>
        </w:rPr>
        <w:t>和</w:t>
      </w:r>
      <w:r>
        <w:pict>
          <v:shape id="_x0000_i701351" o:spt="75" alt="学科网(www.zxxk.com)--教育资源门户，提供试卷、教案、课件、论文、素材以及各类教学资源下载，还有大量而丰富的教学相关资讯！" type="#_x0000_t75" style="height:14.25pt;width:44.25pt;" o:ole="t" filled="f" o:preferrelative="t" stroked="f" coordsize="21600,21600">
            <v:path/>
            <v:fill on="f" focussize="0,0"/>
            <v:stroke on="f" joinstyle="miter"/>
            <v:imagedata r:id="rId119" o:title="eqIdf9378f4030a56301dfdf892c0b36182b"/>
            <o:lock v:ext="edit" aspectratio="t"/>
            <w10:wrap type="none"/>
            <w10:anchorlock/>
          </v:shape>
        </w:pict>
      </w:r>
      <w:r>
        <w:rPr>
          <w:rFonts w:ascii="新宋体" w:hAnsi="新宋体" w:eastAsia="新宋体" w:cs="新宋体"/>
          <w:color w:val="000000"/>
        </w:rPr>
        <w:t>，分别求得</w:t>
      </w:r>
      <w:r>
        <w:pict>
          <v:shape id="_x0000_i701352" o:spt="75" alt="学科网(www.zxxk.com)--教育资源门户，提供试卷、教案、课件、论文、素材以及各类教学资源下载，还有大量而丰富的教学相关资讯！" type="#_x0000_t75" style="height:14.4pt;width:32.4pt;" o:ole="t" filled="f" o:preferrelative="t" stroked="f" coordsize="21600,21600">
            <v:path/>
            <v:fill on="f" focussize="0,0"/>
            <v:stroke on="f" joinstyle="miter"/>
            <v:imagedata r:id="rId120" o:title="eqId99c6875d552e9fff3c7d655f3a59b166"/>
            <o:lock v:ext="edit" aspectratio="t"/>
            <w10:wrap type="none"/>
            <w10:anchorlock/>
          </v:shape>
        </w:pict>
      </w:r>
      <w:r>
        <w:rPr>
          <w:rFonts w:ascii="新宋体" w:hAnsi="新宋体" w:eastAsia="新宋体" w:cs="新宋体"/>
          <w:color w:val="000000"/>
        </w:rPr>
        <w:t>，</w:t>
      </w:r>
      <w:r>
        <w:pict>
          <v:shape id="_x0000_i701353" o:spt="75" alt="学科网(www.zxxk.com)--教育资源门户，提供试卷、教案、课件、论文、素材以及各类教学资源下载，还有大量而丰富的教学相关资讯！" type="#_x0000_t75" style="height:12.75pt;width:24.75pt;" o:ole="t" filled="f" o:preferrelative="t" stroked="f" coordsize="21600,21600">
            <v:path/>
            <v:fill on="f" focussize="0,0"/>
            <v:stroke on="f" joinstyle="miter"/>
            <v:imagedata r:id="rId121" o:title="eqId707ea658f3a9359f5740d5aab48f7948"/>
            <o:lock v:ext="edit" aspectratio="t"/>
            <w10:wrap type="none"/>
            <w10:anchorlock/>
          </v:shape>
        </w:pict>
      </w:r>
      <w:r>
        <w:rPr>
          <w:rFonts w:ascii="新宋体" w:hAnsi="新宋体" w:eastAsia="新宋体" w:cs="新宋体"/>
          <w:color w:val="000000"/>
        </w:rPr>
        <w:t>（称</w:t>
      </w:r>
      <w:r>
        <w:pict>
          <v:shape id="_x0000_i701354" o:spt="75" alt="学科网(www.zxxk.com)--教育资源门户，提供试卷、教案、课件、论文、素材以及各类教学资源下载，还有大量而丰富的教学相关资讯！" type="#_x0000_t75" style="height:10.5pt;width:12pt;" o:ole="t" filled="f" o:preferrelative="t" stroked="f" coordsize="21600,21600">
            <v:path/>
            <v:fill on="f" focussize="0,0"/>
            <v:stroke on="f" joinstyle="miter"/>
            <v:imagedata r:id="rId122" o:title="eqIdacbc6a613224461ade69362d46550474"/>
            <o:lock v:ext="edit" aspectratio="t"/>
            <w10:wrap type="none"/>
            <w10:anchorlock/>
          </v:shape>
        </w:pict>
      </w:r>
      <w:r>
        <w:rPr>
          <w:rFonts w:ascii="新宋体" w:hAnsi="新宋体" w:eastAsia="新宋体" w:cs="新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新宋体" w:hAnsi="新宋体" w:eastAsia="新宋体" w:cs="新宋体"/>
          <w:color w:val="000000"/>
        </w:rPr>
        <w:t>分别为</w:t>
      </w:r>
      <w:r>
        <w:pict>
          <v:shape id="_x0000_i701355" o:spt="75" alt="学科网(www.zxxk.com)--教育资源门户，提供试卷、教案、课件、论文、素材以及各类教学资源下载，还有大量而丰富的教学相关资讯！" type="#_x0000_t75" style="height:15pt;width:68.4pt;" o:ole="t" filled="f" o:preferrelative="t" stroked="f" coordsize="21600,21600">
            <v:path/>
            <v:fill on="f" focussize="0,0"/>
            <v:stroke on="f" joinstyle="miter"/>
            <v:imagedata r:id="rId117" o:title="eqId479e6df4ec81331c3e00ef341ccff745"/>
            <o:lock v:ext="edit" aspectratio="t"/>
            <w10:wrap type="none"/>
            <w10:anchorlock/>
          </v:shape>
        </w:pict>
      </w:r>
      <w:r>
        <w:rPr>
          <w:rFonts w:ascii="新宋体" w:hAnsi="新宋体" w:eastAsia="新宋体" w:cs="新宋体"/>
          <w:color w:val="000000"/>
        </w:rPr>
        <w:t>的零点值），在实数范围内，零点值</w:t>
      </w:r>
      <w:r>
        <w:pict>
          <v:shape id="_x0000_i701356" o:spt="75" alt="学科网(www.zxxk.com)--教育资源门户，提供试卷、教案、课件、论文、素材以及各类教学资源下载，还有大量而丰富的教学相关资讯！" type="#_x0000_t75" style="height:14.4pt;width:32.4pt;" o:ole="t" filled="f" o:preferrelative="t" stroked="f" coordsize="21600,21600">
            <v:path/>
            <v:fill on="f" focussize="0,0"/>
            <v:stroke on="f" joinstyle="miter"/>
            <v:imagedata r:id="rId120" o:title="eqId99c6875d552e9fff3c7d655f3a59b166"/>
            <o:lock v:ext="edit" aspectratio="t"/>
            <w10:wrap type="none"/>
            <w10:anchorlock/>
          </v:shape>
        </w:pict>
      </w:r>
      <w:r>
        <w:rPr>
          <w:rFonts w:ascii="新宋体" w:hAnsi="新宋体" w:eastAsia="新宋体" w:cs="新宋体"/>
          <w:color w:val="000000"/>
        </w:rPr>
        <w:t>和</w:t>
      </w:r>
      <w:r>
        <w:pict>
          <v:shape id="_x0000_i701357" o:spt="75" alt="学科网(www.zxxk.com)--教育资源门户，提供试卷、教案、课件、论文、素材以及各类教学资源下载，还有大量而丰富的教学相关资讯！" type="#_x0000_t75" style="height:12.75pt;width:24.75pt;" o:ole="t" filled="f" o:preferrelative="t" stroked="f" coordsize="21600,21600">
            <v:path/>
            <v:fill on="f" focussize="0,0"/>
            <v:stroke on="f" joinstyle="miter"/>
            <v:imagedata r:id="rId121" o:title="eqId707ea658f3a9359f5740d5aab48f7948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可将全体实数分成不重复且不遗漏的如下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种情况：①</w:t>
      </w:r>
      <w:r>
        <w:pict>
          <v:shape id="_x0000_i701358" o:spt="75" alt="学科网(www.zxxk.com)--教育资源门户，提供试卷、教案、课件、论文、素材以及各类教学资源下载，还有大量而丰富的教学相关资讯！" type="#_x0000_t75" style="height:14.25pt;width:33pt;" o:ole="t" filled="f" o:preferrelative="t" stroked="f" coordsize="21600,21600">
            <v:path/>
            <v:fill on="f" focussize="0,0"/>
            <v:stroke on="f" joinstyle="miter"/>
            <v:imagedata r:id="rId123" o:title="eqId7da6d82d173ad18cc040e94c925b5ab9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；②</w:t>
      </w:r>
      <w:r>
        <w:pict>
          <v:shape id="_x0000_i701359" o:spt="75" alt="学科网(www.zxxk.com)--教育资源门户，提供试卷、教案、课件、论文、素材以及各类教学资源下载，还有大量而丰富的教学相关资讯！" type="#_x0000_t75" style="height:13.95pt;width:51pt;" o:ole="t" filled="f" o:preferrelative="t" stroked="f" coordsize="21600,21600">
            <v:path/>
            <v:fill on="f" focussize="0,0"/>
            <v:stroke on="f" joinstyle="miter"/>
            <v:imagedata r:id="rId124" o:title="eqId964fd15ed03eefd8a51b29e9e99deaf5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；③</w:t>
      </w:r>
      <w:r>
        <w:pict>
          <v:shape id="_x0000_i701360" o:spt="75" alt="学科网(www.zxxk.com)--教育资源门户，提供试卷、教案、课件、论文、素材以及各类教学资源下载，还有大量而丰富的教学相关资讯！" type="#_x0000_t75" style="height:14.25pt;width:27.75pt;" o:ole="t" filled="f" o:preferrelative="t" stroked="f" coordsize="21600,21600">
            <v:path/>
            <v:fill on="f" focussize="0,0"/>
            <v:stroke on="f" joinstyle="miter"/>
            <v:imagedata r:id="rId125" o:title="eqIdb27f27cbb8185c1974d715ff95f8801c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．从而化简</w:t>
      </w:r>
      <w:r>
        <w:pict>
          <v:shape id="_x0000_i701361" o:spt="75" alt="学科网(www.zxxk.com)--教育资源门户，提供试卷、教案、课件、论文、素材以及各类教学资源下载，还有大量而丰富的教学相关资讯！" type="#_x0000_t75" style="height:15pt;width:68.4pt;" o:ole="t" filled="f" o:preferrelative="t" stroked="f" coordsize="21600,21600">
            <v:path/>
            <v:fill on="f" focussize="0,0"/>
            <v:stroke on="f" joinstyle="miter"/>
            <v:imagedata r:id="rId117" o:title="eqId479e6df4ec81331c3e00ef341ccff745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可分以下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种情况：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</w:t>
      </w:r>
      <w:r>
        <w:rPr>
          <w:rFonts w:ascii="新宋体" w:hAnsi="新宋体" w:eastAsia="新宋体" w:cs="新宋体"/>
          <w:color w:val="000000"/>
        </w:rPr>
        <w:t>当</w:t>
      </w:r>
      <w:r>
        <w:pict>
          <v:shape id="_x0000_i701362" o:spt="75" alt="学科网(www.zxxk.com)--教育资源门户，提供试卷、教案、课件、论文、素材以及各类教学资源下载，还有大量而丰富的教学相关资讯！" type="#_x0000_t75" style="height:14.25pt;width:33pt;" o:ole="t" filled="f" o:preferrelative="t" stroked="f" coordsize="21600,21600">
            <v:path/>
            <v:fill on="f" focussize="0,0"/>
            <v:stroke on="f" joinstyle="miter"/>
            <v:imagedata r:id="rId126" o:title="eqId7da6d82d173ad18cc040e94c925b5ab9"/>
            <o:lock v:ext="edit" aspectratio="t"/>
            <w10:wrap type="none"/>
            <w10:anchorlock/>
          </v:shape>
        </w:pict>
      </w:r>
      <w:r>
        <w:rPr>
          <w:rFonts w:ascii="新宋体" w:hAnsi="新宋体" w:eastAsia="新宋体" w:cs="新宋体"/>
          <w:color w:val="000000"/>
        </w:rPr>
        <w:t>时，原式</w:t>
      </w:r>
      <w:r>
        <w:pict>
          <v:shape id="_x0000_i701363" o:spt="75" alt="学科网(www.zxxk.com)--教育资源门户，提供试卷、教案、课件、论文、素材以及各类教学资源下载，还有大量而丰富的教学相关资讯！" type="#_x0000_t75" style="height:16.5pt;width:136.5pt;" o:ole="t" filled="f" o:preferrelative="t" stroked="f" coordsize="21600,21600">
            <v:path/>
            <v:fill on="f" focussize="0,0"/>
            <v:stroke on="f" joinstyle="miter"/>
            <v:imagedata r:id="rId127" o:title="eqId28795e8b545895d3d6a0dc2f648ca193"/>
            <o:lock v:ext="edit" aspectratio="t"/>
            <w10:wrap type="none"/>
            <w10:anchorlock/>
          </v:shape>
        </w:pict>
      </w:r>
      <w:r>
        <w:rPr>
          <w:rFonts w:ascii="新宋体" w:hAnsi="新宋体" w:eastAsia="新宋体" w:cs="新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</w:t>
      </w:r>
      <w:r>
        <w:rPr>
          <w:rFonts w:ascii="新宋体" w:hAnsi="新宋体" w:eastAsia="新宋体" w:cs="新宋体"/>
          <w:color w:val="000000"/>
        </w:rPr>
        <w:t>当</w:t>
      </w:r>
      <w:r>
        <w:pict>
          <v:shape id="_x0000_i701364" o:spt="75" alt="学科网(www.zxxk.com)--教育资源门户，提供试卷、教案、课件、论文、素材以及各类教学资源下载，还有大量而丰富的教学相关资讯！" type="#_x0000_t75" style="height:13.95pt;width:51pt;" o:ole="t" filled="f" o:preferrelative="t" stroked="f" coordsize="21600,21600">
            <v:path/>
            <v:fill on="f" focussize="0,0"/>
            <v:stroke on="f" joinstyle="miter"/>
            <v:imagedata r:id="rId128" o:title="eqId964fd15ed03eefd8a51b29e9e99deaf5"/>
            <o:lock v:ext="edit" aspectratio="t"/>
            <w10:wrap type="none"/>
            <w10:anchorlock/>
          </v:shape>
        </w:pict>
      </w:r>
      <w:r>
        <w:rPr>
          <w:rFonts w:ascii="新宋体" w:hAnsi="新宋体" w:eastAsia="新宋体" w:cs="新宋体"/>
          <w:color w:val="000000"/>
        </w:rPr>
        <w:t>时，原式</w:t>
      </w:r>
      <w:r>
        <w:pict>
          <v:shape id="_x0000_i701365" o:spt="75" alt="学科网(www.zxxk.com)--教育资源门户，提供试卷、教案、课件、论文、素材以及各类教学资源下载，还有大量而丰富的教学相关资讯！" type="#_x0000_t75" style="height:16.2pt;width:94.8pt;" o:ole="t" filled="f" o:preferrelative="t" stroked="f" coordsize="21600,21600">
            <v:path/>
            <v:fill on="f" focussize="0,0"/>
            <v:stroke on="f" joinstyle="miter"/>
            <v:imagedata r:id="rId129" o:title="eqIde097d2f7392cf9cb44e52f40fef6f70e"/>
            <o:lock v:ext="edit" aspectratio="t"/>
            <w10:wrap type="none"/>
            <w10:anchorlock/>
          </v:shape>
        </w:pict>
      </w:r>
      <w:r>
        <w:rPr>
          <w:rFonts w:ascii="新宋体" w:hAnsi="新宋体" w:eastAsia="新宋体" w:cs="新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</w:t>
      </w:r>
      <w:r>
        <w:rPr>
          <w:rFonts w:ascii="新宋体" w:hAnsi="新宋体" w:eastAsia="新宋体" w:cs="新宋体"/>
          <w:color w:val="000000"/>
        </w:rPr>
        <w:t>当</w:t>
      </w:r>
      <w:r>
        <w:pict>
          <v:shape id="_x0000_i701366" o:spt="75" alt="学科网(www.zxxk.com)--教育资源门户，提供试卷、教案、课件、论文、素材以及各类教学资源下载，还有大量而丰富的教学相关资讯！" type="#_x0000_t75" style="height:14.25pt;width:27.75pt;" o:ole="t" filled="f" o:preferrelative="t" stroked="f" coordsize="21600,21600">
            <v:path/>
            <v:fill on="f" focussize="0,0"/>
            <v:stroke on="f" joinstyle="miter"/>
            <v:imagedata r:id="rId130" o:title="eqIdb27f27cbb8185c1974d715ff95f8801c"/>
            <o:lock v:ext="edit" aspectratio="t"/>
            <w10:wrap type="none"/>
            <w10:anchorlock/>
          </v:shape>
        </w:pict>
      </w:r>
      <w:r>
        <w:rPr>
          <w:rFonts w:ascii="新宋体" w:hAnsi="新宋体" w:eastAsia="新宋体" w:cs="新宋体"/>
          <w:color w:val="000000"/>
        </w:rPr>
        <w:t>时，原式</w:t>
      </w:r>
      <w:r>
        <w:pict>
          <v:shape id="_x0000_i701367" o:spt="75" alt="学科网(www.zxxk.com)--教育资源门户，提供试卷、教案、课件、论文、素材以及各类教学资源下载，还有大量而丰富的教学相关资讯！" type="#_x0000_t75" style="height:14.2pt;width:105.8pt;" o:ole="t" filled="f" o:preferrelative="t" stroked="f" coordsize="21600,21600">
            <v:path/>
            <v:fill on="f" focussize="0,0"/>
            <v:stroke on="f" joinstyle="miter"/>
            <v:imagedata r:id="rId131" o:title="eqIdb3514a90dcbd80ddddd127c877750cd1"/>
            <o:lock v:ext="edit" aspectratio="t"/>
            <w10:wrap type="none"/>
            <w10:anchorlock/>
          </v:shape>
        </w:pict>
      </w:r>
      <w:r>
        <w:rPr>
          <w:rFonts w:ascii="新宋体" w:hAnsi="新宋体" w:eastAsia="新宋体" w:cs="新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综上，原式＝</w:t>
      </w:r>
      <w:r>
        <w:pict>
          <v:shape id="_x0000_i701368" o:spt="75" alt="学科网(www.zxxk.com)--教育资源门户，提供试卷、教案、课件、论文、素材以及各类教学资源下载，还有大量而丰富的教学相关资讯！" type="#_x0000_t75" style="height:56.25pt;width:81pt;" o:ole="t" filled="f" o:preferrelative="t" stroked="f" coordsize="21600,21600">
            <v:path/>
            <v:fill on="f" focussize="0,0"/>
            <v:stroke on="f" joinstyle="miter"/>
            <v:imagedata r:id="rId132" o:title="eqId48a62f6cb953380c7005945345c1b56d"/>
            <o:lock v:ext="edit" aspectratio="t"/>
            <w10:wrap type="none"/>
            <w10:anchorlock/>
          </v:shape>
        </w:pi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结合以上材料，回答以下问题：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若</w:t>
      </w:r>
      <w:r>
        <w:pict>
          <v:shape id="_x0000_i701369" o:spt="75" alt="学科网(www.zxxk.com)--教育资源门户，提供试卷、教案、课件、论文、素材以及各类教学资源下载，还有大量而丰富的教学相关资讯！" type="#_x0000_t75" style="height:16pt;width:48pt;" o:ole="t" filled="f" o:preferrelative="t" stroked="f" coordsize="21600,21600">
            <v:path/>
            <v:fill on="f" focussize="0,0"/>
            <v:stroke on="f" joinstyle="miter"/>
            <v:imagedata r:id="rId133" o:title="eqId093bb9407a6933ed39874286418a47f2"/>
            <o:lock v:ext="edit" aspectratio="t"/>
            <w10:wrap type="none"/>
            <w10:anchorlock/>
          </v:shape>
        </w:pict>
      </w:r>
      <w:r>
        <w:rPr>
          <w:rFonts w:ascii="新宋体" w:hAnsi="新宋体" w:eastAsia="新宋体" w:cs="新宋体"/>
          <w:color w:val="000000"/>
        </w:rPr>
        <w:t>，则</w:t>
      </w:r>
      <w:r>
        <w:pict>
          <v:shape id="_x0000_i701370" o:spt="75" alt="学科网(www.zxxk.com)--教育资源门户，提供试卷、教案、课件、论文、素材以及各类教学资源下载，还有大量而丰富的教学相关资讯！" type="#_x0000_t75" style="height:11.25pt;width:18.75pt;" o:ole="t" filled="f" o:preferrelative="t" stroked="f" coordsize="21600,21600">
            <v:path/>
            <v:fill on="f" focussize="0,0"/>
            <v:stroke on="f" joinstyle="miter"/>
            <v:imagedata r:id="rId134" o:title="eqId4ec0618ae3a4fde6d6220010af229b9a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  <w:u w:val="single"/>
        </w:rPr>
        <w:t>　</w:t>
      </w:r>
      <w:r>
        <w:rPr>
          <w:rFonts w:ascii="Times New Roman" w:hAnsi="Times New Roman" w:eastAsia="Times New Roman" w:cs="Times New Roman"/>
          <w:color w:val="000000"/>
          <w:u w:val="single"/>
        </w:rPr>
        <w:t xml:space="preserve">    </w:t>
      </w:r>
      <w:r>
        <w:rPr>
          <w:rFonts w:ascii="宋体" w:hAnsi="宋体" w:eastAsia="宋体" w:cs="宋体"/>
          <w:color w:val="000000"/>
          <w:u w:val="single"/>
        </w:rPr>
        <w:t>　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当代数式</w:t>
      </w:r>
      <w:r>
        <w:pict>
          <v:shape id="_x0000_i701371" o:spt="75" alt="学科网(www.zxxk.com)--教育资源门户，提供试卷、教案、课件、论文、素材以及各类教学资源下载，还有大量而丰富的教学相关资讯！" type="#_x0000_t75" style="height:15pt;width:68.4pt;" o:ole="t" filled="f" o:preferrelative="t" stroked="f" coordsize="21600,21600">
            <v:path/>
            <v:fill on="f" focussize="0,0"/>
            <v:stroke on="f" joinstyle="miter"/>
            <v:imagedata r:id="rId135" o:title="eqId479e6df4ec81331c3e00ef341ccff745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取最小值时，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的取值范围是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  <w:u w:val="single"/>
        </w:rPr>
        <w:t>　</w:t>
      </w:r>
      <w:r>
        <w:rPr>
          <w:rFonts w:ascii="Times New Roman" w:hAnsi="Times New Roman" w:eastAsia="Times New Roman" w:cs="Times New Roman"/>
          <w:color w:val="000000"/>
          <w:u w:val="single"/>
        </w:rPr>
        <w:t xml:space="preserve">   </w:t>
      </w:r>
      <w:r>
        <w:rPr>
          <w:rFonts w:ascii="宋体" w:hAnsi="宋体" w:eastAsia="宋体" w:cs="宋体"/>
          <w:color w:val="000000"/>
          <w:u w:val="single"/>
        </w:rPr>
        <w:t>　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代数式</w:t>
      </w:r>
      <w:r>
        <w:pict>
          <v:shape id="_x0000_i701372" o:spt="75" alt="学科网(www.zxxk.com)--教育资源门户，提供试卷、教案、课件、论文、素材以及各类教学资源下载，还有大量而丰富的教学相关资讯！" type="#_x0000_t75" style="height:15.05pt;width:71.35pt;" o:ole="t" filled="f" o:preferrelative="t" stroked="f" coordsize="21600,21600">
            <v:path/>
            <v:fill on="f" focussize="0,0"/>
            <v:stroke on="f" joinstyle="miter"/>
            <v:imagedata r:id="rId136" o:title="eqIdd3e0d96e932c53d7cca568e516c44093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有最大值，这个值是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  <w:u w:val="single"/>
        </w:rPr>
        <w:t>　</w:t>
      </w:r>
      <w:r>
        <w:rPr>
          <w:rFonts w:ascii="Times New Roman" w:hAnsi="Times New Roman" w:eastAsia="Times New Roman" w:cs="Times New Roman"/>
          <w:color w:val="000000"/>
          <w:u w:val="single"/>
        </w:rPr>
        <w:t xml:space="preserve">   </w:t>
      </w:r>
      <w:r>
        <w:rPr>
          <w:rFonts w:ascii="宋体" w:hAnsi="宋体" w:eastAsia="宋体" w:cs="宋体"/>
          <w:color w:val="000000"/>
          <w:u w:val="single"/>
        </w:rPr>
        <w:t>　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hAnsi="宋体" w:eastAsia="宋体" w:cs="宋体"/>
          <w:color w:val="000000"/>
        </w:rPr>
        <w:t>关于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1545" name="图片 9450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" name="图片 9450585"/>
                    <pic:cNvPicPr>
                      <a:picLocks noChangeAspect="1"/>
                    </pic:cNvPicPr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代数式，当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取任意一组相反数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与</w:t>
      </w:r>
      <w:r>
        <w:pict>
          <v:shape id="_x0000_i701373" o:spt="75" alt="学科网(www.zxxk.com)--教育资源门户，提供试卷、教案、课件、论文、素材以及各类教学资源下载，还有大量而丰富的教学相关资讯！" type="#_x0000_t75" style="height:11.05pt;width:17.25pt;" o:ole="t" filled="f" o:preferrelative="t" stroked="f" coordsize="21600,21600">
            <v:path/>
            <v:fill on="f" focussize="0,0"/>
            <v:stroke on="f" joinstyle="miter"/>
            <v:imagedata r:id="rId138" o:title="eqIdb5060ad37c403f248c937c1d59af5c71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时，若代数式的值相等，则称之为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偶代数式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；若代数式的值互为相反数，则称之为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奇代数式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，例如代数式</w:t>
      </w:r>
      <w:r>
        <w:pict>
          <v:shape id="_x0000_i701374" o:spt="75" alt="学科网(www.zxxk.com)--教育资源门户，提供试卷、教案、课件、论文、素材以及各类教学资源下载，还有大量而丰富的教学相关资讯！" type="#_x0000_t75" style="height:16.2pt;width:13.8pt;" o:ole="t" filled="f" o:preferrelative="t" stroked="f" coordsize="21600,21600">
            <v:path/>
            <v:fill on="f" focussize="0,0"/>
            <v:stroke on="f" joinstyle="miter"/>
            <v:imagedata r:id="rId139" o:title="eqId9b0a89e3c30f6e4d4c5db4378b05d987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是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偶代数式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，</w:t>
      </w:r>
      <w:r>
        <w:pict>
          <v:shape id="_x0000_i701375" o:spt="75" alt="学科网(www.zxxk.com)--教育资源门户，提供试卷、教案、课件、论文、素材以及各类教学资源下载，还有大量而丰富的教学相关资讯！" type="#_x0000_t75" style="height:13.5pt;width:10.5pt;" o:ole="t" filled="f" o:preferrelative="t" stroked="f" coordsize="21600,21600">
            <v:path/>
            <v:fill on="f" focussize="0,0"/>
            <v:stroke on="f" joinstyle="miter"/>
            <v:imagedata r:id="rId140" o:title="eqIdd800f03de80068a1172beac3a2c75587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是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奇代数式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以下代数式中，是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偶代数式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的有</w:t>
      </w:r>
      <w:r>
        <w:rPr>
          <w:rFonts w:ascii="Times New Roman" w:hAnsi="Times New Roman" w:eastAsia="Times New Roman" w:cs="Times New Roman"/>
          <w:color w:val="000000"/>
        </w:rPr>
        <w:t>_______</w:t>
      </w:r>
      <w:r>
        <w:rPr>
          <w:rFonts w:ascii="宋体" w:hAnsi="宋体" w:eastAsia="宋体" w:cs="宋体"/>
          <w:color w:val="000000"/>
        </w:rPr>
        <w:t>，是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奇代数式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的有</w:t>
      </w:r>
      <w:r>
        <w:rPr>
          <w:rFonts w:ascii="Times New Roman" w:hAnsi="Times New Roman" w:eastAsia="Times New Roman" w:cs="Times New Roman"/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；（将正确选项的序号填写在横线上．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</w:t>
      </w:r>
      <w:r>
        <w:pict>
          <v:shape id="_x0000_i701376" o:spt="75" alt="学科网(www.zxxk.com)--教育资源门户，提供试卷、教案、课件、论文、素材以及各类教学资源下载，还有大量而丰富的教学相关资讯！" type="#_x0000_t75" style="height:17.25pt;width:27.75pt;" o:ole="t" filled="f" o:preferrelative="t" stroked="f" coordsize="21600,21600">
            <v:path/>
            <v:fill on="f" focussize="0,0"/>
            <v:stroke on="f" joinstyle="miter"/>
            <v:imagedata r:id="rId141" o:title="eqId69bec47696d940d7c4c84cd1ed33511f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；②</w:t>
      </w:r>
      <w:r>
        <w:pict>
          <v:shape id="_x0000_i701377" o:spt="75" alt="学科网(www.zxxk.com)--教育资源门户，提供试卷、教案、课件、论文、素材以及各类教学资源下载，还有大量而丰富的教学相关资讯！" type="#_x0000_t75" style="height:15.75pt;width:30.75pt;" o:ole="t" filled="f" o:preferrelative="t" stroked="f" coordsize="21600,21600">
            <v:path/>
            <v:fill on="f" focussize="0,0"/>
            <v:stroke on="f" joinstyle="miter"/>
            <v:imagedata r:id="rId142" o:title="eqIde3f8f25f22f66e14cc102b2ebbc9398e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；③</w:t>
      </w:r>
      <w:r>
        <w:pict>
          <v:shape id="_x0000_i701378" o:spt="75" alt="学科网(www.zxxk.com)--教育资源门户，提供试卷、教案、课件、论文、素材以及各类教学资源下载，还有大量而丰富的教学相关资讯！" type="#_x0000_t75" style="height:15.35pt;width:36pt;" o:ole="t" filled="f" o:preferrelative="t" stroked="f" coordsize="21600,21600">
            <v:path/>
            <v:fill on="f" focussize="0,0"/>
            <v:stroke on="f" joinstyle="miter"/>
            <v:imagedata r:id="rId143" o:title="eqIdbff39e12af5e6508145a6fbf89eb9122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某个奇代数式，当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取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时，代数式的值为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，问：当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取</w:t>
      </w:r>
      <w:r>
        <w:pict>
          <v:shape id="_x0000_i701379" o:spt="75" alt="学科网(www.zxxk.com)--教育资源门户，提供试卷、教案、课件、论文、素材以及各类教学资源下载，还有大量而丰富的教学相关资讯！" type="#_x0000_t75" style="height:12.75pt;width:15.75pt;" o:ole="t" filled="f" o:preferrelative="t" stroked="f" coordsize="21600,21600">
            <v:path/>
            <v:fill on="f" focussize="0,0"/>
            <v:stroke on="f" joinstyle="miter"/>
            <v:imagedata r:id="rId144" o:title="eqId274a9dc37509f01c2606fb3086a46f4f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时，代数式的值为多少？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对于整式</w:t>
      </w:r>
      <w:r>
        <w:pict>
          <v:shape id="_x0000_i701380" o:spt="75" alt="学科网(www.zxxk.com)--教育资源门户，提供试卷、教案、课件、论文、素材以及各类教学资源下载，还有大量而丰富的教学相关资讯！" type="#_x0000_t75" style="height:15.75pt;width:89.25pt;" o:ole="t" filled="f" o:preferrelative="t" stroked="f" coordsize="21600,21600">
            <v:path/>
            <v:fill on="f" focussize="0,0"/>
            <v:stroke on="f" joinstyle="miter"/>
            <v:imagedata r:id="rId145" o:title="eqId135255387c7814e21212ce2c18aeb81c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，当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分别取</w:t>
      </w:r>
      <w:r>
        <w:pict>
          <v:shape id="_x0000_i701381" o:spt="75" alt="学科网(www.zxxk.com)--教育资源门户，提供试卷、教案、课件、论文、素材以及各类教学资源下载，还有大量而丰富的教学相关资讯！" type="#_x0000_t75" style="height:13.2pt;width:16.2pt;" o:ole="t" filled="f" o:preferrelative="t" stroked="f" coordsize="21600,21600">
            <v:path/>
            <v:fill on="f" focussize="0,0"/>
            <v:stroke on="f" joinstyle="miter"/>
            <v:imagedata r:id="rId146" o:title="eqId3edbd40e04e2a943051fa83d6e511add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  <w:r>
        <w:pict>
          <v:shape id="_x0000_i701382" o:spt="75" alt="学科网(www.zxxk.com)--教育资源门户，提供试卷、教案、课件、论文、素材以及各类教学资源下载，还有大量而丰富的教学相关资讯！" type="#_x0000_t75" style="height:13.9pt;width:16.05pt;" o:ole="t" filled="f" o:preferrelative="t" stroked="f" coordsize="21600,21600">
            <v:path/>
            <v:fill on="f" focussize="0,0"/>
            <v:stroke on="f" joinstyle="miter"/>
            <v:imagedata r:id="rId147" o:title="eqId81fb134b2b48acc99213fff6ccfee65f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  <w:r>
        <w:pict>
          <v:shape id="_x0000_i701383" o:spt="75" alt="学科网(www.zxxk.com)--教育资源门户，提供试卷、教案、课件、论文、素材以及各类教学资源下载，还有大量而丰富的教学相关资讯！" type="#_x0000_t75" style="height:12.75pt;width:15.75pt;" o:ole="t" filled="f" o:preferrelative="t" stroked="f" coordsize="21600,21600">
            <v:path/>
            <v:fill on="f" focussize="0,0"/>
            <v:stroke on="f" joinstyle="miter"/>
            <v:imagedata r:id="rId148" o:title="eqId274a9dc37509f01c2606fb3086a46f4f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  <w:r>
        <w:pict>
          <v:shape id="_x0000_i701384" o:spt="75" alt="学科网(www.zxxk.com)--教育资源门户，提供试卷、教案、课件、论文、素材以及各类教学资源下载，还有大量而丰富的教学相关资讯！" type="#_x0000_t75" style="height:10.5pt;width:12pt;" o:ole="t" filled="f" o:preferrelative="t" stroked="f" coordsize="21600,21600">
            <v:path/>
            <v:fill on="f" focussize="0,0"/>
            <v:stroke on="f" joinstyle="miter"/>
            <v:imagedata r:id="rId149" o:title="eqIdacbc6a613224461ade69362d46550474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0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时，这九个整式的值之和是_______．</w:t>
      </w:r>
    </w:p>
    <w:p>
      <w:pPr>
        <w:pStyle w:val="Heading2"/>
      </w:pPr>
      <w:r>
        <w:t>顺义区牛栏山一中实验学校（10月月考）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30. </w:t>
      </w:r>
      <w:r>
        <w:rPr>
          <w:rFonts w:ascii="宋体" w:eastAsia="宋体" w:hAnsi="宋体" w:cs="宋体"/>
          <w:color w:val="000000"/>
        </w:rPr>
        <w:t>已知点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在数轴上对应的数是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在数轴上对应的数是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，且</w:t>
      </w:r>
      <w:r>
        <w:pict>
          <v:shape id="_x0000_i701385" type="#_x0000_t75" alt="学科网(www.zxxk.com)--教育资源门户，提供试卷、教案、课件、论文、素材以及各类教学资源下载，还有大量而丰富的教学相关资讯！" style="width:90.4pt;height:16.1pt" o:oleicon="f" o:ole="">
            <v:imagedata r:id="rId150" o:title="eqId77ee78df495164a8f0f9949b68a7f63a"/>
          </v:shape>
        </w:pict>
      </w:r>
      <w:r>
        <w:rPr>
          <w:rFonts w:ascii="宋体" w:eastAsia="宋体" w:hAnsi="宋体" w:cs="宋体"/>
          <w:color w:val="000000"/>
        </w:rPr>
        <w:t>．现将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之间的距离记作</w:t>
      </w:r>
      <w:r>
        <w:rPr>
          <w:rFonts w:ascii="Times New Roman" w:eastAsia="Times New Roman" w:hAnsi="Times New Roman" w:cs="Times New Roman"/>
          <w:color w:val="000000"/>
        </w:rPr>
        <w:t>|</w:t>
      </w:r>
      <w:r>
        <w:rPr>
          <w:rFonts w:ascii="Times New Roman" w:eastAsia="Times New Roman" w:hAnsi="Times New Roman" w:cs="Times New Roman"/>
          <w:i/>
          <w:color w:val="000000"/>
        </w:rPr>
        <w:t>AB</w:t>
      </w:r>
      <w:r>
        <w:rPr>
          <w:rFonts w:ascii="Times New Roman" w:eastAsia="Times New Roman" w:hAnsi="Times New Roman" w:cs="Times New Roman"/>
          <w:color w:val="000000"/>
        </w:rPr>
        <w:t>|</w:t>
      </w:r>
      <w:r>
        <w:rPr>
          <w:rFonts w:ascii="宋体" w:eastAsia="宋体" w:hAnsi="宋体" w:cs="宋体"/>
          <w:color w:val="000000"/>
        </w:rPr>
        <w:t>，定义</w:t>
      </w:r>
      <w:r>
        <w:pict>
          <v:shape id="_x0000_i701386" type="#_x0000_t75" alt="学科网(www.zxxk.com)--教育资源门户，提供试卷、教案、课件、论文、素材以及各类教学资源下载，还有大量而丰富的教学相关资讯！" style="width:65.1pt;height:16.1pt" o:oleicon="f" o:ole="">
            <v:imagedata r:id="rId151" o:title="eqIdd287a4ec7ed3ab009145fd6a5a3f9ce5"/>
          </v:shape>
        </w:pi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pict>
          <v:shape id="_x0000_i701387" type="#_x0000_t75" alt="学科网(www.zxxk.com)--教育资源门户，提供试卷、教案、课件、论文、素材以及各类教学资源下载，还有大量而丰富的教学相关资讯！" style="width:32.25pt;height:20.25pt;mso-position-horizontal-relative:page;mso-position-vertical-relative:page;mso-wrap-style:square" o:oleicon="f" o:ole="">
            <v:imagedata r:id="rId152" o:title="eqIdd1120b77f793139ab1ab284fe2529270"/>
          </v:shape>
        </w:pict>
      </w:r>
      <w:r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设点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在数轴上对应的数是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，当</w:t>
      </w:r>
      <w:r>
        <w:pict>
          <v:shape id="_x0000_i701388" type="#_x0000_t75" alt="学科网(www.zxxk.com)--教育资源门户，提供试卷、教案、课件、论文、素材以及各类教学资源下载，还有大量而丰富的教学相关资讯！" style="width:77pt;height:16.1pt" o:oleicon="f" o:ole="">
            <v:imagedata r:id="rId153" o:title="eqIdd382be69306fade514457518f6bc8345"/>
          </v:shape>
        </w:pict>
      </w:r>
      <w:r>
        <w:rPr>
          <w:rFonts w:ascii="宋体" w:eastAsia="宋体" w:hAnsi="宋体" w:cs="宋体"/>
          <w:color w:val="000000"/>
        </w:rPr>
        <w:t>时，求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31. </w:t>
      </w:r>
      <w:r>
        <w:rPr>
          <w:rFonts w:ascii="宋体" w:eastAsia="宋体" w:hAnsi="宋体" w:cs="宋体"/>
          <w:color w:val="000000"/>
        </w:rPr>
        <w:t>阅读理解题：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对于任意由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组成的一列数，将原有的每个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变成</w:t>
      </w:r>
      <w:r>
        <w:rPr>
          <w:rFonts w:ascii="Times New Roman" w:eastAsia="Times New Roman" w:hAnsi="Times New Roman" w:cs="Times New Roman"/>
          <w:color w:val="000000"/>
        </w:rPr>
        <w:t>01</w:t>
      </w:r>
      <w:r>
        <w:rPr>
          <w:rFonts w:ascii="宋体" w:eastAsia="宋体" w:hAnsi="宋体" w:cs="宋体"/>
          <w:color w:val="000000"/>
        </w:rPr>
        <w:t>，并将每个原有的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变成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称为一次变换．如</w:t>
      </w:r>
      <w:r>
        <w:rPr>
          <w:rFonts w:ascii="Times New Roman" w:eastAsia="Times New Roman" w:hAnsi="Times New Roman" w:cs="Times New Roman"/>
          <w:color w:val="000000"/>
        </w:rPr>
        <w:t>101</w:t>
      </w:r>
      <w:r>
        <w:rPr>
          <w:rFonts w:ascii="宋体" w:eastAsia="宋体" w:hAnsi="宋体" w:cs="宋体"/>
          <w:color w:val="000000"/>
        </w:rPr>
        <w:t>经过一次变换成为</w:t>
      </w:r>
      <w:r>
        <w:rPr>
          <w:rFonts w:ascii="Times New Roman" w:eastAsia="Times New Roman" w:hAnsi="Times New Roman" w:cs="Times New Roman"/>
          <w:color w:val="000000"/>
        </w:rPr>
        <w:t>011001</w:t>
      </w:r>
      <w:r>
        <w:rPr>
          <w:rFonts w:ascii="宋体" w:eastAsia="宋体" w:hAnsi="宋体" w:cs="宋体"/>
          <w:color w:val="000000"/>
        </w:rPr>
        <w:t>．请你经过思考、操作回答下列问题：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将</w:t>
      </w:r>
      <w:r>
        <w:rPr>
          <w:rFonts w:ascii="Times New Roman" w:eastAsia="Times New Roman" w:hAnsi="Times New Roman" w:cs="Times New Roman"/>
          <w:color w:val="000000"/>
        </w:rPr>
        <w:t>11</w:t>
      </w:r>
      <w:r>
        <w:rPr>
          <w:rFonts w:ascii="宋体" w:eastAsia="宋体" w:hAnsi="宋体" w:cs="宋体"/>
          <w:color w:val="000000"/>
        </w:rPr>
        <w:t>变换两次后得到</w:t>
      </w:r>
      <w:r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</w:t>
      </w:r>
      <w:r>
        <w:rPr>
          <w:rFonts w:ascii="Times New Roman" w:eastAsia="Times New Roman" w:hAnsi="Times New Roman" w:cs="Times New Roman"/>
          <w:color w:val="000000"/>
        </w:rPr>
        <w:t>100101101001</w:t>
      </w:r>
      <w:r>
        <w:rPr>
          <w:rFonts w:ascii="宋体" w:eastAsia="宋体" w:hAnsi="宋体" w:cs="宋体"/>
          <w:color w:val="000000"/>
        </w:rPr>
        <w:t>是由某数列两次变换后得到，则这个数列是</w:t>
      </w:r>
      <w:r>
        <w:rPr>
          <w:rFonts w:ascii="Times New Roman" w:eastAsia="Times New Roman" w:hAnsi="Times New Roman" w:cs="Times New Roman"/>
          <w:color w:val="000000"/>
        </w:rPr>
        <w:t>_________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一个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项的数列经过两次变换后至少有多少对两个连续相等的数对（即</w:t>
      </w:r>
      <w:r>
        <w:rPr>
          <w:rFonts w:ascii="Times New Roman" w:eastAsia="Times New Roman" w:hAnsi="Times New Roman" w:cs="Times New Roman"/>
          <w:color w:val="000000"/>
        </w:rPr>
        <w:t>11</w:t>
      </w:r>
      <w:r>
        <w:rPr>
          <w:rFonts w:ascii="宋体" w:eastAsia="宋体" w:hAnsi="宋体" w:cs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00</w:t>
      </w:r>
      <w:r>
        <w:rPr>
          <w:rFonts w:ascii="宋体" w:eastAsia="宋体" w:hAnsi="宋体" w:cs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?</w:t>
      </w:r>
      <w:r>
        <w:rPr>
          <w:rFonts w:ascii="宋体" w:eastAsia="宋体" w:hAnsi="宋体" w:cs="宋体"/>
          <w:color w:val="000000"/>
        </w:rPr>
        <w:t>请证明你的结论；</w:t>
      </w:r>
    </w:p>
    <w:p>
      <w:pPr>
        <w:spacing w:line="360" w:lineRule="auto"/>
        <w:jc w:val="left"/>
        <w:textAlignment w:val="center"/>
        <w:rPr>
          <w:color w:val="000000"/>
        </w:rPr>
        <w:sectPr w:rsidSect="00C321EB">
          <w:headerReference w:type="even" r:id="rId158"/>
          <w:footerReference w:type="even" r:id="rId159"/>
          <w:headerReference w:type="first" r:id="rId160"/>
          <w:footerReference w:type="first" r:id="rId161"/>
          <w:pgSz w:w="11906" w:h="16838"/>
          <w:pgMar w:top="910" w:right="1080" w:bottom="1440" w:left="1080" w:header="152" w:footer="0" w:gutter="0"/>
          <w:cols w:space="720"/>
          <w:titlePg w:val="0"/>
          <w:docGrid w:type="lines" w:linePitch="312"/>
        </w:sectPr>
      </w:pPr>
      <w:r>
        <w:rPr>
          <w:color w:val="000000"/>
        </w:rPr>
        <w:t>（4）</w:t>
      </w:r>
      <w:r>
        <w:rPr>
          <w:rFonts w:ascii="Times New Roman" w:eastAsia="Times New Roman" w:hAnsi="Times New Roman" w:cs="Times New Roman"/>
          <w:color w:val="000000"/>
        </w:rPr>
        <w:t>01</w:t>
      </w:r>
      <w:r>
        <w:rPr>
          <w:rFonts w:ascii="宋体" w:eastAsia="宋体" w:hAnsi="宋体" w:cs="宋体"/>
          <w:color w:val="000000"/>
        </w:rPr>
        <w:t>经过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次操作后连续两项都是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的数对个数有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宋体" w:eastAsia="宋体" w:hAnsi="宋体" w:cs="宋体"/>
          <w:color w:val="000000"/>
        </w:rPr>
        <w:t>个．</w:t>
      </w:r>
    </w:p>
    <w:p>
      <w:pPr>
        <w:pStyle w:val="Heading2"/>
      </w:pPr>
      <w:r>
        <w:t>首都师范大学附属中学（12月月考）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hAnsi="宋体" w:eastAsia="宋体" w:cs="宋体"/>
          <w:color w:val="000000"/>
        </w:rPr>
        <w:t>如图，</w:t>
      </w:r>
      <w:r>
        <w:pict>
          <v:shape id="_x0000_i701389" o:spt="75" alt="学科网(www.zxxk.com)--教育资源门户，提供试卷、教案、课件、论文、素材以及各类教学资源下载，还有大量而丰富的教学相关资讯！" type="#_x0000_t75" style="height:13pt;width:62.5pt;" o:ole="t" filled="f" o:preferrelative="t" stroked="f" coordsize="21600,21600">
            <v:path/>
            <v:fill on="f" focussize="0,0"/>
            <v:stroke on="f" joinstyle="miter"/>
            <v:imagedata r:id="rId154" o:title="eqId9ff5c21185c13eae675906dabd3593c7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，射线</w:t>
      </w:r>
      <w:r>
        <w:pict>
          <v:shape id="_x0000_i701390" o:spt="75" alt="学科网(www.zxxk.com)--教育资源门户，提供试卷、教案、课件、论文、素材以及各类教学资源下载，还有大量而丰富的教学相关资讯！" type="#_x0000_t75" style="height:14pt;width:20.8pt;" o:ole="t" filled="f" o:preferrelative="t" stroked="f" coordsize="21600,21600">
            <v:path/>
            <v:fill on="f" focussize="0,0"/>
            <v:stroke on="f" joinstyle="miter"/>
            <v:imagedata r:id="rId155" o:title="eqId828628c0876b45381c9a0edeb0fec236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在平面内．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705225" cy="1524000"/>
            <wp:effectExtent l="0" t="0" r="9525" b="0"/>
            <wp:docPr id="1547" name="图片 1000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" name="图片 10004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若</w:t>
      </w:r>
      <w:r>
        <w:pict>
          <v:shape id="_x0000_i701391" o:spt="75" alt="学科网(www.zxxk.com)--教育资源门户，提供试卷、教案、课件、论文、素材以及各类教学资源下载，还有大量而丰富的教学相关资讯！" type="#_x0000_t75" style="height:14.4pt;width:40.6pt;" o:ole="t" filled="f" o:preferrelative="t" stroked="f" coordsize="21600,21600">
            <v:path/>
            <v:fill on="f" focussize="0,0"/>
            <v:stroke on="f" joinstyle="miter"/>
            <v:imagedata r:id="rId157" o:title="eqId9fed1f57a835af4e9022e27603d12d31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与</w:t>
      </w:r>
      <w:r>
        <w:pict>
          <v:shape id="_x0000_i701392" o:spt="75" alt="学科网(www.zxxk.com)--教育资源门户，提供试卷、教案、课件、论文、素材以及各类教学资源下载，还有大量而丰富的教学相关资讯！" type="#_x0000_t75" style="height:14.25pt;width:39.75pt;" o:ole="t" filled="f" o:preferrelative="t" stroked="f" coordsize="21600,21600">
            <v:path/>
            <v:fill on="f" focussize="0,0"/>
            <v:stroke on="f" joinstyle="miter"/>
            <v:imagedata r:id="rId158" o:title="eqIdd22df2977de56cc69be0c1e847653d7a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互补，则</w:t>
      </w:r>
      <w:r>
        <w:pict>
          <v:shape id="_x0000_i701393" o:spt="75" alt="学科网(www.zxxk.com)--教育资源门户，提供试卷、教案、课件、论文、素材以及各类教学资源下载，还有大量而丰富的教学相关资讯！" type="#_x0000_t75" style="height:13.95pt;width:47pt;" o:ole="t" filled="f" o:preferrelative="t" stroked="f" coordsize="21600,21600">
            <v:path/>
            <v:fill on="f" focussize="0,0"/>
            <v:stroke on="f" joinstyle="miter"/>
            <v:imagedata r:id="rId159" o:title="eqId12e515787ebe97ed2662237d9ca51ea1"/>
            <o:lock v:ext="edit" aspectratio="t"/>
            <w10:wrap type="none"/>
            <w10:anchorlock/>
          </v:shape>
        </w:pict>
      </w:r>
      <w:r>
        <w:rPr>
          <w:rFonts w:ascii="Times New Roman" w:hAnsi="Times New Roman" w:eastAsia="Times New Roman" w:cs="Times New Roman"/>
          <w:color w:val="000000"/>
        </w:rPr>
        <w:t>_____________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射线</w:t>
      </w:r>
      <w:r>
        <w:pict>
          <v:shape id="_x0000_i701394" o:spt="75" alt="学科网(www.zxxk.com)--教育资源门户，提供试卷、教案、课件、论文、素材以及各类教学资源下载，还有大量而丰富的教学相关资讯！" type="#_x0000_t75" style="height:14pt;width:20.8pt;" o:ole="t" filled="f" o:preferrelative="t" stroked="f" coordsize="21600,21600">
            <v:path/>
            <v:fill on="f" focussize="0,0"/>
            <v:stroke on="f" joinstyle="miter"/>
            <v:imagedata r:id="rId160" o:title="eqId828628c0876b45381c9a0edeb0fec236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绕点</w:t>
      </w:r>
      <w:r>
        <w:pict>
          <v:shape id="_x0000_i701395" o:spt="75" alt="学科网(www.zxxk.com)--教育资源门户，提供试卷、教案、课件、论文、素材以及各类教学资源下载，还有大量而丰富的教学相关资讯！" type="#_x0000_t75" style="height:14.25pt;width:12pt;" o:ole="t" filled="f" o:preferrelative="t" stroked="f" coordsize="21600,21600">
            <v:path/>
            <v:fill on="f" focussize="0,0"/>
            <v:stroke on="f" joinstyle="miter"/>
            <v:imagedata r:id="rId161" o:title="eqId1dde8112e8eb968fd042418dd632759e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从射线</w:t>
      </w:r>
      <w:r>
        <w:pict>
          <v:shape id="_x0000_i701396" o:spt="75" alt="学科网(www.zxxk.com)--教育资源门户，提供试卷、教案、课件、论文、素材以及各类教学资源下载，还有大量而丰富的教学相关资讯！" type="#_x0000_t75" style="height:14pt;width:18.85pt;" o:ole="t" filled="f" o:preferrelative="t" stroked="f" coordsize="21600,21600">
            <v:path/>
            <v:fill on="f" focussize="0,0"/>
            <v:stroke on="f" joinstyle="miter"/>
            <v:imagedata r:id="rId162" o:title="eqIdef4113c492885ba7c47fe42ac792578f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的反向延长线的位置出发，逆时针旋转角</w:t>
      </w:r>
      <w:r>
        <w:pict>
          <v:shape id="_x0000_i701397" o:spt="75" alt="学科网(www.zxxk.com)--教育资源门户，提供试卷、教案、课件、论文、素材以及各类教学资源下载，还有大量而丰富的教学相关资讯！" type="#_x0000_t75" style="height:15.6pt;width:77.4pt;" o:ole="t" filled="f" o:preferrelative="t" stroked="f" coordsize="21600,21600">
            <v:path/>
            <v:fill on="f" focussize="0,0"/>
            <v:stroke on="f" joinstyle="miter"/>
            <v:imagedata r:id="rId163" o:title="eqIdbb0c6b3ac303e83e204a619ac3d5e1bf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  <w:r>
        <w:pict>
          <v:shape id="_x0000_i701398" o:spt="75" alt="学科网(www.zxxk.com)--教育资源门户，提供试卷、教案、课件、论文、素材以及各类教学资源下载，还有大量而丰富的教学相关资讯！" type="#_x0000_t75" style="height:12.75pt;width:22.5pt;" o:ole="t" filled="f" o:preferrelative="t" stroked="f" coordsize="21600,21600">
            <v:path/>
            <v:fill on="f" focussize="0,0"/>
            <v:stroke on="f" joinstyle="miter"/>
            <v:imagedata r:id="rId164" o:title="eqIdaaf3369e0ea90e8d5cf4b6b3c45c0fd8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平分</w:t>
      </w:r>
      <w:r>
        <w:pict>
          <v:shape id="_x0000_i701399" o:spt="75" alt="学科网(www.zxxk.com)--教育资源门户，提供试卷、教案、课件、论文、素材以及各类教学资源下载，还有大量而丰富的教学相关资讯！" type="#_x0000_t75" style="height:14.4pt;width:40.6pt;" o:ole="t" filled="f" o:preferrelative="t" stroked="f" coordsize="21600,21600">
            <v:path/>
            <v:fill on="f" focussize="0,0"/>
            <v:stroke on="f" joinstyle="miter"/>
            <v:imagedata r:id="rId165" o:title="eqId9fed1f57a835af4e9022e27603d12d31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①若</w:t>
      </w:r>
      <w:r>
        <w:pict>
          <v:shape id="_x0000_i701400" o:spt="75" alt="学科网(www.zxxk.com)--教育资源门户，提供试卷、教案、课件、论文、素材以及各类教学资源下载，还有大量而丰富的教学相关资讯！" type="#_x0000_t75" style="height:14.15pt;width:65.8pt;" o:ole="t" filled="f" o:preferrelative="t" stroked="f" coordsize="21600,21600">
            <v:path/>
            <v:fill on="f" focussize="0,0"/>
            <v:stroke on="f" joinstyle="miter"/>
            <v:imagedata r:id="rId166" o:title="eqId886c25cbaff27a9c4cf52dacec0eac4c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，则</w:t>
      </w:r>
      <w:r>
        <w:pict>
          <v:shape id="_x0000_i701401" o:spt="75" alt="学科网(www.zxxk.com)--教育资源门户，提供试卷、教案、课件、论文、素材以及各类教学资源下载，还有大量而丰富的教学相关资讯！" type="#_x0000_t75" style="height:13.95pt;width:39pt;" o:ole="t" filled="f" o:preferrelative="t" stroked="f" coordsize="21600,21600">
            <v:path/>
            <v:fill on="f" focussize="0,0"/>
            <v:stroke on="f" joinstyle="miter"/>
            <v:imagedata r:id="rId167" o:title="eqId77603496a315e39db671c0c1e4256cc5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的度数为</w:t>
      </w:r>
      <w:r>
        <w:rPr>
          <w:rFonts w:ascii="Times New Roman" w:hAnsi="Times New Roman" w:eastAsia="Times New Roman" w:cs="Times New Roman"/>
          <w:color w:val="000000"/>
        </w:rPr>
        <w:t>_____________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②是否存在</w:t>
      </w:r>
      <w:r>
        <w:pict>
          <v:shape id="_x0000_i701402" o:spt="75" alt="学科网(www.zxxk.com)--教育资源门户，提供试卷、教案、课件、论文、素材以及各类教学资源下载，还有大量而丰富的教学相关资讯！" type="#_x0000_t75" style="height:10.9pt;width:12pt;" o:ole="t" filled="f" o:preferrelative="t" stroked="f" coordsize="21600,21600">
            <v:path/>
            <v:fill on="f" focussize="0,0"/>
            <v:stroke on="f" joinstyle="miter"/>
            <v:imagedata r:id="rId168" o:title="eqIde170f206fdbbd834aad7580c727e2cc6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的值，使得</w:t>
      </w:r>
      <w:r>
        <w:pict>
          <v:shape id="_x0000_i701403" o:spt="75" alt="学科网(www.zxxk.com)--教育资源门户，提供试卷、教案、课件、论文、素材以及各类教学资源下载，还有大量而丰富的教学相关资讯！" type="#_x0000_t75" style="height:14.25pt;width:39.75pt;" o:ole="t" filled="f" o:preferrelative="t" stroked="f" coordsize="21600,21600">
            <v:path/>
            <v:fill on="f" focussize="0,0"/>
            <v:stroke on="f" joinstyle="miter"/>
            <v:imagedata r:id="rId169" o:title="eqId1bd0dc942dc5a587e3c638df0d42c76b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与</w:t>
      </w:r>
      <w:r>
        <w:pict>
          <v:shape id="_x0000_i701404" o:spt="75" alt="学科网(www.zxxk.com)--教育资源门户，提供试卷、教案、课件、论文、素材以及各类教学资源下载，还有大量而丰富的教学相关资讯！" type="#_x0000_t75" style="height:14.25pt;width:39.75pt;" o:ole="t" filled="f" o:preferrelative="t" stroked="f" coordsize="21600,21600">
            <v:path/>
            <v:fill on="f" focussize="0,0"/>
            <v:stroke on="f" joinstyle="miter"/>
            <v:imagedata r:id="rId170" o:title="eqIdd22df2977de56cc69be0c1e847653d7a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互余，若存在，求出</w:t>
      </w:r>
      <w:r>
        <w:pict>
          <v:shape id="_x0000_i701405" o:spt="75" alt="学科网(www.zxxk.com)--教育资源门户，提供试卷、教案、课件、论文、素材以及各类教学资源下载，还有大量而丰富的教学相关资讯！" type="#_x0000_t75" style="height:10.9pt;width:12pt;" o:ole="t" filled="f" o:preferrelative="t" stroked="f" coordsize="21600,21600">
            <v:path/>
            <v:fill on="f" focussize="0,0"/>
            <v:stroke on="f" joinstyle="miter"/>
            <v:imagedata r:id="rId168" o:title="eqIde170f206fdbbd834aad7580c727e2cc6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；若不存在，请说明理由．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hAnsi="宋体" w:eastAsia="宋体" w:cs="宋体"/>
          <w:color w:val="000000"/>
        </w:rPr>
        <w:t>已知数轴上两点</w:t>
      </w:r>
      <w:r>
        <w:pict>
          <v:shape id="_x0000_i701406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172" o:title="eqId5963abe8f421bd99a2aaa94831a951e9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、</w:t>
      </w:r>
      <w:r>
        <w:pict>
          <v:shape id="_x0000_i701407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173" o:title="eqId7f9e8449aad35c5d840a3395ea86df6d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，其中</w:t>
      </w:r>
      <w:r>
        <w:pict>
          <v:shape id="_x0000_i701408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172" o:title="eqId5963abe8f421bd99a2aaa94831a951e9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表示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1549" name="图片 972800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" name="图片 972800936"/>
                    <pic:cNvPicPr>
                      <a:picLocks noChangeAspect="1"/>
                    </pic:cNvPicPr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数为</w:t>
      </w:r>
      <w:r>
        <w:pict>
          <v:shape id="_x0000_i701409" o:spt="75" alt="学科网(www.zxxk.com)--教育资源门户，提供试卷、教案、课件、论文、素材以及各类教学资源下载，还有大量而丰富的教学相关资讯！" type="#_x0000_t75" style="height:12.75pt;width:15.75pt;" o:ole="t" filled="f" o:preferrelative="t" stroked="f" coordsize="21600,21600">
            <v:path/>
            <v:fill on="f" focussize="0,0"/>
            <v:stroke on="f" joinstyle="miter"/>
            <v:imagedata r:id="rId174" o:title="eqId274a9dc37509f01c2606fb3086a46f4f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  <w:r>
        <w:pict>
          <v:shape id="_x0000_i701410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173" o:title="eqId7f9e8449aad35c5d840a3395ea86df6d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表示的数为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．对于在数轴一点</w:t>
      </w:r>
      <w:r>
        <w:pict>
          <v:shape id="_x0000_i701411" o:spt="75" alt="学科网(www.zxxk.com)--教育资源门户，提供试卷、教案、课件、论文、素材以及各类教学资源下载，还有大量而丰富的教学相关资讯！" type="#_x0000_t75" style="height:10.5pt;width:14.25pt;" o:ole="t" filled="f" o:preferrelative="t" stroked="f" coordsize="21600,21600">
            <v:path/>
            <v:fill on="f" focussize="0,0"/>
            <v:stroke on="f" joinstyle="miter"/>
            <v:imagedata r:id="rId175" o:title="eqIdac047e91852b91af639feec23a9598b2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（不与点</w:t>
      </w:r>
      <w:r>
        <w:pict>
          <v:shape id="_x0000_i701412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172" o:title="eqId5963abe8f421bd99a2aaa94831a951e9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、点</w:t>
      </w:r>
      <w:r>
        <w:pict>
          <v:shape id="_x0000_i701413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173" o:title="eqId7f9e8449aad35c5d840a3395ea86df6d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重合），若线段</w:t>
      </w:r>
      <w:r>
        <w:pict>
          <v:shape id="_x0000_i701414" o:spt="75" alt="学科网(www.zxxk.com)--教育资源门户，提供试卷、教案、课件、论文、素材以及各类教学资源下载，还有大量而丰富的教学相关资讯！" type="#_x0000_t75" style="height:13pt;width:24pt;" o:ole="t" filled="f" o:preferrelative="t" stroked="f" coordsize="21600,21600">
            <v:path/>
            <v:fill on="f" focussize="0,0"/>
            <v:stroke on="f" joinstyle="miter"/>
            <v:imagedata r:id="rId176" o:title="eqIdd50703c46b6153945d718b198f03b4b5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与</w:t>
      </w:r>
      <w:r>
        <w:pict>
          <v:shape id="_x0000_i701415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177" o:title="eqIde69d2b798744645af88a4fa411344a83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的长度之比为</w:t>
      </w:r>
      <w:r>
        <w:pict>
          <v:shape id="_x0000_i701416" o:spt="75" alt="学科网(www.zxxk.com)--教育资源门户，提供试卷、教案、课件、论文、素材以及各类教学资源下载，还有大量而丰富的教学相关资讯！" type="#_x0000_t75" style="height:11.25pt;width:12.75pt;" o:ole="t" filled="f" o:preferrelative="t" stroked="f" coordsize="21600,21600">
            <v:path/>
            <v:fill on="f" focussize="0,0"/>
            <v:stroke on="f" joinstyle="miter"/>
            <v:imagedata r:id="rId178" o:title="eqId294f5ba74cdf695fc9a8a8e52f421328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，则称</w:t>
      </w:r>
      <w:r>
        <w:pict>
          <v:shape id="_x0000_i701417" o:spt="75" alt="学科网(www.zxxk.com)--教育资源门户，提供试卷、教案、课件、论文、素材以及各类教学资源下载，还有大量而丰富的教学相关资讯！" type="#_x0000_t75" style="height:10.5pt;width:14.25pt;" o:ole="t" filled="f" o:preferrelative="t" stroked="f" coordsize="21600,21600">
            <v:path/>
            <v:fill on="f" focussize="0,0"/>
            <v:stroke on="f" joinstyle="miter"/>
            <v:imagedata r:id="rId175" o:title="eqIdac047e91852b91af639feec23a9598b2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叫做点</w:t>
      </w:r>
      <w:r>
        <w:pict>
          <v:shape id="_x0000_i701418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172" o:title="eqId5963abe8f421bd99a2aaa94831a951e9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、</w:t>
      </w:r>
      <w:r>
        <w:pict>
          <v:shape id="_x0000_i701419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173" o:title="eqId7f9e8449aad35c5d840a3395ea86df6d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的“</w:t>
      </w:r>
      <w:r>
        <w:pict>
          <v:shape id="_x0000_i701420" o:spt="75" alt="学科网(www.zxxk.com)--教育资源门户，提供试卷、教案、课件、论文、素材以及各类教学资源下载，还有大量而丰富的教学相关资讯！" type="#_x0000_t75" style="height:11.25pt;width:12.75pt;" o:ole="t" filled="f" o:preferrelative="t" stroked="f" coordsize="21600,21600">
            <v:path/>
            <v:fill on="f" focussize="0,0"/>
            <v:stroke on="f" joinstyle="miter"/>
            <v:imagedata r:id="rId178" o:title="eqId294f5ba74cdf695fc9a8a8e52f421328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倍伴随点”，记作</w:t>
      </w:r>
      <w:r>
        <w:pict>
          <v:shape id="_x0000_i701421" o:spt="75" alt="学科网(www.zxxk.com)--教育资源门户，提供试卷、教案、课件、论文、素材以及各类教学资源下载，还有大量而丰富的教学相关资讯！" type="#_x0000_t75" style="height:15.75pt;width:51pt;" o:ole="t" filled="f" o:preferrelative="t" stroked="f" coordsize="21600,21600">
            <v:path/>
            <v:fill on="f" focussize="0,0"/>
            <v:stroke on="f" joinstyle="miter"/>
            <v:imagedata r:id="rId179" o:title="eqId2f2cf1125a712333ef59247c92490dc9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例如，图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所示：若点</w:t>
      </w:r>
      <w:r>
        <w:pict>
          <v:shape id="_x0000_i701422" o:spt="75" alt="学科网(www.zxxk.com)--教育资源门户，提供试卷、教案、课件、论文、素材以及各类教学资源下载，还有大量而丰富的教学相关资讯！" type="#_x0000_t75" style="height:14.25pt;width:12pt;" o:ole="t" filled="f" o:preferrelative="t" stroked="f" coordsize="21600,21600">
            <v:path/>
            <v:fill on="f" focussize="0,0"/>
            <v:stroke on="f" joinstyle="miter"/>
            <v:imagedata r:id="rId180" o:title="eqId1dde8112e8eb968fd042418dd632759e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是线段</w:t>
      </w:r>
      <w:r>
        <w:pict>
          <v:shape id="_x0000_i701423" o:spt="75" alt="学科网(www.zxxk.com)--教育资源门户，提供试卷、教案、课件、论文、素材以及各类教学资源下载，还有大量而丰富的教学相关资讯！" type="#_x0000_t75" style="height:12.6pt;width:20.05pt;" o:ole="t" filled="f" o:preferrelative="t" stroked="f" coordsize="21600,21600">
            <v:path/>
            <v:fill on="f" focussize="0,0"/>
            <v:stroke on="f" joinstyle="miter"/>
            <v:imagedata r:id="rId181" o:title="eqIdf52a58fbaf4fea03567e88a9f0f6e37e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的中点时，有</w:t>
      </w:r>
      <w:r>
        <w:pict>
          <v:shape id="_x0000_i701424" o:spt="75" alt="学科网(www.zxxk.com)--教育资源门户，提供试卷、教案、课件、论文、素材以及各类教学资源下载，还有大量而丰富的教学相关资讯！" type="#_x0000_t75" style="height:14.1pt;width:50.1pt;" o:ole="t" filled="f" o:preferrelative="t" stroked="f" coordsize="21600,21600">
            <v:path/>
            <v:fill on="f" focussize="0,0"/>
            <v:stroke on="f" joinstyle="miter"/>
            <v:imagedata r:id="rId182" o:title="eqId129f2a8a3a38ec4119d5e1016dd04f1a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，则称点</w:t>
      </w:r>
      <w:r>
        <w:pict>
          <v:shape id="_x0000_i701425" o:spt="75" alt="学科网(www.zxxk.com)--教育资源门户，提供试卷、教案、课件、论文、素材以及各类教学资源下载，还有大量而丰富的教学相关资讯！" type="#_x0000_t75" style="height:14.25pt;width:12pt;" o:ole="t" filled="f" o:preferrelative="t" stroked="f" coordsize="21600,21600">
            <v:path/>
            <v:fill on="f" focussize="0,0"/>
            <v:stroke on="f" joinstyle="miter"/>
            <v:imagedata r:id="rId180" o:title="eqId1dde8112e8eb968fd042418dd632759e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为点</w:t>
      </w:r>
      <w:r>
        <w:pict>
          <v:shape id="_x0000_i701426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183" o:title="eqId5963abe8f421bd99a2aaa94831a951e9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、</w:t>
      </w:r>
      <w:r>
        <w:pict>
          <v:shape id="_x0000_i701427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184" o:title="eqId7f9e8449aad35c5d840a3395ea86df6d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的“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倍伴随点”，记作</w:t>
      </w:r>
      <w:r>
        <w:pict>
          <v:shape id="_x0000_i701428" o:spt="75" alt="学科网(www.zxxk.com)--教育资源门户，提供试卷、教案、课件、论文、素材以及各类教学资源下载，还有大量而丰富的教学相关资讯！" type="#_x0000_t75" style="height:15.75pt;width:42pt;" o:ole="t" filled="f" o:preferrelative="t" stroked="f" coordsize="21600,21600">
            <v:path/>
            <v:fill on="f" focussize="0,0"/>
            <v:stroke on="f" joinstyle="miter"/>
            <v:imagedata r:id="rId185" o:title="eqIde832cf29089058a2b647dd504622e2aa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762250" cy="638175"/>
            <wp:effectExtent l="0" t="0" r="0" b="9525"/>
            <wp:docPr id="1551" name="图片 1000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" name="图片 10004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请根据上述规定回答下列问题：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已知，如图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，点</w:t>
      </w:r>
      <w:r>
        <w:pict>
          <v:shape id="_x0000_i701429" o:spt="75" alt="学科网(www.zxxk.com)--教育资源门户，提供试卷、教案、课件、论文、素材以及各类教学资源下载，还有大量而丰富的教学相关资讯！" type="#_x0000_t75" style="height:18.15pt;width:18.8pt;" o:ole="t" filled="f" o:preferrelative="t" stroked="f" coordsize="21600,21600">
            <v:path/>
            <v:fill on="f" focussize="0,0"/>
            <v:stroke on="f" joinstyle="miter"/>
            <v:imagedata r:id="rId187" o:title="eqId4b104090ea2ac34be58a76a4e0e95cb3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  <w:r>
        <w:pict>
          <v:shape id="_x0000_i701430" o:spt="75" alt="学科网(www.zxxk.com)--教育资源门户，提供试卷、教案、课件、论文、素材以及各类教学资源下载，还有大量而丰富的教学相关资讯！" type="#_x0000_t75" style="height:18.15pt;width:20.05pt;" o:ole="t" filled="f" o:preferrelative="t" stroked="f" coordsize="21600,21600">
            <v:path/>
            <v:fill on="f" focussize="0,0"/>
            <v:stroke on="f" joinstyle="miter"/>
            <v:imagedata r:id="rId188" o:title="eqId7df1d9b712b639c8b6809c9f3ae03706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  <w:r>
        <w:pict>
          <v:shape id="_x0000_i701431" o:spt="75" alt="学科网(www.zxxk.com)--教育资源门户，提供试卷、教案、课件、论文、素材以及各类教学资源下载，还有大量而丰富的教学相关资讯！" type="#_x0000_t75" style="height:18.15pt;width:18.8pt;" o:ole="t" filled="f" o:preferrelative="t" stroked="f" coordsize="21600,21600">
            <v:path/>
            <v:fill on="f" focussize="0,0"/>
            <v:stroke on="f" joinstyle="miter"/>
            <v:imagedata r:id="rId189" o:title="eqId32efe4eff75508cb93e828c735dcb695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为数轴上三个点，点</w:t>
      </w:r>
      <w:r>
        <w:pict>
          <v:shape id="_x0000_i701432" o:spt="75" alt="学科网(www.zxxk.com)--教育资源门户，提供试卷、教案、课件、论文、素材以及各类教学资源下载，还有大量而丰富的教学相关资讯！" type="#_x0000_t75" style="height:18.15pt;width:18.8pt;" o:ole="t" filled="f" o:preferrelative="t" stroked="f" coordsize="21600,21600">
            <v:path/>
            <v:fill on="f" focussize="0,0"/>
            <v:stroke on="f" joinstyle="miter"/>
            <v:imagedata r:id="rId187" o:title="eqId4b104090ea2ac34be58a76a4e0e95cb3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表示的数是</w:t>
      </w:r>
      <w:r>
        <w:pict>
          <v:shape id="_x0000_i701433" o:spt="75" alt="学科网(www.zxxk.com)--教育资源门户，提供试卷、教案、课件、论文、素材以及各类教学资源下载，还有大量而丰富的教学相关资讯！" type="#_x0000_t75" style="height:30.75pt;width:20.25pt;" o:ole="t" filled="f" o:preferrelative="t" stroked="f" coordsize="21600,21600">
            <v:path/>
            <v:fill on="f" focussize="0,0"/>
            <v:stroke on="f" joinstyle="miter"/>
            <v:imagedata r:id="rId190" o:title="eqId3389f53711264b0acba3ba6019f8b908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695575" cy="704850"/>
            <wp:effectExtent l="0" t="0" r="9525" b="0"/>
            <wp:docPr id="1553" name="图片 1000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" name="图片 10004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</w:t>
      </w:r>
      <w:r>
        <w:pict>
          <v:shape id="_x0000_i701434" o:spt="75" alt="学科网(www.zxxk.com)--教育资源门户，提供试卷、教案、课件、论文、素材以及各类教学资源下载，还有大量而丰富的教学相关资讯！" type="#_x0000_t75" style="height:18pt;width:42pt;" o:ole="t" filled="f" o:preferrelative="t" stroked="f" coordsize="21600,21600">
            <v:path/>
            <v:fill on="f" focussize="0,0"/>
            <v:stroke on="f" joinstyle="miter"/>
            <v:imagedata r:id="rId192" o:title="eqIdf705bebcca24ee238c4aa445d8973fbe"/>
            <o:lock v:ext="edit" aspectratio="t"/>
            <w10:wrap type="none"/>
            <w10:anchorlock/>
          </v:shape>
        </w:pict>
      </w:r>
      <w:r>
        <w:rPr>
          <w:rFonts w:ascii="Times New Roman" w:hAnsi="Times New Roman" w:eastAsia="Times New Roman" w:cs="Times New Roman"/>
          <w:color w:val="000000"/>
        </w:rPr>
        <w:t>__________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②比较</w:t>
      </w:r>
      <w:r>
        <w:pict>
          <v:shape id="_x0000_i701435" o:spt="75" alt="学科网(www.zxxk.com)--教育资源门户，提供试卷、教案、课件、论文、素材以及各类教学资源下载，还有大量而丰富的教学相关资讯！" type="#_x0000_t75" style="height:18pt;width:33pt;" o:ole="t" filled="f" o:preferrelative="t" stroked="f" coordsize="21600,21600">
            <v:path/>
            <v:fill on="f" focussize="0,0"/>
            <v:stroke on="f" joinstyle="miter"/>
            <v:imagedata r:id="rId193" o:title="eqIdca491fed14a1558749a13a7d4647367e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、</w:t>
      </w:r>
      <w:r>
        <w:pict>
          <v:shape id="_x0000_i701436" o:spt="75" alt="学科网(www.zxxk.com)--教育资源门户，提供试卷、教案、课件、论文、素材以及各类教学资源下载，还有大量而丰富的教学相关资讯！" type="#_x0000_t75" style="height:18pt;width:33.75pt;" o:ole="t" filled="f" o:preferrelative="t" stroked="f" coordsize="21600,21600">
            <v:path/>
            <v:fill on="f" focussize="0,0"/>
            <v:stroke on="f" joinstyle="miter"/>
            <v:imagedata r:id="rId194" o:title="eqIde6d862dac0b563f05bc20f4ab27d74a2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与</w:t>
      </w:r>
      <w:r>
        <w:pict>
          <v:shape id="_x0000_i701437" o:spt="75" alt="学科网(www.zxxk.com)--教育资源门户，提供试卷、教案、课件、论文、素材以及各类教学资源下载，还有大量而丰富的教学相关资讯！" type="#_x0000_t75" style="height:18pt;width:33pt;" o:ole="t" filled="f" o:preferrelative="t" stroked="f" coordsize="21600,21600">
            <v:path/>
            <v:fill on="f" focussize="0,0"/>
            <v:stroke on="f" joinstyle="miter"/>
            <v:imagedata r:id="rId195" o:title="eqIdbd525994331a5576cd611c85000701c1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的大小</w:t>
      </w:r>
      <w:r>
        <w:rPr>
          <w:rFonts w:ascii="Times New Roman" w:hAnsi="Times New Roman" w:eastAsia="Times New Roman" w:cs="Times New Roman"/>
          <w:color w:val="000000"/>
        </w:rPr>
        <w:t>_______________</w:t>
      </w:r>
      <w:r>
        <w:rPr>
          <w:rFonts w:ascii="宋体" w:hAnsi="宋体" w:eastAsia="宋体" w:cs="宋体"/>
          <w:color w:val="000000"/>
        </w:rPr>
        <w:t>（用“</w:t>
      </w:r>
      <w:r>
        <w:pict>
          <v:shape id="_x0000_i701438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196" o:title="eqId4ff7942da6c3fc4005256fb1458557c0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”连接）；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已知点</w:t>
      </w:r>
      <w:r>
        <w:pict>
          <v:shape id="_x0000_i701439" o:spt="75" alt="学科网(www.zxxk.com)--教育资源门户，提供试卷、教案、课件、论文、素材以及各类教学资源下载，还有大量而丰富的教学相关资讯！" type="#_x0000_t75" style="height:14.4pt;width:11.9pt;" o:ole="t" filled="f" o:preferrelative="t" stroked="f" coordsize="21600,21600">
            <v:path/>
            <v:fill on="f" focussize="0,0"/>
            <v:stroke on="f" joinstyle="miter"/>
            <v:imagedata r:id="rId197" o:title="eqIdc5db41a1f31d6baee7c69990811edb9f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是数轴上点</w:t>
      </w:r>
      <w:r>
        <w:pict>
          <v:shape id="_x0000_i701440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198" o:title="eqId5963abe8f421bd99a2aaa94831a951e9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、</w:t>
      </w:r>
      <w:r>
        <w:pict>
          <v:shape id="_x0000_i701441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199" o:title="eqId7f9e8449aad35c5d840a3395ea86df6d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的“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倍伴随点”，请你直接写出点</w:t>
      </w:r>
      <w:r>
        <w:pict>
          <v:shape id="_x0000_i701442" o:spt="75" alt="学科网(www.zxxk.com)--教育资源门户，提供试卷、教案、课件、论文、素材以及各类教学资源下载，还有大量而丰富的教学相关资讯！" type="#_x0000_t75" style="height:14.4pt;width:11.9pt;" o:ole="t" filled="f" o:preferrelative="t" stroked="f" coordsize="21600,21600">
            <v:path/>
            <v:fill on="f" focussize="0,0"/>
            <v:stroke on="f" joinstyle="miter"/>
            <v:imagedata r:id="rId197" o:title="eqIdc5db41a1f31d6baee7c69990811edb9f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表示的数为</w:t>
      </w:r>
      <w:r>
        <w:rPr>
          <w:rFonts w:ascii="Times New Roman" w:hAnsi="Times New Roman" w:eastAsia="Times New Roman" w:cs="Times New Roman"/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已知数轴上三点</w:t>
      </w:r>
      <w:r>
        <w:pict>
          <v:shape id="_x0000_i701443" o:spt="75" alt="学科网(www.zxxk.com)--教育资源门户，提供试卷、教案、课件、论文、素材以及各类教学资源下载，还有大量而丰富的教学相关资讯！" type="#_x0000_t75" style="height:11.25pt;width:11.25pt;" o:ole="t" filled="f" o:preferrelative="t" stroked="f" coordsize="21600,21600">
            <v:path/>
            <v:fill on="f" focussize="0,0"/>
            <v:stroke on="f" joinstyle="miter"/>
            <v:imagedata r:id="rId200" o:title="eqId8455657dde27aabe6adb7b188e031c11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  <w:r>
        <w:pict>
          <v:shape id="_x0000_i701444" o:spt="75" alt="学科网(www.zxxk.com)--教育资源门户，提供试卷、教案、课件、论文、素材以及各类教学资源下载，还有大量而丰富的教学相关资讯！" type="#_x0000_t75" style="height:13pt;width:12pt;" o:ole="t" filled="f" o:preferrelative="t" stroked="f" coordsize="21600,21600">
            <v:path/>
            <v:fill on="f" focussize="0,0"/>
            <v:stroke on="f" joinstyle="miter"/>
            <v:imagedata r:id="rId201" o:title="eqId2a30f3a8b673cc28bd90c50cf1a35281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  <w:r>
        <w:pict>
          <v:shape id="_x0000_i701445" o:spt="75" alt="学科网(www.zxxk.com)--教育资源门户，提供试卷、教案、课件、论文、素材以及各类教学资源下载，还有大量而丰富的教学相关资讯！" type="#_x0000_t75" style="height:12.75pt;width:12.75pt;" o:ole="t" filled="f" o:preferrelative="t" stroked="f" coordsize="21600,21600">
            <v:path/>
            <v:fill on="f" focussize="0,0"/>
            <v:stroke on="f" joinstyle="miter"/>
            <v:imagedata r:id="rId202" o:title="eqIda0ed1ec316bc54c37c4286c208f55667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，点</w:t>
      </w:r>
      <w:r>
        <w:pict>
          <v:shape id="_x0000_i701446" o:spt="75" alt="学科网(www.zxxk.com)--教育资源门户，提供试卷、教案、课件、论文、素材以及各类教学资源下载，还有大量而丰富的教学相关资讯！" type="#_x0000_t75" style="height:13pt;width:12pt;" o:ole="t" filled="f" o:preferrelative="t" stroked="f" coordsize="21600,21600">
            <v:path/>
            <v:fill on="f" focussize="0,0"/>
            <v:stroke on="f" joinstyle="miter"/>
            <v:imagedata r:id="rId201" o:title="eqId2a30f3a8b673cc28bd90c50cf1a35281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、</w:t>
      </w:r>
      <w:r>
        <w:pict>
          <v:shape id="_x0000_i701447" o:spt="75" alt="学科网(www.zxxk.com)--教育资源门户，提供试卷、教案、课件、论文、素材以及各类教学资源下载，还有大量而丰富的教学相关资讯！" type="#_x0000_t75" style="height:12.75pt;width:12.75pt;" o:ole="t" filled="f" o:preferrelative="t" stroked="f" coordsize="21600,21600">
            <v:path/>
            <v:fill on="f" focussize="0,0"/>
            <v:stroke on="f" joinstyle="miter"/>
            <v:imagedata r:id="rId202" o:title="eqIda0ed1ec316bc54c37c4286c208f55667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分别为</w:t>
      </w:r>
      <w:r>
        <w:pict>
          <v:shape id="_x0000_i701448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203" o:title="eqId03902478df1a55bc99703210bccab910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、</w:t>
      </w:r>
      <w:r>
        <w:pict>
          <v:shape id="_x0000_i701449" o:spt="75" alt="学科网(www.zxxk.com)--教育资源门户，提供试卷、教案、课件、论文、素材以及各类教学资源下载，还有大量而丰富的教学相关资讯！" type="#_x0000_t75" style="height:13pt;width:20pt;" o:ole="t" filled="f" o:preferrelative="t" stroked="f" coordsize="21600,21600">
            <v:path/>
            <v:fill on="f" focussize="0,0"/>
            <v:stroke on="f" joinstyle="miter"/>
            <v:imagedata r:id="rId204" o:title="eqIdd40b319212a7e7528b053e1c7097e966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的中点，满足</w:t>
      </w:r>
      <w:r>
        <w:pict>
          <v:shape id="_x0000_i701450" o:spt="75" alt="学科网(www.zxxk.com)--教育资源门户，提供试卷、教案、课件、论文、素材以及各类教学资源下载，还有大量而丰富的教学相关资讯！" type="#_x0000_t75" style="height:14.25pt;width:62.25pt;" o:ole="t" filled="f" o:preferrelative="t" stroked="f" coordsize="21600,21600">
            <v:path/>
            <v:fill on="f" focussize="0,0"/>
            <v:stroke on="f" joinstyle="miter"/>
            <v:imagedata r:id="rId205" o:title="eqId79b9d11b4b22d7f5797819f24bbd67bb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，且此时点</w:t>
      </w:r>
      <w:r>
        <w:pict>
          <v:shape id="_x0000_i701451" o:spt="75" alt="学科网(www.zxxk.com)--教育资源门户，提供试卷、教案、课件、论文、素材以及各类教学资源下载，还有大量而丰富的教学相关资讯！" type="#_x0000_t75" style="height:11.25pt;width:11.25pt;" o:ole="t" filled="f" o:preferrelative="t" stroked="f" coordsize="21600,21600">
            <v:path/>
            <v:fill on="f" focussize="0,0"/>
            <v:stroke on="f" joinstyle="miter"/>
            <v:imagedata r:id="rId200" o:title="eqId8455657dde27aabe6adb7b188e031c11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是点</w:t>
      </w:r>
      <w:r>
        <w:pict>
          <v:shape id="_x0000_i701452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206" o:title="eqId5963abe8f421bd99a2aaa94831a951e9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、</w:t>
      </w:r>
      <w:r>
        <w:pict>
          <v:shape id="_x0000_i701453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207" o:title="eqId7f9e8449aad35c5d840a3395ea86df6d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的“</w:t>
      </w:r>
      <w:r>
        <w:pict>
          <v:shape id="_x0000_i701454" o:spt="75" alt="学科网(www.zxxk.com)--教育资源门户，提供试卷、教案、课件、论文、素材以及各类教学资源下载，还有大量而丰富的教学相关资讯！" type="#_x0000_t75" style="height:13pt;width:11pt;" o:ole="t" filled="f" o:preferrelative="t" stroked="f" coordsize="21600,21600">
            <v:path/>
            <v:fill on="f" focussize="0,0"/>
            <v:stroke on="f" joinstyle="miter"/>
            <v:imagedata r:id="rId208" o:title="eqId5c02bc0c74292b1e8f395f90935d3174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倍伴随点”，求</w:t>
      </w:r>
      <w:r>
        <w:pict>
          <v:shape id="_x0000_i701455" o:spt="75" alt="学科网(www.zxxk.com)--教育资源门户，提供试卷、教案、课件、论文、素材以及各类教学资源下载，还有大量而丰富的教学相关资讯！" type="#_x0000_t75" style="height:13pt;width:11pt;" o:ole="t" filled="f" o:preferrelative="t" stroked="f" coordsize="21600,21600">
            <v:path/>
            <v:fill on="f" focussize="0,0"/>
            <v:stroke on="f" joinstyle="miter"/>
            <v:imagedata r:id="rId208" o:title="eqId5c02bc0c74292b1e8f395f90935d3174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的值及点</w:t>
      </w:r>
      <w:r>
        <w:pict>
          <v:shape id="_x0000_i701456" o:spt="75" alt="学科网(www.zxxk.com)--教育资源门户，提供试卷、教案、课件、论文、素材以及各类教学资源下载，还有大量而丰富的教学相关资讯！" type="#_x0000_t75" style="height:11.25pt;width:11.25pt;" o:ole="t" filled="f" o:preferrelative="t" stroked="f" coordsize="21600,21600">
            <v:path/>
            <v:fill on="f" focussize="0,0"/>
            <v:stroke on="f" joinstyle="miter"/>
            <v:imagedata r:id="rId200" o:title="eqId8455657dde27aabe6adb7b188e031c11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表示的数．</w:t>
      </w:r>
    </w:p>
    <w:p>
      <w:pPr>
        <w:pStyle w:val="Heading1"/>
      </w:pPr>
      <w:r>
        <w:t>期中</w:t>
      </w:r>
    </w:p>
    <w:p>
      <w:pPr>
        <w:pStyle w:val="Heading2"/>
      </w:pPr>
      <w:r>
        <w:t>东城区广渠门中学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是</w:t>
      </w:r>
      <w:r>
        <w:rPr>
          <w:rFonts w:ascii="Times New Roman" w:eastAsia="Times New Roman" w:hAnsi="Times New Roman" w:cs="Times New Roman"/>
          <w:color w:val="000000"/>
        </w:rPr>
        <w:t>2022</w:t>
      </w:r>
      <w:r>
        <w:rPr>
          <w:rFonts w:ascii="宋体" w:eastAsia="宋体" w:hAnsi="宋体" w:cs="宋体"/>
          <w:color w:val="000000"/>
        </w:rPr>
        <w:t>年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月的日历表：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695700" cy="1657350"/>
            <wp:docPr id="155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" name=""/>
                    <pic:cNvPicPr>
                      <a:picLocks noChangeAspect="1"/>
                    </pic:cNvPicPr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在图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中用优美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55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" name=""/>
                    <pic:cNvPicPr>
                      <a:picLocks noChangeAspect="1"/>
                    </pic:cNvPicPr>
                  </pic:nvPicPr>
                  <pic:blipFill>
                    <a:blip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“</w:t>
      </w:r>
      <w:r>
        <w:rPr>
          <w:color w:val="000000"/>
        </w:rPr>
        <w:drawing>
          <wp:inline>
            <wp:extent cx="742950" cy="733425"/>
            <wp:docPr id="1558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" name=""/>
                    <pic:cNvPicPr>
                      <a:picLocks noChangeAspect="1"/>
                    </pic:cNvPicPr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”</w:t>
      </w:r>
      <w:r>
        <w:rPr>
          <w:rFonts w:ascii="Times New Roman" w:eastAsia="Times New Roman" w:hAnsi="Times New Roman" w:cs="Times New Roman"/>
          <w:i/>
          <w:color w:val="000000"/>
        </w:rPr>
        <w:t>U</w:t>
      </w:r>
      <w:r>
        <w:rPr>
          <w:rFonts w:ascii="宋体" w:eastAsia="宋体" w:hAnsi="宋体" w:cs="宋体"/>
          <w:color w:val="000000"/>
        </w:rPr>
        <w:t>形框框住五个数，其中最小的数为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，则</w:t>
      </w:r>
      <w:r>
        <w:pict>
          <v:shape id="_x0000_i701457" type="#_x0000_t75" alt="学科网(www.zxxk.com)--教育资源门户，提供试卷、教案、课件、论文、素材以及各类教学资源下载，还有大量而丰富的教学相关资讯！" style="width:12.75pt;height:14.25pt" o:oleicon="f" o:ole="">
            <v:imagedata r:id="rId212" o:title="eqIdb52b4f24969673c863b5aff4fb6751ce"/>
          </v:shape>
        </w:pict>
      </w:r>
      <w:r>
        <w:rPr>
          <w:rFonts w:ascii="宋体" w:eastAsia="宋体" w:hAnsi="宋体" w:cs="宋体"/>
          <w:color w:val="000000"/>
        </w:rPr>
        <w:t>形框中的五个数字之和为</w:t>
      </w:r>
      <w:r>
        <w:rPr>
          <w:rFonts w:ascii="Times New Roman" w:eastAsia="Times New Roman" w:hAnsi="Times New Roman" w:cs="Times New Roman"/>
          <w:color w:val="000000"/>
        </w:rPr>
        <w:t>_________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在图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中将</w:t>
      </w:r>
      <w:r>
        <w:pict>
          <v:shape id="_x0000_i701458" type="#_x0000_t75" alt="学科网(www.zxxk.com)--教育资源门户，提供试卷、教案、课件、论文、素材以及各类教学资源下载，还有大量而丰富的教学相关资讯！" style="width:12.75pt;height:14.25pt" o:oleicon="f" o:ole="">
            <v:imagedata r:id="rId214" o:title="eqIdb52b4f24969673c863b5aff4fb6751ce"/>
          </v:shape>
        </w:pict>
      </w:r>
      <w:r>
        <w:rPr>
          <w:rFonts w:ascii="宋体" w:eastAsia="宋体" w:hAnsi="宋体" w:cs="宋体"/>
          <w:color w:val="000000"/>
        </w:rPr>
        <w:t>形框上下左右移动，框住日历表中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56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" name=""/>
                    <pic:cNvPicPr>
                      <a:picLocks noChangeAspect="1"/>
                    </pic:cNvPicPr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个数字，设最小的数字为</w:t>
      </w:r>
      <w:r>
        <w:pict>
          <v:shape id="_x0000_i701459" type="#_x0000_t75" alt="学科网(www.zxxk.com)--教育资源门户，提供试卷、教案、课件、论文、素材以及各类教学资源下载，还有大量而丰富的教学相关资讯！" style="width:9pt;height:9.75pt" o:oleicon="f" o:ole="">
            <v:imagedata r:id="rId215" o:title="eqId81dea63b8ce3e51adf66cf7b9982a248"/>
          </v:shape>
        </w:pict>
      </w:r>
      <w:r>
        <w:rPr>
          <w:rFonts w:ascii="宋体" w:eastAsia="宋体" w:hAnsi="宋体" w:cs="宋体"/>
          <w:color w:val="000000"/>
        </w:rPr>
        <w:t>，用代数式表示</w:t>
      </w:r>
      <w:r>
        <w:pict>
          <v:shape id="_x0000_i701460" type="#_x0000_t75" alt="学科网(www.zxxk.com)--教育资源门户，提供试卷、教案、课件、论文、素材以及各类教学资源下载，还有大量而丰富的教学相关资讯！" style="width:12.75pt;height:14.25pt" o:oleicon="f" o:ole="">
            <v:imagedata r:id="rId214" o:title="eqIdb52b4f24969673c863b5aff4fb6751ce"/>
          </v:shape>
        </w:pict>
      </w:r>
      <w:r>
        <w:rPr>
          <w:rFonts w:ascii="宋体" w:eastAsia="宋体" w:hAnsi="宋体" w:cs="宋体"/>
          <w:color w:val="000000"/>
        </w:rPr>
        <w:t>形框框住的五个数字之和为</w:t>
      </w:r>
      <w:r>
        <w:rPr>
          <w:rFonts w:ascii="Times New Roman" w:eastAsia="Times New Roman" w:hAnsi="Times New Roman" w:cs="Times New Roman"/>
          <w:color w:val="000000"/>
        </w:rPr>
        <w:t>_________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在图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中移动</w:t>
      </w:r>
      <w:r>
        <w:pict>
          <v:shape id="_x0000_i701461" type="#_x0000_t75" alt="学科网(www.zxxk.com)--教育资源门户，提供试卷、教案、课件、论文、素材以及各类教学资源下载，还有大量而丰富的教学相关资讯！" style="width:12.75pt;height:14.25pt" o:oleicon="f" o:ole="">
            <v:imagedata r:id="rId216" o:title="eqIdb52b4f24969673c863b5aff4fb6751ce"/>
          </v:shape>
        </w:pict>
      </w:r>
      <w:r>
        <w:rPr>
          <w:rFonts w:ascii="宋体" w:eastAsia="宋体" w:hAnsi="宋体" w:cs="宋体"/>
          <w:color w:val="000000"/>
        </w:rPr>
        <w:t>形框的位置，若</w:t>
      </w:r>
      <w:r>
        <w:pict>
          <v:shape id="_x0000_i701462" type="#_x0000_t75" alt="学科网(www.zxxk.com)--教育资源门户，提供试卷、教案、课件、论文、素材以及各类教学资源下载，还有大量而丰富的教学相关资讯！" style="width:12.75pt;height:14.25pt" o:oleicon="f" o:ole="">
            <v:imagedata r:id="rId216" o:title="eqIdb52b4f24969673c863b5aff4fb6751ce"/>
          </v:shape>
        </w:pict>
      </w:r>
      <w:r>
        <w:rPr>
          <w:rFonts w:ascii="宋体" w:eastAsia="宋体" w:hAnsi="宋体" w:cs="宋体"/>
          <w:color w:val="000000"/>
        </w:rPr>
        <w:t>形框框住的五个数字之和为</w:t>
      </w:r>
      <w:r>
        <w:rPr>
          <w:rFonts w:ascii="Times New Roman" w:eastAsia="Times New Roman" w:hAnsi="Times New Roman" w:cs="Times New Roman"/>
          <w:color w:val="000000"/>
        </w:rPr>
        <w:t>53</w:t>
      </w:r>
      <w:r>
        <w:rPr>
          <w:rFonts w:ascii="宋体" w:eastAsia="宋体" w:hAnsi="宋体" w:cs="宋体"/>
          <w:color w:val="000000"/>
        </w:rPr>
        <w:t>，则这五个数字从小到大依次为</w:t>
      </w:r>
      <w:r>
        <w:rPr>
          <w:rFonts w:ascii="Times New Roman" w:eastAsia="Times New Roman" w:hAnsi="Times New Roman" w:cs="Times New Roman"/>
          <w:color w:val="000000"/>
        </w:rPr>
        <w:t>_________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eastAsia="宋体" w:hAnsi="宋体" w:cs="宋体"/>
          <w:color w:val="000000"/>
        </w:rPr>
        <w:t>在图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日历表的基础上，继续将连续的自然数排列成如图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的数表，在图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中</w:t>
      </w:r>
      <w:r>
        <w:pict>
          <v:shape id="_x0000_i701463" type="#_x0000_t75" alt="学科网(www.zxxk.com)--教育资源门户，提供试卷、教案、课件、论文、素材以及各类教学资源下载，还有大量而丰富的教学相关资讯！" style="width:12.75pt;height:14.25pt" o:oleicon="f" o:ole="">
            <v:imagedata r:id="rId217" o:title="eqIdb52b4f24969673c863b5aff4fb6751ce"/>
          </v:shape>
        </w:pict>
      </w:r>
      <w:r>
        <w:rPr>
          <w:rFonts w:ascii="宋体" w:eastAsia="宋体" w:hAnsi="宋体" w:cs="宋体"/>
          <w:color w:val="000000"/>
        </w:rPr>
        <w:t>形框框住的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个数字之和能等于</w:t>
      </w:r>
      <w:r>
        <w:rPr>
          <w:rFonts w:ascii="Times New Roman" w:eastAsia="Times New Roman" w:hAnsi="Times New Roman" w:cs="Times New Roman"/>
          <w:color w:val="000000"/>
        </w:rPr>
        <w:t>2023</w:t>
      </w:r>
      <w:r>
        <w:rPr>
          <w:rFonts w:ascii="宋体" w:eastAsia="宋体" w:hAnsi="宋体" w:cs="宋体"/>
          <w:color w:val="000000"/>
        </w:rPr>
        <w:t>吗？若能，分别写出</w:t>
      </w:r>
      <w:r>
        <w:pict>
          <v:shape id="_x0000_i701464" type="#_x0000_t75" alt="学科网(www.zxxk.com)--教育资源门户，提供试卷、教案、课件、论文、素材以及各类教学资源下载，还有大量而丰富的教学相关资讯！" style="width:12.75pt;height:14.25pt" o:oleicon="f" o:ole="">
            <v:imagedata r:id="rId217" o:title="eqIdb52b4f24969673c863b5aff4fb6751ce"/>
          </v:shape>
        </w:pict>
      </w:r>
      <w:r>
        <w:rPr>
          <w:rFonts w:ascii="宋体" w:eastAsia="宋体" w:hAnsi="宋体" w:cs="宋体"/>
          <w:color w:val="000000"/>
        </w:rPr>
        <w:t>形框框住的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个数字；若不能，请说明理由．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阅读下列材料：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我们给出如下定义：数轴上给定不重合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56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" name=""/>
                    <pic:cNvPicPr>
                      <a:picLocks noChangeAspect="1"/>
                    </pic:cNvPicPr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两点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465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219" o:title="eqId7f9e8449aad35c5d840a3395ea86df6d"/>
          </v:shape>
        </w:pict>
      </w:r>
      <w:r>
        <w:rPr>
          <w:rFonts w:ascii="宋体" w:eastAsia="宋体" w:hAnsi="宋体" w:cs="宋体"/>
          <w:color w:val="000000"/>
        </w:rPr>
        <w:t>以及一条线段</w:t>
      </w:r>
      <w:r>
        <w:pict>
          <v:shape id="_x0000_i701466" type="#_x0000_t75" alt="学科网(www.zxxk.com)--教育资源门户，提供试卷、教案、课件、论文、素材以及各类教学资源下载，还有大量而丰富的教学相关资讯！" style="width:18pt;height:15pt" o:oleicon="f" o:ole="">
            <v:imagedata r:id="rId220" o:title="eqId7a5f1641947153c80b987320885a2b57"/>
          </v:shape>
        </w:pict>
      </w:r>
      <w:r>
        <w:rPr>
          <w:rFonts w:ascii="宋体" w:eastAsia="宋体" w:hAnsi="宋体" w:cs="宋体"/>
          <w:color w:val="000000"/>
        </w:rPr>
        <w:t>，（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）若数轴上存在一点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，使得点</w:t>
      </w:r>
      <w:r>
        <w:pict>
          <v:shape id="_x0000_i701467" type="#_x0000_t75" alt="学科网(www.zxxk.com)--教育资源门户，提供试卷、教案、课件、论文、素材以及各类教学资源下载，还有大量而丰富的教学相关资讯！" style="width:14.25pt;height:10.5pt" o:oleicon="f" o:ole="">
            <v:imagedata r:id="rId221" o:title="eqIdac047e91852b91af639feec23a9598b2"/>
          </v:shape>
        </w:pict>
      </w:r>
      <w:r>
        <w:rPr>
          <w:rFonts w:ascii="宋体" w:eastAsia="宋体" w:hAnsi="宋体" w:cs="宋体"/>
          <w:color w:val="000000"/>
        </w:rPr>
        <w:t>到点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的距离等于点</w:t>
      </w:r>
      <w:r>
        <w:pict>
          <v:shape id="_x0000_i701468" type="#_x0000_t75" alt="学科网(www.zxxk.com)--教育资源门户，提供试卷、教案、课件、论文、素材以及各类教学资源下载，还有大量而丰富的教学相关资讯！" style="width:14.25pt;height:10.5pt" o:oleicon="f" o:ole="">
            <v:imagedata r:id="rId221" o:title="eqIdac047e91852b91af639feec23a9598b2"/>
          </v:shape>
        </w:pict>
      </w:r>
      <w:r>
        <w:rPr>
          <w:rFonts w:ascii="宋体" w:eastAsia="宋体" w:hAnsi="宋体" w:cs="宋体"/>
          <w:color w:val="000000"/>
        </w:rPr>
        <w:t>到点</w:t>
      </w:r>
      <w:r>
        <w:pict>
          <v:shape id="_x0000_i701469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219" o:title="eqId7f9e8449aad35c5d840a3395ea86df6d"/>
          </v:shape>
        </w:pict>
      </w:r>
      <w:r>
        <w:rPr>
          <w:rFonts w:ascii="宋体" w:eastAsia="宋体" w:hAnsi="宋体" w:cs="宋体"/>
          <w:color w:val="000000"/>
        </w:rPr>
        <w:t>的距离，则称点</w:t>
      </w:r>
      <w:r>
        <w:pict>
          <v:shape id="_x0000_i701470" type="#_x0000_t75" alt="学科网(www.zxxk.com)--教育资源门户，提供试卷、教案、课件、论文、素材以及各类教学资源下载，还有大量而丰富的教学相关资讯！" style="width:14.25pt;height:10.5pt" o:oleicon="f" o:ole="">
            <v:imagedata r:id="rId221" o:title="eqIdac047e91852b91af639feec23a9598b2"/>
          </v:shape>
        </w:pict>
      </w:r>
      <w:r>
        <w:rPr>
          <w:rFonts w:ascii="宋体" w:eastAsia="宋体" w:hAnsi="宋体" w:cs="宋体"/>
          <w:color w:val="000000"/>
        </w:rPr>
        <w:t>为点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与点</w:t>
      </w:r>
      <w:r>
        <w:pict>
          <v:shape id="_x0000_i701471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219" o:title="eqId7f9e8449aad35c5d840a3395ea86df6d"/>
          </v:shape>
        </w:pict>
      </w:r>
      <w:r>
        <w:rPr>
          <w:rFonts w:ascii="宋体" w:eastAsia="宋体" w:hAnsi="宋体" w:cs="宋体"/>
          <w:color w:val="000000"/>
        </w:rPr>
        <w:t>的“中位点”；（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）若点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与点</w:t>
      </w:r>
      <w:r>
        <w:pict>
          <v:shape id="_x0000_i701472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219" o:title="eqId7f9e8449aad35c5d840a3395ea86df6d"/>
          </v:shape>
        </w:pict>
      </w:r>
      <w:r>
        <w:rPr>
          <w:rFonts w:ascii="宋体" w:eastAsia="宋体" w:hAnsi="宋体" w:cs="宋体"/>
          <w:color w:val="000000"/>
        </w:rPr>
        <w:t>的“中位点”</w:t>
      </w:r>
      <w:r>
        <w:pict>
          <v:shape id="_x0000_i701473" type="#_x0000_t75" alt="学科网(www.zxxk.com)--教育资源门户，提供试卷、教案、课件、论文、素材以及各类教学资源下载，还有大量而丰富的教学相关资讯！" style="width:14.25pt;height:10.5pt" o:oleicon="f" o:ole="">
            <v:imagedata r:id="rId221" o:title="eqIdac047e91852b91af639feec23a9598b2"/>
          </v:shape>
        </w:pict>
      </w:r>
      <w:r>
        <w:rPr>
          <w:rFonts w:ascii="宋体" w:eastAsia="宋体" w:hAnsi="宋体" w:cs="宋体"/>
          <w:color w:val="000000"/>
        </w:rPr>
        <w:t>在线段</w:t>
      </w:r>
      <w:r>
        <w:pict>
          <v:shape id="_x0000_i701474" type="#_x0000_t75" alt="学科网(www.zxxk.com)--教育资源门户，提供试卷、教案、课件、论文、素材以及各类教学资源下载，还有大量而丰富的教学相关资讯！" style="width:18pt;height:15pt" o:oleicon="f" o:ole="">
            <v:imagedata r:id="rId220" o:title="eqId7a5f1641947153c80b987320885a2b57"/>
          </v:shape>
        </w:pict>
      </w:r>
      <w:r>
        <w:rPr>
          <w:rFonts w:ascii="宋体" w:eastAsia="宋体" w:hAnsi="宋体" w:cs="宋体"/>
          <w:color w:val="000000"/>
        </w:rPr>
        <w:t>上（点</w:t>
      </w:r>
      <w:r>
        <w:pict>
          <v:shape id="_x0000_i701475" type="#_x0000_t75" alt="学科网(www.zxxk.com)--教育资源门户，提供试卷、教案、课件、论文、素材以及各类教学资源下载，还有大量而丰富的教学相关资讯！" style="width:14.25pt;height:10.5pt" o:oleicon="f" o:ole="">
            <v:imagedata r:id="rId221" o:title="eqIdac047e91852b91af639feec23a9598b2"/>
          </v:shape>
        </w:pict>
      </w:r>
      <w:r>
        <w:rPr>
          <w:rFonts w:ascii="宋体" w:eastAsia="宋体" w:hAnsi="宋体" w:cs="宋体"/>
          <w:color w:val="000000"/>
        </w:rPr>
        <w:t>可以与点</w:t>
      </w:r>
      <w:r>
        <w:pict>
          <v:shape id="_x0000_i701476" type="#_x0000_t75" alt="学科网(www.zxxk.com)--教育资源门户，提供试卷、教案、课件、论文、素材以及各类教学资源下载，还有大量而丰富的教学相关资讯！" style="width:11.25pt;height:12pt" o:oleicon="f" o:ole="">
            <v:imagedata r:id="rId222" o:title="eqIddad2a36927223bd70f426ba06aea4b45"/>
          </v:shape>
        </w:pict>
      </w:r>
      <w:r>
        <w:rPr>
          <w:rFonts w:ascii="宋体" w:eastAsia="宋体" w:hAnsi="宋体" w:cs="宋体"/>
          <w:color w:val="000000"/>
        </w:rPr>
        <w:t>或</w:t>
      </w:r>
      <w:r>
        <w:pict>
          <v:shape id="_x0000_i701477" type="#_x0000_t75" alt="学科网(www.zxxk.com)--教育资源门户，提供试卷、教案、课件、论文、素材以及各类教学资源下载，还有大量而丰富的教学相关资讯！" style="width:12pt;height:15.6pt" o:oleicon="f" o:ole="">
            <v:imagedata r:id="rId223" o:title="eqIdacc290b44635265137fdf13146b6a6d9"/>
          </v:shape>
        </w:pict>
      </w:r>
      <w:r>
        <w:rPr>
          <w:rFonts w:ascii="宋体" w:eastAsia="宋体" w:hAnsi="宋体" w:cs="宋体"/>
          <w:color w:val="000000"/>
        </w:rPr>
        <w:t>重合），则称点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与点</w:t>
      </w:r>
      <w:r>
        <w:pict>
          <v:shape id="_x0000_i701478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219" o:title="eqId7f9e8449aad35c5d840a3395ea86df6d"/>
          </v:shape>
        </w:pict>
      </w:r>
      <w:r>
        <w:rPr>
          <w:rFonts w:ascii="宋体" w:eastAsia="宋体" w:hAnsi="宋体" w:cs="宋体"/>
          <w:color w:val="000000"/>
        </w:rPr>
        <w:t>关于线段</w:t>
      </w:r>
      <w:r>
        <w:pict>
          <v:shape id="_x0000_i701479" type="#_x0000_t75" alt="学科网(www.zxxk.com)--教育资源门户，提供试卷、教案、课件、论文、素材以及各类教学资源下载，还有大量而丰富的教学相关资讯！" style="width:18pt;height:15pt" o:oleicon="f" o:ole="">
            <v:imagedata r:id="rId220" o:title="eqId7a5f1641947153c80b987320885a2b57"/>
          </v:shape>
        </w:pict>
      </w:r>
      <w:r>
        <w:rPr>
          <w:rFonts w:ascii="宋体" w:eastAsia="宋体" w:hAnsi="宋体" w:cs="宋体"/>
          <w:color w:val="000000"/>
        </w:rPr>
        <w:t>“中位对称”．如图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表示的数为</w:t>
      </w:r>
      <w:r>
        <w:pict>
          <v:shape id="_x0000_i701480" type="#_x0000_t75" alt="学科网(www.zxxk.com)--教育资源门户，提供试卷、教案、课件、论文、素材以及各类教学资源下载，还有大量而丰富的教学相关资讯！" style="width:16.05pt;height:13.9pt" o:oleicon="f" o:ole="">
            <v:imagedata r:id="rId224" o:title="eqId81fb134b2b48acc99213fff6ccfee65f"/>
          </v:shape>
        </w:pict>
      </w:r>
      <w:r>
        <w:rPr>
          <w:rFonts w:ascii="宋体" w:eastAsia="宋体" w:hAnsi="宋体" w:cs="宋体"/>
          <w:color w:val="000000"/>
        </w:rPr>
        <w:t>，点</w:t>
      </w:r>
      <w:r>
        <w:pict>
          <v:shape id="_x0000_i701481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219" o:title="eqId7f9e8449aad35c5d840a3395ea86df6d"/>
          </v:shape>
        </w:pict>
      </w:r>
      <w:r>
        <w:rPr>
          <w:rFonts w:ascii="宋体" w:eastAsia="宋体" w:hAnsi="宋体" w:cs="宋体"/>
          <w:color w:val="000000"/>
        </w:rPr>
        <w:t>表示的数为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，点</w:t>
      </w:r>
      <w:r>
        <w:pict>
          <v:shape id="_x0000_i701482" type="#_x0000_t75" alt="学科网(www.zxxk.com)--教育资源门户，提供试卷、教案、课件、论文、素材以及各类教学资源下载，还有大量而丰富的教学相关资讯！" style="width:14.25pt;height:10.5pt" o:oleicon="f" o:ole="">
            <v:imagedata r:id="rId221" o:title="eqIdac047e91852b91af639feec23a9598b2"/>
          </v:shape>
        </w:pict>
      </w:r>
      <w:r>
        <w:rPr>
          <w:rFonts w:ascii="宋体" w:eastAsia="宋体" w:hAnsi="宋体" w:cs="宋体"/>
          <w:color w:val="000000"/>
        </w:rPr>
        <w:t>表示的数为</w:t>
      </w:r>
      <w:r>
        <w:pict>
          <v:shape id="_x0000_i701483" type="#_x0000_t75" alt="学科网(www.zxxk.com)--教育资源门户，提供试卷、教案、课件、论文、素材以及各类教学资源下载，还有大量而丰富的教学相关资讯！" style="width:12pt;height:10.5pt" o:oleicon="f" o:ole="">
            <v:imagedata r:id="rId225" o:title="eqIdacbc6a613224461ade69362d46550474"/>
          </v:shape>
        </w:pict>
      </w:r>
      <w:r>
        <w:rPr>
          <w:rFonts w:ascii="宋体" w:eastAsia="宋体" w:hAnsi="宋体" w:cs="宋体"/>
          <w:color w:val="000000"/>
        </w:rPr>
        <w:t>，点</w:t>
      </w:r>
      <w:r>
        <w:pict>
          <v:shape id="_x0000_i701484" type="#_x0000_t75" alt="学科网(www.zxxk.com)--教育资源门户，提供试卷、教案、课件、论文、素材以及各类教学资源下载，还有大量而丰富的教学相关资讯！" style="width:14.25pt;height:10.5pt" o:oleicon="f" o:ole="">
            <v:imagedata r:id="rId221" o:title="eqIdac047e91852b91af639feec23a9598b2"/>
          </v:shape>
        </w:pict>
      </w:r>
      <w:r>
        <w:rPr>
          <w:rFonts w:ascii="宋体" w:eastAsia="宋体" w:hAnsi="宋体" w:cs="宋体"/>
          <w:color w:val="000000"/>
        </w:rPr>
        <w:t>到点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的距离等于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，点</w:t>
      </w:r>
      <w:r>
        <w:pict>
          <v:shape id="_x0000_i701485" type="#_x0000_t75" alt="学科网(www.zxxk.com)--教育资源门户，提供试卷、教案、课件、论文、素材以及各类教学资源下载，还有大量而丰富的教学相关资讯！" style="width:14.25pt;height:10.5pt" o:oleicon="f" o:ole="">
            <v:imagedata r:id="rId221" o:title="eqIdac047e91852b91af639feec23a9598b2"/>
          </v:shape>
        </w:pict>
      </w:r>
      <w:r>
        <w:rPr>
          <w:rFonts w:ascii="宋体" w:eastAsia="宋体" w:hAnsi="宋体" w:cs="宋体"/>
          <w:color w:val="000000"/>
        </w:rPr>
        <w:t>到点</w:t>
      </w:r>
      <w:r>
        <w:pict>
          <v:shape id="_x0000_i701486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219" o:title="eqId7f9e8449aad35c5d840a3395ea86df6d"/>
          </v:shape>
        </w:pict>
      </w:r>
      <w:r>
        <w:rPr>
          <w:rFonts w:ascii="宋体" w:eastAsia="宋体" w:hAnsi="宋体" w:cs="宋体"/>
          <w:color w:val="000000"/>
        </w:rPr>
        <w:t>的距离也等于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，那么点</w:t>
      </w:r>
      <w:r>
        <w:pict>
          <v:shape id="_x0000_i701487" type="#_x0000_t75" alt="学科网(www.zxxk.com)--教育资源门户，提供试卷、教案、课件、论文、素材以及各类教学资源下载，还有大量而丰富的教学相关资讯！" style="width:14.25pt;height:10.5pt" o:oleicon="f" o:ole="">
            <v:imagedata r:id="rId221" o:title="eqIdac047e91852b91af639feec23a9598b2"/>
          </v:shape>
        </w:pict>
      </w:r>
      <w:r>
        <w:rPr>
          <w:rFonts w:ascii="宋体" w:eastAsia="宋体" w:hAnsi="宋体" w:cs="宋体"/>
          <w:color w:val="000000"/>
        </w:rPr>
        <w:t>为点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与点</w:t>
      </w:r>
      <w:r>
        <w:pict>
          <v:shape id="_x0000_i701488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219" o:title="eqId7f9e8449aad35c5d840a3395ea86df6d"/>
          </v:shape>
        </w:pict>
      </w:r>
      <w:r>
        <w:rPr>
          <w:rFonts w:ascii="宋体" w:eastAsia="宋体" w:hAnsi="宋体" w:cs="宋体"/>
          <w:color w:val="000000"/>
        </w:rPr>
        <w:t>的“中位点”；点</w:t>
      </w:r>
      <w:r>
        <w:pict>
          <v:shape id="_x0000_i701489" type="#_x0000_t75" alt="学科网(www.zxxk.com)--教育资源门户，提供试卷、教案、课件、论文、素材以及各类教学资源下载，还有大量而丰富的教学相关资讯！" style="width:11.25pt;height:12pt" o:oleicon="f" o:ole="">
            <v:imagedata r:id="rId222" o:title="eqIddad2a36927223bd70f426ba06aea4b45"/>
          </v:shape>
        </w:pict>
      </w:r>
      <w:r>
        <w:rPr>
          <w:rFonts w:ascii="宋体" w:eastAsia="宋体" w:hAnsi="宋体" w:cs="宋体"/>
          <w:color w:val="000000"/>
        </w:rPr>
        <w:t>表示的数为</w:t>
      </w:r>
      <w:r>
        <w:pict>
          <v:shape id="_x0000_i701490" type="#_x0000_t75" alt="学科网(www.zxxk.com)--教育资源门户，提供试卷、教案、课件、论文、素材以及各类教学资源下载，还有大量而丰富的教学相关资讯！" style="width:15.75pt;height:12.75pt" o:oleicon="f" o:ole="">
            <v:imagedata r:id="rId226" o:title="eqId274a9dc37509f01c2606fb3086a46f4f"/>
          </v:shape>
        </w:pict>
      </w:r>
      <w:r>
        <w:rPr>
          <w:rFonts w:ascii="宋体" w:eastAsia="宋体" w:hAnsi="宋体" w:cs="宋体"/>
          <w:color w:val="000000"/>
        </w:rPr>
        <w:t>，点</w:t>
      </w:r>
      <w:r>
        <w:pict>
          <v:shape id="_x0000_i701491" type="#_x0000_t75" alt="学科网(www.zxxk.com)--教育资源门户，提供试卷、教案、课件、论文、素材以及各类教学资源下载，还有大量而丰富的教学相关资讯！" style="width:12pt;height:15.6pt" o:oleicon="f" o:ole="">
            <v:imagedata r:id="rId223" o:title="eqIdacc290b44635265137fdf13146b6a6d9"/>
          </v:shape>
        </w:pict>
      </w:r>
      <w:r>
        <w:rPr>
          <w:rFonts w:ascii="宋体" w:eastAsia="宋体" w:hAnsi="宋体" w:cs="宋体"/>
          <w:color w:val="000000"/>
        </w:rPr>
        <w:t>表示的数为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与点</w:t>
      </w:r>
      <w:r>
        <w:pict>
          <v:shape id="_x0000_i701492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219" o:title="eqId7f9e8449aad35c5d840a3395ea86df6d"/>
          </v:shape>
        </w:pict>
      </w:r>
      <w:r>
        <w:rPr>
          <w:rFonts w:ascii="宋体" w:eastAsia="宋体" w:hAnsi="宋体" w:cs="宋体"/>
          <w:color w:val="000000"/>
        </w:rPr>
        <w:t>的“中位点”</w:t>
      </w:r>
      <w:r>
        <w:pict>
          <v:shape id="_x0000_i701493" type="#_x0000_t75" alt="学科网(www.zxxk.com)--教育资源门户，提供试卷、教案、课件、论文、素材以及各类教学资源下载，还有大量而丰富的教学相关资讯！" style="width:14.25pt;height:10.5pt" o:oleicon="f" o:ole="">
            <v:imagedata r:id="rId221" o:title="eqIdac047e91852b91af639feec23a9598b2"/>
          </v:shape>
        </w:pict>
      </w:r>
      <w:r>
        <w:rPr>
          <w:rFonts w:ascii="宋体" w:eastAsia="宋体" w:hAnsi="宋体" w:cs="宋体"/>
          <w:color w:val="000000"/>
        </w:rPr>
        <w:t>在线段</w:t>
      </w:r>
      <w:r>
        <w:pict>
          <v:shape id="_x0000_i701494" type="#_x0000_t75" alt="学科网(www.zxxk.com)--教育资源门户，提供试卷、教案、课件、论文、素材以及各类教学资源下载，还有大量而丰富的教学相关资讯！" style="width:18pt;height:15pt" o:oleicon="f" o:ole="">
            <v:imagedata r:id="rId220" o:title="eqId7a5f1641947153c80b987320885a2b57"/>
          </v:shape>
        </w:pict>
      </w:r>
      <w:r>
        <w:rPr>
          <w:rFonts w:ascii="宋体" w:eastAsia="宋体" w:hAnsi="宋体" w:cs="宋体"/>
          <w:color w:val="000000"/>
        </w:rPr>
        <w:t>上，那么点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与点</w:t>
      </w:r>
      <w:r>
        <w:pict>
          <v:shape id="_x0000_i701495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219" o:title="eqId7f9e8449aad35c5d840a3395ea86df6d"/>
          </v:shape>
        </w:pict>
      </w:r>
      <w:r>
        <w:rPr>
          <w:rFonts w:ascii="宋体" w:eastAsia="宋体" w:hAnsi="宋体" w:cs="宋体"/>
          <w:color w:val="000000"/>
        </w:rPr>
        <w:t>关于线段</w:t>
      </w:r>
      <w:r>
        <w:pict>
          <v:shape id="_x0000_i701496" type="#_x0000_t75" alt="学科网(www.zxxk.com)--教育资源门户，提供试卷、教案、课件、论文、素材以及各类教学资源下载，还有大量而丰富的教学相关资讯！" style="width:18pt;height:15pt" o:oleicon="f" o:ole="">
            <v:imagedata r:id="rId220" o:title="eqId7a5f1641947153c80b987320885a2b57"/>
          </v:shape>
        </w:pict>
      </w:r>
      <w:r>
        <w:rPr>
          <w:rFonts w:ascii="宋体" w:eastAsia="宋体" w:hAnsi="宋体" w:cs="宋体"/>
          <w:color w:val="000000"/>
        </w:rPr>
        <w:t>“中位对称”．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5238750" cy="544844"/>
            <wp:docPr id="156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" name=""/>
                    <pic:cNvPicPr>
                      <a:picLocks noChangeAspect="1"/>
                    </pic:cNvPicPr>
                  </pic:nvPicPr>
                  <pic:blipFill>
                    <a:blip r:embed="rId227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544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根据以上定义完成下列问题：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已知：如图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，点</w:t>
      </w:r>
      <w:r>
        <w:pict>
          <v:shape id="_x0000_i701497" type="#_x0000_t75" alt="学科网(www.zxxk.com)--教育资源门户，提供试卷、教案、课件、论文、素材以及各类教学资源下载，还有大量而丰富的教学相关资讯！" style="width:12pt;height:14.25pt" o:oleicon="f" o:ole="">
            <v:imagedata r:id="rId228" o:title="eqId1dde8112e8eb968fd042418dd632759e"/>
          </v:shape>
        </w:pict>
      </w:r>
      <w:r>
        <w:rPr>
          <w:rFonts w:ascii="宋体" w:eastAsia="宋体" w:hAnsi="宋体" w:cs="宋体"/>
          <w:color w:val="000000"/>
        </w:rPr>
        <w:t>为数轴的原点，点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表示的数为</w:t>
      </w:r>
      <w:r>
        <w:pict>
          <v:shape id="_x0000_i701498" type="#_x0000_t75" alt="学科网(www.zxxk.com)--教育资源门户，提供试卷、教案、课件、论文、素材以及各类教学资源下载，还有大量而丰富的教学相关资讯！" style="width:15.75pt;height:12.75pt" o:oleicon="f" o:ole="">
            <v:imagedata r:id="rId229" o:title="eqId274a9dc37509f01c2606fb3086a46f4f"/>
          </v:shape>
        </w:pict>
      </w:r>
      <w:r>
        <w:rPr>
          <w:rFonts w:ascii="宋体" w:eastAsia="宋体" w:hAnsi="宋体" w:cs="宋体"/>
          <w:color w:val="000000"/>
        </w:rPr>
        <w:t>，点</w:t>
      </w:r>
      <w:r>
        <w:pict>
          <v:shape id="_x0000_i701499" type="#_x0000_t75" alt="学科网(www.zxxk.com)--教育资源门户，提供试卷、教案、课件、论文、素材以及各类教学资源下载，还有大量而丰富的教学相关资讯！" style="width:11.25pt;height:12pt" o:oleicon="f" o:ole="">
            <v:imagedata r:id="rId230" o:title="eqId4aa0df7f1e45f9de29e802c7f19a4f64"/>
          </v:shape>
        </w:pict>
      </w:r>
      <w:r>
        <w:rPr>
          <w:rFonts w:ascii="宋体" w:eastAsia="宋体" w:hAnsi="宋体" w:cs="宋体"/>
          <w:color w:val="000000"/>
        </w:rPr>
        <w:t>表示的数为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①若点</w:t>
      </w:r>
      <w:r>
        <w:pict>
          <v:shape id="_x0000_i701500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231" o:title="eqId7f9e8449aad35c5d840a3395ea86df6d"/>
          </v:shape>
        </w:pict>
      </w:r>
      <w:r>
        <w:rPr>
          <w:rFonts w:ascii="宋体" w:eastAsia="宋体" w:hAnsi="宋体" w:cs="宋体"/>
          <w:color w:val="000000"/>
        </w:rPr>
        <w:t>表示的数为</w:t>
      </w:r>
      <w:r>
        <w:pict>
          <v:shape id="_x0000_i701501" type="#_x0000_t75" alt="学科网(www.zxxk.com)--教育资源门户，提供试卷、教案、课件、论文、素材以及各类教学资源下载，还有大量而丰富的教学相关资讯！" style="width:15.75pt;height:14.25pt" o:oleicon="f" o:ole="">
            <v:imagedata r:id="rId232" o:title="eqIdd13ce3ebd1112220c639562739f1f9d1"/>
          </v:shape>
        </w:pict>
      </w:r>
      <w:r>
        <w:rPr>
          <w:rFonts w:ascii="宋体" w:eastAsia="宋体" w:hAnsi="宋体" w:cs="宋体"/>
          <w:color w:val="000000"/>
        </w:rPr>
        <w:t>，点</w:t>
      </w:r>
      <w:r>
        <w:pict>
          <v:shape id="_x0000_i701502" type="#_x0000_t75" alt="学科网(www.zxxk.com)--教育资源门户，提供试卷、教案、课件、论文、素材以及各类教学资源下载，还有大量而丰富的教学相关资讯！" style="width:14.25pt;height:10.5pt" o:oleicon="f" o:ole="">
            <v:imagedata r:id="rId233" o:title="eqIdac047e91852b91af639feec23a9598b2"/>
          </v:shape>
        </w:pict>
      </w:r>
      <w:r>
        <w:rPr>
          <w:rFonts w:ascii="宋体" w:eastAsia="宋体" w:hAnsi="宋体" w:cs="宋体"/>
          <w:color w:val="000000"/>
        </w:rPr>
        <w:t>为点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与点</w:t>
      </w:r>
      <w:r>
        <w:pict>
          <v:shape id="_x0000_i701503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231" o:title="eqId7f9e8449aad35c5d840a3395ea86df6d"/>
          </v:shape>
        </w:pict>
      </w:r>
      <w:r>
        <w:rPr>
          <w:rFonts w:ascii="宋体" w:eastAsia="宋体" w:hAnsi="宋体" w:cs="宋体"/>
          <w:color w:val="000000"/>
        </w:rPr>
        <w:t>的“中位点”，则点</w:t>
      </w:r>
      <w:r>
        <w:pict>
          <v:shape id="_x0000_i701504" type="#_x0000_t75" alt="学科网(www.zxxk.com)--教育资源门户，提供试卷、教案、课件、论文、素材以及各类教学资源下载，还有大量而丰富的教学相关资讯！" style="width:14.25pt;height:10.5pt" o:oleicon="f" o:ole="">
            <v:imagedata r:id="rId233" o:title="eqIdac047e91852b91af639feec23a9598b2"/>
          </v:shape>
        </w:pict>
      </w:r>
      <w:r>
        <w:rPr>
          <w:rFonts w:ascii="宋体" w:eastAsia="宋体" w:hAnsi="宋体" w:cs="宋体"/>
          <w:color w:val="000000"/>
        </w:rPr>
        <w:t>表示的数为</w:t>
      </w:r>
      <w:r>
        <w:rPr>
          <w:rFonts w:ascii="Times New Roman" w:eastAsia="Times New Roman" w:hAnsi="Times New Roman" w:cs="Times New Roman"/>
          <w:color w:val="000000"/>
        </w:rPr>
        <w:t>_________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②若点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与点</w:t>
      </w:r>
      <w:r>
        <w:pict>
          <v:shape id="_x0000_i701505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234" o:title="eqId7f9e8449aad35c5d840a3395ea86df6d"/>
          </v:shape>
        </w:pict>
      </w:r>
      <w:r>
        <w:rPr>
          <w:rFonts w:ascii="宋体" w:eastAsia="宋体" w:hAnsi="宋体" w:cs="宋体"/>
          <w:color w:val="000000"/>
        </w:rPr>
        <w:t>的“中位点”</w:t>
      </w:r>
      <w:r>
        <w:pict>
          <v:shape id="_x0000_i701506" type="#_x0000_t75" alt="学科网(www.zxxk.com)--教育资源门户，提供试卷、教案、课件、论文、素材以及各类教学资源下载，还有大量而丰富的教学相关资讯！" style="width:14.25pt;height:10.5pt" o:oleicon="f" o:ole="">
            <v:imagedata r:id="rId235" o:title="eqIdac047e91852b91af639feec23a9598b2"/>
          </v:shape>
        </w:pict>
      </w:r>
      <w:r>
        <w:rPr>
          <w:rFonts w:ascii="宋体" w:eastAsia="宋体" w:hAnsi="宋体" w:cs="宋体"/>
          <w:color w:val="000000"/>
        </w:rPr>
        <w:t>表示的数为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，则点</w:t>
      </w:r>
      <w:r>
        <w:pict>
          <v:shape id="_x0000_i701507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234" o:title="eqId7f9e8449aad35c5d840a3395ea86df6d"/>
          </v:shape>
        </w:pict>
      </w:r>
      <w:r>
        <w:rPr>
          <w:rFonts w:ascii="宋体" w:eastAsia="宋体" w:hAnsi="宋体" w:cs="宋体"/>
          <w:color w:val="000000"/>
        </w:rPr>
        <w:t>表示的数为</w:t>
      </w:r>
      <w:r>
        <w:rPr>
          <w:rFonts w:ascii="Times New Roman" w:eastAsia="Times New Roman" w:hAnsi="Times New Roman" w:cs="Times New Roman"/>
          <w:color w:val="000000"/>
        </w:rPr>
        <w:t>_________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①点</w:t>
      </w:r>
      <w:r>
        <w:pict>
          <v:shape id="_x0000_i701508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236" o:title="eqId7f9e8449aad35c5d840a3395ea86df6d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509" type="#_x0000_t75" alt="学科网(www.zxxk.com)--教育资源门户，提供试卷、教案、课件、论文、素材以及各类教学资源下载，还有大量而丰富的教学相关资讯！" style="width:11.9pt;height:14.4pt" o:oleicon="f" o:ole="">
            <v:imagedata r:id="rId237" o:title="eqIdc5db41a1f31d6baee7c69990811edb9f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510" type="#_x0000_t75" alt="学科网(www.zxxk.com)--教育资源门户，提供试卷、教案、课件、论文、素材以及各类教学资源下载，还有大量而丰富的教学相关资讯！" style="width:11.25pt;height:11.25pt" o:oleicon="f" o:ole="">
            <v:imagedata r:id="rId238" o:title="eqId8455657dde27aabe6adb7b188e031c11"/>
          </v:shape>
        </w:pict>
      </w:r>
      <w:r>
        <w:rPr>
          <w:rFonts w:ascii="宋体" w:eastAsia="宋体" w:hAnsi="宋体" w:cs="宋体"/>
          <w:color w:val="000000"/>
        </w:rPr>
        <w:t>分别表示的数为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511" type="#_x0000_t75" alt="学科网(www.zxxk.com)--教育资源门户，提供试卷、教案、课件、论文、素材以及各类教学资源下载，还有大量而丰富的教学相关资讯！" style="width:18pt;height:30.75pt" o:oleicon="f" o:ole="">
            <v:imagedata r:id="rId239" o:title="eqId043de75e808ad772b320d8928a346114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，在</w:t>
      </w:r>
      <w:r>
        <w:pict>
          <v:shape id="_x0000_i701512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236" o:title="eqId7f9e8449aad35c5d840a3395ea86df6d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513" type="#_x0000_t75" alt="学科网(www.zxxk.com)--教育资源门户，提供试卷、教案、课件、论文、素材以及各类教学资源下载，还有大量而丰富的教学相关资讯！" style="width:11.9pt;height:14.4pt" o:oleicon="f" o:ole="">
            <v:imagedata r:id="rId237" o:title="eqIdc5db41a1f31d6baee7c69990811edb9f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514" type="#_x0000_t75" alt="学科网(www.zxxk.com)--教育资源门户，提供试卷、教案、课件、论文、素材以及各类教学资源下载，还有大量而丰富的教学相关资讯！" style="width:11.25pt;height:11.25pt" o:oleicon="f" o:ole="">
            <v:imagedata r:id="rId238" o:title="eqId8455657dde27aabe6adb7b188e031c11"/>
          </v:shape>
        </w:pict>
      </w:r>
      <w:r>
        <w:rPr>
          <w:rFonts w:ascii="宋体" w:eastAsia="宋体" w:hAnsi="宋体" w:cs="宋体"/>
          <w:color w:val="000000"/>
        </w:rPr>
        <w:t>三点中，点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与</w:t>
      </w:r>
      <w:r>
        <w:rPr>
          <w:rFonts w:ascii="Times New Roman" w:eastAsia="Times New Roman" w:hAnsi="Times New Roman" w:cs="Times New Roman"/>
          <w:color w:val="000000"/>
        </w:rPr>
        <w:t>_________</w:t>
      </w:r>
      <w:r>
        <w:rPr>
          <w:rFonts w:ascii="宋体" w:eastAsia="宋体" w:hAnsi="宋体" w:cs="宋体"/>
          <w:color w:val="000000"/>
        </w:rPr>
        <w:t>关于线段</w:t>
      </w:r>
      <w:r>
        <w:rPr>
          <w:rFonts w:ascii="Times New Roman" w:eastAsia="Times New Roman" w:hAnsi="Times New Roman" w:cs="Times New Roman"/>
          <w:i/>
          <w:color w:val="000000"/>
        </w:rPr>
        <w:t>OR</w:t>
      </w:r>
      <w:r>
        <w:rPr>
          <w:rFonts w:ascii="宋体" w:eastAsia="宋体" w:hAnsi="宋体" w:cs="宋体"/>
          <w:color w:val="000000"/>
        </w:rPr>
        <w:t>“中位对称”；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②点</w:t>
      </w:r>
      <w:r>
        <w:pict>
          <v:shape id="_x0000_i701515" type="#_x0000_t75" alt="学科网(www.zxxk.com)--教育资源门户，提供试卷、教案、课件、论文、素材以及各类教学资源下载，还有大量而丰富的教学相关资讯！" style="width:14.25pt;height:14.25pt" o:oleicon="f" o:ole="">
            <v:imagedata r:id="rId240" o:title="eqId54a5d7d3b6b63fe5c24c3907b7a8eaa3"/>
          </v:shape>
        </w:pict>
      </w:r>
      <w:r>
        <w:rPr>
          <w:rFonts w:ascii="宋体" w:eastAsia="宋体" w:hAnsi="宋体" w:cs="宋体"/>
          <w:color w:val="000000"/>
        </w:rPr>
        <w:t>表示的数为</w:t>
      </w:r>
      <w:r>
        <w:pict>
          <v:shape id="_x0000_i701516" type="#_x0000_t75" alt="学科网(www.zxxk.com)--教育资源门户，提供试卷、教案、课件、论文、素材以及各类教学资源下载，还有大量而丰富的教学相关资讯！" style="width:9pt;height:9.75pt" o:oleicon="f" o:ole="">
            <v:imagedata r:id="rId241" o:title="eqId81dea63b8ce3e51adf66cf7b9982a248"/>
          </v:shape>
        </w:pict>
      </w:r>
      <w:r>
        <w:rPr>
          <w:rFonts w:ascii="宋体" w:eastAsia="宋体" w:hAnsi="宋体" w:cs="宋体"/>
          <w:color w:val="000000"/>
        </w:rPr>
        <w:t>，若点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与点</w:t>
      </w:r>
      <w:r>
        <w:pict>
          <v:shape id="_x0000_i701517" type="#_x0000_t75" alt="学科网(www.zxxk.com)--教育资源门户，提供试卷、教案、课件、论文、素材以及各类教学资源下载，还有大量而丰富的教学相关资讯！" style="width:14.25pt;height:14.25pt" o:oleicon="f" o:ole="">
            <v:imagedata r:id="rId240" o:title="eqId54a5d7d3b6b63fe5c24c3907b7a8eaa3"/>
          </v:shape>
        </w:pict>
      </w:r>
      <w:r>
        <w:rPr>
          <w:rFonts w:ascii="宋体" w:eastAsia="宋体" w:hAnsi="宋体" w:cs="宋体"/>
          <w:color w:val="000000"/>
        </w:rPr>
        <w:t>关于线段</w:t>
      </w:r>
      <w:r>
        <w:rPr>
          <w:rFonts w:ascii="Times New Roman" w:eastAsia="Times New Roman" w:hAnsi="Times New Roman" w:cs="Times New Roman"/>
          <w:i/>
          <w:color w:val="000000"/>
        </w:rPr>
        <w:t>OR</w:t>
      </w:r>
      <w:r>
        <w:rPr>
          <w:rFonts w:ascii="宋体" w:eastAsia="宋体" w:hAnsi="宋体" w:cs="宋体"/>
          <w:color w:val="000000"/>
        </w:rPr>
        <w:t>“中位对称”，则</w:t>
      </w:r>
      <w:r>
        <w:pict>
          <v:shape id="_x0000_i701518" type="#_x0000_t75" alt="学科网(www.zxxk.com)--教育资源门户，提供试卷、教案、课件、论文、素材以及各类教学资源下载，还有大量而丰富的教学相关资讯！" style="width:9pt;height:9.75pt" o:oleicon="f" o:ole="">
            <v:imagedata r:id="rId241" o:title="eqId81dea63b8ce3e51adf66cf7b9982a248"/>
          </v:shape>
        </w:pict>
      </w:r>
      <w:r>
        <w:rPr>
          <w:rFonts w:ascii="宋体" w:eastAsia="宋体" w:hAnsi="宋体" w:cs="宋体"/>
          <w:color w:val="000000"/>
        </w:rPr>
        <w:t>的取值范围是</w:t>
      </w:r>
      <w:r>
        <w:rPr>
          <w:rFonts w:ascii="Times New Roman" w:eastAsia="Times New Roman" w:hAnsi="Times New Roman" w:cs="Times New Roman"/>
          <w:color w:val="000000"/>
        </w:rPr>
        <w:t>_________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  <w:sectPr w:rsidSect="00C321EB">
          <w:headerReference w:type="even" r:id="rId240"/>
          <w:footerReference w:type="even" r:id="rId241"/>
          <w:headerReference w:type="first" r:id="rId242"/>
          <w:footerReference w:type="first" r:id="rId243"/>
          <w:pgSz w:w="11906" w:h="16838"/>
          <w:pgMar w:top="910" w:right="1080" w:bottom="1440" w:left="1080" w:header="152" w:footer="0" w:gutter="0"/>
          <w:cols w:space="720"/>
          <w:titlePg w:val="0"/>
          <w:docGrid w:type="lines" w:linePitch="312"/>
        </w:sectPr>
      </w:pPr>
      <w:r>
        <w:rPr>
          <w:rFonts w:ascii="宋体" w:eastAsia="宋体" w:hAnsi="宋体" w:cs="宋体"/>
          <w:color w:val="000000"/>
        </w:rPr>
        <w:t>③点</w:t>
      </w:r>
      <w:r>
        <w:pict>
          <v:shape id="_x0000_i701519" type="#_x0000_t75" alt="学科网(www.zxxk.com)--教育资源门户，提供试卷、教案、课件、论文、素材以及各类教学资源下载，还有大量而丰富的教学相关资讯！" style="width:12pt;height:13pt" o:oleicon="f" o:ole="">
            <v:imagedata r:id="rId242" o:title="eqId2a30f3a8b673cc28bd90c50cf1a35281"/>
          </v:shape>
        </w:pict>
      </w:r>
      <w:r>
        <w:rPr>
          <w:rFonts w:ascii="宋体" w:eastAsia="宋体" w:hAnsi="宋体" w:cs="宋体"/>
          <w:color w:val="000000"/>
        </w:rPr>
        <w:t>表示的数为</w:t>
      </w:r>
      <w:r>
        <w:pict>
          <v:shape id="_x0000_i701520" type="#_x0000_t75" alt="学科网(www.zxxk.com)--教育资源门户，提供试卷、教案、课件、论文、素材以及各类教学资源下载，还有大量而丰富的教学相关资讯！" style="width:12.75pt;height:11.25pt" o:oleicon="f" o:ole="">
            <v:imagedata r:id="rId243" o:title="eqId294f5ba74cdf695fc9a8a8e52f421328"/>
          </v:shape>
        </w:pict>
      </w:r>
      <w:r>
        <w:rPr>
          <w:rFonts w:ascii="宋体" w:eastAsia="宋体" w:hAnsi="宋体" w:cs="宋体"/>
          <w:color w:val="000000"/>
        </w:rPr>
        <w:t>，点</w:t>
      </w:r>
      <w:r>
        <w:pict>
          <v:shape id="_x0000_i701521" type="#_x0000_t75" alt="学科网(www.zxxk.com)--教育资源门户，提供试卷、教案、课件、论文、素材以及各类教学资源下载，还有大量而丰富的教学相关资讯！" style="width:12.75pt;height:12.75pt" o:oleicon="f" o:ole="">
            <v:imagedata r:id="rId244" o:title="eqIda0ed1ec316bc54c37c4286c208f55667"/>
          </v:shape>
        </w:pict>
      </w:r>
      <w:r>
        <w:rPr>
          <w:rFonts w:ascii="宋体" w:eastAsia="宋体" w:hAnsi="宋体" w:cs="宋体"/>
          <w:color w:val="000000"/>
        </w:rPr>
        <w:t>表示的数为</w:t>
      </w:r>
      <w:r>
        <w:pict>
          <v:shape id="_x0000_i701522" type="#_x0000_t75" alt="学科网(www.zxxk.com)--教育资源门户，提供试卷、教案、课件、论文、素材以及各类教学资源下载，还有大量而丰富的教学相关资讯！" style="width:29pt;height:13.95pt" o:oleicon="f" o:ole="">
            <v:imagedata r:id="rId245" o:title="eqId9f2c1ec3153d6b86778f01cb90027029"/>
          </v:shape>
        </w:pict>
      </w:r>
      <w:r>
        <w:rPr>
          <w:rFonts w:ascii="宋体" w:eastAsia="宋体" w:hAnsi="宋体" w:cs="宋体"/>
          <w:color w:val="000000"/>
        </w:rPr>
        <w:t>，若线段</w:t>
      </w:r>
      <w:r>
        <w:pict>
          <v:shape id="_x0000_i701523" type="#_x0000_t75" alt="学科网(www.zxxk.com)--教育资源门户，提供试卷、教案、课件、论文、素材以及各类教学资源下载，还有大量而丰富的教学相关资讯！" style="width:20.4pt;height:12.6pt" o:oleicon="f" o:ole="">
            <v:imagedata r:id="rId246" o:title="eqId49b50357a6545cae8348e3059312f520"/>
          </v:shape>
        </w:pict>
      </w:r>
      <w:r>
        <w:rPr>
          <w:rFonts w:ascii="宋体" w:eastAsia="宋体" w:hAnsi="宋体" w:cs="宋体"/>
          <w:color w:val="000000"/>
        </w:rPr>
        <w:t>上至少存在一点与点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关于线段</w:t>
      </w:r>
      <w:r>
        <w:pict>
          <v:shape id="_x0000_i701524" type="#_x0000_t75" alt="学科网(www.zxxk.com)--教育资源门户，提供试卷、教案、课件、论文、素材以及各类教学资源下载，还有大量而丰富的教学相关资讯！" style="width:20.4pt;height:12.6pt" o:oleicon="f" o:ole="">
            <v:imagedata r:id="rId246" o:title="eqId49b50357a6545cae8348e3059312f520"/>
          </v:shape>
        </w:pict>
      </w:r>
      <w:r>
        <w:rPr>
          <w:rFonts w:ascii="宋体" w:eastAsia="宋体" w:hAnsi="宋体" w:cs="宋体"/>
          <w:color w:val="000000"/>
        </w:rPr>
        <w:t>“中位对称”，直接写出</w:t>
      </w:r>
      <w:r>
        <w:pict>
          <v:shape id="_x0000_i701525" type="#_x0000_t75" alt="学科网(www.zxxk.com)--教育资源门户，提供试卷、教案、课件、论文、素材以及各类教学资源下载，还有大量而丰富的教学相关资讯！" style="width:12.75pt;height:11.25pt" o:oleicon="f" o:ole="">
            <v:imagedata r:id="rId243" o:title="eqId294f5ba74cdf695fc9a8a8e52f421328"/>
          </v:shape>
        </w:pict>
      </w:r>
      <w:r>
        <w:rPr>
          <w:rFonts w:ascii="宋体" w:eastAsia="宋体" w:hAnsi="宋体" w:cs="宋体"/>
          <w:color w:val="000000"/>
        </w:rPr>
        <w:t>的取值范围．</w:t>
      </w:r>
    </w:p>
    <w:p>
      <w:pPr>
        <w:pStyle w:val="Heading2"/>
      </w:pPr>
      <w:r>
        <w:t>东城区文汇中学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理解与思考：整体代换是数学的一种思想方法，例如：</w:t>
      </w:r>
      <w:r>
        <w:pict>
          <v:shape id="_x0000_i701526" type="#_x0000_t75" alt="学科网(www.zxxk.com)--教育资源门户，提供试卷、教案、课件、论文、素材以及各类教学资源下载，还有大量而丰富的教学相关资讯！" style="width:50.25pt;height:15.75pt" o:oleicon="f" o:ole="">
            <v:imagedata r:id="rId247" o:title="eqIdd905b0b228d2ddb95cf128de5002eedc"/>
          </v:shape>
        </w:pict>
      </w:r>
      <w:r>
        <w:rPr>
          <w:rFonts w:ascii="宋体" w:eastAsia="宋体" w:hAnsi="宋体" w:cs="宋体"/>
          <w:color w:val="000000"/>
        </w:rPr>
        <w:t>，则</w:t>
      </w:r>
      <w:r>
        <w:pict>
          <v:shape id="_x0000_i701527" type="#_x0000_t75" alt="学科网(www.zxxk.com)--教育资源门户，提供试卷、教案、课件、论文、素材以及各类教学资源下载，还有大量而丰富的教学相关资讯！" style="width:67.15pt;height:15pt" o:oleicon="f" o:ole="">
            <v:imagedata r:id="rId248" o:title="eqId472443b4455731d351091dd95e324da3"/>
          </v:shape>
        </w:pic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；我们将</w:t>
      </w:r>
      <w:r>
        <w:pict>
          <v:shape id="_x0000_i701528" type="#_x0000_t75" alt="学科网(www.zxxk.com)--教育资源门户，提供试卷、教案、课件、论文、素材以及各类教学资源下载，还有大量而丰富的教学相关资讯！" style="width:31.8pt;height:16.2pt" o:oleicon="f" o:ole="">
            <v:imagedata r:id="rId249" o:title="eqId749d0e03dc286f2a835768d4ac5f07a8"/>
          </v:shape>
        </w:pict>
      </w:r>
      <w:r>
        <w:rPr>
          <w:rFonts w:ascii="宋体" w:eastAsia="宋体" w:hAnsi="宋体" w:cs="宋体"/>
          <w:color w:val="000000"/>
        </w:rPr>
        <w:t>作为一个整体代入，则原式</w:t>
      </w:r>
      <w:r>
        <w:pict>
          <v:shape id="_x0000_i701529" type="#_x0000_t75" alt="学科网(www.zxxk.com)--教育资源门户，提供试卷、教案、课件、论文、素材以及各类教学资源下载，还有大量而丰富的教学相关资讯！" style="width:77.35pt;height:12.8pt" o:oleicon="f" o:ole="">
            <v:imagedata r:id="rId250" o:title="eqId6ef9789fe7c1111b8a62715bc9db6ae6"/>
          </v:shape>
        </w:pi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仿照上面的解题方法，完成下面的问题：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若</w:t>
      </w:r>
      <w:r>
        <w:pict>
          <v:shape id="_x0000_i701530" type="#_x0000_t75" alt="学科网(www.zxxk.com)--教育资源门户，提供试卷、教案、课件、论文、素材以及各类教学资源下载，还有大量而丰富的教学相关资讯！" style="width:64.25pt;height:16.25pt" o:oleicon="f" o:ole="">
            <v:imagedata r:id="rId251" o:title="eqId99606defee81cacc6652482953b6818c"/>
          </v:shape>
        </w:pict>
      </w:r>
      <w:r>
        <w:rPr>
          <w:rFonts w:ascii="宋体" w:eastAsia="宋体" w:hAnsi="宋体" w:cs="宋体"/>
          <w:color w:val="000000"/>
        </w:rPr>
        <w:t>，则</w:t>
      </w:r>
      <w:r>
        <w:pict>
          <v:shape id="_x0000_i701531" type="#_x0000_t75" alt="学科网(www.zxxk.com)--教育资源门户，提供试卷、教案、课件、论文、素材以及各类教学资源下载，还有大量而丰富的教学相关资讯！" style="width:75.6pt;height:15.6pt" o:oleicon="f" o:ole="">
            <v:imagedata r:id="rId252" o:title="eqIdfff789bda494f74ca908864a707bf71a"/>
          </v:shape>
        </w:pic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如果</w:t>
      </w:r>
      <w:r>
        <w:pict>
          <v:shape id="_x0000_i701532" type="#_x0000_t75" alt="学科网(www.zxxk.com)--教育资源门户，提供试卷、教案、课件、论文、素材以及各类教学资源下载，还有大量而丰富的教学相关资讯！" style="width:44pt;height:13.95pt" o:oleicon="f" o:ole="">
            <v:imagedata r:id="rId253" o:title="eqId6ff7e62312dbd1cd5b50a6dc7fdfc166"/>
          </v:shape>
        </w:pict>
      </w:r>
      <w:r>
        <w:rPr>
          <w:rFonts w:ascii="宋体" w:eastAsia="宋体" w:hAnsi="宋体" w:cs="宋体"/>
          <w:color w:val="000000"/>
        </w:rPr>
        <w:t>，求</w:t>
      </w:r>
      <w:r>
        <w:pict>
          <v:shape id="_x0000_i701533" type="#_x0000_t75" alt="学科网(www.zxxk.com)--教育资源门户，提供试卷、教案、课件、论文、素材以及各类教学资源下载，还有大量而丰富的教学相关资讯！" style="width:111pt;height:20.25pt" o:oleicon="f" o:ole="">
            <v:imagedata r:id="rId254" o:title="eqId4a2841e37e3f02283ca7741839c91bac"/>
          </v:shape>
        </w:pict>
      </w:r>
      <w:r>
        <w:rPr>
          <w:rFonts w:ascii="宋体" w:eastAsia="宋体" w:hAnsi="宋体" w:cs="宋体"/>
          <w:color w:val="000000"/>
        </w:rPr>
        <w:t>的值；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若</w:t>
      </w:r>
      <w:r>
        <w:pict>
          <v:shape id="_x0000_i701534" type="#_x0000_t75" alt="学科网(www.zxxk.com)--教育资源门户，提供试卷、教案、课件、论文、素材以及各类教学资源下载，还有大量而丰富的教学相关资讯！" style="width:129.6pt;height:18pt" o:oleicon="f" o:ole="">
            <v:imagedata r:id="rId255" o:title="eqId5c8d72f8c2de539d25ff156056a301f0"/>
          </v:shape>
        </w:pict>
      </w:r>
      <w:r>
        <w:rPr>
          <w:rFonts w:ascii="宋体" w:eastAsia="宋体" w:hAnsi="宋体" w:cs="宋体"/>
          <w:color w:val="000000"/>
        </w:rPr>
        <w:t>，求</w:t>
      </w:r>
      <w:r>
        <w:pict>
          <v:shape id="_x0000_i701535" type="#_x0000_t75" alt="学科网(www.zxxk.com)--教育资源门户，提供试卷、教案、课件、论文、素材以及各类教学资源下载，还有大量而丰富的教学相关资讯！" style="width:77.25pt;height:16.5pt" o:oleicon="f" o:ole="">
            <v:imagedata r:id="rId256" o:title="eqId097c03ecc166e43e8d95f8941237438a"/>
          </v:shape>
        </w:pict>
      </w:r>
      <w:r>
        <w:rPr>
          <w:rFonts w:ascii="宋体" w:eastAsia="宋体" w:hAnsi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eastAsia="宋体" w:hAnsi="宋体" w:cs="宋体"/>
          <w:color w:val="000000"/>
        </w:rPr>
        <w:t>阅读下列材料:对于排好顺序的三个数:</w:t>
      </w:r>
      <w:r>
        <w:pict>
          <v:shape id="_x0000_i701536" type="#_x0000_t75" alt="学科网(www.zxxk.com)--教育资源门户，提供试卷、教案、课件、论文、素材以及各类教学资源下载，还有大量而丰富的教学相关资讯！" style="width:51pt;height:18pt" o:oleicon="f" o:ole="">
            <v:imagedata r:id="rId257" o:title="eqId3457e9dac24dca47681ae021c48aeb63"/>
          </v:shape>
        </w:pict>
      </w:r>
      <w:r>
        <w:rPr>
          <w:rFonts w:ascii="宋体" w:eastAsia="宋体" w:hAnsi="宋体" w:cs="宋体"/>
          <w:color w:val="000000"/>
        </w:rPr>
        <w:t xml:space="preserve"> 称为数列</w:t>
      </w:r>
      <w:r>
        <w:pict>
          <v:shape id="_x0000_i701537" type="#_x0000_t75" alt="学科网(www.zxxk.com)--教育资源门户，提供试卷、教案、课件、论文、素材以及各类教学资源下载，还有大量而丰富的教学相关资讯！" style="width:51pt;height:18pt" o:oleicon="f" o:ole="">
            <v:imagedata r:id="rId257" o:title="eqId3457e9dac24dca47681ae021c48aeb63"/>
          </v:shape>
        </w:pict>
      </w:r>
      <w:r>
        <w:rPr>
          <w:rFonts w:ascii="宋体" w:eastAsia="宋体" w:hAnsi="宋体" w:cs="宋体"/>
          <w:color w:val="000000"/>
        </w:rPr>
        <w:t xml:space="preserve">.将这个数列如下式进行计算: </w:t>
      </w:r>
      <w:r>
        <w:pict>
          <v:shape id="_x0000_i701538" type="#_x0000_t75" alt="学科网(www.zxxk.com)--教育资源门户，提供试卷、教案、课件、论文、素材以及各类教学资源下载，还有大量而丰富的教学相关资讯！" style="width:18.75pt;height:18pt" o:oleicon="f" o:ole="">
            <v:imagedata r:id="rId258" o:title="eqId09bc3b510f187cc89987be1b85ada916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539" type="#_x0000_t75" alt="学科网(www.zxxk.com)--教育资源门户，提供试卷、教案、课件、论文、素材以及各类教学资源下载，还有大量而丰富的教学相关资讯！" style="width:36pt;height:15.75pt" o:oleicon="f" o:ole="">
            <v:imagedata r:id="rId259" o:title="eqId446c99320fed53f29f820b5d898f3f2e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540" type="#_x0000_t75" alt="学科网(www.zxxk.com)--教育资源门户，提供试卷、教案、课件、论文、素材以及各类教学资源下载，还有大量而丰富的教学相关资讯！" style="width:54.75pt;height:15.75pt" o:oleicon="f" o:ole="">
            <v:imagedata r:id="rId260" o:title="eqIdf4dbf4e91330521f64c82cb7d44816e0"/>
          </v:shape>
        </w:pict>
      </w:r>
      <w:r>
        <w:rPr>
          <w:rFonts w:ascii="宋体" w:eastAsia="宋体" w:hAnsi="宋体" w:cs="宋体"/>
          <w:color w:val="000000"/>
        </w:rPr>
        <w:t>，所得的三个新数中，最大的那个数称为数列</w:t>
      </w:r>
      <w:r>
        <w:pict>
          <v:shape id="_x0000_i701541" type="#_x0000_t75" alt="学科网(www.zxxk.com)--教育资源门户，提供试卷、教案、课件、论文、素材以及各类教学资源下载，还有大量而丰富的教学相关资讯！" style="width:51pt;height:18pt" o:oleicon="f" o:ole="">
            <v:imagedata r:id="rId257" o:title="eqId3457e9dac24dca47681ae021c48aeb63"/>
          </v:shape>
        </w:pict>
      </w:r>
      <w:r>
        <w:rPr>
          <w:rFonts w:ascii="宋体" w:eastAsia="宋体" w:hAnsi="宋体" w:cs="宋体"/>
          <w:color w:val="000000"/>
        </w:rPr>
        <w:t>的“关联数值”.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例如：对于数列</w:t>
      </w:r>
      <w:r>
        <w:pict>
          <v:shape id="_x0000_i701542" type="#_x0000_t75" alt="学科网(www.zxxk.com)--教育资源门户，提供试卷、教案、课件、论文、素材以及各类教学资源下载，还有大量而丰富的教学相关资讯！" style="width:44.9pt;height:15.7pt" o:oleicon="f" o:ole="">
            <v:imagedata r:id="rId261" o:title="eqId29636e7d6494f03eb7a4103b537e8eae"/>
          </v:shape>
        </w:pict>
      </w:r>
      <w:r>
        <w:rPr>
          <w:rFonts w:ascii="宋体" w:eastAsia="宋体" w:hAnsi="宋体" w:cs="宋体"/>
          <w:color w:val="000000"/>
        </w:rPr>
        <w:t>因为</w:t>
      </w:r>
      <w:r>
        <w:pict>
          <v:shape id="_x0000_i701543" type="#_x0000_t75" alt="学科网(www.zxxk.com)--教育资源门户，提供试卷、教案、课件、论文、素材以及各类教学资源下载，还有大量而丰富的教学相关资讯！" style="width:55.5pt;height:19.5pt" o:oleicon="f" o:ole="">
            <v:imagedata r:id="rId262" o:title="eqIda6f8c999c8c2e3e8b7eb4e6acca801d5"/>
          </v:shape>
        </w:pict>
      </w:r>
      <w:r>
        <w:pict>
          <v:shape id="_x0000_i701544" type="#_x0000_t75" alt="学科网(www.zxxk.com)--教育资源门户，提供试卷、教案、课件、论文、素材以及各类教学资源下载，还有大量而丰富的教学相关资讯！" style="width:70.5pt;height:19.5pt" o:oleicon="f" o:ole="">
            <v:imagedata r:id="rId263" o:title="eqId7cc34cd2f82887c932d18c3414f3ae7d"/>
          </v:shape>
        </w:pict>
      </w:r>
      <w:r>
        <w:pict>
          <v:shape id="_x0000_i701545" type="#_x0000_t75" alt="学科网(www.zxxk.com)--教育资源门户，提供试卷、教案、课件、论文、素材以及各类教学资源下载，还有大量而丰富的教学相关资讯！" style="width:102pt;height:19.5pt" o:oleicon="f" o:ole="">
            <v:imagedata r:id="rId264" o:title="eqIdcb01b378dd68acd21036aabf502848c8"/>
          </v:shape>
        </w:pict>
      </w:r>
      <w:r>
        <w:rPr>
          <w:rFonts w:ascii="宋体" w:eastAsia="宋体" w:hAnsi="宋体" w:cs="宋体"/>
          <w:color w:val="000000"/>
        </w:rPr>
        <w:t>所以数列</w:t>
      </w:r>
      <w:r>
        <w:pict>
          <v:shape id="_x0000_i701546" type="#_x0000_t75" alt="学科网(www.zxxk.com)--教育资源门户，提供试卷、教案、课件、论文、素材以及各类教学资源下载，还有大量而丰富的教学相关资讯！" style="width:44.9pt;height:15.7pt" o:oleicon="f" o:ole="">
            <v:imagedata r:id="rId261" o:title="eqId29636e7d6494f03eb7a4103b537e8eae"/>
          </v:shape>
        </w:pict>
      </w:r>
      <w:r>
        <w:rPr>
          <w:rFonts w:ascii="宋体" w:eastAsia="宋体" w:hAnsi="宋体" w:cs="宋体"/>
          <w:color w:val="000000"/>
        </w:rPr>
        <w:t>的“关联数值”为</w:t>
      </w:r>
      <w:r>
        <w:rPr>
          <w:rFonts w:ascii="Times New Roman" w:eastAsia="Times New Roman" w:hAnsi="Times New Roman" w:cs="Times New Roman"/>
          <w:color w:val="000000"/>
        </w:rPr>
        <w:t>6.</w:t>
      </w:r>
      <w:r>
        <w:rPr>
          <w:rFonts w:ascii="宋体" w:eastAsia="宋体" w:hAnsi="宋体" w:cs="宋体"/>
          <w:color w:val="000000"/>
        </w:rPr>
        <w:t>进一步发现</w:t>
      </w:r>
      <w:r>
        <w:rPr>
          <w:rFonts w:ascii="Times New Roman" w:eastAsia="Times New Roman" w:hAnsi="Times New Roman" w:cs="Times New Roman"/>
          <w:color w:val="000000"/>
        </w:rPr>
        <w:t>:</w:t>
      </w:r>
      <w:r>
        <w:rPr>
          <w:rFonts w:ascii="宋体" w:eastAsia="宋体" w:hAnsi="宋体" w:cs="宋体"/>
          <w:color w:val="000000"/>
        </w:rPr>
        <w:t>当改变这三个数的顺序时，所得的数列都可以按照上述方法求出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关联数值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，如</w:t>
      </w:r>
      <w:r>
        <w:rPr>
          <w:rFonts w:ascii="Times New Roman" w:eastAsia="Times New Roman" w:hAnsi="Times New Roman" w:cs="Times New Roman"/>
          <w:color w:val="000000"/>
        </w:rPr>
        <w:t>:</w:t>
      </w:r>
      <w:r>
        <w:rPr>
          <w:rFonts w:ascii="宋体" w:eastAsia="宋体" w:hAnsi="宋体" w:cs="宋体"/>
          <w:color w:val="000000"/>
        </w:rPr>
        <w:t>数列</w:t>
      </w:r>
      <w:r>
        <w:pict>
          <v:shape id="_x0000_i701547" type="#_x0000_t75" alt="学科网(www.zxxk.com)--教育资源门户，提供试卷、教案、课件、论文、素材以及各类教学资源下载，还有大量而丰富的教学相关资讯！" style="width:42pt;height:16.5pt" o:oleicon="f" o:ole="">
            <v:imagedata r:id="rId265" o:title="eqId8c1c1792dfa9fc24c20654206234c097"/>
          </v:shape>
        </w:pict>
      </w:r>
      <w:r>
        <w:rPr>
          <w:rFonts w:ascii="宋体" w:eastAsia="宋体" w:hAnsi="宋体" w:cs="宋体"/>
          <w:color w:val="000000"/>
        </w:rPr>
        <w:t>的</w:t>
      </w:r>
      <w:r>
        <w:rPr>
          <w:rFonts w:ascii="Times New Roman" w:eastAsia="Times New Roman" w:hAnsi="Times New Roman" w:cs="Times New Roman"/>
          <w:color w:val="000000"/>
        </w:rPr>
        <w:t xml:space="preserve"> “</w:t>
      </w:r>
      <w:r>
        <w:rPr>
          <w:rFonts w:ascii="宋体" w:eastAsia="宋体" w:hAnsi="宋体" w:cs="宋体"/>
          <w:color w:val="000000"/>
        </w:rPr>
        <w:t>关联数值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为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；数列</w:t>
      </w:r>
      <w:r>
        <w:pict>
          <v:shape id="_x0000_i701548" type="#_x0000_t75" alt="学科网(www.zxxk.com)--教育资源门户，提供试卷、教案、课件、论文、素材以及各类教学资源下载，还有大量而丰富的教学相关资讯！" style="width:42pt;height:16.5pt" o:oleicon="f" o:ole="">
            <v:imagedata r:id="rId266" o:title="eqId6aabede794df9d1197ce59edafbb8e35"/>
          </v:shape>
        </w:pict>
      </w:r>
      <w:r>
        <w:rPr>
          <w:rFonts w:ascii="宋体" w:eastAsia="宋体" w:hAnsi="宋体" w:cs="宋体"/>
          <w:color w:val="000000"/>
        </w:rPr>
        <w:t>的“关联数值”为</w:t>
      </w:r>
      <w:r>
        <w:rPr>
          <w:rFonts w:ascii="Times New Roman" w:eastAsia="Times New Roman" w:hAnsi="Times New Roman" w:cs="Times New Roman"/>
          <w:color w:val="000000"/>
        </w:rPr>
        <w:t>3...</w:t>
      </w:r>
      <w:r>
        <w:rPr>
          <w:rFonts w:ascii="宋体" w:eastAsia="宋体" w:hAnsi="宋体" w:cs="宋体"/>
          <w:color w:val="000000"/>
        </w:rPr>
        <w:t>而对于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pict>
          <v:shape id="_x0000_i701549" type="#_x0000_t75" alt="学科网(www.zxxk.com)--教育资源门户，提供试卷、教案、课件、论文、素材以及各类教学资源下载，还有大量而丰富的教学相关资讯！" style="width:46.5pt;height:16.5pt" o:oleicon="f" o:ole="">
            <v:imagedata r:id="rId267" o:title="eqId520716751f8f67562f5c603c2024de6f"/>
          </v:shape>
        </w:pic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这三个数，按照不同的排列顺序得到的不同数列中，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关联数值</w:t>
      </w:r>
      <w:r>
        <w:rPr>
          <w:rFonts w:ascii="Times New Roman" w:eastAsia="Times New Roman" w:hAnsi="Times New Roman" w:cs="Times New Roman"/>
          <w:color w:val="000000"/>
        </w:rPr>
        <w:t>"</w:t>
      </w:r>
      <w:r>
        <w:rPr>
          <w:rFonts w:ascii="宋体" w:eastAsia="宋体" w:hAnsi="宋体" w:cs="宋体"/>
          <w:color w:val="000000"/>
        </w:rPr>
        <w:t>的最大值为</w:t>
      </w:r>
      <w:r>
        <w:rPr>
          <w:rFonts w:ascii="Times New Roman" w:eastAsia="Times New Roman" w:hAnsi="Times New Roman" w:cs="Times New Roman"/>
          <w:color w:val="000000"/>
        </w:rPr>
        <w:t>6.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（1）数列</w:t>
      </w:r>
      <w:r>
        <w:pict>
          <v:shape id="_x0000_i701550" type="#_x0000_t75" alt="学科网(www.zxxk.com)--教育资源门户，提供试卷、教案、课件、论文、素材以及各类教学资源下载，还有大量而丰富的教学相关资讯！" style="width:40.5pt;height:16.5pt" o:oleicon="f" o:ole="">
            <v:imagedata r:id="rId268" o:title="eqIddb2f521fc4558c8fc09836e9ad798acb"/>
          </v:shape>
        </w:pict>
      </w:r>
      <w:r>
        <w:rPr>
          <w:rFonts w:ascii="宋体" w:eastAsia="宋体" w:hAnsi="宋体" w:cs="宋体"/>
          <w:color w:val="000000"/>
        </w:rPr>
        <w:t>的“关联数值”为</w:t>
      </w:r>
      <w:r>
        <w:rPr>
          <w:rFonts w:ascii="宋体" w:eastAsia="宋体" w:hAnsi="宋体" w:cs="宋体"/>
          <w:color w:val="000000"/>
          <w:u w:val="single"/>
        </w:rPr>
        <w:t>_______</w:t>
      </w:r>
      <w:r>
        <w:rPr>
          <w:rFonts w:ascii="宋体" w:eastAsia="宋体" w:hAnsi="宋体" w:cs="宋体"/>
          <w:color w:val="000000"/>
        </w:rPr>
        <w:t xml:space="preserve">；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（2）将“</w:t>
      </w:r>
      <w:r>
        <w:pict>
          <v:shape id="_x0000_i701551" type="#_x0000_t75" alt="学科网(www.zxxk.com)--教育资源门户，提供试卷、教案、课件、论文、素材以及各类教学资源下载，还有大量而丰富的教学相关资讯！" style="width:40.5pt;height:16.5pt" o:oleicon="f" o:ole="">
            <v:imagedata r:id="rId270" o:title="eqIddb2f521fc4558c8fc09836e9ad798acb"/>
          </v:shape>
        </w:pict>
      </w:r>
      <w:r>
        <w:rPr>
          <w:rFonts w:ascii="宋体" w:eastAsia="宋体" w:hAnsi="宋体" w:cs="宋体"/>
          <w:color w:val="000000"/>
        </w:rPr>
        <w:t>”这三个数按照不同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56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" name=""/>
                    <pic:cNvPicPr>
                      <a:picLocks noChangeAspect="1"/>
                    </pic:cNvPicPr>
                  </pic:nvPicPr>
                  <pic:blipFill>
                    <a:blip r:embed="rId26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顺序排列，可得到若干个不同的数列，这些数列的“关联数值”的最大值是</w:t>
      </w:r>
      <w:r>
        <w:rPr>
          <w:rFonts w:ascii="宋体" w:eastAsia="宋体" w:hAnsi="宋体" w:cs="宋体"/>
          <w:color w:val="000000"/>
          <w:u w:val="single"/>
        </w:rPr>
        <w:t>_______</w:t>
      </w:r>
      <w:r>
        <w:rPr>
          <w:rFonts w:ascii="宋体" w:eastAsia="宋体" w:hAnsi="宋体" w:cs="宋体"/>
          <w:color w:val="000000"/>
        </w:rPr>
        <w:t>， 取得“关联数值”的最大值的数列是</w:t>
      </w:r>
      <w:r>
        <w:rPr>
          <w:rFonts w:ascii="宋体" w:eastAsia="宋体" w:hAnsi="宋体" w:cs="宋体"/>
          <w:color w:val="000000"/>
          <w:u w:val="single"/>
        </w:rPr>
        <w:t>______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）将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pict>
          <v:shape id="_x0000_i701552" type="#_x0000_t75" alt="学科网(www.zxxk.com)--教育资源门户，提供试卷、教案、课件、论文、素材以及各类教学资源下载，还有大量而丰富的教学相关资讯！" style="width:45pt;height:13.5pt" o:oleicon="f" o:ole="">
            <v:imagedata r:id="rId272" o:title="eqIdf1429edcb3b7d318dc5eda9c877cbd0f"/>
          </v:shape>
        </w:pic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pict>
          <v:shape id="_x0000_i701553" type="#_x0000_t75" alt="学科网(www.zxxk.com)--教育资源门户，提供试卷、教案、课件、论文、素材以及各类教学资源下载，还有大量而丰富的教学相关资讯！" style="width:36pt;height:16pt" o:oleicon="f" o:ole="">
            <v:imagedata r:id="rId273" o:title="eqId3bf8197e4f3fd18815045d29c357a863"/>
          </v:shape>
        </w:pict>
      </w:r>
      <w:r>
        <w:rPr>
          <w:rFonts w:ascii="宋体" w:eastAsia="宋体" w:hAnsi="宋体" w:cs="宋体"/>
          <w:color w:val="000000"/>
        </w:rPr>
        <w:t>这三个数按照不同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56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" name=""/>
                    <pic:cNvPicPr>
                      <a:picLocks noChangeAspect="1"/>
                    </pic:cNvPicPr>
                  </pic:nvPicPr>
                  <pic:blipFill>
                    <a:blip r:embed="rId27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顺序排列，可得到若干个不同的数列，这些数列的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关联数值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的最大值为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，求</w:t>
      </w:r>
      <w:r>
        <w:pict>
          <v:shape id="_x0000_i701554" type="#_x0000_t75" alt="学科网(www.zxxk.com)--教育资源门户，提供试卷、教案、课件、论文、素材以及各类教学资源下载，还有大量而丰富的教学相关资讯！" style="width:9pt;height:9.75pt" o:oleicon="f" o:ole="">
            <v:imagedata r:id="rId274" o:title="eqId0a6936d370d6a238a608ca56f87198de"/>
          </v:shape>
        </w:pict>
      </w:r>
      <w:r>
        <w:rPr>
          <w:rFonts w:ascii="宋体" w:eastAsia="宋体" w:hAnsi="宋体" w:cs="宋体"/>
          <w:color w:val="000000"/>
        </w:rPr>
        <w:t>的值，并写出取得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关联数值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最大值的数列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pStyle w:val="Heading2"/>
      </w:pPr>
      <w:r>
        <w:t>丰台区丰台二中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eastAsia="宋体" w:hAnsi="宋体" w:cs="宋体"/>
          <w:color w:val="000000"/>
        </w:rPr>
        <w:t>有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筐白菜，以每筐</w:t>
      </w:r>
      <w:r>
        <w:rPr>
          <w:rFonts w:ascii="Times New Roman" w:eastAsia="Times New Roman" w:hAnsi="Times New Roman" w:cs="Times New Roman"/>
          <w:color w:val="000000"/>
        </w:rPr>
        <w:t>25</w:t>
      </w:r>
      <w:r>
        <w:rPr>
          <w:rFonts w:ascii="宋体" w:eastAsia="宋体" w:hAnsi="宋体" w:cs="宋体"/>
          <w:color w:val="000000"/>
        </w:rPr>
        <w:t>千克为标准，超过的千克数记作正数，不足的千克数记作负数，称后的纪录如下：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486150" cy="685800"/>
            <wp:docPr id="157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" name=""/>
                    <pic:cNvPicPr>
                      <a:picLocks noChangeAspect="1"/>
                    </pic:cNvPicPr>
                  </pic:nvPicPr>
                  <pic:blipFill>
                    <a:blip r:embed="rId275"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1.5</w:t>
      </w:r>
      <w:r>
        <w:rPr>
          <w:rFonts w:ascii="宋体" w:eastAsia="宋体" w:hAnsi="宋体" w:cs="宋体"/>
          <w:color w:val="000000"/>
        </w:rPr>
        <w:t>、</w:t>
      </w:r>
      <w:r>
        <w:pict>
          <v:shape id="_x0000_i701555" type="#_x0000_t75" alt="学科网(www.zxxk.com)--教育资源门户，提供试卷、教案、课件、论文、素材以及各类教学资源下载，还有大量而丰富的教学相关资讯！" style="width:16.05pt;height:13.9pt" o:oleicon="f" o:ole="">
            <v:imagedata r:id="rId276" o:title="eqId81fb134b2b48acc99213fff6ccfee65f"/>
          </v:shape>
        </w:pic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、</w:t>
      </w:r>
      <w:r>
        <w:pict>
          <v:shape id="_x0000_i701556" type="#_x0000_t75" alt="学科网(www.zxxk.com)--教育资源门户，提供试卷、教案、课件、论文、素材以及各类教学资源下载，还有大量而丰富的教学相关资讯！" style="width:24.75pt;height:13.5pt" o:oleicon="f" o:ole="">
            <v:imagedata r:id="rId277" o:title="eqId529709040fa0a98ce729428f6cec8db8"/>
          </v:shape>
        </w:pic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、</w:t>
      </w:r>
      <w:r>
        <w:pict>
          <v:shape id="_x0000_i701557" type="#_x0000_t75" alt="学科网(www.zxxk.com)--教育资源门户，提供试卷、教案、课件、论文、素材以及各类教学资源下载，还有大量而丰富的教学相关资讯！" style="width:15.75pt;height:12.75pt" o:oleicon="f" o:ole="">
            <v:imagedata r:id="rId278" o:title="eqId274a9dc37509f01c2606fb3086a46f4f"/>
          </v:shape>
        </w:pic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、</w:t>
      </w:r>
      <w:r>
        <w:pict>
          <v:shape id="_x0000_i701558" type="#_x0000_t75" alt="学科网(www.zxxk.com)--教育资源门户，提供试卷、教案、课件、论文、素材以及各类教学资源下载，还有大量而丰富的教学相关资讯！" style="width:24.75pt;height:14.25pt" o:oleicon="f" o:ole="">
            <v:imagedata r:id="rId279" o:title="eqIda89117f3793e604ce6793f258369051b"/>
          </v:shape>
        </w:pi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回答下列问题：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这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筐白菜中，最接近</w:t>
      </w:r>
      <w:r>
        <w:rPr>
          <w:rFonts w:ascii="Times New Roman" w:eastAsia="Times New Roman" w:hAnsi="Times New Roman" w:cs="Times New Roman"/>
          <w:color w:val="000000"/>
        </w:rPr>
        <w:t>25</w:t>
      </w:r>
      <w:r>
        <w:rPr>
          <w:rFonts w:ascii="宋体" w:eastAsia="宋体" w:hAnsi="宋体" w:cs="宋体"/>
          <w:color w:val="000000"/>
        </w:rPr>
        <w:t>千克的那筐白菜为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千克；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以每筐</w:t>
      </w:r>
      <w:r>
        <w:rPr>
          <w:rFonts w:ascii="Times New Roman" w:eastAsia="Times New Roman" w:hAnsi="Times New Roman" w:cs="Times New Roman"/>
          <w:color w:val="000000"/>
        </w:rPr>
        <w:t>25</w:t>
      </w:r>
      <w:r>
        <w:rPr>
          <w:rFonts w:ascii="宋体" w:eastAsia="宋体" w:hAnsi="宋体" w:cs="宋体"/>
          <w:color w:val="000000"/>
        </w:rPr>
        <w:t>千克为标准，这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筐白菜总计超过多少千克或不足多少千克？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若白菜每千克售价</w:t>
      </w:r>
      <w:r>
        <w:rPr>
          <w:rFonts w:ascii="Times New Roman" w:eastAsia="Times New Roman" w:hAnsi="Times New Roman" w:cs="Times New Roman"/>
          <w:color w:val="000000"/>
        </w:rPr>
        <w:t>1.6</w:t>
      </w:r>
      <w:r>
        <w:rPr>
          <w:rFonts w:ascii="宋体" w:eastAsia="宋体" w:hAnsi="宋体" w:cs="宋体"/>
          <w:color w:val="000000"/>
        </w:rPr>
        <w:t>元，则出售这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筐白菜可卖多少元？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eastAsia="宋体" w:hAnsi="宋体" w:cs="宋体"/>
          <w:color w:val="000000"/>
        </w:rPr>
        <w:t>现有若干有理数排成一个圆圈，规定一次操作为：将任意相邻的两个有理数都加上同一个有理数，其余各数不变．如图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是小云两次操作的示意图，将圆圈上的三个数变为了相同的数．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4819650" cy="1371600"/>
            <wp:docPr id="157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" name=""/>
                    <pic:cNvPicPr>
                      <a:picLocks noChangeAspect="1"/>
                    </pic:cNvPicPr>
                  </pic:nvPicPr>
                  <pic:blipFill>
                    <a:blip r:embed="rId280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）请画出相应的操作示意图，将图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圆圈上的有理数都变为相同的数；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485900" cy="1009650"/>
            <wp:docPr id="157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" name=""/>
                    <pic:cNvPicPr>
                      <a:picLocks noChangeAspect="1"/>
                    </pic:cNvPicPr>
                  </pic:nvPicPr>
                  <pic:blipFill>
                    <a:blip r:embed="rId281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）将图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圆圈上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57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" name=""/>
                    <pic:cNvPicPr>
                      <a:picLocks noChangeAspect="1"/>
                    </pic:cNvPicPr>
                  </pic:nvPicPr>
                  <pic:blipFill>
                    <a:blip r:embed="rId28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有理数都变为相同的数，最少需要几次操作？给出你的判断，并说明理由；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971550" cy="1343025"/>
            <wp:docPr id="157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" name=""/>
                    <pic:cNvPicPr>
                      <a:picLocks noChangeAspect="1"/>
                    </pic:cNvPicPr>
                  </pic:nvPicPr>
                  <pic:blipFill>
                    <a:blip r:embed="rId283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  <w:sectPr w:rsidSect="00C321EB">
          <w:headerReference w:type="even" r:id="rId165"/>
          <w:footerReference w:type="even" r:id="rId166"/>
          <w:headerReference w:type="first" r:id="rId167"/>
          <w:footerReference w:type="first" r:id="rId168"/>
          <w:pgSz w:w="11906" w:h="16838"/>
          <w:pgMar w:top="910" w:right="1080" w:bottom="1440" w:left="1080" w:header="152" w:footer="0" w:gutter="0"/>
          <w:cols w:space="720"/>
          <w:titlePg w:val="0"/>
          <w:docGrid w:type="lines" w:linePitch="312"/>
        </w:sect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）能否将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这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个有理数以某种方式排列在圆圈上，使得通过若干次操作将这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个有理数变为相同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58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" name=""/>
                    <pic:cNvPicPr>
                      <a:picLocks noChangeAspect="1"/>
                    </pic:cNvPicPr>
                  </pic:nvPicPr>
                  <pic:blipFill>
                    <a:blip r:embed="rId28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数？如果可以，请画出最初的排列方式与具体的操作步骤；如果不能，请说明理由．</w:t>
      </w:r>
    </w:p>
    <w:p>
      <w:pPr>
        <w:pStyle w:val="Heading2"/>
      </w:pPr>
      <w:r>
        <w:t>丰台区第十二中学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39. </w:t>
      </w:r>
      <w:r>
        <w:rPr>
          <w:rFonts w:ascii="宋体" w:eastAsia="宋体" w:hAnsi="宋体" w:cs="宋体"/>
          <w:color w:val="000000"/>
        </w:rPr>
        <w:t>结合数轴与绝对值的知识回答下列问题：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390900" cy="428625"/>
            <wp:docPr id="158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" name=""/>
                    <pic:cNvPicPr>
                      <a:picLocks noChangeAspect="1"/>
                    </pic:cNvPicPr>
                  </pic:nvPicPr>
                  <pic:blipFill>
                    <a:blip r:embed="rId285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一般地，数轴上表示数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和数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的两点之间的距离等于</w:t>
      </w:r>
      <w:r>
        <w:pict>
          <v:shape id="_x0000_i701559" type="#_x0000_t75" alt="学科网(www.zxxk.com)--教育资源门户，提供试卷、教案、课件、论文、素材以及各类教学资源下载，还有大量而丰富的教学相关资讯！" style="width:31.95pt;height:18pt;mso-position-horizontal-relative:page;mso-position-vertical-relative:page;mso-wrap-style:square" o:oleicon="f" o:ole="">
            <v:imagedata r:id="rId286" o:title="eqIdae9dd56551121a5b88be4dc6910c9ec0"/>
          </v:shape>
        </w:pict>
      </w:r>
      <w:r>
        <w:rPr>
          <w:rFonts w:ascii="宋体" w:eastAsia="宋体" w:hAnsi="宋体" w:cs="宋体"/>
          <w:color w:val="000000"/>
        </w:rPr>
        <w:t>．如果表示数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和</w:t>
      </w:r>
      <w:r>
        <w:pict>
          <v:shape id="_x0000_i701560" type="#_x0000_t75" alt="学科网(www.zxxk.com)--教育资源门户，提供试卷、教案、课件、论文、素材以及各类教学资源下载，还有大量而丰富的教学相关资讯！" style="width:15.75pt;height:12.75pt" o:oleicon="f" o:ole="">
            <v:imagedata r:id="rId287" o:title="eqId274a9dc37509f01c2606fb3086a46f4f"/>
          </v:shape>
        </w:pict>
      </w:r>
      <w:r>
        <w:rPr>
          <w:rFonts w:ascii="宋体" w:eastAsia="宋体" w:hAnsi="宋体" w:cs="宋体"/>
          <w:color w:val="000000"/>
        </w:rPr>
        <w:t>的两点之间的距离是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，那么</w:t>
      </w:r>
      <w:r>
        <w:pict>
          <v:shape id="_x0000_i701561" type="#_x0000_t75" alt="学科网(www.zxxk.com)--教育资源门户，提供试卷、教案、课件、论文、素材以及各类教学资源下载，还有大量而丰富的教学相关资讯！" style="width:20.4pt;height:11.4pt" o:oleicon="f" o:ole="">
            <v:imagedata r:id="rId288" o:title="eqId380bbacf854e30e2e747fc286d2b9997"/>
          </v:shape>
        </w:pic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若数轴上表示数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的点位于</w:t>
      </w:r>
      <w:r>
        <w:pict>
          <v:shape id="_x0000_i701562" type="#_x0000_t75" alt="学科网(www.zxxk.com)--教育资源门户，提供试卷、教案、课件、论文、素材以及各类教学资源下载，还有大量而丰富的教学相关资讯！" style="width:16.2pt;height:13.2pt" o:oleicon="f" o:ole="">
            <v:imagedata r:id="rId289" o:title="eqId3edbd40e04e2a943051fa83d6e511add"/>
          </v:shape>
        </w:pict>
      </w:r>
      <w:r>
        <w:rPr>
          <w:rFonts w:ascii="宋体" w:eastAsia="宋体" w:hAnsi="宋体" w:cs="宋体"/>
          <w:color w:val="000000"/>
        </w:rPr>
        <w:t>与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之间，求</w:t>
      </w:r>
      <w:r>
        <w:pict>
          <v:shape id="_x0000_i701563" type="#_x0000_t75" alt="学科网(www.zxxk.com)--教育资源门户，提供试卷、教案、课件、论文、素材以及各类教学资源下载，还有大量而丰富的教学相关资讯！" style="width:62.25pt;height:17.25pt" o:oleicon="f" o:ole="">
            <v:imagedata r:id="rId290" o:title="eqIdfd0684e322e535e7756fea41eb2e6636"/>
          </v:shape>
        </w:pict>
      </w:r>
      <w:r>
        <w:rPr>
          <w:rFonts w:ascii="宋体" w:eastAsia="宋体" w:hAnsi="宋体" w:cs="宋体"/>
          <w:color w:val="000000"/>
        </w:rPr>
        <w:t>的值；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当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取何值时，</w:t>
      </w:r>
      <w:r>
        <w:pict>
          <v:shape id="_x0000_i701564" type="#_x0000_t75" alt="学科网(www.zxxk.com)--教育资源门户，提供试卷、教案、课件、论文、素材以及各类教学资源下载，还有大量而丰富的教学相关资讯！" style="width:102.75pt;height:20.25pt" o:oleicon="f" o:ole="">
            <v:imagedata r:id="rId291" o:title="eqId52da8ad528c88d8b3eeec62d376717f2"/>
          </v:shape>
        </w:pict>
      </w:r>
      <w:r>
        <w:rPr>
          <w:rFonts w:ascii="宋体" w:eastAsia="宋体" w:hAnsi="宋体" w:cs="宋体"/>
          <w:color w:val="000000"/>
        </w:rPr>
        <w:t>的值最小．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40. </w:t>
      </w:r>
      <w:r>
        <w:rPr>
          <w:rFonts w:ascii="Times New Roman" w:eastAsia="Times New Roman" w:hAnsi="Times New Roman" w:cs="Times New Roman"/>
          <w:color w:val="000000"/>
        </w:rPr>
        <w:t>[</w:t>
      </w:r>
      <w:r>
        <w:rPr>
          <w:rFonts w:ascii="宋体" w:eastAsia="宋体" w:hAnsi="宋体" w:cs="宋体"/>
          <w:color w:val="000000"/>
        </w:rPr>
        <w:t>背景知识</w:t>
      </w:r>
      <w:r>
        <w:rPr>
          <w:rFonts w:ascii="Times New Roman" w:eastAsia="Times New Roman" w:hAnsi="Times New Roman" w:cs="Times New Roman"/>
          <w:color w:val="000000"/>
        </w:rPr>
        <w:t>]</w:t>
      </w:r>
      <w:r>
        <w:rPr>
          <w:rFonts w:ascii="宋体" w:eastAsia="宋体" w:hAnsi="宋体" w:cs="宋体"/>
          <w:color w:val="000000"/>
        </w:rPr>
        <w:t>：数轴是初中数学的一个重要工具，利用数轴可以将数与形完美地结合．在数轴上，若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到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的距离刚好是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，则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点叫做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的“幸福点”，若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到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的距离之和为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，则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叫做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的“幸福中心”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990850" cy="2400300"/>
            <wp:docPr id="158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" name=""/>
                    <pic:cNvPicPr>
                      <a:picLocks noChangeAspect="1"/>
                    </pic:cNvPicPr>
                  </pic:nvPicPr>
                  <pic:blipFill>
                    <a:blip r:embed="rId292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表示的数为﹣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，则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的幸福点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所表示的数应该是</w:t>
      </w:r>
      <w:r>
        <w:rPr>
          <w:rFonts w:ascii="宋体" w:eastAsia="宋体" w:hAnsi="宋体" w:cs="宋体"/>
          <w:color w:val="000000"/>
          <w:u w:val="single"/>
        </w:rPr>
        <w:t>　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</w:t>
      </w:r>
      <w:r>
        <w:rPr>
          <w:rFonts w:ascii="宋体" w:eastAsia="宋体" w:hAnsi="宋体" w:cs="宋体"/>
          <w:color w:val="000000"/>
          <w:u w:val="single"/>
        </w:rPr>
        <w:t>　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为数轴上两点，点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所表示的数为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所表示的数为﹣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是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的幸福中心，则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所表示的数是多少？</w:t>
      </w:r>
    </w:p>
    <w:p>
      <w:pPr>
        <w:spacing w:line="360" w:lineRule="auto"/>
        <w:jc w:val="left"/>
        <w:textAlignment w:val="center"/>
        <w:rPr>
          <w:color w:val="000000"/>
        </w:rPr>
        <w:sectPr w:rsidSect="00C321EB">
          <w:headerReference w:type="even" r:id="rId202"/>
          <w:footerReference w:type="even" r:id="rId203"/>
          <w:headerReference w:type="first" r:id="rId204"/>
          <w:footerReference w:type="first" r:id="rId205"/>
          <w:pgSz w:w="11906" w:h="16838"/>
          <w:pgMar w:top="910" w:right="1080" w:bottom="1440" w:left="1080" w:header="152" w:footer="0" w:gutter="0"/>
          <w:cols w:space="720"/>
          <w:titlePg w:val="0"/>
          <w:docGrid w:type="lines" w:linePitch="312"/>
        </w:sect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表示的数是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表示的数是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，若点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、点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同时以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个单位长度</w:t>
      </w:r>
      <w:r>
        <w:rPr>
          <w:rFonts w:ascii="Times New Roman" w:eastAsia="Times New Roman" w:hAnsi="Times New Roman" w:cs="Times New Roman"/>
          <w:color w:val="000000"/>
        </w:rPr>
        <w:t>/</w:t>
      </w:r>
      <w:r>
        <w:rPr>
          <w:rFonts w:ascii="宋体" w:eastAsia="宋体" w:hAnsi="宋体" w:cs="宋体"/>
          <w:color w:val="000000"/>
        </w:rPr>
        <w:t>秒的速度向左运动，与此同时点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从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处以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个单位长度</w:t>
      </w:r>
      <w:r>
        <w:rPr>
          <w:rFonts w:ascii="Times New Roman" w:eastAsia="Times New Roman" w:hAnsi="Times New Roman" w:cs="Times New Roman"/>
          <w:color w:val="000000"/>
        </w:rPr>
        <w:t>/</w:t>
      </w:r>
      <w:r>
        <w:rPr>
          <w:rFonts w:ascii="宋体" w:eastAsia="宋体" w:hAnsi="宋体" w:cs="宋体"/>
          <w:color w:val="000000"/>
        </w:rPr>
        <w:t>秒的速度向左运动，经过多长时间后，点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、点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、点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三点中其中一点是另外两点的幸福中心？（直接写出答案．）</w:t>
      </w:r>
    </w:p>
    <w:p>
      <w:pPr>
        <w:pStyle w:val="Heading2"/>
      </w:pPr>
      <w:r>
        <w:t>京源学校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eastAsia="宋体" w:hAnsi="宋体" w:cs="宋体"/>
          <w:color w:val="000000"/>
        </w:rPr>
        <w:t>阅读下列材料：根据绝对值的定义，</w:t>
      </w:r>
      <w:r>
        <w:pict>
          <v:shape id="_x0000_i701565" type="#_x0000_t75" alt="学科网(www.zxxk.com)--教育资源门户，提供试卷、教案、课件、论文、素材以及各类教学资源下载，还有大量而丰富的教学相关资讯！" style="width:18pt;height:16pt" o:oleicon="f" o:ole="">
            <v:imagedata r:id="rId293" o:title="eqId6ff6b35d3bf8f94ff28a9aa033bcfe2c"/>
          </v:shape>
        </w:pict>
      </w:r>
      <w:r>
        <w:rPr>
          <w:rFonts w:ascii="宋体" w:eastAsia="宋体" w:hAnsi="宋体" w:cs="宋体"/>
          <w:color w:val="000000"/>
        </w:rPr>
        <w:t>表示数轴上表示数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的点与原点的距离，那么，如果数轴上两点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表示的数为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时，点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与点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之间的距离为</w:t>
      </w:r>
      <w:r>
        <w:rPr>
          <w:rFonts w:ascii="Times New Roman" w:eastAsia="Times New Roman" w:hAnsi="Times New Roman" w:cs="Times New Roman"/>
          <w:i/>
          <w:color w:val="000000"/>
        </w:rPr>
        <w:t>PQ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＝</w:t>
      </w:r>
      <w:r>
        <w:pict>
          <v:shape id="_x0000_i701566" type="#_x0000_t75" alt="学科网(www.zxxk.com)--教育资源门户，提供试卷、教案、课件、论文、素材以及各类教学资源下载，还有大量而丰富的教学相关资讯！" style="width:38.25pt;height:15.75pt" o:oleicon="f" o:ole="">
            <v:imagedata r:id="rId294" o:title="eqIdc875c55f2117fb4572265601f096895a"/>
          </v:shape>
        </w:pi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根据上述材料，解决下列问题：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如图，在数轴上，点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表示的数分别是－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两点的距离用</w:t>
      </w:r>
      <w:r>
        <w:rPr>
          <w:rFonts w:ascii="Times New Roman" w:eastAsia="Times New Roman" w:hAnsi="Times New Roman" w:cs="Times New Roman"/>
          <w:i/>
          <w:color w:val="000000"/>
        </w:rPr>
        <w:t>AB</w:t>
      </w:r>
      <w:r>
        <w:rPr>
          <w:rFonts w:ascii="宋体" w:eastAsia="宋体" w:hAnsi="宋体" w:cs="宋体"/>
          <w:color w:val="000000"/>
        </w:rPr>
        <w:t>表示），点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是数轴上一个动点，表示数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4438650" cy="352425"/>
            <wp:docPr id="158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" name=""/>
                    <pic:cNvPicPr>
                      <a:picLocks noChangeAspect="1"/>
                    </pic:cNvPicPr>
                  </pic:nvPicPr>
                  <pic:blipFill>
                    <a:blip r:embed="rId295"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</w:t>
      </w:r>
      <w:r>
        <w:rPr>
          <w:rFonts w:ascii="Times New Roman" w:eastAsia="Times New Roman" w:hAnsi="Times New Roman" w:cs="Times New Roman"/>
          <w:i/>
          <w:color w:val="000000"/>
        </w:rPr>
        <w:t>AB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</w:t>
      </w:r>
      <w:r>
        <w:rPr>
          <w:rFonts w:ascii="宋体" w:eastAsia="宋体" w:hAnsi="宋体" w:cs="宋体"/>
          <w:color w:val="000000"/>
        </w:rPr>
        <w:t>个单位长度；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）若点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在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之间，则</w:t>
      </w:r>
      <w:r>
        <w:pict>
          <v:shape id="_x0000_i701567" type="#_x0000_t75" alt="学科网(www.zxxk.com)--教育资源门户，提供试卷、教案、课件、论文、素材以及各类教学资源下载，还有大量而丰富的教学相关资讯！" style="width:75.75pt;height:15pt" o:oleicon="f" o:ole="">
            <v:imagedata r:id="rId296" o:title="eqIdb547e6d2a66c3a9cf6ba7a2f3e8334d9"/>
          </v:shape>
        </w:pic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）若</w:t>
      </w:r>
      <w:r>
        <w:pict>
          <v:shape id="_x0000_i701568" type="#_x0000_t75" alt="学科网(www.zxxk.com)--教育资源门户，提供试卷、教案、课件、论文、素材以及各类教学资源下载，还有大量而丰富的教学相关资讯！" style="width:75.75pt;height:15pt" o:oleicon="f" o:ole="">
            <v:imagedata r:id="rId297" o:title="eqIdb547e6d2a66c3a9cf6ba7a2f3e8334d9"/>
          </v:shape>
        </w:pic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 xml:space="preserve"> 20</w:t>
      </w:r>
      <w:r>
        <w:rPr>
          <w:rFonts w:ascii="宋体" w:eastAsia="宋体" w:hAnsi="宋体" w:cs="宋体"/>
          <w:color w:val="000000"/>
        </w:rPr>
        <w:t>，求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的值；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将连续的偶数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，…排成如下表，并用一个十字形框架框住其中的五个数，请你仔细观察十字形框架中的数字的规律，并回答下列问题：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85925" cy="1238250"/>
            <wp:docPr id="158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" name=""/>
                    <pic:cNvPicPr>
                      <a:picLocks noChangeAspect="1"/>
                    </pic:cNvPicPr>
                  </pic:nvPicPr>
                  <pic:blipFill>
                    <a:blip r:embed="rId298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）十字框中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59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" name=""/>
                    <pic:cNvPicPr>
                      <a:picLocks noChangeAspect="1"/>
                    </pic:cNvPicPr>
                  </pic:nvPicPr>
                  <pic:blipFill>
                    <a:blip r:embed="rId29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五个数的和等于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  <w:u w:val="single"/>
        </w:rPr>
        <w:t>　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r>
        <w:rPr>
          <w:rFonts w:ascii="宋体" w:eastAsia="宋体" w:hAnsi="宋体" w:cs="宋体"/>
          <w:color w:val="000000"/>
          <w:u w:val="single"/>
        </w:rPr>
        <w:t>　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）若将十字框上下左右移动，可框住另外的五个数，设中间的数为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，用代数式表示十字框中的五个数的和是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  <w:u w:val="single"/>
        </w:rPr>
        <w:t>　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r>
        <w:rPr>
          <w:rFonts w:ascii="宋体" w:eastAsia="宋体" w:hAnsi="宋体" w:cs="宋体"/>
          <w:color w:val="000000"/>
          <w:u w:val="single"/>
        </w:rPr>
        <w:t>　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）在移动十字框的过程中，若框住的五个数的和等于</w:t>
      </w:r>
      <w:r>
        <w:rPr>
          <w:rFonts w:ascii="Times New Roman" w:eastAsia="Times New Roman" w:hAnsi="Times New Roman" w:cs="Times New Roman"/>
          <w:color w:val="000000"/>
        </w:rPr>
        <w:t>2020</w:t>
      </w:r>
      <w:r>
        <w:rPr>
          <w:rFonts w:ascii="宋体" w:eastAsia="宋体" w:hAnsi="宋体" w:cs="宋体"/>
          <w:color w:val="000000"/>
        </w:rPr>
        <w:t>，这五个数从小到大依次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  <w:u w:val="single"/>
        </w:rPr>
        <w:t>　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r>
        <w:rPr>
          <w:rFonts w:ascii="宋体" w:eastAsia="宋体" w:hAnsi="宋体" w:cs="宋体"/>
          <w:color w:val="000000"/>
          <w:u w:val="single"/>
        </w:rPr>
        <w:t>　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宋体" w:eastAsia="宋体" w:hAnsi="宋体" w:cs="宋体"/>
          <w:color w:val="000000"/>
          <w:u w:val="single"/>
        </w:rPr>
        <w:t>　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r>
        <w:rPr>
          <w:rFonts w:ascii="宋体" w:eastAsia="宋体" w:hAnsi="宋体" w:cs="宋体"/>
          <w:color w:val="000000"/>
          <w:u w:val="single"/>
        </w:rPr>
        <w:t>　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宋体" w:eastAsia="宋体" w:hAnsi="宋体" w:cs="宋体"/>
          <w:color w:val="000000"/>
          <w:u w:val="single"/>
        </w:rPr>
        <w:t>　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r>
        <w:rPr>
          <w:rFonts w:ascii="宋体" w:eastAsia="宋体" w:hAnsi="宋体" w:cs="宋体"/>
          <w:color w:val="000000"/>
          <w:u w:val="single"/>
        </w:rPr>
        <w:t>　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宋体" w:eastAsia="宋体" w:hAnsi="宋体" w:cs="宋体"/>
          <w:color w:val="000000"/>
          <w:u w:val="single"/>
        </w:rPr>
        <w:t>　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r>
        <w:rPr>
          <w:rFonts w:ascii="宋体" w:eastAsia="宋体" w:hAnsi="宋体" w:cs="宋体"/>
          <w:color w:val="000000"/>
          <w:u w:val="single"/>
        </w:rPr>
        <w:t>　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宋体" w:eastAsia="宋体" w:hAnsi="宋体" w:cs="宋体"/>
          <w:color w:val="000000"/>
          <w:u w:val="single"/>
        </w:rPr>
        <w:t>　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r>
        <w:rPr>
          <w:rFonts w:ascii="宋体" w:eastAsia="宋体" w:hAnsi="宋体" w:cs="宋体"/>
          <w:color w:val="000000"/>
          <w:u w:val="single"/>
        </w:rPr>
        <w:t>　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  <w:sectPr w:rsidSect="00C321EB">
          <w:headerReference w:type="even" r:id="rId128"/>
          <w:footerReference w:type="even" r:id="rId129"/>
          <w:headerReference w:type="first" r:id="rId130"/>
          <w:footerReference w:type="first" r:id="rId131"/>
          <w:pgSz w:w="11906" w:h="16838"/>
          <w:pgMar w:top="910" w:right="1080" w:bottom="1440" w:left="1080" w:header="152" w:footer="0" w:gutter="0"/>
          <w:cols w:space="720"/>
          <w:titlePg w:val="0"/>
          <w:docGrid w:type="lines" w:linePitch="312"/>
        </w:sect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）框住的五个数的和能等于</w:t>
      </w:r>
      <w:r>
        <w:rPr>
          <w:rFonts w:ascii="Times New Roman" w:eastAsia="Times New Roman" w:hAnsi="Times New Roman" w:cs="Times New Roman"/>
          <w:color w:val="000000"/>
        </w:rPr>
        <w:t>2019</w:t>
      </w:r>
      <w:r>
        <w:rPr>
          <w:rFonts w:ascii="宋体" w:eastAsia="宋体" w:hAnsi="宋体" w:cs="宋体"/>
          <w:color w:val="000000"/>
        </w:rPr>
        <w:t>吗？</w:t>
      </w:r>
    </w:p>
    <w:p>
      <w:pPr>
        <w:pStyle w:val="Heading2"/>
      </w:pPr>
      <w:r>
        <w:t>北京22中、21中联盟校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eastAsia="宋体" w:hAnsi="宋体" w:cs="宋体"/>
          <w:color w:val="000000"/>
        </w:rPr>
        <w:t>列方程解应用题：京张高铁是</w:t>
      </w:r>
      <w:r>
        <w:rPr>
          <w:rFonts w:ascii="Times New Roman" w:eastAsia="Times New Roman" w:hAnsi="Times New Roman" w:cs="Times New Roman"/>
          <w:color w:val="000000"/>
        </w:rPr>
        <w:t>2022</w:t>
      </w:r>
      <w:r>
        <w:rPr>
          <w:rFonts w:ascii="宋体" w:eastAsia="宋体" w:hAnsi="宋体" w:cs="宋体"/>
          <w:color w:val="000000"/>
        </w:rPr>
        <w:t>年北京冬奥会的重要交通基础设施．考虑到不同路段的特殊情况，将根据不同的运行区间设置不同的时速．其中，北京北站到清河段全长</w:t>
      </w:r>
      <w:r>
        <w:rPr>
          <w:rFonts w:ascii="Times New Roman" w:eastAsia="Times New Roman" w:hAnsi="Times New Roman" w:cs="Times New Roman"/>
          <w:color w:val="000000"/>
        </w:rPr>
        <w:t>11</w:t>
      </w:r>
      <w:r>
        <w:rPr>
          <w:rFonts w:ascii="宋体" w:eastAsia="宋体" w:hAnsi="宋体" w:cs="宋体"/>
          <w:color w:val="000000"/>
        </w:rPr>
        <w:t>千米，分为地下清华园隧道和地上区间两部分，地下清华园隧道运行速度为</w:t>
      </w:r>
      <w:r>
        <w:rPr>
          <w:rFonts w:ascii="Times New Roman" w:eastAsia="Times New Roman" w:hAnsi="Times New Roman" w:cs="Times New Roman"/>
          <w:color w:val="000000"/>
        </w:rPr>
        <w:t>80</w:t>
      </w:r>
      <w:r>
        <w:rPr>
          <w:rFonts w:ascii="宋体" w:eastAsia="宋体" w:hAnsi="宋体" w:cs="宋体"/>
          <w:color w:val="000000"/>
        </w:rPr>
        <w:t>千米/小时．地上区间运行速度为</w:t>
      </w:r>
      <w:r>
        <w:rPr>
          <w:rFonts w:ascii="Times New Roman" w:eastAsia="Times New Roman" w:hAnsi="Times New Roman" w:cs="Times New Roman"/>
          <w:color w:val="000000"/>
        </w:rPr>
        <w:t>120</w:t>
      </w:r>
      <w:r>
        <w:rPr>
          <w:rFonts w:ascii="宋体" w:eastAsia="宋体" w:hAnsi="宋体" w:cs="宋体"/>
          <w:color w:val="000000"/>
        </w:rPr>
        <w:t>千米/小时．按此运行速度，地下清华园隧道运行时间比地上区间运行时间多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分钟，求地下清华园隧道全长为多少千米．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已知点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是数轴上的三个点．若点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到原点的距离等于点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到原点距离的和的一半，则称点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为点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和点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关联点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已知点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表示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表示﹣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，下列各数﹣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，﹣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在数轴上所对应的点分别是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eastAsia="宋体" w:hAnsi="宋体" w:cs="宋体"/>
          <w:color w:val="000000"/>
        </w:rPr>
        <w:t>，其中是点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和点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关联点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的是</w:t>
      </w:r>
      <w:r>
        <w:rPr>
          <w:rFonts w:ascii="宋体" w:eastAsia="宋体" w:hAnsi="宋体" w:cs="宋体"/>
          <w:color w:val="000000"/>
          <w:u w:val="single"/>
        </w:rPr>
        <w:t>　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</w:t>
      </w:r>
      <w:r>
        <w:rPr>
          <w:rFonts w:ascii="宋体" w:eastAsia="宋体" w:hAnsi="宋体" w:cs="宋体"/>
          <w:color w:val="000000"/>
          <w:u w:val="single"/>
        </w:rPr>
        <w:t>　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已知点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表示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表示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为点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和点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关联点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，且点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到原点的距离为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，求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的值；</w:t>
      </w:r>
    </w:p>
    <w:p>
      <w:pPr>
        <w:spacing w:line="360" w:lineRule="auto"/>
        <w:jc w:val="left"/>
        <w:textAlignment w:val="center"/>
        <w:rPr>
          <w:color w:val="000000"/>
        </w:rPr>
        <w:sectPr w:rsidSect="00C321EB">
          <w:headerReference w:type="even" r:id="rId130"/>
          <w:footerReference w:type="even" r:id="rId131"/>
          <w:headerReference w:type="first" r:id="rId132"/>
          <w:footerReference w:type="first" r:id="rId133"/>
          <w:pgSz w:w="11906" w:h="16838"/>
          <w:pgMar w:top="910" w:right="1080" w:bottom="1440" w:left="1080" w:header="152" w:footer="0" w:gutter="0"/>
          <w:cols w:space="720"/>
          <w:titlePg w:val="0"/>
          <w:docGrid w:type="lines" w:linePitch="312"/>
        </w:sect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已知点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表示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＞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），将点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沿数轴正方向移动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个单位长度，得到点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．当点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为点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和点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关联点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时，直接写出</w:t>
      </w:r>
      <w:r>
        <w:rPr>
          <w:rFonts w:ascii="Times New Roman" w:eastAsia="Times New Roman" w:hAnsi="Times New Roman" w:cs="Times New Roman"/>
          <w:i/>
          <w:color w:val="000000"/>
        </w:rPr>
        <w:t>PB</w:t>
      </w:r>
      <w:r>
        <w:rPr>
          <w:rFonts w:ascii="宋体" w:eastAsia="宋体" w:hAnsi="宋体" w:cs="宋体"/>
          <w:color w:val="000000"/>
        </w:rPr>
        <w:t>﹣</w:t>
      </w:r>
      <w:r>
        <w:rPr>
          <w:rFonts w:ascii="Times New Roman" w:eastAsia="Times New Roman" w:hAnsi="Times New Roman" w:cs="Times New Roman"/>
          <w:i/>
          <w:color w:val="000000"/>
        </w:rPr>
        <w:t>PA</w:t>
      </w:r>
      <w:r>
        <w:rPr>
          <w:rFonts w:ascii="宋体" w:eastAsia="宋体" w:hAnsi="宋体" w:cs="宋体"/>
          <w:color w:val="000000"/>
        </w:rPr>
        <w:t>的值．</w:t>
      </w:r>
    </w:p>
    <w:p>
      <w:pPr>
        <w:pStyle w:val="Heading2"/>
      </w:pPr>
      <w:r>
        <w:t>大兴区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eastAsia="宋体" w:hAnsi="宋体" w:cs="宋体"/>
          <w:color w:val="000000"/>
        </w:rPr>
        <w:t>设</w:t>
      </w:r>
      <w:r>
        <w:pict>
          <v:shape id="_x0000_i701569" type="#_x0000_t75" alt="学科网(www.zxxk.com)--教育资源门户，提供试卷、教案、课件、论文、素材以及各类教学资源下载，还有大量而丰富的教学相关资讯！" style="width:16pt;height:17.5pt" o:oleicon="f" o:ole="">
            <v:imagedata r:id="rId300" o:title="eqId54cbdd32c22ec3b95b2db156ae28dfd5"/>
          </v:shape>
        </w:pict>
      </w:r>
      <w:r>
        <w:rPr>
          <w:rFonts w:ascii="宋体" w:eastAsia="宋体" w:hAnsi="宋体" w:cs="宋体"/>
          <w:color w:val="000000"/>
        </w:rPr>
        <w:t>是一个两位数，如果</w:t>
      </w:r>
      <w:r>
        <w:pict>
          <v:shape id="_x0000_i701570" type="#_x0000_t75" alt="学科网(www.zxxk.com)--教育资源门户，提供试卷、教案、课件、论文、素材以及各类教学资源下载，还有大量而丰富的教学相关资讯！" style="width:27pt;height:14.25pt" o:oleicon="f" o:ole="">
            <v:imagedata r:id="rId301" o:title="eqId20d6fc9b90f370fbb27552876b650f8f"/>
          </v:shape>
        </w:pict>
      </w:r>
      <w:r>
        <w:rPr>
          <w:rFonts w:ascii="宋体" w:eastAsia="宋体" w:hAnsi="宋体" w:cs="宋体"/>
          <w:color w:val="000000"/>
        </w:rPr>
        <w:t>可以被</w:t>
      </w: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宋体" w:eastAsia="宋体" w:hAnsi="宋体" w:cs="宋体"/>
          <w:color w:val="000000"/>
        </w:rPr>
        <w:t>整除，则这个两位数可以被</w:t>
      </w: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宋体" w:eastAsia="宋体" w:hAnsi="宋体" w:cs="宋体"/>
          <w:color w:val="000000"/>
        </w:rPr>
        <w:t>整除吗？为什么？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eastAsia="宋体" w:hAnsi="宋体" w:cs="宋体"/>
          <w:color w:val="000000"/>
        </w:rPr>
        <w:t>对数轴上的点进行如下操作：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第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次操作：把点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表示的数乘以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，再把所得数对应的点向右平移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个单位，得到点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的对应点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第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次操作：把点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表示的数乘以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，再把所得数对应的点向右平移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个单位，得到点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的对应点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第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次操作：把点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表示的数乘以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，再把所得数对应的点向右平移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个单位，得到点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的对应点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第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次操作：把点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表示的数乘以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，再把所得数对应的点向右平移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个单位，得到点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的对应点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第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次操作：把点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表示的数乘以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，再把所得数对应的点向右平移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个单位，得到点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的对应点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……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若点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表示的数是</w:t>
      </w:r>
      <w:r>
        <w:pict>
          <v:shape id="_x0000_i701571" type="#_x0000_t75" alt="学科网(www.zxxk.com)--教育资源门户，提供试卷、教案、课件、论文、素材以及各类教学资源下载，还有大量而丰富的教学相关资讯！" style="width:15.75pt;height:12.75pt" o:oleicon="f" o:ole="">
            <v:imagedata r:id="rId302" o:title="eqId274a9dc37509f01c2606fb3086a46f4f"/>
          </v:shape>
        </w:pict>
      </w:r>
      <w:r>
        <w:rPr>
          <w:rFonts w:ascii="宋体" w:eastAsia="宋体" w:hAnsi="宋体" w:cs="宋体"/>
          <w:color w:val="000000"/>
        </w:rPr>
        <w:t>，则点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表示的数是</w:t>
      </w:r>
      <w:r>
        <w:rPr>
          <w:rFonts w:ascii="Times New Roman" w:eastAsia="Times New Roman" w:hAnsi="Times New Roman" w:cs="Times New Roman"/>
          <w:color w:val="000000"/>
        </w:rPr>
        <w:t>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表示的数是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，则点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表示的数是</w:t>
      </w:r>
      <w:r>
        <w:rPr>
          <w:rFonts w:ascii="Times New Roman" w:eastAsia="Times New Roman" w:hAnsi="Times New Roman" w:cs="Times New Roman"/>
          <w:color w:val="000000"/>
        </w:rPr>
        <w:t>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若点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到表示数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的点的距离是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，则点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表示的数是</w:t>
      </w:r>
      <w:r>
        <w:rPr>
          <w:rFonts w:ascii="Times New Roman" w:eastAsia="Times New Roman" w:hAnsi="Times New Roman" w:cs="Times New Roman"/>
          <w:color w:val="000000"/>
        </w:rPr>
        <w:t>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eastAsia="宋体" w:hAnsi="宋体" w:cs="宋体"/>
          <w:color w:val="000000"/>
        </w:rPr>
        <w:t>若点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表示的数是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，第</w:t>
      </w:r>
      <w:r>
        <w:rPr>
          <w:rFonts w:ascii="Times New Roman" w:eastAsia="Times New Roman" w:hAnsi="Times New Roman" w:cs="Times New Roman"/>
          <w:color w:val="000000"/>
        </w:rPr>
        <w:t>2022</w:t>
      </w:r>
      <w:r>
        <w:rPr>
          <w:rFonts w:ascii="宋体" w:eastAsia="宋体" w:hAnsi="宋体" w:cs="宋体"/>
          <w:color w:val="000000"/>
        </w:rPr>
        <w:t>次操作得到的对应点所表示的数的个位数字是</w:t>
      </w:r>
      <w:r>
        <w:rPr>
          <w:rFonts w:ascii="Times New Roman" w:eastAsia="Times New Roman" w:hAnsi="Times New Roman" w:cs="Times New Roman"/>
          <w:color w:val="000000"/>
        </w:rPr>
        <w:t>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pStyle w:val="Heading2"/>
      </w:pPr>
      <w:r>
        <w:t>大兴区亦庄实验中学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eastAsia="宋体" w:hAnsi="宋体" w:cs="宋体"/>
          <w:color w:val="000000"/>
        </w:rPr>
        <w:t>已知</w:t>
      </w:r>
      <w:r>
        <w:pict>
          <v:shape id="_x0000_i701572" type="#_x0000_t75" alt="学科网(www.zxxk.com)--教育资源门户，提供试卷、教案、课件、论文、素材以及各类教学资源下载，还有大量而丰富的教学相关资讯！" style="width:97.2pt;height:16.2pt" o:oleicon="f" o:ole="">
            <v:imagedata r:id="rId303" o:title="eqId49f26a2c48129deb451869d87735f817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573" type="#_x0000_t75" alt="学科网(www.zxxk.com)--教育资源门户，提供试卷、教案、课件、论文、素材以及各类教学资源下载，还有大量而丰富的教学相关资讯！" style="width:106.8pt;height:16.2pt" o:oleicon="f" o:ole="">
            <v:imagedata r:id="rId304" o:title="eqIde39a11f9aace3707fff32fdf902a9c5d"/>
          </v:shape>
        </w:pi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</w:t>
      </w:r>
      <w:r>
        <w:pict>
          <v:shape id="_x0000_i701574" type="#_x0000_t75" alt="学科网(www.zxxk.com)--教育资源门户，提供试卷、教案、课件、论文、素材以及各类教学资源下载，还有大量而丰富的教学相关资讯！" style="width:30pt;height:12.75pt" o:oleicon="f" o:ole="">
            <v:imagedata r:id="rId305" o:title="eqId5e9e460c144f7a2141d2df0308b125f2"/>
          </v:shape>
        </w:pi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当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满足</w:t>
      </w:r>
      <w:r>
        <w:pict>
          <v:shape id="_x0000_i701575" type="#_x0000_t75" alt="学科网(www.zxxk.com)--教育资源门户，提供试卷、教案、课件、论文、素材以及各类教学资源下载，还有大量而丰富的教学相关资讯！" style="width:93pt;height:18pt" o:oleicon="f" o:ole="">
            <v:imagedata r:id="rId306" o:title="eqIdd9dbd14594a6c26f6c217b19a84bd2fb"/>
          </v:shape>
        </w:pict>
      </w:r>
      <w:r>
        <w:rPr>
          <w:rFonts w:ascii="宋体" w:eastAsia="宋体" w:hAnsi="宋体" w:cs="宋体"/>
          <w:color w:val="000000"/>
        </w:rPr>
        <w:t>时，求</w:t>
      </w:r>
      <w:r>
        <w:pict>
          <v:shape id="_x0000_i701576" type="#_x0000_t75" alt="学科网(www.zxxk.com)--教育资源门户，提供试卷、教案、课件、论文、素材以及各类教学资源下载，还有大量而丰富的教学相关资讯！" style="width:30pt;height:12.75pt" o:oleicon="f" o:ole="">
            <v:imagedata r:id="rId307" o:title="eqId5e9e460c144f7a2141d2df0308b125f2"/>
          </v:shape>
        </w:pict>
      </w:r>
      <w:r>
        <w:rPr>
          <w:rFonts w:ascii="宋体" w:eastAsia="宋体" w:hAnsi="宋体" w:cs="宋体"/>
          <w:color w:val="000000"/>
        </w:rPr>
        <w:t>的值；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若</w:t>
      </w:r>
      <w:r>
        <w:pict>
          <v:shape id="_x0000_i701577" type="#_x0000_t75" alt="学科网(www.zxxk.com)--教育资源门户，提供试卷、教案、课件、论文、素材以及各类教学资源下载，还有大量而丰富的教学相关资讯！" style="width:30pt;height:12.75pt" o:oleicon="f" o:ole="">
            <v:imagedata r:id="rId308" o:title="eqId5e9e460c144f7a2141d2df0308b125f2"/>
          </v:shape>
        </w:pict>
      </w:r>
      <w:r>
        <w:rPr>
          <w:rFonts w:ascii="宋体" w:eastAsia="宋体" w:hAnsi="宋体" w:cs="宋体"/>
          <w:color w:val="000000"/>
        </w:rPr>
        <w:t>的值与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无关，求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的值．</w:t>
      </w:r>
    </w:p>
    <w:p>
      <w:pPr>
        <w:spacing w:line="360" w:lineRule="auto"/>
        <w:ind w:left="270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eastAsia="宋体" w:hAnsi="宋体" w:cs="宋体"/>
          <w:color w:val="000000"/>
        </w:rPr>
        <w:t>阅读下面的材料：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如图①，若线段</w:t>
      </w:r>
      <w:r>
        <w:rPr>
          <w:rFonts w:ascii="Times New Roman" w:eastAsia="Times New Roman" w:hAnsi="Times New Roman" w:cs="Times New Roman"/>
          <w:color w:val="000000"/>
        </w:rPr>
        <w:t>AB</w:t>
      </w:r>
      <w:r>
        <w:rPr>
          <w:rFonts w:ascii="宋体" w:eastAsia="宋体" w:hAnsi="宋体" w:cs="宋体"/>
          <w:color w:val="000000"/>
        </w:rPr>
        <w:t>在数轴上，</w:t>
      </w:r>
      <w:r>
        <w:rPr>
          <w:rFonts w:ascii="Times New Roman" w:eastAsia="Times New Roman" w:hAnsi="Times New Roman" w:cs="Times New Roman"/>
          <w:color w:val="000000"/>
        </w:rPr>
        <w:t>A，B</w:t>
      </w:r>
      <w:r>
        <w:rPr>
          <w:rFonts w:ascii="宋体" w:eastAsia="宋体" w:hAnsi="宋体" w:cs="宋体"/>
          <w:color w:val="000000"/>
        </w:rPr>
        <w:t>点表示的数分别为</w:t>
      </w:r>
      <w:r>
        <w:rPr>
          <w:rFonts w:ascii="Times New Roman" w:eastAsia="Times New Roman" w:hAnsi="Times New Roman" w:cs="Times New Roman"/>
          <w:color w:val="000000"/>
        </w:rPr>
        <w:t>a，b（b＞a</w:t>
      </w:r>
      <w:r>
        <w:rPr>
          <w:rFonts w:ascii="宋体" w:eastAsia="宋体" w:hAnsi="宋体" w:cs="宋体"/>
          <w:color w:val="000000"/>
        </w:rPr>
        <w:t>），则线段</w:t>
      </w:r>
      <w:r>
        <w:rPr>
          <w:rFonts w:ascii="Times New Roman" w:eastAsia="Times New Roman" w:hAnsi="Times New Roman" w:cs="Times New Roman"/>
          <w:color w:val="000000"/>
        </w:rPr>
        <w:t>AB</w:t>
      </w:r>
      <w:r>
        <w:rPr>
          <w:rFonts w:ascii="宋体" w:eastAsia="宋体" w:hAnsi="宋体" w:cs="宋体"/>
          <w:color w:val="000000"/>
        </w:rPr>
        <w:t>的长（点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到点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的距离）可表示为</w:t>
      </w:r>
      <w:r>
        <w:rPr>
          <w:rFonts w:ascii="Times New Roman" w:eastAsia="Times New Roman" w:hAnsi="Times New Roman" w:cs="Times New Roman"/>
          <w:color w:val="000000"/>
        </w:rPr>
        <w:t>AB=b﹣a</w:t>
      </w:r>
    </w:p>
    <w:p>
      <w:pPr>
        <w:spacing w:line="360" w:lineRule="auto"/>
        <w:ind w:left="270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4191000" cy="495300"/>
            <wp:docPr id="159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" name=""/>
                    <pic:cNvPicPr>
                      <a:picLocks noChangeAspect="1"/>
                    </pic:cNvPicPr>
                  </pic:nvPicPr>
                  <pic:blipFill>
                    <a:blip r:embed="rId309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70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请用上面材料中的知识解答下面的问题：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如图②，一个点从数轴上的原点开始，先向左移动</w:t>
      </w:r>
      <w:r>
        <w:rPr>
          <w:rFonts w:ascii="Times New Roman" w:eastAsia="Times New Roman" w:hAnsi="Times New Roman" w:cs="Times New Roman"/>
          <w:color w:val="000000"/>
        </w:rPr>
        <w:t>1cm</w:t>
      </w:r>
      <w:r>
        <w:rPr>
          <w:rFonts w:ascii="宋体" w:eastAsia="宋体" w:hAnsi="宋体" w:cs="宋体"/>
          <w:color w:val="000000"/>
        </w:rPr>
        <w:t>到达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点，再向左移动</w:t>
      </w:r>
      <w:r>
        <w:rPr>
          <w:rFonts w:ascii="Times New Roman" w:eastAsia="Times New Roman" w:hAnsi="Times New Roman" w:cs="Times New Roman"/>
          <w:color w:val="000000"/>
        </w:rPr>
        <w:t>2cm</w:t>
      </w:r>
      <w:r>
        <w:rPr>
          <w:rFonts w:ascii="宋体" w:eastAsia="宋体" w:hAnsi="宋体" w:cs="宋体"/>
          <w:color w:val="000000"/>
        </w:rPr>
        <w:t>到达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点，然后向右移动</w:t>
      </w:r>
      <w:r>
        <w:rPr>
          <w:rFonts w:ascii="Times New Roman" w:eastAsia="Times New Roman" w:hAnsi="Times New Roman" w:cs="Times New Roman"/>
          <w:color w:val="000000"/>
        </w:rPr>
        <w:t>7cm</w:t>
      </w:r>
      <w:r>
        <w:rPr>
          <w:rFonts w:ascii="宋体" w:eastAsia="宋体" w:hAnsi="宋体" w:cs="宋体"/>
          <w:color w:val="000000"/>
        </w:rPr>
        <w:t>到达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点，用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个单位长度表示</w:t>
      </w:r>
      <w:r>
        <w:rPr>
          <w:rFonts w:ascii="Times New Roman" w:eastAsia="Times New Roman" w:hAnsi="Times New Roman" w:cs="Times New Roman"/>
          <w:color w:val="000000"/>
        </w:rPr>
        <w:t>1cm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请你在数轴上表示出</w:t>
      </w:r>
      <w:r>
        <w:rPr>
          <w:rFonts w:ascii="Times New Roman" w:eastAsia="Times New Roman" w:hAnsi="Times New Roman" w:cs="Times New Roman"/>
          <w:color w:val="000000"/>
        </w:rPr>
        <w:t>A，B，C</w:t>
      </w:r>
      <w:r>
        <w:rPr>
          <w:rFonts w:ascii="宋体" w:eastAsia="宋体" w:hAnsi="宋体" w:cs="宋体"/>
          <w:color w:val="000000"/>
        </w:rPr>
        <w:t>三点的位置，并直接写出线段</w:t>
      </w:r>
      <w:r>
        <w:rPr>
          <w:rFonts w:ascii="Times New Roman" w:eastAsia="Times New Roman" w:hAnsi="Times New Roman" w:cs="Times New Roman"/>
          <w:color w:val="000000"/>
        </w:rPr>
        <w:t>AC</w:t>
      </w:r>
      <w:r>
        <w:rPr>
          <w:rFonts w:ascii="宋体" w:eastAsia="宋体" w:hAnsi="宋体" w:cs="宋体"/>
          <w:color w:val="000000"/>
        </w:rPr>
        <w:t>的长度；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若数轴上有一点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，且</w:t>
      </w:r>
      <w:r>
        <w:rPr>
          <w:rFonts w:ascii="Times New Roman" w:eastAsia="Times New Roman" w:hAnsi="Times New Roman" w:cs="Times New Roman"/>
          <w:color w:val="000000"/>
        </w:rPr>
        <w:t>AD=4cm</w:t>
      </w:r>
      <w:r>
        <w:rPr>
          <w:rFonts w:ascii="宋体" w:eastAsia="宋体" w:hAnsi="宋体" w:cs="宋体"/>
          <w:color w:val="000000"/>
        </w:rPr>
        <w:t>，则点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表示的数是什么？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（3）</w:t>
      </w:r>
      <w:r>
        <w:rPr>
          <w:rFonts w:ascii="宋体" w:eastAsia="宋体" w:hAnsi="宋体" w:cs="宋体"/>
          <w:color w:val="000000"/>
        </w:rPr>
        <w:t>若将点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向右移动</w:t>
      </w:r>
      <w:r>
        <w:rPr>
          <w:rFonts w:ascii="Times New Roman" w:eastAsia="Times New Roman" w:hAnsi="Times New Roman" w:cs="Times New Roman"/>
          <w:color w:val="000000"/>
        </w:rPr>
        <w:t>xcm</w:t>
      </w:r>
      <w:r>
        <w:rPr>
          <w:rFonts w:ascii="宋体" w:eastAsia="宋体" w:hAnsi="宋体" w:cs="宋体"/>
          <w:color w:val="000000"/>
        </w:rPr>
        <w:t>，请用代数式表示移动后的点表示的数？</w:t>
      </w:r>
    </w:p>
    <w:p>
      <w:pPr>
        <w:spacing w:line="360" w:lineRule="auto"/>
        <w:jc w:val="left"/>
        <w:textAlignment w:val="center"/>
        <w:rPr>
          <w:color w:val="000000"/>
        </w:rPr>
        <w:sectPr w:rsidSect="00C321EB">
          <w:headerReference w:type="even" r:id="rId141"/>
          <w:footerReference w:type="even" r:id="rId142"/>
          <w:headerReference w:type="first" r:id="rId143"/>
          <w:footerReference w:type="first" r:id="rId144"/>
          <w:pgSz w:w="11906" w:h="16838"/>
          <w:pgMar w:top="910" w:right="1080" w:bottom="1440" w:left="1080" w:header="152" w:footer="0" w:gutter="0"/>
          <w:cols w:space="720"/>
          <w:titlePg w:val="0"/>
          <w:docGrid w:type="lines" w:linePitch="312"/>
        </w:sectPr>
      </w:pPr>
      <w:r>
        <w:rPr>
          <w:rFonts w:ascii="Times New Roman" w:eastAsia="Times New Roman" w:hAnsi="Times New Roman" w:cs="Times New Roman"/>
          <w:color w:val="000000"/>
        </w:rPr>
        <w:t>（4）</w:t>
      </w:r>
      <w:r>
        <w:rPr>
          <w:rFonts w:ascii="宋体" w:eastAsia="宋体" w:hAnsi="宋体" w:cs="宋体"/>
          <w:color w:val="000000"/>
        </w:rPr>
        <w:t>若点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以每秒</w:t>
      </w:r>
      <w:r>
        <w:rPr>
          <w:rFonts w:ascii="Times New Roman" w:eastAsia="Times New Roman" w:hAnsi="Times New Roman" w:cs="Times New Roman"/>
          <w:color w:val="000000"/>
        </w:rPr>
        <w:t>2cm</w:t>
      </w:r>
      <w:r>
        <w:rPr>
          <w:rFonts w:ascii="宋体" w:eastAsia="宋体" w:hAnsi="宋体" w:cs="宋体"/>
          <w:color w:val="000000"/>
        </w:rPr>
        <w:t>的速度向左移动至点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宋体" w:eastAsia="宋体" w:hAnsi="宋体" w:cs="宋体"/>
          <w:color w:val="000000"/>
        </w:rPr>
        <w:t>，同时点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分别以每秒</w:t>
      </w:r>
      <w:r>
        <w:rPr>
          <w:rFonts w:ascii="Times New Roman" w:eastAsia="Times New Roman" w:hAnsi="Times New Roman" w:cs="Times New Roman"/>
          <w:color w:val="000000"/>
        </w:rPr>
        <w:t>1cm</w:t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4cm</w:t>
      </w:r>
      <w:r>
        <w:rPr>
          <w:rFonts w:ascii="宋体" w:eastAsia="宋体" w:hAnsi="宋体" w:cs="宋体"/>
          <w:color w:val="000000"/>
        </w:rPr>
        <w:t>的速度向右移动至点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eastAsia="宋体" w:hAnsi="宋体" w:cs="宋体"/>
          <w:color w:val="000000"/>
        </w:rPr>
        <w:t>，设移动时间为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宋体" w:eastAsia="宋体" w:hAnsi="宋体" w:cs="宋体"/>
          <w:color w:val="000000"/>
        </w:rPr>
        <w:t>秒，试探索：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﹣P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的值是否会随着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宋体" w:eastAsia="宋体" w:hAnsi="宋体" w:cs="宋体"/>
          <w:color w:val="000000"/>
        </w:rPr>
        <w:t>的变化而变化？请说明理由．</w:t>
      </w:r>
    </w:p>
    <w:p>
      <w:pPr>
        <w:pStyle w:val="Heading2"/>
      </w:pPr>
      <w:r>
        <w:t>师范大学附属中学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．若整数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除以非零整数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，商为整数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，且余数为零，则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能被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整除．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．对于正整数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，以下给出判断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能否被</w:t>
      </w:r>
      <w:r>
        <w:rPr>
          <w:rFonts w:ascii="Times New Roman" w:eastAsia="Times New Roman" w:hAnsi="Times New Roman" w:cs="Times New Roman"/>
          <w:color w:val="000000"/>
        </w:rPr>
        <w:t>11</w:t>
      </w:r>
      <w:r>
        <w:rPr>
          <w:rFonts w:ascii="宋体" w:eastAsia="宋体" w:hAnsi="宋体" w:cs="宋体"/>
          <w:color w:val="000000"/>
        </w:rPr>
        <w:t>整除的简便方法“奇偶位差法”：若整数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的奇位数字之和与偶位数字之和的差</w:t>
      </w:r>
      <w:r>
        <w:pict>
          <v:shape id="_x0000_i701578" type="#_x0000_t75" alt="学科网(www.zxxk.com)--教育资源门户，提供试卷、教案、课件、论文、素材以及各类教学资源下载，还有大量而丰富的教学相关资讯！" style="width:30.4pt;height:17.75pt" o:oleicon="f" o:ole="">
            <v:imagedata r:id="rId310" o:title="eqId4f808411c86d3205fcd6050abc998ea8"/>
          </v:shape>
        </w:pict>
      </w:r>
      <w:r>
        <w:rPr>
          <w:rFonts w:ascii="宋体" w:eastAsia="宋体" w:hAnsi="宋体" w:cs="宋体"/>
          <w:color w:val="000000"/>
        </w:rPr>
        <w:t>能被</w:t>
      </w:r>
      <w:r>
        <w:rPr>
          <w:rFonts w:ascii="Times New Roman" w:eastAsia="Times New Roman" w:hAnsi="Times New Roman" w:cs="Times New Roman"/>
          <w:color w:val="000000"/>
        </w:rPr>
        <w:t>11</w:t>
      </w:r>
      <w:r>
        <w:rPr>
          <w:rFonts w:ascii="宋体" w:eastAsia="宋体" w:hAnsi="宋体" w:cs="宋体"/>
          <w:color w:val="000000"/>
        </w:rPr>
        <w:t>整除，则整数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能被</w:t>
      </w:r>
      <w:r>
        <w:rPr>
          <w:rFonts w:ascii="Times New Roman" w:eastAsia="Times New Roman" w:hAnsi="Times New Roman" w:cs="Times New Roman"/>
          <w:color w:val="000000"/>
        </w:rPr>
        <w:t>11</w:t>
      </w:r>
      <w:r>
        <w:rPr>
          <w:rFonts w:ascii="宋体" w:eastAsia="宋体" w:hAnsi="宋体" w:cs="宋体"/>
          <w:color w:val="000000"/>
        </w:rPr>
        <w:t>整除．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例如：判断</w:t>
      </w:r>
      <w:r>
        <w:rPr>
          <w:rFonts w:ascii="Times New Roman" w:eastAsia="Times New Roman" w:hAnsi="Times New Roman" w:cs="Times New Roman"/>
          <w:color w:val="000000"/>
        </w:rPr>
        <w:t>491678</w:t>
      </w:r>
      <w:r>
        <w:rPr>
          <w:rFonts w:ascii="宋体" w:eastAsia="宋体" w:hAnsi="宋体" w:cs="宋体"/>
          <w:color w:val="000000"/>
        </w:rPr>
        <w:t>能否被</w:t>
      </w:r>
      <w:r>
        <w:rPr>
          <w:rFonts w:ascii="Times New Roman" w:eastAsia="Times New Roman" w:hAnsi="Times New Roman" w:cs="Times New Roman"/>
          <w:color w:val="000000"/>
        </w:rPr>
        <w:t>11</w:t>
      </w:r>
      <w:r>
        <w:rPr>
          <w:rFonts w:ascii="宋体" w:eastAsia="宋体" w:hAnsi="宋体" w:cs="宋体"/>
          <w:color w:val="000000"/>
        </w:rPr>
        <w:t>整除．先计算奇位数字的和</w:t>
      </w:r>
      <w:r>
        <w:pict>
          <v:shape id="_x0000_i701579" type="#_x0000_t75" alt="学科网(www.zxxk.com)--教育资源门户，提供试卷、教案、课件、论文、素材以及各类教学资源下载，还有大量而丰富的教学相关资讯！" style="width:67.5pt;height:13.5pt" o:oleicon="f" o:ole="">
            <v:imagedata r:id="rId311" o:title="eqId36c3a606ef580f75fe70da9af7edd56f"/>
          </v:shape>
        </w:pict>
      </w:r>
      <w:r>
        <w:rPr>
          <w:rFonts w:ascii="宋体" w:eastAsia="宋体" w:hAnsi="宋体" w:cs="宋体"/>
          <w:color w:val="000000"/>
        </w:rPr>
        <w:t>，偶位数位的和</w:t>
      </w:r>
      <w:r>
        <w:pict>
          <v:shape id="_x0000_i701580" type="#_x0000_t75" alt="学科网(www.zxxk.com)--教育资源门户，提供试卷、教案、课件、论文、素材以及各类教学资源下载，还有大量而丰富的教学相关资讯！" style="width:64.15pt;height:13.9pt" o:oleicon="f" o:ole="">
            <v:imagedata r:id="rId312" o:title="eqIde3b8343ee584985acc0b8216d8b1307d"/>
          </v:shape>
        </w:pict>
      </w:r>
      <w:r>
        <w:rPr>
          <w:rFonts w:ascii="宋体" w:eastAsia="宋体" w:hAnsi="宋体" w:cs="宋体"/>
          <w:color w:val="000000"/>
        </w:rPr>
        <w:t>，于是得</w:t>
      </w:r>
      <w:r>
        <w:pict>
          <v:shape id="_x0000_i701581" type="#_x0000_t75" alt="学科网(www.zxxk.com)--教育资源门户，提供试卷、教案、课件、论文、素材以及各类教学资源下载，还有大量而丰富的教学相关资讯！" style="width:127.5pt;height:16.5pt" o:oleicon="f" o:ole="">
            <v:imagedata r:id="rId313" o:title="eqId5f1e7a90ce462308e344b1857f0c22a6"/>
          </v:shape>
        </w:pict>
      </w:r>
      <w:r>
        <w:rPr>
          <w:rFonts w:ascii="宋体" w:eastAsia="宋体" w:hAnsi="宋体" w:cs="宋体"/>
          <w:color w:val="000000"/>
        </w:rPr>
        <w:t>，能被</w:t>
      </w:r>
      <w:r>
        <w:rPr>
          <w:rFonts w:ascii="Times New Roman" w:eastAsia="Times New Roman" w:hAnsi="Times New Roman" w:cs="Times New Roman"/>
          <w:color w:val="000000"/>
        </w:rPr>
        <w:t>11</w:t>
      </w:r>
      <w:r>
        <w:rPr>
          <w:rFonts w:ascii="宋体" w:eastAsia="宋体" w:hAnsi="宋体" w:cs="宋体"/>
          <w:color w:val="000000"/>
        </w:rPr>
        <w:t>整除，因此</w:t>
      </w:r>
      <w:r>
        <w:rPr>
          <w:rFonts w:ascii="Times New Roman" w:eastAsia="Times New Roman" w:hAnsi="Times New Roman" w:cs="Times New Roman"/>
          <w:color w:val="000000"/>
        </w:rPr>
        <w:t>491678</w:t>
      </w:r>
      <w:r>
        <w:rPr>
          <w:rFonts w:ascii="宋体" w:eastAsia="宋体" w:hAnsi="宋体" w:cs="宋体"/>
          <w:color w:val="000000"/>
        </w:rPr>
        <w:t>能被</w:t>
      </w:r>
      <w:r>
        <w:rPr>
          <w:rFonts w:ascii="Times New Roman" w:eastAsia="Times New Roman" w:hAnsi="Times New Roman" w:cs="Times New Roman"/>
          <w:color w:val="000000"/>
        </w:rPr>
        <w:t>11</w:t>
      </w:r>
      <w:r>
        <w:rPr>
          <w:rFonts w:ascii="宋体" w:eastAsia="宋体" w:hAnsi="宋体" w:cs="宋体"/>
          <w:color w:val="000000"/>
        </w:rPr>
        <w:t>整除．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【操作与说理】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）当</w:t>
      </w:r>
      <w:r>
        <w:pict>
          <v:shape id="_x0000_i701582" type="#_x0000_t75" alt="学科网(www.zxxk.com)--教育资源门户，提供试卷、教案、课件、论文、素材以及各类教学资源下载，还有大量而丰富的教学相关资讯！" style="width:60pt;height:13.5pt" o:oleicon="f" o:ole="">
            <v:imagedata r:id="rId314" o:title="eqId1843b0e6eb54f3004a7e9f7197bed34f"/>
          </v:shape>
        </w:pict>
      </w:r>
      <w:r>
        <w:rPr>
          <w:rFonts w:ascii="宋体" w:eastAsia="宋体" w:hAnsi="宋体" w:cs="宋体"/>
          <w:color w:val="000000"/>
        </w:rPr>
        <w:t>，请你帮张聪</w:t>
      </w:r>
      <w:r>
        <w:rPr>
          <w:rFonts w:ascii="宋体" w:eastAsia="宋体" w:hAnsi="宋体" w:cs="宋体"/>
          <w:color w:val="000000"/>
          <w:em w:val="dot"/>
        </w:rPr>
        <w:t>写出判断过程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）张聪尝试说明方法的道理，他发现仅举例验证不足以证明一般结论，于是他列出如下表格分析了六位数的情况：</w:t>
      </w: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902"/>
        <w:gridCol w:w="1662"/>
        <w:gridCol w:w="1662"/>
        <w:gridCol w:w="481"/>
      </w:tblGrid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33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A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A</w:t>
            </w:r>
            <w:r>
              <w:rPr>
                <w:rFonts w:ascii="宋体" w:eastAsia="宋体" w:hAnsi="宋体" w:cs="宋体"/>
                <w:color w:val="000000"/>
              </w:rPr>
              <w:t>的奇位数字和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A</w:t>
            </w:r>
            <w:r>
              <w:rPr>
                <w:rFonts w:ascii="宋体" w:eastAsia="宋体" w:hAnsi="宋体" w:cs="宋体"/>
                <w:color w:val="000000"/>
              </w:rPr>
              <w:t>的偶位数字和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pict>
                <v:shape id="_x0000_i701583" type="#_x0000_t75" alt="学科网(www.zxxk.com)--教育资源门户，提供试卷、教案、课件、论文、素材以及各类教学资源下载，还有大量而丰富的教学相关资讯！" style="width:30.4pt;height:17.75pt" o:oleicon="f" o:ole="">
                  <v:imagedata r:id="rId315" o:title="eqId4f808411c86d3205fcd6050abc998ea8"/>
                </v:shape>
              </w:pict>
            </w:r>
          </w:p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33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491678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33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910349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</w:p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33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221353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33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</w:t>
            </w:r>
          </w:p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33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pict>
                <v:shape id="_x0000_i701584" type="#_x0000_t75" alt="学科网(www.zxxk.com)--教育资源门户，提供试卷、教案、课件、论文、素材以及各类教学资源下载，还有大量而丰富的教学相关资讯！" style="width:38.25pt;height:18.75pt" o:oleicon="f" o:ole="">
                  <v:imagedata r:id="rId316" o:title="eqId9a2348e1db7e2f1e34e0e0cc8774567e"/>
                </v:shape>
              </w:pi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说明：</w:t>
      </w:r>
      <w:r>
        <w:pict>
          <v:shape id="_x0000_i701585" type="#_x0000_t75" alt="学科网(www.zxxk.com)--教育资源门户，提供试卷、教案、课件、论文、素材以及各类教学资源下载，还有大量而丰富的教学相关资讯！" style="width:38.25pt;height:18.75pt" o:oleicon="f" o:ole="">
            <v:imagedata r:id="rId317" o:title="eqId9a2348e1db7e2f1e34e0e0cc8774567e"/>
          </v:shape>
        </w:pict>
      </w:r>
      <w:r>
        <w:rPr>
          <w:rFonts w:ascii="宋体" w:eastAsia="宋体" w:hAnsi="宋体" w:cs="宋体"/>
          <w:color w:val="000000"/>
        </w:rPr>
        <w:t>表示</w:t>
      </w:r>
      <w:r>
        <w:pict>
          <v:shape id="_x0000_i701586" type="#_x0000_t75" alt="学科网(www.zxxk.com)--教育资源门户，提供试卷、教案、课件、论文、素材以及各类教学资源下载，还有大量而丰富的教学相关资讯！" style="width:214.5pt;height:16.5pt" o:oleicon="f" o:ole="">
            <v:imagedata r:id="rId318" o:title="eqId233287589e06c681d638a5bc9495ff74"/>
          </v:shape>
        </w:pict>
      </w:r>
      <w:r>
        <w:rPr>
          <w:rFonts w:ascii="宋体" w:eastAsia="宋体" w:hAnsi="宋体" w:cs="宋体"/>
          <w:color w:val="000000"/>
        </w:rPr>
        <w:t>，其中</w:t>
      </w:r>
      <w:r>
        <w:pict>
          <v:shape id="_x0000_i701587" type="#_x0000_t75" alt="学科网(www.zxxk.com)--教育资源门户，提供试卷、教案、课件、论文、素材以及各类教学资源下载，还有大量而丰富的教学相关资讯！" style="width:42.75pt;height:14.25pt" o:oleicon="f" o:ole="">
            <v:imagedata r:id="rId319" o:title="eqId7a6fe0a044511f71c14c4a710f358581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588" type="#_x0000_t75" alt="学科网(www.zxxk.com)--教育资源门户，提供试卷、教案、课件、论文、素材以及各类教学资源下载，还有大量而丰富的教学相关资讯！" style="width:27.15pt;height:13.6pt" o:oleicon="f" o:ole="">
            <v:imagedata r:id="rId320" o:title="eqIdf3cb8cb634644553ad16a44e4ea840b0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589" type="#_x0000_t75" alt="学科网(www.zxxk.com)--教育资源门户，提供试卷、教案、课件、论文、素材以及各类教学资源下载，还有大量而丰富的教学相关资讯！" style="width:30pt;height:16.5pt" o:oleicon="f" o:ole="">
            <v:imagedata r:id="rId321" o:title="eqIda128698ea580dcd05126768947f1d193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均为整数．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请帮张聪同学</w:t>
      </w:r>
      <w:r>
        <w:rPr>
          <w:rFonts w:ascii="宋体" w:eastAsia="宋体" w:hAnsi="宋体" w:cs="宋体"/>
          <w:color w:val="000000"/>
          <w:em w:val="dot"/>
        </w:rPr>
        <w:t>补全表格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</w:t>
      </w:r>
      <w:r>
        <w:rPr>
          <w:rFonts w:ascii="宋体" w:eastAsia="宋体" w:hAnsi="宋体" w:cs="宋体"/>
          <w:color w:val="000000"/>
          <w:em w:val="dot"/>
        </w:rPr>
        <w:t>综合运用以上信息说明</w:t>
      </w:r>
      <w:r>
        <w:rPr>
          <w:rFonts w:ascii="宋体" w:eastAsia="宋体" w:hAnsi="宋体" w:cs="宋体"/>
          <w:color w:val="000000"/>
        </w:rPr>
        <w:t>：当</w:t>
      </w:r>
      <w:r>
        <w:pict>
          <v:shape id="_x0000_i701590" type="#_x0000_t75" alt="学科网(www.zxxk.com)--教育资源门户，提供试卷、教案、课件、论文、素材以及各类教学资源下载，还有大量而丰富的教学相关资讯！" style="width:60pt;height:19.5pt" o:oleicon="f" o:ole="">
            <v:imagedata r:id="rId322" o:title="eqIdce1f80769e6c9027c65092bcaccd474d"/>
          </v:shape>
        </w:pict>
      </w:r>
      <w:r>
        <w:rPr>
          <w:rFonts w:ascii="宋体" w:eastAsia="宋体" w:hAnsi="宋体" w:cs="宋体"/>
          <w:color w:val="000000"/>
        </w:rPr>
        <w:t>是</w:t>
      </w:r>
      <w:r>
        <w:rPr>
          <w:rFonts w:ascii="Times New Roman" w:eastAsia="Times New Roman" w:hAnsi="Times New Roman" w:cs="Times New Roman"/>
          <w:color w:val="000000"/>
        </w:rPr>
        <w:t>11</w:t>
      </w:r>
      <w:r>
        <w:rPr>
          <w:rFonts w:ascii="宋体" w:eastAsia="宋体" w:hAnsi="宋体" w:cs="宋体"/>
          <w:color w:val="000000"/>
        </w:rPr>
        <w:t>的倍数时，</w:t>
      </w:r>
      <w:r>
        <w:pict>
          <v:shape id="_x0000_i701591" type="#_x0000_t75" alt="学科网(www.zxxk.com)--教育资源门户，提供试卷、教案、课件、论文、素材以及各类教学资源下载，还有大量而丰富的教学相关资讯！" style="width:38.25pt;height:18.75pt" o:oleicon="f" o:ole="">
            <v:imagedata r:id="rId323" o:title="eqId9a2348e1db7e2f1e34e0e0cc8774567e"/>
          </v:shape>
        </w:pict>
      </w:r>
      <w:r>
        <w:rPr>
          <w:rFonts w:ascii="宋体" w:eastAsia="宋体" w:hAnsi="宋体" w:cs="宋体"/>
          <w:color w:val="000000"/>
        </w:rPr>
        <w:t>能被</w:t>
      </w:r>
      <w:r>
        <w:rPr>
          <w:rFonts w:ascii="Times New Roman" w:eastAsia="Times New Roman" w:hAnsi="Times New Roman" w:cs="Times New Roman"/>
          <w:color w:val="000000"/>
        </w:rPr>
        <w:t>11</w:t>
      </w:r>
      <w:r>
        <w:rPr>
          <w:rFonts w:ascii="宋体" w:eastAsia="宋体" w:hAnsi="宋体" w:cs="宋体"/>
          <w:color w:val="000000"/>
        </w:rPr>
        <w:t>整除．</w:t>
      </w:r>
    </w:p>
    <w:p>
      <w:pPr>
        <w:pStyle w:val="Heading2"/>
      </w:pPr>
      <w:r>
        <w:t>师范大学附属实验中学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30. </w:t>
      </w:r>
      <w:r>
        <w:rPr>
          <w:rFonts w:ascii="宋体" w:eastAsia="宋体" w:hAnsi="宋体" w:cs="宋体"/>
          <w:color w:val="000000"/>
        </w:rPr>
        <w:t>如果两个方程的解相差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为正整数，则称解较大的方程为另一个方程的“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—后移方程”．例如：方程</w:t>
      </w:r>
      <w:r>
        <w:pict>
          <v:shape id="_x0000_i701592" type="#_x0000_t75" alt="学科网(www.zxxk.com)--教育资源门户，提供试卷、教案、课件、论文、素材以及各类教学资源下载，还有大量而丰富的教学相关资讯！" style="width:42.8pt;height:14pt" o:oleicon="f" o:ole="">
            <v:imagedata r:id="rId324" o:title="eqId815650356afb1f42207c27d3b11635f1"/>
          </v:shape>
        </w:pict>
      </w:r>
      <w:r>
        <w:rPr>
          <w:rFonts w:ascii="宋体" w:eastAsia="宋体" w:hAnsi="宋体" w:cs="宋体"/>
          <w:color w:val="000000"/>
        </w:rPr>
        <w:t>是方程</w:t>
      </w:r>
      <w:r>
        <w:pict>
          <v:shape id="_x0000_i701593" type="#_x0000_t75" alt="学科网(www.zxxk.com)--教育资源门户，提供试卷、教案、课件、论文、素材以及各类教学资源下载，还有大量而丰富的教学相关资讯！" style="width:42pt;height:14.4pt" o:oleicon="f" o:ole="">
            <v:imagedata r:id="rId325" o:title="eqId776b26892877019247c7a50f735b0f01"/>
          </v:shape>
        </w:pict>
      </w:r>
      <w:r>
        <w:rPr>
          <w:rFonts w:ascii="宋体" w:eastAsia="宋体" w:hAnsi="宋体" w:cs="宋体"/>
          <w:color w:val="000000"/>
        </w:rPr>
        <w:t>的“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—后移方程”．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若方程</w:t>
      </w:r>
      <w:r>
        <w:pict>
          <v:shape id="_x0000_i701594" type="#_x0000_t75" alt="学科网(www.zxxk.com)--教育资源门户，提供试卷、教案、课件、论文、素材以及各类教学资源下载，还有大量而丰富的教学相关资讯！" style="width:45pt;height:12.75pt;mso-position-horizontal-relative:page;mso-position-vertical-relative:page" o:oleicon="f" o:ole="">
            <v:imagedata r:id="rId326" o:title="eqIdb603cebf95754f7de99c2c56e2acd82f"/>
          </v:shape>
        </w:pict>
      </w:r>
      <w:r>
        <w:rPr>
          <w:rFonts w:ascii="宋体" w:eastAsia="宋体" w:hAnsi="宋体" w:cs="宋体"/>
          <w:color w:val="000000"/>
        </w:rPr>
        <w:t>是方程</w:t>
      </w:r>
      <w:r>
        <w:pict>
          <v:shape id="_x0000_i701595" type="#_x0000_t75" alt="学科网(www.zxxk.com)--教育资源门户，提供试卷、教案、课件、论文、素材以及各类教学资源下载，还有大量而丰富的教学相关资讯！" style="width:51.35pt;height:14pt" o:oleicon="f" o:ole="">
            <v:imagedata r:id="rId327" o:title="eqId89674589f3221ddcb2d3f763ed4ea90e"/>
          </v:shape>
        </w:pict>
      </w:r>
      <w:r>
        <w:rPr>
          <w:rFonts w:ascii="宋体" w:eastAsia="宋体" w:hAnsi="宋体" w:cs="宋体"/>
          <w:color w:val="000000"/>
        </w:rPr>
        <w:t>的“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—后移方程”，则</w:t>
      </w:r>
      <w:r>
        <w:pict>
          <v:shape id="_x0000_i701596" type="#_x0000_t75" alt="学科网(www.zxxk.com)--教育资源门户，提供试卷、教案、课件、论文、素材以及各类教学资源下载，还有大量而丰富的教学相关资讯！" style="width:20.4pt;height:11.4pt" o:oleicon="f" o:ole="">
            <v:imagedata r:id="rId328" o:title="eqId380bbacf854e30e2e747fc286d2b9997"/>
          </v:shape>
        </w:pic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若关于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59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" name=""/>
                    <pic:cNvPicPr>
                      <a:picLocks noChangeAspect="1"/>
                    </pic:cNvPicPr>
                  </pic:nvPicPr>
                  <pic:blipFill>
                    <a:blip r:embed="rId32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方程</w:t>
      </w:r>
      <w:r>
        <w:pict>
          <v:shape id="_x0000_i701597" type="#_x0000_t75" alt="学科网(www.zxxk.com)--教育资源门户，提供试卷、教案、课件、论文、素材以及各类教学资源下载，还有大量而丰富的教学相关资讯！" style="width:69.6pt;height:14.4pt" o:oleicon="f" o:ole="">
            <v:imagedata r:id="rId330" o:title="eqId2fca6f590d2fd41f0deabf1779c4b49f"/>
          </v:shape>
        </w:pict>
      </w:r>
      <w:r>
        <w:rPr>
          <w:rFonts w:ascii="宋体" w:eastAsia="宋体" w:hAnsi="宋体" w:cs="宋体"/>
          <w:color w:val="000000"/>
        </w:rPr>
        <w:t>是关于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的方程</w:t>
      </w:r>
      <w:r>
        <w:pict>
          <v:shape id="_x0000_i701598" type="#_x0000_t75" alt="学科网(www.zxxk.com)--教育资源门户，提供试卷、教案、课件、论文、素材以及各类教学资源下载，还有大量而丰富的教学相关资讯！" style="width:51pt;height:14.4pt" o:oleicon="f" o:ole="">
            <v:imagedata r:id="rId331" o:title="eqId9fb276afc01cefe1e5532d2f54645e92"/>
          </v:shape>
        </w:pict>
      </w:r>
      <w:r>
        <w:rPr>
          <w:rFonts w:ascii="宋体" w:eastAsia="宋体" w:hAnsi="宋体" w:cs="宋体"/>
          <w:color w:val="000000"/>
        </w:rPr>
        <w:t>的“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—后移方程”，求代数式</w:t>
      </w:r>
      <w:r>
        <w:pict>
          <v:shape id="_x0000_i701599" type="#_x0000_t75" alt="学科网(www.zxxk.com)--教育资源门户，提供试卷、教案、课件、论文、素材以及各类教学资源下载，还有大量而丰富的教学相关资讯！" style="width:54.6pt;height:20.4pt" o:oleicon="f" o:ole="">
            <v:imagedata r:id="rId332" o:title="eqIdce4c3439e1c282e232754fc26d5af7ee"/>
          </v:shape>
        </w:pict>
      </w:r>
      <w:r>
        <w:rPr>
          <w:rFonts w:ascii="宋体" w:eastAsia="宋体" w:hAnsi="宋体" w:cs="宋体"/>
          <w:color w:val="000000"/>
        </w:rPr>
        <w:t>的值：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当</w:t>
      </w:r>
      <w:r>
        <w:pict>
          <v:shape id="_x0000_i701600" type="#_x0000_t75" alt="学科网(www.zxxk.com)--教育资源门户，提供试卷、教案、课件、论文、素材以及各类教学资源下载，还有大量而丰富的教学相关资讯！" style="width:27.75pt;height:14.25pt" o:oleicon="f" o:ole="">
            <v:imagedata r:id="rId333" o:title="eqId20849c00c47cbdc43f18d53341b6c4e5"/>
          </v:shape>
        </w:pict>
      </w:r>
      <w:r>
        <w:rPr>
          <w:rFonts w:ascii="宋体" w:eastAsia="宋体" w:hAnsi="宋体" w:cs="宋体"/>
          <w:color w:val="000000"/>
        </w:rPr>
        <w:t>时，如果方程</w:t>
      </w:r>
      <w:r>
        <w:pict>
          <v:shape id="_x0000_i701601" type="#_x0000_t75" alt="学科网(www.zxxk.com)--教育资源门户，提供试卷、教案、课件、论文、素材以及各类教学资源下载，还有大量而丰富的教学相关资讯！" style="width:48pt;height:14.25pt" o:oleicon="f" o:ole="">
            <v:imagedata r:id="rId334" o:title="eqId8b927a9c710c05279eb72a961efea6d4"/>
          </v:shape>
        </w:pict>
      </w:r>
      <w:r>
        <w:rPr>
          <w:rFonts w:ascii="宋体" w:eastAsia="宋体" w:hAnsi="宋体" w:cs="宋体"/>
          <w:color w:val="000000"/>
        </w:rPr>
        <w:t>是方程</w:t>
      </w:r>
      <w:r>
        <w:pict>
          <v:shape id="_x0000_i701602" type="#_x0000_t75" alt="学科网(www.zxxk.com)--教育资源门户，提供试卷、教案、课件、论文、素材以及各类教学资源下载，还有大量而丰富的教学相关资讯！" style="width:63.6pt;height:14.4pt" o:oleicon="f" o:ole="">
            <v:imagedata r:id="rId335" o:title="eqId70258946e5f1cd7c3f9325b7a334e702"/>
          </v:shape>
        </w:pict>
      </w:r>
      <w:r>
        <w:rPr>
          <w:rFonts w:ascii="宋体" w:eastAsia="宋体" w:hAnsi="宋体" w:cs="宋体"/>
          <w:color w:val="000000"/>
        </w:rPr>
        <w:t>的“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—后移方程”，求代数式</w:t>
      </w:r>
      <w:r>
        <w:pict>
          <v:shape id="_x0000_i701603" type="#_x0000_t75" alt="学科网(www.zxxk.com)--教育资源门户，提供试卷、教案、课件、论文、素材以及各类教学资源下载，还有大量而丰富的教学相关资讯！" style="width:87pt;height:20.4pt" o:oleicon="f" o:ole="">
            <v:imagedata r:id="rId336" o:title="eqIde2bc22e7eb5b8c16578d8c264e7a4479"/>
          </v:shape>
        </w:pict>
      </w:r>
      <w:r>
        <w:rPr>
          <w:rFonts w:ascii="宋体" w:eastAsia="宋体" w:hAnsi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31. </w:t>
      </w:r>
      <w:r>
        <w:rPr>
          <w:rFonts w:ascii="宋体" w:eastAsia="宋体" w:hAnsi="宋体" w:cs="宋体"/>
          <w:color w:val="000000"/>
        </w:rPr>
        <w:t>若一个两位数的十位和个位上的数字分别为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，我们可将这个两位数记为</w:t>
      </w:r>
      <w:r>
        <w:pict>
          <v:shape id="_x0000_i701604" type="#_x0000_t75" alt="学科网(www.zxxk.com)--教育资源门户，提供试卷、教案、课件、论文、素材以及各类教学资源下载，还有大量而丰富的教学相关资讯！" style="width:15.6pt;height:15pt" o:oleicon="f" o:ole="">
            <v:imagedata r:id="rId337" o:title="eqId9849398644ac4db883c21042c66d7a43"/>
          </v:shape>
        </w:pict>
      </w:r>
      <w:r>
        <w:rPr>
          <w:rFonts w:ascii="宋体" w:eastAsia="宋体" w:hAnsi="宋体" w:cs="宋体"/>
          <w:color w:val="000000"/>
        </w:rPr>
        <w:t>．同理，一个三位数的百位、十位和个位上的数字分别为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i/>
          <w:color w:val="000000"/>
        </w:rPr>
        <w:t>．</w:t>
      </w:r>
      <w:r>
        <w:rPr>
          <w:rFonts w:ascii="宋体" w:eastAsia="宋体" w:hAnsi="宋体" w:cs="宋体"/>
          <w:color w:val="000000"/>
        </w:rPr>
        <w:t>则这个三位数可记为</w:t>
      </w:r>
      <w:r>
        <w:pict>
          <v:shape id="_x0000_i701605" type="#_x0000_t75" alt="学科网(www.zxxk.com)--教育资源门户，提供试卷、教案、课件、论文、素材以及各类教学资源下载，还有大量而丰富的教学相关资讯！" style="width:21pt;height:17.25pt" o:oleicon="f" o:ole="">
            <v:imagedata r:id="rId338" o:title="eqIda675d752761f68640cb84085823063bf"/>
          </v:shape>
        </w:pi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若</w:t>
      </w:r>
      <w:r>
        <w:pict>
          <v:shape id="_x0000_i701606" type="#_x0000_t75" alt="学科网(www.zxxk.com)--教育资源门户，提供试卷、教案、课件、论文、素材以及各类教学资源下载，还有大量而丰富的教学相关资讯！" style="width:27pt;height:14.25pt" o:oleicon="f" o:ole="">
            <v:imagedata r:id="rId339" o:title="eqIde55aa0a20848c37c1892c567b2315e04"/>
          </v:shape>
        </w:pict>
      </w:r>
      <w:r>
        <w:rPr>
          <w:rFonts w:ascii="宋体" w:eastAsia="宋体" w:hAnsi="宋体" w:cs="宋体"/>
          <w:color w:val="000000"/>
        </w:rPr>
        <w:t>，则</w:t>
      </w:r>
      <w:r>
        <w:pict>
          <v:shape id="_x0000_i701607" type="#_x0000_t75" alt="学科网(www.zxxk.com)--教育资源门户，提供试卷、教案、课件、论文、素材以及各类教学资源下载，还有大量而丰富的教学相关资讯！" style="width:48pt;height:17.25pt" o:oleicon="f" o:ole="">
            <v:imagedata r:id="rId340" o:title="eqId68a5d9e8676559e2dd1ddf8c92096154"/>
          </v:shape>
        </w:pic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；若</w:t>
      </w:r>
      <w:r>
        <w:pict>
          <v:shape id="_x0000_i701608" type="#_x0000_t75" alt="学科网(www.zxxk.com)--教育资源门户，提供试卷、教案、课件、论文、素材以及各类教学资源下载，还有大量而丰富的教学相关资讯！" style="width:24.75pt;height:14.25pt" o:oleicon="f" o:ole="">
            <v:imagedata r:id="rId341" o:title="eqId8cbeede118c407a800b05757b9a1393e"/>
          </v:shape>
        </w:pict>
      </w:r>
      <w:r>
        <w:rPr>
          <w:rFonts w:ascii="宋体" w:eastAsia="宋体" w:hAnsi="宋体" w:cs="宋体"/>
          <w:color w:val="000000"/>
        </w:rPr>
        <w:t>，则</w:t>
      </w:r>
      <w:r>
        <w:pict>
          <v:shape id="_x0000_i701609" type="#_x0000_t75" alt="学科网(www.zxxk.com)--教育资源门户，提供试卷、教案、课件、论文、素材以及各类教学资源下载，还有大量而丰富的教学相关资讯！" style="width:54pt;height:17.4pt" o:oleicon="f" o:ole="">
            <v:imagedata r:id="rId342" o:title="eqId6988161f5130de4cae7abfc6fb06b810"/>
          </v:shape>
        </w:pic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pict>
          <v:shape id="_x0000_i701610" type="#_x0000_t75" alt="学科网(www.zxxk.com)--教育资源门户，提供试卷、教案、课件、论文、素材以及各类教学资源下载，还有大量而丰富的教学相关资讯！" style="width:39pt;height:17.4pt" o:oleicon="f" o:ole="">
            <v:imagedata r:id="rId343" o:title="eqId1c2cffca02414344bc92f2482a7751af"/>
          </v:shape>
        </w:pict>
      </w:r>
      <w:r>
        <w:rPr>
          <w:rFonts w:ascii="宋体" w:eastAsia="宋体" w:hAnsi="宋体" w:cs="宋体"/>
          <w:color w:val="000000"/>
        </w:rPr>
        <w:t>一定能被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整除，</w:t>
      </w:r>
      <w:r>
        <w:pict>
          <v:shape id="_x0000_i701611" type="#_x0000_t75" alt="学科网(www.zxxk.com)--教育资源门户，提供试卷、教案、课件、论文、素材以及各类教学资源下载，还有大量而丰富的教学相关资讯！" style="width:38.25pt;height:17.25pt" o:oleicon="f" o:ole="">
            <v:imagedata r:id="rId344" o:title="eqId2265035ea64e913396128b9c7a838cb9"/>
          </v:shape>
        </w:pict>
      </w:r>
      <w:r>
        <w:rPr>
          <w:rFonts w:ascii="宋体" w:eastAsia="宋体" w:hAnsi="宋体" w:cs="宋体"/>
          <w:color w:val="000000"/>
        </w:rPr>
        <w:t>一定能被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整除．（请从大于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的整数中选择合适的数填空）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任选一个三位数，要求个、十、百位的数字各不相同且不为零，把这个三位数的三个数字按大小重新排列，得出一个最大的数和一个最小的数，用得出的最大的数减去最小的数得到一个新数，再将这个新数按上述方式重新排列，再相减，像这样运算若干次后一定会得到同一个重复出现的数，这个数称为“卡普雷卡尔黑洞数”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rFonts w:ascii="宋体" w:eastAsia="宋体" w:hAnsi="宋体" w:cs="宋体"/>
          <w:color w:val="000000"/>
        </w:rPr>
        <w:t>“卡普雷卡尔黑洞数”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2080" cy="167640"/>
            <wp:docPr id="159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" name=""/>
                    <pic:cNvPicPr>
                      <a:picLocks noChangeAspect="1"/>
                    </pic:cNvPicPr>
                  </pic:nvPicPr>
                  <pic:blipFill>
                    <a:blip r:embed="rId345"/>
                    <a:stretch>
                      <a:fillRect/>
                    </a:stretch>
                  </pic:blipFill>
                  <pic:spPr>
                    <a:xfrm>
                      <a:off x="0" y="0"/>
                      <a:ext cx="13208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eastAsia="宋体" w:hAnsi="宋体" w:cs="宋体"/>
          <w:color w:val="000000"/>
        </w:rPr>
        <w:t>若设三位数为</w:t>
      </w:r>
      <w:r>
        <w:pict>
          <v:shape id="_x0000_i701612" type="#_x0000_t75" alt="学科网(www.zxxk.com)--教育资源门户，提供试卷、教案、课件、论文、素材以及各类教学资源下载，还有大量而丰富的教学相关资讯！" style="width:21pt;height:17.25pt" o:oleicon="f" o:ole="">
            <v:imagedata r:id="rId346" o:title="eqIda675d752761f68640cb84085823063bf"/>
          </v:shape>
        </w:pict>
      </w:r>
      <w:r>
        <w:rPr>
          <w:rFonts w:ascii="宋体" w:eastAsia="宋体" w:hAnsi="宋体" w:cs="宋体"/>
          <w:color w:val="000000"/>
        </w:rPr>
        <w:t>（不妨设</w:t>
      </w:r>
      <w:r>
        <w:pict>
          <v:shape id="_x0000_i701613" type="#_x0000_t75" alt="学科网(www.zxxk.com)--教育资源门户，提供试卷、教案、课件、论文、素材以及各类教学资源下载，还有大量而丰富的教学相关资讯！" style="width:63pt;height:14.25pt" o:oleicon="f" o:ole="">
            <v:imagedata r:id="rId347" o:title="eqId497d269c30eec393e3f0e877ddbe2983"/>
          </v:shape>
        </w:pict>
      </w:r>
      <w:r>
        <w:rPr>
          <w:rFonts w:ascii="宋体" w:eastAsia="宋体" w:hAnsi="宋体" w:cs="宋体"/>
          <w:color w:val="000000"/>
        </w:rPr>
        <w:t>），试说明其可产生“卡普雷卡尔黑洞数”．</w:t>
      </w:r>
    </w:p>
    <w:p>
      <w:pPr>
        <w:pStyle w:val="Heading2"/>
      </w:pPr>
      <w:r>
        <w:t>房山区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36. </w:t>
      </w:r>
      <w:r>
        <w:rPr>
          <w:rFonts w:ascii="宋体" w:eastAsia="宋体" w:hAnsi="宋体" w:cs="宋体"/>
          <w:color w:val="000000"/>
        </w:rPr>
        <w:t>画一条数轴，并在数轴上表示下列各数：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pict>
          <v:shape id="_x0000_i701614" type="#_x0000_t75" alt="学科网(www.zxxk.com)--教育资源门户，提供试卷、教案、课件、论文、素材以及各类教学资源下载，还有大量而丰富的教学相关资讯！" style="width:15.75pt;height:12.75pt" o:oleicon="f" o:ole="">
            <v:imagedata r:id="rId348" o:title="eqId274a9dc37509f01c2606fb3086a46f4f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615" type="#_x0000_t75" alt="学科网(www.zxxk.com)--教育资源门户，提供试卷、教案、课件、论文、素材以及各类教学资源下载，还有大量而丰富的教学相关资讯！" style="width:11pt;height:31.95pt" o:oleicon="f" o:ole="">
            <v:imagedata r:id="rId349" o:title="eqId1c0874f019492261eb175bdcc08c189d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37. </w:t>
      </w:r>
      <w:r>
        <w:rPr>
          <w:rFonts w:ascii="宋体" w:eastAsia="宋体" w:hAnsi="宋体" w:cs="宋体"/>
          <w:color w:val="000000"/>
        </w:rPr>
        <w:t>有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筐白菜，以每筐</w:t>
      </w:r>
      <w:r>
        <w:rPr>
          <w:rFonts w:ascii="Times New Roman" w:eastAsia="Times New Roman" w:hAnsi="Times New Roman" w:cs="Times New Roman"/>
          <w:color w:val="000000"/>
        </w:rPr>
        <w:t>25</w:t>
      </w:r>
      <w:r>
        <w:rPr>
          <w:rFonts w:ascii="宋体" w:eastAsia="宋体" w:hAnsi="宋体" w:cs="宋体"/>
          <w:color w:val="000000"/>
        </w:rPr>
        <w:t>千克为准，超过的千克数记作正数，不足的千克数记作负数，称后的记录如下：</w:t>
      </w:r>
      <w:r>
        <w:rPr>
          <w:rFonts w:ascii="Times New Roman" w:eastAsia="Times New Roman" w:hAnsi="Times New Roman" w:cs="Times New Roman"/>
          <w:color w:val="000000"/>
        </w:rPr>
        <w:t>1.5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－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 xml:space="preserve">  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rFonts w:ascii="宋体" w:eastAsia="宋体" w:hAnsi="宋体" w:cs="宋体"/>
          <w:color w:val="000000"/>
        </w:rPr>
        <w:t>－</w:t>
      </w:r>
      <w:r>
        <w:rPr>
          <w:rFonts w:ascii="Times New Roman" w:eastAsia="Times New Roman" w:hAnsi="Times New Roman" w:cs="Times New Roman"/>
          <w:color w:val="000000"/>
        </w:rPr>
        <w:t>0.5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 xml:space="preserve"> 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－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rFonts w:ascii="宋体" w:eastAsia="宋体" w:hAnsi="宋体" w:cs="宋体"/>
          <w:color w:val="000000"/>
        </w:rPr>
        <w:t>－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－</w:t>
      </w:r>
      <w:r>
        <w:rPr>
          <w:rFonts w:ascii="Times New Roman" w:eastAsia="Times New Roman" w:hAnsi="Times New Roman" w:cs="Times New Roman"/>
          <w:color w:val="000000"/>
        </w:rPr>
        <w:t>2.5</w:t>
      </w:r>
      <w:r>
        <w:rPr>
          <w:rFonts w:ascii="宋体" w:eastAsia="宋体" w:hAnsi="宋体" w:cs="宋体"/>
          <w:color w:val="000000"/>
        </w:rPr>
        <w:t>，问：这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筐白菜一共多少千克</w:t>
      </w:r>
      <w:r>
        <w:rPr>
          <w:rFonts w:ascii="Times New Roman" w:eastAsia="Times New Roman" w:hAnsi="Times New Roman" w:cs="Times New Roman"/>
          <w:color w:val="000000"/>
        </w:rPr>
        <w:t>?</w:t>
      </w:r>
    </w:p>
    <w:p>
      <w:pPr>
        <w:pStyle w:val="Heading2"/>
      </w:pPr>
      <w:r>
        <w:t>日坛中学教育集团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eastAsia="宋体" w:hAnsi="宋体" w:cs="宋体"/>
          <w:color w:val="000000"/>
        </w:rPr>
        <w:t>有如图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筐白菜，以每筐</w:t>
      </w:r>
      <w:r>
        <w:rPr>
          <w:rFonts w:ascii="Times New Roman" w:eastAsia="Times New Roman" w:hAnsi="Times New Roman" w:cs="Times New Roman"/>
          <w:color w:val="000000"/>
        </w:rPr>
        <w:t>25kg</w:t>
      </w:r>
      <w:r>
        <w:rPr>
          <w:rFonts w:ascii="宋体" w:eastAsia="宋体" w:hAnsi="宋体" w:cs="宋体"/>
          <w:color w:val="000000"/>
        </w:rPr>
        <w:t>为标准，超过的千克数记作正数，不足的千克数记作负数，称后记录如下：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5048250" cy="962025"/>
            <wp:docPr id="159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" name=""/>
                    <pic:cNvPicPr>
                      <a:picLocks noChangeAspect="1"/>
                    </pic:cNvPicPr>
                  </pic:nvPicPr>
                  <pic:blipFill>
                    <a:blip r:embed="rId350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回答下列问题：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）这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筐白菜中，最接近标准的那筐白菜为</w:t>
      </w:r>
      <w:r>
        <w:rPr>
          <w:rFonts w:ascii="Times New Roman" w:eastAsia="Times New Roman" w:hAnsi="Times New Roman" w:cs="Times New Roman"/>
          <w:color w:val="000000"/>
        </w:rPr>
        <w:t>__________kg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）以每筐</w:t>
      </w:r>
      <w:r>
        <w:rPr>
          <w:rFonts w:ascii="Times New Roman" w:eastAsia="Times New Roman" w:hAnsi="Times New Roman" w:cs="Times New Roman"/>
          <w:color w:val="000000"/>
        </w:rPr>
        <w:t>25kg</w:t>
      </w:r>
      <w:r>
        <w:rPr>
          <w:rFonts w:ascii="宋体" w:eastAsia="宋体" w:hAnsi="宋体" w:cs="宋体"/>
          <w:color w:val="000000"/>
        </w:rPr>
        <w:t>为标准，这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筐白菜总计超过多少千克或不足多少千克？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）计算这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筐白菜总计多少千克？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29. </w:t>
      </w:r>
      <w:r>
        <w:rPr>
          <w:rFonts w:ascii="宋体" w:eastAsia="宋体" w:hAnsi="宋体" w:cs="宋体"/>
          <w:color w:val="000000"/>
        </w:rPr>
        <w:t>如图，已知数轴上点</w:t>
      </w:r>
      <w:r>
        <w:pict>
          <v:shape id="_x0000_i701616" type="#_x0000_t75" alt="学科网(www.zxxk.com)--教育资源门户，提供试卷、教案、课件、论文、素材以及各类教学资源下载，还有大量而丰富的教学相关资讯！" style="width:12pt;height:12pt" o:oleicon="f" o:ole="">
            <v:imagedata r:id="rId351" o:title="eqId5963abe8f421bd99a2aaa94831a951e9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617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352" o:title="eqId7f9e8449aad35c5d840a3395ea86df6d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618" type="#_x0000_t75" alt="学科网(www.zxxk.com)--教育资源门户，提供试卷、教案、课件、论文、素材以及各类教学资源下载，还有大量而丰富的教学相关资讯！" style="width:11.9pt;height:14.4pt" o:oleicon="f" o:ole="">
            <v:imagedata r:id="rId353" o:title="eqIdc5db41a1f31d6baee7c69990811edb9f"/>
          </v:shape>
        </w:pict>
      </w:r>
      <w:r>
        <w:rPr>
          <w:rFonts w:ascii="宋体" w:eastAsia="宋体" w:hAnsi="宋体" w:cs="宋体"/>
          <w:color w:val="000000"/>
        </w:rPr>
        <w:t>所对应的数</w:t>
      </w:r>
      <w:r>
        <w:pict>
          <v:shape id="_x0000_i701619" type="#_x0000_t75" alt="学科网(www.zxxk.com)--教育资源门户，提供试卷、教案、课件、论文、素材以及各类教学资源下载，还有大量而丰富的教学相关资讯！" style="width:9pt;height:9.75pt" o:oleicon="f" o:ole="">
            <v:imagedata r:id="rId354" o:title="eqId0a6936d370d6a238a608ca56f87198de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620" type="#_x0000_t75" alt="学科网(www.zxxk.com)--教育资源门户，提供试卷、教案、课件、论文、素材以及各类教学资源下载，还有大量而丰富的教学相关资讯！" style="width:9.9pt;height:14.35pt" o:oleicon="f" o:ole="">
            <v:imagedata r:id="rId355" o:title="eqId2c94bb12cee76221e13f9ef955b0aab1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621" type="#_x0000_t75" alt="学科网(www.zxxk.com)--教育资源门户，提供试卷、教案、课件、论文、素材以及各类教学资源下载，还有大量而丰富的教学相关资讯！" style="width:9pt;height:11.25pt" o:oleicon="f" o:ole="">
            <v:imagedata r:id="rId356" o:title="eqId071a7e733d466949ac935b4b8ee8d183"/>
          </v:shape>
        </w:pict>
      </w:r>
      <w:r>
        <w:rPr>
          <w:rFonts w:ascii="宋体" w:eastAsia="宋体" w:hAnsi="宋体" w:cs="宋体"/>
          <w:color w:val="000000"/>
        </w:rPr>
        <w:t>都不为</w:t>
      </w:r>
      <w:r>
        <w:pict>
          <v:shape id="_x0000_i701622" type="#_x0000_t75" alt="学科网(www.zxxk.com)--教育资源门户，提供试卷、教案、课件、论文、素材以及各类教学资源下载，还有大量而丰富的教学相关资讯！" style="width:9pt;height:12.75pt" o:oleicon="f" o:ole="">
            <v:imagedata r:id="rId357" o:title="eqIdc95b6be4554f03bf496092f1acdfbb89"/>
          </v:shape>
        </w:pict>
      </w:r>
      <w:r>
        <w:rPr>
          <w:rFonts w:ascii="宋体" w:eastAsia="宋体" w:hAnsi="宋体" w:cs="宋体"/>
          <w:color w:val="000000"/>
        </w:rPr>
        <w:t>，点</w:t>
      </w:r>
      <w:r>
        <w:pict>
          <v:shape id="_x0000_i701623" type="#_x0000_t75" alt="学科网(www.zxxk.com)--教育资源门户，提供试卷、教案、课件、论文、素材以及各类教学资源下载，还有大量而丰富的教学相关资讯！" style="width:11.9pt;height:14.4pt" o:oleicon="f" o:ole="">
            <v:imagedata r:id="rId353" o:title="eqIdc5db41a1f31d6baee7c69990811edb9f"/>
          </v:shape>
        </w:pict>
      </w:r>
      <w:r>
        <w:rPr>
          <w:rFonts w:ascii="宋体" w:eastAsia="宋体" w:hAnsi="宋体" w:cs="宋体"/>
          <w:color w:val="000000"/>
        </w:rPr>
        <w:t>到点</w:t>
      </w:r>
      <w:r>
        <w:pict>
          <v:shape id="_x0000_i701624" type="#_x0000_t75" alt="学科网(www.zxxk.com)--教育资源门户，提供试卷、教案、课件、论文、素材以及各类教学资源下载，还有大量而丰富的教学相关资讯！" style="width:12pt;height:12pt" o:oleicon="f" o:ole="">
            <v:imagedata r:id="rId351" o:title="eqId5963abe8f421bd99a2aaa94831a951e9"/>
          </v:shape>
        </w:pict>
      </w:r>
      <w:r>
        <w:rPr>
          <w:rFonts w:ascii="宋体" w:eastAsia="宋体" w:hAnsi="宋体" w:cs="宋体"/>
          <w:color w:val="000000"/>
        </w:rPr>
        <w:t>与点</w:t>
      </w:r>
      <w:r>
        <w:pict>
          <v:shape id="_x0000_i701625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352" o:title="eqId7f9e8449aad35c5d840a3395ea86df6d"/>
          </v:shape>
        </w:pict>
      </w:r>
      <w:r>
        <w:rPr>
          <w:rFonts w:ascii="宋体" w:eastAsia="宋体" w:hAnsi="宋体" w:cs="宋体"/>
          <w:color w:val="000000"/>
        </w:rPr>
        <w:t>距离相等．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676525" cy="342900"/>
            <wp:docPr id="160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" name=""/>
                    <pic:cNvPicPr>
                      <a:picLocks noChangeAspect="1"/>
                    </pic:cNvPicPr>
                  </pic:nvPicPr>
                  <pic:blipFill>
                    <a:blip r:embed="rId358"/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①</w:t>
      </w:r>
      <w:r>
        <w:pict>
          <v:shape id="_x0000_i701626" type="#_x0000_t75" alt="学科网(www.zxxk.com)--教育资源门户，提供试卷、教案、课件、论文、素材以及各类教学资源下载，还有大量而丰富的教学相关资讯！" style="width:28.35pt;height:13.6pt" o:oleicon="f" o:ole="">
            <v:imagedata r:id="rId359" o:title="eqIdaa4c355f11471a38f5583a434a1ddeb3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627" type="#_x0000_t75" alt="学科网(www.zxxk.com)--教育资源门户，提供试卷、教案、课件、论文、素材以及各类教学资源下载，还有大量而丰富的教学相关资讯！" style="width:28.35pt;height:13.05pt" o:oleicon="f" o:ole="">
            <v:imagedata r:id="rId360" o:title="eqId65f9c88edac18a30697feb5a9956b70b"/>
          </v:shape>
        </w:pict>
      </w:r>
      <w:r>
        <w:rPr>
          <w:rFonts w:ascii="宋体" w:eastAsia="宋体" w:hAnsi="宋体" w:cs="宋体"/>
          <w:color w:val="000000"/>
        </w:rPr>
        <w:t>，则</w:t>
      </w:r>
      <w:r>
        <w:pict>
          <v:shape id="_x0000_i701628" type="#_x0000_t75" alt="学科网(www.zxxk.com)--教育资源门户，提供试卷、教案、课件、论文、素材以及各类教学资源下载，还有大量而丰富的教学相关资讯！" style="width:18.75pt;height:11.25pt" o:oleicon="f" o:ole="">
            <v:imagedata r:id="rId361" o:title="eqIdf4e9bb42376c12d7d21702ae8062b25a"/>
          </v:shape>
        </w:pic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</w:t>
      </w:r>
      <w:r>
        <w:pict>
          <v:shape id="_x0000_i701629" type="#_x0000_t75" alt="学科网(www.zxxk.com)--教育资源门户，提供试卷、教案、课件、论文、素材以及各类教学资源下载，还有大量而丰富的教学相关资讯！" style="width:34.9pt;height:14.2pt" o:oleicon="f" o:ole="">
            <v:imagedata r:id="rId362" o:title="eqId5b624d88827e92e12bc0a8f1067cbe72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630" type="#_x0000_t75" alt="学科网(www.zxxk.com)--教育资源门户，提供试卷、教案、课件、论文、素材以及各类教学资源下载，还有大量而丰富的教学相关资讯！" style="width:28.35pt;height:13.05pt" o:oleicon="f" o:ole="">
            <v:imagedata r:id="rId363" o:title="eqId65f9c88edac18a30697feb5a9956b70b"/>
          </v:shape>
        </w:pict>
      </w:r>
      <w:r>
        <w:rPr>
          <w:rFonts w:ascii="宋体" w:eastAsia="宋体" w:hAnsi="宋体" w:cs="宋体"/>
          <w:color w:val="000000"/>
        </w:rPr>
        <w:t>，则</w:t>
      </w:r>
      <w:r>
        <w:pict>
          <v:shape id="_x0000_i701631" type="#_x0000_t75" alt="学科网(www.zxxk.com)--教育资源门户，提供试卷、教案、课件、论文、素材以及各类教学资源下载，还有大量而丰富的教学相关资讯！" style="width:18.75pt;height:11.25pt" o:oleicon="f" o:ole="">
            <v:imagedata r:id="rId364" o:title="eqIdf4e9bb42376c12d7d21702ae8062b25a"/>
          </v:shape>
        </w:pic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</w:t>
      </w:r>
      <w:r>
        <w:pict>
          <v:shape id="_x0000_i701632" type="#_x0000_t75" alt="学科网(www.zxxk.com)--教育资源门户，提供试卷、教案、课件、论文、素材以及各类教学资源下载，还有大量而丰富的教学相关资讯！" style="width:41.25pt;height:14.25pt" o:oleicon="f" o:ole="">
            <v:imagedata r:id="rId365" o:title="eqIdd9f9d75ebbb4ebb290c4fd3444e1c38b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633" type="#_x0000_t75" alt="学科网(www.zxxk.com)--教育资源门户，提供试卷、教案、课件、论文、素材以及各类教学资源下载，还有大量而丰富的教学相关资讯！" style="width:33.9pt;height:14.55pt" o:oleicon="f" o:ole="">
            <v:imagedata r:id="rId366" o:title="eqId3cca0ec4b4343a6ccd13b652aea1d00c"/>
          </v:shape>
        </w:pict>
      </w:r>
      <w:r>
        <w:rPr>
          <w:rFonts w:ascii="宋体" w:eastAsia="宋体" w:hAnsi="宋体" w:cs="宋体"/>
          <w:color w:val="000000"/>
        </w:rPr>
        <w:t>，则</w:t>
      </w:r>
      <w:r>
        <w:pict>
          <v:shape id="_x0000_i701634" type="#_x0000_t75" alt="学科网(www.zxxk.com)--教育资源门户，提供试卷、教案、课件、论文、素材以及各类教学资源下载，还有大量而丰富的教学相关资讯！" style="width:18.75pt;height:11.25pt" o:oleicon="f" o:ole="">
            <v:imagedata r:id="rId367" o:title="eqIdf4e9bb42376c12d7d21702ae8062b25a"/>
          </v:shape>
        </w:pic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直接写出</w:t>
      </w:r>
      <w:r>
        <w:pict>
          <v:shape id="_x0000_i701635" type="#_x0000_t75" alt="学科网(www.zxxk.com)--教育资源门户，提供试卷、教案、课件、论文、素材以及各类教学资源下载，还有大量而丰富的教学相关资讯！" style="width:9pt;height:9.75pt" o:oleicon="f" o:ole="">
            <v:imagedata r:id="rId369" o:title="eqId0a6936d370d6a238a608ca56f87198de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636" type="#_x0000_t75" alt="学科网(www.zxxk.com)--教育资源门户，提供试卷、教案、课件、论文、素材以及各类教学资源下载，还有大量而丰富的教学相关资讯！" style="width:9.9pt;height:14.35pt" o:oleicon="f" o:ole="">
            <v:imagedata r:id="rId370" o:title="eqId2c94bb12cee76221e13f9ef955b0aab1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637" type="#_x0000_t75" alt="学科网(www.zxxk.com)--教育资源门户，提供试卷、教案、课件、论文、素材以及各类教学资源下载，还有大量而丰富的教学相关资讯！" style="width:9pt;height:11.25pt" o:oleicon="f" o:ole="">
            <v:imagedata r:id="rId371" o:title="eqId071a7e733d466949ac935b4b8ee8d183"/>
          </v:shape>
        </w:pict>
      </w:r>
      <w:r>
        <w:rPr>
          <w:rFonts w:ascii="宋体" w:eastAsia="宋体" w:hAnsi="宋体" w:cs="宋体"/>
          <w:color w:val="000000"/>
        </w:rPr>
        <w:t>之间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60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" name=""/>
                    <pic:cNvPicPr>
                      <a:picLocks noChangeAspect="1"/>
                    </pic:cNvPicPr>
                  </pic:nvPicPr>
                  <pic:blipFill>
                    <a:blip r:embed="rId36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关系式；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如果</w:t>
      </w:r>
      <w:r>
        <w:pict>
          <v:shape id="_x0000_i701638" type="#_x0000_t75" alt="学科网(www.zxxk.com)--教育资源门户，提供试卷、教案、课件、论文、素材以及各类教学资源下载，还有大量而丰富的教学相关资讯！" style="width:192pt;height:21.75pt" o:oleicon="f" o:ole="">
            <v:imagedata r:id="rId372" o:title="eqId72907a3f71dd44af902c48131bd7b6a0"/>
          </v:shape>
        </w:pict>
      </w:r>
      <w:r>
        <w:rPr>
          <w:rFonts w:ascii="宋体" w:eastAsia="宋体" w:hAnsi="宋体" w:cs="宋体"/>
          <w:color w:val="000000"/>
        </w:rPr>
        <w:t>，试分析原点</w:t>
      </w:r>
      <w:r>
        <w:pict>
          <v:shape id="_x0000_i701639" type="#_x0000_t75" alt="学科网(www.zxxk.com)--教育资源门户，提供试卷、教案、课件、论文、素材以及各类教学资源下载，还有大量而丰富的教学相关资讯！" style="width:12pt;height:14.25pt" o:oleicon="f" o:ole="">
            <v:imagedata r:id="rId373" o:title="eqId1dde8112e8eb968fd042418dd632759e"/>
          </v:shape>
        </w:pict>
      </w:r>
      <w:r>
        <w:rPr>
          <w:rFonts w:ascii="宋体" w:eastAsia="宋体" w:hAnsi="宋体" w:cs="宋体"/>
          <w:color w:val="000000"/>
        </w:rPr>
        <w:t>的位置，并在数轴上标一个满足条件的原点</w:t>
      </w:r>
      <w:r>
        <w:pict>
          <v:shape id="_x0000_i701640" type="#_x0000_t75" alt="学科网(www.zxxk.com)--教育资源门户，提供试卷、教案、课件、论文、素材以及各类教学资源下载，还有大量而丰富的教学相关资讯！" style="width:12pt;height:14.25pt" o:oleicon="f" o:ole="">
            <v:imagedata r:id="rId373" o:title="eqId1dde8112e8eb968fd042418dd632759e"/>
          </v:shape>
        </w:pict>
      </w:r>
      <w:r>
        <w:rPr>
          <w:rFonts w:ascii="宋体" w:eastAsia="宋体" w:hAnsi="宋体" w:cs="宋体"/>
          <w:color w:val="000000"/>
        </w:rPr>
        <w:t>的位置．</w:t>
      </w:r>
    </w:p>
    <w:p>
      <w:pPr>
        <w:pStyle w:val="Heading2"/>
      </w:pPr>
      <w:r>
        <w:t>昌平区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eastAsia="宋体" w:hAnsi="宋体" w:cs="宋体"/>
          <w:color w:val="000000"/>
        </w:rPr>
        <w:t>观察下列各式：</w:t>
      </w:r>
      <w:r>
        <w:pict>
          <v:shape id="_x0000_i701641" type="#_x0000_t75" alt="学科网(www.zxxk.com)--教育资源门户，提供试卷、教案、课件、论文、素材以及各类教学资源下载，还有大量而丰富的教学相关资讯！" style="width:69pt;height:15.75pt" o:oleicon="f" o:ole="">
            <v:imagedata r:id="rId374" o:title="eqId71542e0f6a35f1c9e54d1a2f17389cb8"/>
          </v:shape>
        </w:pict>
      </w:r>
      <w:r>
        <w:rPr>
          <w:rFonts w:ascii="Times New Roman" w:eastAsia="Times New Roman" w:hAnsi="Times New Roman" w:cs="Times New Roman"/>
          <w:color w:val="000000"/>
        </w:rPr>
        <w:t>……①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pict>
          <v:shape id="_x0000_i701642" type="#_x0000_t75" alt="学科网(www.zxxk.com)--教育资源门户，提供试卷、教案、课件、论文、素材以及各类教学资源下载，还有大量而丰富的教学相关资讯！" style="width:71.25pt;height:15.75pt" o:oleicon="f" o:ole="">
            <v:imagedata r:id="rId375" o:title="eqId8f2782deb0c8c192f9f7497c4a3a9821"/>
          </v:shape>
        </w:pict>
      </w:r>
      <w:r>
        <w:rPr>
          <w:rFonts w:ascii="Times New Roman" w:eastAsia="Times New Roman" w:hAnsi="Times New Roman" w:cs="Times New Roman"/>
          <w:color w:val="000000"/>
        </w:rPr>
        <w:t>……②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pict>
          <v:shape id="_x0000_i701643" type="#_x0000_t75" alt="学科网(www.zxxk.com)--教育资源门户，提供试卷、教案、课件、论文、素材以及各类教学资源下载，还有大量而丰富的教学相关资讯！" style="width:71.15pt;height:15.8pt" o:oleicon="f" o:ole="">
            <v:imagedata r:id="rId376" o:title="eqId4dfea86e97aa580c455a80457609a567"/>
          </v:shape>
        </w:pict>
      </w:r>
      <w:r>
        <w:rPr>
          <w:rFonts w:ascii="Times New Roman" w:eastAsia="Times New Roman" w:hAnsi="Times New Roman" w:cs="Times New Roman"/>
          <w:color w:val="000000"/>
        </w:rPr>
        <w:t>……③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探索以上式子的规律：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写出第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个等式：</w:t>
      </w:r>
      <w:r>
        <w:rPr>
          <w:rFonts w:ascii="Times New Roman" w:eastAsia="Times New Roman" w:hAnsi="Times New Roman" w:cs="Times New Roman"/>
          <w:color w:val="000000"/>
        </w:rPr>
        <w:t>_____________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试写出第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为正整数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个等式：</w:t>
      </w:r>
      <w:r>
        <w:rPr>
          <w:rFonts w:ascii="Times New Roman" w:eastAsia="Times New Roman" w:hAnsi="Times New Roman" w:cs="Times New Roman"/>
          <w:color w:val="000000"/>
        </w:rPr>
        <w:t>_____________</w:t>
      </w:r>
      <w:r>
        <w:rPr>
          <w:rFonts w:ascii="宋体" w:eastAsia="宋体" w:hAnsi="宋体" w:cs="宋体"/>
          <w:color w:val="000000"/>
        </w:rPr>
        <w:t>，并说明第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个等式成立；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pict>
          <v:shape id="_x0000_i701644" type="#_x0000_t75" alt="学科网(www.zxxk.com)--教育资源门户，提供试卷、教案、课件、论文、素材以及各类教学资源下载，还有大量而丰富的教学相关资讯！" style="width:106.2pt;height:16.2pt" o:oleicon="f" o:ole="">
            <v:imagedata r:id="rId377" o:title="eqIdcd754cc579cba1f944a668eb97e22a47"/>
          </v:shape>
        </w:pic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=_____________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eastAsia="宋体" w:hAnsi="宋体" w:cs="宋体"/>
          <w:color w:val="000000"/>
        </w:rPr>
        <w:t>【概念学习】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为数轴上的三点，如果点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到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的距离是点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到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的距离的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倍，那么我们就称点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是</w:t>
      </w:r>
      <w:r>
        <w:pict>
          <v:shape id="_x0000_i701645" type="#_x0000_t75" alt="学科网(www.zxxk.com)--教育资源门户，提供试卷、教案、课件、论文、素材以及各类教学资源下载，还有大量而丰富的教学相关资讯！" style="width:39.75pt;height:20.25pt" o:oleicon="f" o:ole="">
            <v:imagedata r:id="rId378" o:title="eqId7f77e107b49173cb9b7587d2138c3e4c"/>
          </v:shape>
        </w:pict>
      </w:r>
      <w:r>
        <w:rPr>
          <w:rFonts w:ascii="宋体" w:eastAsia="宋体" w:hAnsi="宋体" w:cs="宋体"/>
          <w:color w:val="000000"/>
        </w:rPr>
        <w:t>的偶点．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表示的数为</w:t>
      </w:r>
      <w:r>
        <w:pict>
          <v:shape id="_x0000_i701646" type="#_x0000_t75" alt="学科网(www.zxxk.com)--教育资源门户，提供试卷、教案、课件、论文、素材以及各类教学资源下载，还有大量而丰富的教学相关资讯！" style="width:15.75pt;height:12.75pt" o:oleicon="f" o:ole="">
            <v:imagedata r:id="rId379" o:title="eqId274a9dc37509f01c2606fb3086a46f4f"/>
          </v:shape>
        </w:pic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表示的数为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，表示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的点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到点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的距离是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，到点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的距离是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，那么点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是</w:t>
      </w:r>
      <w:r>
        <w:pict>
          <v:shape id="_x0000_i701647" type="#_x0000_t75" alt="学科网(www.zxxk.com)--教育资源门户，提供试卷、教案、课件、论文、素材以及各类教学资源下载，还有大量而丰富的教学相关资讯！" style="width:39.75pt;height:20.25pt" o:oleicon="f" o:ole="">
            <v:imagedata r:id="rId380" o:title="eqId7f77e107b49173cb9b7587d2138c3e4c"/>
          </v:shape>
        </w:pict>
      </w:r>
      <w:r>
        <w:rPr>
          <w:rFonts w:ascii="宋体" w:eastAsia="宋体" w:hAnsi="宋体" w:cs="宋体"/>
          <w:color w:val="000000"/>
        </w:rPr>
        <w:t>的偶点；表示</w:t>
      </w:r>
      <w:r>
        <w:pict>
          <v:shape id="_x0000_i701648" type="#_x0000_t75" alt="学科网(www.zxxk.com)--教育资源门户，提供试卷、教案、课件、论文、素材以及各类教学资源下载，还有大量而丰富的教学相关资讯！" style="width:12pt;height:10.5pt" o:oleicon="f" o:ole="">
            <v:imagedata r:id="rId381" o:title="eqIdacbc6a613224461ade69362d46550474"/>
          </v:shape>
        </w:pict>
      </w:r>
      <w:r>
        <w:rPr>
          <w:rFonts w:ascii="宋体" w:eastAsia="宋体" w:hAnsi="宋体" w:cs="宋体"/>
          <w:color w:val="000000"/>
        </w:rPr>
        <w:t>的点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到点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的距离是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，到点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的距离是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，那么点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就不是</w:t>
      </w:r>
      <w:r>
        <w:pict>
          <v:shape id="_x0000_i701649" type="#_x0000_t75" alt="学科网(www.zxxk.com)--教育资源门户，提供试卷、教案、课件、论文、素材以及各类教学资源下载，还有大量而丰富的教学相关资讯！" style="width:39.75pt;height:20.25pt" o:oleicon="f" o:ole="">
            <v:imagedata r:id="rId380" o:title="eqId7f77e107b49173cb9b7587d2138c3e4c"/>
          </v:shape>
        </w:pict>
      </w:r>
      <w:r>
        <w:rPr>
          <w:rFonts w:ascii="宋体" w:eastAsia="宋体" w:hAnsi="宋体" w:cs="宋体"/>
          <w:color w:val="000000"/>
        </w:rPr>
        <w:t>的偶点，但点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是</w:t>
      </w:r>
      <w:r>
        <w:pict>
          <v:shape id="_x0000_i701650" type="#_x0000_t75" alt="学科网(www.zxxk.com)--教育资源门户，提供试卷、教案、课件、论文、素材以及各类教学资源下载，还有大量而丰富的教学相关资讯！" style="width:39pt;height:20.25pt" o:oleicon="f" o:ole="">
            <v:imagedata r:id="rId382" o:title="eqId1084092d349c60285a9246b614e00d29"/>
          </v:shape>
        </w:pict>
      </w:r>
      <w:r>
        <w:rPr>
          <w:rFonts w:ascii="宋体" w:eastAsia="宋体" w:hAnsi="宋体" w:cs="宋体"/>
          <w:color w:val="000000"/>
        </w:rPr>
        <w:t>的偶点．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800225" cy="561975"/>
            <wp:docPr id="160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" name=""/>
                    <pic:cNvPicPr>
                      <a:picLocks noChangeAspect="1"/>
                    </pic:cNvPicPr>
                  </pic:nvPicPr>
                  <pic:blipFill>
                    <a:blip r:embed="rId383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【初步探究】</w:t>
      </w:r>
      <w:r>
        <w:rPr>
          <w:color w:val="000000"/>
        </w:rPr>
        <w:br/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已知如图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为数轴上两点，点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表示的数为</w:t>
      </w:r>
      <w:r>
        <w:pict>
          <v:shape id="_x0000_i701651" type="#_x0000_t75" alt="学科网(www.zxxk.com)--教育资源门户，提供试卷、教案、课件、论文、素材以及各类教学资源下载，还有大量而丰富的教学相关资讯！" style="width:12pt;height:10.5pt" o:oleicon="f" o:ole="">
            <v:imagedata r:id="rId384" o:title="eqIdacbc6a613224461ade69362d46550474"/>
          </v:shape>
        </w:pic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表示的数为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，若点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是</w:t>
      </w:r>
      <w:r>
        <w:pict>
          <v:shape id="_x0000_i701652" type="#_x0000_t75" alt="学科网(www.zxxk.com)--教育资源门户，提供试卷、教案、课件、论文、素材以及各类教学资源下载，还有大量而丰富的教学相关资讯！" style="width:45.75pt;height:20.25pt" o:oleicon="f" o:ole="">
            <v:imagedata r:id="rId385" o:title="eqIdd4d758d881941bcddc540a07d210299c"/>
          </v:shape>
        </w:pict>
      </w:r>
      <w:r>
        <w:rPr>
          <w:rFonts w:ascii="宋体" w:eastAsia="宋体" w:hAnsi="宋体" w:cs="宋体"/>
          <w:color w:val="000000"/>
        </w:rPr>
        <w:t>的偶点，回答下列问题：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当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在点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之间，点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表示的数为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当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为数轴上一点，点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表示的数为</w:t>
      </w:r>
      <w:r>
        <w:rPr>
          <w:rFonts w:ascii="Times New Roman" w:eastAsia="Times New Roman" w:hAnsi="Times New Roman" w:cs="Times New Roman"/>
          <w:color w:val="000000"/>
        </w:rPr>
        <w:t>____________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209800" cy="561975"/>
            <wp:docPr id="160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" name=""/>
                    <pic:cNvPicPr>
                      <a:picLocks noChangeAspect="1"/>
                    </pic:cNvPicPr>
                  </pic:nvPicPr>
                  <pic:blipFill>
                    <a:blip r:embed="rId386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【深入思考】</w:t>
      </w:r>
      <w:r>
        <w:rPr>
          <w:color w:val="000000"/>
        </w:rPr>
        <w:br/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i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为数轴上两点，点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表示的数为</w:t>
      </w:r>
      <w:r>
        <w:pict>
          <v:shape id="_x0000_i701653" type="#_x0000_t75" alt="学科网(www.zxxk.com)--教育资源门户，提供试卷、教案、课件、论文、素材以及各类教学资源下载，还有大量而丰富的教学相关资讯！" style="width:22pt;height:13.95pt" o:oleicon="f" o:ole="">
            <v:imagedata r:id="rId387" o:title="eqId79ef63ad7b61f3fae0ac81148e7700ff"/>
          </v:shape>
        </w:pic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表示的数为</w:t>
      </w:r>
      <w:r>
        <w:rPr>
          <w:rFonts w:ascii="Times New Roman" w:eastAsia="Times New Roman" w:hAnsi="Times New Roman" w:cs="Times New Roman"/>
          <w:color w:val="000000"/>
        </w:rPr>
        <w:t>40</w:t>
      </w:r>
      <w:r>
        <w:rPr>
          <w:rFonts w:ascii="宋体" w:eastAsia="宋体" w:hAnsi="宋体" w:cs="宋体"/>
          <w:color w:val="000000"/>
        </w:rPr>
        <w:t>，现有一个动点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从点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出发，以每秒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个单位的速度向左运动，到达点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停止，若运动时间为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宋体" w:eastAsia="宋体" w:hAnsi="宋体" w:cs="宋体"/>
          <w:color w:val="000000"/>
        </w:rPr>
        <w:t>，求当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宋体" w:eastAsia="宋体" w:hAnsi="宋体" w:cs="宋体"/>
          <w:color w:val="000000"/>
        </w:rPr>
        <w:t>为何值时，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中恰有一个点为其余两点的偶点？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190750" cy="561975"/>
            <wp:docPr id="160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" name=""/>
                    <pic:cNvPicPr>
                      <a:picLocks noChangeAspect="1"/>
                    </pic:cNvPicPr>
                  </pic:nvPicPr>
                  <pic:blipFill>
                    <a:blip r:embed="rId388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景山学校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eastAsia="宋体" w:hAnsi="宋体" w:cs="宋体"/>
          <w:color w:val="000000"/>
        </w:rPr>
        <w:t>在</w:t>
      </w:r>
      <w:r>
        <w:rPr>
          <w:rFonts w:ascii="Cambria Math" w:eastAsia="Cambria Math" w:hAnsi="Cambria Math" w:cs="Cambria Math"/>
          <w:color w:val="000000"/>
        </w:rPr>
        <w:t>△</w:t>
      </w:r>
      <w:r>
        <w:rPr>
          <w:rFonts w:ascii="Times New Roman" w:eastAsia="Times New Roman" w:hAnsi="Times New Roman" w:cs="Times New Roman"/>
          <w:i/>
          <w:color w:val="000000"/>
        </w:rPr>
        <w:t>ABC</w:t>
      </w:r>
      <w:r>
        <w:rPr>
          <w:rFonts w:ascii="宋体" w:eastAsia="宋体" w:hAnsi="宋体" w:cs="宋体"/>
          <w:color w:val="000000"/>
        </w:rPr>
        <w:t>中，∠</w:t>
      </w:r>
      <w:r>
        <w:rPr>
          <w:rFonts w:ascii="Times New Roman" w:eastAsia="Times New Roman" w:hAnsi="Times New Roman" w:cs="Times New Roman"/>
          <w:i/>
          <w:color w:val="000000"/>
        </w:rPr>
        <w:t>ACB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90°</w:t>
      </w:r>
      <w:r>
        <w:rPr>
          <w:rFonts w:ascii="宋体" w:eastAsia="宋体" w:hAnsi="宋体" w:cs="宋体"/>
          <w:color w:val="000000"/>
        </w:rPr>
        <w:t>，∠</w:t>
      </w:r>
      <w:r>
        <w:rPr>
          <w:rFonts w:ascii="Times New Roman" w:eastAsia="Times New Roman" w:hAnsi="Times New Roman" w:cs="Times New Roman"/>
          <w:i/>
          <w:color w:val="000000"/>
        </w:rPr>
        <w:t>ABC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40°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是射线</w:t>
      </w:r>
      <w:r>
        <w:rPr>
          <w:rFonts w:ascii="Times New Roman" w:eastAsia="Times New Roman" w:hAnsi="Times New Roman" w:cs="Times New Roman"/>
          <w:i/>
          <w:color w:val="000000"/>
        </w:rPr>
        <w:t>BC</w:t>
      </w:r>
      <w:r>
        <w:rPr>
          <w:rFonts w:ascii="宋体" w:eastAsia="宋体" w:hAnsi="宋体" w:cs="宋体"/>
          <w:color w:val="000000"/>
        </w:rPr>
        <w:t>上一动点（与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点不重合），连接</w:t>
      </w:r>
      <w:r>
        <w:rPr>
          <w:rFonts w:ascii="Times New Roman" w:eastAsia="Times New Roman" w:hAnsi="Times New Roman" w:cs="Times New Roman"/>
          <w:i/>
          <w:color w:val="000000"/>
        </w:rPr>
        <w:t>AP</w:t>
      </w:r>
      <w:r>
        <w:rPr>
          <w:rFonts w:ascii="宋体" w:eastAsia="宋体" w:hAnsi="宋体" w:cs="宋体"/>
          <w:color w:val="000000"/>
        </w:rPr>
        <w:t>．过点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作</w:t>
      </w:r>
      <w:r>
        <w:rPr>
          <w:rFonts w:ascii="Times New Roman" w:eastAsia="Times New Roman" w:hAnsi="Times New Roman" w:cs="Times New Roman"/>
          <w:i/>
          <w:color w:val="000000"/>
        </w:rPr>
        <w:t>CD</w:t>
      </w:r>
      <w:r>
        <w:rPr>
          <w:rFonts w:ascii="宋体" w:eastAsia="宋体" w:hAnsi="宋体" w:cs="宋体"/>
          <w:color w:val="000000"/>
        </w:rPr>
        <w:t>⊥</w:t>
      </w:r>
      <w:r>
        <w:rPr>
          <w:rFonts w:ascii="Times New Roman" w:eastAsia="Times New Roman" w:hAnsi="Times New Roman" w:cs="Times New Roman"/>
          <w:i/>
          <w:color w:val="000000"/>
        </w:rPr>
        <w:t>AP</w: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，交直线</w:t>
      </w:r>
      <w:r>
        <w:rPr>
          <w:rFonts w:ascii="Times New Roman" w:eastAsia="Times New Roman" w:hAnsi="Times New Roman" w:cs="Times New Roman"/>
          <w:i/>
          <w:color w:val="000000"/>
        </w:rPr>
        <w:t>AB</w: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，设∠</w:t>
      </w:r>
      <w:r>
        <w:rPr>
          <w:rFonts w:ascii="Times New Roman" w:eastAsia="Times New Roman" w:hAnsi="Times New Roman" w:cs="Times New Roman"/>
          <w:i/>
          <w:color w:val="000000"/>
        </w:rPr>
        <w:t>APC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α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4457700" cy="3276600"/>
            <wp:docPr id="161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" name=""/>
                    <pic:cNvPicPr>
                      <a:picLocks noChangeAspect="1"/>
                    </pic:cNvPicPr>
                  </pic:nvPicPr>
                  <pic:blipFill>
                    <a:blip r:embed="rId389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）若点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在线段</w:t>
      </w:r>
      <w:r>
        <w:rPr>
          <w:rFonts w:ascii="Times New Roman" w:eastAsia="Times New Roman" w:hAnsi="Times New Roman" w:cs="Times New Roman"/>
          <w:i/>
          <w:color w:val="000000"/>
        </w:rPr>
        <w:t>BC</w:t>
      </w:r>
      <w:r>
        <w:rPr>
          <w:rFonts w:ascii="宋体" w:eastAsia="宋体" w:hAnsi="宋体" w:cs="宋体"/>
          <w:color w:val="000000"/>
        </w:rPr>
        <w:t>上，且</w:t>
      </w:r>
      <w:r>
        <w:rPr>
          <w:rFonts w:ascii="Times New Roman" w:eastAsia="Times New Roman" w:hAnsi="Times New Roman" w:cs="Times New Roman"/>
          <w:color w:val="000000"/>
        </w:rPr>
        <w:t>α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60°</w:t>
      </w:r>
      <w:r>
        <w:rPr>
          <w:rFonts w:ascii="宋体" w:eastAsia="宋体" w:hAnsi="宋体" w:cs="宋体"/>
          <w:color w:val="000000"/>
        </w:rPr>
        <w:t>，如图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，直接写出∠</w:t>
      </w:r>
      <w:r>
        <w:rPr>
          <w:rFonts w:ascii="Times New Roman" w:eastAsia="Times New Roman" w:hAnsi="Times New Roman" w:cs="Times New Roman"/>
          <w:i/>
          <w:color w:val="000000"/>
        </w:rPr>
        <w:t>PAB</w:t>
      </w:r>
      <w:r>
        <w:rPr>
          <w:rFonts w:ascii="宋体" w:eastAsia="宋体" w:hAnsi="宋体" w:cs="宋体"/>
          <w:color w:val="000000"/>
        </w:rPr>
        <w:t>的大小；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）若点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在线段</w:t>
      </w:r>
      <w:r>
        <w:rPr>
          <w:rFonts w:ascii="Times New Roman" w:eastAsia="Times New Roman" w:hAnsi="Times New Roman" w:cs="Times New Roman"/>
          <w:i/>
          <w:color w:val="000000"/>
        </w:rPr>
        <w:t>BC</w:t>
      </w:r>
      <w:r>
        <w:rPr>
          <w:rFonts w:ascii="宋体" w:eastAsia="宋体" w:hAnsi="宋体" w:cs="宋体"/>
          <w:color w:val="000000"/>
        </w:rPr>
        <w:t>上运动，如图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，求∠</w:t>
      </w:r>
      <w:r>
        <w:rPr>
          <w:rFonts w:ascii="Times New Roman" w:eastAsia="Times New Roman" w:hAnsi="Times New Roman" w:cs="Times New Roman"/>
          <w:i/>
          <w:color w:val="000000"/>
        </w:rPr>
        <w:t>AED</w:t>
      </w:r>
      <w:r>
        <w:rPr>
          <w:rFonts w:ascii="宋体" w:eastAsia="宋体" w:hAnsi="宋体" w:cs="宋体"/>
          <w:color w:val="000000"/>
        </w:rPr>
        <w:t>的大小（用含</w:t>
      </w:r>
      <w:r>
        <w:rPr>
          <w:rFonts w:ascii="Times New Roman" w:eastAsia="Times New Roman" w:hAnsi="Times New Roman" w:cs="Times New Roman"/>
          <w:color w:val="000000"/>
        </w:rPr>
        <w:t>α</w:t>
      </w:r>
      <w:r>
        <w:rPr>
          <w:rFonts w:ascii="宋体" w:eastAsia="宋体" w:hAnsi="宋体" w:cs="宋体"/>
          <w:color w:val="000000"/>
        </w:rPr>
        <w:t>的式子表示）；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）若点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在</w:t>
      </w:r>
      <w:r>
        <w:rPr>
          <w:rFonts w:ascii="Times New Roman" w:eastAsia="Times New Roman" w:hAnsi="Times New Roman" w:cs="Times New Roman"/>
          <w:i/>
          <w:color w:val="000000"/>
        </w:rPr>
        <w:t>BC</w:t>
      </w:r>
      <w:r>
        <w:rPr>
          <w:rFonts w:ascii="宋体" w:eastAsia="宋体" w:hAnsi="宋体" w:cs="宋体"/>
          <w:color w:val="000000"/>
        </w:rPr>
        <w:t>的延长线上运动，且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</w:rPr>
        <w:t>≠50°</w:t>
      </w:r>
      <w:r>
        <w:rPr>
          <w:rFonts w:ascii="宋体" w:eastAsia="宋体" w:hAnsi="宋体" w:cs="宋体"/>
          <w:color w:val="000000"/>
        </w:rPr>
        <w:t>，直接写出∠</w:t>
      </w:r>
      <w:r>
        <w:rPr>
          <w:rFonts w:ascii="Times New Roman" w:eastAsia="Times New Roman" w:hAnsi="Times New Roman" w:cs="Times New Roman"/>
          <w:i/>
          <w:color w:val="000000"/>
        </w:rPr>
        <w:t>AED</w:t>
      </w:r>
      <w:r>
        <w:rPr>
          <w:rFonts w:ascii="宋体" w:eastAsia="宋体" w:hAnsi="宋体" w:cs="宋体"/>
          <w:color w:val="000000"/>
        </w:rPr>
        <w:t>的大小（用含</w:t>
      </w:r>
      <w:r>
        <w:rPr>
          <w:rFonts w:ascii="Times New Roman" w:eastAsia="Times New Roman" w:hAnsi="Times New Roman" w:cs="Times New Roman"/>
          <w:color w:val="000000"/>
        </w:rPr>
        <w:t>α</w:t>
      </w:r>
      <w:r>
        <w:rPr>
          <w:rFonts w:ascii="宋体" w:eastAsia="宋体" w:hAnsi="宋体" w:cs="宋体"/>
          <w:color w:val="000000"/>
        </w:rPr>
        <w:t>的式子表示）．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eastAsia="宋体" w:hAnsi="宋体" w:cs="宋体"/>
          <w:color w:val="000000"/>
        </w:rPr>
        <w:t>在平面直角坐标系</w:t>
      </w:r>
      <w:r>
        <w:pict>
          <v:shape id="_x0000_i701654" type="#_x0000_t75" alt="学科网(www.zxxk.com)--教育资源门户，提供试卷、教案、课件、论文、素材以及各类教学资源下载，还有大量而丰富的教学相关资讯！" style="width:24pt;height:15.75pt" o:oleicon="f" o:ole="">
            <v:imagedata r:id="rId390" o:title="eqId7ee31829d0d4d5f779a957d7df8058ab"/>
          </v:shape>
        </w:pict>
      </w:r>
      <w:r>
        <w:rPr>
          <w:rFonts w:ascii="宋体" w:eastAsia="宋体" w:hAnsi="宋体" w:cs="宋体"/>
          <w:color w:val="000000"/>
        </w:rPr>
        <w:t>中，对于任意两点</w:t>
      </w:r>
      <w:r>
        <w:pict>
          <v:shape id="_x0000_i701655" type="#_x0000_t75" alt="学科网(www.zxxk.com)--教育资源门户，提供试卷、教案、课件、论文、素材以及各类教学资源下载，还有大量而丰富的教学相关资讯！" style="width:50.25pt;height:20.25pt" o:oleicon="f" o:ole="">
            <v:imagedata r:id="rId391" o:title="eqId49dd9a3bc9b01520fa2def6ebf0968c3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656" type="#_x0000_t75" alt="学科网(www.zxxk.com)--教育资源门户，提供试卷、教案、课件、论文、素材以及各类教学资源下载，还有大量而丰富的教学相关资讯！" style="width:51pt;height:20.25pt" o:oleicon="f" o:ole="">
            <v:imagedata r:id="rId392" o:title="eqId9baea7d7c6997e182e6e029580e31440"/>
          </v:shape>
        </w:pict>
      </w:r>
      <w:r>
        <w:rPr>
          <w:rFonts w:ascii="宋体" w:eastAsia="宋体" w:hAnsi="宋体" w:cs="宋体"/>
          <w:color w:val="000000"/>
        </w:rPr>
        <w:t>，定义</w:t>
      </w:r>
      <w:r>
        <w:pict>
          <v:shape id="_x0000_i701657" type="#_x0000_t75" alt="学科网(www.zxxk.com)--教育资源门户，提供试卷、教案、课件、论文、素材以及各类教学资源下载，还有大量而丰富的教学相关资讯！" style="width:123pt;height:20.4pt" o:oleicon="f" o:ole="">
            <v:imagedata r:id="rId393" o:title="eqId724f14145159f6790a4715015a0e393d"/>
          </v:shape>
        </w:pict>
      </w:r>
      <w:r>
        <w:rPr>
          <w:rFonts w:ascii="宋体" w:eastAsia="宋体" w:hAnsi="宋体" w:cs="宋体"/>
          <w:color w:val="000000"/>
        </w:rPr>
        <w:t>为点</w:t>
      </w:r>
      <w:r>
        <w:pict>
          <v:shape id="_x0000_i701658" type="#_x0000_t75" alt="学科网(www.zxxk.com)--教育资源门户，提供试卷、教案、课件、论文、素材以及各类教学资源下载，还有大量而丰富的教学相关资讯！" style="width:14.25pt;height:10.5pt" o:oleicon="f" o:ole="">
            <v:imagedata r:id="rId394" o:title="eqIdac047e91852b91af639feec23a9598b2"/>
          </v:shape>
        </w:pict>
      </w:r>
      <w:r>
        <w:rPr>
          <w:rFonts w:ascii="宋体" w:eastAsia="宋体" w:hAnsi="宋体" w:cs="宋体"/>
          <w:color w:val="000000"/>
        </w:rPr>
        <w:t>和点</w:t>
      </w:r>
      <w:r>
        <w:pict>
          <v:shape id="_x0000_i701659" type="#_x0000_t75" alt="学科网(www.zxxk.com)--教育资源门户，提供试卷、教案、课件、论文、素材以及各类教学资源下载，还有大量而丰富的教学相关资讯！" style="width:14.25pt;height:14.25pt" o:oleicon="f" o:ole="">
            <v:imagedata r:id="rId395" o:title="eqId54a5d7d3b6b63fe5c24c3907b7a8eaa3"/>
          </v:shape>
        </w:pict>
      </w:r>
      <w:r>
        <w:rPr>
          <w:rFonts w:ascii="宋体" w:eastAsia="宋体" w:hAnsi="宋体" w:cs="宋体"/>
          <w:color w:val="000000"/>
        </w:rPr>
        <w:t>的“</w:t>
      </w:r>
      <w:r>
        <w:pict>
          <v:shape id="_x0000_i701660" type="#_x0000_t75" alt="学科网(www.zxxk.com)--教育资源门户，提供试卷、教案、课件、论文、素材以及各类教学资源下载，还有大量而丰富的教学相关资讯！" style="width:10pt;height:14.4pt" o:oleicon="f" o:ole="">
            <v:imagedata r:id="rId396" o:title="eqIdf0a532e15e232cb4b99a8d4d07c89575"/>
          </v:shape>
        </w:pict>
      </w:r>
      <w:r>
        <w:rPr>
          <w:rFonts w:ascii="宋体" w:eastAsia="宋体" w:hAnsi="宋体" w:cs="宋体"/>
          <w:color w:val="000000"/>
        </w:rPr>
        <w:t>阶距离”，其中</w:t>
      </w:r>
      <w:r>
        <w:pict>
          <v:shape id="_x0000_i701661" type="#_x0000_t75" alt="学科网(www.zxxk.com)--教育资源门户，提供试卷、教案、课件、论文、素材以及各类教学资源下载，还有大量而丰富的教学相关资讯！" style="width:42.8pt;height:14.25pt" o:oleicon="f" o:ole="">
            <v:imagedata r:id="rId397" o:title="eqId5ca31c862890af181c5603111a77c970"/>
          </v:shape>
        </w:pict>
      </w:r>
      <w:r>
        <w:rPr>
          <w:rFonts w:ascii="宋体" w:eastAsia="宋体" w:hAnsi="宋体" w:cs="宋体"/>
          <w:color w:val="000000"/>
        </w:rPr>
        <w:t>．例如：点</w:t>
      </w:r>
      <w:r>
        <w:pict>
          <v:shape id="_x0000_i701662" type="#_x0000_t75" alt="学科网(www.zxxk.com)--教育资源门户，提供试卷、教案、课件、论文、素材以及各类教学资源下载，还有大量而丰富的教学相关资讯！" style="width:40.2pt;height:19.8pt" o:oleicon="f" o:ole="">
            <v:imagedata r:id="rId398" o:title="eqIdd37c29b4ec01538ff60381dbbccacefc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663" type="#_x0000_t75" alt="学科网(www.zxxk.com)--教育资源门户，提供试卷、教案、课件、论文、素材以及各类教学资源下载，还有大量而丰富的教学相关资讯！" style="width:47.4pt;height:20.4pt" o:oleicon="f" o:ole="">
            <v:imagedata r:id="rId399" o:title="eqId1ca7e9476d4642d0a12348e97196e8c3"/>
          </v:shape>
        </w:pict>
      </w:r>
      <w:r>
        <w:rPr>
          <w:rFonts w:ascii="宋体" w:eastAsia="宋体" w:hAnsi="宋体" w:cs="宋体"/>
          <w:color w:val="000000"/>
        </w:rPr>
        <w:t>的“</w:t>
      </w:r>
      <w:r>
        <w:pict>
          <v:shape id="_x0000_i701664" type="#_x0000_t75" alt="学科网(www.zxxk.com)--教育资源门户，提供试卷、教案、课件、论文、素材以及各类教学资源下载，还有大量而丰富的教学相关资讯！" style="width:10.9pt;height:31.1pt" o:oleicon="f" o:ole="">
            <v:imagedata r:id="rId400" o:title="eqIdd3ffd5c35bba71ea54c28622b6cf505d"/>
          </v:shape>
        </w:pict>
      </w:r>
      <w:r>
        <w:rPr>
          <w:rFonts w:ascii="宋体" w:eastAsia="宋体" w:hAnsi="宋体" w:cs="宋体"/>
          <w:color w:val="000000"/>
        </w:rPr>
        <w:t>阶距离”为</w:t>
      </w:r>
      <w:r>
        <w:pict>
          <v:shape id="_x0000_i701665" type="#_x0000_t75" alt="学科网(www.zxxk.com)--教育资源门户，提供试卷、教案、课件、论文、素材以及各类教学资源下载，还有大量而丰富的教学相关资讯！" style="width:117.6pt;height:30.6pt" o:oleicon="f" o:ole="">
            <v:imagedata r:id="rId401" o:title="eqId5e686ab65654eec367e3539be371b4c6"/>
          </v:shape>
        </w:pict>
      </w:r>
      <w:r>
        <w:rPr>
          <w:rFonts w:ascii="宋体" w:eastAsia="宋体" w:hAnsi="宋体" w:cs="宋体"/>
          <w:color w:val="000000"/>
        </w:rPr>
        <w:t>．已知点</w:t>
      </w:r>
      <w:r>
        <w:pict>
          <v:shape id="_x0000_i701666" type="#_x0000_t75" alt="学科网(www.zxxk.com)--教育资源门户，提供试卷、教案、课件、论文、素材以及各类教学资源下载，还有大量而丰富的教学相关资讯！" style="width:44.25pt;height:20.25pt" o:oleicon="f" o:ole="">
            <v:imagedata r:id="rId402" o:title="eqId673d0b92b0af4e1e723cd8750c714128"/>
          </v:shape>
        </w:pi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114550" cy="2152650"/>
            <wp:docPr id="161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" name=""/>
                    <pic:cNvPicPr>
                      <a:picLocks noChangeAspect="1"/>
                    </pic:cNvPicPr>
                  </pic:nvPicPr>
                  <pic:blipFill>
                    <a:blip r:embed="rId403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若点</w:t>
      </w:r>
      <w:r>
        <w:pict>
          <v:shape id="_x0000_i701667" type="#_x0000_t75" alt="学科网(www.zxxk.com)--教育资源门户，提供试卷、教案、课件、论文、素材以及各类教学资源下载，还有大量而丰富的教学相关资讯！" style="width:39pt;height:20.25pt" o:oleicon="f" o:ole="">
            <v:imagedata r:id="rId405" o:title="eqId4507ca336be21e7385780be59f8101f1"/>
          </v:shape>
        </w:pict>
      </w:r>
      <w:r>
        <w:rPr>
          <w:rFonts w:ascii="宋体" w:eastAsia="宋体" w:hAnsi="宋体" w:cs="宋体"/>
          <w:color w:val="000000"/>
        </w:rPr>
        <w:t>，求点</w:t>
      </w:r>
      <w:r>
        <w:pict>
          <v:shape id="_x0000_i701668" type="#_x0000_t75" alt="学科网(www.zxxk.com)--教育资源门户，提供试卷、教案、课件、论文、素材以及各类教学资源下载，还有大量而丰富的教学相关资讯！" style="width:12pt;height:12pt" o:oleicon="f" o:ole="">
            <v:imagedata r:id="rId406" o:title="eqId5963abe8f421bd99a2aaa94831a951e9"/>
          </v:shape>
        </w:pict>
      </w:r>
      <w:r>
        <w:rPr>
          <w:rFonts w:ascii="宋体" w:eastAsia="宋体" w:hAnsi="宋体" w:cs="宋体"/>
          <w:color w:val="000000"/>
        </w:rPr>
        <w:t>和点</w:t>
      </w:r>
      <w:r>
        <w:pict>
          <v:shape id="_x0000_i701669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407" o:title="eqId7f9e8449aad35c5d840a3395ea86df6d"/>
          </v:shape>
        </w:pi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6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" name=""/>
                    <pic:cNvPicPr>
                      <a:picLocks noChangeAspect="1"/>
                    </pic:cNvPicPr>
                  </pic:nvPicPr>
                  <pic:blipFill>
                    <a:blip r:embed="rId40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“</w:t>
      </w:r>
      <w:r>
        <w:pict>
          <v:shape id="_x0000_i701670" type="#_x0000_t75" alt="学科网(www.zxxk.com)--教育资源门户，提供试卷、教案、课件、论文、素材以及各类教学资源下载，还有大量而丰富的教学相关资讯！" style="width:11.9pt;height:31.2pt" o:oleicon="f" o:ole="">
            <v:imagedata r:id="rId408" o:title="eqId56d266a04f3dc7483eddbc26c5e487db"/>
          </v:shape>
        </w:pict>
      </w:r>
      <w:r>
        <w:rPr>
          <w:rFonts w:ascii="宋体" w:eastAsia="宋体" w:hAnsi="宋体" w:cs="宋体"/>
          <w:color w:val="000000"/>
        </w:rPr>
        <w:t>阶距离”；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若点</w:t>
      </w:r>
      <w:r>
        <w:pict>
          <v:shape id="_x0000_i701671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409" o:title="eqId7f9e8449aad35c5d840a3395ea86df6d"/>
          </v:shape>
        </w:pict>
      </w:r>
      <w:r>
        <w:rPr>
          <w:rFonts w:ascii="宋体" w:eastAsia="宋体" w:hAnsi="宋体" w:cs="宋体"/>
          <w:color w:val="000000"/>
        </w:rPr>
        <w:t>在</w:t>
      </w:r>
      <w:r>
        <w:pict>
          <v:shape id="_x0000_i701672" type="#_x0000_t75" alt="学科网(www.zxxk.com)--教育资源门户，提供试卷、教案、课件、论文、素材以及各类教学资源下载，还有大量而丰富的教学相关资讯！" style="width:9pt;height:9.75pt" o:oleicon="f" o:ole="">
            <v:imagedata r:id="rId410" o:title="eqId81dea63b8ce3e51adf66cf7b9982a248"/>
          </v:shape>
        </w:pict>
      </w:r>
      <w:r>
        <w:rPr>
          <w:rFonts w:ascii="宋体" w:eastAsia="宋体" w:hAnsi="宋体" w:cs="宋体"/>
          <w:color w:val="000000"/>
        </w:rPr>
        <w:t>轴上，且点</w:t>
      </w:r>
      <w:r>
        <w:pict>
          <v:shape id="_x0000_i701673" type="#_x0000_t75" alt="学科网(www.zxxk.com)--教育资源门户，提供试卷、教案、课件、论文、素材以及各类教学资源下载，还有大量而丰富的教学相关资讯！" style="width:12pt;height:12pt" o:oleicon="f" o:ole="">
            <v:imagedata r:id="rId411" o:title="eqId5963abe8f421bd99a2aaa94831a951e9"/>
          </v:shape>
        </w:pict>
      </w:r>
      <w:r>
        <w:rPr>
          <w:rFonts w:ascii="宋体" w:eastAsia="宋体" w:hAnsi="宋体" w:cs="宋体"/>
          <w:color w:val="000000"/>
        </w:rPr>
        <w:t>和点</w:t>
      </w:r>
      <w:r>
        <w:pict>
          <v:shape id="_x0000_i701674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409" o:title="eqId7f9e8449aad35c5d840a3395ea86df6d"/>
          </v:shape>
        </w:pict>
      </w:r>
      <w:r>
        <w:rPr>
          <w:rFonts w:ascii="宋体" w:eastAsia="宋体" w:hAnsi="宋体" w:cs="宋体"/>
          <w:color w:val="000000"/>
        </w:rPr>
        <w:t>的“</w:t>
      </w:r>
      <w:r>
        <w:pict>
          <v:shape id="_x0000_i701675" type="#_x0000_t75" alt="学科网(www.zxxk.com)--教育资源门户，提供试卷、教案、课件、论文、素材以及各类教学资源下载，还有大量而丰富的教学相关资讯！" style="width:11.25pt;height:30.75pt" o:oleicon="f" o:ole="">
            <v:imagedata r:id="rId412" o:title="eqId4dac452fbb5ef6dd653e7fbbef639484"/>
          </v:shape>
        </w:pict>
      </w:r>
      <w:r>
        <w:rPr>
          <w:rFonts w:ascii="宋体" w:eastAsia="宋体" w:hAnsi="宋体" w:cs="宋体"/>
          <w:color w:val="000000"/>
        </w:rPr>
        <w:t>阶距离”为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，求点</w:t>
      </w:r>
      <w:r>
        <w:pict>
          <v:shape id="_x0000_i701676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409" o:title="eqId7f9e8449aad35c5d840a3395ea86df6d"/>
          </v:shape>
        </w:pict>
      </w:r>
      <w:r>
        <w:rPr>
          <w:rFonts w:ascii="宋体" w:eastAsia="宋体" w:hAnsi="宋体" w:cs="宋体"/>
          <w:color w:val="000000"/>
        </w:rPr>
        <w:t>的坐标；</w:t>
      </w:r>
    </w:p>
    <w:p>
      <w:pPr>
        <w:spacing w:line="360" w:lineRule="auto"/>
        <w:jc w:val="left"/>
        <w:textAlignment w:val="center"/>
        <w:rPr>
          <w:color w:val="000000"/>
        </w:rPr>
        <w:sectPr w:rsidSect="00C321EB">
          <w:headerReference w:type="even" r:id="rId327"/>
          <w:footerReference w:type="even" r:id="rId328"/>
          <w:headerReference w:type="first" r:id="rId329"/>
          <w:footerReference w:type="first" r:id="rId330"/>
          <w:pgSz w:w="11906" w:h="16838"/>
          <w:pgMar w:top="910" w:right="1080" w:bottom="1440" w:left="1080" w:header="152" w:footer="0" w:gutter="0"/>
          <w:cols w:space="720"/>
          <w:titlePg w:val="0"/>
          <w:docGrid w:type="lines" w:linePitch="312"/>
        </w:sect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若点</w:t>
      </w:r>
      <w:r>
        <w:pict>
          <v:shape id="_x0000_i701677" type="#_x0000_t75" alt="学科网(www.zxxk.com)--教育资源门户，提供试卷、教案、课件、论文、素材以及各类教学资源下载，还有大量而丰富的教学相关资讯！" style="width:39.2pt;height:20.4pt" o:oleicon="f" o:ole="">
            <v:imagedata r:id="rId413" o:title="eqIdda522d32089ba1c170ce45c8507c17a8"/>
          </v:shape>
        </w:pict>
      </w:r>
      <w:r>
        <w:rPr>
          <w:rFonts w:ascii="宋体" w:eastAsia="宋体" w:hAnsi="宋体" w:cs="宋体"/>
          <w:color w:val="000000"/>
        </w:rPr>
        <w:t>，且点</w:t>
      </w:r>
      <w:r>
        <w:pict>
          <v:shape id="_x0000_i701678" type="#_x0000_t75" alt="学科网(www.zxxk.com)--教育资源门户，提供试卷、教案、课件、论文、素材以及各类教学资源下载，还有大量而丰富的教学相关资讯！" style="width:12pt;height:12pt" o:oleicon="f" o:ole="">
            <v:imagedata r:id="rId414" o:title="eqId5963abe8f421bd99a2aaa94831a951e9"/>
          </v:shape>
        </w:pict>
      </w:r>
      <w:r>
        <w:rPr>
          <w:rFonts w:ascii="宋体" w:eastAsia="宋体" w:hAnsi="宋体" w:cs="宋体"/>
          <w:color w:val="000000"/>
        </w:rPr>
        <w:t>和点</w:t>
      </w:r>
      <w:r>
        <w:pict>
          <v:shape id="_x0000_i701679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415" o:title="eqId7f9e8449aad35c5d840a3395ea86df6d"/>
          </v:shape>
        </w:pict>
      </w:r>
      <w:r>
        <w:rPr>
          <w:rFonts w:ascii="宋体" w:eastAsia="宋体" w:hAnsi="宋体" w:cs="宋体"/>
          <w:color w:val="000000"/>
        </w:rPr>
        <w:t>的“</w:t>
      </w:r>
      <w:r>
        <w:pict>
          <v:shape id="_x0000_i701680" type="#_x0000_t75" alt="学科网(www.zxxk.com)--教育资源门户，提供试卷、教案、课件、论文、素材以及各类教学资源下载，还有大量而丰富的教学相关资讯！" style="width:10.5pt;height:21pt" o:oleicon="f" o:ole="">
            <v:imagedata r:id="rId416" o:title="eqIdf89eef3148f2d4d09379767b4af69132"/>
          </v:shape>
        </w:pict>
      </w:r>
      <w:r>
        <w:rPr>
          <w:rFonts w:ascii="宋体" w:eastAsia="宋体" w:hAnsi="宋体" w:cs="宋体"/>
          <w:color w:val="000000"/>
        </w:rPr>
        <w:t>阶距离”为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，直接写出</w:t>
      </w:r>
      <w:r>
        <w:pict>
          <v:shape id="_x0000_i701681" type="#_x0000_t75" alt="学科网(www.zxxk.com)--教育资源门户，提供试卷、教案、课件、论文、素材以及各类教学资源下载，还有大量而丰富的教学相关资讯！" style="width:27pt;height:14.25pt" o:oleicon="f" o:ole="">
            <v:imagedata r:id="rId417" o:title="eqId20d6fc9b90f370fbb27552876b650f8f"/>
          </v:shape>
        </w:pict>
      </w:r>
      <w:r>
        <w:rPr>
          <w:rFonts w:ascii="宋体" w:eastAsia="宋体" w:hAnsi="宋体" w:cs="宋体"/>
          <w:color w:val="000000"/>
        </w:rPr>
        <w:t>的取值范围．</w:t>
      </w:r>
    </w:p>
    <w:p>
      <w:pPr>
        <w:pStyle w:val="Heading2"/>
      </w:pPr>
      <w:r>
        <w:t>海淀区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eastAsia="宋体" w:hAnsi="宋体" w:cs="宋体"/>
          <w:color w:val="000000"/>
        </w:rPr>
        <w:t>在数轴上有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两点，点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表示的数为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．对点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给出如下定义：当</w:t>
      </w:r>
      <w:r>
        <w:pict>
          <v:shape id="_x0000_i701682" type="#_x0000_t75" alt="学科网(www.zxxk.com)--教育资源门户，提供试卷、教案、课件、论文、素材以及各类教学资源下载，还有大量而丰富的教学相关资讯！" style="width:27pt;height:14.25pt" o:oleicon="f" o:ole="">
            <v:imagedata r:id="rId418" o:title="eqIdc90e8d5d7fed033f48270b1ff825fcd5"/>
          </v:shape>
        </w:pict>
      </w:r>
      <w:r>
        <w:rPr>
          <w:rFonts w:ascii="宋体" w:eastAsia="宋体" w:hAnsi="宋体" w:cs="宋体"/>
          <w:color w:val="000000"/>
        </w:rPr>
        <w:t>时，将点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向右移动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个单位长度，得到点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；当</w:t>
      </w:r>
      <w:r>
        <w:pict>
          <v:shape id="_x0000_i701683" type="#_x0000_t75" alt="学科网(www.zxxk.com)--教育资源门户，提供试卷、教案、课件、论文、素材以及各类教学资源下载，还有大量而丰富的教学相关资讯！" style="width:24pt;height:12.75pt" o:oleicon="f" o:ole="">
            <v:imagedata r:id="rId419" o:title="eqIde3a915c1a8a9304aeb307d130faaeb15"/>
          </v:shape>
        </w:pict>
      </w:r>
      <w:r>
        <w:rPr>
          <w:rFonts w:ascii="宋体" w:eastAsia="宋体" w:hAnsi="宋体" w:cs="宋体"/>
          <w:color w:val="000000"/>
        </w:rPr>
        <w:t>时，将点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向左移动</w:t>
      </w:r>
      <w:r>
        <w:pict>
          <v:shape id="_x0000_i701684" type="#_x0000_t75" alt="学科网(www.zxxk.com)--教育资源门户，提供试卷、教案、课件、论文、素材以及各类教学资源下载，还有大量而丰富的教学相关资讯！" style="width:12.75pt;height:20.25pt" o:oleicon="f" o:ole="">
            <v:imagedata r:id="rId420" o:title="eqIdce22731a412796fe2925e01f765d5976"/>
          </v:shape>
        </w:pict>
      </w:r>
      <w:r>
        <w:rPr>
          <w:rFonts w:ascii="宋体" w:eastAsia="宋体" w:hAnsi="宋体" w:cs="宋体"/>
          <w:color w:val="000000"/>
        </w:rPr>
        <w:t>个单位长度，得到点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．称点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为点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关于点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的“联动点”．如图，点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表示的数为</w:t>
      </w:r>
      <w:r>
        <w:pict>
          <v:shape id="_x0000_i701685" type="#_x0000_t75" alt="学科网(www.zxxk.com)--教育资源门户，提供试卷、教案、课件、论文、素材以及各类教学资源下载，还有大量而丰富的教学相关资讯！" style="width:12pt;height:10.5pt" o:oleicon="f" o:ole="">
            <v:imagedata r:id="rId421" o:title="eqIdacbc6a613224461ade69362d46550474"/>
          </v:shape>
        </w:pi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190750" cy="323850"/>
            <wp:docPr id="161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" name=""/>
                    <pic:cNvPicPr>
                      <a:picLocks noChangeAspect="1"/>
                    </pic:cNvPicPr>
                  </pic:nvPicPr>
                  <pic:blipFill>
                    <a:blip r:embed="rId422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在图中画出当</w:t>
      </w:r>
      <w:r>
        <w:pict>
          <v:shape id="_x0000_i701686" type="#_x0000_t75" alt="学科网(www.zxxk.com)--教育资源门户，提供试卷、教案、课件、论文、素材以及各类教学资源下载，还有大量而丰富的教学相关资讯！" style="width:24.75pt;height:12.75pt" o:oleicon="f" o:ole="">
            <v:imagedata r:id="rId423" o:title="eqId3320a13248a3a1208ff6ee85c9d26f36"/>
          </v:shape>
        </w:pict>
      </w:r>
      <w:r>
        <w:rPr>
          <w:rFonts w:ascii="宋体" w:eastAsia="宋体" w:hAnsi="宋体" w:cs="宋体"/>
          <w:color w:val="000000"/>
        </w:rPr>
        <w:t>时，点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关于点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的“联动点”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从数轴上表示</w:t>
      </w:r>
      <w:r>
        <w:pict>
          <v:shape id="_x0000_i701687" type="#_x0000_t75" alt="学科网(www.zxxk.com)--教育资源门户，提供试卷、教案、课件、论文、素材以及各类教学资源下载，还有大量而丰富的教学相关资讯！" style="width:12pt;height:10.5pt" o:oleicon="f" o:ole="">
            <v:imagedata r:id="rId425" o:title="eqIdacbc6a613224461ade69362d46550474"/>
          </v:shape>
        </w:pi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6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" name=""/>
                    <pic:cNvPicPr>
                      <a:picLocks noChangeAspect="1"/>
                    </pic:cNvPicPr>
                  </pic:nvPicPr>
                  <pic:blipFill>
                    <a:blip r:embed="rId42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位置出发，以每秒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个单位的速度向右运动，点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从数轴上表示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的位置同时出发，以相同的速度向左运动，两个点运动的时间为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宋体" w:eastAsia="宋体" w:hAnsi="宋体" w:cs="宋体"/>
          <w:color w:val="000000"/>
        </w:rPr>
        <w:t>秒．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表示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6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" name=""/>
                    <pic:cNvPicPr>
                      <a:picLocks noChangeAspect="1"/>
                    </pic:cNvPicPr>
                  </pic:nvPicPr>
                  <pic:blipFill>
                    <a:blip r:embed="rId42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数为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（用含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宋体" w:eastAsia="宋体" w:hAnsi="宋体" w:cs="宋体"/>
          <w:color w:val="000000"/>
        </w:rPr>
        <w:t>的式子表示）；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②是否存在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宋体" w:eastAsia="宋体" w:hAnsi="宋体" w:cs="宋体"/>
          <w:color w:val="000000"/>
        </w:rPr>
        <w:t>，使得此时点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关于点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联动点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恰好与原点重合？若存在，请求出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宋体" w:eastAsia="宋体" w:hAnsi="宋体" w:cs="宋体"/>
          <w:color w:val="000000"/>
        </w:rPr>
        <w:t>的值；若不存在，请说明理由．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有一种计算器，输出规则如下：输入两个关于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的整式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，对它们进行整式加法运算，若</w:t>
      </w:r>
      <w:r>
        <w:pict>
          <v:shape id="_x0000_i701688" type="#_x0000_t75" alt="学科网(www.zxxk.com)--教育资源门户，提供试卷、教案、课件、论文、素材以及各类教学资源下载，还有大量而丰富的教学相关资讯！" style="width:30.75pt;height:12.75pt" o:oleicon="f" o:ole="">
            <v:imagedata r:id="rId427" o:title="eqId6ce69cd33d105ce280170f0cd0513026"/>
          </v:shape>
        </w:pict>
      </w:r>
      <w:r>
        <w:rPr>
          <w:rFonts w:ascii="宋体" w:eastAsia="宋体" w:hAnsi="宋体" w:cs="宋体"/>
          <w:color w:val="000000"/>
        </w:rPr>
        <w:t>的结果为单项式，则输出该单项式；若</w:t>
      </w:r>
      <w:r>
        <w:pict>
          <v:shape id="_x0000_i701689" type="#_x0000_t75" alt="学科网(www.zxxk.com)--教育资源门户，提供试卷、教案、课件、论文、素材以及各类教学资源下载，还有大量而丰富的教学相关资讯！" style="width:30.75pt;height:12.75pt" o:oleicon="f" o:ole="">
            <v:imagedata r:id="rId427" o:title="eqId6ce69cd33d105ce280170f0cd0513026"/>
          </v:shape>
        </w:pict>
      </w:r>
      <w:r>
        <w:rPr>
          <w:rFonts w:ascii="宋体" w:eastAsia="宋体" w:hAnsi="宋体" w:cs="宋体"/>
          <w:color w:val="000000"/>
        </w:rPr>
        <w:t>的结果为多项式，则输出该多项式的最高次项与最低次项的和．已知输入的整式</w:t>
      </w:r>
      <w:r>
        <w:pict>
          <v:shape id="_x0000_i701690" type="#_x0000_t75" alt="学科网(www.zxxk.com)--教育资源门户，提供试卷、教案、课件、论文、素材以及各类教学资源下载，还有大量而丰富的教学相关资讯！" style="width:68.4pt;height:15.6pt" o:oleicon="f" o:ole="">
            <v:imagedata r:id="rId428" o:title="eqIdd6bcece05d0d7ea2fd82da8bb7bc2cba"/>
          </v:shape>
        </w:pi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若</w:t>
      </w:r>
      <w:r>
        <w:pict>
          <v:shape id="_x0000_i701691" type="#_x0000_t75" alt="学科网(www.zxxk.com)--教育资源门户，提供试卷、教案、课件、论文、素材以及各类教学资源下载，还有大量而丰富的教学相关资讯！" style="width:57pt;height:15.6pt" o:oleicon="f" o:ole="">
            <v:imagedata r:id="rId429" o:title="eqId88879539e7301f8ea4c4fe1b7d333cd7"/>
          </v:shape>
        </w:pict>
      </w:r>
      <w:r>
        <w:rPr>
          <w:rFonts w:ascii="宋体" w:eastAsia="宋体" w:hAnsi="宋体" w:cs="宋体"/>
          <w:color w:val="000000"/>
        </w:rPr>
        <w:t>，则输出结果为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若输出结果为</w:t>
      </w:r>
      <w:r>
        <w:pict>
          <v:shape id="_x0000_i701692" type="#_x0000_t75" alt="学科网(www.zxxk.com)--教育资源门户，提供试卷、教案、课件、论文、素材以及各类教学资源下载，还有大量而丰富的教学相关资讯！" style="width:36.75pt;height:15.75pt" o:oleicon="f" o:ole="">
            <v:imagedata r:id="rId430" o:title="eqIdd1f36f0976af8ddf4de17bd50332bd1f"/>
          </v:shape>
        </w:pict>
      </w:r>
      <w:r>
        <w:rPr>
          <w:rFonts w:ascii="宋体" w:eastAsia="宋体" w:hAnsi="宋体" w:cs="宋体"/>
          <w:color w:val="000000"/>
        </w:rPr>
        <w:t>，则整式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应满足什么条件？写出结论，并说明理由；</w:t>
      </w:r>
    </w:p>
    <w:p>
      <w:pPr>
        <w:spacing w:line="360" w:lineRule="auto"/>
        <w:jc w:val="left"/>
        <w:textAlignment w:val="center"/>
        <w:rPr>
          <w:color w:val="000000"/>
        </w:rPr>
        <w:sectPr w:rsidSect="00C321EB">
          <w:headerReference w:type="even" r:id="rId224"/>
          <w:footerReference w:type="even" r:id="rId225"/>
          <w:headerReference w:type="first" r:id="rId226"/>
          <w:footerReference w:type="first" r:id="rId227"/>
          <w:pgSz w:w="11906" w:h="16838"/>
          <w:pgMar w:top="910" w:right="1080" w:bottom="1440" w:left="1080" w:header="152" w:footer="0" w:gutter="0"/>
          <w:cols w:space="720"/>
          <w:titlePg w:val="0"/>
          <w:docGrid w:type="lines" w:linePitch="312"/>
        </w:sect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若将整式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输入计算器，得到输出结果，记为第一次运算，然后将输出结果与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再次输入该计算器，得到输出结果，记为第二次运算，……，依次进行上面操作，若第</w:t>
      </w:r>
      <w:r>
        <w:pict>
          <v:shape id="_x0000_i701693" type="#_x0000_t75" alt="学科网(www.zxxk.com)--教育资源门户，提供试卷、教案、课件、论文、素材以及各类教学资源下载，还有大量而丰富的教学相关资讯！" style="width:42pt;height:16pt" o:oleicon="f" o:ole="">
            <v:imagedata r:id="rId431" o:title="eqId9ae0b861522b18be1753acc4474cbc9f"/>
          </v:shape>
        </w:pict>
      </w:r>
      <w:r>
        <w:rPr>
          <w:rFonts w:ascii="宋体" w:eastAsia="宋体" w:hAnsi="宋体" w:cs="宋体"/>
          <w:color w:val="000000"/>
        </w:rPr>
        <w:t>次运算得到的输出结果恰为单项式，请写出一个满足题意的整式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i/>
          <w:color w:val="000000"/>
        </w:rPr>
        <w:t>．</w:t>
      </w:r>
    </w:p>
    <w:p>
      <w:pPr>
        <w:pStyle w:val="Heading2"/>
      </w:pPr>
      <w:r>
        <w:t>燕山地区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eastAsia="宋体" w:hAnsi="宋体" w:cs="宋体"/>
          <w:color w:val="000000"/>
        </w:rPr>
        <w:t>为丰富校园体育生活，某学校增设网球兴趣小组，需要采购某品牌网球训练拍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宋体" w:eastAsia="宋体" w:hAnsi="宋体" w:cs="宋体"/>
          <w:color w:val="000000"/>
        </w:rPr>
        <w:t>支，网球</w:t>
      </w:r>
      <w:r>
        <w:pict>
          <v:shape id="_x0000_i701694" type="#_x0000_t75" alt="学科网(www.zxxk.com)--教育资源门户，提供试卷、教案、课件、论文、素材以及各类教学资源下载，还有大量而丰富的教学相关资讯！" style="width:9pt;height:9.75pt" o:oleicon="f" o:ole="">
            <v:imagedata r:id="rId432" o:title="eqId81dea63b8ce3e51adf66cf7b9982a248"/>
          </v:shape>
        </w:pict>
      </w:r>
      <w:r>
        <w:rPr>
          <w:rFonts w:ascii="宋体" w:eastAsia="宋体" w:hAnsi="宋体" w:cs="宋体"/>
          <w:color w:val="000000"/>
        </w:rPr>
        <w:t>筒（</w:t>
      </w:r>
      <w:r>
        <w:pict>
          <v:shape id="_x0000_i701695" type="#_x0000_t75" alt="学科网(www.zxxk.com)--教育资源门户，提供试卷、教案、课件、论文、素材以及各类教学资源下载，还有大量而丰富的教学相关资讯！" style="width:34pt;height:13.5pt" o:oleicon="f" o:ole="">
            <v:imagedata r:id="rId433" o:title="eqId9da3df60f7ab19fb4806ff59d0b39770"/>
          </v:shape>
        </w:pict>
      </w:r>
      <w:r>
        <w:rPr>
          <w:rFonts w:ascii="宋体" w:eastAsia="宋体" w:hAnsi="宋体" w:cs="宋体"/>
          <w:color w:val="000000"/>
        </w:rPr>
        <w:t>）．经市场调查了解到该品牌网球拍定价</w:t>
      </w:r>
      <w:r>
        <w:rPr>
          <w:rFonts w:ascii="Times New Roman" w:eastAsia="Times New Roman" w:hAnsi="Times New Roman" w:cs="Times New Roman"/>
          <w:color w:val="000000"/>
        </w:rPr>
        <w:t>100</w:t>
      </w:r>
      <w:r>
        <w:rPr>
          <w:rFonts w:ascii="宋体" w:eastAsia="宋体" w:hAnsi="宋体" w:cs="宋体"/>
          <w:color w:val="000000"/>
        </w:rPr>
        <w:t>元</w:t>
      </w:r>
      <w:r>
        <w:rPr>
          <w:rFonts w:ascii="Times New Roman" w:eastAsia="Times New Roman" w:hAnsi="Times New Roman" w:cs="Times New Roman"/>
          <w:color w:val="000000"/>
        </w:rPr>
        <w:t>/</w:t>
      </w:r>
      <w:r>
        <w:rPr>
          <w:rFonts w:ascii="宋体" w:eastAsia="宋体" w:hAnsi="宋体" w:cs="宋体"/>
          <w:color w:val="000000"/>
        </w:rPr>
        <w:t>支，网球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宋体" w:eastAsia="宋体" w:hAnsi="宋体" w:cs="宋体"/>
          <w:color w:val="000000"/>
        </w:rPr>
        <w:t>元</w:t>
      </w:r>
      <w:r>
        <w:rPr>
          <w:rFonts w:ascii="Times New Roman" w:eastAsia="Times New Roman" w:hAnsi="Times New Roman" w:cs="Times New Roman"/>
          <w:color w:val="000000"/>
        </w:rPr>
        <w:t>/</w:t>
      </w:r>
      <w:r>
        <w:rPr>
          <w:rFonts w:ascii="宋体" w:eastAsia="宋体" w:hAnsi="宋体" w:cs="宋体"/>
          <w:color w:val="000000"/>
        </w:rPr>
        <w:t>筒．现有甲、乙两家体育用品商店有如下优惠方案：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甲商店：买一支网球拍送一筒网球；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乙商店：网球拍与网球均按</w:t>
      </w:r>
      <w:r>
        <w:rPr>
          <w:rFonts w:ascii="Times New Roman" w:eastAsia="Times New Roman" w:hAnsi="Times New Roman" w:cs="Times New Roman"/>
          <w:color w:val="000000"/>
        </w:rPr>
        <w:t>90%</w:t>
      </w:r>
      <w:r>
        <w:rPr>
          <w:rFonts w:ascii="宋体" w:eastAsia="宋体" w:hAnsi="宋体" w:cs="宋体"/>
          <w:color w:val="000000"/>
        </w:rPr>
        <w:t>付款，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）方案一：到甲商店购买，需要支付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元；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方案二：到乙商店购买，需要支付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元（用含</w:t>
      </w:r>
      <w:r>
        <w:pict>
          <v:shape id="_x0000_i701696" type="#_x0000_t75" alt="学科网(www.zxxk.com)--教育资源门户，提供试卷、教案、课件、论文、素材以及各类教学资源下载，还有大量而丰富的教学相关资讯！" style="width:9pt;height:9.75pt" o:oleicon="f" o:ole="">
            <v:imagedata r:id="rId434" o:title="eqId81dea63b8ce3e51adf66cf7b9982a248"/>
          </v:shape>
        </w:pict>
      </w:r>
      <w:r>
        <w:rPr>
          <w:rFonts w:ascii="宋体" w:eastAsia="宋体" w:hAnsi="宋体" w:cs="宋体"/>
          <w:color w:val="000000"/>
        </w:rPr>
        <w:t>的代数式表示）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）若</w:t>
      </w:r>
      <w:r>
        <w:pict>
          <v:shape id="_x0000_i701697" type="#_x0000_t75" alt="学科网(www.zxxk.com)--教育资源门户，提供试卷、教案、课件、论文、素材以及各类教学资源下载，还有大量而丰富的教学相关资讯！" style="width:39pt;height:14.25pt" o:oleicon="f" o:ole="">
            <v:imagedata r:id="rId435" o:title="eqIdc2acfbf5f2f0f3ecd9b7d80d77dada4a"/>
          </v:shape>
        </w:pict>
      </w:r>
      <w:r>
        <w:rPr>
          <w:rFonts w:ascii="宋体" w:eastAsia="宋体" w:hAnsi="宋体" w:cs="宋体"/>
          <w:color w:val="000000"/>
        </w:rPr>
        <w:t>，请通过计算说明学校采用以上两个方案中的哪个方案较为优惠．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）若</w:t>
      </w:r>
      <w:r>
        <w:pict>
          <v:shape id="_x0000_i701698" type="#_x0000_t75" alt="学科网(www.zxxk.com)--教育资源门户，提供试卷、教案、课件、论文、素材以及各类教学资源下载，还有大量而丰富的教学相关资讯！" style="width:39pt;height:14.25pt" o:oleicon="f" o:ole="">
            <v:imagedata r:id="rId436" o:title="eqIdc2acfbf5f2f0f3ecd9b7d80d77dada4a"/>
          </v:shape>
        </w:pict>
      </w:r>
      <w:r>
        <w:rPr>
          <w:rFonts w:ascii="宋体" w:eastAsia="宋体" w:hAnsi="宋体" w:cs="宋体"/>
          <w:color w:val="000000"/>
        </w:rPr>
        <w:t>，你还能有更省钱的购买方案吗？如果可以，请直接写出购买方案并写出比（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）问省多少钱？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eastAsia="宋体" w:hAnsi="宋体" w:cs="宋体"/>
          <w:color w:val="000000"/>
        </w:rPr>
        <w:t>对于数轴上的两点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给出如下定义：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两点到原点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的距离之差的绝对值称为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两点的绝对距离，记为</w:t>
      </w:r>
      <w:r>
        <w:pict>
          <v:shape id="_x0000_i701699" type="#_x0000_t75" alt="学科网(www.zxxk.com)--教育资源门户，提供试卷、教案、课件、论文、素材以及各类教学资源下载，还有大量而丰富的教学相关资讯！" style="width:36.75pt;height:20.25pt" o:oleicon="f" o:ole="">
            <v:imagedata r:id="rId437" o:title="eqIdcdee3ac4e6dcb4132ea1ddade2fe17ac"/>
          </v:shape>
        </w:pi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5238750" cy="760241"/>
            <wp:docPr id="162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" name=""/>
                    <pic:cNvPicPr>
                      <a:picLocks noChangeAspect="1"/>
                    </pic:cNvPicPr>
                  </pic:nvPicPr>
                  <pic:blipFill>
                    <a:blip r:embed="rId438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760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例如：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两点表示的数如图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所示，则</w:t>
      </w:r>
      <w:r>
        <w:pict>
          <v:shape id="_x0000_i701700" type="#_x0000_t75" alt="学科网(www.zxxk.com)--教育资源门户，提供试卷、教案、课件、论文、素材以及各类教学资源下载，还有大量而丰富的教学相关资讯！" style="width:152.25pt;height:20.25pt" o:oleicon="f" o:ole="">
            <v:imagedata r:id="rId439" o:title="eqId700a7fc07032cefccad8e9b6722bbaf0"/>
          </v:shape>
        </w:pic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两点表示的数如图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所示．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两点的绝对距离；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为数轴上一点（不与点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重合），且</w:t>
      </w:r>
      <w:r>
        <w:pict>
          <v:shape id="_x0000_i701701" type="#_x0000_t75" alt="学科网(www.zxxk.com)--教育资源门户，提供试卷、教案、课件、论文、素材以及各类教学资源下载，还有大量而丰富的教学相关资讯！" style="width:88.5pt;height:20.25pt" o:oleicon="f" o:ole="">
            <v:imagedata r:id="rId440" o:title="eqId7ce682cb8fb1280a040bef51e2f10b93"/>
          </v:shape>
        </w:pict>
      </w:r>
      <w:r>
        <w:rPr>
          <w:rFonts w:ascii="宋体" w:eastAsia="宋体" w:hAnsi="宋体" w:cs="宋体"/>
          <w:color w:val="000000"/>
        </w:rPr>
        <w:t>，求点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表示的数．</w:t>
      </w:r>
    </w:p>
    <w:p>
      <w:pPr>
        <w:pStyle w:val="Heading2"/>
      </w:pPr>
      <w:r>
        <w:t>石景山区京源学校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厘米为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个单位长度用直尺画数轴时，数轴上互为相反数的点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和点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刚好对着直尺上的刻度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和刻度</w:t>
      </w:r>
      <w:r>
        <w:rPr>
          <w:rFonts w:ascii="Times New Roman" w:eastAsia="Times New Roman" w:hAnsi="Times New Roman" w:cs="Times New Roman"/>
          <w:color w:val="000000"/>
        </w:rPr>
        <w:t>8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876550" cy="485775"/>
            <wp:docPr id="162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" name=""/>
                    <pic:cNvPicPr>
                      <a:picLocks noChangeAspect="1"/>
                    </pic:cNvPicPr>
                  </pic:nvPicPr>
                  <pic:blipFill>
                    <a:blip r:embed="rId441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写出点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和点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表示的数；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写出与点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距离为</w:t>
      </w:r>
      <w:r>
        <w:rPr>
          <w:rFonts w:ascii="Times New Roman" w:eastAsia="Times New Roman" w:hAnsi="Times New Roman" w:cs="Times New Roman"/>
          <w:color w:val="000000"/>
        </w:rPr>
        <w:t>9.5</w:t>
      </w:r>
      <w:r>
        <w:rPr>
          <w:rFonts w:ascii="宋体" w:eastAsia="宋体" w:hAnsi="宋体" w:cs="宋体"/>
          <w:color w:val="000000"/>
        </w:rPr>
        <w:t>厘米的直尺左端点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表示的数；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在数轴上有一点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，其到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的距离为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，到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的距离为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，求点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关于原点点对称的点表示的数．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eastAsia="宋体" w:hAnsi="宋体" w:cs="宋体"/>
          <w:color w:val="000000"/>
        </w:rPr>
        <w:t>已知多项式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，且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</w:rPr>
        <w:t>+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Times New Roman" w:eastAsia="Times New Roman" w:hAnsi="Times New Roman" w:cs="Times New Roman"/>
          <w:i/>
          <w:color w:val="000000"/>
        </w:rPr>
        <w:t>ab</w:t>
      </w:r>
      <w:r>
        <w:rPr>
          <w:rFonts w:ascii="Times New Roman" w:eastAsia="Times New Roman" w:hAnsi="Times New Roman" w:cs="Times New Roman"/>
          <w:color w:val="000000"/>
        </w:rPr>
        <w:t>+6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﹣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﹣</w:t>
      </w:r>
      <w:r>
        <w:rPr>
          <w:rFonts w:ascii="Times New Roman" w:eastAsia="Times New Roman" w:hAnsi="Times New Roman" w:cs="Times New Roman"/>
          <w:color w:val="000000"/>
        </w:rPr>
        <w:t>11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﹣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Times New Roman" w:eastAsia="Times New Roman" w:hAnsi="Times New Roman" w:cs="Times New Roman"/>
          <w:i/>
          <w:color w:val="000000"/>
        </w:rPr>
        <w:t>ab</w:t>
      </w:r>
      <w:r>
        <w:rPr>
          <w:rFonts w:ascii="宋体" w:eastAsia="宋体" w:hAnsi="宋体" w:cs="宋体"/>
          <w:color w:val="000000"/>
        </w:rPr>
        <w:t>﹣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﹣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Times New Roman" w:eastAsia="Times New Roman" w:hAnsi="Times New Roman" w:cs="Times New Roman"/>
          <w:color w:val="000000"/>
        </w:rPr>
        <w:t>+18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阅读材料：我们总可以通过添加括号的形式，求出多项式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．如：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＝（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</w:rPr>
        <w:t>+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+2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﹣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＝（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Times New Roman" w:eastAsia="Times New Roman" w:hAnsi="Times New Roman" w:cs="Times New Roman"/>
          <w:i/>
          <w:color w:val="000000"/>
        </w:rPr>
        <w:t>ab</w:t>
      </w:r>
      <w:r>
        <w:rPr>
          <w:rFonts w:ascii="Times New Roman" w:eastAsia="Times New Roman" w:hAnsi="Times New Roman" w:cs="Times New Roman"/>
          <w:color w:val="000000"/>
        </w:rPr>
        <w:t>+6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﹣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﹣</w:t>
      </w:r>
      <w:r>
        <w:rPr>
          <w:rFonts w:ascii="Times New Roman" w:eastAsia="Times New Roman" w:hAnsi="Times New Roman" w:cs="Times New Roman"/>
          <w:color w:val="000000"/>
        </w:rPr>
        <w:t>11</w:t>
      </w:r>
      <w:r>
        <w:rPr>
          <w:rFonts w:ascii="宋体" w:eastAsia="宋体" w:hAnsi="宋体" w:cs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+2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Times New Roman" w:eastAsia="Times New Roman" w:hAnsi="Times New Roman" w:cs="Times New Roman"/>
          <w:i/>
          <w:color w:val="000000"/>
        </w:rPr>
        <w:t>ab</w:t>
      </w:r>
      <w:r>
        <w:rPr>
          <w:rFonts w:ascii="宋体" w:eastAsia="宋体" w:hAnsi="宋体" w:cs="宋体"/>
          <w:color w:val="000000"/>
        </w:rPr>
        <w:t>﹣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﹣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Times New Roman" w:eastAsia="Times New Roman" w:hAnsi="Times New Roman" w:cs="Times New Roman"/>
          <w:color w:val="000000"/>
        </w:rPr>
        <w:t>+18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15</w:t>
      </w:r>
      <w:r>
        <w:rPr>
          <w:rFonts w:ascii="Times New Roman" w:eastAsia="Times New Roman" w:hAnsi="Times New Roman" w:cs="Times New Roman"/>
          <w:i/>
          <w:color w:val="000000"/>
        </w:rPr>
        <w:t>ab</w:t>
      </w:r>
      <w:r>
        <w:rPr>
          <w:rFonts w:ascii="宋体" w:eastAsia="宋体" w:hAnsi="宋体" w:cs="宋体"/>
          <w:color w:val="000000"/>
        </w:rPr>
        <w:t>﹣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Times New Roman" w:eastAsia="Times New Roman" w:hAnsi="Times New Roman" w:cs="Times New Roman"/>
          <w:color w:val="000000"/>
        </w:rPr>
        <w:t>+25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Times New Roman" w:eastAsia="Times New Roman" w:hAnsi="Times New Roman" w:cs="Times New Roman"/>
          <w:i/>
          <w:color w:val="000000"/>
        </w:rPr>
        <w:t>ab</w:t>
      </w:r>
      <w:r>
        <w:rPr>
          <w:rFonts w:ascii="宋体" w:eastAsia="宋体" w:hAnsi="宋体" w:cs="宋体"/>
          <w:color w:val="000000"/>
        </w:rPr>
        <w:t>﹣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Times New Roman" w:eastAsia="Times New Roman" w:hAnsi="Times New Roman" w:cs="Times New Roman"/>
          <w:color w:val="000000"/>
        </w:rPr>
        <w:t>+5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应用材料：请用类似于阅读材料的方法，求多项式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小红取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互为倒数的一对数值代入多项式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中，恰好得到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的值为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，求多项式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聪明的小刚发现，只要字母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取一个固定的数，无论字母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取何数，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的值总比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的值大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，那么小刚所取的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的值是多少呢？</w:t>
      </w:r>
    </w:p>
    <w:p>
      <w:pPr>
        <w:pStyle w:val="Heading2"/>
      </w:pPr>
      <w:r>
        <w:t>第一六一中学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eastAsia="宋体" w:hAnsi="宋体" w:cs="宋体"/>
          <w:color w:val="000000"/>
        </w:rPr>
        <w:t>定义一种新运算</w:t>
      </w:r>
      <w:r>
        <w:pict>
          <v:shape id="_x0000_i701702" type="#_x0000_t75" alt="学科网(www.zxxk.com)--教育资源门户，提供试卷、教案、课件、论文、素材以及各类教学资源下载，还有大量而丰富的教学相关资讯！" style="width:12.35pt;height:12.35pt" o:oleicon="f" o:ole="">
            <v:imagedata r:id="rId442" o:title="eqIdebf060b0e6337536ccf7be08525dd235"/>
          </v:shape>
        </w:pict>
      </w:r>
      <w:r>
        <w:rPr>
          <w:rFonts w:ascii="宋体" w:eastAsia="宋体" w:hAnsi="宋体" w:cs="宋体"/>
          <w:color w:val="000000"/>
        </w:rPr>
        <w:t>：对于任意有理数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，有</w:t>
      </w:r>
      <w:r>
        <w:pict>
          <v:shape id="_x0000_i701703" type="#_x0000_t75" alt="学科网(www.zxxk.com)--教育资源门户，提供试卷、教案、课件、论文、素材以及各类教学资源下载，还有大量而丰富的教学相关资讯！" style="width:98pt;height:15.95pt" o:oleicon="f" o:ole="">
            <v:imagedata r:id="rId443" o:title="eqIdb52090f7de63493cdd6d2e2e545eb7d9"/>
          </v:shape>
        </w:pic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为常数且</w:t>
      </w:r>
      <w:r>
        <w:pict>
          <v:shape id="_x0000_i701704" type="#_x0000_t75" alt="学科网(www.zxxk.com)--教育资源门户，提供试卷、教案、课件、论文、素材以及各类教学资源下载，还有大量而丰富的教学相关资讯！" style="width:36.7pt;height:13.85pt" o:oleicon="f" o:ole="">
            <v:imagedata r:id="rId444" o:title="eqId343dc2efff2e4a23640d96272d51c550"/>
          </v:shape>
        </w:pict>
      </w:r>
      <w:r>
        <w:rPr>
          <w:rFonts w:ascii="宋体" w:eastAsia="宋体" w:hAnsi="宋体" w:cs="宋体"/>
          <w:color w:val="000000"/>
        </w:rPr>
        <w:t>），如：</w:t>
      </w:r>
      <w:r>
        <w:pict>
          <v:shape id="_x0000_i701705" type="#_x0000_t75" alt="学科网(www.zxxk.com)--教育资源门户，提供试卷、教案、课件、论文、素材以及各类教学资源下载，还有大量而丰富的教学相关资讯！" style="width:171.85pt;height:14.1pt" o:oleicon="f" o:ole="">
            <v:imagedata r:id="rId445" o:title="eqIdc6b8e67b54c85b4595f6a40b5ff9dee3"/>
          </v:shape>
        </w:pi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）①</w:t>
      </w:r>
      <w:r>
        <w:pict>
          <v:shape id="_x0000_i701706" type="#_x0000_t75" alt="学科网(www.zxxk.com)--教育资源门户，提供试卷、教案、课件、论文、素材以及各类教学资源下载，还有大量而丰富的教学相关资讯！" style="width:30.05pt;height:31.2pt" o:oleicon="f" o:ole="">
            <v:imagedata r:id="rId446" o:title="eqIdb3c3bd96e9e42df3c12ff6ac3accdd27"/>
          </v:shape>
        </w:pic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  </w:t>
      </w:r>
      <w:r>
        <w:rPr>
          <w:rFonts w:ascii="宋体" w:eastAsia="宋体" w:hAnsi="宋体" w:cs="宋体"/>
          <w:color w:val="000000"/>
        </w:rPr>
        <w:t>（用含有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的式子表示）；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②若</w:t>
      </w:r>
      <w:r>
        <w:pict>
          <v:shape id="_x0000_i701707" type="#_x0000_t75" alt="学科网(www.zxxk.com)--教育资源门户，提供试卷、教案、课件、论文、素材以及各类教学资源下载，还有大量而丰富的教学相关资讯！" style="width:47.15pt;height:31.2pt" o:oleicon="f" o:ole="">
            <v:imagedata r:id="rId447" o:title="eqId2f15c5c7d7374cd902f14ea11b1321bf"/>
          </v:shape>
        </w:pict>
      </w:r>
      <w:r>
        <w:rPr>
          <w:rFonts w:ascii="宋体" w:eastAsia="宋体" w:hAnsi="宋体" w:cs="宋体"/>
          <w:color w:val="000000"/>
        </w:rPr>
        <w:t>，求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pict>
          <v:shape id="_x0000_i701708" type="#_x0000_t75" alt="学科网(www.zxxk.com)--教育资源门户，提供试卷、教案、课件、论文、素材以及各类教学资源下载，还有大量而丰富的教学相关资讯！" style="width:12.35pt;height:12.35pt" o:oleicon="f" o:ole="">
            <v:imagedata r:id="rId448" o:title="eqIdebf060b0e6337536ccf7be08525dd235"/>
          </v:shape>
        </w:pic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的值；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）请你写出一组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的值，使得对于任意有理数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709" type="#_x0000_t75" alt="学科网(www.zxxk.com)--教育资源门户，提供试卷、教案、课件、论文、素材以及各类教学资源下载，还有大量而丰富的教学相关资讯！" style="width:62pt;height:15.95pt" o:oleicon="f" o:ole="">
            <v:imagedata r:id="rId449" o:title="eqId0fef13cd4df9745a37dd5715285c0fc9"/>
          </v:shape>
        </w:pict>
      </w:r>
      <w:r>
        <w:rPr>
          <w:rFonts w:ascii="宋体" w:eastAsia="宋体" w:hAnsi="宋体" w:cs="宋体"/>
          <w:color w:val="000000"/>
        </w:rPr>
        <w:t>均成立．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eastAsia="宋体" w:hAnsi="宋体" w:cs="宋体"/>
          <w:color w:val="000000"/>
        </w:rPr>
        <w:t>对于数轴上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6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" name=""/>
                    <pic:cNvPicPr>
                      <a:picLocks noChangeAspect="1"/>
                    </pic:cNvPicPr>
                  </pic:nvPicPr>
                  <pic:blipFill>
                    <a:blip r:embed="rId45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点</w:t>
      </w:r>
      <w:r>
        <w:pict>
          <v:shape id="_x0000_i701710" type="#_x0000_t75" alt="学科网(www.zxxk.com)--教育资源门户，提供试卷、教案、课件、论文、素材以及各类教学资源下载，还有大量而丰富的教学相关资讯！" style="width:14.25pt;height:10.5pt" o:oleicon="f" o:ole="">
            <v:imagedata r:id="rId451" o:title="eqIdac047e91852b91af639feec23a9598b2"/>
          </v:shape>
        </w:pict>
      </w:r>
      <w:r>
        <w:rPr>
          <w:rFonts w:ascii="宋体" w:eastAsia="宋体" w:hAnsi="宋体" w:cs="宋体"/>
          <w:color w:val="000000"/>
        </w:rPr>
        <w:t>，线段</w:t>
      </w:r>
      <w:r>
        <w:pict>
          <v:shape id="_x0000_i701711" type="#_x0000_t75" alt="学科网(www.zxxk.com)--教育资源门户，提供试卷、教案、课件、论文、素材以及各类教学资源下载，还有大量而丰富的教学相关资讯！" style="width:20.05pt;height:12.6pt" o:oleicon="f" o:ole="">
            <v:imagedata r:id="rId452" o:title="eqIdf52a58fbaf4fea03567e88a9f0f6e37e"/>
          </v:shape>
        </w:pict>
      </w:r>
      <w:r>
        <w:rPr>
          <w:rFonts w:ascii="宋体" w:eastAsia="宋体" w:hAnsi="宋体" w:cs="宋体"/>
          <w:color w:val="000000"/>
        </w:rPr>
        <w:t>，给出如下定义：</w:t>
      </w:r>
      <w:r>
        <w:pict>
          <v:shape id="_x0000_i701712" type="#_x0000_t75" alt="学科网(www.zxxk.com)--教育资源门户，提供试卷、教案、课件、论文、素材以及各类教学资源下载，还有大量而丰富的教学相关资讯！" style="width:11.25pt;height:12pt" o:oleicon="f" o:ole="">
            <v:imagedata r:id="rId453" o:title="eqIddad2a36927223bd70f426ba06aea4b45"/>
          </v:shape>
        </w:pict>
      </w:r>
      <w:r>
        <w:rPr>
          <w:rFonts w:ascii="宋体" w:eastAsia="宋体" w:hAnsi="宋体" w:cs="宋体"/>
          <w:color w:val="000000"/>
        </w:rPr>
        <w:t>为线段</w:t>
      </w:r>
      <w:r>
        <w:pict>
          <v:shape id="_x0000_i701713" type="#_x0000_t75" alt="学科网(www.zxxk.com)--教育资源门户，提供试卷、教案、课件、论文、素材以及各类教学资源下载，还有大量而丰富的教学相关资讯！" style="width:20.05pt;height:12.6pt" o:oleicon="f" o:ole="">
            <v:imagedata r:id="rId452" o:title="eqIdf52a58fbaf4fea03567e88a9f0f6e37e"/>
          </v:shape>
        </w:pict>
      </w:r>
      <w:r>
        <w:rPr>
          <w:rFonts w:ascii="宋体" w:eastAsia="宋体" w:hAnsi="宋体" w:cs="宋体"/>
          <w:color w:val="000000"/>
        </w:rPr>
        <w:t>上任意一点，如果</w:t>
      </w:r>
      <w:r>
        <w:pict>
          <v:shape id="_x0000_i701714" type="#_x0000_t75" alt="学科网(www.zxxk.com)--教育资源门户，提供试卷、教案、课件、论文、素材以及各类教学资源下载，还有大量而丰富的教学相关资讯！" style="width:14.25pt;height:10.5pt" o:oleicon="f" o:ole="">
            <v:imagedata r:id="rId451" o:title="eqIdac047e91852b91af639feec23a9598b2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715" type="#_x0000_t75" alt="学科网(www.zxxk.com)--教育资源门户，提供试卷、教案、课件、论文、素材以及各类教学资源下载，还有大量而丰富的教学相关资讯！" style="width:11.25pt;height:12pt" o:oleicon="f" o:ole="">
            <v:imagedata r:id="rId453" o:title="eqIddad2a36927223bd70f426ba06aea4b45"/>
          </v:shape>
        </w:pict>
      </w:r>
      <w:r>
        <w:rPr>
          <w:rFonts w:ascii="宋体" w:eastAsia="宋体" w:hAnsi="宋体" w:cs="宋体"/>
          <w:color w:val="000000"/>
        </w:rPr>
        <w:t>两点间的距离有最小值，那么称这个最小值为点</w:t>
      </w:r>
      <w:r>
        <w:pict>
          <v:shape id="_x0000_i701716" type="#_x0000_t75" alt="学科网(www.zxxk.com)--教育资源门户，提供试卷、教案、课件、论文、素材以及各类教学资源下载，还有大量而丰富的教学相关资讯！" style="width:14.25pt;height:10.5pt" o:oleicon="f" o:ole="">
            <v:imagedata r:id="rId451" o:title="eqIdac047e91852b91af639feec23a9598b2"/>
          </v:shape>
        </w:pict>
      </w:r>
      <w:r>
        <w:rPr>
          <w:rFonts w:ascii="宋体" w:eastAsia="宋体" w:hAnsi="宋体" w:cs="宋体"/>
          <w:color w:val="000000"/>
        </w:rPr>
        <w:t>，线段</w:t>
      </w:r>
      <w:r>
        <w:pict>
          <v:shape id="_x0000_i701717" type="#_x0000_t75" alt="学科网(www.zxxk.com)--教育资源门户，提供试卷、教案、课件、论文、素材以及各类教学资源下载，还有大量而丰富的教学相关资讯！" style="width:20.05pt;height:12.6pt" o:oleicon="f" o:ole="">
            <v:imagedata r:id="rId452" o:title="eqIdf52a58fbaf4fea03567e88a9f0f6e37e"/>
          </v:shape>
        </w:pict>
      </w:r>
      <w:r>
        <w:rPr>
          <w:rFonts w:ascii="宋体" w:eastAsia="宋体" w:hAnsi="宋体" w:cs="宋体"/>
          <w:color w:val="000000"/>
        </w:rPr>
        <w:t>的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近距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，记作</w:t>
      </w:r>
      <w:r>
        <w:pict>
          <v:shape id="_x0000_i701718" type="#_x0000_t75" alt="学科网(www.zxxk.com)--教育资源门户，提供试卷、教案、课件、论文、素材以及各类教学资源下载，还有大量而丰富的教学相关资讯！" style="width:90pt;height:18pt" o:oleicon="f" o:ole="">
            <v:imagedata r:id="rId454" o:title="eqId112b55129bc8bc85c751ecfae0ad93b2"/>
          </v:shape>
        </w:pict>
      </w:r>
      <w:r>
        <w:rPr>
          <w:rFonts w:ascii="宋体" w:eastAsia="宋体" w:hAnsi="宋体" w:cs="宋体"/>
          <w:color w:val="000000"/>
        </w:rPr>
        <w:t>；如果</w:t>
      </w:r>
      <w:r>
        <w:pict>
          <v:shape id="_x0000_i701719" type="#_x0000_t75" alt="学科网(www.zxxk.com)--教育资源门户，提供试卷、教案、课件、论文、素材以及各类教学资源下载，还有大量而丰富的教学相关资讯！" style="width:14.25pt;height:10.5pt" o:oleicon="f" o:ole="">
            <v:imagedata r:id="rId451" o:title="eqIdac047e91852b91af639feec23a9598b2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720" type="#_x0000_t75" alt="学科网(www.zxxk.com)--教育资源门户，提供试卷、教案、课件、论文、素材以及各类教学资源下载，还有大量而丰富的教学相关资讯！" style="width:11.25pt;height:12pt" o:oleicon="f" o:ole="">
            <v:imagedata r:id="rId453" o:title="eqIddad2a36927223bd70f426ba06aea4b45"/>
          </v:shape>
        </w:pict>
      </w:r>
      <w:r>
        <w:rPr>
          <w:rFonts w:ascii="宋体" w:eastAsia="宋体" w:hAnsi="宋体" w:cs="宋体"/>
          <w:color w:val="000000"/>
        </w:rPr>
        <w:t>两点间的距离有最大值，那么称这个最大值为点</w:t>
      </w:r>
      <w:r>
        <w:pict>
          <v:shape id="_x0000_i701721" type="#_x0000_t75" alt="学科网(www.zxxk.com)--教育资源门户，提供试卷、教案、课件、论文、素材以及各类教学资源下载，还有大量而丰富的教学相关资讯！" style="width:14.25pt;height:10.5pt" o:oleicon="f" o:ole="">
            <v:imagedata r:id="rId451" o:title="eqIdac047e91852b91af639feec23a9598b2"/>
          </v:shape>
        </w:pict>
      </w:r>
      <w:r>
        <w:rPr>
          <w:rFonts w:ascii="宋体" w:eastAsia="宋体" w:hAnsi="宋体" w:cs="宋体"/>
          <w:color w:val="000000"/>
        </w:rPr>
        <w:t>，线段</w:t>
      </w:r>
      <w:r>
        <w:pict>
          <v:shape id="_x0000_i701722" type="#_x0000_t75" alt="学科网(www.zxxk.com)--教育资源门户，提供试卷、教案、课件、论文、素材以及各类教学资源下载，还有大量而丰富的教学相关资讯！" style="width:20.05pt;height:12.6pt" o:oleicon="f" o:ole="">
            <v:imagedata r:id="rId452" o:title="eqIdf52a58fbaf4fea03567e88a9f0f6e37e"/>
          </v:shape>
        </w:pict>
      </w:r>
      <w:r>
        <w:rPr>
          <w:rFonts w:ascii="宋体" w:eastAsia="宋体" w:hAnsi="宋体" w:cs="宋体"/>
          <w:color w:val="000000"/>
        </w:rPr>
        <w:t>的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远距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，记作</w:t>
      </w:r>
      <w:r>
        <w:pict>
          <v:shape id="_x0000_i701723" type="#_x0000_t75" alt="学科网(www.zxxk.com)--教育资源门户，提供试卷、教案、课件、论文、素材以及各类教学资源下载，还有大量而丰富的教学相关资讯！" style="width:92.25pt;height:18pt" o:oleicon="f" o:ole="">
            <v:imagedata r:id="rId455" o:title="eqIdd4c112bc8b30b25b25a660542fec69bc"/>
          </v:shape>
        </w:pict>
      </w:r>
      <w:r>
        <w:rPr>
          <w:rFonts w:ascii="宋体" w:eastAsia="宋体" w:hAnsi="宋体" w:cs="宋体"/>
          <w:color w:val="000000"/>
        </w:rPr>
        <w:t>．特别的，若点</w:t>
      </w:r>
      <w:r>
        <w:pict>
          <v:shape id="_x0000_i701724" type="#_x0000_t75" alt="学科网(www.zxxk.com)--教育资源门户，提供试卷、教案、课件、论文、素材以及各类教学资源下载，还有大量而丰富的教学相关资讯！" style="width:14.25pt;height:10.5pt" o:oleicon="f" o:ole="">
            <v:imagedata r:id="rId451" o:title="eqIdac047e91852b91af639feec23a9598b2"/>
          </v:shape>
        </w:pict>
      </w:r>
      <w:r>
        <w:rPr>
          <w:rFonts w:ascii="宋体" w:eastAsia="宋体" w:hAnsi="宋体" w:cs="宋体"/>
          <w:color w:val="000000"/>
        </w:rPr>
        <w:t>与点</w:t>
      </w:r>
      <w:r>
        <w:pict>
          <v:shape id="_x0000_i701725" type="#_x0000_t75" alt="学科网(www.zxxk.com)--教育资源门户，提供试卷、教案、课件、论文、素材以及各类教学资源下载，还有大量而丰富的教学相关资讯！" style="width:11.25pt;height:12pt" o:oleicon="f" o:ole="">
            <v:imagedata r:id="rId453" o:title="eqIddad2a36927223bd70f426ba06aea4b45"/>
          </v:shape>
        </w:pict>
      </w:r>
      <w:r>
        <w:rPr>
          <w:rFonts w:ascii="宋体" w:eastAsia="宋体" w:hAnsi="宋体" w:cs="宋体"/>
          <w:color w:val="000000"/>
        </w:rPr>
        <w:t>重合，则</w:t>
      </w:r>
      <w:r>
        <w:pict>
          <v:shape id="_x0000_i701726" type="#_x0000_t75" alt="学科网(www.zxxk.com)--教育资源门户，提供试卷、教案、课件、论文、素材以及各类教学资源下载，还有大量而丰富的教学相关资讯！" style="width:14.25pt;height:10.5pt" o:oleicon="f" o:ole="">
            <v:imagedata r:id="rId451" o:title="eqIdac047e91852b91af639feec23a9598b2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727" type="#_x0000_t75" alt="学科网(www.zxxk.com)--教育资源门户，提供试卷、教案、课件、论文、素材以及各类教学资源下载，还有大量而丰富的教学相关资讯！" style="width:11.25pt;height:12pt" o:oleicon="f" o:ole="">
            <v:imagedata r:id="rId453" o:title="eqIddad2a36927223bd70f426ba06aea4b45"/>
          </v:shape>
        </w:pict>
      </w:r>
      <w:r>
        <w:rPr>
          <w:rFonts w:ascii="宋体" w:eastAsia="宋体" w:hAnsi="宋体" w:cs="宋体"/>
          <w:color w:val="000000"/>
        </w:rPr>
        <w:t>两点间距离为</w:t>
      </w:r>
      <w:r>
        <w:pict>
          <v:shape id="_x0000_i701728" type="#_x0000_t75" alt="学科网(www.zxxk.com)--教育资源门户，提供试卷、教案、课件、论文、素材以及各类教学资源下载，还有大量而丰富的教学相关资讯！" style="width:9pt;height:12.75pt" o:oleicon="f" o:ole="">
            <v:imagedata r:id="rId456" o:title="eqIdc95b6be4554f03bf496092f1acdfbb89"/>
          </v:shape>
        </w:pict>
      </w:r>
      <w:r>
        <w:rPr>
          <w:rFonts w:ascii="宋体" w:eastAsia="宋体" w:hAnsi="宋体" w:cs="宋体"/>
          <w:color w:val="000000"/>
        </w:rPr>
        <w:t>．已知点</w:t>
      </w:r>
      <w:r>
        <w:pict>
          <v:shape id="_x0000_i701729" type="#_x0000_t75" alt="学科网(www.zxxk.com)--教育资源门户，提供试卷、教案、课件、论文、素材以及各类教学资源下载，还有大量而丰富的教学相关资讯！" style="width:12pt;height:12pt" o:oleicon="f" o:ole="">
            <v:imagedata r:id="rId457" o:title="eqId5963abe8f421bd99a2aaa94831a951e9"/>
          </v:shape>
        </w:pict>
      </w:r>
      <w:r>
        <w:rPr>
          <w:rFonts w:ascii="宋体" w:eastAsia="宋体" w:hAnsi="宋体" w:cs="宋体"/>
          <w:color w:val="000000"/>
        </w:rPr>
        <w:t>表示的数为</w:t>
      </w:r>
      <w:r>
        <w:pict>
          <v:shape id="_x0000_i701730" type="#_x0000_t75" alt="学科网(www.zxxk.com)--教育资源门户，提供试卷、教案、课件、论文、素材以及各类教学资源下载，还有大量而丰富的教学相关资讯！" style="width:15.75pt;height:12.75pt" o:oleicon="f" o:ole="">
            <v:imagedata r:id="rId458" o:title="eqId274a9dc37509f01c2606fb3086a46f4f"/>
          </v:shape>
        </w:pict>
      </w:r>
      <w:r>
        <w:rPr>
          <w:rFonts w:ascii="宋体" w:eastAsia="宋体" w:hAnsi="宋体" w:cs="宋体"/>
          <w:color w:val="000000"/>
        </w:rPr>
        <w:t>，点</w:t>
      </w:r>
      <w:r>
        <w:pict>
          <v:shape id="_x0000_i701731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459" o:title="eqId7f9e8449aad35c5d840a3395ea86df6d"/>
          </v:shape>
        </w:pict>
      </w:r>
      <w:r>
        <w:rPr>
          <w:rFonts w:ascii="宋体" w:eastAsia="宋体" w:hAnsi="宋体" w:cs="宋体"/>
          <w:color w:val="000000"/>
        </w:rPr>
        <w:t>表示的数为</w:t>
      </w:r>
      <w:r>
        <w:pict>
          <v:shape id="_x0000_i701732" type="#_x0000_t75" alt="学科网(www.zxxk.com)--教育资源门户，提供试卷、教案、课件、论文、素材以及各类教学资源下载，还有大量而丰富的教学相关资讯！" style="width:9.35pt;height:14.05pt" o:oleicon="f" o:ole="">
            <v:imagedata r:id="rId460" o:title="eqId5ca7d1107389675d32b56ec097464c14"/>
          </v:shape>
        </w:pict>
      </w:r>
      <w:r>
        <w:rPr>
          <w:rFonts w:ascii="宋体" w:eastAsia="宋体" w:hAnsi="宋体" w:cs="宋体"/>
          <w:color w:val="000000"/>
        </w:rPr>
        <w:t>．例如图，若点</w:t>
      </w:r>
      <w:r>
        <w:pict>
          <v:shape id="_x0000_i701733" type="#_x0000_t75" alt="学科网(www.zxxk.com)--教育资源门户，提供试卷、教案、课件、论文、素材以及各类教学资源下载，还有大量而丰富的教学相关资讯！" style="width:11.9pt;height:14.4pt" o:oleicon="f" o:ole="">
            <v:imagedata r:id="rId461" o:title="eqIdc5db41a1f31d6baee7c69990811edb9f"/>
          </v:shape>
        </w:pict>
      </w:r>
      <w:r>
        <w:rPr>
          <w:rFonts w:ascii="宋体" w:eastAsia="宋体" w:hAnsi="宋体" w:cs="宋体"/>
          <w:color w:val="000000"/>
        </w:rPr>
        <w:t>表示的数为</w:t>
      </w:r>
      <w:r>
        <w:pict>
          <v:shape id="_x0000_i701734" type="#_x0000_t75" alt="学科网(www.zxxk.com)--教育资源门户，提供试卷、教案、课件、论文、素材以及各类教学资源下载，还有大量而丰富的教学相关资讯！" style="width:9.25pt;height:14.2pt" o:oleicon="f" o:ole="">
            <v:imagedata r:id="rId462" o:title="eqIdd91e07104b699c4012be2d26160976a2"/>
          </v:shape>
        </w:pict>
      </w:r>
      <w:r>
        <w:rPr>
          <w:rFonts w:ascii="宋体" w:eastAsia="宋体" w:hAnsi="宋体" w:cs="宋体"/>
          <w:color w:val="000000"/>
        </w:rPr>
        <w:t>，则</w:t>
      </w:r>
      <w:r>
        <w:pict>
          <v:shape id="_x0000_i701735" type="#_x0000_t75" alt="学科网(www.zxxk.com)--教育资源门户，提供试卷、教案、课件、论文、素材以及各类教学资源下载，还有大量而丰富的教学相关资讯！" style="width:105pt;height:18pt" o:oleicon="f" o:ole="">
            <v:imagedata r:id="rId463" o:title="eqId12632611c0de1f299141d332e8956122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736" type="#_x0000_t75" alt="学科网(www.zxxk.com)--教育资源门户，提供试卷、教案、课件、论文、素材以及各类教学资源下载，还有大量而丰富的教学相关资讯！" style="width:105.75pt;height:18pt" o:oleicon="f" o:ole="">
            <v:imagedata r:id="rId464" o:title="eqIdbb69e19fa98e2edd189bd79e71bb32e3"/>
          </v:shape>
        </w:pi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552700" cy="371475"/>
            <wp:docPr id="162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" name=""/>
                    <pic:cNvPicPr>
                      <a:picLocks noChangeAspect="1"/>
                    </pic:cNvPicPr>
                  </pic:nvPicPr>
                  <pic:blipFill>
                    <a:blip r:embed="rId465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若点</w:t>
      </w:r>
      <w:r>
        <w:pict>
          <v:shape id="_x0000_i701737" type="#_x0000_t75" alt="学科网(www.zxxk.com)--教育资源门户，提供试卷、教案、课件、论文、素材以及各类教学资源下载，还有大量而丰富的教学相关资讯！" style="width:11.25pt;height:11.25pt" o:oleicon="f" o:ole="">
            <v:imagedata r:id="rId466" o:title="eqId8455657dde27aabe6adb7b188e031c11"/>
          </v:shape>
        </w:pict>
      </w:r>
      <w:r>
        <w:rPr>
          <w:rFonts w:ascii="宋体" w:eastAsia="宋体" w:hAnsi="宋体" w:cs="宋体"/>
          <w:color w:val="000000"/>
        </w:rPr>
        <w:t>表示的数为</w:t>
      </w:r>
      <w:r>
        <w:pict>
          <v:shape id="_x0000_i701738" type="#_x0000_t75" alt="学科网(www.zxxk.com)--教育资源门户，提供试卷、教案、课件、论文、素材以及各类教学资源下载，还有大量而丰富的教学相关资讯！" style="width:16.05pt;height:13.9pt" o:oleicon="f" o:ole="">
            <v:imagedata r:id="rId467" o:title="eqId81fb134b2b48acc99213fff6ccfee65f"/>
          </v:shape>
        </w:pict>
      </w:r>
      <w:r>
        <w:rPr>
          <w:rFonts w:ascii="宋体" w:eastAsia="宋体" w:hAnsi="宋体" w:cs="宋体"/>
          <w:color w:val="000000"/>
        </w:rPr>
        <w:t>，则</w:t>
      </w:r>
      <w:r>
        <w:pict>
          <v:shape id="_x0000_i701739" type="#_x0000_t75" alt="学科网(www.zxxk.com)--教育资源门户，提供试卷、教案、课件、论文、素材以及各类教学资源下载，还有大量而丰富的教学相关资讯！" style="width:17pt;height:16pt" o:oleicon="f" o:ole="">
            <v:imagedata r:id="rId468" o:title="eqId73ed976c437962c169bc65b522e28bc2"/>
          </v:shape>
        </w:pict>
      </w:r>
      <w:r>
        <w:rPr>
          <w:rFonts w:ascii="宋体" w:eastAsia="宋体" w:hAnsi="宋体" w:cs="宋体"/>
          <w:color w:val="000000"/>
        </w:rPr>
        <w:t>点</w:t>
      </w:r>
      <w:r>
        <w:pict>
          <v:shape id="_x0000_i701740" type="#_x0000_t75" alt="学科网(www.zxxk.com)--教育资源门户，提供试卷、教案、课件、论文、素材以及各类教学资源下载，还有大量而丰富的教学相关资讯！" style="width:20pt;height:15pt" o:oleicon="f" o:ole="">
            <v:imagedata r:id="rId469" o:title="eqId1585ff5e13596633a22571e8f9ac7667"/>
          </v:shape>
        </w:pict>
      </w:r>
      <w:r>
        <w:rPr>
          <w:rFonts w:ascii="宋体" w:eastAsia="宋体" w:hAnsi="宋体" w:cs="宋体"/>
          <w:color w:val="000000"/>
        </w:rPr>
        <w:t>线段</w:t>
      </w:r>
      <w:r>
        <w:pict>
          <v:shape id="_x0000_i701741" type="#_x0000_t75" alt="学科网(www.zxxk.com)--教育资源门户，提供试卷、教案、课件、论文、素材以及各类教学资源下载，还有大量而丰富的教学相关资讯！" style="width:21pt;height:15pt" o:oleicon="f" o:ole="">
            <v:imagedata r:id="rId470" o:title="eqIde77d26b5ee0f70514e868ad6d5ca7983"/>
          </v:shape>
        </w:pict>
      </w:r>
      <w:r>
        <w:rPr>
          <w:rFonts w:ascii="Times New Roman" w:eastAsia="Times New Roman" w:hAnsi="Times New Roman" w:cs="Times New Roman"/>
          <w:color w:val="000000"/>
        </w:rPr>
        <w:t>=_____</w: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742" type="#_x0000_t75" alt="学科网(www.zxxk.com)--教育资源门户，提供试卷、教案、课件、论文、素材以及各类教学资源下载，还有大量而丰富的教学相关资讯！" style="width:18pt;height:16pt" o:oleicon="f" o:ole="">
            <v:imagedata r:id="rId471" o:title="eqId1af63feaece2725b804e0547b59f4df0"/>
          </v:shape>
        </w:pict>
      </w:r>
      <w:r>
        <w:rPr>
          <w:rFonts w:ascii="宋体" w:eastAsia="宋体" w:hAnsi="宋体" w:cs="宋体"/>
          <w:color w:val="000000"/>
        </w:rPr>
        <w:t>点</w:t>
      </w:r>
      <w:r>
        <w:pict>
          <v:shape id="_x0000_i701743" type="#_x0000_t75" alt="学科网(www.zxxk.com)--教育资源门户，提供试卷、教案、课件、论文、素材以及各类教学资源下载，还有大量而丰富的教学相关资讯！" style="width:20pt;height:15pt" o:oleicon="f" o:ole="">
            <v:imagedata r:id="rId469" o:title="eqId1585ff5e13596633a22571e8f9ac7667"/>
          </v:shape>
        </w:pict>
      </w:r>
      <w:r>
        <w:rPr>
          <w:rFonts w:ascii="宋体" w:eastAsia="宋体" w:hAnsi="宋体" w:cs="宋体"/>
          <w:color w:val="000000"/>
        </w:rPr>
        <w:t>线段</w:t>
      </w:r>
      <w:r>
        <w:pict>
          <v:shape id="_x0000_i701744" type="#_x0000_t75" alt="学科网(www.zxxk.com)--教育资源门户，提供试卷、教案、课件、论文、素材以及各类教学资源下载，还有大量而丰富的教学相关资讯！" style="width:21pt;height:15pt" o:oleicon="f" o:ole="">
            <v:imagedata r:id="rId470" o:title="eqIde77d26b5ee0f70514e868ad6d5ca7983"/>
          </v:shape>
        </w:pict>
      </w:r>
      <w:r>
        <w:rPr>
          <w:rFonts w:ascii="Times New Roman" w:eastAsia="Times New Roman" w:hAnsi="Times New Roman" w:cs="Times New Roman"/>
          <w:color w:val="000000"/>
        </w:rPr>
        <w:t>=______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  <w:sectPr w:rsidSect="00C321EB">
          <w:headerReference w:type="even" r:id="rId235"/>
          <w:footerReference w:type="even" r:id="rId236"/>
          <w:headerReference w:type="first" r:id="rId237"/>
          <w:footerReference w:type="first" r:id="rId238"/>
          <w:pgSz w:w="11906" w:h="16838"/>
          <w:pgMar w:top="910" w:right="1080" w:bottom="1440" w:left="1080" w:header="152" w:footer="0" w:gutter="0"/>
          <w:cols w:space="720"/>
          <w:titlePg w:val="0"/>
          <w:docGrid w:type="lines" w:linePitch="312"/>
        </w:sect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若点</w:t>
      </w:r>
      <w:r>
        <w:pict>
          <v:shape id="_x0000_i701745" type="#_x0000_t75" alt="学科网(www.zxxk.com)--教育资源门户，提供试卷、教案、课件、论文、素材以及各类教学资源下载，还有大量而丰富的教学相关资讯！" style="width:12pt;height:13pt" o:oleicon="f" o:ole="">
            <v:imagedata r:id="rId472" o:title="eqId2a30f3a8b673cc28bd90c50cf1a35281"/>
          </v:shape>
        </w:pict>
      </w:r>
      <w:r>
        <w:rPr>
          <w:rFonts w:ascii="宋体" w:eastAsia="宋体" w:hAnsi="宋体" w:cs="宋体"/>
          <w:color w:val="000000"/>
        </w:rPr>
        <w:t>表示数为</w:t>
      </w:r>
      <w:r>
        <w:pict>
          <v:shape id="_x0000_i701746" type="#_x0000_t75" alt="学科网(www.zxxk.com)--教育资源门户，提供试卷、教案、课件、论文、素材以及各类教学资源下载，还有大量而丰富的教学相关资讯！" style="width:9pt;height:9.75pt" o:oleicon="f" o:ole="">
            <v:imagedata r:id="rId473" o:title="eqId81dea63b8ce3e51adf66cf7b9982a248"/>
          </v:shape>
        </w:pict>
      </w:r>
      <w:r>
        <w:rPr>
          <w:rFonts w:ascii="宋体" w:eastAsia="宋体" w:hAnsi="宋体" w:cs="宋体"/>
          <w:color w:val="000000"/>
        </w:rPr>
        <w:t>，点</w:t>
      </w:r>
      <w:r>
        <w:pict>
          <v:shape id="_x0000_i701747" type="#_x0000_t75" alt="学科网(www.zxxk.com)--教育资源门户，提供试卷、教案、课件、论文、素材以及各类教学资源下载，还有大量而丰富的教学相关资讯！" style="width:12.75pt;height:12.75pt" o:oleicon="f" o:ole="">
            <v:imagedata r:id="rId474" o:title="eqIda0ed1ec316bc54c37c4286c208f55667"/>
          </v:shape>
        </w:pict>
      </w:r>
      <w:r>
        <w:rPr>
          <w:rFonts w:ascii="宋体" w:eastAsia="宋体" w:hAnsi="宋体" w:cs="宋体"/>
          <w:color w:val="000000"/>
        </w:rPr>
        <w:t>表示数为</w:t>
      </w:r>
      <w:r>
        <w:pict>
          <v:shape id="_x0000_i701748" type="#_x0000_t75" alt="学科网(www.zxxk.com)--教育资源门户，提供试卷、教案、课件、论文、素材以及各类教学资源下载，还有大量而丰富的教学相关资讯！" style="width:24pt;height:14.25pt" o:oleicon="f" o:ole="">
            <v:imagedata r:id="rId475" o:title="eqId73b5a9de8a72dda70e3eefeb0a408ffd"/>
          </v:shape>
        </w:pict>
      </w:r>
      <w:r>
        <w:rPr>
          <w:rFonts w:ascii="宋体" w:eastAsia="宋体" w:hAnsi="宋体" w:cs="宋体"/>
          <w:color w:val="000000"/>
        </w:rPr>
        <w:t>．</w:t>
      </w:r>
      <w:r>
        <w:pict>
          <v:shape id="_x0000_i701749" type="#_x0000_t75" alt="学科网(www.zxxk.com)--教育资源门户，提供试卷、教案、课件、论文、素材以及各类教学资源下载，还有大量而丰富的教学相关资讯！" style="width:87.75pt;height:18pt" o:oleicon="f" o:ole="">
            <v:imagedata r:id="rId476" o:title="eqIdc60b1be885d7a2a5bc24c84c8fe8802d"/>
          </v:shape>
        </w:pict>
      </w:r>
      <w:r>
        <w:rPr>
          <w:rFonts w:ascii="宋体" w:eastAsia="宋体" w:hAnsi="宋体" w:cs="宋体"/>
          <w:color w:val="000000"/>
        </w:rPr>
        <w:t>是</w:t>
      </w:r>
      <w:r>
        <w:pict>
          <v:shape id="_x0000_i701750" type="#_x0000_t75" alt="学科网(www.zxxk.com)--教育资源门户，提供试卷、教案、课件、论文、素材以及各类教学资源下载，还有大量而丰富的教学相关资讯！" style="width:86.25pt;height:18pt" o:oleicon="f" o:ole="">
            <v:imagedata r:id="rId477" o:title="eqId898d3de2c6f57a36dc289014033f8d36"/>
          </v:shape>
        </w:pict>
      </w:r>
      <w:r>
        <w:rPr>
          <w:rFonts w:ascii="宋体" w:eastAsia="宋体" w:hAnsi="宋体" w:cs="宋体"/>
          <w:color w:val="000000"/>
        </w:rPr>
        <w:t>的</w:t>
      </w:r>
      <w:r>
        <w:pict>
          <v:shape id="_x0000_i701751" type="#_x0000_t75" alt="学科网(www.zxxk.com)--教育资源门户，提供试卷、教案、课件、论文、素材以及各类教学资源下载，还有大量而丰富的教学相关资讯！" style="width:9.35pt;height:14.05pt" o:oleicon="f" o:ole="">
            <v:imagedata r:id="rId478" o:title="eqId5ca7d1107389675d32b56ec097464c14"/>
          </v:shape>
        </w:pict>
      </w:r>
      <w:r>
        <w:rPr>
          <w:rFonts w:ascii="宋体" w:eastAsia="宋体" w:hAnsi="宋体" w:cs="宋体"/>
          <w:color w:val="000000"/>
        </w:rPr>
        <w:t>倍．求</w:t>
      </w:r>
      <w:r>
        <w:pict>
          <v:shape id="_x0000_i701752" type="#_x0000_t75" alt="学科网(www.zxxk.com)--教育资源门户，提供试卷、教案、课件、论文、素材以及各类教学资源下载，还有大量而丰富的教学相关资讯！" style="width:9pt;height:9.75pt" o:oleicon="f" o:ole="">
            <v:imagedata r:id="rId473" o:title="eqId81dea63b8ce3e51adf66cf7b9982a248"/>
          </v:shape>
        </w:pict>
      </w:r>
      <w:r>
        <w:rPr>
          <w:rFonts w:ascii="宋体" w:eastAsia="宋体" w:hAnsi="宋体" w:cs="宋体"/>
          <w:color w:val="000000"/>
        </w:rPr>
        <w:t>的值．</w:t>
      </w:r>
    </w:p>
    <w:p>
      <w:pPr>
        <w:pStyle w:val="Heading2"/>
      </w:pPr>
      <w:r>
        <w:t>第三十五中学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等线" w:eastAsia="等线" w:hAnsi="等线" w:cs="等线"/>
          <w:color w:val="000000"/>
        </w:rPr>
        <w:t>已知小明的年龄是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等线" w:eastAsia="等线" w:hAnsi="等线" w:cs="等线"/>
          <w:color w:val="000000"/>
        </w:rPr>
        <w:t>岁，小红的年龄比小明的年龄的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等线" w:eastAsia="等线" w:hAnsi="等线" w:cs="等线"/>
          <w:color w:val="000000"/>
        </w:rPr>
        <w:t>倍少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等线" w:eastAsia="等线" w:hAnsi="等线" w:cs="等线"/>
          <w:color w:val="000000"/>
        </w:rPr>
        <w:t>岁，小华的年龄比小红的年龄的</w:t>
      </w:r>
      <w:r>
        <w:pict>
          <v:shape id="_x0000_i701753" type="#_x0000_t75" alt="学科网(www.zxxk.com)--教育资源门户，提供试卷、教案、课件、论文、素材以及各类教学资源下载，还有大量而丰富的教学相关资讯！" style="width:12pt;height:30.75pt" o:oleicon="f" o:ole="">
            <v:imagedata r:id="rId479" o:title="eqId8eff998d034284391ca064755fa6bf1b"/>
          </v:shape>
        </w:pict>
      </w:r>
      <w:r>
        <w:rPr>
          <w:rFonts w:ascii="等线" w:eastAsia="等线" w:hAnsi="等线" w:cs="等线"/>
          <w:color w:val="000000"/>
        </w:rPr>
        <w:t>还多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等线" w:eastAsia="等线" w:hAnsi="等线" w:cs="等线"/>
          <w:color w:val="000000"/>
        </w:rPr>
        <w:t>岁，求这三名同学的年龄的和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eastAsia="宋体" w:hAnsi="宋体" w:cs="宋体"/>
          <w:color w:val="000000"/>
        </w:rPr>
        <w:t>我们规定：使得</w:t>
      </w:r>
      <w:r>
        <w:pict>
          <v:shape id="_x0000_i701754" type="#_x0000_t75" alt="学科网(www.zxxk.com)--教育资源门户，提供试卷、教案、课件、论文、素材以及各类教学资源下载，还有大量而丰富的教学相关资讯！" style="width:51pt;height:14.25pt" o:oleicon="f" o:ole="">
            <v:imagedata r:id="rId480" o:title="eqIdc97a0871c8e973ea26c6cb7ed738dae5"/>
          </v:shape>
        </w:pict>
      </w:r>
      <w:r>
        <w:rPr>
          <w:rFonts w:ascii="宋体" w:eastAsia="宋体" w:hAnsi="宋体" w:cs="宋体"/>
          <w:color w:val="000000"/>
        </w:rPr>
        <w:t>成立的一对数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为“积差等数对”，记为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．例如，因为</w:t>
      </w:r>
      <w:r>
        <w:rPr>
          <w:rFonts w:ascii="Times New Roman" w:eastAsia="Times New Roman" w:hAnsi="Times New Roman" w:cs="Times New Roman"/>
          <w:color w:val="000000"/>
        </w:rPr>
        <w:t>1.5</w:t>
      </w:r>
      <w:r>
        <w:rPr>
          <w:rFonts w:ascii="宋体" w:eastAsia="宋体" w:hAnsi="宋体" w:cs="宋体"/>
          <w:color w:val="000000"/>
        </w:rPr>
        <w:t>－</w:t>
      </w:r>
      <w:r>
        <w:rPr>
          <w:rFonts w:ascii="Times New Roman" w:eastAsia="Times New Roman" w:hAnsi="Times New Roman" w:cs="Times New Roman"/>
          <w:color w:val="000000"/>
        </w:rPr>
        <w:t>0.6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1.5×0.6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eastAsia="宋体" w:hAnsi="宋体" w:cs="宋体"/>
          <w:color w:val="000000"/>
        </w:rPr>
        <w:t>－</w:t>
      </w:r>
      <w:r>
        <w:rPr>
          <w:rFonts w:ascii="Times New Roman" w:eastAsia="Times New Roman" w:hAnsi="Times New Roman" w:cs="Times New Roman"/>
          <w:color w:val="000000"/>
        </w:rPr>
        <w:t>2)</w:t>
      </w:r>
      <w:r>
        <w:rPr>
          <w:rFonts w:ascii="宋体" w:eastAsia="宋体" w:hAnsi="宋体" w:cs="宋体"/>
          <w:color w:val="000000"/>
        </w:rPr>
        <w:t>－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eastAsia="宋体" w:hAnsi="宋体" w:cs="宋体"/>
          <w:color w:val="000000"/>
        </w:rPr>
        <w:t>－</w:t>
      </w:r>
      <w:r>
        <w:rPr>
          <w:rFonts w:ascii="Times New Roman" w:eastAsia="Times New Roman" w:hAnsi="Times New Roman" w:cs="Times New Roman"/>
          <w:color w:val="000000"/>
        </w:rPr>
        <w:t>2)×2</w:t>
      </w:r>
      <w:r>
        <w:rPr>
          <w:rFonts w:ascii="宋体" w:eastAsia="宋体" w:hAnsi="宋体" w:cs="宋体"/>
          <w:color w:val="000000"/>
        </w:rPr>
        <w:t>，所以数对</w:t>
      </w:r>
      <w:r>
        <w:rPr>
          <w:rFonts w:ascii="Times New Roman" w:eastAsia="Times New Roman" w:hAnsi="Times New Roman" w:cs="Times New Roman"/>
          <w:color w:val="000000"/>
        </w:rPr>
        <w:t>(1.5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0.6)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eastAsia="宋体" w:hAnsi="宋体" w:cs="宋体"/>
          <w:color w:val="000000"/>
        </w:rPr>
        <w:t>－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2)</w:t>
      </w:r>
      <w:r>
        <w:rPr>
          <w:rFonts w:ascii="宋体" w:eastAsia="宋体" w:hAnsi="宋体" w:cs="宋体"/>
          <w:color w:val="000000"/>
        </w:rPr>
        <w:t>都是“积差等数对”．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下列数对中，是“积差等数对”的是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  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</w:t>
      </w:r>
      <w:r>
        <w:rPr>
          <w:rFonts w:ascii="Times New Roman" w:eastAsia="Times New Roman" w:hAnsi="Times New Roman" w:cs="Times New Roman"/>
          <w:color w:val="000000"/>
        </w:rPr>
        <w:t xml:space="preserve"> (2</w: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755" type="#_x0000_t75" alt="学科网(www.zxxk.com)--教育资源门户，提供试卷、教案、课件、论文、素材以及各类教学资源下载，还有大量而丰富的教学相关资讯！" style="width:11.25pt;height:27.75pt" o:oleicon="f" o:ole="">
            <v:imagedata r:id="rId481" o:title="eqIdbf31876698721a199c7c53c6b320aa86"/>
          </v:shape>
        </w:pic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；②</w:t>
      </w:r>
      <w:r>
        <w:rPr>
          <w:rFonts w:ascii="Times New Roman" w:eastAsia="Times New Roman" w:hAnsi="Times New Roman" w:cs="Times New Roman"/>
          <w:color w:val="000000"/>
        </w:rPr>
        <w:t xml:space="preserve"> (1</w: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3)</w:t>
      </w:r>
      <w:r>
        <w:rPr>
          <w:rFonts w:ascii="宋体" w:eastAsia="宋体" w:hAnsi="宋体" w:cs="宋体"/>
          <w:color w:val="000000"/>
        </w:rPr>
        <w:t>；③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eastAsia="宋体" w:hAnsi="宋体" w:cs="宋体"/>
          <w:color w:val="000000"/>
        </w:rPr>
        <w:t>－</w:t>
      </w:r>
      <w:r>
        <w:pict>
          <v:shape id="_x0000_i701756" type="#_x0000_t75" alt="学科网(www.zxxk.com)--教育资源门户，提供试卷、教案、课件、论文、素材以及各类教学资源下载，还有大量而丰富的教学相关资讯！" style="width:10.5pt;height:21pt" o:oleicon="f" o:ole="">
            <v:imagedata r:id="rId482" o:title="eqIdf89eef3148f2d4d09379767b4af69132"/>
          </v:shape>
        </w:pict>
      </w:r>
      <w:r>
        <w:rPr>
          <w:rFonts w:ascii="宋体" w:eastAsia="宋体" w:hAnsi="宋体" w:cs="宋体"/>
          <w:color w:val="000000"/>
        </w:rPr>
        <w:t>，－</w:t>
      </w:r>
      <w:r>
        <w:rPr>
          <w:rFonts w:ascii="Times New Roman" w:eastAsia="Times New Roman" w:hAnsi="Times New Roman" w:cs="Times New Roman"/>
          <w:color w:val="000000"/>
        </w:rPr>
        <w:t>1)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，－</w:t>
      </w:r>
      <w:r>
        <w:rPr>
          <w:rFonts w:ascii="Times New Roman" w:eastAsia="Times New Roman" w:hAnsi="Times New Roman" w:cs="Times New Roman"/>
          <w:color w:val="000000"/>
        </w:rPr>
        <w:t>3)</w:t>
      </w:r>
      <w:r>
        <w:rPr>
          <w:rFonts w:ascii="宋体" w:eastAsia="宋体" w:hAnsi="宋体" w:cs="宋体"/>
          <w:color w:val="000000"/>
        </w:rPr>
        <w:t>是“积差等数对”，求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的值；</w:t>
      </w:r>
    </w:p>
    <w:p>
      <w:pPr>
        <w:spacing w:line="360" w:lineRule="auto"/>
        <w:jc w:val="left"/>
        <w:textAlignment w:val="center"/>
        <w:rPr>
          <w:color w:val="000000"/>
        </w:rPr>
        <w:sectPr w:rsidSect="00C321EB">
          <w:headerReference w:type="even" r:id="rId166"/>
          <w:footerReference w:type="even" r:id="rId167"/>
          <w:headerReference w:type="first" r:id="rId168"/>
          <w:footerReference w:type="first" r:id="rId169"/>
          <w:pgSz w:w="11906" w:h="16838"/>
          <w:pgMar w:top="910" w:right="1080" w:bottom="1440" w:left="1080" w:header="152" w:footer="0" w:gutter="0"/>
          <w:cols w:space="720"/>
          <w:titlePg w:val="0"/>
          <w:docGrid w:type="lines" w:linePitch="312"/>
        </w:sect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若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是“积差等数对”，求代数式</w:t>
      </w:r>
      <w:r>
        <w:pict>
          <v:shape id="_x0000_i701757" type="#_x0000_t75" alt="学科网(www.zxxk.com)--教育资源门户，提供试卷、教案、课件、论文、素材以及各类教学资源下载，还有大量而丰富的教学相关资讯！" style="width:211.55pt;height:18.2pt" o:oleicon="f" o:ole="">
            <v:imagedata r:id="rId483" o:title="eqId1ef0d8fd5da62663b684829e9ff50054"/>
          </v:shape>
        </w:pict>
      </w:r>
      <w:r>
        <w:rPr>
          <w:rFonts w:ascii="宋体" w:eastAsia="宋体" w:hAnsi="宋体" w:cs="宋体"/>
          <w:color w:val="000000"/>
        </w:rPr>
        <w:t>的值．</w:t>
      </w:r>
    </w:p>
    <w:p>
      <w:pPr>
        <w:pStyle w:val="Heading2"/>
      </w:pPr>
      <w:r>
        <w:t>第二中学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eastAsia="宋体" w:hAnsi="宋体" w:cs="宋体"/>
          <w:color w:val="000000"/>
        </w:rPr>
        <w:t>己知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在数轴上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6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" name=""/>
                    <pic:cNvPicPr>
                      <a:picLocks noChangeAspect="1"/>
                    </pic:cNvPicPr>
                  </pic:nvPicPr>
                  <pic:blipFill>
                    <a:blip r:embed="rId48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位置如图所示：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847850" cy="485775"/>
            <wp:docPr id="163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" name=""/>
                    <pic:cNvPicPr>
                      <a:picLocks noChangeAspect="1"/>
                    </pic:cNvPicPr>
                  </pic:nvPicPr>
                  <pic:blipFill>
                    <a:blip r:embed="rId485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用“</w:t>
      </w:r>
      <w:r>
        <w:rPr>
          <w:rFonts w:ascii="Times New Roman" w:eastAsia="Times New Roman" w:hAnsi="Times New Roman" w:cs="Times New Roman"/>
          <w:color w:val="000000"/>
        </w:rPr>
        <w:t>&gt;</w:t>
      </w:r>
      <w:r>
        <w:rPr>
          <w:rFonts w:ascii="宋体" w:eastAsia="宋体" w:hAnsi="宋体" w:cs="宋体"/>
          <w:color w:val="000000"/>
        </w:rPr>
        <w:t>”、“</w:t>
      </w:r>
      <w:r>
        <w:rPr>
          <w:rFonts w:ascii="Times New Roman" w:eastAsia="Times New Roman" w:hAnsi="Times New Roman" w:cs="Times New Roman"/>
          <w:color w:val="000000"/>
        </w:rPr>
        <w:t>&lt;</w:t>
      </w:r>
      <w:r>
        <w:rPr>
          <w:rFonts w:ascii="宋体" w:eastAsia="宋体" w:hAnsi="宋体" w:cs="宋体"/>
          <w:color w:val="000000"/>
        </w:rPr>
        <w:t>”或“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宋体" w:eastAsia="宋体" w:hAnsi="宋体" w:cs="宋体"/>
          <w:color w:val="000000"/>
        </w:rPr>
        <w:t>”填空：</w:t>
      </w:r>
      <w:r>
        <w:pict>
          <v:shape id="_x0000_i701758" type="#_x0000_t75" alt="学科网(www.zxxk.com)--教育资源门户，提供试卷、教案、课件、论文、素材以及各类教学资源下载，还有大量而丰富的教学相关资讯！" style="width:43.8pt;height:16.2pt" o:oleicon="f" o:ole="">
            <v:imagedata r:id="rId486" o:title="eqIddc757f9df268393287737e9d9c433f2b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759" type="#_x0000_t75" alt="学科网(www.zxxk.com)--教育资源门户，提供试卷、教案、课件、论文、素材以及各类教学资源下载，还有大量而丰富的教学相关资讯！" style="width:61.2pt;height:16.2pt" o:oleicon="f" o:ole="">
            <v:imagedata r:id="rId487" o:title="eqIdd621e3ab92d0f70cbb240579af7ccac8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760" type="#_x0000_t75" alt="学科网(www.zxxk.com)--教育资源门户，提供试卷、教案、课件、论文、素材以及各类教学资源下载，还有大量而丰富的教学相关资讯！" style="width:60pt;height:16.2pt" o:oleicon="f" o:ole="">
            <v:imagedata r:id="rId488" o:title="eqId2749f8a6f287496ec6278a3582f5c1f1"/>
          </v:shape>
        </w:pi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化简：</w:t>
      </w:r>
      <w:r>
        <w:pict>
          <v:shape id="_x0000_i701761" type="#_x0000_t75" alt="学科网(www.zxxk.com)--教育资源门户，提供试卷、教案、课件、论文、素材以及各类教学资源下载，还有大量而丰富的教学相关资讯！" style="width:108.6pt;height:16.2pt" o:oleicon="f" o:ole="">
            <v:imagedata r:id="rId489" o:title="eqId492206174515740af634f5bf914e09fd"/>
          </v:shape>
        </w:pi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若</w:t>
      </w:r>
      <w:r>
        <w:pict>
          <v:shape id="_x0000_i701762" type="#_x0000_t75" alt="学科网(www.zxxk.com)--教育资源门户，提供试卷、教案、课件、论文、素材以及各类教学资源下载，还有大量而丰富的教学相关资讯！" style="width:67.2pt;height:15pt" o:oleicon="f" o:ole="">
            <v:imagedata r:id="rId490" o:title="eqIdbf185992fcb04838c8f3e1cbcf938757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为数轴上任意一点所对应的数，则代数式</w:t>
      </w:r>
      <w:r>
        <w:pict>
          <v:shape id="_x0000_i701763" type="#_x0000_t75" alt="学科网(www.zxxk.com)--教育资源门户，提供试卷、教案、课件、论文、素材以及各类教学资源下载，还有大量而丰富的教学相关资讯！" style="width:70.5pt;height:15pt" o:oleicon="f" o:ole="">
            <v:imagedata r:id="rId491" o:title="eqId6e49e477a997edb0ca93a517c035283f"/>
          </v:shape>
        </w:pict>
      </w:r>
      <w:r>
        <w:rPr>
          <w:rFonts w:ascii="宋体" w:eastAsia="宋体" w:hAnsi="宋体" w:cs="宋体"/>
          <w:color w:val="000000"/>
        </w:rPr>
        <w:t>的最小值是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；此时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的取值范围是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eastAsia="宋体" w:hAnsi="宋体" w:cs="宋体"/>
          <w:color w:val="000000"/>
        </w:rPr>
        <w:t>我们规定：对于数轴上不同的三个点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，当点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在点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左侧时，若点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到点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的距离恰好为点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到点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的距离的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倍，且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为正整数，（即</w:t>
      </w:r>
      <w:r>
        <w:pict>
          <v:shape id="_x0000_i701764" type="#_x0000_t75" alt="学科网(www.zxxk.com)--教育资源门户，提供试卷、教案、课件、论文、素材以及各类教学资源下载，还有大量而丰富的教学相关资讯！" style="width:57.8pt;height:13.1pt" o:oleicon="f" o:ole="">
            <v:imagedata r:id="rId492" o:title="eqId6bf295b3a70996eb918ae1a823e1747c"/>
          </v:shape>
        </w:pict>
      </w:r>
      <w:r>
        <w:rPr>
          <w:rFonts w:ascii="宋体" w:eastAsia="宋体" w:hAnsi="宋体" w:cs="宋体"/>
          <w:color w:val="000000"/>
        </w:rPr>
        <w:t>），则称点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是“</w:t>
      </w:r>
      <w:r>
        <w:pict>
          <v:shape id="_x0000_i701765" type="#_x0000_t75" alt="学科网(www.zxxk.com)--教育资源门户，提供试卷、教案、课件、论文、素材以及各类教学资源下载，还有大量而丰富的教学相关资讯！" style="width:43.2pt;height:16.2pt" o:oleicon="f" o:ole="">
            <v:imagedata r:id="rId493" o:title="eqId18a330cebecce74b596bc03a34b70a4e"/>
          </v:shape>
        </w:pict>
      </w:r>
      <w:r>
        <w:rPr>
          <w:rFonts w:ascii="宋体" w:eastAsia="宋体" w:hAnsi="宋体" w:cs="宋体"/>
          <w:color w:val="000000"/>
        </w:rPr>
        <w:t>整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关联点”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如图，已知在数轴上，原点为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表示的数分别为</w:t>
      </w:r>
      <w:r>
        <w:pict>
          <v:shape id="_x0000_i701766" type="#_x0000_t75" alt="学科网(www.zxxk.com)--教育资源门户，提供试卷、教案、课件、论文、素材以及各类教学资源下载，还有大量而丰富的教学相关资讯！" style="width:79.8pt;height:18pt" o:oleicon="f" o:ole="">
            <v:imagedata r:id="rId494" o:title="eqId4e696673eff88a942bab59af0d923d9f"/>
          </v:shape>
        </w:pi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409950" cy="352425"/>
            <wp:docPr id="163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" name=""/>
                    <pic:cNvPicPr>
                      <a:picLocks noChangeAspect="1"/>
                    </pic:cNvPicPr>
                  </pic:nvPicPr>
                  <pic:blipFill>
                    <a:blip r:embed="rId495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原点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（填“是”或“不是”）“</w:t>
      </w:r>
      <w:r>
        <w:pict>
          <v:shape id="_x0000_i701767" type="#_x0000_t75" alt="学科网(www.zxxk.com)--教育资源门户，提供试卷、教案、课件、论文、素材以及各类教学资源下载，还有大量而丰富的教学相关资讯！" style="width:36.6pt;height:16.2pt" o:oleicon="f" o:ole="">
            <v:imagedata r:id="rId496" o:title="eqIdd5fb4645286a18c21780852644003353"/>
          </v:shape>
        </w:pict>
      </w:r>
      <w:r>
        <w:rPr>
          <w:rFonts w:ascii="宋体" w:eastAsia="宋体" w:hAnsi="宋体" w:cs="宋体"/>
          <w:color w:val="000000"/>
        </w:rPr>
        <w:t>整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关联点”；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是“</w:t>
      </w:r>
      <w:r>
        <w:pict>
          <v:shape id="_x0000_i701768" type="#_x0000_t75" alt="学科网(www.zxxk.com)--教育资源门户，提供试卷、教案、课件、论文、素材以及各类教学资源下载，还有大量而丰富的教学相关资讯！" style="width:36.6pt;height:16.2pt" o:oleicon="f" o:ole="">
            <v:imagedata r:id="rId497" o:title="eqIdd5fb4645286a18c21780852644003353"/>
          </v:shape>
        </w:pict>
      </w:r>
      <w:r>
        <w:rPr>
          <w:rFonts w:ascii="宋体" w:eastAsia="宋体" w:hAnsi="宋体" w:cs="宋体"/>
          <w:color w:val="000000"/>
        </w:rPr>
        <w:t>整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关联点”，则点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所表示的数</w:t>
      </w:r>
      <w:r>
        <w:pict>
          <v:shape id="_x0000_i701769" type="#_x0000_t75" alt="学科网(www.zxxk.com)--教育资源门户，提供试卷、教案、课件、论文、素材以及各类教学资源下载，还有大量而丰富的教学相关资讯！" style="width:24.75pt;height:18pt" o:oleicon="f" o:ole="">
            <v:imagedata r:id="rId498" o:title="eqIdbbf4da940755963c562e3619758002c4"/>
          </v:shape>
        </w:pict>
      </w:r>
      <w:r>
        <w:rPr>
          <w:rFonts w:ascii="Times New Roman" w:eastAsia="Times New Roman" w:hAnsi="Times New Roman" w:cs="Times New Roman"/>
          <w:color w:val="000000"/>
        </w:rPr>
        <w:t>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若点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沿数轴向左运动，每秒运动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个单位长度，同时点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沿数轴向右运动，每秒运动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个单位长度，则运动时间为</w:t>
      </w:r>
      <w:r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秒时，原点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恰好是“</w:t>
      </w:r>
      <w:r>
        <w:pict>
          <v:shape id="_x0000_i701770" type="#_x0000_t75" alt="学科网(www.zxxk.com)--教育资源门户，提供试卷、教案、课件、论文、素材以及各类教学资源下载，还有大量而丰富的教学相关资讯！" style="width:36.6pt;height:16.2pt" o:oleicon="f" o:ole="">
            <v:imagedata r:id="rId499" o:title="eqIdd5fb4645286a18c21780852644003353"/>
          </v:shape>
        </w:pict>
      </w:r>
      <w:r>
        <w:rPr>
          <w:rFonts w:ascii="宋体" w:eastAsia="宋体" w:hAnsi="宋体" w:cs="宋体"/>
          <w:color w:val="000000"/>
        </w:rPr>
        <w:t>整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关联点”，此时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的值为</w:t>
      </w:r>
      <w:r>
        <w:rPr>
          <w:rFonts w:ascii="Times New Roman" w:eastAsia="Times New Roman" w:hAnsi="Times New Roman" w:cs="Times New Roman"/>
          <w:color w:val="000000"/>
        </w:rPr>
        <w:t>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eastAsia="宋体" w:hAnsi="宋体" w:cs="宋体"/>
          <w:color w:val="000000"/>
        </w:rPr>
        <w:t>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在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之间运动，且不与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两点重合，作“</w:t>
      </w:r>
      <w:r>
        <w:pict>
          <v:shape id="_x0000_i701771" type="#_x0000_t75" alt="学科网(www.zxxk.com)--教育资源门户，提供试卷、教案、课件、论文、素材以及各类教学资源下载，还有大量而丰富的教学相关资讯！" style="width:37.8pt;height:16.2pt" o:oleicon="f" o:ole="">
            <v:imagedata r:id="rId500" o:title="eqId74c78c13b3c91faf1f1c50aed541f0fa"/>
          </v:shape>
        </w:pict>
      </w:r>
      <w:r>
        <w:rPr>
          <w:rFonts w:ascii="宋体" w:eastAsia="宋体" w:hAnsi="宋体" w:cs="宋体"/>
          <w:color w:val="000000"/>
        </w:rPr>
        <w:t>整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关联点”，记为</w:t>
      </w:r>
      <w:r>
        <w:pict>
          <v:shape id="_x0000_i701772" type="#_x0000_t75" alt="学科网(www.zxxk.com)--教育资源门户，提供试卷、教案、课件、论文、素材以及各类教学资源下载，还有大量而丰富的教学相关资讯！" style="width:12.75pt;height:12pt" o:oleicon="f" o:ole="">
            <v:imagedata r:id="rId501" o:title="eqIde7c314398e26ffc7164b82946eeb4273"/>
          </v:shape>
        </w:pict>
      </w:r>
      <w:r>
        <w:rPr>
          <w:rFonts w:ascii="宋体" w:eastAsia="宋体" w:hAnsi="宋体" w:cs="宋体"/>
          <w:color w:val="000000"/>
        </w:rPr>
        <w:t>，作“</w:t>
      </w:r>
      <w:r>
        <w:pict>
          <v:shape id="_x0000_i701773" type="#_x0000_t75" alt="学科网(www.zxxk.com)--教育资源门户，提供试卷、教案、课件、论文、素材以及各类教学资源下载，还有大量而丰富的教学相关资讯！" style="width:36.6pt;height:16.2pt" o:oleicon="f" o:ole="">
            <v:imagedata r:id="rId502" o:title="eqIdbdd5510a154577508e231f7c7559816c"/>
          </v:shape>
        </w:pict>
      </w:r>
      <w:r>
        <w:rPr>
          <w:rFonts w:ascii="宋体" w:eastAsia="宋体" w:hAnsi="宋体" w:cs="宋体"/>
          <w:color w:val="000000"/>
        </w:rPr>
        <w:t>整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关联点”，记为</w:t>
      </w:r>
      <w:r>
        <w:pict>
          <v:shape id="_x0000_i701774" type="#_x0000_t75" alt="学科网(www.zxxk.com)--教育资源门户，提供试卷、教案、课件、论文、素材以及各类教学资源下载，还有大量而丰富的教学相关资讯！" style="width:13.95pt;height:13pt" o:oleicon="f" o:ole="">
            <v:imagedata r:id="rId503" o:title="eqId3953cec61ac602ce5eb59b7912352179"/>
          </v:shape>
        </w:pict>
      </w:r>
      <w:r>
        <w:rPr>
          <w:rFonts w:ascii="宋体" w:eastAsia="宋体" w:hAnsi="宋体" w:cs="宋体"/>
          <w:color w:val="000000"/>
        </w:rPr>
        <w:t>，且满足</w:t>
      </w:r>
      <w:r>
        <w:pict>
          <v:shape id="_x0000_i701775" type="#_x0000_t75" alt="学科网(www.zxxk.com)--教育资源门户，提供试卷、教案、课件、论文、素材以及各类教学资源下载，还有大量而丰富的教学相关资讯！" style="width:12.75pt;height:12pt" o:oleicon="f" o:ole="">
            <v:imagedata r:id="rId501" o:title="eqIde7c314398e26ffc7164b82946eeb4273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776" type="#_x0000_t75" alt="学科网(www.zxxk.com)--教育资源门户，提供试卷、教案、课件、论文、素材以及各类教学资源下载，还有大量而丰富的教学相关资讯！" style="width:13.95pt;height:13pt" o:oleicon="f" o:ole="">
            <v:imagedata r:id="rId503" o:title="eqId3953cec61ac602ce5eb59b7912352179"/>
          </v:shape>
        </w:pict>
      </w:r>
      <w:r>
        <w:rPr>
          <w:rFonts w:ascii="宋体" w:eastAsia="宋体" w:hAnsi="宋体" w:cs="宋体"/>
          <w:color w:val="000000"/>
        </w:rPr>
        <w:t>分别在线段</w:t>
      </w:r>
      <w:r>
        <w:rPr>
          <w:rFonts w:ascii="Times New Roman" w:eastAsia="Times New Roman" w:hAnsi="Times New Roman" w:cs="Times New Roman"/>
          <w:i/>
          <w:color w:val="000000"/>
        </w:rPr>
        <w:t>AQ</w:t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i/>
          <w:color w:val="000000"/>
        </w:rPr>
        <w:t>BQ</w:t>
      </w:r>
      <w:r>
        <w:rPr>
          <w:rFonts w:ascii="宋体" w:eastAsia="宋体" w:hAnsi="宋体" w:cs="宋体"/>
          <w:color w:val="000000"/>
        </w:rPr>
        <w:t>上．当点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运动时，若存在整数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，使得式子</w:t>
      </w:r>
      <w:r>
        <w:pict>
          <v:shape id="_x0000_i701777" type="#_x0000_t75" alt="学科网(www.zxxk.com)--教育资源门户，提供试卷、教案、课件、论文、素材以及各类教学资源下载，还有大量而丰富的教学相关资讯！" style="width:66pt;height:15.75pt" o:oleicon="f" o:ole="">
            <v:imagedata r:id="rId504" o:title="eqId7b47306be15bb642f60c25d1c7fa31fc"/>
          </v:shape>
        </w:pict>
      </w:r>
      <w:r>
        <w:rPr>
          <w:rFonts w:ascii="宋体" w:eastAsia="宋体" w:hAnsi="宋体" w:cs="宋体"/>
          <w:color w:val="000000"/>
        </w:rPr>
        <w:t>为定值，求出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满足的数量关系．</w:t>
      </w:r>
    </w:p>
    <w:p>
      <w:pPr>
        <w:pStyle w:val="Heading2"/>
      </w:pPr>
      <w:r>
        <w:t>第八中学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29. </w:t>
      </w:r>
      <w:r>
        <w:rPr>
          <w:rFonts w:ascii="宋体" w:eastAsia="宋体" w:hAnsi="宋体" w:cs="宋体"/>
          <w:color w:val="000000"/>
        </w:rPr>
        <w:t>我们用</w:t>
      </w:r>
      <w:r>
        <w:pict>
          <v:shape id="_x0000_i701778" type="#_x0000_t75" alt="学科网(www.zxxk.com)--教育资源门户，提供试卷、教案、课件、论文、素材以及各类教学资源下载，还有大量而丰富的教学相关资讯！" style="width:20.4pt;height:18.6pt" o:oleicon="f" o:ole="">
            <v:imagedata r:id="rId505" o:title="eqIdb870cd7d1e8abe8325ac95229c5c685b"/>
          </v:shape>
        </w:pict>
      </w:r>
      <w:r>
        <w:rPr>
          <w:rFonts w:ascii="宋体" w:eastAsia="宋体" w:hAnsi="宋体" w:cs="宋体"/>
          <w:color w:val="000000"/>
        </w:rPr>
        <w:t>表示一个三位数，其中</w:t>
      </w:r>
      <w:r>
        <w:pict>
          <v:shape id="_x0000_i701779" type="#_x0000_t75" alt="学科网(www.zxxk.com)--教育资源门户，提供试卷、教案、课件、论文、素材以及各类教学资源下载，还有大量而丰富的教学相关资讯！" style="width:9pt;height:9.75pt" o:oleicon="f" o:ole="">
            <v:imagedata r:id="rId506" o:title="eqId81dea63b8ce3e51adf66cf7b9982a248"/>
          </v:shape>
        </w:pict>
      </w:r>
      <w:r>
        <w:rPr>
          <w:rFonts w:ascii="宋体" w:eastAsia="宋体" w:hAnsi="宋体" w:cs="宋体"/>
          <w:color w:val="000000"/>
        </w:rPr>
        <w:t>表示百位上的数，</w:t>
      </w:r>
      <w:r>
        <w:pict>
          <v:shape id="_x0000_i701780" type="#_x0000_t75" alt="学科网(www.zxxk.com)--教育资源门户，提供试卷、教案、课件、论文、素材以及各类教学资源下载，还有大量而丰富的教学相关资讯！" style="width:9.75pt;height:12pt" o:oleicon="f" o:ole="">
            <v:imagedata r:id="rId507" o:title="eqIdd053b14c8588eee2acbbe44fc37a6886"/>
          </v:shape>
        </w:pict>
      </w:r>
      <w:r>
        <w:rPr>
          <w:rFonts w:ascii="宋体" w:eastAsia="宋体" w:hAnsi="宋体" w:cs="宋体"/>
          <w:color w:val="000000"/>
        </w:rPr>
        <w:t>表示十位上的数，</w:t>
      </w:r>
      <w:r>
        <w:pict>
          <v:shape id="_x0000_i701781" type="#_x0000_t75" alt="学科网(www.zxxk.com)--教育资源门户，提供试卷、教案、课件、论文、素材以及各类教学资源下载，还有大量而丰富的教学相关资讯！" style="width:9pt;height:9pt" o:oleicon="f" o:ole="">
            <v:imagedata r:id="rId508" o:title="eqIde81e59019989b7dc2fb59b037ef6e010"/>
          </v:shape>
        </w:pict>
      </w:r>
      <w:r>
        <w:rPr>
          <w:rFonts w:ascii="宋体" w:eastAsia="宋体" w:hAnsi="宋体" w:cs="宋体"/>
          <w:color w:val="000000"/>
        </w:rPr>
        <w:t>表示个位上的数，即</w:t>
      </w:r>
      <w:r>
        <w:pict>
          <v:shape id="_x0000_i701782" type="#_x0000_t75" alt="学科网(www.zxxk.com)--教育资源门户，提供试卷、教案、课件、论文、素材以及各类教学资源下载，还有大量而丰富的教学相关资讯！" style="width:102pt;height:19.2pt" o:oleicon="f" o:ole="">
            <v:imagedata r:id="rId509" o:title="eqId2dee2d8bd8b97448d6cb558d7c18a7b9"/>
          </v:shape>
        </w:pi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证明：</w:t>
      </w:r>
      <w:r>
        <w:pict>
          <v:shape id="_x0000_i701783" type="#_x0000_t75" alt="学科网(www.zxxk.com)--教育资源门户，提供试卷、教案、课件、论文、素材以及各类教学资源下载，还有大量而丰富的教学相关资讯！" style="width:76.75pt;height:16.95pt" o:oleicon="f" o:ole="">
            <v:imagedata r:id="rId510" o:title="eqId315898f5de98b27dbf4e90cea95f2c25"/>
          </v:shape>
        </w:pict>
      </w:r>
      <w:r>
        <w:rPr>
          <w:rFonts w:ascii="宋体" w:eastAsia="宋体" w:hAnsi="宋体" w:cs="宋体"/>
          <w:color w:val="000000"/>
        </w:rPr>
        <w:t>一定是</w:t>
      </w:r>
      <w:r>
        <w:rPr>
          <w:rFonts w:ascii="Times New Roman" w:eastAsia="Times New Roman" w:hAnsi="Times New Roman" w:cs="Times New Roman"/>
          <w:color w:val="000000"/>
        </w:rPr>
        <w:t>111</w:t>
      </w:r>
      <w:r>
        <w:rPr>
          <w:rFonts w:ascii="宋体" w:eastAsia="宋体" w:hAnsi="宋体" w:cs="宋体"/>
          <w:color w:val="000000"/>
        </w:rPr>
        <w:t>的倍数；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①写出一组不全相等的</w:t>
      </w:r>
      <w:r>
        <w:pict>
          <v:shape id="_x0000_i701784" type="#_x0000_t75" alt="学科网(www.zxxk.com)--教育资源门户，提供试卷、教案、课件、论文、素材以及各类教学资源下载，还有大量而丰富的教学相关资讯！" style="width:9pt;height:9.75pt" o:oleicon="f" o:ole="">
            <v:imagedata r:id="rId511" o:title="eqId0a6936d370d6a238a608ca56f87198de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785" type="#_x0000_t75" alt="学科网(www.zxxk.com)--教育资源门户，提供试卷、教案、课件、论文、素材以及各类教学资源下载，还有大量而丰富的教学相关资讯！" style="width:9.9pt;height:14.35pt" o:oleicon="f" o:ole="">
            <v:imagedata r:id="rId512" o:title="eqId2c94bb12cee76221e13f9ef955b0aab1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786" type="#_x0000_t75" alt="学科网(www.zxxk.com)--教育资源门户，提供试卷、教案、课件、论文、素材以及各类教学资源下载，还有大量而丰富的教学相关资讯！" style="width:9pt;height:11.25pt" o:oleicon="f" o:ole="">
            <v:imagedata r:id="rId513" o:title="eqId071a7e733d466949ac935b4b8ee8d183"/>
          </v:shape>
        </w:pict>
      </w:r>
      <w:r>
        <w:rPr>
          <w:rFonts w:ascii="宋体" w:eastAsia="宋体" w:hAnsi="宋体" w:cs="宋体"/>
          <w:color w:val="000000"/>
        </w:rPr>
        <w:t>的值，使</w:t>
      </w:r>
      <w:r>
        <w:pict>
          <v:shape id="_x0000_i701787" type="#_x0000_t75" alt="学科网(www.zxxk.com)--教育资源门户，提供试卷、教案、课件、论文、素材以及各类教学资源下载，还有大量而丰富的教学相关资讯！" style="width:76.75pt;height:16.95pt" o:oleicon="f" o:ole="">
            <v:imagedata r:id="rId514" o:title="eqId315898f5de98b27dbf4e90cea95f2c25"/>
          </v:shape>
        </w:pict>
      </w:r>
      <w:r>
        <w:rPr>
          <w:rFonts w:ascii="宋体" w:eastAsia="宋体" w:hAnsi="宋体" w:cs="宋体"/>
          <w:color w:val="000000"/>
        </w:rPr>
        <w:t>能被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整除，这组值可以是</w:t>
      </w:r>
      <w:r>
        <w:pict>
          <v:shape id="_x0000_i701788" type="#_x0000_t75" alt="学科网(www.zxxk.com)--教育资源门户，提供试卷、教案、课件、论文、素材以及各类教学资源下载，还有大量而丰富的教学相关资讯！" style="width:20.4pt;height:11.4pt" o:oleicon="f" o:ole="">
            <v:imagedata r:id="rId515" o:title="eqId380bbacf854e30e2e747fc286d2b9997"/>
          </v:shape>
        </w:pic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789" type="#_x0000_t75" alt="学科网(www.zxxk.com)--教育资源门户，提供试卷、教案、课件、论文、素材以及各类教学资源下载，还有大量而丰富的教学相关资讯！" style="width:19pt;height:13.95pt" o:oleicon="f" o:ole="">
            <v:imagedata r:id="rId516" o:title="eqId5ccd4162c7d09f970cb77cadacdbe521"/>
          </v:shape>
        </w:pic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790" type="#_x0000_t75" alt="学科网(www.zxxk.com)--教育资源门户，提供试卷、教案、课件、论文、素材以及各类教学资源下载，还有大量而丰富的教学相关资讯！" style="width:18.75pt;height:11.25pt" o:oleicon="f" o:ole="">
            <v:imagedata r:id="rId517" o:title="eqIdf4e9bb42376c12d7d21702ae8062b25a"/>
          </v:shape>
        </w:pic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②若</w:t>
      </w:r>
      <w:r>
        <w:pict>
          <v:shape id="_x0000_i701791" type="#_x0000_t75" alt="学科网(www.zxxk.com)--教育资源门户，提供试卷、教案、课件、论文、素材以及各类教学资源下载，还有大量而丰富的教学相关资讯！" style="width:76.75pt;height:16.95pt" o:oleicon="f" o:ole="">
            <v:imagedata r:id="rId518" o:title="eqId315898f5de98b27dbf4e90cea95f2c25"/>
          </v:shape>
        </w:pict>
      </w:r>
      <w:r>
        <w:rPr>
          <w:rFonts w:ascii="宋体" w:eastAsia="宋体" w:hAnsi="宋体" w:cs="宋体"/>
          <w:color w:val="000000"/>
        </w:rPr>
        <w:t>能被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整除，则</w:t>
      </w:r>
      <w:r>
        <w:pict>
          <v:shape id="_x0000_i701792" type="#_x0000_t75" alt="学科网(www.zxxk.com)--教育资源门户，提供试卷、教案、课件、论文、素材以及各类教学资源下载，还有大量而丰富的教学相关资讯！" style="width:42.75pt;height:14.25pt" o:oleicon="f" o:ole="">
            <v:imagedata r:id="rId519" o:title="eqId1ae24688d4c45aad43e9af0b7bbfda6b"/>
          </v:shape>
        </w:pict>
      </w:r>
      <w:r>
        <w:rPr>
          <w:rFonts w:ascii="宋体" w:eastAsia="宋体" w:hAnsi="宋体" w:cs="宋体"/>
          <w:color w:val="000000"/>
        </w:rPr>
        <w:t>的值是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30. </w:t>
      </w:r>
      <w:r>
        <w:rPr>
          <w:rFonts w:ascii="宋体" w:eastAsia="宋体" w:hAnsi="宋体" w:cs="宋体"/>
          <w:color w:val="000000"/>
        </w:rPr>
        <w:t>对于数轴上的点</w:t>
      </w:r>
      <w:r>
        <w:pict>
          <v:shape id="_x0000_i701793" type="#_x0000_t75" alt="学科网(www.zxxk.com)--教育资源门户，提供试卷、教案、课件、论文、素材以及各类教学资源下载，还有大量而丰富的教学相关资讯！" style="width:11.25pt;height:12pt" o:oleicon="f" o:ole="">
            <v:imagedata r:id="rId520" o:title="eqIddad2a36927223bd70f426ba06aea4b45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794" type="#_x0000_t75" alt="学科网(www.zxxk.com)--教育资源门户，提供试卷、教案、课件、论文、素材以及各类教学资源下载，还有大量而丰富的教学相关资讯！" style="width:12pt;height:15.6pt" o:oleicon="f" o:ole="">
            <v:imagedata r:id="rId521" o:title="eqIdacc290b44635265137fdf13146b6a6d9"/>
          </v:shape>
        </w:pict>
      </w:r>
      <w:r>
        <w:rPr>
          <w:rFonts w:ascii="宋体" w:eastAsia="宋体" w:hAnsi="宋体" w:cs="宋体"/>
          <w:color w:val="000000"/>
        </w:rPr>
        <w:t>，给出如下定义：若点</w:t>
      </w:r>
      <w:r>
        <w:pict>
          <v:shape id="_x0000_i701795" type="#_x0000_t75" alt="学科网(www.zxxk.com)--教育资源门户，提供试卷、教案、课件、论文、素材以及各类教学资源下载，还有大量而丰富的教学相关资讯！" style="width:11.25pt;height:12pt" o:oleicon="f" o:ole="">
            <v:imagedata r:id="rId520" o:title="eqIddad2a36927223bd70f426ba06aea4b45"/>
          </v:shape>
        </w:pict>
      </w:r>
      <w:r>
        <w:rPr>
          <w:rFonts w:ascii="宋体" w:eastAsia="宋体" w:hAnsi="宋体" w:cs="宋体"/>
          <w:color w:val="000000"/>
        </w:rPr>
        <w:t>到点</w:t>
      </w:r>
      <w:r>
        <w:pict>
          <v:shape id="_x0000_i701796" type="#_x0000_t75" alt="学科网(www.zxxk.com)--教育资源门户，提供试卷、教案、课件、论文、素材以及各类教学资源下载，还有大量而丰富的教学相关资讯！" style="width:12pt;height:15.6pt" o:oleicon="f" o:ole="">
            <v:imagedata r:id="rId521" o:title="eqIdacc290b44635265137fdf13146b6a6d9"/>
          </v:shape>
        </w:pict>
      </w:r>
      <w:r>
        <w:rPr>
          <w:rFonts w:ascii="宋体" w:eastAsia="宋体" w:hAnsi="宋体" w:cs="宋体"/>
          <w:color w:val="000000"/>
        </w:rPr>
        <w:t>的距离为</w:t>
      </w:r>
      <w:r>
        <w:pict>
          <v:shape id="_x0000_i701797" type="#_x0000_t75" alt="学科网(www.zxxk.com)--教育资源门户，提供试卷、教案、课件、论文、素材以及各类教学资源下载，还有大量而丰富的教学相关资讯！" style="width:11pt;height:13pt" o:oleicon="f" o:ole="">
            <v:imagedata r:id="rId522" o:title="eqId5c02bc0c74292b1e8f395f90935d3174"/>
          </v:shape>
        </w:pict>
      </w:r>
      <w:r>
        <w:rPr>
          <w:rFonts w:ascii="宋体" w:eastAsia="宋体" w:hAnsi="宋体" w:cs="宋体"/>
          <w:color w:val="000000"/>
        </w:rPr>
        <w:t>（</w:t>
      </w:r>
      <w:r>
        <w:pict>
          <v:shape id="_x0000_i701798" type="#_x0000_t75" alt="学科网(www.zxxk.com)--教育资源门户，提供试卷、教案、课件、论文、素材以及各类教学资源下载，还有大量而丰富的教学相关资讯！" style="width:29.25pt;height:12.75pt;mso-position-horizontal-relative:page;mso-position-vertical-relative:page" o:oleicon="f" o:ole="">
            <v:imagedata r:id="rId523" o:title="eqId4f8e68eb4ade6e22982d2df5102d8894"/>
          </v:shape>
        </w:pict>
      </w:r>
      <w:r>
        <w:rPr>
          <w:rFonts w:ascii="宋体" w:eastAsia="宋体" w:hAnsi="宋体" w:cs="宋体"/>
          <w:color w:val="000000"/>
        </w:rPr>
        <w:t>），则称</w:t>
      </w:r>
      <w:r>
        <w:pict>
          <v:shape id="_x0000_i701799" type="#_x0000_t75" alt="学科网(www.zxxk.com)--教育资源门户，提供试卷、教案、课件、论文、素材以及各类教学资源下载，还有大量而丰富的教学相关资讯！" style="width:11pt;height:13pt" o:oleicon="f" o:ole="">
            <v:imagedata r:id="rId522" o:title="eqId5c02bc0c74292b1e8f395f90935d3174"/>
          </v:shape>
        </w:pict>
      </w:r>
      <w:r>
        <w:rPr>
          <w:rFonts w:ascii="宋体" w:eastAsia="宋体" w:hAnsi="宋体" w:cs="宋体"/>
          <w:color w:val="000000"/>
        </w:rPr>
        <w:t>为点</w:t>
      </w:r>
      <w:r>
        <w:pict>
          <v:shape id="_x0000_i701800" type="#_x0000_t75" alt="学科网(www.zxxk.com)--教育资源门户，提供试卷、教案、课件、论文、素材以及各类教学资源下载，还有大量而丰富的教学相关资讯！" style="width:11.25pt;height:12pt" o:oleicon="f" o:ole="">
            <v:imagedata r:id="rId520" o:title="eqIddad2a36927223bd70f426ba06aea4b45"/>
          </v:shape>
        </w:pict>
      </w:r>
      <w:r>
        <w:rPr>
          <w:rFonts w:ascii="宋体" w:eastAsia="宋体" w:hAnsi="宋体" w:cs="宋体"/>
          <w:color w:val="000000"/>
        </w:rPr>
        <w:t>到点</w:t>
      </w:r>
      <w:r>
        <w:pict>
          <v:shape id="_x0000_i701801" type="#_x0000_t75" alt="学科网(www.zxxk.com)--教育资源门户，提供试卷、教案、课件、论文、素材以及各类教学资源下载，还有大量而丰富的教学相关资讯！" style="width:12pt;height:15.6pt" o:oleicon="f" o:ole="">
            <v:imagedata r:id="rId521" o:title="eqIdacc290b44635265137fdf13146b6a6d9"/>
          </v:shape>
        </w:pict>
      </w:r>
      <w:r>
        <w:rPr>
          <w:rFonts w:ascii="宋体" w:eastAsia="宋体" w:hAnsi="宋体" w:cs="宋体"/>
          <w:color w:val="000000"/>
        </w:rPr>
        <w:t>的追击值，记作</w:t>
      </w:r>
      <w:r>
        <w:pict>
          <v:shape id="_x0000_i701802" type="#_x0000_t75" alt="学科网(www.zxxk.com)--教育资源门户，提供试卷、教案、课件、论文、素材以及各类教学资源下载，还有大量而丰富的教学相关资讯！" style="width:37pt;height:20pt" o:oleicon="f" o:ole="">
            <v:imagedata r:id="rId524" o:title="eqId2fa9ed163a70320ae5af9916c50d9656"/>
          </v:shape>
        </w:pict>
      </w:r>
      <w:r>
        <w:rPr>
          <w:rFonts w:ascii="宋体" w:eastAsia="宋体" w:hAnsi="宋体" w:cs="宋体"/>
          <w:color w:val="000000"/>
        </w:rPr>
        <w:t>．例如，在数轴上点</w:t>
      </w:r>
      <w:r>
        <w:pict>
          <v:shape id="_x0000_i701803" type="#_x0000_t75" alt="学科网(www.zxxk.com)--教育资源门户，提供试卷、教案、课件、论文、素材以及各类教学资源下载，还有大量而丰富的教学相关资讯！" style="width:11.25pt;height:12pt" o:oleicon="f" o:ole="">
            <v:imagedata r:id="rId520" o:title="eqIddad2a36927223bd70f426ba06aea4b45"/>
          </v:shape>
        </w:pict>
      </w:r>
      <w:r>
        <w:rPr>
          <w:rFonts w:ascii="宋体" w:eastAsia="宋体" w:hAnsi="宋体" w:cs="宋体"/>
          <w:color w:val="000000"/>
        </w:rPr>
        <w:t>表示的数是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，点</w:t>
      </w:r>
      <w:r>
        <w:pict>
          <v:shape id="_x0000_i701804" type="#_x0000_t75" alt="学科网(www.zxxk.com)--教育资源门户，提供试卷、教案、课件、论文、素材以及各类教学资源下载，还有大量而丰富的教学相关资讯！" style="width:12pt;height:15.6pt" o:oleicon="f" o:ole="">
            <v:imagedata r:id="rId521" o:title="eqIdacc290b44635265137fdf13146b6a6d9"/>
          </v:shape>
        </w:pict>
      </w:r>
      <w:r>
        <w:rPr>
          <w:rFonts w:ascii="宋体" w:eastAsia="宋体" w:hAnsi="宋体" w:cs="宋体"/>
          <w:color w:val="000000"/>
        </w:rPr>
        <w:t>表示的数是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，则点</w:t>
      </w:r>
      <w:r>
        <w:pict>
          <v:shape id="_x0000_i701805" type="#_x0000_t75" alt="学科网(www.zxxk.com)--教育资源门户，提供试卷、教案、课件、论文、素材以及各类教学资源下载，还有大量而丰富的教学相关资讯！" style="width:11.25pt;height:12pt" o:oleicon="f" o:ole="">
            <v:imagedata r:id="rId520" o:title="eqIddad2a36927223bd70f426ba06aea4b45"/>
          </v:shape>
        </w:pict>
      </w:r>
      <w:r>
        <w:rPr>
          <w:rFonts w:ascii="宋体" w:eastAsia="宋体" w:hAnsi="宋体" w:cs="宋体"/>
          <w:color w:val="000000"/>
        </w:rPr>
        <w:t>到点</w:t>
      </w:r>
      <w:r>
        <w:pict>
          <v:shape id="_x0000_i701806" type="#_x0000_t75" alt="学科网(www.zxxk.com)--教育资源门户，提供试卷、教案、课件、论文、素材以及各类教学资源下载，还有大量而丰富的教学相关资讯！" style="width:12pt;height:15.6pt" o:oleicon="f" o:ole="">
            <v:imagedata r:id="rId521" o:title="eqIdacc290b44635265137fdf13146b6a6d9"/>
          </v:shape>
        </w:pict>
      </w:r>
      <w:r>
        <w:rPr>
          <w:rFonts w:ascii="宋体" w:eastAsia="宋体" w:hAnsi="宋体" w:cs="宋体"/>
          <w:color w:val="000000"/>
        </w:rPr>
        <w:t>的追击值为</w:t>
      </w:r>
      <w:r>
        <w:pict>
          <v:shape id="_x0000_i701807" type="#_x0000_t75" alt="学科网(www.zxxk.com)--教育资源门户，提供试卷、教案、课件、论文、素材以及各类教学资源下载，还有大量而丰富的教学相关资讯！" style="width:54pt;height:20pt" o:oleicon="f" o:ole="">
            <v:imagedata r:id="rId525" o:title="eqId29c6c18e36118e3a5814be334742a4f6"/>
          </v:shape>
        </w:pi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962400" cy="1143000"/>
            <wp:docPr id="163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" name=""/>
                    <pic:cNvPicPr>
                      <a:picLocks noChangeAspect="1"/>
                    </pic:cNvPicPr>
                  </pic:nvPicPr>
                  <pic:blipFill>
                    <a:blip r:embed="rId526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点</w:t>
      </w:r>
      <w:r>
        <w:pict>
          <v:shape id="_x0000_i701808" type="#_x0000_t75" alt="学科网(www.zxxk.com)--教育资源门户，提供试卷、教案、课件、论文、素材以及各类教学资源下载，还有大量而丰富的教学相关资讯！" style="width:14.25pt;height:10.5pt" o:oleicon="f" o:ole="">
            <v:imagedata r:id="rId527" o:title="eqIdac047e91852b91af639feec23a9598b2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809" type="#_x0000_t75" alt="学科网(www.zxxk.com)--教育资源门户，提供试卷、教案、课件、论文、素材以及各类教学资源下载，还有大量而丰富的教学相关资讯！" style="width:14.25pt;height:14.25pt" o:oleicon="f" o:ole="">
            <v:imagedata r:id="rId528" o:title="eqId54a5d7d3b6b63fe5c24c3907b7a8eaa3"/>
          </v:shape>
        </w:pict>
      </w:r>
      <w:r>
        <w:rPr>
          <w:rFonts w:ascii="宋体" w:eastAsia="宋体" w:hAnsi="宋体" w:cs="宋体"/>
          <w:color w:val="000000"/>
        </w:rPr>
        <w:t>都在数轴上，点</w:t>
      </w:r>
      <w:r>
        <w:pict>
          <v:shape id="_x0000_i701810" type="#_x0000_t75" alt="学科网(www.zxxk.com)--教育资源门户，提供试卷、教案、课件、论文、素材以及各类教学资源下载，还有大量而丰富的教学相关资讯！" style="width:14.25pt;height:10.5pt" o:oleicon="f" o:ole="">
            <v:imagedata r:id="rId527" o:title="eqIdac047e91852b91af639feec23a9598b2"/>
          </v:shape>
        </w:pict>
      </w:r>
      <w:r>
        <w:rPr>
          <w:rFonts w:ascii="宋体" w:eastAsia="宋体" w:hAnsi="宋体" w:cs="宋体"/>
          <w:color w:val="000000"/>
        </w:rPr>
        <w:t>表示的数是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，且点</w:t>
      </w:r>
      <w:r>
        <w:pict>
          <v:shape id="_x0000_i701811" type="#_x0000_t75" alt="学科网(www.zxxk.com)--教育资源门户，提供试卷、教案、课件、论文、素材以及各类教学资源下载，还有大量而丰富的教学相关资讯！" style="width:14.25pt;height:14.25pt" o:oleicon="f" o:ole="">
            <v:imagedata r:id="rId528" o:title="eqId54a5d7d3b6b63fe5c24c3907b7a8eaa3"/>
          </v:shape>
        </w:pict>
      </w:r>
      <w:r>
        <w:rPr>
          <w:rFonts w:ascii="宋体" w:eastAsia="宋体" w:hAnsi="宋体" w:cs="宋体"/>
          <w:color w:val="000000"/>
        </w:rPr>
        <w:t>到点</w:t>
      </w:r>
      <w:r>
        <w:pict>
          <v:shape id="_x0000_i701812" type="#_x0000_t75" alt="学科网(www.zxxk.com)--教育资源门户，提供试卷、教案、课件、论文、素材以及各类教学资源下载，还有大量而丰富的教学相关资讯！" style="width:14.25pt;height:10.5pt" o:oleicon="f" o:ole="">
            <v:imagedata r:id="rId527" o:title="eqIdac047e91852b91af639feec23a9598b2"/>
          </v:shape>
        </w:pict>
      </w:r>
      <w:r>
        <w:rPr>
          <w:rFonts w:ascii="宋体" w:eastAsia="宋体" w:hAnsi="宋体" w:cs="宋体"/>
          <w:color w:val="000000"/>
        </w:rPr>
        <w:t>的追击值</w:t>
      </w:r>
      <w:r>
        <w:pict>
          <v:shape id="_x0000_i701813" type="#_x0000_t75" alt="学科网(www.zxxk.com)--教育资源门户，提供试卷、教案、课件、论文、素材以及各类教学资源下载，还有大量而丰富的教学相关资讯！" style="width:57.75pt;height:20.25pt" o:oleicon="f" o:ole="">
            <v:imagedata r:id="rId529" o:title="eqId74464c84729d9f8d645f161746dee41c"/>
          </v:shape>
        </w:pict>
      </w:r>
      <w:r>
        <w:rPr>
          <w:rFonts w:ascii="宋体" w:eastAsia="宋体" w:hAnsi="宋体" w:cs="宋体"/>
          <w:color w:val="000000"/>
        </w:rPr>
        <w:t>（</w:t>
      </w:r>
      <w:r>
        <w:pict>
          <v:shape id="_x0000_i701814" type="#_x0000_t75" alt="学科网(www.zxxk.com)--教育资源门户，提供试卷、教案、课件、论文、素材以及各类教学资源下载，还有大量而丰富的教学相关资讯！" style="width:27.9pt;height:14.15pt" o:oleicon="f" o:ole="">
            <v:imagedata r:id="rId530" o:title="eqIdce3a34d6f60032718820c3da2b07786b"/>
          </v:shape>
        </w:pict>
      </w:r>
      <w:r>
        <w:rPr>
          <w:rFonts w:ascii="宋体" w:eastAsia="宋体" w:hAnsi="宋体" w:cs="宋体"/>
          <w:color w:val="000000"/>
        </w:rPr>
        <w:t>），则点</w:t>
      </w:r>
      <w:r>
        <w:pict>
          <v:shape id="_x0000_i701815" type="#_x0000_t75" alt="学科网(www.zxxk.com)--教育资源门户，提供试卷、教案、课件、论文、素材以及各类教学资源下载，还有大量而丰富的教学相关资讯！" style="width:14.25pt;height:14.25pt" o:oleicon="f" o:ole="">
            <v:imagedata r:id="rId528" o:title="eqId54a5d7d3b6b63fe5c24c3907b7a8eaa3"/>
          </v:shape>
        </w:pict>
      </w:r>
      <w:r>
        <w:rPr>
          <w:rFonts w:ascii="宋体" w:eastAsia="宋体" w:hAnsi="宋体" w:cs="宋体"/>
          <w:color w:val="000000"/>
        </w:rPr>
        <w:t>表示的数是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（用含</w:t>
      </w:r>
      <w:r>
        <w:pict>
          <v:shape id="_x0000_i701816" type="#_x0000_t75" alt="学科网(www.zxxk.com)--教育资源门户，提供试卷、教案、课件、论文、素材以及各类教学资源下载，还有大量而丰富的教学相关资讯！" style="width:9pt;height:9.75pt" o:oleicon="f" o:ole="">
            <v:imagedata r:id="rId531" o:title="eqId0a6936d370d6a238a608ca56f87198de"/>
          </v:shape>
        </w:pict>
      </w:r>
      <w:r>
        <w:rPr>
          <w:rFonts w:ascii="宋体" w:eastAsia="宋体" w:hAnsi="宋体" w:cs="宋体"/>
          <w:color w:val="000000"/>
        </w:rPr>
        <w:t>的代数式表示）；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如图，点</w:t>
      </w:r>
      <w:r>
        <w:pict>
          <v:shape id="_x0000_i701817" type="#_x0000_t75" alt="学科网(www.zxxk.com)--教育资源门户，提供试卷、教案、课件、论文、素材以及各类教学资源下载，还有大量而丰富的教学相关资讯！" style="width:11.9pt;height:14.4pt" o:oleicon="f" o:ole="">
            <v:imagedata r:id="rId533" o:title="eqIdc5db41a1f31d6baee7c69990811edb9f"/>
          </v:shape>
        </w:pict>
      </w:r>
      <w:r>
        <w:rPr>
          <w:rFonts w:ascii="宋体" w:eastAsia="宋体" w:hAnsi="宋体" w:cs="宋体"/>
          <w:color w:val="000000"/>
        </w:rPr>
        <w:t>表示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63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" name=""/>
                    <pic:cNvPicPr>
                      <a:picLocks noChangeAspect="1"/>
                    </pic:cNvPicPr>
                  </pic:nvPicPr>
                  <pic:blipFill>
                    <a:blip r:embed="rId53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数是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，在数轴上有两个动点</w:t>
      </w:r>
      <w:r>
        <w:pict>
          <v:shape id="_x0000_i701818" type="#_x0000_t75" alt="学科网(www.zxxk.com)--教育资源门户，提供试卷、教案、课件、论文、素材以及各类教学资源下载，还有大量而丰富的教学相关资讯！" style="width:12pt;height:12pt" o:oleicon="f" o:ole="">
            <v:imagedata r:id="rId534" o:title="eqId5963abe8f421bd99a2aaa94831a951e9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819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535" o:title="eqId7f9e8449aad35c5d840a3395ea86df6d"/>
          </v:shape>
        </w:pict>
      </w:r>
      <w:r>
        <w:rPr>
          <w:rFonts w:ascii="宋体" w:eastAsia="宋体" w:hAnsi="宋体" w:cs="宋体"/>
          <w:color w:val="000000"/>
        </w:rPr>
        <w:t>都沿着正方向同时移动，其中</w:t>
      </w:r>
      <w:r>
        <w:pict>
          <v:shape id="_x0000_i701820" type="#_x0000_t75" alt="学科网(www.zxxk.com)--教育资源门户，提供试卷、教案、课件、论文、素材以及各类教学资源下载，还有大量而丰富的教学相关资讯！" style="width:12pt;height:12pt" o:oleicon="f" o:ole="">
            <v:imagedata r:id="rId534" o:title="eqId5963abe8f421bd99a2aaa94831a951e9"/>
          </v:shape>
        </w:pict>
      </w:r>
      <w:r>
        <w:rPr>
          <w:rFonts w:ascii="宋体" w:eastAsia="宋体" w:hAnsi="宋体" w:cs="宋体"/>
          <w:color w:val="000000"/>
        </w:rPr>
        <w:t>点的速度为每秒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个单位，</w:t>
      </w:r>
      <w:r>
        <w:pict>
          <v:shape id="_x0000_i701821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535" o:title="eqId7f9e8449aad35c5d840a3395ea86df6d"/>
          </v:shape>
        </w:pict>
      </w:r>
      <w:r>
        <w:rPr>
          <w:rFonts w:ascii="宋体" w:eastAsia="宋体" w:hAnsi="宋体" w:cs="宋体"/>
          <w:color w:val="000000"/>
        </w:rPr>
        <w:t>点的速度为每秒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个单位，点</w:t>
      </w:r>
      <w:r>
        <w:pict>
          <v:shape id="_x0000_i701822" type="#_x0000_t75" alt="学科网(www.zxxk.com)--教育资源门户，提供试卷、教案、课件、论文、素材以及各类教学资源下载，还有大量而丰富的教学相关资讯！" style="width:12pt;height:12pt" o:oleicon="f" o:ole="">
            <v:imagedata r:id="rId534" o:title="eqId5963abe8f421bd99a2aaa94831a951e9"/>
          </v:shape>
        </w:pict>
      </w:r>
      <w:r>
        <w:rPr>
          <w:rFonts w:ascii="宋体" w:eastAsia="宋体" w:hAnsi="宋体" w:cs="宋体"/>
          <w:color w:val="000000"/>
        </w:rPr>
        <w:t>从点</w:t>
      </w:r>
      <w:r>
        <w:pict>
          <v:shape id="_x0000_i701823" type="#_x0000_t75" alt="学科网(www.zxxk.com)--教育资源门户，提供试卷、教案、课件、论文、素材以及各类教学资源下载，还有大量而丰富的教学相关资讯！" style="width:11.9pt;height:14.4pt" o:oleicon="f" o:ole="">
            <v:imagedata r:id="rId533" o:title="eqIdc5db41a1f31d6baee7c69990811edb9f"/>
          </v:shape>
        </w:pict>
      </w:r>
      <w:r>
        <w:rPr>
          <w:rFonts w:ascii="宋体" w:eastAsia="宋体" w:hAnsi="宋体" w:cs="宋体"/>
          <w:color w:val="000000"/>
        </w:rPr>
        <w:t>出发，点</w:t>
      </w:r>
      <w:r>
        <w:pict>
          <v:shape id="_x0000_i701824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535" o:title="eqId7f9e8449aad35c5d840a3395ea86df6d"/>
          </v:shape>
        </w:pict>
      </w:r>
      <w:r>
        <w:rPr>
          <w:rFonts w:ascii="宋体" w:eastAsia="宋体" w:hAnsi="宋体" w:cs="宋体"/>
          <w:color w:val="000000"/>
        </w:rPr>
        <w:t>从表示数</w:t>
      </w:r>
      <w:r>
        <w:pict>
          <v:shape id="_x0000_i701825" type="#_x0000_t75" alt="学科网(www.zxxk.com)--教育资源门户，提供试卷、教案、课件、论文、素材以及各类教学资源下载，还有大量而丰富的教学相关资讯！" style="width:9.9pt;height:14.35pt" o:oleicon="f" o:ole="">
            <v:imagedata r:id="rId536" o:title="eqId2c94bb12cee76221e13f9ef955b0aab1"/>
          </v:shape>
        </w:pict>
      </w:r>
      <w:r>
        <w:rPr>
          <w:rFonts w:ascii="宋体" w:eastAsia="宋体" w:hAnsi="宋体" w:cs="宋体"/>
          <w:color w:val="000000"/>
        </w:rPr>
        <w:t>的点出发，且数</w:t>
      </w:r>
      <w:r>
        <w:pict>
          <v:shape id="_x0000_i701826" type="#_x0000_t75" alt="学科网(www.zxxk.com)--教育资源门户，提供试卷、教案、课件、论文、素材以及各类教学资源下载，还有大量而丰富的教学相关资讯！" style="width:9.9pt;height:14.35pt" o:oleicon="f" o:ole="">
            <v:imagedata r:id="rId536" o:title="eqId2c94bb12cee76221e13f9ef955b0aab1"/>
          </v:shape>
        </w:pict>
      </w:r>
      <w:r>
        <w:rPr>
          <w:rFonts w:ascii="宋体" w:eastAsia="宋体" w:hAnsi="宋体" w:cs="宋体"/>
          <w:color w:val="000000"/>
        </w:rPr>
        <w:t>不超过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，设运动时间为</w:t>
      </w:r>
      <w:r>
        <w:pict>
          <v:shape id="_x0000_i701827" type="#_x0000_t75" alt="学科网(www.zxxk.com)--教育资源门户，提供试卷、教案、课件、论文、素材以及各类教学资源下载，还有大量而丰富的教学相关资讯！" style="width:7.35pt;height:11.9pt" o:oleicon="f" o:ole="">
            <v:imagedata r:id="rId537" o:title="eqId36a1b09c653185842513e24ebba60bb3"/>
          </v:shape>
        </w:pict>
      </w:r>
      <w:r>
        <w:rPr>
          <w:rFonts w:ascii="宋体" w:eastAsia="宋体" w:hAnsi="宋体" w:cs="宋体"/>
          <w:color w:val="000000"/>
        </w:rPr>
        <w:t>（</w:t>
      </w:r>
      <w:r>
        <w:pict>
          <v:shape id="_x0000_i701828" type="#_x0000_t75" alt="学科网(www.zxxk.com)--教育资源门户，提供试卷、教案、课件、论文、素材以及各类教学资源下载，还有大量而丰富的教学相关资讯！" style="width:24.75pt;height:14.25pt" o:oleicon="f" o:ole="">
            <v:imagedata r:id="rId538" o:title="eqId9c81b29ac8a01886b25dcef55c5f6877"/>
          </v:shape>
        </w:pict>
      </w:r>
      <w:r>
        <w:rPr>
          <w:rFonts w:ascii="宋体" w:eastAsia="宋体" w:hAnsi="宋体" w:cs="宋体"/>
          <w:color w:val="000000"/>
        </w:rPr>
        <w:t>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①当</w:t>
      </w:r>
      <w:r>
        <w:pict>
          <v:shape id="_x0000_i701829" type="#_x0000_t75" alt="学科网(www.zxxk.com)--教育资源门户，提供试卷、教案、课件、论文、素材以及各类教学资源下载，还有大量而丰富的教学相关资讯！" style="width:24.75pt;height:12.75pt" o:oleicon="f" o:ole="">
            <v:imagedata r:id="rId539" o:title="eqId3320a13248a3a1208ff6ee85c9d26f36"/>
          </v:shape>
        </w:pict>
      </w:r>
      <w:r>
        <w:rPr>
          <w:rFonts w:ascii="宋体" w:eastAsia="宋体" w:hAnsi="宋体" w:cs="宋体"/>
          <w:color w:val="000000"/>
        </w:rPr>
        <w:t>且</w:t>
      </w:r>
      <w:r>
        <w:pict>
          <v:shape id="_x0000_i701830" type="#_x0000_t75" alt="学科网(www.zxxk.com)--教育资源门户，提供试卷、教案、课件、论文、素材以及各类教学资源下载，还有大量而丰富的教学相关资讯！" style="width:17pt;height:12pt" o:oleicon="f" o:ole="">
            <v:imagedata r:id="rId540" o:title="eqId825116eb345f5505ebc8c1cdb8a1f131"/>
          </v:shape>
        </w:pic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时，点</w:t>
      </w:r>
      <w:r>
        <w:pict>
          <v:shape id="_x0000_i701831" type="#_x0000_t75" alt="学科网(www.zxxk.com)--教育资源门户，提供试卷、教案、课件、论文、素材以及各类教学资源下载，还有大量而丰富的教学相关资讯！" style="width:12pt;height:12pt" o:oleicon="f" o:ole="">
            <v:imagedata r:id="rId541" o:title="eqId5963abe8f421bd99a2aaa94831a951e9"/>
          </v:shape>
        </w:pict>
      </w:r>
      <w:r>
        <w:rPr>
          <w:rFonts w:ascii="宋体" w:eastAsia="宋体" w:hAnsi="宋体" w:cs="宋体"/>
          <w:color w:val="000000"/>
        </w:rPr>
        <w:t>到点</w:t>
      </w:r>
      <w:r>
        <w:pict>
          <v:shape id="_x0000_i701832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542" o:title="eqId7f9e8449aad35c5d840a3395ea86df6d"/>
          </v:shape>
        </w:pict>
      </w:r>
      <w:r>
        <w:rPr>
          <w:rFonts w:ascii="宋体" w:eastAsia="宋体" w:hAnsi="宋体" w:cs="宋体"/>
          <w:color w:val="000000"/>
        </w:rPr>
        <w:t>的追击值</w:t>
      </w:r>
      <w:r>
        <w:pict>
          <v:shape id="_x0000_i701833" type="#_x0000_t75" alt="学科网(www.zxxk.com)--教育资源门户，提供试卷、教案、课件、论文、素材以及各类教学资源下载，还有大量而丰富的教学相关资讯！" style="width:54pt;height:20.25pt" o:oleicon="f" o:ole="">
            <v:imagedata r:id="rId543" o:title="eqId702b487060aa24b45040cbc48f8b1caf"/>
          </v:shape>
        </w:pi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  <w:sectPr w:rsidSect="00C321EB">
          <w:headerReference w:type="even" r:id="rId316"/>
          <w:footerReference w:type="even" r:id="rId317"/>
          <w:headerReference w:type="first" r:id="rId318"/>
          <w:footerReference w:type="first" r:id="rId319"/>
          <w:pgSz w:w="11906" w:h="16838"/>
          <w:pgMar w:top="910" w:right="1080" w:bottom="1440" w:left="1080" w:header="152" w:footer="0" w:gutter="0"/>
          <w:cols w:space="720"/>
          <w:titlePg w:val="0"/>
          <w:docGrid w:type="lines" w:linePitch="312"/>
        </w:sectPr>
      </w:pPr>
      <w:r>
        <w:rPr>
          <w:rFonts w:ascii="宋体" w:eastAsia="宋体" w:hAnsi="宋体" w:cs="宋体"/>
          <w:color w:val="000000"/>
        </w:rPr>
        <w:t>②当时间</w:t>
      </w:r>
      <w:r>
        <w:pict>
          <v:shape id="_x0000_i701834" type="#_x0000_t75" alt="学科网(www.zxxk.com)--教育资源门户，提供试卷、教案、课件、论文、素材以及各类教学资源下载，还有大量而丰富的教学相关资讯！" style="width:7.35pt;height:11.9pt" o:oleicon="f" o:ole="">
            <v:imagedata r:id="rId544" o:title="eqId36a1b09c653185842513e24ebba60bb3"/>
          </v:shape>
        </w:pict>
      </w:r>
      <w:r>
        <w:rPr>
          <w:rFonts w:ascii="宋体" w:eastAsia="宋体" w:hAnsi="宋体" w:cs="宋体"/>
          <w:color w:val="000000"/>
        </w:rPr>
        <w:t>不超过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秒时，求点</w:t>
      </w:r>
      <w:r>
        <w:pict>
          <v:shape id="_x0000_i701835" type="#_x0000_t75" alt="学科网(www.zxxk.com)--教育资源门户，提供试卷、教案、课件、论文、素材以及各类教学资源下载，还有大量而丰富的教学相关资讯！" style="width:12pt;height:12pt" o:oleicon="f" o:ole="">
            <v:imagedata r:id="rId545" o:title="eqId5963abe8f421bd99a2aaa94831a951e9"/>
          </v:shape>
        </w:pict>
      </w:r>
      <w:r>
        <w:rPr>
          <w:rFonts w:ascii="宋体" w:eastAsia="宋体" w:hAnsi="宋体" w:cs="宋体"/>
          <w:color w:val="000000"/>
        </w:rPr>
        <w:t>到点</w:t>
      </w:r>
      <w:r>
        <w:pict>
          <v:shape id="_x0000_i701836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546" o:title="eqId7f9e8449aad35c5d840a3395ea86df6d"/>
          </v:shape>
        </w:pict>
      </w:r>
      <w:r>
        <w:rPr>
          <w:rFonts w:ascii="宋体" w:eastAsia="宋体" w:hAnsi="宋体" w:cs="宋体"/>
          <w:color w:val="000000"/>
        </w:rPr>
        <w:t>的追击值</w:t>
      </w:r>
      <w:r>
        <w:pict>
          <v:shape id="_x0000_i701837" type="#_x0000_t75" alt="学科网(www.zxxk.com)--教育资源门户，提供试卷、教案、课件、论文、素材以及各类教学资源下载，还有大量而丰富的教学相关资讯！" style="width:36.5pt;height:20pt" o:oleicon="f" o:ole="">
            <v:imagedata r:id="rId547" o:title="eqId840c8d08985d414d1a7e5e4b384e50ba"/>
          </v:shape>
        </w:pict>
      </w:r>
      <w:r>
        <w:rPr>
          <w:rFonts w:ascii="宋体" w:eastAsia="宋体" w:hAnsi="宋体" w:cs="宋体"/>
          <w:color w:val="000000"/>
        </w:rPr>
        <w:t>的最大值是多少？（用含</w:t>
      </w:r>
      <w:r>
        <w:pict>
          <v:shape id="_x0000_i701838" type="#_x0000_t75" alt="学科网(www.zxxk.com)--教育资源门户，提供试卷、教案、课件、论文、素材以及各类教学资源下载，还有大量而丰富的教学相关资讯！" style="width:9.9pt;height:14.35pt" o:oleicon="f" o:ole="">
            <v:imagedata r:id="rId548" o:title="eqId2c94bb12cee76221e13f9ef955b0aab1"/>
          </v:shape>
        </w:pict>
      </w:r>
      <w:r>
        <w:rPr>
          <w:rFonts w:ascii="宋体" w:eastAsia="宋体" w:hAnsi="宋体" w:cs="宋体"/>
          <w:color w:val="000000"/>
        </w:rPr>
        <w:t>的代数式表示）．</w:t>
      </w:r>
    </w:p>
    <w:p>
      <w:pPr>
        <w:pStyle w:val="Heading2"/>
      </w:pPr>
      <w:r>
        <w:t>第十三中学分校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eastAsia="宋体" w:hAnsi="宋体" w:cs="宋体"/>
          <w:color w:val="000000"/>
        </w:rPr>
        <w:t>已知</w:t>
      </w:r>
      <w:r>
        <w:pict>
          <v:shape id="_x0000_i701839" type="#_x0000_t75" alt="学科网(www.zxxk.com)--教育资源门户，提供试卷、教案、课件、论文、素材以及各类教学资源下载，还有大量而丰富的教学相关资讯！" style="width:59pt;height:16pt" o:oleicon="f" o:ole="">
            <v:imagedata r:id="rId549" o:title="eqIdc964e149ebd8bd5b2307f9b9e803caf4"/>
          </v:shape>
        </w:pict>
      </w:r>
      <w:r>
        <w:rPr>
          <w:rFonts w:ascii="宋体" w:eastAsia="宋体" w:hAnsi="宋体" w:cs="宋体"/>
          <w:color w:val="000000"/>
        </w:rPr>
        <w:t>是关于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的多项式，记为</w:t>
      </w:r>
      <w:r>
        <w:pict>
          <v:shape id="_x0000_i701840" type="#_x0000_t75" alt="学科网(www.zxxk.com)--教育资源门户，提供试卷、教案、课件、论文、素材以及各类教学资源下载，还有大量而丰富的教学相关资讯！" style="width:29.25pt;height:20.25pt" o:oleicon="f" o:ole="">
            <v:imagedata r:id="rId550" o:title="eqId826308511448f7b791edf4199c690768"/>
          </v:shape>
        </w:pict>
      </w:r>
      <w:r>
        <w:rPr>
          <w:rFonts w:ascii="宋体" w:eastAsia="宋体" w:hAnsi="宋体" w:cs="宋体"/>
          <w:color w:val="000000"/>
        </w:rPr>
        <w:t>．我们规定：</w:t>
      </w:r>
      <w:r>
        <w:pict>
          <v:shape id="_x0000_i701841" type="#_x0000_t75" alt="学科网(www.zxxk.com)--教育资源门户，提供试卷、教案、课件、论文、素材以及各类教学资源下载，还有大量而丰富的教学相关资讯！" style="width:29.25pt;height:20.25pt" o:oleicon="f" o:ole="">
            <v:imagedata r:id="rId550" o:title="eqId826308511448f7b791edf4199c690768"/>
          </v:shape>
        </w:pict>
      </w:r>
      <w:r>
        <w:rPr>
          <w:rFonts w:ascii="宋体" w:eastAsia="宋体" w:hAnsi="宋体" w:cs="宋体"/>
          <w:color w:val="000000"/>
        </w:rPr>
        <w:t>的导出多项式为</w:t>
      </w:r>
      <w:r>
        <w:pict>
          <v:shape id="_x0000_i701842" type="#_x0000_t75" alt="学科网(www.zxxk.com)--教育资源门户，提供试卷、教案、课件、论文、素材以及各类教学资源下载，还有大量而丰富的教学相关资讯！" style="width:38.3pt;height:14.15pt" o:oleicon="f" o:ole="">
            <v:imagedata r:id="rId551" o:title="eqId6fa3a3fc366487b798363daeeb3643ac"/>
          </v:shape>
        </w:pict>
      </w:r>
      <w:r>
        <w:rPr>
          <w:rFonts w:ascii="宋体" w:eastAsia="宋体" w:hAnsi="宋体" w:cs="宋体"/>
          <w:color w:val="000000"/>
        </w:rPr>
        <w:t>，记为</w:t>
      </w:r>
      <w:r>
        <w:pict>
          <v:shape id="_x0000_i701843" type="#_x0000_t75" alt="学科网(www.zxxk.com)--教育资源门户，提供试卷、教案、课件、论文、素材以及各类教学资源下载，还有大量而丰富的教学相关资讯！" style="width:29pt;height:20pt" o:oleicon="f" o:ole="">
            <v:imagedata r:id="rId552" o:title="eqId11a22c453d9041febde25582b463e642"/>
          </v:shape>
        </w:pict>
      </w:r>
      <w:r>
        <w:rPr>
          <w:rFonts w:ascii="宋体" w:eastAsia="宋体" w:hAnsi="宋体" w:cs="宋体"/>
          <w:color w:val="000000"/>
        </w:rPr>
        <w:t>．例如：若</w:t>
      </w:r>
      <w:r>
        <w:pict>
          <v:shape id="_x0000_i701844" type="#_x0000_t75" alt="学科网(www.zxxk.com)--教育资源门户，提供试卷、教案、课件、论文、素材以及各类教学资源下载，还有大量而丰富的教学相关资讯！" style="width:94.2pt;height:19.8pt" o:oleicon="f" o:ole="">
            <v:imagedata r:id="rId553" o:title="eqId046b388177cf781f9a1418c0cc971ece"/>
          </v:shape>
        </w:pict>
      </w:r>
      <w:r>
        <w:rPr>
          <w:rFonts w:ascii="宋体" w:eastAsia="宋体" w:hAnsi="宋体" w:cs="宋体"/>
          <w:color w:val="000000"/>
        </w:rPr>
        <w:t>，则</w:t>
      </w:r>
      <w:r>
        <w:pict>
          <v:shape id="_x0000_i701845" type="#_x0000_t75" alt="学科网(www.zxxk.com)--教育资源门户，提供试卷、教案、课件、论文、素材以及各类教学资源下载，还有大量而丰富的教学相关资讯！" style="width:29.25pt;height:20.25pt" o:oleicon="f" o:ole="">
            <v:imagedata r:id="rId550" o:title="eqId826308511448f7b791edf4199c690768"/>
          </v:shape>
        </w:pict>
      </w:r>
      <w:r>
        <w:rPr>
          <w:rFonts w:ascii="宋体" w:eastAsia="宋体" w:hAnsi="宋体" w:cs="宋体"/>
          <w:color w:val="000000"/>
        </w:rPr>
        <w:t>的导出多项式</w:t>
      </w:r>
      <w:r>
        <w:pict>
          <v:shape id="_x0000_i701846" type="#_x0000_t75" alt="学科网(www.zxxk.com)--教育资源门户，提供试卷、教案、课件、论文、素材以及各类教学资源下载，还有大量而丰富的教学相关资讯！" style="width:121.8pt;height:19.8pt" o:oleicon="f" o:ole="">
            <v:imagedata r:id="rId554" o:title="eqId711ea620e3108f5dc10b0f9d91ec96d6"/>
          </v:shape>
        </w:pict>
      </w:r>
      <w:r>
        <w:rPr>
          <w:rFonts w:ascii="宋体" w:eastAsia="宋体" w:hAnsi="宋体" w:cs="宋体"/>
          <w:color w:val="000000"/>
        </w:rPr>
        <w:t>．根据以上信息，解答下列问题：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若</w:t>
      </w:r>
      <w:r>
        <w:pict>
          <v:shape id="_x0000_i701847" type="#_x0000_t75" alt="学科网(www.zxxk.com)--教育资源门户，提供试卷、教案、课件、论文、素材以及各类教学资源下载，还有大量而丰富的教学相关资讯！" style="width:76.25pt;height:20.15pt" o:oleicon="f" o:ole="">
            <v:imagedata r:id="rId555" o:title="eqId9ecbf35914439493aeb2d8a8a10db63c"/>
          </v:shape>
        </w:pict>
      </w:r>
      <w:r>
        <w:rPr>
          <w:rFonts w:ascii="宋体" w:eastAsia="宋体" w:hAnsi="宋体" w:cs="宋体"/>
          <w:color w:val="000000"/>
        </w:rPr>
        <w:t>，则</w:t>
      </w:r>
      <w:r>
        <w:pict>
          <v:shape id="_x0000_i701848" type="#_x0000_t75" alt="学科网(www.zxxk.com)--教育资源门户，提供试卷、教案、课件、论文、素材以及各类教学资源下载，还有大量而丰富的教学相关资讯！" style="width:37.8pt;height:19.8pt" o:oleicon="f" o:ole="">
            <v:imagedata r:id="rId556" o:title="eqId588056ae7548b5743371671a0162a83f"/>
          </v:shape>
        </w:pic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</w:t>
      </w:r>
      <w:r>
        <w:pict>
          <v:shape id="_x0000_i701849" type="#_x0000_t75" alt="学科网(www.zxxk.com)--教育资源门户，提供试卷、教案、课件、论文、素材以及各类教学资源下载，还有大量而丰富的教学相关资讯！" style="width:112.2pt;height:19.8pt" o:oleicon="f" o:ole="">
            <v:imagedata r:id="rId558" o:title="eqIdd21130a942cc6726347d6ed4849ae99b"/>
          </v:shape>
        </w:pict>
      </w:r>
      <w:r>
        <w:rPr>
          <w:rFonts w:ascii="宋体" w:eastAsia="宋体" w:hAnsi="宋体" w:cs="宋体"/>
          <w:color w:val="000000"/>
        </w:rPr>
        <w:t>，求关于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64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" name=""/>
                    <pic:cNvPicPr>
                      <a:picLocks noChangeAspect="1"/>
                    </pic:cNvPicPr>
                  </pic:nvPicPr>
                  <pic:blipFill>
                    <a:blip r:embed="rId55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方程</w:t>
      </w:r>
      <w:r>
        <w:pict>
          <v:shape id="_x0000_i701850" type="#_x0000_t75" alt="学科网(www.zxxk.com)--教育资源门户，提供试卷、教案、课件、论文、素材以及各类教学资源下载，还有大量而丰富的教学相关资讯！" style="width:52.8pt;height:19.8pt" o:oleicon="f" o:ole="">
            <v:imagedata r:id="rId559" o:title="eqId5977fe68c80fba5954f2f6cac3335285"/>
          </v:shape>
        </w:pict>
      </w:r>
      <w:r>
        <w:rPr>
          <w:rFonts w:ascii="宋体" w:eastAsia="宋体" w:hAnsi="宋体" w:cs="宋体"/>
          <w:color w:val="000000"/>
        </w:rPr>
        <w:t>的解；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已知</w:t>
      </w:r>
      <w:r>
        <w:pict>
          <v:shape id="_x0000_i701851" type="#_x0000_t75" alt="学科网(www.zxxk.com)--教育资源门户，提供试卷、教案、课件、论文、素材以及各类教学资源下载，还有大量而丰富的教学相关资讯！" style="width:126.9pt;height:20.15pt" o:oleicon="f" o:ole="">
            <v:imagedata r:id="rId560" o:title="eqId4e8497016ffb7ffddf1bc05f401c98f6"/>
          </v:shape>
        </w:pict>
      </w:r>
      <w:r>
        <w:rPr>
          <w:rFonts w:ascii="宋体" w:eastAsia="宋体" w:hAnsi="宋体" w:cs="宋体"/>
          <w:color w:val="000000"/>
        </w:rPr>
        <w:t>是关于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的二次多项式，</w:t>
      </w:r>
      <w:r>
        <w:pict>
          <v:shape id="_x0000_i701852" type="#_x0000_t75" alt="学科网(www.zxxk.com)--教育资源门户，提供试卷、教案、课件、论文、素材以及各类教学资源下载，还有大量而丰富的教学相关资讯！" style="width:29pt;height:20pt" o:oleicon="f" o:ole="">
            <v:imagedata r:id="rId561" o:title="eqId11a22c453d9041febde25582b463e642"/>
          </v:shape>
        </w:pict>
      </w:r>
      <w:r>
        <w:rPr>
          <w:rFonts w:ascii="宋体" w:eastAsia="宋体" w:hAnsi="宋体" w:cs="宋体"/>
          <w:color w:val="000000"/>
        </w:rPr>
        <w:t>为</w:t>
      </w:r>
      <w:r>
        <w:pict>
          <v:shape id="_x0000_i701853" type="#_x0000_t75" alt="学科网(www.zxxk.com)--教育资源门户，提供试卷、教案、课件、论文、素材以及各类教学资源下载，还有大量而丰富的教学相关资讯！" style="width:29.25pt;height:20.25pt" o:oleicon="f" o:ole="">
            <v:imagedata r:id="rId562" o:title="eqId826308511448f7b791edf4199c690768"/>
          </v:shape>
        </w:pict>
      </w:r>
      <w:r>
        <w:rPr>
          <w:rFonts w:ascii="宋体" w:eastAsia="宋体" w:hAnsi="宋体" w:cs="宋体"/>
          <w:color w:val="000000"/>
        </w:rPr>
        <w:t>的导出多项式，若关于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的方程</w:t>
      </w:r>
      <w:r>
        <w:pict>
          <v:shape id="_x0000_i701854" type="#_x0000_t75" alt="学科网(www.zxxk.com)--教育资源门户，提供试卷、教案、课件、论文、素材以及各类教学资源下载，还有大量而丰富的教学相关资讯！" style="width:54.9pt;height:20.15pt" o:oleicon="f" o:ole="">
            <v:imagedata r:id="rId563" o:title="eqId338d548991aa77674c0fbee0db98cf3c"/>
          </v:shape>
        </w:pict>
      </w:r>
      <w:r>
        <w:rPr>
          <w:rFonts w:ascii="宋体" w:eastAsia="宋体" w:hAnsi="宋体" w:cs="宋体"/>
          <w:color w:val="000000"/>
        </w:rPr>
        <w:t>的解为整数，求正整数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eastAsia="宋体" w:hAnsi="宋体" w:cs="宋体"/>
          <w:color w:val="000000"/>
        </w:rPr>
        <w:t>从三位数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的各数位上的数字中任选两个构成一个两位数，这样就可以得到六个不同的两位数，我们把这六个不同的两位数叫做数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的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生成数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．数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的所有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生成数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之和记为</w:t>
      </w:r>
      <w:r>
        <w:pict>
          <v:shape id="_x0000_i701855" type="#_x0000_t75" alt="学科网(www.zxxk.com)--教育资源门户，提供试卷、教案、课件、论文、素材以及各类教学资源下载，还有大量而丰富的教学相关资讯！" style="width:32.25pt;height:20.25pt" o:oleicon="f" o:ole="">
            <v:imagedata r:id="rId564" o:title="eqIda8d5408842cf8095d3b0a4e1bef10226"/>
          </v:shape>
        </w:pict>
      </w:r>
      <w:r>
        <w:rPr>
          <w:rFonts w:ascii="宋体" w:eastAsia="宋体" w:hAnsi="宋体" w:cs="宋体"/>
          <w:color w:val="000000"/>
        </w:rPr>
        <w:t>，例如</w:t>
      </w:r>
      <w:r>
        <w:pict>
          <v:shape id="_x0000_i701856" type="#_x0000_t75" alt="学科网(www.zxxk.com)--教育资源门户，提供试卷、教案、课件、论文、素材以及各类教学资源下载，还有大量而丰富的教学相关资讯！" style="width:40.8pt;height:13.8pt" o:oleicon="f" o:ole="">
            <v:imagedata r:id="rId565" o:title="eqId43f009d3bbf62d45bbe58bb2ffe5a634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857" type="#_x0000_t75" alt="学科网(www.zxxk.com)--教育资源门户，提供试卷、教案、课件、论文、素材以及各类教学资源下载，还有大量而丰富的教学相关资讯！" style="width:199.2pt;height:19.8pt" o:oleicon="f" o:ole="">
            <v:imagedata r:id="rId566" o:title="eqId2ba2dfd7c541de0f144a9a7faaf1cf50"/>
          </v:shape>
        </w:pi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直接写出</w:t>
      </w:r>
      <w:r>
        <w:pict>
          <v:shape id="_x0000_i701858" type="#_x0000_t75" alt="学科网(www.zxxk.com)--教育资源门户，提供试卷、教案、课件、论文、素材以及各类教学资源下载，还有大量而丰富的教学相关资讯！" style="width:40.8pt;height:19.8pt" o:oleicon="f" o:ole="">
            <v:imagedata r:id="rId567" o:title="eqIdc79be66b02b34ecf6df40735f1af159a"/>
          </v:shape>
        </w:pict>
      </w:r>
      <w:r>
        <w:rPr>
          <w:rFonts w:ascii="宋体" w:eastAsia="宋体" w:hAnsi="宋体" w:cs="宋体"/>
          <w:color w:val="000000"/>
        </w:rPr>
        <w:t>的值；</w:t>
      </w:r>
    </w:p>
    <w:p>
      <w:pPr>
        <w:spacing w:line="360" w:lineRule="auto"/>
        <w:jc w:val="left"/>
        <w:textAlignment w:val="center"/>
        <w:rPr>
          <w:color w:val="000000"/>
        </w:rPr>
        <w:sectPr w:rsidSect="00C321EB">
          <w:headerReference w:type="even" r:id="rId206"/>
          <w:footerReference w:type="even" r:id="rId207"/>
          <w:headerReference w:type="first" r:id="rId208"/>
          <w:footerReference w:type="first" r:id="rId209"/>
          <w:pgSz w:w="11906" w:h="16838"/>
          <w:pgMar w:top="910" w:right="1080" w:bottom="1440" w:left="1080" w:header="152" w:footer="0" w:gutter="0"/>
          <w:cols w:space="720"/>
          <w:titlePg w:val="0"/>
          <w:docGrid w:type="lines" w:linePitch="312"/>
        </w:sect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将百位上的数是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，十位上的数是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，个位上的数是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的三位数记作</w:t>
      </w:r>
      <w:r>
        <w:pict>
          <v:shape id="_x0000_i701859" type="#_x0000_t75" alt="学科网(www.zxxk.com)--教育资源门户，提供试卷、教案、课件、论文、素材以及各类教学资源下载，还有大量而丰富的教学相关资讯！" style="width:21pt;height:17.25pt" o:oleicon="f" o:ole="">
            <v:imagedata r:id="rId568" o:title="eqIda675d752761f68640cb84085823063bf"/>
          </v:shape>
        </w:pict>
      </w:r>
      <w:r>
        <w:rPr>
          <w:rFonts w:ascii="宋体" w:eastAsia="宋体" w:hAnsi="宋体" w:cs="宋体"/>
          <w:color w:val="000000"/>
        </w:rPr>
        <w:t>．（其中</w:t>
      </w:r>
      <w:r>
        <w:pict>
          <v:shape id="_x0000_i701860" type="#_x0000_t75" alt="学科网(www.zxxk.com)--教育资源门户，提供试卷、教案、课件、论文、素材以及各类教学资源下载，还有大量而丰富的教学相关资讯！" style="width:42.75pt;height:14.25pt" o:oleicon="f" o:ole="">
            <v:imagedata r:id="rId569" o:title="eqId7a6fe0a044511f71c14c4a710f358581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861" type="#_x0000_t75" alt="学科网(www.zxxk.com)--教育资源门户，提供试卷、教案、课件、论文、素材以及各类教学资源下载，还有大量而丰富的教学相关资讯！" style="width:43.2pt;height:13.8pt" o:oleicon="f" o:ole="">
            <v:imagedata r:id="rId570" o:title="eqId3c9683c0a95aaeda96c5793b0f695d54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862" type="#_x0000_t75" alt="学科网(www.zxxk.com)--教育资源门户，提供试卷、教案、课件、论文、素材以及各类教学资源下载，还有大量而丰富的教学相关资讯！" style="width:42pt;height:13.95pt" o:oleicon="f" o:ole="">
            <v:imagedata r:id="rId571" o:title="eqIdeef44496baeec23250f8bd229bae41de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均为整数）证明：</w:t>
      </w:r>
      <w:r>
        <w:pict>
          <v:shape id="_x0000_i701863" type="#_x0000_t75" alt="学科网(www.zxxk.com)--教育资源门户，提供试卷、教案、课件、论文、素材以及各类教学资源下载，还有大量而丰富的教学相关资讯！" style="width:40.8pt;height:24pt" o:oleicon="f" o:ole="">
            <v:imagedata r:id="rId572" o:title="eqId910fe11ab8fd09b053f080d9f62abce8"/>
          </v:shape>
        </w:pict>
      </w:r>
      <w:r>
        <w:rPr>
          <w:rFonts w:ascii="宋体" w:eastAsia="宋体" w:hAnsi="宋体" w:cs="宋体"/>
          <w:color w:val="000000"/>
        </w:rPr>
        <w:t>能被</w:t>
      </w:r>
      <w:r>
        <w:rPr>
          <w:rFonts w:ascii="Times New Roman" w:eastAsia="Times New Roman" w:hAnsi="Times New Roman" w:cs="Times New Roman"/>
          <w:color w:val="000000"/>
        </w:rPr>
        <w:t>22</w:t>
      </w:r>
      <w:r>
        <w:rPr>
          <w:rFonts w:ascii="宋体" w:eastAsia="宋体" w:hAnsi="宋体" w:cs="宋体"/>
          <w:color w:val="000000"/>
        </w:rPr>
        <w:t>整除．</w:t>
      </w:r>
    </w:p>
    <w:p>
      <w:pPr>
        <w:pStyle w:val="Heading2"/>
      </w:pPr>
      <w:r>
        <w:t>第十四中学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）观察下列图形与等式的关系，并填空：</w:t>
      </w: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4365"/>
        <w:gridCol w:w="1638"/>
      </w:tblGrid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330"/>
        </w:trPr>
        <w:tc>
          <w:tcPr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>
                  <wp:extent cx="1085850" cy="314325"/>
                  <wp:docPr id="1643" name="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0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5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pict>
                <v:shape id="_x0000_i701864" type="#_x0000_t75" alt="学科网(www.zxxk.com)--教育资源门户，提供试卷、教案、课件、论文、素材以及各类教学资源下载，还有大量而丰富的教学相关资讯！" style="width:44.4pt;height:15pt" o:oleicon="f" o:ole="">
                  <v:imagedata r:id="rId580" o:title="eqId79c1b36a4930ecfc392a93044bdd8cd1"/>
                </v:shape>
              </w:pict>
            </w:r>
          </w:p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330"/>
        </w:trPr>
        <w:tc>
          <w:tcPr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>
                  <wp:extent cx="1247775" cy="276225"/>
                  <wp:docPr id="1644" name="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5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pict>
                <v:shape id="_x0000_i701865" type="#_x0000_t75" alt="学科网(www.zxxk.com)--教育资源门户，提供试卷、教案、课件、论文、素材以及各类教学资源下载，还有大量而丰富的教学相关资讯！" style="width:65pt;height:16pt" o:oleicon="f" o:ole="">
                  <v:imagedata r:id="rId581" o:title="eqId93a5870d79805adb43436c7b4c2f02e2"/>
                </v:shape>
              </w:pict>
            </w:r>
          </w:p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330"/>
        </w:trPr>
        <w:tc>
          <w:tcPr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>
                  <wp:extent cx="1409700" cy="409575"/>
                  <wp:docPr id="1645" name="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2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5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pict>
                <v:shape id="_x0000_i701866" type="#_x0000_t75" alt="学科网(www.zxxk.com)--教育资源门户，提供试卷、教案、课件、论文、素材以及各类教学资源下载，还有大量而丰富的教学相关资讯！" style="width:80pt;height:16pt" o:oleicon="f" o:ole="">
                  <v:imagedata r:id="rId582" o:title="eqId6c85cae3617e1c64bb213f0a008dbdb0"/>
                </v:shape>
              </w:pict>
            </w:r>
          </w:p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330"/>
        </w:trPr>
        <w:tc>
          <w:tcPr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>
                  <wp:extent cx="1743075" cy="533400"/>
                  <wp:docPr id="1646" name="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5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pict>
                <v:shape id="_x0000_i701867" type="#_x0000_t75" alt="学科网(www.zxxk.com)--教育资源门户，提供试卷、教案、课件、论文、素材以及各类教学资源下载，还有大量而丰富的教学相关资讯！" style="width:60.1pt;height:12.5pt" o:oleicon="f" o:ole="">
                  <v:imagedata r:id="rId583" o:title="eqId78ed0492bc8f3adcd5850da1211d91ae"/>
                </v:shape>
              </w:pic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___________</w:t>
            </w:r>
            <w:r>
              <w:rPr>
                <w:rFonts w:ascii="宋体" w:eastAsia="宋体" w:hAnsi="宋体" w:cs="宋体"/>
                <w:color w:val="000000"/>
              </w:rPr>
              <w:t>；</w:t>
            </w:r>
          </w:p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330"/>
        </w:trPr>
        <w:tc>
          <w:tcPr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                 …</w:t>
            </w:r>
          </w:p>
        </w:tc>
        <w:tc>
          <w:tcPr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</w:t>
            </w:r>
          </w:p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330"/>
        </w:trPr>
        <w:tc>
          <w:tcPr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>
                  <wp:extent cx="1828800" cy="438150"/>
                  <wp:docPr id="1647" name="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4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5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pict>
                <v:shape id="_x0000_i701868" type="#_x0000_t75" alt="学科网(www.zxxk.com)--教育资源门户，提供试卷、教案、课件、论文、素材以及各类教学资源下载，还有大量而丰富的教学相关资讯！" style="width:153.75pt;height:20.25pt;mso-position-horizontal-relative:page;mso-position-vertical-relative:page" o:oleicon="f" o:ole="">
                  <v:imagedata r:id="rId584" o:title="eqIda0fe9603f906a98488de2c71af90606e"/>
                </v:shape>
              </w:pic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___________</w:t>
            </w:r>
            <w:r>
              <w:rPr>
                <w:rFonts w:ascii="宋体" w:eastAsia="宋体" w:hAnsi="宋体" w:cs="宋体"/>
                <w:color w:val="000000"/>
              </w:rPr>
              <w:t>；</w:t>
            </w:r>
          </w:p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330"/>
        </w:trPr>
        <w:tc>
          <w:tcPr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                    …</w:t>
            </w:r>
          </w:p>
        </w:tc>
        <w:tc>
          <w:tcPr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330"/>
        </w:trPr>
        <w:tc>
          <w:tcPr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>
                  <wp:extent cx="1333500" cy="266700"/>
                  <wp:docPr id="1648" name="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5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</w:rPr>
              <w:t>第</w:t>
            </w:r>
            <w:r>
              <w:pict>
                <v:shape id="_x0000_i701869" type="#_x0000_t75" alt="学科网(www.zxxk.com)--教育资源门户，提供试卷、教案、课件、论文、素材以及各类教学资源下载，还有大量而丰富的教学相关资讯！" style="width:9.75pt;height:11.25pt" o:oleicon="f" o:ole="">
                  <v:imagedata r:id="rId585" o:title="eqIdb6a24198bd04c29321ae5dc5a28fe421"/>
                </v:shape>
              </w:pict>
            </w:r>
            <w:r>
              <w:rPr>
                <w:rFonts w:ascii="宋体" w:eastAsia="宋体" w:hAnsi="宋体" w:cs="宋体"/>
                <w:color w:val="000000"/>
              </w:rPr>
              <w:t>行</w:t>
            </w:r>
            <w:r>
              <w:rPr>
                <w:rFonts w:ascii="宋体" w:eastAsia="宋体" w:hAnsi="宋体" w:cs="宋体"/>
                <w:color w:val="000000"/>
              </w:rPr>
              <w:drawing>
                <wp:inline>
                  <wp:extent cx="962025" cy="209550"/>
                  <wp:docPr id="1649" name="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6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5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>
              <w:rPr>
                <w:rFonts w:ascii="宋体" w:eastAsia="宋体" w:hAnsi="宋体" w:cs="宋体"/>
                <w:color w:val="000000"/>
              </w:rPr>
              <w:t>（</w:t>
            </w:r>
            <w:r>
              <w:pict>
                <v:shape id="_x0000_i701870" type="#_x0000_t75" alt="学科网(www.zxxk.com)--教育资源门户，提供试卷、教案、课件、论文、素材以及各类教学资源下载，还有大量而丰富的教学相关资讯！" style="width:9.75pt;height:11.25pt" o:oleicon="f" o:ole="">
                  <v:imagedata r:id="rId585" o:title="eqIdb6a24198bd04c29321ae5dc5a28fe421"/>
                </v:shape>
              </w:pict>
            </w:r>
            <w:r>
              <w:rPr>
                <w:rFonts w:ascii="宋体" w:eastAsia="宋体" w:hAnsi="宋体" w:cs="宋体"/>
                <w:color w:val="000000"/>
              </w:rPr>
              <w:t>为正整数）</w:t>
            </w:r>
          </w:p>
        </w:tc>
        <w:tc>
          <w:tcPr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）利用（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）中结论，解决下列问题：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</w:t>
      </w:r>
      <w:r>
        <w:pict>
          <v:shape id="_x0000_i701871" type="#_x0000_t75" alt="学科网(www.zxxk.com)--教育资源门户，提供试卷、教案、课件、论文、素材以及各类教学资源下载，还有大量而丰富的教学相关资讯！" style="width:98.4pt;height:14.4pt" o:oleicon="f" o:ole="">
            <v:imagedata r:id="rId586" o:title="eqId3d2ad2873f225bb56559257c684751d2"/>
          </v:shape>
        </w:pic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</w:t>
      </w:r>
      <w:r>
        <w:pict>
          <v:shape id="_x0000_i701872" type="#_x0000_t75" alt="学科网(www.zxxk.com)--教育资源门户，提供试卷、教案、课件、论文、素材以及各类教学资源下载，还有大量而丰富的教学相关资讯！" style="width:131.25pt;height:14.25pt" o:oleicon="f" o:ole="">
            <v:imagedata r:id="rId587" o:title="eqId03a8c251d52adb4fc74c3f883f4788a8"/>
          </v:shape>
        </w:pic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eastAsia="宋体" w:hAnsi="宋体" w:cs="宋体"/>
          <w:color w:val="000000"/>
        </w:rPr>
        <w:t>阅读下面材料：小丁在研究数学问题时遇到一个定义：对于排好顺序的三个数：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eastAsia="宋体" w:hAnsi="宋体" w:cs="宋体"/>
          <w:color w:val="000000"/>
        </w:rPr>
        <w:t>，称为数列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eastAsia="宋体" w:hAnsi="宋体" w:cs="宋体"/>
          <w:color w:val="000000"/>
        </w:rPr>
        <w:t>，计算</w:t>
      </w:r>
      <w:r>
        <w:pict>
          <v:shape id="_x0000_i701873" type="#_x0000_t75" alt="学科网(www.zxxk.com)--教育资源门户，提供试卷、教案、课件、论文、素材以及各类教学资源下载，还有大量而丰富的教学相关资讯！" style="width:17.25pt;height:20.25pt" o:oleicon="f" o:ole="">
            <v:imagedata r:id="rId588" o:title="eqId54922e1ff4da1c28efd341c2e8a53175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874" type="#_x0000_t75" alt="学科网(www.zxxk.com)--教育资源门户，提供试卷、教案、课件、论文、素材以及各类教学资源下载，还有大量而丰富的教学相关资讯！" style="width:39.75pt;height:33.75pt" o:oleicon="f" o:ole="">
            <v:imagedata r:id="rId589" o:title="eqIdbcdf518851e8d235464531bcb0cc2dfe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875" type="#_x0000_t75" alt="学科网(www.zxxk.com)--教育资源门户，提供试卷、教案、课件、论文、素材以及各类教学资源下载，还有大量而丰富的教学相关资讯！" style="width:60.75pt;height:33.75pt" o:oleicon="f" o:ole="">
            <v:imagedata r:id="rId590" o:title="eqId939f766042274d064cf568452ec55b13"/>
          </v:shape>
        </w:pict>
      </w:r>
      <w:r>
        <w:rPr>
          <w:rFonts w:ascii="宋体" w:eastAsia="宋体" w:hAnsi="宋体" w:cs="宋体"/>
          <w:color w:val="000000"/>
        </w:rPr>
        <w:t>，将这三个数的最小值称为数列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eastAsia="宋体" w:hAnsi="宋体" w:cs="宋体"/>
          <w:color w:val="000000"/>
        </w:rPr>
        <w:t>的价值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宋体" w:eastAsia="宋体" w:hAnsi="宋体" w:cs="宋体"/>
          <w:color w:val="000000"/>
        </w:rPr>
        <w:t>例如，对于数列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-1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，因为</w:t>
      </w:r>
      <w:r>
        <w:pict>
          <v:shape id="_x0000_i701876" type="#_x0000_t75" alt="学科网(www.zxxk.com)--教育资源门户，提供试卷、教案、课件、论文、素材以及各类教学资源下载，还有大量而丰富的教学相关资讯！" style="width:31.95pt;height:20pt" o:oleicon="f" o:ole="">
            <v:imagedata r:id="rId591" o:title="eqId16b0c7b9b4701cfd573768a05ad9b982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877" type="#_x0000_t75" alt="学科网(www.zxxk.com)--教育资源门户，提供试卷、教案、课件、论文、素材以及各类教学资源下载，还有大量而丰富的教学相关资讯！" style="width:66pt;height:33.75pt" o:oleicon="f" o:ole="">
            <v:imagedata r:id="rId592" o:title="eqId169c69770da9e1a20835ceef5f5a85d1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878" type="#_x0000_t75" alt="学科网(www.zxxk.com)--教育资源门户，提供试卷、教案、课件、论文、素材以及各类教学资源下载，还有大量而丰富的教学相关资讯！" style="width:81.75pt;height:33.75pt" o:oleicon="f" o:ole="">
            <v:imagedata r:id="rId593" o:title="eqId1be2813fd1720ca961ef02de5a00e9c4"/>
          </v:shape>
        </w:pict>
      </w:r>
      <w:r>
        <w:rPr>
          <w:rFonts w:ascii="宋体" w:eastAsia="宋体" w:hAnsi="宋体" w:cs="宋体"/>
          <w:color w:val="000000"/>
        </w:rPr>
        <w:t>，所以数列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-1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的价值为</w:t>
      </w:r>
      <w:r>
        <w:pict>
          <v:shape id="_x0000_i701879" type="#_x0000_t75" alt="学科网(www.zxxk.com)--教育资源门户，提供试卷、教案、课件、论文、素材以及各类教学资源下载，还有大量而丰富的教学相关资讯！" style="width:10.5pt;height:21pt" o:oleicon="f" o:ole="">
            <v:imagedata r:id="rId594" o:title="eqIdf89eef3148f2d4d09379767b4af69132"/>
          </v:shape>
        </w:pic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小丁进一步发现：当改变这三个数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65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" name=""/>
                    <pic:cNvPicPr>
                      <a:picLocks noChangeAspect="1"/>
                    </pic:cNvPicPr>
                  </pic:nvPicPr>
                  <pic:blipFill>
                    <a:blip r:embed="rId595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顺序时，所得到的数列都可以按照上述方法计算其相应的价值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宋体" w:eastAsia="宋体" w:hAnsi="宋体" w:cs="宋体"/>
          <w:color w:val="000000"/>
        </w:rPr>
        <w:t>如数列</w:t>
      </w:r>
      <w:r>
        <w:rPr>
          <w:rFonts w:ascii="Times New Roman" w:eastAsia="Times New Roman" w:hAnsi="Times New Roman" w:cs="Times New Roman"/>
          <w:color w:val="000000"/>
        </w:rPr>
        <w:t>-1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的价值为</w:t>
      </w:r>
      <w:r>
        <w:pict>
          <v:shape id="_x0000_i701880" type="#_x0000_t75" alt="学科网(www.zxxk.com)--教育资源门户，提供试卷、教案、课件、论文、素材以及各类教学资源下载，还有大量而丰富的教学相关资讯！" style="width:10.5pt;height:21pt" o:oleicon="f" o:ole="">
            <v:imagedata r:id="rId596" o:title="eqIdf89eef3148f2d4d09379767b4af69132"/>
          </v:shape>
        </w:pict>
      </w:r>
      <w:r>
        <w:rPr>
          <w:rFonts w:ascii="宋体" w:eastAsia="宋体" w:hAnsi="宋体" w:cs="宋体"/>
          <w:color w:val="000000"/>
        </w:rPr>
        <w:t>；数列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-1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的价值为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…</w:t>
      </w:r>
      <w:r>
        <w:rPr>
          <w:rFonts w:ascii="宋体" w:eastAsia="宋体" w:hAnsi="宋体" w:cs="宋体"/>
          <w:color w:val="000000"/>
        </w:rPr>
        <w:t>经过研究，小丁发现，对于</w:t>
      </w:r>
      <w:r>
        <w:rPr>
          <w:rFonts w:ascii="Times New Roman" w:eastAsia="Times New Roman" w:hAnsi="Times New Roman" w:cs="Times New Roman"/>
          <w:color w:val="000000"/>
        </w:rPr>
        <w:t>“2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-1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3”</w:t>
      </w:r>
      <w:r>
        <w:rPr>
          <w:rFonts w:ascii="宋体" w:eastAsia="宋体" w:hAnsi="宋体" w:cs="宋体"/>
          <w:color w:val="000000"/>
        </w:rPr>
        <w:t>这三个数，按照不同的排列顺序得到的不同数列中，价值的最小值为</w:t>
      </w:r>
      <w:r>
        <w:pict>
          <v:shape id="_x0000_i701881" type="#_x0000_t75" alt="学科网(www.zxxk.com)--教育资源门户，提供试卷、教案、课件、论文、素材以及各类教学资源下载，还有大量而丰富的教学相关资讯！" style="width:10.5pt;height:21pt" o:oleicon="f" o:ole="">
            <v:imagedata r:id="rId596" o:title="eqIdf89eef3148f2d4d09379767b4af69132"/>
          </v:shape>
        </w:pic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宋体" w:eastAsia="宋体" w:hAnsi="宋体" w:cs="宋体"/>
          <w:color w:val="000000"/>
        </w:rPr>
        <w:t>根据以上材料，回答下列问题：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eastAsia="宋体" w:hAnsi="宋体" w:cs="宋体"/>
          <w:color w:val="000000"/>
        </w:rPr>
        <w:t>数列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-2</w:t>
      </w:r>
      <w:r>
        <w:rPr>
          <w:rFonts w:ascii="宋体" w:eastAsia="宋体" w:hAnsi="宋体" w:cs="宋体"/>
          <w:color w:val="000000"/>
        </w:rPr>
        <w:t>的价值为</w:t>
      </w:r>
      <w:r>
        <w:rPr>
          <w:rFonts w:ascii="Times New Roman" w:eastAsia="Times New Roman" w:hAnsi="Times New Roman" w:cs="Times New Roman"/>
          <w:color w:val="000000"/>
          <w:u w:val="single"/>
        </w:rPr>
        <w:t>______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eastAsia="宋体" w:hAnsi="宋体" w:cs="宋体"/>
          <w:color w:val="000000"/>
        </w:rPr>
        <w:t>将</w:t>
      </w:r>
      <w:r>
        <w:rPr>
          <w:rFonts w:ascii="Times New Roman" w:eastAsia="Times New Roman" w:hAnsi="Times New Roman" w:cs="Times New Roman"/>
          <w:color w:val="000000"/>
        </w:rPr>
        <w:t>“4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-2”</w:t>
      </w:r>
      <w:r>
        <w:rPr>
          <w:rFonts w:ascii="宋体" w:eastAsia="宋体" w:hAnsi="宋体" w:cs="宋体"/>
          <w:color w:val="000000"/>
        </w:rPr>
        <w:t>这三个数按照不同的顺序排列，可得到若干个数列，求这些数列的价值的最小值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eastAsia="宋体" w:hAnsi="宋体" w:cs="宋体"/>
          <w:color w:val="000000"/>
        </w:rPr>
        <w:t>请写出过程并作答</w:t>
      </w:r>
      <w:r>
        <w:rPr>
          <w:rFonts w:ascii="Times New Roman" w:eastAsia="Times New Roman" w:hAnsi="Times New Roman" w:cs="Times New Roman"/>
          <w:color w:val="000000"/>
        </w:rPr>
        <w:t>).</w:t>
      </w:r>
    </w:p>
    <w:p>
      <w:pPr>
        <w:spacing w:line="360" w:lineRule="auto"/>
        <w:jc w:val="left"/>
        <w:textAlignment w:val="center"/>
        <w:rPr>
          <w:color w:val="000000"/>
        </w:rPr>
        <w:sectPr w:rsidSect="00C321EB">
          <w:headerReference w:type="even" r:id="rId179"/>
          <w:footerReference w:type="even" r:id="rId180"/>
          <w:headerReference w:type="first" r:id="rId181"/>
          <w:footerReference w:type="first" r:id="rId182"/>
          <w:pgSz w:w="11906" w:h="16838"/>
          <w:pgMar w:top="910" w:right="1080" w:bottom="1440" w:left="1080" w:header="152" w:footer="0" w:gutter="0"/>
          <w:cols w:space="720"/>
          <w:titlePg w:val="0"/>
          <w:docGrid w:type="lines" w:linePitch="312"/>
        </w:sectPr>
      </w:pPr>
      <w:r>
        <w:rPr>
          <w:rFonts w:ascii="Times New Roman" w:eastAsia="Times New Roman" w:hAnsi="Times New Roman" w:cs="Times New Roman"/>
          <w:color w:val="000000"/>
        </w:rPr>
        <w:t>(3)</w:t>
      </w:r>
      <w:r>
        <w:rPr>
          <w:rFonts w:ascii="宋体" w:eastAsia="宋体" w:hAnsi="宋体" w:cs="宋体"/>
          <w:color w:val="000000"/>
        </w:rPr>
        <w:t>将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-8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a(a&gt;1)</w:t>
      </w:r>
      <w:r>
        <w:rPr>
          <w:rFonts w:ascii="宋体" w:eastAsia="宋体" w:hAnsi="宋体" w:cs="宋体"/>
          <w:color w:val="000000"/>
        </w:rPr>
        <w:t>这三个数按照不同的顺序排列，可得到若干个数列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宋体" w:eastAsia="宋体" w:hAnsi="宋体" w:cs="宋体"/>
          <w:color w:val="000000"/>
        </w:rPr>
        <w:t>若这些数列的价值的最小值为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，则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的值为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_______ 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eastAsia="宋体" w:hAnsi="宋体" w:cs="宋体"/>
          <w:color w:val="000000"/>
        </w:rPr>
        <w:t>直接写出答案</w:t>
      </w:r>
      <w:r>
        <w:rPr>
          <w:rFonts w:ascii="Times New Roman" w:eastAsia="Times New Roman" w:hAnsi="Times New Roman" w:cs="Times New Roman"/>
          <w:color w:val="000000"/>
        </w:rPr>
        <w:t>).</w:t>
      </w:r>
    </w:p>
    <w:p>
      <w:pPr>
        <w:pStyle w:val="Heading2"/>
      </w:pPr>
      <w:r>
        <w:t>育才学校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eastAsia="宋体" w:hAnsi="宋体" w:cs="宋体"/>
          <w:color w:val="000000"/>
        </w:rPr>
        <w:t>出租车是一种便捷的出行工具，计价规则如下表：</w:t>
      </w:r>
    </w:p>
    <w:tbl>
      <w:tblPr>
        <w:tblStyle w:val="TableNormal"/>
        <w:tblW w:w="8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454"/>
        <w:gridCol w:w="1811"/>
        <w:gridCol w:w="1335"/>
        <w:gridCol w:w="1335"/>
        <w:gridCol w:w="2370"/>
      </w:tblGrid>
      <w:tr>
        <w:tblPrEx>
          <w:tblW w:w="832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330"/>
        </w:trPr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计费项目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起步价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里程费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时长费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远途费</w:t>
            </w:r>
          </w:p>
        </w:tc>
      </w:tr>
      <w:tr>
        <w:tblPrEx>
          <w:tblW w:w="8325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330"/>
        </w:trPr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单价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>
              <w:rPr>
                <w:rFonts w:ascii="宋体" w:eastAsia="宋体" w:hAnsi="宋体" w:cs="宋体"/>
                <w:color w:val="000000"/>
              </w:rPr>
              <w:t>元（包含里程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宋体" w:eastAsia="宋体" w:hAnsi="宋体" w:cs="宋体"/>
                <w:color w:val="000000"/>
              </w:rPr>
              <w:t>公里，包含时长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>
              <w:rPr>
                <w:rFonts w:ascii="宋体" w:eastAsia="宋体" w:hAnsi="宋体" w:cs="宋体"/>
                <w:color w:val="000000"/>
              </w:rPr>
              <w:t>分钟）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宋体" w:eastAsia="宋体" w:hAnsi="宋体" w:cs="宋体"/>
                <w:color w:val="000000"/>
              </w:rPr>
              <w:t>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>
              <w:rPr>
                <w:rFonts w:ascii="宋体" w:eastAsia="宋体" w:hAnsi="宋体" w:cs="宋体"/>
                <w:color w:val="000000"/>
              </w:rPr>
              <w:t>公里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</w:t>
            </w:r>
            <w:r>
              <w:rPr>
                <w:rFonts w:ascii="宋体" w:eastAsia="宋体" w:hAnsi="宋体" w:cs="宋体"/>
                <w:color w:val="000000"/>
              </w:rPr>
              <w:t>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>
              <w:rPr>
                <w:rFonts w:ascii="宋体" w:eastAsia="宋体" w:hAnsi="宋体" w:cs="宋体"/>
                <w:color w:val="000000"/>
              </w:rPr>
              <w:t>分钟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</w:t>
            </w:r>
            <w:r>
              <w:rPr>
                <w:rFonts w:ascii="宋体" w:eastAsia="宋体" w:hAnsi="宋体" w:cs="宋体"/>
                <w:color w:val="000000"/>
              </w:rPr>
              <w:t>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>
              <w:rPr>
                <w:rFonts w:ascii="宋体" w:eastAsia="宋体" w:hAnsi="宋体" w:cs="宋体"/>
                <w:color w:val="000000"/>
              </w:rPr>
              <w:t>公里（超过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>
              <w:rPr>
                <w:rFonts w:ascii="宋体" w:eastAsia="宋体" w:hAnsi="宋体" w:cs="宋体"/>
                <w:color w:val="000000"/>
              </w:rPr>
              <w:t>公里后，加收远途费）</w:t>
            </w:r>
          </w:p>
        </w:tc>
      </w:tr>
      <w:tr>
        <w:tblPrEx>
          <w:tblW w:w="8325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330"/>
        </w:trPr>
        <w:tc>
          <w:tcPr>
            <w:tcW w:w="832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注：车费由起步价、里程费、时长费、远途费四部分构成．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例如，乘坐出租车，行车里程为</w:t>
      </w:r>
      <w:r>
        <w:rPr>
          <w:rFonts w:ascii="Times New Roman" w:eastAsia="Times New Roman" w:hAnsi="Times New Roman" w:cs="Times New Roman"/>
          <w:color w:val="000000"/>
        </w:rPr>
        <w:t>25</w:t>
      </w:r>
      <w:r>
        <w:rPr>
          <w:rFonts w:ascii="宋体" w:eastAsia="宋体" w:hAnsi="宋体" w:cs="宋体"/>
          <w:color w:val="000000"/>
        </w:rPr>
        <w:t>公里，行车时间为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宋体" w:eastAsia="宋体" w:hAnsi="宋体" w:cs="宋体"/>
          <w:color w:val="000000"/>
        </w:rPr>
        <w:t>分钟，则需付车费为：</w:t>
      </w:r>
      <w:r>
        <w:rPr>
          <w:rFonts w:ascii="Times New Roman" w:eastAsia="Times New Roman" w:hAnsi="Times New Roman" w:cs="Times New Roman"/>
          <w:color w:val="000000"/>
        </w:rPr>
        <w:t>9+2×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25</w:t>
      </w:r>
      <w:r>
        <w:rPr>
          <w:rFonts w:ascii="宋体" w:eastAsia="宋体" w:hAnsi="宋体" w:cs="宋体"/>
          <w:color w:val="000000"/>
        </w:rPr>
        <w:t>﹣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+0.4×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宋体" w:eastAsia="宋体" w:hAnsi="宋体" w:cs="宋体"/>
          <w:color w:val="000000"/>
        </w:rPr>
        <w:t>﹣</w:t>
      </w: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宋体" w:eastAsia="宋体" w:hAnsi="宋体" w:cs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+0.6×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25</w:t>
      </w:r>
      <w:r>
        <w:rPr>
          <w:rFonts w:ascii="宋体" w:eastAsia="宋体" w:hAnsi="宋体" w:cs="宋体"/>
          <w:color w:val="000000"/>
        </w:rPr>
        <w:t>﹣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宋体" w:eastAsia="宋体" w:hAnsi="宋体" w:cs="宋体"/>
          <w:color w:val="000000"/>
        </w:rPr>
        <w:t>）＝</w:t>
      </w:r>
      <w:r>
        <w:rPr>
          <w:rFonts w:ascii="Times New Roman" w:eastAsia="Times New Roman" w:hAnsi="Times New Roman" w:cs="Times New Roman"/>
          <w:color w:val="000000"/>
        </w:rPr>
        <w:t>64.4</w:t>
      </w:r>
      <w:r>
        <w:rPr>
          <w:rFonts w:ascii="宋体" w:eastAsia="宋体" w:hAnsi="宋体" w:cs="宋体"/>
          <w:color w:val="000000"/>
        </w:rPr>
        <w:t>（元）．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）若小淇乘坐出租车，行车里程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58750" cy="190500"/>
            <wp:docPr id="165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" name=""/>
                    <pic:cNvPicPr>
                      <a:picLocks noChangeAspect="1"/>
                    </pic:cNvPicPr>
                  </pic:nvPicPr>
                  <pic:blipFill>
                    <a:blip r:embed="rId597"/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公里，行车时间为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宋体" w:eastAsia="宋体" w:hAnsi="宋体" w:cs="宋体"/>
          <w:color w:val="000000"/>
        </w:rPr>
        <w:t>分钟，则需付车费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</w:t>
      </w:r>
      <w:r>
        <w:rPr>
          <w:rFonts w:ascii="宋体" w:eastAsia="宋体" w:hAnsi="宋体" w:cs="宋体"/>
          <w:color w:val="000000"/>
        </w:rPr>
        <w:t>元．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）若小尧乘坐出租车，行车里程为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公里，行车时间为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＞</w:t>
      </w: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宋体" w:eastAsia="宋体" w:hAnsi="宋体" w:cs="宋体"/>
          <w:color w:val="000000"/>
        </w:rPr>
        <w:t>）分钟．若</w:t>
      </w:r>
      <w:r>
        <w:rPr>
          <w:rFonts w:ascii="Times New Roman" w:eastAsia="Times New Roman" w:hAnsi="Times New Roman" w:cs="Times New Roman"/>
          <w:color w:val="000000"/>
        </w:rPr>
        <w:t>3≤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</w:rPr>
        <w:t>≤20</w:t>
      </w:r>
      <w:r>
        <w:rPr>
          <w:rFonts w:ascii="宋体" w:eastAsia="宋体" w:hAnsi="宋体" w:cs="宋体"/>
          <w:color w:val="000000"/>
        </w:rPr>
        <w:t>，则小尧应付车费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</w:t>
      </w:r>
      <w:r>
        <w:rPr>
          <w:rFonts w:ascii="宋体" w:eastAsia="宋体" w:hAnsi="宋体" w:cs="宋体"/>
          <w:color w:val="000000"/>
        </w:rPr>
        <w:t>元；（用含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的代数式表示，并化简）若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＞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宋体" w:eastAsia="宋体" w:hAnsi="宋体" w:cs="宋体"/>
          <w:color w:val="000000"/>
        </w:rPr>
        <w:t>，则小尧应付车费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  </w:t>
      </w:r>
      <w:r>
        <w:rPr>
          <w:rFonts w:ascii="宋体" w:eastAsia="宋体" w:hAnsi="宋体" w:cs="宋体"/>
          <w:color w:val="000000"/>
        </w:rPr>
        <w:t>元．（用含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的代数式表示，并化简）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）小淇与小尧各自乘坐出租车去市区内某景点（汽车市区内限速</w:t>
      </w:r>
      <w:r>
        <w:rPr>
          <w:rFonts w:ascii="Times New Roman" w:eastAsia="Times New Roman" w:hAnsi="Times New Roman" w:cs="Times New Roman"/>
          <w:color w:val="000000"/>
        </w:rPr>
        <w:t>40</w:t>
      </w:r>
      <w:r>
        <w:rPr>
          <w:rFonts w:ascii="宋体" w:eastAsia="宋体" w:hAnsi="宋体" w:cs="宋体"/>
          <w:color w:val="000000"/>
        </w:rPr>
        <w:t>公里</w:t>
      </w:r>
      <w:r>
        <w:rPr>
          <w:rFonts w:ascii="Times New Roman" w:eastAsia="Times New Roman" w:hAnsi="Times New Roman" w:cs="Times New Roman"/>
          <w:color w:val="000000"/>
        </w:rPr>
        <w:t>/</w:t>
      </w:r>
      <w:r>
        <w:rPr>
          <w:rFonts w:ascii="宋体" w:eastAsia="宋体" w:hAnsi="宋体" w:cs="宋体"/>
          <w:color w:val="000000"/>
        </w:rPr>
        <w:t>小时），行车里程分别为</w:t>
      </w:r>
      <w:r>
        <w:rPr>
          <w:rFonts w:ascii="Times New Roman" w:eastAsia="Times New Roman" w:hAnsi="Times New Roman" w:cs="Times New Roman"/>
          <w:color w:val="000000"/>
        </w:rPr>
        <w:t>19</w:t>
      </w:r>
      <w:r>
        <w:rPr>
          <w:rFonts w:ascii="宋体" w:eastAsia="宋体" w:hAnsi="宋体" w:cs="宋体"/>
          <w:color w:val="000000"/>
        </w:rPr>
        <w:t>公里与</w:t>
      </w:r>
      <w:r>
        <w:rPr>
          <w:rFonts w:ascii="Times New Roman" w:eastAsia="Times New Roman" w:hAnsi="Times New Roman" w:cs="Times New Roman"/>
          <w:color w:val="000000"/>
        </w:rPr>
        <w:t>22</w:t>
      </w:r>
      <w:r>
        <w:rPr>
          <w:rFonts w:ascii="宋体" w:eastAsia="宋体" w:hAnsi="宋体" w:cs="宋体"/>
          <w:color w:val="000000"/>
        </w:rPr>
        <w:t>公里，受路况情况影响，小淇反而比小尧乘车时间多用</w:t>
      </w:r>
      <w:r>
        <w:rPr>
          <w:rFonts w:ascii="Times New Roman" w:eastAsia="Times New Roman" w:hAnsi="Times New Roman" w:cs="Times New Roman"/>
          <w:color w:val="000000"/>
        </w:rPr>
        <w:t>18</w:t>
      </w:r>
      <w:r>
        <w:rPr>
          <w:rFonts w:ascii="宋体" w:eastAsia="宋体" w:hAnsi="宋体" w:cs="宋体"/>
          <w:color w:val="000000"/>
        </w:rPr>
        <w:t>分钟，利用代数式的知识说明谁付的车费多？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29. </w:t>
      </w:r>
      <w:r>
        <w:rPr>
          <w:rFonts w:ascii="宋体" w:eastAsia="宋体" w:hAnsi="宋体" w:cs="宋体"/>
          <w:color w:val="000000"/>
        </w:rPr>
        <w:t>如图，在数轴上有两点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，分别表示</w:t>
      </w:r>
      <w:r>
        <w:pict>
          <v:shape id="_x0000_i701882" type="#_x0000_t75" alt="学科网(www.zxxk.com)--教育资源门户，提供试卷、教案、课件、论文、素材以及各类教学资源下载，还有大量而丰富的教学相关资讯！" style="width:15.75pt;height:12.75pt" o:oleicon="f" o:ole="">
            <v:imagedata r:id="rId598" o:title="eqId274a9dc37509f01c2606fb3086a46f4f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从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点出发，沿数轴的正方向以每秒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个单位的速度运动．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133600" cy="609600"/>
            <wp:docPr id="166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" name=""/>
                    <pic:cNvPicPr>
                      <a:picLocks noChangeAspect="1"/>
                    </pic:cNvPicPr>
                  </pic:nvPicPr>
                  <pic:blipFill>
                    <a:blip r:embed="rId599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pict>
          <v:shape id="_x0000_i701883" type="#_x0000_t75" alt="学科网(www.zxxk.com)--教育资源门户，提供试卷、教案、课件、论文、素材以及各类教学资源下载，还有大量而丰富的教学相关资讯！" style="width:28.5pt;height:13.5pt" o:oleicon="f" o:ole="">
            <v:imagedata r:id="rId600" o:title="eqIdc26a46e7879436d532af3f4b6e258a81"/>
          </v:shape>
        </w:pict>
      </w:r>
      <w:r>
        <w:rPr>
          <w:rFonts w:ascii="Times New Roman" w:eastAsia="Times New Roman" w:hAnsi="Times New Roman" w:cs="Times New Roman"/>
          <w:color w:val="000000"/>
        </w:rPr>
        <w:t xml:space="preserve"> ___________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秒时，点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恰好在</w:t>
      </w:r>
      <w:r>
        <w:pict>
          <v:shape id="_x0000_i701884" type="#_x0000_t75" alt="学科网(www.zxxk.com)--教育资源门户，提供试卷、教案、课件、论文、素材以及各类教学资源下载，还有大量而丰富的教学相关资讯！" style="width:20.05pt;height:12.6pt" o:oleicon="f" o:ole="">
            <v:imagedata r:id="rId601" o:title="eqIdf52a58fbaf4fea03567e88a9f0f6e37e"/>
          </v:shape>
        </w:pict>
      </w:r>
      <w:r>
        <w:rPr>
          <w:rFonts w:ascii="宋体" w:eastAsia="宋体" w:hAnsi="宋体" w:cs="宋体"/>
          <w:color w:val="000000"/>
        </w:rPr>
        <w:t>的中点；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若点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从点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出发，同时点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从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点出发，沿数轴的正方向以每秒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个单位的速度运动，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秒时，</w:t>
      </w:r>
      <w:r>
        <w:pict>
          <v:shape id="_x0000_i701885" type="#_x0000_t75" alt="学科网(www.zxxk.com)--教育资源门户，提供试卷、教案、课件、论文、素材以及各类教学资源下载，还有大量而丰富的教学相关资讯！" style="width:34.5pt;height:15pt" o:oleicon="f" o:ole="">
            <v:imagedata r:id="rId602" o:title="eqIde42a8ba3ea434605e0574339efc9c38f"/>
          </v:shape>
        </w:pi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  <w:sectPr w:rsidSect="00C321EB">
          <w:headerReference w:type="even" r:id="rId160"/>
          <w:footerReference w:type="even" r:id="rId161"/>
          <w:headerReference w:type="first" r:id="rId162"/>
          <w:footerReference w:type="first" r:id="rId163"/>
          <w:pgSz w:w="11906" w:h="16838"/>
          <w:pgMar w:top="910" w:right="1080" w:bottom="1440" w:left="1080" w:header="152" w:footer="0" w:gutter="0"/>
          <w:cols w:space="720"/>
          <w:titlePg w:val="0"/>
          <w:docGrid w:type="lines" w:linePitch="312"/>
        </w:sectPr>
      </w:pPr>
      <w:r>
        <w:rPr>
          <w:color w:val="000000"/>
        </w:rPr>
        <w:t>（4）</w:t>
      </w:r>
      <w:r>
        <w:rPr>
          <w:rFonts w:ascii="宋体" w:eastAsia="宋体" w:hAnsi="宋体" w:cs="宋体"/>
          <w:color w:val="000000"/>
        </w:rPr>
        <w:t>若点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从点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出发，同时点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从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点出发，沿数轴的负方向以每秒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个单位的速度运动，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秒时，点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恰好是</w:t>
      </w:r>
      <w:r>
        <w:pict>
          <v:shape id="_x0000_i701886" type="#_x0000_t75" alt="学科网(www.zxxk.com)--教育资源门户，提供试卷、教案、课件、论文、素材以及各类教学资源下载，还有大量而丰富的教学相关资讯！" style="width:19.3pt;height:13.05pt" o:oleicon="f" o:ole="">
            <v:imagedata r:id="rId603" o:title="eqId2cdba1337ec85fa9722cb4b320a82ae6"/>
          </v:shape>
        </w:pict>
      </w:r>
      <w:r>
        <w:rPr>
          <w:rFonts w:ascii="宋体" w:eastAsia="宋体" w:hAnsi="宋体" w:cs="宋体"/>
          <w:color w:val="000000"/>
        </w:rPr>
        <w:t>的中点．</w:t>
      </w:r>
    </w:p>
    <w:p>
      <w:pPr>
        <w:pStyle w:val="Heading2"/>
      </w:pPr>
      <w:r>
        <w:t>西城区北京师范大学附属实验中学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30. </w:t>
      </w:r>
      <w:r>
        <w:rPr>
          <w:rFonts w:ascii="宋体" w:eastAsia="宋体" w:hAnsi="宋体" w:cs="宋体"/>
          <w:color w:val="000000"/>
        </w:rPr>
        <w:t>如果两个方程的解相差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为正整数，则称解较大的方程为另一个方程的“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—后移方程”．例如：方程</w:t>
      </w:r>
      <w:r>
        <w:pict>
          <v:shape id="_x0000_i701887" type="#_x0000_t75" alt="学科网(www.zxxk.com)--教育资源门户，提供试卷、教案、课件、论文、素材以及各类教学资源下载，还有大量而丰富的教学相关资讯！" style="width:42.8pt;height:14pt" o:oleicon="f" o:ole="">
            <v:imagedata r:id="rId604" o:title="eqId815650356afb1f42207c27d3b11635f1"/>
          </v:shape>
        </w:pict>
      </w:r>
      <w:r>
        <w:rPr>
          <w:rFonts w:ascii="宋体" w:eastAsia="宋体" w:hAnsi="宋体" w:cs="宋体"/>
          <w:color w:val="000000"/>
        </w:rPr>
        <w:t>是方程</w:t>
      </w:r>
      <w:r>
        <w:pict>
          <v:shape id="_x0000_i701888" type="#_x0000_t75" alt="学科网(www.zxxk.com)--教育资源门户，提供试卷、教案、课件、论文、素材以及各类教学资源下载，还有大量而丰富的教学相关资讯！" style="width:42pt;height:14.4pt" o:oleicon="f" o:ole="">
            <v:imagedata r:id="rId605" o:title="eqId776b26892877019247c7a50f735b0f01"/>
          </v:shape>
        </w:pict>
      </w:r>
      <w:r>
        <w:rPr>
          <w:rFonts w:ascii="宋体" w:eastAsia="宋体" w:hAnsi="宋体" w:cs="宋体"/>
          <w:color w:val="000000"/>
        </w:rPr>
        <w:t>的“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—后移方程”．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若方程</w:t>
      </w:r>
      <w:r>
        <w:pict>
          <v:shape id="_x0000_i701889" type="#_x0000_t75" alt="学科网(www.zxxk.com)--教育资源门户，提供试卷、教案、课件、论文、素材以及各类教学资源下载，还有大量而丰富的教学相关资讯！" style="width:45pt;height:12.75pt;mso-position-horizontal-relative:page;mso-position-vertical-relative:page" o:oleicon="f" o:ole="">
            <v:imagedata r:id="rId606" o:title="eqIdb603cebf95754f7de99c2c56e2acd82f"/>
          </v:shape>
        </w:pict>
      </w:r>
      <w:r>
        <w:rPr>
          <w:rFonts w:ascii="宋体" w:eastAsia="宋体" w:hAnsi="宋体" w:cs="宋体"/>
          <w:color w:val="000000"/>
        </w:rPr>
        <w:t>是方程</w:t>
      </w:r>
      <w:r>
        <w:pict>
          <v:shape id="_x0000_i701890" type="#_x0000_t75" alt="学科网(www.zxxk.com)--教育资源门户，提供试卷、教案、课件、论文、素材以及各类教学资源下载，还有大量而丰富的教学相关资讯！" style="width:51.35pt;height:14pt" o:oleicon="f" o:ole="">
            <v:imagedata r:id="rId607" o:title="eqId89674589f3221ddcb2d3f763ed4ea90e"/>
          </v:shape>
        </w:pict>
      </w:r>
      <w:r>
        <w:rPr>
          <w:rFonts w:ascii="宋体" w:eastAsia="宋体" w:hAnsi="宋体" w:cs="宋体"/>
          <w:color w:val="000000"/>
        </w:rPr>
        <w:t>的“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—后移方程”，则</w:t>
      </w:r>
      <w:r>
        <w:pict>
          <v:shape id="_x0000_i701891" type="#_x0000_t75" alt="学科网(www.zxxk.com)--教育资源门户，提供试卷、教案、课件、论文、素材以及各类教学资源下载，还有大量而丰富的教学相关资讯！" style="width:20.4pt;height:11.4pt" o:oleicon="f" o:ole="">
            <v:imagedata r:id="rId608" o:title="eqId380bbacf854e30e2e747fc286d2b9997"/>
          </v:shape>
        </w:pic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若关于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的方程</w:t>
      </w:r>
      <w:r>
        <w:pict>
          <v:shape id="_x0000_i701892" type="#_x0000_t75" alt="学科网(www.zxxk.com)--教育资源门户，提供试卷、教案、课件、论文、素材以及各类教学资源下载，还有大量而丰富的教学相关资讯！" style="width:69.6pt;height:14.4pt" o:oleicon="f" o:ole="">
            <v:imagedata r:id="rId609" o:title="eqId2fca6f590d2fd41f0deabf1779c4b49f"/>
          </v:shape>
        </w:pict>
      </w:r>
      <w:r>
        <w:rPr>
          <w:rFonts w:ascii="宋体" w:eastAsia="宋体" w:hAnsi="宋体" w:cs="宋体"/>
          <w:color w:val="000000"/>
        </w:rPr>
        <w:t>是关于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的方程</w:t>
      </w:r>
      <w:r>
        <w:pict>
          <v:shape id="_x0000_i701893" type="#_x0000_t75" alt="学科网(www.zxxk.com)--教育资源门户，提供试卷、教案、课件、论文、素材以及各类教学资源下载，还有大量而丰富的教学相关资讯！" style="width:51pt;height:14.4pt" o:oleicon="f" o:ole="">
            <v:imagedata r:id="rId610" o:title="eqId9fb276afc01cefe1e5532d2f54645e92"/>
          </v:shape>
        </w:pict>
      </w:r>
      <w:r>
        <w:rPr>
          <w:rFonts w:ascii="宋体" w:eastAsia="宋体" w:hAnsi="宋体" w:cs="宋体"/>
          <w:color w:val="000000"/>
        </w:rPr>
        <w:t>的“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—后移方程”，求代数式</w:t>
      </w:r>
      <w:r>
        <w:pict>
          <v:shape id="_x0000_i701894" type="#_x0000_t75" alt="学科网(www.zxxk.com)--教育资源门户，提供试卷、教案、课件、论文、素材以及各类教学资源下载，还有大量而丰富的教学相关资讯！" style="width:54.6pt;height:20.4pt" o:oleicon="f" o:ole="">
            <v:imagedata r:id="rId611" o:title="eqIdce4c3439e1c282e232754fc26d5af7ee"/>
          </v:shape>
        </w:pict>
      </w:r>
      <w:r>
        <w:rPr>
          <w:rFonts w:ascii="宋体" w:eastAsia="宋体" w:hAnsi="宋体" w:cs="宋体"/>
          <w:color w:val="000000"/>
        </w:rPr>
        <w:t>的值：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当</w:t>
      </w:r>
      <w:r>
        <w:pict>
          <v:shape id="_x0000_i701895" type="#_x0000_t75" alt="学科网(www.zxxk.com)--教育资源门户，提供试卷、教案、课件、论文、素材以及各类教学资源下载，还有大量而丰富的教学相关资讯！" style="width:27.75pt;height:14.25pt" o:oleicon="f" o:ole="">
            <v:imagedata r:id="rId612" o:title="eqId20849c00c47cbdc43f18d53341b6c4e5"/>
          </v:shape>
        </w:pict>
      </w:r>
      <w:r>
        <w:rPr>
          <w:rFonts w:ascii="宋体" w:eastAsia="宋体" w:hAnsi="宋体" w:cs="宋体"/>
          <w:color w:val="000000"/>
        </w:rPr>
        <w:t>时，如果方程</w:t>
      </w:r>
      <w:r>
        <w:pict>
          <v:shape id="_x0000_i701896" type="#_x0000_t75" alt="学科网(www.zxxk.com)--教育资源门户，提供试卷、教案、课件、论文、素材以及各类教学资源下载，还有大量而丰富的教学相关资讯！" style="width:48pt;height:14.25pt" o:oleicon="f" o:ole="">
            <v:imagedata r:id="rId613" o:title="eqId8b927a9c710c05279eb72a961efea6d4"/>
          </v:shape>
        </w:pict>
      </w:r>
      <w:r>
        <w:rPr>
          <w:rFonts w:ascii="宋体" w:eastAsia="宋体" w:hAnsi="宋体" w:cs="宋体"/>
          <w:color w:val="000000"/>
        </w:rPr>
        <w:t>是方程</w:t>
      </w:r>
      <w:r>
        <w:pict>
          <v:shape id="_x0000_i701897" type="#_x0000_t75" alt="学科网(www.zxxk.com)--教育资源门户，提供试卷、教案、课件、论文、素材以及各类教学资源下载，还有大量而丰富的教学相关资讯！" style="width:63.6pt;height:14.4pt" o:oleicon="f" o:ole="">
            <v:imagedata r:id="rId614" o:title="eqId70258946e5f1cd7c3f9325b7a334e702"/>
          </v:shape>
        </w:pict>
      </w:r>
      <w:r>
        <w:rPr>
          <w:rFonts w:ascii="宋体" w:eastAsia="宋体" w:hAnsi="宋体" w:cs="宋体"/>
          <w:color w:val="000000"/>
        </w:rPr>
        <w:t>的“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—后移方程”，求代数式</w:t>
      </w:r>
      <w:r>
        <w:pict>
          <v:shape id="_x0000_i701898" type="#_x0000_t75" alt="学科网(www.zxxk.com)--教育资源门户，提供试卷、教案、课件、论文、素材以及各类教学资源下载，还有大量而丰富的教学相关资讯！" style="width:87pt;height:20.4pt" o:oleicon="f" o:ole="">
            <v:imagedata r:id="rId615" o:title="eqIde2bc22e7eb5b8c16578d8c264e7a4479"/>
          </v:shape>
        </w:pict>
      </w:r>
      <w:r>
        <w:rPr>
          <w:rFonts w:ascii="宋体" w:eastAsia="宋体" w:hAnsi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31. </w:t>
      </w:r>
      <w:r>
        <w:rPr>
          <w:rFonts w:ascii="宋体" w:eastAsia="宋体" w:hAnsi="宋体" w:cs="宋体"/>
          <w:color w:val="000000"/>
        </w:rPr>
        <w:t>若一个两位数的十位和个位上的数字分别为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，我们可将这个两位数记为</w:t>
      </w:r>
      <w:r>
        <w:pict>
          <v:shape id="_x0000_i701899" type="#_x0000_t75" alt="学科网(www.zxxk.com)--教育资源门户，提供试卷、教案、课件、论文、素材以及各类教学资源下载，还有大量而丰富的教学相关资讯！" style="width:15.6pt;height:15pt" o:oleicon="f" o:ole="">
            <v:imagedata r:id="rId616" o:title="eqId9849398644ac4db883c21042c66d7a43"/>
          </v:shape>
        </w:pict>
      </w:r>
      <w:r>
        <w:rPr>
          <w:rFonts w:ascii="宋体" w:eastAsia="宋体" w:hAnsi="宋体" w:cs="宋体"/>
          <w:color w:val="000000"/>
        </w:rPr>
        <w:t>．同理，一个三位数的百位、十位和个位上的数字分别为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i/>
          <w:color w:val="000000"/>
        </w:rPr>
        <w:t>．</w:t>
      </w:r>
      <w:r>
        <w:rPr>
          <w:rFonts w:ascii="宋体" w:eastAsia="宋体" w:hAnsi="宋体" w:cs="宋体"/>
          <w:color w:val="000000"/>
        </w:rPr>
        <w:t>则这个三位数可记为</w:t>
      </w:r>
      <w:r>
        <w:pict>
          <v:shape id="_x0000_i701900" type="#_x0000_t75" alt="学科网(www.zxxk.com)--教育资源门户，提供试卷、教案、课件、论文、素材以及各类教学资源下载，还有大量而丰富的教学相关资讯！" style="width:21pt;height:17.25pt" o:oleicon="f" o:ole="">
            <v:imagedata r:id="rId617" o:title="eqIda675d752761f68640cb84085823063bf"/>
          </v:shape>
        </w:pi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若</w:t>
      </w:r>
      <w:r>
        <w:pict>
          <v:shape id="_x0000_i701901" type="#_x0000_t75" alt="学科网(www.zxxk.com)--教育资源门户，提供试卷、教案、课件、论文、素材以及各类教学资源下载，还有大量而丰富的教学相关资讯！" style="width:27pt;height:14.25pt" o:oleicon="f" o:ole="">
            <v:imagedata r:id="rId618" o:title="eqIde55aa0a20848c37c1892c567b2315e04"/>
          </v:shape>
        </w:pict>
      </w:r>
      <w:r>
        <w:rPr>
          <w:rFonts w:ascii="宋体" w:eastAsia="宋体" w:hAnsi="宋体" w:cs="宋体"/>
          <w:color w:val="000000"/>
        </w:rPr>
        <w:t>，则</w:t>
      </w:r>
      <w:r>
        <w:pict>
          <v:shape id="_x0000_i701902" type="#_x0000_t75" alt="学科网(www.zxxk.com)--教育资源门户，提供试卷、教案、课件、论文、素材以及各类教学资源下载，还有大量而丰富的教学相关资讯！" style="width:48pt;height:17.25pt" o:oleicon="f" o:ole="">
            <v:imagedata r:id="rId619" o:title="eqId68a5d9e8676559e2dd1ddf8c92096154"/>
          </v:shape>
        </w:pic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；若</w:t>
      </w:r>
      <w:r>
        <w:pict>
          <v:shape id="_x0000_i701903" type="#_x0000_t75" alt="学科网(www.zxxk.com)--教育资源门户，提供试卷、教案、课件、论文、素材以及各类教学资源下载，还有大量而丰富的教学相关资讯！" style="width:24.75pt;height:14.25pt" o:oleicon="f" o:ole="">
            <v:imagedata r:id="rId620" o:title="eqId8cbeede118c407a800b05757b9a1393e"/>
          </v:shape>
        </w:pict>
      </w:r>
      <w:r>
        <w:rPr>
          <w:rFonts w:ascii="宋体" w:eastAsia="宋体" w:hAnsi="宋体" w:cs="宋体"/>
          <w:color w:val="000000"/>
        </w:rPr>
        <w:t>，则</w:t>
      </w:r>
      <w:r>
        <w:pict>
          <v:shape id="_x0000_i701904" type="#_x0000_t75" alt="学科网(www.zxxk.com)--教育资源门户，提供试卷、教案、课件、论文、素材以及各类教学资源下载，还有大量而丰富的教学相关资讯！" style="width:54pt;height:17.4pt" o:oleicon="f" o:ole="">
            <v:imagedata r:id="rId621" o:title="eqId6988161f5130de4cae7abfc6fb06b810"/>
          </v:shape>
        </w:pic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pict>
          <v:shape id="_x0000_i701905" type="#_x0000_t75" alt="学科网(www.zxxk.com)--教育资源门户，提供试卷、教案、课件、论文、素材以及各类教学资源下载，还有大量而丰富的教学相关资讯！" style="width:39pt;height:17.4pt" o:oleicon="f" o:ole="">
            <v:imagedata r:id="rId623" o:title="eqId1c2cffca02414344bc92f2482a7751af"/>
          </v:shape>
        </w:pict>
      </w:r>
      <w:r>
        <w:rPr>
          <w:rFonts w:ascii="宋体" w:eastAsia="宋体" w:hAnsi="宋体" w:cs="宋体"/>
          <w:color w:val="000000"/>
        </w:rPr>
        <w:t>一定能被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整除，</w:t>
      </w:r>
      <w:r>
        <w:pict>
          <v:shape id="_x0000_i701906" type="#_x0000_t75" alt="学科网(www.zxxk.com)--教育资源门户，提供试卷、教案、课件、论文、素材以及各类教学资源下载，还有大量而丰富的教学相关资讯！" style="width:38.25pt;height:17.25pt" o:oleicon="f" o:ole="">
            <v:imagedata r:id="rId624" o:title="eqId2265035ea64e913396128b9c7a838cb9"/>
          </v:shape>
        </w:pict>
      </w:r>
      <w:r>
        <w:rPr>
          <w:rFonts w:ascii="宋体" w:eastAsia="宋体" w:hAnsi="宋体" w:cs="宋体"/>
          <w:color w:val="000000"/>
        </w:rPr>
        <w:t>一定能被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整除．（请从大于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66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" name=""/>
                    <pic:cNvPicPr>
                      <a:picLocks noChangeAspect="1"/>
                    </pic:cNvPicPr>
                  </pic:nvPicPr>
                  <pic:blipFill>
                    <a:blip r:embed="rId62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整数中选择合适的数填空）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任选一个三位数，要求个、十、百位的数字各不相同且不为零，把这个三位数的三个数字按大小重新排列，得出一个最大的数和一个最小的数，用得出的最大的数减去最小的数得到一个新数，再将这个新数按上述方式重新排列，再相减，像这样运算若干次后一定会得到同一个重复出现的数，这个数称为“卡普雷卡尔黑洞数”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rFonts w:ascii="宋体" w:eastAsia="宋体" w:hAnsi="宋体" w:cs="宋体"/>
          <w:color w:val="000000"/>
        </w:rPr>
        <w:t>“卡普雷卡尔黑洞数”是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  <w:sectPr w:rsidSect="00C321EB">
          <w:headerReference w:type="even" r:id="rId263"/>
          <w:footerReference w:type="even" r:id="rId264"/>
          <w:headerReference w:type="first" r:id="rId265"/>
          <w:footerReference w:type="first" r:id="rId266"/>
          <w:pgSz w:w="11906" w:h="16838"/>
          <w:pgMar w:top="910" w:right="1080" w:bottom="1440" w:left="1080" w:header="152" w:footer="0" w:gutter="0"/>
          <w:cols w:space="720"/>
          <w:titlePg w:val="0"/>
          <w:docGrid w:type="lines" w:linePitch="312"/>
        </w:sectPr>
      </w:pP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eastAsia="宋体" w:hAnsi="宋体" w:cs="宋体"/>
          <w:color w:val="000000"/>
        </w:rPr>
        <w:t>若设三位数为</w:t>
      </w:r>
      <w:r>
        <w:pict>
          <v:shape id="_x0000_i701907" type="#_x0000_t75" alt="学科网(www.zxxk.com)--教育资源门户，提供试卷、教案、课件、论文、素材以及各类教学资源下载，还有大量而丰富的教学相关资讯！" style="width:21pt;height:17.25pt" o:oleicon="f" o:ole="">
            <v:imagedata r:id="rId625" o:title="eqIda675d752761f68640cb84085823063bf"/>
          </v:shape>
        </w:pict>
      </w:r>
      <w:r>
        <w:rPr>
          <w:rFonts w:ascii="宋体" w:eastAsia="宋体" w:hAnsi="宋体" w:cs="宋体"/>
          <w:color w:val="000000"/>
        </w:rPr>
        <w:t>（不妨设</w:t>
      </w:r>
      <w:r>
        <w:pict>
          <v:shape id="_x0000_i701908" type="#_x0000_t75" alt="学科网(www.zxxk.com)--教育资源门户，提供试卷、教案、课件、论文、素材以及各类教学资源下载，还有大量而丰富的教学相关资讯！" style="width:63pt;height:14.25pt" o:oleicon="f" o:ole="">
            <v:imagedata r:id="rId626" o:title="eqId497d269c30eec393e3f0e877ddbe2983"/>
          </v:shape>
        </w:pict>
      </w:r>
      <w:r>
        <w:rPr>
          <w:rFonts w:ascii="宋体" w:eastAsia="宋体" w:hAnsi="宋体" w:cs="宋体"/>
          <w:color w:val="000000"/>
        </w:rPr>
        <w:t>），试说明其可产生“卡普雷卡尔黑洞数”．</w:t>
      </w:r>
    </w:p>
    <w:p>
      <w:pPr>
        <w:pStyle w:val="Heading2"/>
      </w:pPr>
      <w:r>
        <w:t>西城区第十五中学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eastAsia="宋体" w:hAnsi="宋体" w:cs="宋体"/>
          <w:color w:val="000000"/>
        </w:rPr>
        <w:t>如图，在数轴上点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表示数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表示数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 xml:space="preserve"> C </w:t>
      </w:r>
      <w:r>
        <w:rPr>
          <w:rFonts w:ascii="宋体" w:eastAsia="宋体" w:hAnsi="宋体" w:cs="宋体"/>
          <w:color w:val="000000"/>
        </w:rPr>
        <w:t>表示数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，其中数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是最小的正整数，数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满足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pict>
          <v:shape id="_x0000_i701909" type="#_x0000_t75" alt="学科网(www.zxxk.com)--教育资源门户，提供试卷、教案、课件、论文、素材以及各类教学资源下载，还有大量而丰富的教学相关资讯！" style="width:90.75pt;height:21.75pt" o:oleicon="f" o:ole="">
            <v:imagedata r:id="rId627" o:title="eqIdc89f41fe43bda787cad53ae10a7dd7b6"/>
          </v:shape>
        </w:pict>
      </w:r>
      <w:r>
        <w:rPr>
          <w:rFonts w:ascii="宋体" w:eastAsia="宋体" w:hAnsi="宋体" w:cs="宋体"/>
          <w:color w:val="000000"/>
        </w:rPr>
        <w:t>．若点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与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之间的距离表示为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pict>
          <v:shape id="_x0000_i701910" type="#_x0000_t75" alt="学科网(www.zxxk.com)--教育资源门户，提供试卷、教案、课件、论文、素材以及各类教学资源下载，还有大量而丰富的教学相关资讯！" style="width:20.05pt;height:12.6pt" o:oleicon="f" o:ole="">
            <v:imagedata r:id="rId628" o:title="eqIdf52a58fbaf4fea03567e88a9f0f6e37e"/>
          </v:shape>
        </w:pic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与点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之间的距离表示为</w:t>
      </w:r>
      <w:r>
        <w:rPr>
          <w:rFonts w:ascii="Times New Roman" w:eastAsia="Times New Roman" w:hAnsi="Times New Roman" w:cs="Times New Roman"/>
          <w:i/>
          <w:color w:val="000000"/>
        </w:rPr>
        <w:t>AC</w: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与点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之间的距离表示为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pict>
          <v:shape id="_x0000_i701911" type="#_x0000_t75" alt="学科网(www.zxxk.com)--教育资源门户，提供试卷、教案、课件、论文、素材以及各类教学资源下载，还有大量而丰富的教学相关资讯！" style="width:20.2pt;height:14pt" o:oleicon="f" o:ole="">
            <v:imagedata r:id="rId629" o:title="eqId0dc5c9827dfd0be5a9c85962d6ccbfb1"/>
          </v:shape>
        </w:pi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323975" cy="161925"/>
            <wp:docPr id="166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" name=""/>
                    <pic:cNvPicPr>
                      <a:picLocks noChangeAspect="1"/>
                    </pic:cNvPicPr>
                  </pic:nvPicPr>
                  <pic:blipFill>
                    <a:blip r:embed="rId630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由题意可得：</w:t>
      </w:r>
      <w:r>
        <w:pict>
          <v:shape id="_x0000_i701912" type="#_x0000_t75" alt="学科网(www.zxxk.com)--教育资源门户，提供试卷、教案、课件、论文、素材以及各类教学资源下载，还有大量而丰富的教学相关资讯！" style="width:20.4pt;height:11.4pt" o:oleicon="f" o:ole="">
            <v:imagedata r:id="rId631" o:title="eqId380bbacf854e30e2e747fc286d2b9997"/>
          </v:shape>
        </w:pi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</w: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913" type="#_x0000_t75" alt="学科网(www.zxxk.com)--教育资源门户，提供试卷、教案、课件、论文、素材以及各类教学资源下载，还有大量而丰富的教学相关资讯！" style="width:19pt;height:13.95pt" o:oleicon="f" o:ole="">
            <v:imagedata r:id="rId632" o:title="eqId5ccd4162c7d09f970cb77cadacdbe521"/>
          </v:shape>
        </w:pi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</w: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914" type="#_x0000_t75" alt="学科网(www.zxxk.com)--教育资源门户，提供试卷、教案、课件、论文、素材以及各类教学资源下载，还有大量而丰富的教学相关资讯！" style="width:18.75pt;height:11.25pt" o:oleicon="f" o:ole="">
            <v:imagedata r:id="rId633" o:title="eqIdf4e9bb42376c12d7d21702ae8062b25a"/>
          </v:shape>
        </w:pi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以每秒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个单位长度的速度沿数轴向左运动，点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和点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分别以每秒</w:t>
      </w:r>
      <w:r>
        <w:rPr>
          <w:rFonts w:ascii="Times New Roman" w:eastAsia="Times New Roman" w:hAnsi="Times New Roman" w:cs="Times New Roman"/>
          <w:color w:val="000000"/>
        </w:rPr>
        <w:t xml:space="preserve"> 2</w:t>
      </w:r>
      <w:r>
        <w:rPr>
          <w:rFonts w:ascii="宋体" w:eastAsia="宋体" w:hAnsi="宋体" w:cs="宋体"/>
          <w:color w:val="000000"/>
        </w:rPr>
        <w:t>个单位长度和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个单位长度的速度沿数轴向右运动，设点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Times New Roman" w:eastAsia="Times New Roman" w:hAnsi="Times New Roman" w:cs="Times New Roman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同时运动，运动时间为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宋体" w:eastAsia="宋体" w:hAnsi="宋体" w:cs="宋体"/>
          <w:color w:val="000000"/>
        </w:rPr>
        <w:t>秒．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①当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pict>
          <v:shape id="_x0000_i701915" type="#_x0000_t75" alt="学科网(www.zxxk.com)--教育资源门户，提供试卷、教案、课件、论文、素材以及各类教学资源下载，还有大量而丰富的教学相关资讯！" style="width:24.75pt;height:14.25pt" o:oleicon="f" o:ole="">
            <v:imagedata r:id="rId634" o:title="eqId8cbeede118c407a800b05757b9a1393e"/>
          </v:shape>
        </w:pi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时，分别求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pict>
          <v:shape id="_x0000_i701916" type="#_x0000_t75" alt="学科网(www.zxxk.com)--教育资源门户，提供试卷、教案、课件、论文、素材以及各类教学资源下载，还有大量而丰富的教学相关资讯！" style="width:21.25pt;height:14.2pt" o:oleicon="f" o:ole="">
            <v:imagedata r:id="rId635" o:title="eqId60ef95894ceebaf236170e8832dcf7e3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917" type="#_x0000_t75" alt="学科网(www.zxxk.com)--教育资源门户，提供试卷、教案、课件、论文、素材以及各类教学资源下载，还有大量而丰富的教学相关资讯！" style="width:20.05pt;height:12.6pt" o:oleicon="f" o:ole="">
            <v:imagedata r:id="rId636" o:title="eqIdf52a58fbaf4fea03567e88a9f0f6e37e"/>
          </v:shape>
        </w:pi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的长度；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②在点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同时运动的过程中，</w:t>
      </w:r>
      <w:r>
        <w:pict>
          <v:shape id="_x0000_i701918" type="#_x0000_t75" alt="学科网(www.zxxk.com)--教育资源门户，提供试卷、教案、课件、论文、素材以及各类教学资源下载，还有大量而丰富的教学相关资讯！" style="width:58.5pt;height:13.5pt" o:oleicon="f" o:ole="">
            <v:imagedata r:id="rId637" o:title="eqIdff01078fcad3e1517528d5014d8b897c"/>
          </v:shape>
        </w:pict>
      </w:r>
      <w:r>
        <w:rPr>
          <w:rFonts w:ascii="宋体" w:eastAsia="宋体" w:hAnsi="宋体" w:cs="宋体"/>
          <w:color w:val="000000"/>
        </w:rPr>
        <w:t>的值是否随着时间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pict>
          <v:shape id="_x0000_i701919" type="#_x0000_t75" alt="学科网(www.zxxk.com)--教育资源门户，提供试卷、教案、课件、论文、素材以及各类教学资源下载，还有大量而丰富的教学相关资讯！" style="width:7.35pt;height:11.9pt" o:oleicon="f" o:ole="">
            <v:imagedata r:id="rId638" o:title="eqId36a1b09c653185842513e24ebba60bb3"/>
          </v:shape>
        </w:pi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的变化而变化？若变化，说明理由；若不变，求出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pict>
          <v:shape id="_x0000_i701920" type="#_x0000_t75" alt="学科网(www.zxxk.com)--教育资源门户，提供试卷、教案、课件、论文、素材以及各类教学资源下载，还有大量而丰富的教学相关资讯！" style="width:58.5pt;height:13.5pt" o:oleicon="f" o:ole="">
            <v:imagedata r:id="rId637" o:title="eqIdff01078fcad3e1517528d5014d8b897c"/>
          </v:shape>
        </w:pict>
      </w:r>
      <w:r>
        <w:rPr>
          <w:rFonts w:ascii="宋体" w:eastAsia="宋体" w:hAnsi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eastAsia="宋体" w:hAnsi="宋体" w:cs="宋体"/>
          <w:color w:val="000000"/>
        </w:rPr>
        <w:t>将网格中相邻的两个数分别加上同一个数，称为一步变换．比如，我们可以用三步变换将网格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变成网格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，变换过程如图：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5238750" cy="1357347"/>
            <wp:docPr id="166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" name=""/>
                    <pic:cNvPicPr>
                      <a:picLocks noChangeAspect="1"/>
                    </pic:cNvPicPr>
                  </pic:nvPicPr>
                  <pic:blipFill>
                    <a:blip r:embed="rId639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357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用两步变换将网格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变成网格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，请在网格中填写第一步变换后的结果；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4724400" cy="1666875"/>
            <wp:docPr id="166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" name=""/>
                    <pic:cNvPicPr>
                      <a:picLocks noChangeAspect="1"/>
                    </pic:cNvPicPr>
                  </pic:nvPicPr>
                  <pic:blipFill>
                    <a:blip r:embed="rId640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若网格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经过若干步变换可以变成网格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，请直接写出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之间满足的关系．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962275" cy="1647825"/>
            <wp:docPr id="167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" name=""/>
                    <pic:cNvPicPr>
                      <a:picLocks noChangeAspect="1"/>
                    </pic:cNvPicPr>
                  </pic:nvPicPr>
                  <pic:blipFill>
                    <a:blip r:embed="rId641"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26</w:t>
      </w:r>
      <w:r>
        <w:rPr>
          <w:color w:val="000000"/>
          <w:position w:val="-22"/>
        </w:rPr>
        <w:drawing>
          <wp:inline>
            <wp:extent cx="31750" cy="88900"/>
            <wp:docPr id="167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" name=""/>
                    <pic:cNvPicPr>
                      <a:picLocks noChangeAspect="1"/>
                    </pic:cNvPicPr>
                  </pic:nvPicPr>
                  <pic:blipFill>
                    <a:blip r:embed="rId642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阅读材料，并回答问题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钟表中蕴含着有趣的数学运算，不用负数也可以作减法，例如现在是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点钟，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小时以后是几点钟？虽然</w:t>
      </w:r>
      <w:r>
        <w:pict>
          <v:shape id="_x0000_i701921" type="#_x0000_t75" alt="学科网(www.zxxk.com)--教育资源门户，提供试卷、教案、课件、论文、素材以及各类教学资源下载，还有大量而丰富的教学相关资讯！" style="width:54pt;height:13.95pt" o:oleicon="f" o:ole="">
            <v:imagedata r:id="rId643" o:title="eqIdc3d1ea5488efe4c782aff627fed52fe5"/>
          </v:shape>
        </w:pict>
      </w:r>
      <w:r>
        <w:rPr>
          <w:rFonts w:ascii="宋体" w:eastAsia="宋体" w:hAnsi="宋体" w:cs="宋体"/>
          <w:color w:val="000000"/>
        </w:rPr>
        <w:t>，但在表盘上看到的是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点钟．如果用符号“</w:t>
      </w:r>
      <w:r>
        <w:pict>
          <v:shape id="_x0000_i701922" type="#_x0000_t75" alt="学科网(www.zxxk.com)--教育资源门户，提供试卷、教案、课件、论文、素材以及各类教学资源下载，还有大量而丰富的教学相关资讯！" style="width:12.75pt;height:14.25pt" o:oleicon="f" o:ole="">
            <v:imagedata r:id="rId644" o:title="eqId4c3c2f679d53b91088ba6eb14c16cbc0"/>
          </v:shape>
        </w:pict>
      </w:r>
      <w:r>
        <w:rPr>
          <w:rFonts w:ascii="宋体" w:eastAsia="宋体" w:hAnsi="宋体" w:cs="宋体"/>
          <w:color w:val="000000"/>
        </w:rPr>
        <w:t>”表示钟表上的加法，则</w:t>
      </w:r>
      <w:r>
        <w:pict>
          <v:shape id="_x0000_i701923" type="#_x0000_t75" alt="学科网(www.zxxk.com)--教育资源门户，提供试卷、教案、课件、论文、素材以及各类教学资源下载，还有大量而丰富的教学相关资讯！" style="width:51pt;height:13.95pt" o:oleicon="f" o:ole="">
            <v:imagedata r:id="rId645" o:title="eqId42e8224198b4587c41c3b170cd2c1c48"/>
          </v:shape>
        </w:pict>
      </w:r>
      <w:r>
        <w:rPr>
          <w:rFonts w:ascii="宋体" w:eastAsia="宋体" w:hAnsi="宋体" w:cs="宋体"/>
          <w:color w:val="000000"/>
        </w:rPr>
        <w:t>．若问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点钟之前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小时是几点钟，就得到钟表上的减法概念，用符号“</w:t>
      </w:r>
      <w:r>
        <w:pict>
          <v:shape id="_x0000_i701924" type="#_x0000_t75" alt="学科网(www.zxxk.com)--教育资源门户，提供试卷、教案、课件、论文、素材以及各类教学资源下载，还有大量而丰富的教学相关资讯！" style="width:13pt;height:14pt" o:oleicon="f" o:ole="">
            <v:imagedata r:id="rId646" o:title="eqId311dc8c9eda7c8700fab0034155f6070"/>
          </v:shape>
        </w:pict>
      </w:r>
      <w:r>
        <w:rPr>
          <w:rFonts w:ascii="宋体" w:eastAsia="宋体" w:hAnsi="宋体" w:cs="宋体"/>
          <w:color w:val="000000"/>
        </w:rPr>
        <w:t>”表示钟表上的减法．（注：我们用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点钟代替</w:t>
      </w: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宋体" w:eastAsia="宋体" w:hAnsi="宋体" w:cs="宋体"/>
          <w:color w:val="000000"/>
        </w:rPr>
        <w:t>点钟）由．上述材料可知：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pict>
          <v:shape id="_x0000_i701925" type="#_x0000_t75" alt="学科网(www.zxxk.com)--教育资源门户，提供试卷、教案、课件、论文、素材以及各类教学资源下载，还有大量而丰富的教学相关资讯！" style="width:37pt;height:13.95pt" o:oleicon="f" o:ole="">
            <v:imagedata r:id="rId647" o:title="eqId85a5a3c3434389ed16d53f00bb784199"/>
          </v:shape>
        </w:pic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926" type="#_x0000_t75" alt="学科网(www.zxxk.com)--教育资源门户，提供试卷、教案、课件、论文、素材以及各类教学资源下载，还有大量而丰富的教学相关资讯！" style="width:38pt;height:15pt" o:oleicon="f" o:ole="">
            <v:imagedata r:id="rId648" o:title="eqId3105a8810326c0af5884cb23b85a22db"/>
          </v:shape>
        </w:pic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在有理数运算中，相加得零的两个数互为相反数，如果在钟表运算中沿用这个概念，则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的相反数是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，举例说明有理数减法法则：减去一个数等于加上这个数的相反数，在钟表运算中是否仍然成立；</w:t>
      </w:r>
    </w:p>
    <w:p>
      <w:pPr>
        <w:spacing w:line="360" w:lineRule="auto"/>
        <w:jc w:val="left"/>
        <w:textAlignment w:val="center"/>
        <w:rPr>
          <w:color w:val="000000"/>
        </w:rPr>
        <w:sectPr w:rsidSect="00C321EB">
          <w:headerReference w:type="even" r:id="rId166"/>
          <w:footerReference w:type="even" r:id="rId167"/>
          <w:headerReference w:type="first" r:id="rId168"/>
          <w:footerReference w:type="first" r:id="rId169"/>
          <w:pgSz w:w="11906" w:h="16838"/>
          <w:pgMar w:top="910" w:right="1080" w:bottom="1440" w:left="1080" w:header="152" w:footer="0" w:gutter="0"/>
          <w:cols w:space="720"/>
          <w:titlePg w:val="0"/>
          <w:docGrid w:type="lines" w:linePitch="312"/>
        </w:sect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规定在钟表运算中也有</w:t>
      </w:r>
      <w:r>
        <w:pict>
          <v:shape id="_x0000_i701927" type="#_x0000_t75" alt="学科网(www.zxxk.com)--教育资源门户，提供试卷、教案、课件、论文、素材以及各类教学资源下载，还有大量而丰富的教学相关资讯！" style="width:209pt;height:13.95pt" o:oleicon="f" o:ole="">
            <v:imagedata r:id="rId649" o:title="eqId34010be1246ada3e45057cfb361751d1"/>
          </v:shape>
        </w:pict>
      </w:r>
      <w:r>
        <w:rPr>
          <w:rFonts w:ascii="宋体" w:eastAsia="宋体" w:hAnsi="宋体" w:cs="宋体"/>
          <w:color w:val="000000"/>
        </w:rPr>
        <w:t>．对于钟表上的任意数字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，若</w:t>
      </w:r>
      <w:r>
        <w:pict>
          <v:shape id="_x0000_i701928" type="#_x0000_t75" alt="学科网(www.zxxk.com)--教育资源门户，提供试卷、教案、课件、论文、素材以及各类教学资源下载，还有大量而丰富的教学相关资讯！" style="width:27.75pt;height:14.25pt" o:oleicon="f" o:ole="">
            <v:imagedata r:id="rId650" o:title="eqIdc6a46e678bf9d2df5ad4c782b3dc22f5"/>
          </v:shape>
        </w:pict>
      </w:r>
      <w:r>
        <w:rPr>
          <w:rFonts w:ascii="宋体" w:eastAsia="宋体" w:hAnsi="宋体" w:cs="宋体"/>
          <w:color w:val="000000"/>
        </w:rPr>
        <w:t>，判断</w:t>
      </w:r>
      <w:r>
        <w:pict>
          <v:shape id="_x0000_i701929" type="#_x0000_t75" alt="学科网(www.zxxk.com)--教育资源门户，提供试卷、教案、课件、论文、素材以及各类教学资源下载，还有大量而丰富的教学相关资讯！" style="width:45.6pt;height:14.4pt" o:oleicon="f" o:ole="">
            <v:imagedata r:id="rId651" o:title="eqId068449a6bc5f8f99f5efee2439fa2a5c"/>
          </v:shape>
        </w:pict>
      </w:r>
      <w:r>
        <w:rPr>
          <w:rFonts w:ascii="宋体" w:eastAsia="宋体" w:hAnsi="宋体" w:cs="宋体"/>
          <w:color w:val="000000"/>
        </w:rPr>
        <w:t>是否一定成立．</w:t>
      </w:r>
    </w:p>
    <w:p>
      <w:pPr>
        <w:pStyle w:val="Heading2"/>
      </w:pPr>
      <w:r>
        <w:t>西城外国语学校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eastAsia="宋体" w:hAnsi="宋体" w:cs="宋体"/>
          <w:color w:val="000000"/>
        </w:rPr>
        <w:t>对于三个数</w:t>
      </w:r>
      <w:r>
        <w:pict>
          <v:shape id="_x0000_i701930" type="#_x0000_t75" alt="学科网(www.zxxk.com)--教育资源门户，提供试卷、教案、课件、论文、素材以及各类教学资源下载，还有大量而丰富的教学相关资讯！" style="width:9pt;height:9.75pt" o:oleicon="f" o:ole="">
            <v:imagedata r:id="rId652" o:title="eqId0a6936d370d6a238a608ca56f87198de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931" type="#_x0000_t75" alt="学科网(www.zxxk.com)--教育资源门户，提供试卷、教案、课件、论文、素材以及各类教学资源下载，还有大量而丰富的教学相关资讯！" style="width:9.9pt;height:14.35pt" o:oleicon="f" o:ole="">
            <v:imagedata r:id="rId653" o:title="eqId2c94bb12cee76221e13f9ef955b0aab1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932" type="#_x0000_t75" alt="学科网(www.zxxk.com)--教育资源门户，提供试卷、教案、课件、论文、素材以及各类教学资源下载，还有大量而丰富的教学相关资讯！" style="width:9pt;height:11.25pt" o:oleicon="f" o:ole="">
            <v:imagedata r:id="rId654" o:title="eqId071a7e733d466949ac935b4b8ee8d183"/>
          </v:shape>
        </w:pict>
      </w:r>
      <w:r>
        <w:rPr>
          <w:rFonts w:ascii="宋体" w:eastAsia="宋体" w:hAnsi="宋体" w:cs="宋体"/>
          <w:color w:val="000000"/>
        </w:rPr>
        <w:t>，用</w:t>
      </w:r>
      <w:r>
        <w:pict>
          <v:shape id="_x0000_i701933" type="#_x0000_t75" alt="学科网(www.zxxk.com)--教育资源门户，提供试卷、教案、课件、论文、素材以及各类教学资源下载，还有大量而丰富的教学相关资讯！" style="width:51pt;height:15.75pt" o:oleicon="f" o:ole="">
            <v:imagedata r:id="rId655" o:title="eqId20e4ebab67ebbf9fa04ede2bed699657"/>
          </v:shape>
        </w:pict>
      </w:r>
      <w:r>
        <w:rPr>
          <w:rFonts w:ascii="宋体" w:eastAsia="宋体" w:hAnsi="宋体" w:cs="宋体"/>
          <w:color w:val="000000"/>
        </w:rPr>
        <w:t>表示这三个数的平均数，用</w:t>
      </w:r>
      <w:r>
        <w:pict>
          <v:shape id="_x0000_i701934" type="#_x0000_t75" alt="学科网(www.zxxk.com)--教育资源门户，提供试卷、教案、课件、论文、素材以及各类教学资源下载，还有大量而丰富的教学相关资讯！" style="width:60pt;height:16pt" o:oleicon="f" o:ole="">
            <v:imagedata r:id="rId656" o:title="eqId89e08e328ef89b7d172b2e5be96b5353"/>
          </v:shape>
        </w:pict>
      </w:r>
      <w:r>
        <w:rPr>
          <w:rFonts w:ascii="宋体" w:eastAsia="宋体" w:hAnsi="宋体" w:cs="宋体"/>
          <w:color w:val="000000"/>
        </w:rPr>
        <w:t>表示这三个数中最大的数，例如：</w:t>
      </w:r>
      <w:r>
        <w:pict>
          <v:shape id="_x0000_i701935" type="#_x0000_t75" alt="学科网(www.zxxk.com)--教育资源门户，提供试卷、教案、课件、论文、素材以及各类教学资源下载，还有大量而丰富的教学相关资讯！" style="width:136.2pt;height:31.2pt" o:oleicon="f" o:ole="">
            <v:imagedata r:id="rId657" o:title="eqIdd342cbae3e033e5d0ff6fae96d34f347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936" type="#_x0000_t75" alt="学科网(www.zxxk.com)--教育资源门户，提供试卷、教案、课件、论文、素材以及各类教学资源下载，还有大量而丰富的教学相关资讯！" style="width:84pt;height:20.27pt" o:oleicon="f" o:ole="">
            <v:imagedata r:id="rId658" o:title="eqIdbe1a9c8b71908f3635f0e62df01c7a1c"/>
          </v:shape>
        </w:pict>
      </w:r>
      <w:r>
        <w:rPr>
          <w:rFonts w:ascii="宋体" w:eastAsia="宋体" w:hAnsi="宋体" w:cs="宋体"/>
          <w:color w:val="000000"/>
        </w:rPr>
        <w:t>，如果</w:t>
      </w:r>
      <w:r>
        <w:pict>
          <v:shape id="_x0000_i701937" type="#_x0000_t75" alt="学科网(www.zxxk.com)--教育资源门户，提供试卷、教案、课件、论文、素材以及各类教学资源下载，还有大量而丰富的教学相关资讯！" style="width:204.55pt;height:20.2pt" o:oleicon="f" o:ole="">
            <v:imagedata r:id="rId659" o:title="eqId19b45a322261caaec9879d0709d9895d"/>
          </v:shape>
        </w:pict>
      </w:r>
      <w:r>
        <w:rPr>
          <w:rFonts w:ascii="宋体" w:eastAsia="宋体" w:hAnsi="宋体" w:cs="宋体"/>
          <w:color w:val="000000"/>
        </w:rPr>
        <w:t>，那么</w:t>
      </w:r>
      <w:r>
        <w:pict>
          <v:shape id="_x0000_i701938" type="#_x0000_t75" alt="学科网(www.zxxk.com)--教育资源门户，提供试卷、教案、课件、论文、素材以及各类教学资源下载，还有大量而丰富的教学相关资讯！" style="width:18.75pt;height:11.25pt" o:oleicon="f" o:ole="">
            <v:imagedata r:id="rId660" o:title="eqId4ec0618ae3a4fde6d6220010af229b9a"/>
          </v:shape>
        </w:pict>
      </w:r>
      <w:r>
        <w:rPr>
          <w:color w:val="000000"/>
        </w:rPr>
        <w:t>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eastAsia="宋体" w:hAnsi="宋体" w:cs="宋体"/>
          <w:color w:val="000000"/>
        </w:rPr>
        <w:t>现有若干有理数排成一个圆圈，规定一次操作为：将任意相邻的两个数都减去同一个有理数，其余各数不变．图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是小云两次操作的示意图，将圆圈上的三个数变为了相同的数：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5238750" cy="1455935"/>
            <wp:docPr id="167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" name=""/>
                    <pic:cNvPicPr>
                      <a:picLocks noChangeAspect="1"/>
                    </pic:cNvPicPr>
                  </pic:nvPicPr>
                  <pic:blipFill>
                    <a:blip r:embed="rId661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45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请画出相应的操作示意图，将图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圆圈上的有理数都变为相同的数；（箭头上不需标注具体操作）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981200" cy="1466850"/>
            <wp:docPr id="167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" name=""/>
                    <pic:cNvPicPr>
                      <a:picLocks noChangeAspect="1"/>
                    </pic:cNvPicPr>
                  </pic:nvPicPr>
                  <pic:blipFill>
                    <a:blip r:embed="rId662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，若要将圆圈上的四个数都变为相同的数，最少需要通过几次操作？给出你的判断，并说明理由；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228725" cy="1514475"/>
            <wp:docPr id="167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" name=""/>
                    <pic:cNvPicPr>
                      <a:picLocks noChangeAspect="1"/>
                    </pic:cNvPicPr>
                  </pic:nvPicPr>
                  <pic:blipFill>
                    <a:blip r:embed="rId663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能否将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这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个有理数以某种方式排列在圆圈上，使得通过若干次操作将这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个有理数变为相同的数？如果可以，请画出最初的排列方式与具体的操作步骤；如果不能，请说明理由．</w:t>
      </w:r>
    </w:p>
    <w:p>
      <w:pPr>
        <w:pStyle w:val="Heading2"/>
      </w:pPr>
      <w:r>
        <w:t>通州区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eastAsia="宋体" w:hAnsi="宋体" w:cs="宋体"/>
          <w:color w:val="000000"/>
        </w:rPr>
        <w:t>对于数轴上的两点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给出如下定义，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两点到原点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的距离之差的绝对值称为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两点的绝对距离，记为</w:t>
      </w:r>
      <w:r>
        <w:pict>
          <v:shape id="_x0000_i701939" type="#_x0000_t75" alt="学科网(www.zxxk.com)--教育资源门户，提供试卷、教案、课件、论文、素材以及各类教学资源下载，还有大量而丰富的教学相关资讯！" style="width:100.7pt;height:16.45pt" o:oleicon="f" o:ole="">
            <v:imagedata r:id="rId664" o:title="eqIdd3753a31d966ae30c00997604b905fcf"/>
          </v:shape>
        </w:pict>
      </w:r>
      <w:r>
        <w:rPr>
          <w:rFonts w:ascii="宋体" w:eastAsia="宋体" w:hAnsi="宋体" w:cs="宋体"/>
          <w:color w:val="000000"/>
        </w:rPr>
        <w:t>．例如：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两点表示的数如图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所示，因为点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表示的数是</w:t>
      </w:r>
      <w:r>
        <w:pict>
          <v:shape id="_x0000_i701940" type="#_x0000_t75" alt="学科网(www.zxxk.com)--教育资源门户，提供试卷、教案、课件、论文、素材以及各类教学资源下载，还有大量而丰富的教学相关资讯！" style="width:16.05pt;height:13.9pt" o:oleicon="f" o:ole="">
            <v:imagedata r:id="rId665" o:title="eqId81fb134b2b48acc99213fff6ccfee65f"/>
          </v:shape>
        </w:pic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表示的数是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，所以</w:t>
      </w:r>
      <w:r>
        <w:pict>
          <v:shape id="_x0000_i701941" type="#_x0000_t75" alt="学科网(www.zxxk.com)--教育资源门户，提供试卷、教案、课件、论文、素材以及各类教学资源下载，还有大量而丰富的教学相关资讯！" style="width:49.8pt;height:16.2pt" o:oleicon="f" o:ole="">
            <v:imagedata r:id="rId666" o:title="eqId21122ce0c2ea26f997a55f13ddc59fd1"/>
          </v:shape>
        </w:pict>
      </w:r>
      <w:r>
        <w:rPr>
          <w:rFonts w:ascii="宋体" w:eastAsia="宋体" w:hAnsi="宋体" w:cs="宋体"/>
          <w:color w:val="000000"/>
        </w:rPr>
        <w:t>，则</w:t>
      </w:r>
      <w:r>
        <w:pict>
          <v:shape id="_x0000_i701942" type="#_x0000_t75" alt="学科网(www.zxxk.com)--教育资源门户，提供试卷、教案、课件、论文、素材以及各类教学资源下载，还有大量而丰富的教学相关资讯！" style="width:204.75pt;height:15.75pt" o:oleicon="f" o:ole="">
            <v:imagedata r:id="rId667" o:title="eqIdeb725f2324f5871de069e4b166dc253f"/>
          </v:shape>
        </w:pic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两点表示的数如图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所示．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5000625" cy="1228725"/>
            <wp:docPr id="168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" name=""/>
                    <pic:cNvPicPr>
                      <a:picLocks noChangeAspect="1"/>
                    </pic:cNvPicPr>
                  </pic:nvPicPr>
                  <pic:blipFill>
                    <a:blip r:embed="rId668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两点的绝对距离；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为数轴上一点，且</w:t>
      </w:r>
      <w:r>
        <w:pict>
          <v:shape id="_x0000_i701943" type="#_x0000_t75" alt="学科网(www.zxxk.com)--教育资源门户，提供试卷、教案、课件、论文、素材以及各类教学资源下载，还有大量而丰富的教学相关资讯！" style="width:91.9pt;height:14.95pt" o:oleicon="f" o:ole="">
            <v:imagedata r:id="rId669" o:title="eqIdaa8340d41c17ee354a52985f428a7d7b"/>
          </v:shape>
        </w:pict>
      </w:r>
      <w:r>
        <w:rPr>
          <w:rFonts w:ascii="宋体" w:eastAsia="宋体" w:hAnsi="宋体" w:cs="宋体"/>
          <w:color w:val="000000"/>
        </w:rPr>
        <w:t>，求点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表示的数．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eastAsia="宋体" w:hAnsi="宋体" w:cs="宋体"/>
          <w:color w:val="000000"/>
        </w:rPr>
        <w:t>求几个相同的不为零的有理数的除法运算叫做除方，如</w:t>
      </w:r>
      <w:r>
        <w:pict>
          <v:shape id="_x0000_i701944" type="#_x0000_t75" alt="学科网(www.zxxk.com)--教育资源门户，提供试卷、教案、课件、论文、素材以及各类教学资源下载，还有大量而丰富的教学相关资讯！" style="width:42pt;height:12.75pt" o:oleicon="f" o:ole="">
            <v:imagedata r:id="rId670" o:title="eqId6fbfa18465de74e7a3a414704f38ba39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945" type="#_x0000_t75" alt="学科网(www.zxxk.com)--教育资源门户，提供试卷、教案、课件、论文、素材以及各类教学资源下载，还有大量而丰富的教学相关资讯！" style="width:116pt;height:16pt" o:oleicon="f" o:ole="">
            <v:imagedata r:id="rId671" o:title="eqId41e2f110a2e0da0007ee61e1feb7472f"/>
          </v:shape>
        </w:pict>
      </w:r>
      <w:r>
        <w:rPr>
          <w:rFonts w:ascii="宋体" w:eastAsia="宋体" w:hAnsi="宋体" w:cs="宋体"/>
          <w:color w:val="000000"/>
        </w:rPr>
        <w:t>等，类比有理数的乘方，我们把</w:t>
      </w:r>
      <w:r>
        <w:pict>
          <v:shape id="_x0000_i701946" type="#_x0000_t75" alt="学科网(www.zxxk.com)--教育资源门户，提供试卷、教案、课件、论文、素材以及各类教学资源下载，还有大量而丰富的教学相关资讯！" style="width:42pt;height:12.75pt" o:oleicon="f" o:ole="">
            <v:imagedata r:id="rId670" o:title="eqId6fbfa18465de74e7a3a414704f38ba39"/>
          </v:shape>
        </w:pict>
      </w:r>
      <w:r>
        <w:rPr>
          <w:rFonts w:ascii="宋体" w:eastAsia="宋体" w:hAnsi="宋体" w:cs="宋体"/>
          <w:color w:val="000000"/>
        </w:rPr>
        <w:t>记作</w:t>
      </w:r>
      <w:r>
        <w:pict>
          <v:shape id="_x0000_i701947" type="#_x0000_t75" alt="学科网(www.zxxk.com)--教育资源门户，提供试卷、教案、课件、论文、素材以及各类教学资源下载，还有大量而丰富的教学相关资讯！" style="width:16.95pt;height:15.9pt" o:oleicon="f" o:ole="">
            <v:imagedata r:id="rId672" o:title="eqIde62ba56692ea408c868037cb082c5d76"/>
          </v:shape>
        </w:pict>
      </w:r>
      <w:r>
        <w:rPr>
          <w:rFonts w:ascii="宋体" w:eastAsia="宋体" w:hAnsi="宋体" w:cs="宋体"/>
          <w:color w:val="000000"/>
        </w:rPr>
        <w:t>，读作“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的圈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次方”，</w:t>
      </w:r>
      <w:r>
        <w:pict>
          <v:shape id="_x0000_i701948" type="#_x0000_t75" alt="学科网(www.zxxk.com)--教育资源门户，提供试卷、教案、课件、论文、素材以及各类教学资源下载，还有大量而丰富的教学相关资讯！" style="width:116pt;height:16pt" o:oleicon="f" o:ole="">
            <v:imagedata r:id="rId671" o:title="eqId41e2f110a2e0da0007ee61e1feb7472f"/>
          </v:shape>
        </w:pict>
      </w:r>
      <w:r>
        <w:rPr>
          <w:rFonts w:ascii="宋体" w:eastAsia="宋体" w:hAnsi="宋体" w:cs="宋体"/>
          <w:color w:val="000000"/>
        </w:rPr>
        <w:t>记作</w:t>
      </w:r>
      <w:r>
        <w:pict>
          <v:shape id="_x0000_i701949" type="#_x0000_t75" alt="学科网(www.zxxk.com)--教育资源门户，提供试卷、教案、课件、论文、素材以及各类教学资源下载，还有大量而丰富的教学相关资讯！" style="width:33.35pt;height:21.7pt" o:oleicon="f" o:ole="">
            <v:imagedata r:id="rId673" o:title="eqId2df1191c76b35c12934a6ba5bf43575c"/>
          </v:shape>
        </w:pict>
      </w:r>
      <w:r>
        <w:rPr>
          <w:rFonts w:ascii="宋体" w:eastAsia="宋体" w:hAnsi="宋体" w:cs="宋体"/>
          <w:color w:val="000000"/>
        </w:rPr>
        <w:t>，读作“</w:t>
      </w:r>
      <w:r>
        <w:pict>
          <v:shape id="_x0000_i701950" type="#_x0000_t75" alt="学科网(www.zxxk.com)--教育资源门户，提供试卷、教案、课件、论文、素材以及各类教学资源下载，还有大量而丰富的教学相关资讯！" style="width:15.75pt;height:14.25pt" o:oleicon="f" o:ole="">
            <v:imagedata r:id="rId674" o:title="eqId2ebcc56131dfadafd02e473c8fd44384"/>
          </v:shape>
        </w:pict>
      </w:r>
      <w:r>
        <w:rPr>
          <w:rFonts w:ascii="宋体" w:eastAsia="宋体" w:hAnsi="宋体" w:cs="宋体"/>
          <w:color w:val="000000"/>
        </w:rPr>
        <w:t>的圈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次方”．一般地，把</w:t>
      </w:r>
      <w:r>
        <w:pict>
          <v:shape id="_x0000_i701951" type="#_x0000_t75" alt="学科网(www.zxxk.com)--教育资源门户，提供试卷、教案、课件、论文、素材以及各类教学资源下载，还有大量而丰富的教学相关资讯！" style="width:114.75pt;height:27pt" o:oleicon="f" o:ole="">
            <v:imagedata r:id="rId675" o:title="eqIdd5282c0f7b1ebb63a2cfe26ae7f7cda8"/>
          </v:shape>
        </w:pict>
      </w:r>
      <w:r>
        <w:rPr>
          <w:rFonts w:ascii="宋体" w:eastAsia="宋体" w:hAnsi="宋体" w:cs="宋体"/>
          <w:color w:val="000000"/>
        </w:rPr>
        <w:t>记作</w:t>
      </w:r>
      <w:r>
        <w:pict>
          <v:shape id="_x0000_i701952" type="#_x0000_t75" alt="学科网(www.zxxk.com)--教育资源门户，提供试卷、教案、课件、论文、素材以及各类教学资源下载，还有大量而丰富的教学相关资讯！" style="width:18.75pt;height:15.75pt" o:oleicon="f" o:ole="">
            <v:imagedata r:id="rId676" o:title="eqIde1a74cb7072e390822418121f1116565"/>
          </v:shape>
        </w:pict>
      </w:r>
      <w:r>
        <w:rPr>
          <w:rFonts w:ascii="宋体" w:eastAsia="宋体" w:hAnsi="宋体" w:cs="宋体"/>
          <w:color w:val="000000"/>
        </w:rPr>
        <w:t>．读作“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的圈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次方”．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4257675" cy="457200"/>
            <wp:docPr id="168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" name=""/>
                    <pic:cNvPicPr>
                      <a:picLocks noChangeAspect="1"/>
                    </pic:cNvPicPr>
                  </pic:nvPicPr>
                  <pic:blipFill>
                    <a:blip r:embed="rId677"/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直接写出计算结果：</w:t>
      </w:r>
      <w:r>
        <w:pict>
          <v:shape id="_x0000_i701953" type="#_x0000_t75" alt="学科网(www.zxxk.com)--教育资源门户，提供试卷、教案、课件、论文、素材以及各类教学资源下载，还有大量而丰富的教学相关资讯！" style="width:26.25pt;height:15.75pt" o:oleicon="f" o:ole="">
            <v:imagedata r:id="rId678" o:title="eqId50cdf969a6165769ef6ed919992b87ab"/>
          </v:shape>
        </w:pic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 </w: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954" type="#_x0000_t75" alt="学科网(www.zxxk.com)--教育资源门户，提供试卷、教案、课件、论文、素材以及各类教学资源下载，还有大量而丰富的教学相关资讯！" style="width:48.75pt;height:36.75pt" o:oleicon="f" o:ole="">
            <v:imagedata r:id="rId679" o:title="eqIdac5d81f2076b08a56bda47fb9298625f"/>
          </v:shape>
        </w:pic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   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我们知道，有理数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68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" name=""/>
                    <pic:cNvPicPr>
                      <a:picLocks noChangeAspect="1"/>
                    </pic:cNvPicPr>
                  </pic:nvPicPr>
                  <pic:blipFill>
                    <a:blip r:embed="rId68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减法运算可以转化为加法运算，除法运算可以转化为乘法运算，有理数的除方运算如何转化为乘方运算呢？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仿照上面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68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" name=""/>
                    <pic:cNvPicPr>
                      <a:picLocks noChangeAspect="1"/>
                    </pic:cNvPicPr>
                  </pic:nvPicPr>
                  <pic:blipFill>
                    <a:blip r:embed="rId68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算式，将下列运算结果直接写成乘方的形式．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pict>
          <v:shape id="_x0000_i701955" type="#_x0000_t75" alt="学科网(www.zxxk.com)--教育资源门户，提供试卷、教案、课件、论文、素材以及各类教学资源下载，还有大量而丰富的教学相关资讯！" style="width:42pt;height:21.75pt" o:oleicon="f" o:ole="">
            <v:imagedata r:id="rId682" o:title="eqIdcfa757a7fdeb40d12637ae4bbc74cfc2"/>
          </v:shape>
        </w:pic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 </w:t>
      </w:r>
      <w:r>
        <w:rPr>
          <w:rFonts w:ascii="宋体" w:eastAsia="宋体" w:hAnsi="宋体" w:cs="宋体"/>
          <w:color w:val="000000"/>
        </w:rPr>
        <w:t>；</w:t>
      </w:r>
      <w:r>
        <w:pict>
          <v:shape id="_x0000_i701956" type="#_x0000_t75" alt="学科网(www.zxxk.com)--教育资源门户，提供试卷、教案、课件、论文、素材以及各类教学资源下载，还有大量而丰富的教学相关资讯！" style="width:24.75pt;height:17.25pt" o:oleicon="f" o:ole="">
            <v:imagedata r:id="rId683" o:title="eqIdb36b8f397783261b58ef072ca58e1995"/>
          </v:shape>
        </w:pic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</w:t>
      </w:r>
      <w:r>
        <w:rPr>
          <w:rFonts w:ascii="宋体" w:eastAsia="宋体" w:hAnsi="宋体" w:cs="宋体"/>
          <w:color w:val="000000"/>
        </w:rPr>
        <w:t>；</w:t>
      </w:r>
      <w:r>
        <w:pict>
          <v:shape id="_x0000_i701957" type="#_x0000_t75" alt="学科网(www.zxxk.com)--教育资源门户，提供试卷、教案、课件、论文、素材以及各类教学资源下载，还有大量而丰富的教学相关资讯！" style="width:48.75pt;height:36.75pt" o:oleicon="f" o:ole="">
            <v:imagedata r:id="rId684" o:title="eqIdfadfa1923255e61520f5d5cc6469e3c6"/>
          </v:shape>
        </w:pic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   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  <w:sectPr w:rsidSect="00C321EB">
          <w:headerReference w:type="even" r:id="rId142"/>
          <w:footerReference w:type="even" r:id="rId143"/>
          <w:headerReference w:type="first" r:id="rId144"/>
          <w:footerReference w:type="first" r:id="rId145"/>
          <w:pgSz w:w="11906" w:h="16838"/>
          <w:pgMar w:top="910" w:right="1080" w:bottom="1440" w:left="1080" w:header="152" w:footer="0" w:gutter="0"/>
          <w:cols w:space="720"/>
          <w:titlePg w:val="0"/>
          <w:docGrid w:type="lines" w:linePitch="312"/>
        </w:sect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由（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）中的算式归纳：有理数</w:t>
      </w:r>
      <w:r>
        <w:pict>
          <v:shape id="_x0000_i701958" type="#_x0000_t75" alt="学科网(www.zxxk.com)--教育资源门户，提供试卷、教案、课件、论文、素材以及各类教学资源下载，还有大量而丰富的教学相关资讯！" style="width:43.5pt;height:16.5pt" o:oleicon="f" o:ole="">
            <v:imagedata r:id="rId685" o:title="eqId0a12ea6f9d2bbcc5a3d7980dbe79922d"/>
          </v:shape>
        </w:pict>
      </w:r>
      <w:r>
        <w:rPr>
          <w:rFonts w:ascii="宋体" w:eastAsia="宋体" w:hAnsi="宋体" w:cs="宋体"/>
          <w:color w:val="000000"/>
        </w:rPr>
        <w:t>的圈</w:t>
      </w:r>
      <w:r>
        <w:pict>
          <v:shape id="_x0000_i701959" type="#_x0000_t75" alt="学科网(www.zxxk.com)--教育资源门户，提供试卷、教案、课件、论文、素材以及各类教学资源下载，还有大量而丰富的教学相关资讯！" style="width:33.75pt;height:15pt" o:oleicon="f" o:ole="">
            <v:imagedata r:id="rId686" o:title="eqId30c237996a0eabc38c342364127603fc"/>
          </v:shape>
        </w:pict>
      </w:r>
      <w:r>
        <w:rPr>
          <w:rFonts w:ascii="宋体" w:eastAsia="宋体" w:hAnsi="宋体" w:cs="宋体"/>
          <w:color w:val="000000"/>
        </w:rPr>
        <w:t>次方写成乘方的形式等于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    </w:t>
      </w:r>
      <w:r>
        <w:rPr>
          <w:rFonts w:ascii="宋体" w:eastAsia="宋体" w:hAnsi="宋体" w:cs="宋体"/>
          <w:color w:val="000000"/>
        </w:rPr>
        <w:t>．</w:t>
      </w:r>
    </w:p>
    <w:p>
      <w:pPr>
        <w:pStyle w:val="Heading2"/>
      </w:pPr>
      <w:r>
        <w:t>通州区北关中学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eastAsia="宋体" w:hAnsi="宋体" w:cs="宋体"/>
          <w:color w:val="000000"/>
        </w:rPr>
        <w:t>某空调厂计划平均每天生产</w:t>
      </w:r>
      <w:r>
        <w:rPr>
          <w:rFonts w:ascii="Times New Roman" w:eastAsia="Times New Roman" w:hAnsi="Times New Roman" w:cs="Times New Roman"/>
          <w:color w:val="000000"/>
        </w:rPr>
        <w:t>100</w:t>
      </w:r>
      <w:r>
        <w:rPr>
          <w:rFonts w:ascii="宋体" w:eastAsia="宋体" w:hAnsi="宋体" w:cs="宋体"/>
          <w:color w:val="000000"/>
        </w:rPr>
        <w:t>台空调，但由于各种原因，实际每天生产量与计划量相比有出入，下表是某周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68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" name=""/>
                    <pic:cNvPicPr>
                      <a:picLocks noChangeAspect="1"/>
                    </pic:cNvPicPr>
                  </pic:nvPicPr>
                  <pic:blipFill>
                    <a:blip r:embed="rId68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生产情况（增产记为正，减产记为负）：</w:t>
      </w:r>
    </w:p>
    <w:tbl>
      <w:tblPr>
        <w:tblStyle w:val="TableNormal"/>
        <w:tblW w:w="8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415"/>
        <w:gridCol w:w="984"/>
        <w:gridCol w:w="984"/>
        <w:gridCol w:w="984"/>
        <w:gridCol w:w="984"/>
        <w:gridCol w:w="984"/>
        <w:gridCol w:w="984"/>
        <w:gridCol w:w="984"/>
      </w:tblGrid>
      <w:tr>
        <w:tblPrEx>
          <w:tblW w:w="832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33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星期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一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二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三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四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五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六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日</w:t>
            </w:r>
          </w:p>
        </w:tc>
      </w:tr>
      <w:tr>
        <w:tblPrEx>
          <w:tblW w:w="8325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33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增减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pict>
                <v:shape id="_x0000_i701960" type="#_x0000_t75" alt="学科网(www.zxxk.com)--教育资源门户，提供试卷、教案、课件、论文、素材以及各类教学资源下载，还有大量而丰富的教学相关资讯！" style="width:16pt;height:13.95pt" o:oleicon="f" o:ole="">
                  <v:imagedata r:id="rId688" o:title="eqIdd5ceec0d3f3d8d2978fe4729c70fd991"/>
                </v:shape>
              </w:pi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pict>
                <v:shape id="_x0000_i701961" type="#_x0000_t75" alt="学科网(www.zxxk.com)--教育资源门户，提供试卷、教案、课件、论文、素材以及各类教学资源下载，还有大量而丰富的教学相关资讯！" style="width:12.9pt;height:10.8pt" o:oleicon="f" o:ole="">
                  <v:imagedata r:id="rId689" o:title="eqId4a94acdfb41489d5694b5a64b9e99754"/>
                </v:shape>
              </w:pi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pict>
                <v:shape id="_x0000_i701962" type="#_x0000_t75" alt="学科网(www.zxxk.com)--教育资源门户，提供试卷、教案、课件、论文、素材以及各类教学资源下载，还有大量而丰富的教学相关资讯！" style="width:16.05pt;height:13.9pt" o:oleicon="f" o:ole="">
                  <v:imagedata r:id="rId690" o:title="eqId81fb134b2b48acc99213fff6ccfee65f"/>
                </v:shape>
              </w:pi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pict>
                <v:shape id="_x0000_i701963" type="#_x0000_t75" alt="学科网(www.zxxk.com)--教育资源门户，提供试卷、教案、课件、论文、素材以及各类教学资源下载，还有大量而丰富的教学相关资讯！" style="width:16pt;height:14.5pt" o:oleicon="f" o:ole="">
                  <v:imagedata r:id="rId691" o:title="eqId6489852d310f01375f213b3bdf0406c5"/>
                </v:shape>
              </w:pi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pict>
                <v:shape id="_x0000_i701964" type="#_x0000_t75" alt="学科网(www.zxxk.com)--教育资源门户，提供试卷、教案、课件、论文、素材以及各类教学资源下载，还有大量而丰富的教学相关资讯！" style="width:15.75pt;height:14.25pt" o:oleicon="f" o:ole="">
                  <v:imagedata r:id="rId692" o:title="eqIdd3aab28a20b5bf47040aaec03b1eb550"/>
                </v:shape>
              </w:pi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pict>
                <v:shape id="_x0000_i701965" type="#_x0000_t75" alt="学科网(www.zxxk.com)--教育资源门户，提供试卷、教案、课件、论文、素材以及各类教学资源下载，还有大量而丰富的教学相关资讯！" style="width:15.75pt;height:12.75pt" o:oleicon="f" o:ole="">
                  <v:imagedata r:id="rId693" o:title="eqId274a9dc37509f01c2606fb3086a46f4f"/>
                </v:shape>
              </w:pi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pict>
                <v:shape id="_x0000_i701966" type="#_x0000_t75" alt="学科网(www.zxxk.com)--教育资源门户，提供试卷、教案、课件、论文、素材以及各类教学资源下载，还有大量而丰富的教学相关资讯！" style="width:15pt;height:12.75pt" o:oleicon="f" o:ole="">
                  <v:imagedata r:id="rId694" o:title="eqIde9c5f697359886700a47bc94bebae8d5"/>
                </v:shape>
              </w:pic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根据记录的数据可知，该厂星期二生产空调多少台？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产量最多的一天比产量最少的一天多生产空调多少台？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根据记录的数据可知，该厂这一周实际共生产空调多少台？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）计算：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①</w:t>
      </w:r>
      <w:r>
        <w:pict>
          <v:shape id="_x0000_i701967" type="#_x0000_t75" alt="学科网(www.zxxk.com)--教育资源门户，提供试卷、教案、课件、论文、素材以及各类教学资源下载，还有大量而丰富的教学相关资讯！" style="width:36pt;height:18pt" o:oleicon="f" o:ole="">
            <v:imagedata r:id="rId695" o:title="eqIdcd2500368e32d4bbce6489a6108de817"/>
          </v:shape>
        </w:pict>
      </w:r>
      <w:r>
        <w:rPr>
          <w:rFonts w:ascii="宋体" w:eastAsia="宋体" w:hAnsi="宋体" w:cs="宋体"/>
          <w:color w:val="000000"/>
        </w:rPr>
        <w:t>与</w:t>
      </w:r>
      <w:r>
        <w:pict>
          <v:shape id="_x0000_i701968" type="#_x0000_t75" alt="学科网(www.zxxk.com)--教育资源门户，提供试卷、教案、课件、论文、素材以及各类教学资源下载，还有大量而丰富的教学相关资讯！" style="width:33pt;height:16pt" o:oleicon="f" o:ole="">
            <v:imagedata r:id="rId696" o:title="eqIdf52b8fbf81702db9b4b941794668b4aa"/>
          </v:shape>
        </w:pi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②</w:t>
      </w:r>
      <w:r>
        <w:pict>
          <v:shape id="_x0000_i701969" type="#_x0000_t75" alt="学科网(www.zxxk.com)--教育资源门户，提供试卷、教案、课件、论文、素材以及各类教学资源下载，还有大量而丰富的教学相关资讯！" style="width:49.8pt;height:18pt;mso-position-horizontal-relative:page;mso-position-vertical-relative:page" o:oleicon="f" o:ole="">
            <v:imagedata r:id="rId697" o:title="eqId7c0506cecd49da80b1bbd046a14cac65"/>
          </v:shape>
        </w:pict>
      </w:r>
      <w:r>
        <w:rPr>
          <w:rFonts w:ascii="宋体" w:eastAsia="宋体" w:hAnsi="宋体" w:cs="宋体"/>
          <w:color w:val="000000"/>
        </w:rPr>
        <w:t>与</w:t>
      </w:r>
      <w:r>
        <w:pict>
          <v:shape id="_x0000_i701970" type="#_x0000_t75" alt="学科网(www.zxxk.com)--教育资源门户，提供试卷、教案、课件、论文、素材以及各类教学资源下载，还有大量而丰富的教学相关资讯！" style="width:48.9pt;height:18.25pt" o:oleicon="f" o:ole="">
            <v:imagedata r:id="rId698" o:title="eqId1e63ac616d9014b127b200a89ea0a7e5"/>
          </v:shape>
        </w:pi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③</w:t>
      </w:r>
      <w:r>
        <w:pict>
          <v:shape id="_x0000_i701971" type="#_x0000_t75" alt="学科网(www.zxxk.com)--教育资源门户，提供试卷、教案、课件、论文、素材以及各类教学资源下载，还有大量而丰富的教学相关资讯！" style="width:66.1pt;height:18.25pt" o:oleicon="f" o:ole="">
            <v:imagedata r:id="rId699" o:title="eqIdbce5fc013de63e928ef7f1962753b4c6"/>
          </v:shape>
        </w:pict>
      </w:r>
      <w:r>
        <w:rPr>
          <w:rFonts w:ascii="宋体" w:eastAsia="宋体" w:hAnsi="宋体" w:cs="宋体"/>
          <w:color w:val="000000"/>
        </w:rPr>
        <w:t>与</w:t>
      </w:r>
      <w:r>
        <w:pict>
          <v:shape id="_x0000_i701972" type="#_x0000_t75" alt="学科网(www.zxxk.com)--教育资源门户，提供试卷、教案、课件、论文、素材以及各类教学资源下载，还有大量而丰富的教学相关资讯！" style="width:63.95pt;height:18.25pt" o:oleicon="f" o:ole="">
            <v:imagedata r:id="rId700" o:title="eqIda7f85038ae2e35f182b13000bf12efdc"/>
          </v:shape>
        </w:pi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）根据以上计算结果猜想：</w:t>
      </w:r>
      <w:r>
        <w:pict>
          <v:shape id="_x0000_i701973" type="#_x0000_t75" alt="学科网(www.zxxk.com)--教育资源门户，提供试卷、教案、课件、论文、素材以及各类教学资源下载，还有大量而丰富的教学相关资讯！" style="width:27.95pt;height:18.25pt" o:oleicon="f" o:ole="">
            <v:imagedata r:id="rId701" o:title="eqIdd5aff139ebd99f36e83cb0f05ad9eb15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974" type="#_x0000_t75" alt="学科网(www.zxxk.com)--教育资源门户，提供试卷、教案、课件、论文、素材以及各类教学资源下载，还有大量而丰富的教学相关资讯！" style="width:27.95pt;height:18.25pt" o:oleicon="f" o:ole="">
            <v:imagedata r:id="rId702" o:title="eqId98439657954c8034a5310bebaec0ac7d"/>
          </v:shape>
        </w:pict>
      </w:r>
      <w:r>
        <w:rPr>
          <w:rFonts w:ascii="宋体" w:eastAsia="宋体" w:hAnsi="宋体" w:cs="宋体"/>
          <w:color w:val="000000"/>
        </w:rPr>
        <w:t>分别等于什么？（直接写出结果）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）猜想与验证：当</w:t>
      </w:r>
      <w:r>
        <w:pict>
          <v:shape id="_x0000_i701975" type="#_x0000_t75" alt="学科网(www.zxxk.com)--教育资源门户，提供试卷、教案、课件、论文、素材以及各类教学资源下载，还有大量而丰富的教学相关资讯！" style="width:9.75pt;height:11.25pt" o:oleicon="f" o:ole="">
            <v:imagedata r:id="rId704" o:title="eqIdb6a24198bd04c29321ae5dc5a28fe421"/>
          </v:shape>
        </w:pict>
      </w:r>
      <w:r>
        <w:rPr>
          <w:rFonts w:ascii="宋体" w:eastAsia="宋体" w:hAnsi="宋体" w:cs="宋体"/>
          <w:color w:val="000000"/>
        </w:rPr>
        <w:t>为正整数时，</w:t>
      </w:r>
      <w:r>
        <w:pict>
          <v:shape id="_x0000_i701976" type="#_x0000_t75" alt="学科网(www.zxxk.com)--教育资源门户，提供试卷、教案、课件、论文、素材以及各类教学资源下载，还有大量而丰富的教学相关资讯！" style="width:28pt;height:18pt" o:oleicon="f" o:ole="">
            <v:imagedata r:id="rId705" o:title="eqIdd0ad50ffefbb2dc5a3cf687cc0c7ebd2"/>
          </v:shape>
        </w:pict>
      </w:r>
      <w:r>
        <w:rPr>
          <w:rFonts w:ascii="宋体" w:eastAsia="宋体" w:hAnsi="宋体" w:cs="宋体"/>
          <w:color w:val="000000"/>
        </w:rPr>
        <w:t>等于什么？请你利用乘方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69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" name=""/>
                    <pic:cNvPicPr>
                      <a:picLocks noChangeAspect="1"/>
                    </pic:cNvPicPr>
                  </pic:nvPicPr>
                  <pic:blipFill>
                    <a:blip r:embed="rId70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意义说明理由；</w:t>
      </w:r>
    </w:p>
    <w:p>
      <w:pPr>
        <w:spacing w:line="360" w:lineRule="auto"/>
        <w:jc w:val="left"/>
        <w:textAlignment w:val="center"/>
        <w:rPr>
          <w:color w:val="000000"/>
        </w:rPr>
        <w:sectPr w:rsidSect="00C321EB">
          <w:headerReference w:type="even" r:id="rId129"/>
          <w:footerReference w:type="even" r:id="rId130"/>
          <w:headerReference w:type="first" r:id="rId131"/>
          <w:footerReference w:type="first" r:id="rId132"/>
          <w:pgSz w:w="11906" w:h="16838"/>
          <w:pgMar w:top="910" w:right="1080" w:bottom="1440" w:left="1080" w:header="152" w:footer="0" w:gutter="0"/>
          <w:cols w:space="720"/>
          <w:titlePg w:val="0"/>
          <w:docGrid w:type="lines" w:linePitch="312"/>
        </w:sect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）利用上述结论，求</w:t>
      </w:r>
      <w:r>
        <w:pict>
          <v:shape id="_x0000_i701977" type="#_x0000_t75" alt="学科网(www.zxxk.com)--教育资源门户，提供试卷、教案、课件、论文、素材以及各类教学资源下载，还有大量而丰富的教学相关资讯！" style="width:90.25pt;height:18.25pt" o:oleicon="f" o:ole="">
            <v:imagedata r:id="rId706" o:title="eqId816b5eb1855371a7d2dc494f04be42d9"/>
          </v:shape>
        </w:pict>
      </w:r>
      <w:r>
        <w:rPr>
          <w:rFonts w:ascii="宋体" w:eastAsia="宋体" w:hAnsi="宋体" w:cs="宋体"/>
          <w:color w:val="000000"/>
        </w:rPr>
        <w:t>的值．</w:t>
      </w:r>
    </w:p>
    <w:p>
      <w:pPr>
        <w:pStyle w:val="Heading2"/>
      </w:pPr>
      <w:r>
        <w:t>通州区北关中学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eastAsia="宋体" w:hAnsi="宋体" w:cs="宋体"/>
          <w:color w:val="000000"/>
        </w:rPr>
        <w:t>某品牌衣服进价为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元，出售时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69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" name=""/>
                    <pic:cNvPicPr>
                      <a:picLocks noChangeAspect="1"/>
                    </pic:cNvPicPr>
                  </pic:nvPicPr>
                  <pic:blipFill>
                    <a:blip r:embed="rId70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价格比进价高</w:t>
      </w:r>
      <w:r>
        <w:pict>
          <v:shape id="_x0000_i701978" type="#_x0000_t75" alt="学科网(www.zxxk.com)--教育资源门户，提供试卷、教案、课件、论文、素材以及各类教学资源下载，还有大量而丰富的教学相关资讯！" style="width:24.4pt;height:14.15pt" o:oleicon="f" o:ole="">
            <v:imagedata r:id="rId708" o:title="eqId7ac0823df5508f12b6978a62218f0647"/>
          </v:shape>
        </w:pict>
      </w:r>
      <w:r>
        <w:rPr>
          <w:rFonts w:ascii="宋体" w:eastAsia="宋体" w:hAnsi="宋体" w:cs="宋体"/>
          <w:color w:val="000000"/>
        </w:rPr>
        <w:t>，现在由于衣服积压，按原出售价的</w:t>
      </w:r>
      <w:r>
        <w:pict>
          <v:shape id="_x0000_i701979" type="#_x0000_t75" alt="学科网(www.zxxk.com)--教育资源门户，提供试卷、教案、课件、论文、素材以及各类教学资源下载，还有大量而丰富的教学相关资讯！" style="width:24.95pt;height:13.95pt" o:oleicon="f" o:ole="">
            <v:imagedata r:id="rId709" o:title="eqIdd45c55f4b7cf4394ab8f05dd79473325"/>
          </v:shape>
        </w:pict>
      </w:r>
      <w:r>
        <w:rPr>
          <w:rFonts w:ascii="宋体" w:eastAsia="宋体" w:hAnsi="宋体" w:cs="宋体"/>
          <w:color w:val="000000"/>
        </w:rPr>
        <w:t>出售，现售价是多少元（用含有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的式子表示出来），并说明此时老板卖一件衣服是赚了还是亏了．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eastAsia="宋体" w:hAnsi="宋体" w:cs="宋体"/>
          <w:color w:val="000000"/>
        </w:rPr>
        <w:t>某商场老板以</w:t>
      </w:r>
      <w:r>
        <w:rPr>
          <w:rFonts w:ascii="Times New Roman" w:eastAsia="Times New Roman" w:hAnsi="Times New Roman" w:cs="Times New Roman"/>
          <w:color w:val="000000"/>
        </w:rPr>
        <w:t>32</w:t>
      </w:r>
      <w:r>
        <w:rPr>
          <w:rFonts w:ascii="宋体" w:eastAsia="宋体" w:hAnsi="宋体" w:cs="宋体"/>
          <w:color w:val="000000"/>
        </w:rPr>
        <w:t>元的价格购进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宋体" w:eastAsia="宋体" w:hAnsi="宋体" w:cs="宋体"/>
          <w:color w:val="000000"/>
        </w:rPr>
        <w:t>件儿童服装，针对不同的顾客，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宋体" w:eastAsia="宋体" w:hAnsi="宋体" w:cs="宋体"/>
          <w:color w:val="000000"/>
        </w:rPr>
        <w:t>件儿童服装的售价不完全相同．若以</w:t>
      </w:r>
      <w:r>
        <w:rPr>
          <w:rFonts w:ascii="Times New Roman" w:eastAsia="Times New Roman" w:hAnsi="Times New Roman" w:cs="Times New Roman"/>
          <w:color w:val="000000"/>
        </w:rPr>
        <w:t>47</w:t>
      </w:r>
      <w:r>
        <w:rPr>
          <w:rFonts w:ascii="宋体" w:eastAsia="宋体" w:hAnsi="宋体" w:cs="宋体"/>
          <w:color w:val="000000"/>
        </w:rPr>
        <w:t>元为标准，超过的钱数记为正数，不足的钱数记为负数．记录结果如下表所示：</w:t>
      </w: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323"/>
        <w:gridCol w:w="586"/>
        <w:gridCol w:w="586"/>
        <w:gridCol w:w="586"/>
        <w:gridCol w:w="376"/>
        <w:gridCol w:w="586"/>
        <w:gridCol w:w="586"/>
      </w:tblGrid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33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售出件数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33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售价（元）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－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－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在销售这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宋体" w:eastAsia="宋体" w:hAnsi="宋体" w:cs="宋体"/>
          <w:color w:val="000000"/>
        </w:rPr>
        <w:t>件儿童服装中，价格最高的一件比价格最低的一件多多少元？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与标准售价比较，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宋体" w:eastAsia="宋体" w:hAnsi="宋体" w:cs="宋体"/>
          <w:color w:val="000000"/>
        </w:rPr>
        <w:t>件儿童服装总售价超过或不足多少元？</w:t>
      </w:r>
    </w:p>
    <w:p>
      <w:pPr>
        <w:spacing w:line="360" w:lineRule="auto"/>
        <w:jc w:val="left"/>
        <w:textAlignment w:val="center"/>
        <w:rPr>
          <w:color w:val="000000"/>
        </w:rPr>
        <w:sectPr w:rsidSect="00C321EB">
          <w:headerReference w:type="even" r:id="rId93"/>
          <w:footerReference w:type="even" r:id="rId94"/>
          <w:headerReference w:type="first" r:id="rId95"/>
          <w:footerReference w:type="first" r:id="rId96"/>
          <w:pgSz w:w="11906" w:h="16838"/>
          <w:pgMar w:top="910" w:right="1080" w:bottom="1440" w:left="1080" w:header="152" w:footer="0" w:gutter="0"/>
          <w:cols w:space="720"/>
          <w:titlePg w:val="0"/>
          <w:docGrid w:type="lines" w:linePitch="312"/>
        </w:sect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请问该商场在售完这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宋体" w:eastAsia="宋体" w:hAnsi="宋体" w:cs="宋体"/>
          <w:color w:val="000000"/>
        </w:rPr>
        <w:t>件儿童服装后，赚了多少钱？</w:t>
      </w:r>
    </w:p>
    <w:p>
      <w:pPr>
        <w:pStyle w:val="Heading2"/>
      </w:pPr>
      <w:r>
        <w:t>陈经纶中学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在学习完《有理数》后，小奇对运算产生了浓厚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69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" name=""/>
                    <pic:cNvPicPr>
                      <a:picLocks noChangeAspect="1"/>
                    </pic:cNvPicPr>
                  </pic:nvPicPr>
                  <pic:blipFill>
                    <a:blip r:embed="rId71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兴趣．借助有理数的运算，定义了一种新运算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⊕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，规则如下：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⊕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</w:rPr>
        <w:t>×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Times New Roman" w:eastAsia="Times New Roman" w:hAnsi="Times New Roman" w:cs="Times New Roman"/>
          <w:color w:val="000000"/>
        </w:rPr>
        <w:t>+2×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）求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⊕（﹣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）的值；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）求﹣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⊕（﹣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⊕</w:t>
      </w:r>
      <w:r>
        <w:pict>
          <v:shape id="_x0000_i701980" type="#_x0000_t75" alt="学科网(www.zxxk.com)--教育资源门户，提供试卷、教案、课件、论文、素材以及各类教学资源下载，还有大量而丰富的教学相关资讯！" style="width:10.5pt;height:21pt" o:oleicon="f" o:ole="">
            <v:imagedata r:id="rId712" o:title="eqIdf89eef3148f2d4d09379767b4af69132"/>
          </v:shape>
        </w:pict>
      </w:r>
      <w:r>
        <w:rPr>
          <w:rFonts w:ascii="宋体" w:eastAsia="宋体" w:hAnsi="宋体" w:cs="宋体"/>
          <w:color w:val="000000"/>
        </w:rPr>
        <w:t>）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69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" name=""/>
                    <pic:cNvPicPr>
                      <a:picLocks noChangeAspect="1"/>
                    </pic:cNvPicPr>
                  </pic:nvPicPr>
                  <pic:blipFill>
                    <a:blip r:embed="rId7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值；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）试用学习有理数的经验和方法来探究这种新运算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⊕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是否具有交换律？请写出你的探究过程．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eastAsia="宋体" w:hAnsi="宋体" w:cs="宋体"/>
          <w:color w:val="000000"/>
        </w:rPr>
        <w:t>对数轴上的点</w:t>
      </w:r>
      <w:r>
        <w:pict>
          <v:shape id="_x0000_i701981" type="#_x0000_t75" alt="学科网(www.zxxk.com)--教育资源门户，提供试卷、教案、课件、论文、素材以及各类教学资源下载，还有大量而丰富的教学相关资讯！" style="width:11.25pt;height:12pt" o:oleicon="f" o:ole="">
            <v:imagedata r:id="rId713" o:title="eqIddad2a36927223bd70f426ba06aea4b45"/>
          </v:shape>
        </w:pict>
      </w:r>
      <w:r>
        <w:rPr>
          <w:rFonts w:ascii="宋体" w:eastAsia="宋体" w:hAnsi="宋体" w:cs="宋体"/>
          <w:color w:val="000000"/>
        </w:rPr>
        <w:t>进行如下操作：先把点</w:t>
      </w:r>
      <w:r>
        <w:pict>
          <v:shape id="_x0000_i701982" type="#_x0000_t75" alt="学科网(www.zxxk.com)--教育资源门户，提供试卷、教案、课件、论文、素材以及各类教学资源下载，还有大量而丰富的教学相关资讯！" style="width:11.25pt;height:12pt" o:oleicon="f" o:ole="">
            <v:imagedata r:id="rId713" o:title="eqIddad2a36927223bd70f426ba06aea4b45"/>
          </v:shape>
        </w:pict>
      </w:r>
      <w:r>
        <w:rPr>
          <w:rFonts w:ascii="宋体" w:eastAsia="宋体" w:hAnsi="宋体" w:cs="宋体"/>
          <w:color w:val="000000"/>
        </w:rPr>
        <w:t>表示的数乘以</w:t>
      </w:r>
      <w:r>
        <w:pict>
          <v:shape id="_x0000_i701983" type="#_x0000_t75" alt="学科网(www.zxxk.com)--教育资源门户，提供试卷、教案、课件、论文、素材以及各类教学资源下载，还有大量而丰富的教学相关资讯！" style="width:48pt;height:18pt" o:oleicon="f" o:ole="">
            <v:imagedata r:id="rId714" o:title="eqId87484a879f450ab097f720fb2a0f4a2f"/>
          </v:shape>
        </w:pict>
      </w:r>
      <w:r>
        <w:rPr>
          <w:rFonts w:ascii="宋体" w:eastAsia="宋体" w:hAnsi="宋体" w:cs="宋体"/>
          <w:color w:val="000000"/>
        </w:rPr>
        <w:t>，再把所得数对应的点沿数轴向右平移</w:t>
      </w:r>
      <w:r>
        <w:pict>
          <v:shape id="_x0000_i701984" type="#_x0000_t75" alt="学科网(www.zxxk.com)--教育资源门户，提供试卷、教案、课件、论文、素材以及各类教学资源下载，还有大量而丰富的教学相关资讯！" style="width:9.75pt;height:11.25pt" o:oleicon="f" o:ole="">
            <v:imagedata r:id="rId715" o:title="eqIdb6a24198bd04c29321ae5dc5a28fe421"/>
          </v:shape>
        </w:pict>
      </w:r>
      <w:r>
        <w:rPr>
          <w:rFonts w:ascii="宋体" w:eastAsia="宋体" w:hAnsi="宋体" w:cs="宋体"/>
          <w:color w:val="000000"/>
        </w:rPr>
        <w:t>个单位长度，得到点</w:t>
      </w:r>
      <w:r>
        <w:pict>
          <v:shape id="_x0000_i701985" type="#_x0000_t75" alt="学科网(www.zxxk.com)--教育资源门户，提供试卷、教案、课件、论文、素材以及各类教学资源下载，还有大量而丰富的教学相关资讯！" style="width:15pt;height:14.25pt" o:oleicon="f" o:ole="">
            <v:imagedata r:id="rId716" o:title="eqIdcee6765a83140d745a6de4c85d9b6b50"/>
          </v:shape>
        </w:pict>
      </w:r>
      <w:r>
        <w:rPr>
          <w:rFonts w:ascii="宋体" w:eastAsia="宋体" w:hAnsi="宋体" w:cs="宋体"/>
          <w:color w:val="000000"/>
        </w:rPr>
        <w:t>，称这样的操作为点</w:t>
      </w:r>
      <w:r>
        <w:pict>
          <v:shape id="_x0000_i701986" type="#_x0000_t75" alt="学科网(www.zxxk.com)--教育资源门户，提供试卷、教案、课件、论文、素材以及各类教学资源下载，还有大量而丰富的教学相关资讯！" style="width:11.25pt;height:12pt" o:oleicon="f" o:ole="">
            <v:imagedata r:id="rId713" o:title="eqIddad2a36927223bd70f426ba06aea4b45"/>
          </v:shape>
        </w:pict>
      </w:r>
      <w:r>
        <w:rPr>
          <w:rFonts w:ascii="宋体" w:eastAsia="宋体" w:hAnsi="宋体" w:cs="宋体"/>
          <w:color w:val="000000"/>
        </w:rPr>
        <w:t>的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pict>
          <v:shape id="_x0000_i701987" type="#_x0000_t75" alt="学科网(www.zxxk.com)--教育资源门户，提供试卷、教案、课件、论文、素材以及各类教学资源下载，还有大量而丰富的教学相关资讯！" style="width:29.3pt;height:10.9pt" o:oleicon="f" o:ole="">
            <v:imagedata r:id="rId717" o:title="eqId72850427e83ff19a24305783e080b280"/>
          </v:shape>
        </w:pict>
      </w:r>
      <w:r>
        <w:rPr>
          <w:rFonts w:ascii="宋体" w:eastAsia="宋体" w:hAnsi="宋体" w:cs="宋体"/>
          <w:color w:val="000000"/>
        </w:rPr>
        <w:t>变换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，对数轴上的点</w:t>
      </w:r>
      <w:r>
        <w:pict>
          <v:shape id="_x0000_i701988" type="#_x0000_t75" alt="学科网(www.zxxk.com)--教育资源门户，提供试卷、教案、课件、论文、素材以及各类教学资源下载，还有大量而丰富的教学相关资讯！" style="width:12pt;height:12pt" o:oleicon="f" o:ole="">
            <v:imagedata r:id="rId718" o:title="eqId5963abe8f421bd99a2aaa94831a951e9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989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719" o:title="eqId7f9e8449aad35c5d840a3395ea86df6d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990" type="#_x0000_t75" alt="学科网(www.zxxk.com)--教育资源门户，提供试卷、教案、课件、论文、素材以及各类教学资源下载，还有大量而丰富的教学相关资讯！" style="width:11.9pt;height:14.4pt" o:oleicon="f" o:ole="">
            <v:imagedata r:id="rId720" o:title="eqIdc5db41a1f31d6baee7c69990811edb9f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991" type="#_x0000_t75" alt="学科网(www.zxxk.com)--教育资源门户，提供试卷、教案、课件、论文、素材以及各类教学资源下载，还有大量而丰富的教学相关资讯！" style="width:11.25pt;height:11.25pt" o:oleicon="f" o:ole="">
            <v:imagedata r:id="rId721" o:title="eqId8455657dde27aabe6adb7b188e031c11"/>
          </v:shape>
        </w:pict>
      </w:r>
      <w:r>
        <w:rPr>
          <w:rFonts w:ascii="宋体" w:eastAsia="宋体" w:hAnsi="宋体" w:cs="宋体"/>
          <w:color w:val="000000"/>
        </w:rPr>
        <w:t>进行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pict>
          <v:shape id="_x0000_i701992" type="#_x0000_t75" alt="学科网(www.zxxk.com)--教育资源门户，提供试卷、教案、课件、论文、素材以及各类教学资源下载，还有大量而丰富的教学相关资讯！" style="width:29.3pt;height:10.9pt" o:oleicon="f" o:ole="">
            <v:imagedata r:id="rId717" o:title="eqId72850427e83ff19a24305783e080b280"/>
          </v:shape>
        </w:pict>
      </w:r>
      <w:r>
        <w:rPr>
          <w:rFonts w:ascii="宋体" w:eastAsia="宋体" w:hAnsi="宋体" w:cs="宋体"/>
          <w:color w:val="000000"/>
        </w:rPr>
        <w:t>变换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后得到的点分别为</w:t>
      </w:r>
      <w:r>
        <w:pict>
          <v:shape id="_x0000_i701993" type="#_x0000_t75" alt="学科网(www.zxxk.com)--教育资源门户，提供试卷、教案、课件、论文、素材以及各类教学资源下载，还有大量而丰富的教学相关资讯！" style="width:12.75pt;height:12pt" o:oleicon="f" o:ole="">
            <v:imagedata r:id="rId722" o:title="eqIde7c314398e26ffc7164b82946eeb4273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994" type="#_x0000_t75" alt="学科网(www.zxxk.com)--教育资源门户，提供试卷、教案、课件、论文、素材以及各类教学资源下载，还有大量而丰富的教学相关资讯！" style="width:13.95pt;height:13pt" o:oleicon="f" o:ole="">
            <v:imagedata r:id="rId723" o:title="eqId3953cec61ac602ce5eb59b7912352179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995" type="#_x0000_t75" alt="学科网(www.zxxk.com)--教育资源门户，提供试卷、教案、课件、论文、素材以及各类教学资源下载，还有大量而丰富的教学相关资讯！" style="width:15pt;height:13.95pt" o:oleicon="f" o:ole="">
            <v:imagedata r:id="rId724" o:title="eqIdb4c8a9c4957431681ddfc77895a88508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996" type="#_x0000_t75" alt="学科网(www.zxxk.com)--教育资源门户，提供试卷、教案、课件、论文、素材以及各类教学资源下载，还有大量而丰富的教学相关资讯！" style="width:15pt;height:12pt" o:oleicon="f" o:ole="">
            <v:imagedata r:id="rId725" o:title="eqIde5b3bd5e6bc2a0a277d279bb01af9584"/>
          </v:shape>
        </w:pi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当</w:t>
      </w:r>
      <w:r>
        <w:pict>
          <v:shape id="_x0000_i701997" type="#_x0000_t75" alt="学科网(www.zxxk.com)--教育资源门户，提供试卷、教案、课件、论文、素材以及各类教学资源下载，还有大量而丰富的教学相关资讯！" style="width:31.3pt;height:13.75pt" o:oleicon="f" o:ole="">
            <v:imagedata r:id="rId726" o:title="eqIde94f16d5ed858699bfea5039a7bf8ae6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1998" type="#_x0000_t75" alt="学科网(www.zxxk.com)--教育资源门户，提供试卷、教案、课件、论文、素材以及各类教学资源下载，还有大量而丰富的教学相关资讯！" style="width:27pt;height:14.4pt" o:oleicon="f" o:ole="">
            <v:imagedata r:id="rId727" o:title="eqIdbe604061cf1591f7069472269d4c9719"/>
          </v:shape>
        </w:pict>
      </w:r>
      <w:r>
        <w:rPr>
          <w:rFonts w:ascii="宋体" w:eastAsia="宋体" w:hAnsi="宋体" w:cs="宋体"/>
          <w:color w:val="000000"/>
        </w:rPr>
        <w:t>时．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①若点</w:t>
      </w:r>
      <w:r>
        <w:pict>
          <v:shape id="_x0000_i701999" type="#_x0000_t75" alt="学科网(www.zxxk.com)--教育资源门户，提供试卷、教案、课件、论文、素材以及各类教学资源下载，还有大量而丰富的教学相关资讯！" style="width:12pt;height:12pt" o:oleicon="f" o:ole="">
            <v:imagedata r:id="rId728" o:title="eqId5963abe8f421bd99a2aaa94831a951e9"/>
          </v:shape>
        </w:pict>
      </w:r>
      <w:r>
        <w:rPr>
          <w:rFonts w:ascii="宋体" w:eastAsia="宋体" w:hAnsi="宋体" w:cs="宋体"/>
          <w:color w:val="000000"/>
        </w:rPr>
        <w:t>表示的数为</w:t>
      </w:r>
      <w:r>
        <w:pict>
          <v:shape id="_x0000_i702000" type="#_x0000_t75" alt="学科网(www.zxxk.com)--教育资源门户，提供试卷、教案、课件、论文、素材以及各类教学资源下载，还有大量而丰富的教学相关资讯！" style="width:16.2pt;height:13.2pt" o:oleicon="f" o:ole="">
            <v:imagedata r:id="rId729" o:title="eqId3edbd40e04e2a943051fa83d6e511add"/>
          </v:shape>
        </w:pict>
      </w:r>
      <w:r>
        <w:rPr>
          <w:rFonts w:ascii="宋体" w:eastAsia="宋体" w:hAnsi="宋体" w:cs="宋体"/>
          <w:color w:val="000000"/>
        </w:rPr>
        <w:t>，则它的对应点</w:t>
      </w:r>
      <w:r>
        <w:pict>
          <v:shape id="_x0000_i702001" type="#_x0000_t75" alt="学科网(www.zxxk.com)--教育资源门户，提供试卷、教案、课件、论文、素材以及各类教学资源下载，还有大量而丰富的教学相关资讯！" style="width:12.75pt;height:12pt" o:oleicon="f" o:ole="">
            <v:imagedata r:id="rId730" o:title="eqIde7c314398e26ffc7164b82946eeb4273"/>
          </v:shape>
        </w:pict>
      </w:r>
      <w:r>
        <w:rPr>
          <w:rFonts w:ascii="宋体" w:eastAsia="宋体" w:hAnsi="宋体" w:cs="宋体"/>
          <w:color w:val="000000"/>
        </w:rPr>
        <w:t>表示的数为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②数轴上的点</w:t>
      </w:r>
      <w:r>
        <w:pict>
          <v:shape id="_x0000_i702002" type="#_x0000_t75" alt="学科网(www.zxxk.com)--教育资源门户，提供试卷、教案、课件、论文、素材以及各类教学资源下载，还有大量而丰富的教学相关资讯！" style="width:14.25pt;height:10.5pt" o:oleicon="f" o:ole="">
            <v:imagedata r:id="rId731" o:title="eqIdac047e91852b91af639feec23a9598b2"/>
          </v:shape>
        </w:pict>
      </w:r>
      <w:r>
        <w:rPr>
          <w:rFonts w:ascii="宋体" w:eastAsia="宋体" w:hAnsi="宋体" w:cs="宋体"/>
          <w:color w:val="000000"/>
        </w:rPr>
        <w:t>表示的数为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，若点</w:t>
      </w:r>
      <w:r>
        <w:pict>
          <v:shape id="_x0000_i702003" type="#_x0000_t75" alt="学科网(www.zxxk.com)--教育资源门户，提供试卷、教案、课件、论文、素材以及各类教学资源下载，还有大量而丰富的教学相关资讯！" style="width:11.9pt;height:14.4pt" o:oleicon="f" o:ole="">
            <v:imagedata r:id="rId732" o:title="eqIdc5db41a1f31d6baee7c69990811edb9f"/>
          </v:shape>
        </w:pict>
      </w:r>
      <w:r>
        <w:rPr>
          <w:rFonts w:ascii="宋体" w:eastAsia="宋体" w:hAnsi="宋体" w:cs="宋体"/>
          <w:color w:val="000000"/>
        </w:rPr>
        <w:t>到点</w:t>
      </w:r>
      <w:r>
        <w:pict>
          <v:shape id="_x0000_i702004" type="#_x0000_t75" alt="学科网(www.zxxk.com)--教育资源门户，提供试卷、教案、课件、论文、素材以及各类教学资源下载，还有大量而丰富的教学相关资讯！" style="width:14.25pt;height:10.5pt" o:oleicon="f" o:ole="">
            <v:imagedata r:id="rId731" o:title="eqIdac047e91852b91af639feec23a9598b2"/>
          </v:shape>
        </w:pict>
      </w:r>
      <w:r>
        <w:rPr>
          <w:rFonts w:ascii="宋体" w:eastAsia="宋体" w:hAnsi="宋体" w:cs="宋体"/>
          <w:color w:val="000000"/>
        </w:rPr>
        <w:t>的距离是点</w:t>
      </w:r>
      <w:r>
        <w:pict>
          <v:shape id="_x0000_i702005" type="#_x0000_t75" alt="学科网(www.zxxk.com)--教育资源门户，提供试卷、教案、课件、论文、素材以及各类教学资源下载，还有大量而丰富的教学相关资讯！" style="width:15pt;height:13.95pt" o:oleicon="f" o:ole="">
            <v:imagedata r:id="rId733" o:title="eqIdb4c8a9c4957431681ddfc77895a88508"/>
          </v:shape>
        </w:pict>
      </w:r>
      <w:r>
        <w:rPr>
          <w:rFonts w:ascii="宋体" w:eastAsia="宋体" w:hAnsi="宋体" w:cs="宋体"/>
          <w:color w:val="000000"/>
        </w:rPr>
        <w:t>到点</w:t>
      </w:r>
      <w:r>
        <w:pict>
          <v:shape id="_x0000_i702006" type="#_x0000_t75" alt="学科网(www.zxxk.com)--教育资源门户，提供试卷、教案、课件、论文、素材以及各类教学资源下载，还有大量而丰富的教学相关资讯！" style="width:14.25pt;height:10.5pt" o:oleicon="f" o:ole="">
            <v:imagedata r:id="rId731" o:title="eqIdac047e91852b91af639feec23a9598b2"/>
          </v:shape>
        </w:pict>
      </w:r>
      <w:r>
        <w:rPr>
          <w:rFonts w:ascii="宋体" w:eastAsia="宋体" w:hAnsi="宋体" w:cs="宋体"/>
          <w:color w:val="000000"/>
        </w:rPr>
        <w:t>的距离的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倍，则点</w:t>
      </w:r>
      <w:r>
        <w:pict>
          <v:shape id="_x0000_i702007" type="#_x0000_t75" alt="学科网(www.zxxk.com)--教育资源门户，提供试卷、教案、课件、论文、素材以及各类教学资源下载，还有大量而丰富的教学相关资讯！" style="width:11.9pt;height:14.4pt" o:oleicon="f" o:ole="">
            <v:imagedata r:id="rId732" o:title="eqIdc5db41a1f31d6baee7c69990811edb9f"/>
          </v:shape>
        </w:pict>
      </w:r>
      <w:r>
        <w:rPr>
          <w:rFonts w:ascii="宋体" w:eastAsia="宋体" w:hAnsi="宋体" w:cs="宋体"/>
          <w:color w:val="000000"/>
        </w:rPr>
        <w:t>表示的数为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当</w:t>
      </w:r>
      <w:r>
        <w:pict>
          <v:shape id="_x0000_i702008" type="#_x0000_t75" alt="学科网(www.zxxk.com)--教育资源门户，提供试卷、教案、课件、论文、素材以及各类教学资源下载，还有大量而丰富的教学相关资讯！" style="width:27.6pt;height:14.4pt" o:oleicon="f" o:ole="">
            <v:imagedata r:id="rId734" o:title="eqIdfac3649308b528fd56545ba102dc42d5"/>
          </v:shape>
        </w:pict>
      </w:r>
      <w:r>
        <w:rPr>
          <w:rFonts w:ascii="宋体" w:eastAsia="宋体" w:hAnsi="宋体" w:cs="宋体"/>
          <w:color w:val="000000"/>
        </w:rPr>
        <w:t>时，若点</w:t>
      </w:r>
      <w:r>
        <w:pict>
          <v:shape id="_x0000_i702009" type="#_x0000_t75" alt="学科网(www.zxxk.com)--教育资源门户，提供试卷、教案、课件、论文、素材以及各类教学资源下载，还有大量而丰富的教学相关资讯！" style="width:11.25pt;height:11.25pt" o:oleicon="f" o:ole="">
            <v:imagedata r:id="rId735" o:title="eqId8455657dde27aabe6adb7b188e031c11"/>
          </v:shape>
        </w:pict>
      </w:r>
      <w:r>
        <w:rPr>
          <w:rFonts w:ascii="宋体" w:eastAsia="宋体" w:hAnsi="宋体" w:cs="宋体"/>
          <w:color w:val="000000"/>
        </w:rPr>
        <w:t>表示的数为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，点</w:t>
      </w:r>
      <w:r>
        <w:pict>
          <v:shape id="_x0000_i702010" type="#_x0000_t75" alt="学科网(www.zxxk.com)--教育资源门户，提供试卷、教案、课件、论文、素材以及各类教学资源下载，还有大量而丰富的教学相关资讯！" style="width:15pt;height:12pt" o:oleicon="f" o:ole="">
            <v:imagedata r:id="rId736" o:title="eqIde5b3bd5e6bc2a0a277d279bb01af9584"/>
          </v:shape>
        </w:pict>
      </w:r>
      <w:r>
        <w:rPr>
          <w:rFonts w:ascii="宋体" w:eastAsia="宋体" w:hAnsi="宋体" w:cs="宋体"/>
          <w:color w:val="000000"/>
        </w:rPr>
        <w:t>表示的数为</w:t>
      </w:r>
      <w:r>
        <w:pict>
          <v:shape id="_x0000_i702011" type="#_x0000_t75" alt="学科网(www.zxxk.com)--教育资源门户，提供试卷、教案、课件、论文、素材以及各类教学资源下载，还有大量而丰富的教学相关资讯！" style="width:15.9pt;height:14.25pt" o:oleicon="f" o:ole="">
            <v:imagedata r:id="rId737" o:title="eqIdb6b9a5f1362c12e1ea8f6fc0d9d787ac"/>
          </v:shape>
        </w:pict>
      </w:r>
      <w:r>
        <w:rPr>
          <w:rFonts w:ascii="宋体" w:eastAsia="宋体" w:hAnsi="宋体" w:cs="宋体"/>
          <w:color w:val="000000"/>
        </w:rPr>
        <w:t>，则</w:t>
      </w:r>
      <w:r>
        <w:pict>
          <v:shape id="_x0000_i702012" type="#_x0000_t75" alt="学科网(www.zxxk.com)--教育资源门户，提供试卷、教案、课件、论文、素材以及各类教学资源下载，还有大量而丰富的教学相关资讯！" style="width:12.75pt;height:11.25pt" o:oleicon="f" o:ole="">
            <v:imagedata r:id="rId738" o:title="eqId294f5ba74cdf695fc9a8a8e52f421328"/>
          </v:shape>
        </w:pict>
      </w:r>
      <w:r>
        <w:rPr>
          <w:rFonts w:ascii="宋体" w:eastAsia="宋体" w:hAnsi="宋体" w:cs="宋体"/>
          <w:color w:val="000000"/>
        </w:rPr>
        <w:t>的值为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若点</w:t>
      </w:r>
      <w:r>
        <w:pict>
          <v:shape id="_x0000_i702013" type="#_x0000_t75" alt="学科网(www.zxxk.com)--教育资源门户，提供试卷、教案、课件、论文、素材以及各类教学资源下载，还有大量而丰富的教学相关资讯！" style="width:12.75pt;height:12pt" o:oleicon="f" o:ole="">
            <v:imagedata r:id="rId739" o:title="eqIde7c314398e26ffc7164b82946eeb4273"/>
          </v:shape>
        </w:pict>
      </w:r>
      <w:r>
        <w:rPr>
          <w:rFonts w:ascii="宋体" w:eastAsia="宋体" w:hAnsi="宋体" w:cs="宋体"/>
          <w:color w:val="000000"/>
        </w:rPr>
        <w:t>到点</w:t>
      </w:r>
      <w:r>
        <w:pict>
          <v:shape id="_x0000_i702014" type="#_x0000_t75" alt="学科网(www.zxxk.com)--教育资源门户，提供试卷、教案、课件、论文、素材以及各类教学资源下载，还有大量而丰富的教学相关资讯！" style="width:13.95pt;height:13pt" o:oleicon="f" o:ole="">
            <v:imagedata r:id="rId740" o:title="eqId3953cec61ac602ce5eb59b7912352179"/>
          </v:shape>
        </w:pict>
      </w:r>
      <w:r>
        <w:rPr>
          <w:rFonts w:ascii="宋体" w:eastAsia="宋体" w:hAnsi="宋体" w:cs="宋体"/>
          <w:color w:val="000000"/>
        </w:rPr>
        <w:t>的距离是点</w:t>
      </w:r>
      <w:r>
        <w:pict>
          <v:shape id="_x0000_i702015" type="#_x0000_t75" alt="学科网(www.zxxk.com)--教育资源门户，提供试卷、教案、课件、论文、素材以及各类教学资源下载，还有大量而丰富的教学相关资讯！" style="width:12pt;height:12pt" o:oleicon="f" o:ole="">
            <v:imagedata r:id="rId741" o:title="eqId5963abe8f421bd99a2aaa94831a951e9"/>
          </v:shape>
        </w:pict>
      </w:r>
      <w:r>
        <w:rPr>
          <w:rFonts w:ascii="宋体" w:eastAsia="宋体" w:hAnsi="宋体" w:cs="宋体"/>
          <w:color w:val="000000"/>
        </w:rPr>
        <w:t>到点</w:t>
      </w:r>
      <w:r>
        <w:pict>
          <v:shape id="_x0000_i702016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742" o:title="eqId7f9e8449aad35c5d840a3395ea86df6d"/>
          </v:shape>
        </w:pict>
      </w:r>
      <w:r>
        <w:rPr>
          <w:rFonts w:ascii="宋体" w:eastAsia="宋体" w:hAnsi="宋体" w:cs="宋体"/>
          <w:color w:val="000000"/>
        </w:rPr>
        <w:t>的距离的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倍，则</w:t>
      </w:r>
      <w:r>
        <w:pict>
          <v:shape id="_x0000_i702017" type="#_x0000_t75" alt="学科网(www.zxxk.com)--教育资源门户，提供试卷、教案、课件、论文、素材以及各类教学资源下载，还有大量而丰富的教学相关资讯！" style="width:12.75pt;height:11.25pt" o:oleicon="f" o:ole="">
            <v:imagedata r:id="rId743" o:title="eqId294f5ba74cdf695fc9a8a8e52f421328"/>
          </v:shape>
        </w:pict>
      </w:r>
      <w:r>
        <w:rPr>
          <w:rFonts w:ascii="宋体" w:eastAsia="宋体" w:hAnsi="宋体" w:cs="宋体"/>
          <w:color w:val="000000"/>
        </w:rPr>
        <w:t>的值为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pStyle w:val="Heading2"/>
      </w:pPr>
      <w:r>
        <w:t>陈经纶中学分校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30. </w:t>
      </w:r>
      <w:r>
        <w:rPr>
          <w:rFonts w:ascii="宋体" w:eastAsia="宋体" w:hAnsi="宋体" w:cs="宋体"/>
          <w:color w:val="000000"/>
        </w:rPr>
        <w:t>某区运动会要印刷秩序册，有两个印刷厂前来联系业务，他们的报价相同，甲厂的优惠条件是：按每份定价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元的八折收费，另收</w:t>
      </w:r>
      <w:r>
        <w:rPr>
          <w:rFonts w:ascii="Times New Roman" w:eastAsia="Times New Roman" w:hAnsi="Times New Roman" w:cs="Times New Roman"/>
          <w:color w:val="000000"/>
        </w:rPr>
        <w:t>500</w:t>
      </w:r>
      <w:r>
        <w:rPr>
          <w:rFonts w:ascii="宋体" w:eastAsia="宋体" w:hAnsi="宋体" w:cs="宋体"/>
          <w:color w:val="000000"/>
        </w:rPr>
        <w:t>元制版费；乙厂的优惠条件是：每份定价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元的价格不变，而</w:t>
      </w:r>
      <w:r>
        <w:rPr>
          <w:rFonts w:ascii="Times New Roman" w:eastAsia="Times New Roman" w:hAnsi="Times New Roman" w:cs="Times New Roman"/>
          <w:color w:val="000000"/>
        </w:rPr>
        <w:t>500</w:t>
      </w:r>
      <w:r>
        <w:rPr>
          <w:rFonts w:ascii="宋体" w:eastAsia="宋体" w:hAnsi="宋体" w:cs="宋体"/>
          <w:color w:val="000000"/>
        </w:rPr>
        <w:t>元的制版费四折优惠．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问：（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）这个区印制多少份秩序册时两个印刷厂费用是相同的；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）当印制</w:t>
      </w:r>
      <w:r>
        <w:rPr>
          <w:rFonts w:ascii="Times New Roman" w:eastAsia="Times New Roman" w:hAnsi="Times New Roman" w:cs="Times New Roman"/>
          <w:color w:val="000000"/>
        </w:rPr>
        <w:t>200</w:t>
      </w:r>
      <w:r>
        <w:rPr>
          <w:rFonts w:ascii="宋体" w:eastAsia="宋体" w:hAnsi="宋体" w:cs="宋体"/>
          <w:color w:val="000000"/>
        </w:rPr>
        <w:t>份、</w:t>
      </w:r>
      <w:r>
        <w:rPr>
          <w:rFonts w:ascii="Times New Roman" w:eastAsia="Times New Roman" w:hAnsi="Times New Roman" w:cs="Times New Roman"/>
          <w:color w:val="000000"/>
        </w:rPr>
        <w:t>400</w:t>
      </w:r>
      <w:r>
        <w:rPr>
          <w:rFonts w:ascii="宋体" w:eastAsia="宋体" w:hAnsi="宋体" w:cs="宋体"/>
          <w:color w:val="000000"/>
        </w:rPr>
        <w:t>份秩序册时，选哪个印刷厂所付费用较少；为什么．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31. </w:t>
      </w:r>
      <w:r>
        <w:rPr>
          <w:rFonts w:ascii="宋体" w:eastAsia="宋体" w:hAnsi="宋体" w:cs="宋体"/>
          <w:color w:val="000000"/>
        </w:rPr>
        <w:t>已知数轴上两点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，若在数轴上存在一点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，使得</w:t>
      </w:r>
      <w:r>
        <w:pict>
          <v:shape id="_x0000_i702018" type="#_x0000_t75" alt="学科网(www.zxxk.com)--教育资源门户，提供试卷、教案、课件、论文、素材以及各类教学资源下载，还有大量而丰富的教学相关资讯！" style="width:82.2pt;height:13.8pt" o:oleicon="f" o:ole="">
            <v:imagedata r:id="rId744" o:title="eqId836f2d2e6b78de8d5c3b82614cd85bf3"/>
          </v:shape>
        </w:pict>
      </w:r>
      <w:r>
        <w:rPr>
          <w:rFonts w:ascii="宋体" w:eastAsia="宋体" w:hAnsi="宋体" w:cs="宋体"/>
          <w:color w:val="000000"/>
        </w:rPr>
        <w:t>，则称点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为线段</w:t>
      </w:r>
      <w:r>
        <w:pict>
          <v:shape id="_x0000_i702019" type="#_x0000_t75" alt="学科网(www.zxxk.com)--教育资源门户，提供试卷、教案、课件、论文、素材以及各类教学资源下载，还有大量而丰富的教学相关资讯！" style="width:20.05pt;height:12.6pt" o:oleicon="f" o:ole="">
            <v:imagedata r:id="rId745" o:title="eqIdf52a58fbaf4fea03567e88a9f0f6e37e"/>
          </v:shape>
        </w:pict>
      </w:r>
      <w:r>
        <w:rPr>
          <w:rFonts w:ascii="宋体" w:eastAsia="宋体" w:hAnsi="宋体" w:cs="宋体"/>
          <w:color w:val="000000"/>
        </w:rPr>
        <w:t>的“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倍点”．例如如图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所示：当点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表示的数为</w:t>
      </w:r>
      <w:r>
        <w:pict>
          <v:shape id="_x0000_i702020" type="#_x0000_t75" alt="学科网(www.zxxk.com)--教育资源门户，提供试卷、教案、课件、论文、素材以及各类教学资源下载，还有大量而丰富的教学相关资讯！" style="width:15.75pt;height:12.75pt" o:oleicon="f" o:ole="">
            <v:imagedata r:id="rId746" o:title="eqId274a9dc37509f01c2606fb3086a46f4f"/>
          </v:shape>
        </w:pic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表示的数为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表示的数为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，有</w:t>
      </w:r>
      <w:r>
        <w:pict>
          <v:shape id="_x0000_i702021" type="#_x0000_t75" alt="学科网(www.zxxk.com)--教育资源门户，提供试卷、教案、课件、论文、素材以及各类教学资源下载，还有大量而丰富的教学相关资讯！" style="width:130.8pt;height:13.8pt" o:oleicon="f" o:ole="">
            <v:imagedata r:id="rId747" o:title="eqId6a735e3c4f2b1b530b4c81ad1babbbb9"/>
          </v:shape>
        </w:pict>
      </w:r>
      <w:r>
        <w:rPr>
          <w:rFonts w:ascii="宋体" w:eastAsia="宋体" w:hAnsi="宋体" w:cs="宋体"/>
          <w:color w:val="000000"/>
        </w:rPr>
        <w:t>，则称点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为线段</w:t>
      </w:r>
      <w:r>
        <w:pict>
          <v:shape id="_x0000_i702022" type="#_x0000_t75" alt="学科网(www.zxxk.com)--教育资源门户，提供试卷、教案、课件、论文、素材以及各类教学资源下载，还有大量而丰富的教学相关资讯！" style="width:20.05pt;height:12.6pt" o:oleicon="f" o:ole="">
            <v:imagedata r:id="rId745" o:title="eqIdf52a58fbaf4fea03567e88a9f0f6e37e"/>
          </v:shape>
        </w:pict>
      </w:r>
      <w:r>
        <w:rPr>
          <w:rFonts w:ascii="宋体" w:eastAsia="宋体" w:hAnsi="宋体" w:cs="宋体"/>
          <w:color w:val="000000"/>
        </w:rPr>
        <w:t>的“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倍点”．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4381500" cy="1438275"/>
            <wp:docPr id="169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" name=""/>
                    <pic:cNvPicPr>
                      <a:picLocks noChangeAspect="1"/>
                    </pic:cNvPicPr>
                  </pic:nvPicPr>
                  <pic:blipFill>
                    <a:blip r:embed="rId748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请根据上述规定回答下列问题：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已知图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中，点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表示的数为</w:t>
      </w:r>
      <w:r>
        <w:pict>
          <v:shape id="_x0000_i702023" type="#_x0000_t75" alt="学科网(www.zxxk.com)--教育资源门户，提供试卷、教案、课件、论文、素材以及各类教学资源下载，还有大量而丰富的教学相关资讯！" style="width:16.05pt;height:13.9pt" o:oleicon="f" o:ole="">
            <v:imagedata r:id="rId749" o:title="eqId81fb134b2b48acc99213fff6ccfee65f"/>
          </v:shape>
        </w:pic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表示的数为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表示的数为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当</w:t>
      </w:r>
      <w:r>
        <w:pict>
          <v:shape id="_x0000_i702024" type="#_x0000_t75" alt="学科网(www.zxxk.com)--教育资源门户，提供试卷、教案、课件、论文、素材以及各类教学资源下载，还有大量而丰富的教学相关资讯！" style="width:49pt;height:13.95pt" o:oleicon="f" o:ole="">
            <v:imagedata r:id="rId750" o:title="eqId5a8f84f5de5d5fe7a643ddfb4ee243eb"/>
          </v:shape>
        </w:pict>
      </w:r>
      <w:r>
        <w:rPr>
          <w:rFonts w:ascii="宋体" w:eastAsia="宋体" w:hAnsi="宋体" w:cs="宋体"/>
          <w:color w:val="000000"/>
        </w:rPr>
        <w:t>时，点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</w:t>
      </w:r>
      <w:r>
        <w:rPr>
          <w:rFonts w:ascii="宋体" w:eastAsia="宋体" w:hAnsi="宋体" w:cs="宋体"/>
          <w:color w:val="000000"/>
        </w:rPr>
        <w:t>（填“一定是”或“一定不是”或“不一定是”）线段</w:t>
      </w:r>
      <w:r>
        <w:pict>
          <v:shape id="_x0000_i702025" type="#_x0000_t75" alt="学科网(www.zxxk.com)--教育资源门户，提供试卷、教案、课件、论文、素材以及各类教学资源下载，还有大量而丰富的教学相关资讯！" style="width:20.05pt;height:12.6pt" o:oleicon="f" o:ole="">
            <v:imagedata r:id="rId751" o:title="eqIdf52a58fbaf4fea03567e88a9f0f6e37e"/>
          </v:shape>
        </w:pict>
      </w:r>
      <w:r>
        <w:rPr>
          <w:rFonts w:ascii="宋体" w:eastAsia="宋体" w:hAnsi="宋体" w:cs="宋体"/>
          <w:color w:val="000000"/>
        </w:rPr>
        <w:t>的“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倍点”；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为线段</w:t>
      </w:r>
      <w:r>
        <w:pict>
          <v:shape id="_x0000_i702026" type="#_x0000_t75" alt="学科网(www.zxxk.com)--教育资源门户，提供试卷、教案、课件、论文、素材以及各类教学资源下载，还有大量而丰富的教学相关资讯！" style="width:20.05pt;height:12.6pt" o:oleicon="f" o:ole="">
            <v:imagedata r:id="rId752" o:title="eqIdf52a58fbaf4fea03567e88a9f0f6e37e"/>
          </v:shape>
        </w:pict>
      </w:r>
      <w:r>
        <w:rPr>
          <w:rFonts w:ascii="宋体" w:eastAsia="宋体" w:hAnsi="宋体" w:cs="宋体"/>
          <w:color w:val="000000"/>
        </w:rPr>
        <w:t>的“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倍点”，且</w:t>
      </w:r>
      <w:r>
        <w:pict>
          <v:shape id="_x0000_i702027" type="#_x0000_t75" alt="学科网(www.zxxk.com)--教育资源门户，提供试卷、教案、课件、论文、素材以及各类教学资源下载，还有大量而丰富的教学相关资讯！" style="width:33.75pt;height:14.25pt" o:oleicon="f" o:ole="">
            <v:imagedata r:id="rId753" o:title="eqIda089c207e39a24d0d82aa853ac2bbb8c"/>
          </v:shape>
        </w:pict>
      </w:r>
      <w:r>
        <w:rPr>
          <w:rFonts w:ascii="宋体" w:eastAsia="宋体" w:hAnsi="宋体" w:cs="宋体"/>
          <w:color w:val="000000"/>
        </w:rPr>
        <w:t>，求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的值；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若点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是线段</w:t>
      </w:r>
      <w:r>
        <w:pict>
          <v:shape id="_x0000_i702028" type="#_x0000_t75" alt="学科网(www.zxxk.com)--教育资源门户，提供试卷、教案、课件、论文、素材以及各类教学资源下载，还有大量而丰富的教学相关资讯！" style="width:20.05pt;height:12.6pt" o:oleicon="f" o:ole="">
            <v:imagedata r:id="rId754" o:title="eqIdf52a58fbaf4fea03567e88a9f0f6e37e"/>
          </v:shape>
        </w:pict>
      </w:r>
      <w:r>
        <w:rPr>
          <w:rFonts w:ascii="宋体" w:eastAsia="宋体" w:hAnsi="宋体" w:cs="宋体"/>
          <w:color w:val="000000"/>
        </w:rPr>
        <w:t>的“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倍点”，则点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表示的数为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  <w:sectPr w:rsidSect="00C321EB">
          <w:headerReference w:type="even" r:id="rId196"/>
          <w:footerReference w:type="even" r:id="rId197"/>
          <w:headerReference w:type="first" r:id="rId198"/>
          <w:footerReference w:type="first" r:id="rId199"/>
          <w:pgSz w:w="11906" w:h="16838"/>
          <w:pgMar w:top="910" w:right="1080" w:bottom="1440" w:left="1080" w:header="152" w:footer="0" w:gutter="0"/>
          <w:cols w:space="720"/>
          <w:titlePg w:val="0"/>
          <w:docGrid w:type="lines" w:linePitch="312"/>
        </w:sectPr>
      </w:pPr>
      <w:r>
        <w:rPr>
          <w:color w:val="000000"/>
        </w:rPr>
        <w:t>（4）</w:t>
      </w:r>
      <w:r>
        <w:rPr>
          <w:rFonts w:ascii="宋体" w:eastAsia="宋体" w:hAnsi="宋体" w:cs="宋体"/>
          <w:color w:val="000000"/>
        </w:rPr>
        <w:t>若点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在数轴上表示的数为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表示的数为</w:t>
      </w:r>
      <w:r>
        <w:pict>
          <v:shape id="_x0000_i702029" type="#_x0000_t75" alt="学科网(www.zxxk.com)--教育资源门户，提供试卷、教案、课件、论文、素材以及各类教学资源下载，还有大量而丰富的教学相关资讯！" style="width:24pt;height:13.95pt" o:oleicon="f" o:ole="">
            <v:imagedata r:id="rId755" o:title="eqIdcde47d197b05343b64bc5a94fd28254c"/>
          </v:shape>
        </w:pict>
      </w:r>
      <w:r>
        <w:rPr>
          <w:rFonts w:ascii="宋体" w:eastAsia="宋体" w:hAnsi="宋体" w:cs="宋体"/>
          <w:color w:val="000000"/>
        </w:rPr>
        <w:t>，要使线段</w:t>
      </w:r>
      <w:r>
        <w:pict>
          <v:shape id="_x0000_i702030" type="#_x0000_t75" alt="学科网(www.zxxk.com)--教育资源门户，提供试卷、教案、课件、论文、素材以及各类教学资源下载，还有大量而丰富的教学相关资讯！" style="width:20.4pt;height:12.6pt" o:oleicon="f" o:ole="">
            <v:imagedata r:id="rId756" o:title="eqId49b50357a6545cae8348e3059312f520"/>
          </v:shape>
        </w:pict>
      </w:r>
      <w:r>
        <w:rPr>
          <w:rFonts w:ascii="宋体" w:eastAsia="宋体" w:hAnsi="宋体" w:cs="宋体"/>
          <w:color w:val="000000"/>
        </w:rPr>
        <w:t>上始终存在线段</w:t>
      </w:r>
      <w:r>
        <w:pict>
          <v:shape id="_x0000_i702031" type="#_x0000_t75" alt="学科网(www.zxxk.com)--教育资源门户，提供试卷、教案、课件、论文、素材以及各类教学资源下载，还有大量而丰富的教学相关资讯！" style="width:20.05pt;height:12.6pt" o:oleicon="f" o:ole="">
            <v:imagedata r:id="rId757" o:title="eqIdf52a58fbaf4fea03567e88a9f0f6e37e"/>
          </v:shape>
        </w:pict>
      </w:r>
      <w:r>
        <w:rPr>
          <w:rFonts w:ascii="宋体" w:eastAsia="宋体" w:hAnsi="宋体" w:cs="宋体"/>
          <w:color w:val="000000"/>
        </w:rPr>
        <w:t>的“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倍点”，求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宋体" w:eastAsia="宋体" w:hAnsi="宋体" w:cs="宋体"/>
          <w:color w:val="000000"/>
        </w:rPr>
        <w:t>的取值范围（用不等号表示）</w:t>
      </w:r>
    </w:p>
    <w:p>
      <w:pPr>
        <w:pStyle w:val="Heading2"/>
      </w:pPr>
      <w:r>
        <w:t>陈经纶中学分校望京实验学校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甲三角形的周长为</w:t>
      </w:r>
      <w:r>
        <w:pict>
          <v:shape id="_x0000_i702032" type="#_x0000_t75" alt="学科网(www.zxxk.com)--教育资源门户，提供试卷、教案、课件、论文、素材以及各类教学资源下载，还有大量而丰富的教学相关资讯！" style="width:54pt;height:15pt" o:oleicon="f" o:ole="">
            <v:imagedata r:id="rId758" o:title="eqId6a7761fd536865375cc67ab5de27def5"/>
          </v:shape>
        </w:pict>
      </w:r>
      <w:r>
        <w:rPr>
          <w:rFonts w:ascii="宋体" w:eastAsia="宋体" w:hAnsi="宋体" w:cs="宋体"/>
          <w:color w:val="000000"/>
        </w:rPr>
        <w:t>，乙三角形的第一条边长为</w:t>
      </w:r>
      <w:r>
        <w:pict>
          <v:shape id="_x0000_i702033" type="#_x0000_t75" alt="学科网(www.zxxk.com)--教育资源门户，提供试卷、教案、课件、论文、素材以及各类教学资源下载，还有大量而丰富的教学相关资讯！" style="width:38.1pt;height:16.25pt;mso-position-horizontal-relative:page;mso-position-vertical-relative:page" o:oleicon="f" o:ole="">
            <v:imagedata r:id="rId759" o:title="eqId493c1600ace8631531d098e67bb3a729"/>
          </v:shape>
        </w:pict>
      </w:r>
      <w:r>
        <w:rPr>
          <w:rFonts w:ascii="宋体" w:eastAsia="宋体" w:hAnsi="宋体" w:cs="宋体"/>
          <w:color w:val="000000"/>
        </w:rPr>
        <w:t>，第二条边长为</w:t>
      </w:r>
      <w:r>
        <w:pict>
          <v:shape id="_x0000_i702034" type="#_x0000_t75" alt="学科网(www.zxxk.com)--教育资源门户，提供试卷、教案、课件、论文、素材以及各类教学资源下载，还有大量而丰富的教学相关资讯！" style="width:34.2pt;height:15pt" o:oleicon="f" o:ole="">
            <v:imagedata r:id="rId760" o:title="eqId7728c3702f569ab602be6728fb4503f9"/>
          </v:shape>
        </w:pict>
      </w:r>
      <w:r>
        <w:rPr>
          <w:rFonts w:ascii="宋体" w:eastAsia="宋体" w:hAnsi="宋体" w:cs="宋体"/>
          <w:color w:val="000000"/>
        </w:rPr>
        <w:t>，第三条边比第二条边短</w:t>
      </w:r>
      <w:r>
        <w:pict>
          <v:shape id="_x0000_i702035" type="#_x0000_t75" alt="学科网(www.zxxk.com)--教育资源门户，提供试卷、教案、课件、论文、素材以及各类教学资源下载，还有大量而丰富的教学相关资讯！" style="width:49.2pt;height:15pt" o:oleicon="f" o:ole="">
            <v:imagedata r:id="rId761" o:title="eqId6fb78807a749ea70b5d7368daff3d230"/>
          </v:shape>
        </w:pi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）求乙三角形第三条边的长；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）甲、乙两三角形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7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" name=""/>
                    <pic:cNvPicPr>
                      <a:picLocks noChangeAspect="1"/>
                    </pic:cNvPicPr>
                  </pic:nvPicPr>
                  <pic:blipFill>
                    <a:blip r:embed="rId76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周长哪个大？试说明理由；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都为正整数，甲、乙两三角形的周长在数轴上表示的点分别为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，若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两点之间恰好有</w:t>
      </w:r>
      <w:r>
        <w:rPr>
          <w:rFonts w:ascii="Times New Roman" w:eastAsia="Times New Roman" w:hAnsi="Times New Roman" w:cs="Times New Roman"/>
          <w:color w:val="000000"/>
        </w:rPr>
        <w:t>18</w:t>
      </w:r>
      <w:r>
        <w:rPr>
          <w:rFonts w:ascii="宋体" w:eastAsia="宋体" w:hAnsi="宋体" w:cs="宋体"/>
          <w:color w:val="000000"/>
        </w:rPr>
        <w:t>个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整数点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（点表示的数为整数），求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color w:val="000000"/>
        </w:rPr>
        <w:t>如图，若点A在数轴上对应的数为</w:t>
      </w:r>
      <w:r>
        <w:pict>
          <v:shape id="_x0000_i702036" type="#_x0000_t75" alt="学科网(www.zxxk.com)--教育资源门户，提供试卷、教案、课件、论文、素材以及各类教学资源下载，还有大量而丰富的教学相关资讯！" style="width:9pt;height:9.75pt" o:oleicon="f" o:ole="">
            <v:imagedata r:id="rId763" o:title="eqId0a6936d370d6a238a608ca56f87198de"/>
          </v:shape>
        </w:pict>
      </w:r>
      <w:r>
        <w:rPr>
          <w:color w:val="000000"/>
        </w:rPr>
        <w:t>，点B在数轴上对应的数为b，且</w:t>
      </w:r>
      <w:r>
        <w:pict>
          <v:shape id="_x0000_i702037" type="#_x0000_t75" alt="学科网(www.zxxk.com)--教育资源门户，提供试卷、教案、课件、论文、素材以及各类教学资源下载，还有大量而丰富的教学相关资讯！" style="width:9pt;height:9.75pt" o:oleicon="f" o:ole="">
            <v:imagedata r:id="rId763" o:title="eqId0a6936d370d6a238a608ca56f87198de"/>
          </v:shape>
        </w:pict>
      </w:r>
      <w:r>
        <w:rPr>
          <w:color w:val="000000"/>
        </w:rPr>
        <w:t>，b满足</w:t>
      </w:r>
      <w:r>
        <w:pict>
          <v:shape id="_x0000_i702038" type="#_x0000_t75" alt="学科网(www.zxxk.com)--教育资源门户，提供试卷、教案、课件、论文、素材以及各类教学资源下载，还有大量而丰富的教学相关资讯！" style="width:93pt;height:20.25pt" o:oleicon="f" o:ole="">
            <v:imagedata r:id="rId764" o:title="eqId50a550ea05820a6bd8d6cb7fb88db141"/>
          </v:shape>
        </w:pi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（1）求线段AB的长；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228850" cy="466725"/>
            <wp:docPr id="170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" name=""/>
                    <pic:cNvPicPr>
                      <a:picLocks noChangeAspect="1"/>
                    </pic:cNvPicPr>
                  </pic:nvPicPr>
                  <pic:blipFill>
                    <a:blip r:embed="rId765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（2）点C在数轴上对应的数为x，且x是方程</w:t>
      </w:r>
      <w:r>
        <w:pict>
          <v:shape id="_x0000_i702039" type="#_x0000_t75" alt="学科网(www.zxxk.com)--教育资源门户，提供试卷、教案、课件、论文、素材以及各类教学资源下载，还有大量而丰富的教学相关资讯！" style="width:75pt;height:30.75pt" o:oleicon="f" o:ole="">
            <v:imagedata r:id="rId766" o:title="eqIdbe4b78439d16da608c6faf81365e0ed4"/>
          </v:shape>
        </w:pict>
      </w:r>
      <w:r>
        <w:rPr>
          <w:color w:val="000000"/>
        </w:rPr>
        <w:t xml:space="preserve"> 的解，在数轴上是否存在点P，使得PA+PB=PC？若存在，求出点P对应的数；若不存在，说明理由；</w:t>
      </w:r>
    </w:p>
    <w:p>
      <w:pPr>
        <w:spacing w:line="360" w:lineRule="auto"/>
        <w:jc w:val="left"/>
        <w:textAlignment w:val="center"/>
        <w:rPr>
          <w:color w:val="000000"/>
        </w:rPr>
        <w:sectPr w:rsidSect="00C321EB">
          <w:headerReference w:type="even" r:id="rId122"/>
          <w:footerReference w:type="even" r:id="rId123"/>
          <w:headerReference w:type="first" r:id="rId124"/>
          <w:footerReference w:type="first" r:id="rId125"/>
          <w:pgSz w:w="11906" w:h="16838"/>
          <w:pgMar w:top="910" w:right="1080" w:bottom="1440" w:left="1080" w:header="152" w:footer="0" w:gutter="0"/>
          <w:cols w:space="720"/>
          <w:titlePg w:val="0"/>
          <w:docGrid w:type="lines" w:linePitch="312"/>
        </w:sectPr>
      </w:pPr>
      <w:r>
        <w:rPr>
          <w:color w:val="000000"/>
        </w:rPr>
        <w:t>（3）在（1）（2）条件下，点A，B，C开始在数轴上运动，若点A以每秒1个单位长度</w:t>
      </w:r>
      <w:r>
        <w:rPr>
          <w:color w:val="000000"/>
          <w:position w:val="0"/>
        </w:rPr>
        <w:drawing>
          <wp:inline>
            <wp:extent cx="133350" cy="177800"/>
            <wp:docPr id="170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" name=""/>
                    <pic:cNvPicPr>
                      <a:picLocks noChangeAspect="1"/>
                    </pic:cNvPicPr>
                  </pic:nvPicPr>
                  <pic:blipFill>
                    <a:blip r:embed="rId76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速度向左运动，同时，点B和点C分别以每秒4个单位长度和9个单位长度的速度向右运动，假设t秒钟过后，若点B与点C之间的距离表示为BC，点A与点B之间的距离表示为AB，请问：AB﹣BC的值是否随时间t的变化而改变？若变化，请说明理由；若不变，请求其常数值．</w:t>
      </w:r>
    </w:p>
    <w:p>
      <w:pPr>
        <w:pStyle w:val="Heading1"/>
      </w:pPr>
      <w:r>
        <w:t>期末</w:t>
      </w:r>
    </w:p>
    <w:p>
      <w:pPr>
        <w:pStyle w:val="Heading2"/>
      </w:pPr>
      <w:r>
        <w:t>东城区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hAnsi="宋体" w:eastAsia="宋体" w:cs="宋体"/>
          <w:color w:val="000000"/>
        </w:rPr>
        <w:t>某商场经销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两种商品，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种商品每件进价</w:t>
      </w:r>
      <w:r>
        <w:rPr>
          <w:rFonts w:ascii="Times New Roman" w:hAnsi="Times New Roman" w:eastAsia="Times New Roman" w:cs="Times New Roman"/>
          <w:color w:val="000000"/>
        </w:rPr>
        <w:t>40</w:t>
      </w:r>
      <w:r>
        <w:rPr>
          <w:rFonts w:ascii="宋体" w:hAnsi="宋体" w:eastAsia="宋体" w:cs="宋体"/>
          <w:color w:val="000000"/>
        </w:rPr>
        <w:t>元，售价</w:t>
      </w:r>
      <w:r>
        <w:rPr>
          <w:rFonts w:ascii="Times New Roman" w:hAnsi="Times New Roman" w:eastAsia="Times New Roman" w:cs="Times New Roman"/>
          <w:color w:val="000000"/>
        </w:rPr>
        <w:t>60</w:t>
      </w:r>
      <w:r>
        <w:rPr>
          <w:rFonts w:ascii="宋体" w:hAnsi="宋体" w:eastAsia="宋体" w:cs="宋体"/>
          <w:color w:val="000000"/>
        </w:rPr>
        <w:t>元；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种商品每件售价</w:t>
      </w:r>
      <w:r>
        <w:rPr>
          <w:rFonts w:ascii="Times New Roman" w:hAnsi="Times New Roman" w:eastAsia="Times New Roman" w:cs="Times New Roman"/>
          <w:color w:val="000000"/>
        </w:rPr>
        <w:t>80</w:t>
      </w:r>
      <w:r>
        <w:rPr>
          <w:rFonts w:ascii="宋体" w:hAnsi="宋体" w:eastAsia="宋体" w:cs="宋体"/>
          <w:color w:val="000000"/>
        </w:rPr>
        <w:t>元，利润率为</w:t>
      </w:r>
      <w:r>
        <w:rPr>
          <w:rFonts w:ascii="Times New Roman" w:hAnsi="Times New Roman" w:eastAsia="Times New Roman" w:cs="Times New Roman"/>
          <w:color w:val="000000"/>
        </w:rPr>
        <w:t>60%．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每件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种商品利润率为</w:t>
      </w:r>
      <w:r>
        <w:rPr>
          <w:rFonts w:ascii="Times New Roman" w:hAnsi="Times New Roman" w:eastAsia="Times New Roman" w:cs="Times New Roman"/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种商品每件进价为</w:t>
      </w:r>
      <w:r>
        <w:rPr>
          <w:rFonts w:ascii="Times New Roman" w:hAnsi="Times New Roman" w:eastAsia="Times New Roman" w:cs="Times New Roman"/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若该商场同时购进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两种商品共</w:t>
      </w:r>
      <w:r>
        <w:rPr>
          <w:rFonts w:ascii="Times New Roman" w:hAnsi="Times New Roman" w:eastAsia="Times New Roman" w:cs="Times New Roman"/>
          <w:color w:val="000000"/>
        </w:rPr>
        <w:t>50</w:t>
      </w:r>
      <w:r>
        <w:rPr>
          <w:rFonts w:ascii="宋体" w:hAnsi="宋体" w:eastAsia="宋体" w:cs="宋体"/>
          <w:color w:val="000000"/>
        </w:rPr>
        <w:t>件，恰好总进价为</w:t>
      </w:r>
      <w:r>
        <w:rPr>
          <w:rFonts w:ascii="Times New Roman" w:hAnsi="Times New Roman" w:eastAsia="Times New Roman" w:cs="Times New Roman"/>
          <w:color w:val="000000"/>
        </w:rPr>
        <w:t>2300</w:t>
      </w:r>
      <w:r>
        <w:rPr>
          <w:rFonts w:ascii="宋体" w:hAnsi="宋体" w:eastAsia="宋体" w:cs="宋体"/>
          <w:color w:val="000000"/>
        </w:rPr>
        <w:t>元，则该商场购进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种商品多少件？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在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元旦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期间，该商场对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两种商品进行如下的优惠促销活动：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708"/>
        <w:gridCol w:w="5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打折前一次性购物总金额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优惠措施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不超过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500</w:t>
            </w:r>
            <w:r>
              <w:rPr>
                <w:rFonts w:ascii="宋体" w:hAnsi="宋体" w:eastAsia="宋体" w:cs="宋体"/>
                <w:color w:val="000000"/>
              </w:rPr>
              <w:t>元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不优惠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超过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500</w:t>
            </w:r>
            <w:r>
              <w:rPr>
                <w:rFonts w:ascii="宋体" w:hAnsi="宋体" w:eastAsia="宋体" w:cs="宋体"/>
                <w:color w:val="000000"/>
              </w:rPr>
              <w:t>元，但不超过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800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按总售价打九折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超过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800</w:t>
            </w:r>
            <w:r>
              <w:rPr>
                <w:rFonts w:ascii="宋体" w:hAnsi="宋体" w:eastAsia="宋体" w:cs="宋体"/>
                <w:color w:val="000000"/>
              </w:rPr>
              <w:t>元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其中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800</w:t>
            </w:r>
            <w:r>
              <w:rPr>
                <w:rFonts w:ascii="宋体" w:hAnsi="宋体" w:eastAsia="宋体" w:cs="宋体"/>
                <w:color w:val="000000"/>
              </w:rPr>
              <w:t>元部分打八折优惠，超过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800</w:t>
            </w:r>
            <w:r>
              <w:rPr>
                <w:rFonts w:ascii="宋体" w:hAnsi="宋体" w:eastAsia="宋体" w:cs="宋体"/>
                <w:color w:val="000000"/>
              </w:rPr>
              <w:t>元的部分打七折优惠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按上述优惠条件，若小华一次性购买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商品实际付款</w:t>
      </w:r>
      <w:r>
        <w:rPr>
          <w:rFonts w:ascii="Times New Roman" w:hAnsi="Times New Roman" w:eastAsia="Times New Roman" w:cs="Times New Roman"/>
          <w:color w:val="000000"/>
        </w:rPr>
        <w:t>675</w:t>
      </w:r>
      <w:r>
        <w:rPr>
          <w:rFonts w:ascii="宋体" w:hAnsi="宋体" w:eastAsia="宋体" w:cs="宋体"/>
          <w:color w:val="000000"/>
        </w:rPr>
        <w:t>元，求小华此次购物打折前的总金额．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hAnsi="宋体" w:eastAsia="宋体" w:cs="宋体"/>
          <w:color w:val="000000"/>
        </w:rPr>
        <w:t>已知数轴上两点</w:t>
      </w:r>
      <w:r>
        <w:pict>
          <v:shape id="_x0000_i702040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768" o:title="eqId5963abe8f421bd99a2aaa94831a951e9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  <w:r>
        <w:pict>
          <v:shape id="_x0000_i702041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769" o:title="eqId7f9e8449aad35c5d840a3395ea86df6d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对应的数分别为</w:t>
      </w:r>
      <w:r>
        <w:pict>
          <v:shape id="_x0000_i702042" o:spt="75" alt="学科网(www.zxxk.com)--教育资源门户，提供试卷、教案、课件、论文、素材以及各类教学资源下载，还有大量而丰富的教学相关资讯！" type="#_x0000_t75" style="height:12.75pt;width:15.75pt;" o:ole="t" filled="f" o:preferrelative="t" stroked="f" coordsize="21600,21600">
            <v:path/>
            <v:fill on="f" focussize="0,0"/>
            <v:stroke on="f" joinstyle="miter"/>
            <v:imagedata r:id="rId770" o:title="eqId274a9dc37509f01c2606fb3086a46f4f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，点</w:t>
      </w:r>
      <w:r>
        <w:pict>
          <v:shape id="_x0000_i702043" o:spt="75" alt="学科网(www.zxxk.com)--教育资源门户，提供试卷、教案、课件、论文、素材以及各类教学资源下载，还有大量而丰富的教学相关资讯！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771" o:title="eqIddad2a36927223bd70f426ba06aea4b45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为数轴上一动点，其对应的数为</w:t>
      </w:r>
      <w:r>
        <w:pict>
          <v:shape id="_x0000_i702044" o:spt="75" alt="学科网(www.zxxk.com)--教育资源门户，提供试卷、教案、课件、论文、素材以及各类教学资源下载，还有大量而丰富的教学相关资讯！" type="#_x0000_t75" style="height:19pt;width:14.25pt;" o:ole="t" filled="f" o:preferrelative="t" stroked="f" coordsize="21600,21600">
            <v:path/>
            <v:fill on="f" focussize="0,0"/>
            <v:stroke on="f" joinstyle="miter"/>
            <v:imagedata r:id="rId772" o:title="eqId4838f8ecdec6c290073935e718ee03bb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562225" cy="504825"/>
            <wp:effectExtent l="0" t="0" r="9525" b="9525"/>
            <wp:docPr id="1707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73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若点</w:t>
      </w:r>
      <w:r>
        <w:pict>
          <v:shape id="_x0000_i702045" o:spt="75" alt="学科网(www.zxxk.com)--教育资源门户，提供试卷、教案、课件、论文、素材以及各类教学资源下载，还有大量而丰富的教学相关资讯！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774" o:title="eqIddad2a36927223bd70f426ba06aea4b45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为线段</w:t>
      </w:r>
      <w:r>
        <w:pict>
          <v:shape id="_x0000_i702046" o:spt="75" alt="学科网(www.zxxk.com)--教育资源门户，提供试卷、教案、课件、论文、素材以及各类教学资源下载，还有大量而丰富的教学相关资讯！" type="#_x0000_t75" style="height:12.6pt;width:20.05pt;" o:ole="t" filled="f" o:preferrelative="t" stroked="f" coordsize="21600,21600">
            <v:path/>
            <v:fill on="f" focussize="0,0"/>
            <v:stroke on="f" joinstyle="miter"/>
            <v:imagedata r:id="rId775" o:title="eqIdf52a58fbaf4fea03567e88a9f0f6e37e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的中点，则点</w:t>
      </w:r>
      <w:r>
        <w:pict>
          <v:shape id="_x0000_i702047" o:spt="75" alt="学科网(www.zxxk.com)--教育资源门户，提供试卷、教案、课件、论文、素材以及各类教学资源下载，还有大量而丰富的教学相关资讯！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774" o:title="eqIddad2a36927223bd70f426ba06aea4b45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对应的数</w:t>
      </w:r>
      <w:r>
        <w:pict>
          <v:shape id="_x0000_i702048" o:spt="75" alt="学科网(www.zxxk.com)--教育资源门户，提供试卷、教案、课件、论文、素材以及各类教学资源下载，还有大量而丰富的教学相关资讯！" type="#_x0000_t75" style="height:19pt;width:24.45pt;" o:ole="t" filled="f" o:preferrelative="t" stroked="f" coordsize="21600,21600">
            <v:path/>
            <v:fill on="f" focussize="0,0"/>
            <v:stroke on="f" joinstyle="miter"/>
            <v:imagedata r:id="rId776" o:title="eqId0563ae79c3a409662586b434fc6a5254"/>
            <o:lock v:ext="edit" aspectratio="t"/>
            <w10:wrap type="none"/>
            <w10:anchorlock/>
          </v:shape>
        </w:pict>
      </w:r>
      <w:r>
        <w:rPr>
          <w:rFonts w:ascii="Times New Roman" w:hAnsi="Times New Roman" w:eastAsia="Times New Roman" w:cs="Times New Roman"/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点</w:t>
      </w:r>
      <w:r>
        <w:pict>
          <v:shape id="_x0000_i702049" o:spt="75" alt="学科网(www.zxxk.com)--教育资源门户，提供试卷、教案、课件、论文、素材以及各类教学资源下载，还有大量而丰富的教学相关资讯！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777" o:title="eqIddad2a36927223bd70f426ba06aea4b45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在移动的过程中，其到点</w:t>
      </w:r>
      <w:r>
        <w:pict>
          <v:shape id="_x0000_i702050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778" o:title="eqId5963abe8f421bd99a2aaa94831a951e9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、点</w:t>
      </w:r>
      <w:r>
        <w:pict>
          <v:shape id="_x0000_i702051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779" o:title="eqId7f9e8449aad35c5d840a3395ea86df6d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的距离之和为</w:t>
      </w:r>
      <w:r>
        <w:rPr>
          <w:rFonts w:ascii="Times New Roman" w:hAnsi="Times New Roman" w:eastAsia="Times New Roman" w:cs="Times New Roman"/>
          <w:color w:val="000000"/>
        </w:rPr>
        <w:t>8</w:t>
      </w:r>
      <w:r>
        <w:rPr>
          <w:rFonts w:ascii="宋体" w:hAnsi="宋体" w:eastAsia="宋体" w:cs="宋体"/>
          <w:color w:val="000000"/>
        </w:rPr>
        <w:t>，求此时点</w:t>
      </w:r>
      <w:r>
        <w:pict>
          <v:shape id="_x0000_i702052" o:spt="75" alt="学科网(www.zxxk.com)--教育资源门户，提供试卷、教案、课件、论文、素材以及各类教学资源下载，还有大量而丰富的教学相关资讯！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777" o:title="eqIddad2a36927223bd70f426ba06aea4b45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对应的数</w:t>
      </w:r>
      <w:r>
        <w:pict>
          <v:shape id="_x0000_i702053" o:spt="75" alt="学科网(www.zxxk.com)--教育资源门户，提供试卷、教案、课件、论文、素材以及各类教学资源下载，还有大量而丰富的教学相关资讯！" type="#_x0000_t75" style="height:19pt;width:14.25pt;" o:ole="t" filled="f" o:preferrelative="t" stroked="f" coordsize="21600,21600">
            <v:path/>
            <v:fill on="f" focussize="0,0"/>
            <v:stroke on="f" joinstyle="miter"/>
            <v:imagedata r:id="rId780" o:title="eqId4838f8ecdec6c290073935e718ee03bb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的值；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对于数轴上的三点，给出如下定义：若当其中一个点与其他两个点的距离恰好满足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倍关系时，则称该点是其他两个点的“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倍点”．如图，原点</w:t>
      </w:r>
      <w:r>
        <w:pict>
          <v:shape id="_x0000_i702054" o:spt="75" alt="学科网(www.zxxk.com)--教育资源门户，提供试卷、教案、课件、论文、素材以及各类教学资源下载，还有大量而丰富的教学相关资讯！" type="#_x0000_t75" style="height:14.25pt;width:12pt;" o:ole="t" filled="f" o:preferrelative="t" stroked="f" coordsize="21600,21600">
            <v:path/>
            <v:fill on="f" focussize="0,0"/>
            <v:stroke on="f" joinstyle="miter"/>
            <v:imagedata r:id="rId781" o:title="eqId1dde8112e8eb968fd042418dd632759e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是点</w:t>
      </w:r>
      <w:r>
        <w:pict>
          <v:shape id="_x0000_i702055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782" o:title="eqId5963abe8f421bd99a2aaa94831a951e9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  <w:r>
        <w:pict>
          <v:shape id="_x0000_i702056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783" o:title="eqId7f9e8449aad35c5d840a3395ea86df6d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倍点．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现在，点</w:t>
      </w:r>
      <w:r>
        <w:pict>
          <v:shape id="_x0000_i702057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785" o:title="eqId5963abe8f421bd99a2aaa94831a951e9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、点</w:t>
      </w:r>
      <w:r>
        <w:pict>
          <v:shape id="_x0000_i702058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786" o:title="eqId7f9e8449aad35c5d840a3395ea86df6d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分别以每秒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个单位长度和每秒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个单位长度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1709" name="图片 492032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" name="图片 492032869"/>
                    <pic:cNvPicPr>
                      <a:picLocks noChangeAspect="1"/>
                    </pic:cNvPicPr>
                  </pic:nvPicPr>
                  <pic:blipFill>
                    <a:blip r:embed="rId78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速度同时向右运动，同时点</w:t>
      </w:r>
      <w:r>
        <w:pict>
          <v:shape id="_x0000_i702059" o:spt="75" alt="学科网(www.zxxk.com)--教育资源门户，提供试卷、教案、课件、论文、素材以及各类教学资源下载，还有大量而丰富的教学相关资讯！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787" o:title="eqIddad2a36927223bd70f426ba06aea4b45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以每秒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个单位长度的速度从表示数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的点向左运动．设出发</w:t>
      </w:r>
      <w:r>
        <w:pict>
          <v:shape id="_x0000_i702060" o:spt="75" alt="学科网(www.zxxk.com)--教育资源门户，提供试卷、教案、课件、论文、素材以及各类教学资源下载，还有大量而丰富的教学相关资讯！" type="#_x0000_t75" style="height:11.9pt;width:7.35pt;" o:ole="t" filled="f" o:preferrelative="t" stroked="f" coordsize="21600,21600">
            <v:path/>
            <v:fill on="f" focussize="0,0"/>
            <v:stroke on="f" joinstyle="miter"/>
            <v:imagedata r:id="rId788" o:title="eqId36a1b09c653185842513e24ebba60bb3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秒后，点</w:t>
      </w:r>
      <w:r>
        <w:pict>
          <v:shape id="_x0000_i702061" o:spt="75" alt="学科网(www.zxxk.com)--教育资源门户，提供试卷、教案、课件、论文、素材以及各类教学资源下载，还有大量而丰富的教学相关资讯！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787" o:title="eqIddad2a36927223bd70f426ba06aea4b45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恰好是点</w:t>
      </w:r>
      <w:r>
        <w:pict>
          <v:shape id="_x0000_i702062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785" o:title="eqId5963abe8f421bd99a2aaa94831a951e9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  <w:r>
        <w:pict>
          <v:shape id="_x0000_i702063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786" o:title="eqId7f9e8449aad35c5d840a3395ea86df6d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的“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倍点”，请直接写出此时的</w:t>
      </w:r>
      <w:r>
        <w:pict>
          <v:shape id="_x0000_i702064" o:spt="75" alt="学科网(www.zxxk.com)--教育资源门户，提供试卷、教案、课件、论文、素材以及各类教学资源下载，还有大量而丰富的教学相关资讯！" type="#_x0000_t75" style="height:11.9pt;width:7.35pt;" o:ole="t" filled="f" o:preferrelative="t" stroked="f" coordsize="21600,21600">
            <v:path/>
            <v:fill on="f" focussize="0,0"/>
            <v:stroke on="f" joinstyle="miter"/>
            <v:imagedata r:id="rId788" o:title="eqId36a1b09c653185842513e24ebba60bb3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值．</w:t>
      </w:r>
    </w:p>
    <w:p>
      <w:pPr>
        <w:pStyle w:val="Heading2"/>
      </w:pPr>
      <w:r>
        <w:t>丰台区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eastAsia="宋体" w:hAnsi="宋体" w:cs="宋体"/>
          <w:color w:val="000000"/>
        </w:rPr>
        <w:t>有这样一个问题：将一个两位数的十位上的数与个位上的数交换位置，得到一个新数，那么这个新数与原数的和能被</w:t>
      </w:r>
      <w:r>
        <w:rPr>
          <w:rFonts w:ascii="Times New Roman" w:eastAsia="Times New Roman" w:hAnsi="Times New Roman" w:cs="Times New Roman"/>
          <w:color w:val="000000"/>
        </w:rPr>
        <w:t>11</w:t>
      </w:r>
      <w:r>
        <w:rPr>
          <w:rFonts w:ascii="宋体" w:eastAsia="宋体" w:hAnsi="宋体" w:cs="宋体"/>
          <w:color w:val="000000"/>
        </w:rPr>
        <w:t>整除吗？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下面是小明的探究过程，请补充完整：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举例：例</w:t>
      </w:r>
      <w:r>
        <w:rPr>
          <w:rFonts w:ascii="Times New Roman" w:eastAsia="Times New Roman" w:hAnsi="Times New Roman" w:cs="Times New Roman"/>
          <w:color w:val="000000"/>
        </w:rPr>
        <w:t>①</w:t>
      </w:r>
      <w:r>
        <w:pict>
          <v:shape id="_x0000_i702065" type="#_x0000_t75" alt="学科网(www.zxxk.com)--教育资源门户，提供试卷、教案、课件、论文、素材以及各类教学资源下载，还有大量而丰富的教学相关资讯！" style="width:60pt;height:14.2pt" o:oleicon="f" o:ole="">
            <v:imagedata r:id="rId789" o:title="eqIde15c4ee074da2da22f38f0235f3a075d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2066" type="#_x0000_t75" alt="学科网(www.zxxk.com)--教育资源门户，提供试卷、教案、课件、论文、素材以及各类教学资源下载，还有大量而丰富的教学相关资讯！" style="width:54.55pt;height:12.55pt" o:oleicon="f" o:ole="">
            <v:imagedata r:id="rId790" o:title="eqId01e925096e6e0d3551359188e7203ec5"/>
          </v:shape>
        </w:pict>
      </w:r>
      <w:r>
        <w:rPr>
          <w:rFonts w:ascii="宋体" w:eastAsia="宋体" w:hAnsi="宋体" w:cs="宋体"/>
          <w:color w:val="000000"/>
        </w:rPr>
        <w:t>；例</w:t>
      </w:r>
      <w:r>
        <w:rPr>
          <w:rFonts w:ascii="Times New Roman" w:eastAsia="Times New Roman" w:hAnsi="Times New Roman" w:cs="Times New Roman"/>
          <w:color w:val="000000"/>
        </w:rPr>
        <w:t>②</w:t>
      </w:r>
      <w:r>
        <w:pict>
          <v:shape id="_x0000_i702067" type="#_x0000_t75" alt="学科网(www.zxxk.com)--教育资源门户，提供试卷、教案、课件、论文、素材以及各类教学资源下载，还有大量而丰富的教学相关资讯！" style="width:56.25pt;height:12.75pt" o:oleicon="f" o:ole="">
            <v:imagedata r:id="rId791" o:title="eqIdc2a5f36789f16a97cab3dd01b6a1a942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2068" type="#_x0000_t75" alt="学科网(www.zxxk.com)--教育资源门户，提供试卷、教案、课件、论文、素材以及各类教学资源下载，还有大量而丰富的教学相关资讯！" style="width:52.9pt;height:14.15pt" o:oleicon="f" o:ole="">
            <v:imagedata r:id="rId792" o:title="eqIde5491dc49cd85e943bfe828132d1d5fe"/>
          </v:shape>
        </w:pict>
      </w:r>
      <w:r>
        <w:rPr>
          <w:rFonts w:ascii="宋体" w:eastAsia="宋体" w:hAnsi="宋体" w:cs="宋体"/>
          <w:color w:val="000000"/>
        </w:rPr>
        <w:t>；例</w:t>
      </w:r>
      <w:r>
        <w:rPr>
          <w:rFonts w:ascii="Times New Roman" w:eastAsia="Times New Roman" w:hAnsi="Times New Roman" w:cs="Times New Roman"/>
          <w:color w:val="000000"/>
        </w:rPr>
        <w:t>③____________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说理：设一个两位数的十位上的数是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，个位上的数是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，那么这个两位数可表示为</w:t>
      </w:r>
      <w:r>
        <w:rPr>
          <w:rFonts w:ascii="Times New Roman" w:eastAsia="Times New Roman" w:hAnsi="Times New Roman" w:cs="Times New Roman"/>
          <w:color w:val="000000"/>
        </w:rPr>
        <w:t>____________</w:t>
      </w:r>
      <w:r>
        <w:rPr>
          <w:rFonts w:ascii="宋体" w:eastAsia="宋体" w:hAnsi="宋体" w:cs="宋体"/>
          <w:color w:val="000000"/>
        </w:rPr>
        <w:t>．依题意得到的新数可表示为</w:t>
      </w:r>
      <w:r>
        <w:rPr>
          <w:rFonts w:ascii="Times New Roman" w:eastAsia="Times New Roman" w:hAnsi="Times New Roman" w:cs="Times New Roman"/>
          <w:color w:val="000000"/>
        </w:rPr>
        <w:t>____________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通过计算说明这个两位数与得到的新数的和能否被</w:t>
      </w:r>
      <w:r>
        <w:rPr>
          <w:rFonts w:ascii="Times New Roman" w:eastAsia="Times New Roman" w:hAnsi="Times New Roman" w:cs="Times New Roman"/>
          <w:color w:val="000000"/>
        </w:rPr>
        <w:t>11</w:t>
      </w:r>
      <w:r>
        <w:rPr>
          <w:rFonts w:ascii="宋体" w:eastAsia="宋体" w:hAnsi="宋体" w:cs="宋体"/>
          <w:color w:val="000000"/>
        </w:rPr>
        <w:t>整除：</w:t>
      </w:r>
      <w:r>
        <w:rPr>
          <w:rFonts w:ascii="Times New Roman" w:eastAsia="Times New Roman" w:hAnsi="Times New Roman" w:cs="Times New Roman"/>
          <w:color w:val="000000"/>
        </w:rPr>
        <w:t>______________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结论：将一个两位数的十位上的数与个位上的数交换位置，得到一个新数，那么这个新数与原数的和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（填“能”或“不能”）被</w:t>
      </w:r>
      <w:r>
        <w:rPr>
          <w:rFonts w:ascii="Times New Roman" w:eastAsia="Times New Roman" w:hAnsi="Times New Roman" w:cs="Times New Roman"/>
          <w:color w:val="000000"/>
        </w:rPr>
        <w:t>11</w:t>
      </w:r>
      <w:r>
        <w:rPr>
          <w:rFonts w:ascii="宋体" w:eastAsia="宋体" w:hAnsi="宋体" w:cs="宋体"/>
          <w:color w:val="000000"/>
        </w:rPr>
        <w:t>整除．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eastAsia="宋体" w:hAnsi="宋体" w:cs="宋体"/>
          <w:color w:val="000000"/>
        </w:rPr>
        <w:t>在数轴上，点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表示的数为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表示的数为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（</w:t>
      </w:r>
      <w:r>
        <w:pict>
          <v:shape id="_x0000_i702069" type="#_x0000_t75" alt="学科网(www.zxxk.com)--教育资源门户，提供试卷、教案、课件、论文、素材以及各类教学资源下载，还有大量而丰富的教学相关资讯！" style="width:30.75pt;height:14.25pt" o:oleicon="f" o:ole="">
            <v:imagedata r:id="rId793" o:title="eqId0baedc4d7e690ab3f7d80d30ba0a9efe"/>
          </v:shape>
        </w:pict>
      </w:r>
      <w:r>
        <w:rPr>
          <w:rFonts w:ascii="宋体" w:eastAsia="宋体" w:hAnsi="宋体" w:cs="宋体"/>
          <w:color w:val="000000"/>
        </w:rPr>
        <w:t>）．给出如下定义：对于该数轴上的一点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与线段</w:t>
      </w:r>
      <w:r>
        <w:pict>
          <v:shape id="_x0000_i702070" type="#_x0000_t75" alt="学科网(www.zxxk.com)--教育资源门户，提供试卷、教案、课件、论文、素材以及各类教学资源下载，还有大量而丰富的教学相关资讯！" style="width:22.5pt;height:12.75pt" o:oleicon="f" o:ole="">
            <v:imagedata r:id="rId794" o:title="eqIdaaf3369e0ea90e8d5cf4b6b3c45c0fd8"/>
          </v:shape>
        </w:pict>
      </w:r>
      <w:r>
        <w:rPr>
          <w:rFonts w:ascii="宋体" w:eastAsia="宋体" w:hAnsi="宋体" w:cs="宋体"/>
          <w:color w:val="000000"/>
        </w:rPr>
        <w:t>上一点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，如果线段</w:t>
      </w:r>
      <w:r>
        <w:pict>
          <v:shape id="_x0000_i702071" type="#_x0000_t75" alt="学科网(www.zxxk.com)--教育资源门户，提供试卷、教案、课件、论文、素材以及各类教学资源下载，还有大量而丰富的教学相关资讯！" style="width:18pt;height:15pt" o:oleicon="f" o:ole="">
            <v:imagedata r:id="rId795" o:title="eqId7a5f1641947153c80b987320885a2b57"/>
          </v:shape>
        </w:pict>
      </w:r>
      <w:r>
        <w:rPr>
          <w:rFonts w:ascii="宋体" w:eastAsia="宋体" w:hAnsi="宋体" w:cs="宋体"/>
          <w:color w:val="000000"/>
        </w:rPr>
        <w:t>的长度有最大值，那么称这个最大值为点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与线段</w:t>
      </w:r>
      <w:r>
        <w:pict>
          <v:shape id="_x0000_i702072" type="#_x0000_t75" alt="学科网(www.zxxk.com)--教育资源门户，提供试卷、教案、课件、论文、素材以及各类教学资源下载，还有大量而丰富的教学相关资讯！" style="width:22.5pt;height:12.75pt" o:oleicon="f" o:ole="">
            <v:imagedata r:id="rId794" o:title="eqIdaaf3369e0ea90e8d5cf4b6b3c45c0fd8"/>
          </v:shape>
        </w:pict>
      </w:r>
      <w:r>
        <w:rPr>
          <w:rFonts w:ascii="宋体" w:eastAsia="宋体" w:hAnsi="宋体" w:cs="宋体"/>
          <w:color w:val="000000"/>
        </w:rPr>
        <w:t>的“闭距离”，如图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，若</w:t>
      </w:r>
      <w:r>
        <w:pict>
          <v:shape id="_x0000_i702073" type="#_x0000_t75" alt="学科网(www.zxxk.com)--教育资源门户，提供试卷、教案、课件、论文、素材以及各类教学资源下载，还有大量而丰富的教学相关资讯！" style="width:27.75pt;height:11.25pt" o:oleicon="f" o:ole="">
            <v:imagedata r:id="rId796" o:title="eqId7aed39f5aca78934fb383402433fe549"/>
          </v:shape>
        </w:pic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表示的数为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，当点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与点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重合时，线段</w:t>
      </w:r>
      <w:r>
        <w:pict>
          <v:shape id="_x0000_i702074" type="#_x0000_t75" alt="学科网(www.zxxk.com)--教育资源门户，提供试卷、教案、课件、论文、素材以及各类教学资源下载，还有大量而丰富的教学相关资讯！" style="width:18pt;height:15pt" o:oleicon="f" o:ole="">
            <v:imagedata r:id="rId795" o:title="eqId7a5f1641947153c80b987320885a2b57"/>
          </v:shape>
        </w:pict>
      </w:r>
      <w:r>
        <w:rPr>
          <w:rFonts w:ascii="宋体" w:eastAsia="宋体" w:hAnsi="宋体" w:cs="宋体"/>
          <w:color w:val="000000"/>
        </w:rPr>
        <w:t>的长最大，值是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，则点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与线段</w:t>
      </w:r>
      <w:r>
        <w:pict>
          <v:shape id="_x0000_i702075" type="#_x0000_t75" alt="学科网(www.zxxk.com)--教育资源门户，提供试卷、教案、课件、论文、素材以及各类教学资源下载，还有大量而丰富的教学相关资讯！" style="width:22.5pt;height:12.75pt" o:oleicon="f" o:ole="">
            <v:imagedata r:id="rId794" o:title="eqIdaaf3369e0ea90e8d5cf4b6b3c45c0fd8"/>
          </v:shape>
        </w:pict>
      </w:r>
      <w:r>
        <w:rPr>
          <w:rFonts w:ascii="宋体" w:eastAsia="宋体" w:hAnsi="宋体" w:cs="宋体"/>
          <w:color w:val="000000"/>
        </w:rPr>
        <w:t>的“闭距离”为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638425" cy="923925"/>
            <wp:docPr id="171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" name=""/>
                    <pic:cNvPicPr>
                      <a:picLocks noChangeAspect="1"/>
                    </pic:cNvPicPr>
                  </pic:nvPicPr>
                  <pic:blipFill>
                    <a:blip r:embed="rId797"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，在该数轴上，点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表示的数为</w:t>
      </w:r>
      <w:r>
        <w:pict>
          <v:shape id="_x0000_i702076" type="#_x0000_t75" alt="学科网(www.zxxk.com)--教育资源门户，提供试卷、教案、课件、论文、素材以及各类教学资源下载，还有大量而丰富的教学相关资讯！" style="width:12pt;height:10.5pt" o:oleicon="f" o:ole="">
            <v:imagedata r:id="rId798" o:title="eqIdacbc6a613224461ade69362d46550474"/>
          </v:shape>
        </w:pic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表示的数为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rFonts w:ascii="宋体" w:eastAsia="宋体" w:hAnsi="宋体" w:cs="宋体"/>
          <w:color w:val="000000"/>
        </w:rPr>
        <w:t>当</w:t>
      </w:r>
      <w:r>
        <w:pict>
          <v:shape id="_x0000_i702077" type="#_x0000_t75" alt="学科网(www.zxxk.com)--教育资源门户，提供试卷、教案、课件、论文、素材以及各类教学资源下载，还有大量而丰富的教学相关资讯！" style="width:28.2pt;height:13.8pt" o:oleicon="f" o:ole="">
            <v:imagedata r:id="rId799" o:title="eqIdcf0086b054ef120408acac806a1b1318"/>
          </v:shape>
        </w:pict>
      </w:r>
      <w:r>
        <w:rPr>
          <w:rFonts w:ascii="宋体" w:eastAsia="宋体" w:hAnsi="宋体" w:cs="宋体"/>
          <w:color w:val="000000"/>
        </w:rPr>
        <w:t>时，点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与线段</w:t>
      </w:r>
      <w:r>
        <w:pict>
          <v:shape id="_x0000_i702078" type="#_x0000_t75" alt="学科网(www.zxxk.com)--教育资源门户，提供试卷、教案、课件、论文、素材以及各类教学资源下载，还有大量而丰富的教学相关资讯！" style="width:22.5pt;height:12.75pt" o:oleicon="f" o:ole="">
            <v:imagedata r:id="rId800" o:title="eqIdaaf3369e0ea90e8d5cf4b6b3c45c0fd8"/>
          </v:shape>
        </w:pict>
      </w:r>
      <w:r>
        <w:rPr>
          <w:rFonts w:ascii="宋体" w:eastAsia="宋体" w:hAnsi="宋体" w:cs="宋体"/>
          <w:color w:val="000000"/>
        </w:rPr>
        <w:t>的“闭距离”为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eastAsia="宋体" w:hAnsi="宋体" w:cs="宋体"/>
          <w:color w:val="000000"/>
        </w:rPr>
        <w:t>若点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与线段</w:t>
      </w:r>
      <w:r>
        <w:pict>
          <v:shape id="_x0000_i702079" type="#_x0000_t75" alt="学科网(www.zxxk.com)--教育资源门户，提供试卷、教案、课件、论文、素材以及各类教学资源下载，还有大量而丰富的教学相关资讯！" style="width:22.5pt;height:12.75pt" o:oleicon="f" o:ole="">
            <v:imagedata r:id="rId802" o:title="eqIdaaf3369e0ea90e8d5cf4b6b3c45c0fd8"/>
          </v:shape>
        </w:pi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7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" name=""/>
                    <pic:cNvPicPr>
                      <a:picLocks noChangeAspect="1"/>
                    </pic:cNvPicPr>
                  </pic:nvPicPr>
                  <pic:blipFill>
                    <a:blip r:embed="rId80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“闭距离”为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，求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的值；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267075" cy="923925"/>
            <wp:docPr id="171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" name=""/>
                    <pic:cNvPicPr>
                      <a:picLocks noChangeAspect="1"/>
                    </pic:cNvPicPr>
                  </pic:nvPicPr>
                  <pic:blipFill>
                    <a:blip r:embed="rId803"/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  <w:sectPr w:rsidSect="00C321EB">
          <w:pgSz w:w="11906" w:h="16838"/>
          <w:pgMar w:top="910" w:right="1080" w:bottom="1440" w:left="1080" w:header="152" w:footer="0" w:gutter="0"/>
          <w:cols w:space="720"/>
          <w:docGrid w:type="lines" w:linePitch="312"/>
        </w:sect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在该数轴上，点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表示的数为</w:t>
      </w:r>
      <w:r>
        <w:pict>
          <v:shape id="_x0000_i702080" type="#_x0000_t75" alt="学科网(www.zxxk.com)--教育资源门户，提供试卷、教案、课件、论文、素材以及各类教学资源下载，还有大量而丰富的教学相关资讯！" style="width:18.75pt;height:11.25pt" o:oleicon="f" o:ole="">
            <v:imagedata r:id="rId804" o:title="eqId93129dde5fa5cd84e3702e457535e274"/>
          </v:shape>
        </w:pic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表示的数为</w:t>
      </w:r>
      <w:r>
        <w:pict>
          <v:shape id="_x0000_i702081" type="#_x0000_t75" alt="学科网(www.zxxk.com)--教育资源门户，提供试卷、教案、课件、论文、素材以及各类教学资源下载，还有大量而丰富的教学相关资讯！" style="width:36pt;height:14.25pt" o:oleicon="f" o:ole="">
            <v:imagedata r:id="rId805" o:title="eqId220e192bb64139d683f231f368a2a250"/>
          </v:shape>
        </w:pict>
      </w:r>
      <w:r>
        <w:rPr>
          <w:rFonts w:ascii="宋体" w:eastAsia="宋体" w:hAnsi="宋体" w:cs="宋体"/>
          <w:color w:val="000000"/>
        </w:rPr>
        <w:t>，若线段</w:t>
      </w:r>
      <w:r>
        <w:pict>
          <v:shape id="_x0000_i702082" type="#_x0000_t75" alt="学科网(www.zxxk.com)--教育资源门户，提供试卷、教案、课件、论文、素材以及各类教学资源下载，还有大量而丰富的教学相关资讯！" style="width:21.75pt;height:14.25pt" o:oleicon="f" o:ole="">
            <v:imagedata r:id="rId806" o:title="eqId9d78abbad68bbbf12af10cd40ef4c353"/>
          </v:shape>
        </w:pict>
      </w:r>
      <w:r>
        <w:rPr>
          <w:rFonts w:ascii="宋体" w:eastAsia="宋体" w:hAnsi="宋体" w:cs="宋体"/>
          <w:color w:val="000000"/>
        </w:rPr>
        <w:t>上存在点</w:t>
      </w:r>
      <w:r>
        <w:rPr>
          <w:rFonts w:ascii="Times New Roman" w:eastAsia="Times New Roman" w:hAnsi="Times New Roman" w:cs="Times New Roman"/>
          <w:i/>
          <w:color w:val="000000"/>
        </w:rPr>
        <w:t>G</w:t>
      </w:r>
      <w:r>
        <w:rPr>
          <w:rFonts w:ascii="宋体" w:eastAsia="宋体" w:hAnsi="宋体" w:cs="宋体"/>
          <w:color w:val="000000"/>
        </w:rPr>
        <w:t>，使得点</w:t>
      </w:r>
      <w:r>
        <w:rPr>
          <w:rFonts w:ascii="Times New Roman" w:eastAsia="Times New Roman" w:hAnsi="Times New Roman" w:cs="Times New Roman"/>
          <w:i/>
          <w:color w:val="000000"/>
        </w:rPr>
        <w:t>G</w:t>
      </w:r>
      <w:r>
        <w:rPr>
          <w:rFonts w:ascii="宋体" w:eastAsia="宋体" w:hAnsi="宋体" w:cs="宋体"/>
          <w:color w:val="000000"/>
        </w:rPr>
        <w:t>与线段</w:t>
      </w:r>
      <w:r>
        <w:pict>
          <v:shape id="_x0000_i702083" type="#_x0000_t75" alt="学科网(www.zxxk.com)--教育资源门户，提供试卷、教案、课件、论文、素材以及各类教学资源下载，还有大量而丰富的教学相关资讯！" style="width:22.5pt;height:12.75pt" o:oleicon="f" o:ole="">
            <v:imagedata r:id="rId807" o:title="eqIdaaf3369e0ea90e8d5cf4b6b3c45c0fd8"/>
          </v:shape>
        </w:pict>
      </w:r>
      <w:r>
        <w:rPr>
          <w:rFonts w:ascii="宋体" w:eastAsia="宋体" w:hAnsi="宋体" w:cs="宋体"/>
          <w:color w:val="000000"/>
        </w:rPr>
        <w:t>的“闭距离”为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，直接写出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的最大值与最小值．</w:t>
      </w:r>
    </w:p>
    <w:p>
      <w:pPr>
        <w:pStyle w:val="Heading2"/>
      </w:pPr>
      <w:r>
        <w:t>二中教育集团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hAnsi="宋体" w:eastAsia="宋体" w:cs="宋体"/>
          <w:color w:val="000000"/>
        </w:rPr>
        <w:t>已知</w:t>
      </w:r>
      <w:r>
        <w:pict>
          <v:shape id="_x0000_i702084" o:spt="75" alt="学科网(www.zxxk.com)--教育资源门户，提供试卷、教案、课件、论文、素材以及各类教学资源下载，还有大量而丰富的教学相关资讯！" type="#_x0000_t75" style="height:13.8pt;width:69.6pt;" o:ole="t" filled="f" o:preferrelative="t" stroked="f" coordsize="21600,21600">
            <v:path/>
            <v:fill on="f" focussize="0,0"/>
            <v:stroke on="f" joinstyle="miter"/>
            <v:imagedata r:id="rId808" o:title="eqId86e847513a54d0e5a8433f583767ccaf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  <w:r>
        <w:pict>
          <v:shape id="_x0000_i702085" o:spt="75" alt="学科网(www.zxxk.com)--教育资源门户，提供试卷、教案、课件、论文、素材以及各类教学资源下载，还有大量而丰富的教学相关资讯！" type="#_x0000_t75" style="height:14.25pt;width:48.75pt;" o:ole="t" filled="f" o:preferrelative="t" stroked="f" coordsize="21600,21600">
            <v:path/>
            <v:fill on="f" focussize="0,0"/>
            <v:stroke on="f" joinstyle="miter"/>
            <v:imagedata r:id="rId809" o:title="eqIdebdae1b1c950c86fa1db228b73bffc49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是过点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的射线，射线</w:t>
      </w:r>
      <w:r>
        <w:pict>
          <v:shape id="_x0000_i702086" o:spt="75" alt="学科网(www.zxxk.com)--教育资源门户，提供试卷、教案、课件、论文、素材以及各类教学资源下载，还有大量而丰富的教学相关资讯！" type="#_x0000_t75" style="height:14.25pt;width:53.25pt;" o:ole="t" filled="f" o:preferrelative="t" stroked="f" coordsize="21600,21600">
            <v:path/>
            <v:fill on="f" focussize="0,0"/>
            <v:stroke on="f" joinstyle="miter"/>
            <v:imagedata r:id="rId810" o:title="eqId091145fcc157587a3fc8e0b7c7c0ecb7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分别平分</w:t>
      </w:r>
      <w:r>
        <w:pict>
          <v:shape id="_x0000_i702087" o:spt="75" alt="学科网(www.zxxk.com)--教育资源门户，提供试卷、教案、课件、论文、素材以及各类教学资源下载，还有大量而丰富的教学相关资讯！" type="#_x0000_t75" style="height:14.4pt;width:40.6pt;" o:ole="t" filled="f" o:preferrelative="t" stroked="f" coordsize="21600,21600">
            <v:path/>
            <v:fill on="f" focussize="0,0"/>
            <v:stroke on="f" joinstyle="miter"/>
            <v:imagedata r:id="rId811" o:title="eqId9fed1f57a835af4e9022e27603d12d31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和</w:t>
      </w:r>
      <w:r>
        <w:pict>
          <v:shape id="_x0000_i702088" o:spt="75" alt="学科网(www.zxxk.com)--教育资源门户，提供试卷、教案、课件、论文、素材以及各类教学资源下载，还有大量而丰富的教学相关资讯！" type="#_x0000_t75" style="height:14.4pt;width:36pt;" o:ole="t" filled="f" o:preferrelative="t" stroked="f" coordsize="21600,21600">
            <v:path/>
            <v:fill on="f" focussize="0,0"/>
            <v:stroke on="f" joinstyle="miter"/>
            <v:imagedata r:id="rId812" o:title="eqIdbea7b811fa609b8e92da877471564e07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390650"/>
            <wp:effectExtent l="0" t="0" r="0" b="0"/>
            <wp:docPr id="1717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13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，若</w:t>
      </w:r>
      <w:r>
        <w:pict>
          <v:shape id="_x0000_i702089" o:spt="75" alt="学科网(www.zxxk.com)--教育资源门户，提供试卷、教案、课件、论文、素材以及各类教学资源下载，还有大量而丰富的教学相关资讯！" type="#_x0000_t75" style="height:14.25pt;width:48.75pt;" o:ole="t" filled="f" o:preferrelative="t" stroked="f" coordsize="21600,21600">
            <v:path/>
            <v:fill on="f" focussize="0,0"/>
            <v:stroke on="f" joinstyle="miter"/>
            <v:imagedata r:id="rId814" o:title="eqIdebdae1b1c950c86fa1db228b73bffc49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是</w:t>
      </w:r>
      <w:r>
        <w:pict>
          <v:shape id="_x0000_i702090" o:spt="75" alt="学科网(www.zxxk.com)--教育资源门户，提供试卷、教案、课件、论文、素材以及各类教学资源下载，还有大量而丰富的教学相关资讯！" type="#_x0000_t75" style="height:14.25pt;width:39.75pt;" o:ole="t" filled="f" o:preferrelative="t" stroked="f" coordsize="21600,21600">
            <v:path/>
            <v:fill on="f" focussize="0,0"/>
            <v:stroke on="f" joinstyle="miter"/>
            <v:imagedata r:id="rId815" o:title="eqId6d7b2fe01a33c4825f9974ed9663a99c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的三等分线，则</w:t>
      </w:r>
      <w:r>
        <w:pict>
          <v:shape id="_x0000_i702091" o:spt="75" alt="学科网(www.zxxk.com)--教育资源门户，提供试卷、教案、课件、论文、素材以及各类教学资源下载，还有大量而丰富的教学相关资讯！" type="#_x0000_t75" style="height:14.25pt;width:50.25pt;" o:ole="t" filled="f" o:preferrelative="t" stroked="f" coordsize="21600,21600">
            <v:path/>
            <v:fill on="f" focussize="0,0"/>
            <v:stroke on="f" joinstyle="miter"/>
            <v:imagedata r:id="rId816" o:title="eqIdcecad6cdbd87811e90c95331da8a8eff"/>
            <o:lock v:ext="edit" aspectratio="t"/>
            <w10:wrap type="none"/>
            <w10:anchorlock/>
          </v:shape>
        </w:pict>
      </w:r>
      <w:r>
        <w:rPr>
          <w:rFonts w:ascii="Times New Roman" w:hAnsi="Times New Roman" w:eastAsia="Times New Roman" w:cs="Times New Roman"/>
          <w:color w:val="000000"/>
        </w:rPr>
        <w:t>_________</w:t>
      </w:r>
      <w:r>
        <w:pict>
          <v:shape id="_x0000_i702092" o:spt="75" alt="学科网(www.zxxk.com)--教育资源门户，提供试卷、教案、课件、论文、素材以及各类教学资源下载，还有大量而丰富的教学相关资讯！" type="#_x0000_t75" style="height:12pt;width:8.25pt;" o:ole="t" filled="f" o:preferrelative="t" stroked="f" coordsize="21600,21600">
            <v:path/>
            <v:fill on="f" focussize="0,0"/>
            <v:stroke on="f" joinstyle="miter"/>
            <v:imagedata r:id="rId817" o:title="eqId83873a9d782f2588c5eedbfe73f9bc2f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，在</w:t>
      </w:r>
      <w:r>
        <w:pict>
          <v:shape id="_x0000_i702093" o:spt="75" alt="学科网(www.zxxk.com)--教育资源门户，提供试卷、教案、课件、论文、素材以及各类教学资源下载，还有大量而丰富的教学相关资讯！" type="#_x0000_t75" style="height:14.25pt;width:39.75pt;" o:ole="t" filled="f" o:preferrelative="t" stroked="f" coordsize="21600,21600">
            <v:path/>
            <v:fill on="f" focussize="0,0"/>
            <v:stroke on="f" joinstyle="miter"/>
            <v:imagedata r:id="rId818" o:title="eqId6d7b2fe01a33c4825f9974ed9663a99c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内，若</w:t>
      </w:r>
      <w:r>
        <w:pict>
          <v:shape id="_x0000_i702094" o:spt="75" alt="学科网(www.zxxk.com)--教育资源门户，提供试卷、教案、课件、论文、素材以及各类教学资源下载，还有大量而丰富的教学相关资讯！" type="#_x0000_t75" style="height:14.25pt;width:57.75pt;" o:ole="t" filled="f" o:preferrelative="t" stroked="f" coordsize="21600,21600">
            <v:path/>
            <v:fill on="f" focussize="0,0"/>
            <v:stroke on="f" joinstyle="miter"/>
            <v:imagedata r:id="rId819" o:title="eqIde30b02c7213f57d3c6c3d65e0650a926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，则</w:t>
      </w:r>
      <w:r>
        <w:pict>
          <v:shape id="_x0000_i702095" o:spt="75" alt="学科网(www.zxxk.com)--教育资源门户，提供试卷、教案、课件、论文、素材以及各类教学资源下载，还有大量而丰富的教学相关资讯！" type="#_x0000_t75" style="height:14.25pt;width:50.25pt;" o:ole="t" filled="f" o:preferrelative="t" stroked="f" coordsize="21600,21600">
            <v:path/>
            <v:fill on="f" focussize="0,0"/>
            <v:stroke on="f" joinstyle="miter"/>
            <v:imagedata r:id="rId820" o:title="eqIdcecad6cdbd87811e90c95331da8a8eff"/>
            <o:lock v:ext="edit" aspectratio="t"/>
            <w10:wrap type="none"/>
            <w10:anchorlock/>
          </v:shape>
        </w:pict>
      </w:r>
      <w:r>
        <w:rPr>
          <w:rFonts w:ascii="Times New Roman" w:hAnsi="Times New Roman" w:eastAsia="Times New Roman" w:cs="Times New Roman"/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；（用含</w:t>
      </w:r>
      <w:r>
        <w:pict>
          <v:shape id="_x0000_i702096" o:spt="75" alt="学科网(www.zxxk.com)--教育资源门户，提供试卷、教案、课件、论文、素材以及各类教学资源下载，还有大量而丰富的教学相关资讯！" type="#_x0000_t75" style="height:10.9pt;width:12pt;" o:ole="t" filled="f" o:preferrelative="t" stroked="f" coordsize="21600,21600">
            <v:path/>
            <v:fill on="f" focussize="0,0"/>
            <v:stroke on="f" joinstyle="miter"/>
            <v:imagedata r:id="rId821" o:title="eqIde170f206fdbbd834aad7580c727e2cc6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的代数式表示）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，若</w:t>
      </w:r>
      <w:r>
        <w:pict>
          <v:shape id="_x0000_i702097" o:spt="75" alt="学科网(www.zxxk.com)--教育资源门户，提供试卷、教案、课件、论文、素材以及各类教学资源下载，还有大量而丰富的教学相关资讯！" type="#_x0000_t75" style="height:14.25pt;width:68.25pt;" o:ole="t" filled="f" o:preferrelative="t" stroked="f" coordsize="21600,21600">
            <v:path/>
            <v:fill on="f" focussize="0,0"/>
            <v:stroke on="f" joinstyle="miter"/>
            <v:imagedata r:id="rId822" o:title="eqId44b18100465cae8215db33eb2349b931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，将</w:t>
      </w:r>
      <w:r>
        <w:pict>
          <v:shape id="_x0000_i702098" o:spt="75" alt="学科网(www.zxxk.com)--教育资源门户，提供试卷、教案、课件、论文、素材以及各类教学资源下载，还有大量而丰富的教学相关资讯！" type="#_x0000_t75" style="height:13pt;width:34pt;" o:ole="t" filled="f" o:preferrelative="t" stroked="f" coordsize="21600,21600">
            <v:path/>
            <v:fill on="f" focussize="0,0"/>
            <v:stroke on="f" joinstyle="miter"/>
            <v:imagedata r:id="rId823" o:title="eqIded66570f697459aba9daa2eaf9460bcb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绕着点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逆时针旋转到</w:t>
      </w:r>
      <w:r>
        <w:pict>
          <v:shape id="_x0000_i702099" o:spt="75" alt="学科网(www.zxxk.com)--教育资源门户，提供试卷、教案、课件、论文、素材以及各类教学资源下载，还有大量而丰富的教学相关资讯！" type="#_x0000_t75" style="height:14.25pt;width:39.75pt;" o:ole="t" filled="f" o:preferrelative="t" stroked="f" coordsize="21600,21600">
            <v:path/>
            <v:fill on="f" focussize="0,0"/>
            <v:stroke on="f" joinstyle="miter"/>
            <v:imagedata r:id="rId824" o:title="eqId6d7b2fe01a33c4825f9974ed9663a99c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的外部</w:t>
      </w:r>
      <w:r>
        <w:pict>
          <v:shape id="_x0000_i702100" o:spt="75" alt="学科网(www.zxxk.com)--教育资源门户，提供试卷、教案、课件、论文、素材以及各类教学资源下载，还有大量而丰富的教学相关资讯！" type="#_x0000_t75" style="height:19.5pt;width:196.5pt;" o:ole="t" filled="f" o:preferrelative="t" stroked="f" coordsize="21600,21600">
            <v:path/>
            <v:fill on="f" focussize="0,0"/>
            <v:stroke on="f" joinstyle="miter"/>
            <v:imagedata r:id="rId825" o:title="eqIddcc5b452b0a86160809d6b79d1e26243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，请直接写出此时</w:t>
      </w:r>
      <w:r>
        <w:pict>
          <v:shape id="_x0000_i702101" o:spt="75" alt="学科网(www.zxxk.com)--教育资源门户，提供试卷、教案、课件、论文、素材以及各类教学资源下载，还有大量而丰富的教学相关资讯！" type="#_x0000_t75" style="height:13.8pt;width:40.8pt;" o:ole="t" filled="f" o:preferrelative="t" stroked="f" coordsize="21600,21600">
            <v:path/>
            <v:fill on="f" focussize="0,0"/>
            <v:stroke on="f" joinstyle="miter"/>
            <v:imagedata r:id="rId826" o:title="eqId27935c1ef4df2d52ac697678a3c8f39d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的度数．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hAnsi="宋体" w:eastAsia="宋体" w:cs="宋体"/>
          <w:color w:val="000000"/>
        </w:rPr>
        <w:t>对于数轴上两条线段</w:t>
      </w:r>
      <w:r>
        <w:pict>
          <v:shape id="_x0000_i702102" o:spt="75" alt="学科网(www.zxxk.com)--教育资源门户，提供试卷、教案、课件、论文、素材以及各类教学资源下载，还有大量而丰富的教学相关资讯！" type="#_x0000_t75" style="height:15.75pt;width:44.25pt;" o:ole="t" filled="f" o:preferrelative="t" stroked="f" coordsize="21600,21600">
            <v:path/>
            <v:fill on="f" focussize="0,0"/>
            <v:stroke on="f" joinstyle="miter"/>
            <v:imagedata r:id="rId827" o:title="eqId84663b253587679c01af3b5cfc620661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，给出如下定义：若线段</w:t>
      </w:r>
      <w:r>
        <w:pict>
          <v:shape id="_x0000_i702103" o:spt="75" alt="学科网(www.zxxk.com)--教育资源门户，提供试卷、教案、课件、论文、素材以及各类教学资源下载，还有大量而丰富的教学相关资讯！" type="#_x0000_t75" style="height:15pt;width:18pt;" o:ole="t" filled="f" o:preferrelative="t" stroked="f" coordsize="21600,21600">
            <v:path/>
            <v:fill on="f" focussize="0,0"/>
            <v:stroke on="f" joinstyle="miter"/>
            <v:imagedata r:id="rId828" o:title="eqId7a5f1641947153c80b987320885a2b57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的中点</w:t>
      </w:r>
      <w:r>
        <w:rPr>
          <w:rFonts w:ascii="Times New Roman" w:hAnsi="Times New Roman" w:eastAsia="Times New Roman" w:cs="Times New Roman"/>
          <w:i/>
          <w:color w:val="000000"/>
        </w:rPr>
        <w:t>H</w:t>
      </w:r>
      <w:r>
        <w:rPr>
          <w:rFonts w:ascii="宋体" w:hAnsi="宋体" w:eastAsia="宋体" w:cs="宋体"/>
          <w:color w:val="000000"/>
        </w:rPr>
        <w:t>与线段</w:t>
      </w:r>
      <w:r>
        <w:pict>
          <v:shape id="_x0000_i702104" o:spt="75" alt="学科网(www.zxxk.com)--教育资源门户，提供试卷、教案、课件、论文、素材以及各类教学资源下载，还有大量而丰富的教学相关资讯！" type="#_x0000_t75" style="height:14.25pt;width:23.25pt;" o:ole="t" filled="f" o:preferrelative="t" stroked="f" coordsize="21600,21600">
            <v:path/>
            <v:fill on="f" focussize="0,0"/>
            <v:stroke on="f" joinstyle="miter"/>
            <v:imagedata r:id="rId829" o:title="eqId411461db15ee8086332c531e086c40c7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上点的最小距离不超过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，则称线段</w:t>
      </w:r>
      <w:r>
        <w:pict>
          <v:shape id="_x0000_i702105" o:spt="75" alt="学科网(www.zxxk.com)--教育资源门户，提供试卷、教案、课件、论文、素材以及各类教学资源下载，还有大量而丰富的教学相关资讯！" type="#_x0000_t75" style="height:15pt;width:18pt;" o:ole="t" filled="f" o:preferrelative="t" stroked="f" coordsize="21600,21600">
            <v:path/>
            <v:fill on="f" focussize="0,0"/>
            <v:stroke on="f" joinstyle="miter"/>
            <v:imagedata r:id="rId828" o:title="eqId7a5f1641947153c80b987320885a2b57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是线段</w:t>
      </w:r>
      <w:r>
        <w:pict>
          <v:shape id="_x0000_i702106" o:spt="75" alt="学科网(www.zxxk.com)--教育资源门户，提供试卷、教案、课件、论文、素材以及各类教学资源下载，还有大量而丰富的教学相关资讯！" type="#_x0000_t75" style="height:14.25pt;width:23.25pt;" o:ole="t" filled="f" o:preferrelative="t" stroked="f" coordsize="21600,21600">
            <v:path/>
            <v:fill on="f" focussize="0,0"/>
            <v:stroke on="f" joinstyle="miter"/>
            <v:imagedata r:id="rId829" o:title="eqId411461db15ee8086332c531e086c40c7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的“限中距线段”．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已知：如图，在数轴上点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表示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1719" name="图片 6071118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" name="图片 607111891"/>
                    <pic:cNvPicPr>
                      <a:picLocks noChangeAspect="1"/>
                    </pic:cNvPicPr>
                  </pic:nvPicPr>
                  <pic:blipFill>
                    <a:blip r:embed="rId83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数分别为</w:t>
      </w:r>
      <w:r>
        <w:pict>
          <v:shape id="_x0000_i702107" o:spt="75" alt="学科网(www.zxxk.com)--教育资源门户，提供试卷、教案、课件、论文、素材以及各类教学资源下载，还有大量而丰富的教学相关资讯！" type="#_x0000_t75" style="height:13.8pt;width:16.2pt;" o:ole="t" filled="f" o:preferrelative="t" stroked="f" coordsize="21600,21600">
            <v:path/>
            <v:fill on="f" focussize="0,0"/>
            <v:stroke on="f" joinstyle="miter"/>
            <v:imagedata r:id="rId831" o:title="eqId01317332a203c898536b1d0459f51d23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571875" cy="428625"/>
            <wp:effectExtent l="0" t="0" r="9525" b="9525"/>
            <wp:docPr id="1721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32"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设点</w:t>
      </w:r>
      <w:r>
        <w:rPr>
          <w:rFonts w:ascii="Times New Roman" w:hAnsi="Times New Roman" w:eastAsia="Times New Roman" w:cs="Times New Roman"/>
          <w:i/>
          <w:color w:val="000000"/>
        </w:rPr>
        <w:t>Q</w:t>
      </w:r>
      <w:r>
        <w:rPr>
          <w:rFonts w:ascii="宋体" w:hAnsi="宋体" w:eastAsia="宋体" w:cs="宋体"/>
          <w:color w:val="000000"/>
        </w:rPr>
        <w:t>表示的数为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，若线段</w:t>
      </w:r>
      <w:r>
        <w:pict>
          <v:shape id="_x0000_i702108" o:spt="75" alt="学科网(www.zxxk.com)--教育资源门户，提供试卷、教案、课件、论文、素材以及各类教学资源下载，还有大量而丰富的教学相关资讯！" type="#_x0000_t75" style="height:15pt;width:18pt;" o:ole="t" filled="f" o:preferrelative="t" stroked="f" coordsize="21600,21600">
            <v:path/>
            <v:fill on="f" focussize="0,0"/>
            <v:stroke on="f" joinstyle="miter"/>
            <v:imagedata r:id="rId833" o:title="eqId7a5f1641947153c80b987320885a2b57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是线段</w:t>
      </w:r>
      <w:r>
        <w:pict>
          <v:shape id="_x0000_i702109" o:spt="75" alt="学科网(www.zxxk.com)--教育资源门户，提供试卷、教案、课件、论文、素材以及各类教学资源下载，还有大量而丰富的教学相关资讯！" type="#_x0000_t75" style="height:14.25pt;width:23.25pt;" o:ole="t" filled="f" o:preferrelative="t" stroked="f" coordsize="21600,21600">
            <v:path/>
            <v:fill on="f" focussize="0,0"/>
            <v:stroke on="f" joinstyle="miter"/>
            <v:imagedata r:id="rId834" o:title="eqId411461db15ee8086332c531e086c40c7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的“限中距线段”，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的值可以是</w:t>
      </w:r>
      <w:r>
        <w:rPr>
          <w:rFonts w:ascii="Times New Roman" w:hAnsi="Times New Roman" w:eastAsia="Times New Roman" w:cs="Times New Roman"/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</w:t>
      </w:r>
      <w:r>
        <w:rPr>
          <w:rFonts w:ascii="Times New Roman" w:hAnsi="Times New Roman" w:eastAsia="Times New Roman" w:cs="Times New Roman"/>
          <w:color w:val="000000"/>
        </w:rPr>
        <w:t>1      B</w:t>
      </w:r>
      <w:r>
        <w:rPr>
          <w:rFonts w:ascii="宋体" w:hAnsi="宋体" w:eastAsia="宋体" w:cs="宋体"/>
          <w:color w:val="000000"/>
        </w:rPr>
        <w:t>．</w:t>
      </w:r>
      <w:r>
        <w:rPr>
          <w:rFonts w:ascii="Times New Roman" w:hAnsi="Times New Roman" w:eastAsia="Times New Roman" w:cs="Times New Roman"/>
          <w:color w:val="000000"/>
        </w:rPr>
        <w:t>6      C</w:t>
      </w:r>
      <w:r>
        <w:rPr>
          <w:rFonts w:ascii="宋体" w:hAnsi="宋体" w:eastAsia="宋体" w:cs="宋体"/>
          <w:color w:val="000000"/>
        </w:rPr>
        <w:t>．</w:t>
      </w:r>
      <w:r>
        <w:rPr>
          <w:rFonts w:ascii="Times New Roman" w:hAnsi="Times New Roman" w:eastAsia="Times New Roman" w:cs="Times New Roman"/>
          <w:color w:val="000000"/>
        </w:rPr>
        <w:t>14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的最大值是</w:t>
      </w:r>
      <w:r>
        <w:rPr>
          <w:rFonts w:ascii="Times New Roman" w:hAnsi="Times New Roman" w:eastAsia="Times New Roman" w:cs="Times New Roman"/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从</w:t>
      </w:r>
      <w:r>
        <w:pict>
          <v:shape id="_x0000_i702110" o:spt="75" alt="学科网(www.zxxk.com)--教育资源门户，提供试卷、教案、课件、论文、素材以及各类教学资源下载，还有大量而丰富的教学相关资讯！" type="#_x0000_t75" style="height:13.8pt;width:16.2pt;" o:ole="t" filled="f" o:preferrelative="t" stroked="f" coordsize="21600,21600">
            <v:path/>
            <v:fill on="f" focussize="0,0"/>
            <v:stroke on="f" joinstyle="miter"/>
            <v:imagedata r:id="rId835" o:title="eqId01317332a203c898536b1d0459f51d23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出发，以每秒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个单位的速度向右运动，运动时间为</w:t>
      </w:r>
      <w:r>
        <w:rPr>
          <w:rFonts w:ascii="Times New Roman" w:hAnsi="Times New Roman" w:eastAsia="Times New Roman" w:cs="Times New Roman"/>
          <w:i/>
          <w:color w:val="000000"/>
        </w:rPr>
        <w:t>t</w:t>
      </w:r>
      <w:r>
        <w:rPr>
          <w:rFonts w:ascii="宋体" w:hAnsi="宋体" w:eastAsia="宋体" w:cs="宋体"/>
          <w:color w:val="000000"/>
        </w:rPr>
        <w:t>秒．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当</w:t>
      </w:r>
      <w:r>
        <w:pict>
          <v:shape id="_x0000_i702111" o:spt="75" alt="学科网(www.zxxk.com)--教育资源门户，提供试卷、教案、课件、论文、素材以及各类教学资源下载，还有大量而丰富的教学相关资讯！" type="#_x0000_t75" style="height:14.25pt;width:24.75pt;" o:ole="t" filled="f" o:preferrelative="t" stroked="f" coordsize="21600,21600">
            <v:path/>
            <v:fill on="f" focussize="0,0"/>
            <v:stroke on="f" joinstyle="miter"/>
            <v:imagedata r:id="rId836" o:title="eqId1e5b1fb389be05545c00a403d9fe3f07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时，若线段</w:t>
      </w:r>
      <w:r>
        <w:pict>
          <v:shape id="_x0000_i702112" o:spt="75" alt="学科网(www.zxxk.com)--教育资源门户，提供试卷、教案、课件、论文、素材以及各类教学资源下载，还有大量而丰富的教学相关资讯！" type="#_x0000_t75" style="height:14.25pt;width:23.25pt;" o:ole="t" filled="f" o:preferrelative="t" stroked="f" coordsize="21600,21600">
            <v:path/>
            <v:fill on="f" focussize="0,0"/>
            <v:stroke on="f" joinstyle="miter"/>
            <v:imagedata r:id="rId837" o:title="eqId411461db15ee8086332c531e086c40c7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的“限中距线段”</w:t>
      </w:r>
      <w:r>
        <w:pict>
          <v:shape id="_x0000_i702113" o:spt="75" alt="学科网(www.zxxk.com)--教育资源门户，提供试卷、教案、课件、论文、素材以及各类教学资源下载，还有大量而丰富的教学相关资讯！" type="#_x0000_t75" style="height:15pt;width:18pt;" o:ole="t" filled="f" o:preferrelative="t" stroked="f" coordsize="21600,21600">
            <v:path/>
            <v:fill on="f" focussize="0,0"/>
            <v:stroke on="f" joinstyle="miter"/>
            <v:imagedata r:id="rId838" o:title="eqId7a5f1641947153c80b987320885a2b57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的长度恰好与</w:t>
      </w:r>
      <w:r>
        <w:pict>
          <v:shape id="_x0000_i702114" o:spt="75" alt="学科网(www.zxxk.com)--教育资源门户，提供试卷、教案、课件、论文、素材以及各类教学资源下载，还有大量而丰富的教学相关资讯！" type="#_x0000_t75" style="height:13.95pt;width:51.05pt;" o:ole="t" filled="f" o:preferrelative="t" stroked="f" coordsize="21600,21600">
            <v:path/>
            <v:fill on="f" focussize="0,0"/>
            <v:stroke on="f" joinstyle="miter"/>
            <v:imagedata r:id="rId839" o:title="eqIdc2bb1548ddc0e5536a35b1bd78c4e7cd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的值相等，求出</w:t>
      </w:r>
      <w:r>
        <w:pict>
          <v:shape id="_x0000_i702115" o:spt="75" alt="学科网(www.zxxk.com)--教育资源门户，提供试卷、教案、课件、论文、素材以及各类教学资源下载，还有大量而丰富的教学相关资讯！" type="#_x0000_t75" style="height:15pt;width:18pt;" o:ole="t" filled="f" o:preferrelative="t" stroked="f" coordsize="21600,21600">
            <v:path/>
            <v:fill on="f" focussize="0,0"/>
            <v:stroke on="f" joinstyle="miter"/>
            <v:imagedata r:id="rId838" o:title="eqId7a5f1641947153c80b987320885a2b57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的中点</w:t>
      </w:r>
      <w:r>
        <w:rPr>
          <w:rFonts w:ascii="Times New Roman" w:hAnsi="Times New Roman" w:eastAsia="Times New Roman" w:cs="Times New Roman"/>
          <w:i/>
          <w:color w:val="000000"/>
        </w:rPr>
        <w:t>H</w:t>
      </w:r>
      <w:r>
        <w:rPr>
          <w:rFonts w:ascii="宋体" w:hAnsi="宋体" w:eastAsia="宋体" w:cs="宋体"/>
          <w:color w:val="000000"/>
        </w:rPr>
        <w:t>所表示的数；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从</w:t>
      </w:r>
      <w:r>
        <w:pict>
          <v:shape id="_x0000_i702116" o:spt="75" alt="学科网(www.zxxk.com)--教育资源门户，提供试卷、教案、课件、论文、素材以及各类教学资源下载，还有大量而丰富的教学相关资讯！" type="#_x0000_t75" style="height:13.8pt;width:16.2pt;" o:ole="t" filled="f" o:preferrelative="t" stroked="f" coordsize="21600,21600">
            <v:path/>
            <v:fill on="f" focussize="0,0"/>
            <v:stroke on="f" joinstyle="miter"/>
            <v:imagedata r:id="rId840" o:title="eqId01317332a203c898536b1d0459f51d23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出发，以每秒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个单位的速度向右运动，同时线段</w:t>
      </w:r>
      <w:r>
        <w:pict>
          <v:shape id="_x0000_i702117" o:spt="75" alt="学科网(www.zxxk.com)--教育资源门户，提供试卷、教案、课件、论文、素材以及各类教学资源下载，还有大量而丰富的教学相关资讯！" type="#_x0000_t75" style="height:14.25pt;width:23.25pt;" o:ole="t" filled="f" o:preferrelative="t" stroked="f" coordsize="21600,21600">
            <v:path/>
            <v:fill on="f" focussize="0,0"/>
            <v:stroke on="f" joinstyle="miter"/>
            <v:imagedata r:id="rId841" o:title="eqId411461db15ee8086332c531e086c40c7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以每秒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个单位的速度向左运动，设运动时间为</w:t>
      </w:r>
      <w:r>
        <w:rPr>
          <w:rFonts w:ascii="Times New Roman" w:hAnsi="Times New Roman" w:eastAsia="Times New Roman" w:cs="Times New Roman"/>
          <w:i/>
          <w:color w:val="000000"/>
        </w:rPr>
        <w:t>t</w:t>
      </w:r>
      <w:r>
        <w:rPr>
          <w:rFonts w:ascii="宋体" w:hAnsi="宋体" w:eastAsia="宋体" w:cs="宋体"/>
          <w:color w:val="000000"/>
        </w:rPr>
        <w:t>秒．若对于线段</w:t>
      </w:r>
      <w:r>
        <w:pict>
          <v:shape id="_x0000_i702118" o:spt="75" alt="学科网(www.zxxk.com)--教育资源门户，提供试卷、教案、课件、论文、素材以及各类教学资源下载，还有大量而丰富的教学相关资讯！" type="#_x0000_t75" style="height:14.25pt;width:23.25pt;" o:ole="t" filled="f" o:preferrelative="t" stroked="f" coordsize="21600,21600">
            <v:path/>
            <v:fill on="f" focussize="0,0"/>
            <v:stroke on="f" joinstyle="miter"/>
            <v:imagedata r:id="rId841" o:title="eqId411461db15ee8086332c531e086c40c7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上任意一点</w:t>
      </w:r>
      <w:r>
        <w:rPr>
          <w:rFonts w:ascii="Times New Roman" w:hAnsi="Times New Roman" w:eastAsia="Times New Roman" w:cs="Times New Roman"/>
          <w:i/>
          <w:color w:val="000000"/>
        </w:rPr>
        <w:t>Q</w:t>
      </w:r>
      <w:r>
        <w:rPr>
          <w:rFonts w:ascii="宋体" w:hAnsi="宋体" w:eastAsia="宋体" w:cs="宋体"/>
          <w:color w:val="000000"/>
        </w:rPr>
        <w:t>，都有线段</w:t>
      </w:r>
      <w:r>
        <w:pict>
          <v:shape id="_x0000_i702119" o:spt="75" alt="学科网(www.zxxk.com)--教育资源门户，提供试卷、教案、课件、论文、素材以及各类教学资源下载，还有大量而丰富的教学相关资讯！" type="#_x0000_t75" style="height:15pt;width:18pt;" o:ole="t" filled="f" o:preferrelative="t" stroked="f" coordsize="21600,21600">
            <v:path/>
            <v:fill on="f" focussize="0,0"/>
            <v:stroke on="f" joinstyle="miter"/>
            <v:imagedata r:id="rId842" o:title="eqId7a5f1641947153c80b987320885a2b57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是线段</w:t>
      </w:r>
      <w:r>
        <w:pict>
          <v:shape id="_x0000_i702120" o:spt="75" alt="学科网(www.zxxk.com)--教育资源门户，提供试卷、教案、课件、论文、素材以及各类教学资源下载，还有大量而丰富的教学相关资讯！" type="#_x0000_t75" style="height:14.25pt;width:23.25pt;" o:ole="t" filled="f" o:preferrelative="t" stroked="f" coordsize="21600,21600">
            <v:path/>
            <v:fill on="f" focussize="0,0"/>
            <v:stroke on="f" joinstyle="miter"/>
            <v:imagedata r:id="rId841" o:title="eqId411461db15ee8086332c531e086c40c7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的“限中距线段”，则</w:t>
      </w:r>
      <w:r>
        <w:rPr>
          <w:rFonts w:ascii="Times New Roman" w:hAnsi="Times New Roman" w:eastAsia="Times New Roman" w:cs="Times New Roman"/>
          <w:i/>
          <w:color w:val="000000"/>
        </w:rPr>
        <w:t>t</w:t>
      </w:r>
      <w:r>
        <w:rPr>
          <w:rFonts w:ascii="宋体" w:hAnsi="宋体" w:eastAsia="宋体" w:cs="宋体"/>
          <w:color w:val="000000"/>
        </w:rPr>
        <w:t>的最小值为</w:t>
      </w:r>
      <w:r>
        <w:rPr>
          <w:rFonts w:ascii="Times New Roman" w:hAnsi="Times New Roman" w:eastAsia="Times New Roman" w:cs="Times New Roman"/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，最大值为</w:t>
      </w:r>
      <w:r>
        <w:rPr>
          <w:rFonts w:ascii="Times New Roman" w:hAnsi="Times New Roman" w:eastAsia="Times New Roman" w:cs="Times New Roman"/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pStyle w:val="Heading2"/>
      </w:pPr>
      <w:r>
        <w:t>人大附中二分校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在数轴上，</w:t>
      </w:r>
      <w:r>
        <w:pict>
          <v:shape id="_x0000_i702121" type="#_x0000_t75" alt="学科网(www.zxxk.com)--教育资源门户，提供试卷、教案、课件、论文、素材以及各类教学资源下载，还有大量而丰富的教学相关资讯！" style="width:12pt;height:14.25pt" o:oleicon="f" o:ole="">
            <v:imagedata r:id="rId843" o:title="eqId1dde8112e8eb968fd042418dd632759e"/>
          </v:shape>
        </w:pict>
      </w:r>
      <w:r>
        <w:rPr>
          <w:rFonts w:ascii="宋体" w:eastAsia="宋体" w:hAnsi="宋体" w:cs="宋体"/>
          <w:color w:val="000000"/>
        </w:rPr>
        <w:t>为原点，点</w:t>
      </w:r>
      <w:r>
        <w:pict>
          <v:shape id="_x0000_i702122" type="#_x0000_t75" alt="学科网(www.zxxk.com)--教育资源门户，提供试卷、教案、课件、论文、素材以及各类教学资源下载，还有大量而丰富的教学相关资讯！" style="width:12pt;height:12pt" o:oleicon="f" o:ole="">
            <v:imagedata r:id="rId844" o:title="eqId5963abe8f421bd99a2aaa94831a951e9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2123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845" o:title="eqId7f9e8449aad35c5d840a3395ea86df6d"/>
          </v:shape>
        </w:pict>
      </w:r>
      <w:r>
        <w:rPr>
          <w:rFonts w:ascii="宋体" w:eastAsia="宋体" w:hAnsi="宋体" w:cs="宋体"/>
          <w:color w:val="000000"/>
        </w:rPr>
        <w:t>对应的数分别是</w:t>
      </w:r>
      <w:r>
        <w:pict>
          <v:shape id="_x0000_i702124" type="#_x0000_t75" alt="学科网(www.zxxk.com)--教育资源门户，提供试卷、教案、课件、论文、素材以及各类教学资源下载，还有大量而丰富的教学相关资讯！" style="width:9pt;height:9.75pt" o:oleicon="f" o:ole="">
            <v:imagedata r:id="rId846" o:title="eqId0a6936d370d6a238a608ca56f87198de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2125" type="#_x0000_t75" alt="学科网(www.zxxk.com)--教育资源门户，提供试卷、教案、课件、论文、素材以及各类教学资源下载，还有大量而丰富的教学相关资讯！" style="width:9.9pt;height:14.35pt" o:oleicon="f" o:ole="">
            <v:imagedata r:id="rId847" o:title="eqId2c94bb12cee76221e13f9ef955b0aab1"/>
          </v:shape>
        </w:pict>
      </w:r>
      <w:r>
        <w:rPr>
          <w:rFonts w:ascii="宋体" w:eastAsia="宋体" w:hAnsi="宋体" w:cs="宋体"/>
          <w:color w:val="000000"/>
        </w:rPr>
        <w:t>（</w:t>
      </w:r>
      <w:r>
        <w:pict>
          <v:shape id="_x0000_i702126" type="#_x0000_t75" alt="学科网(www.zxxk.com)--教育资源门户，提供试卷、教案、课件、论文、素材以及各类教学资源下载，还有大量而丰富的教学相关资讯！" style="width:29.4pt;height:12.6pt" o:oleicon="f" o:ole="">
            <v:imagedata r:id="rId848" o:title="eqId2958030ec9d7543dda1f529593a915e2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2127" type="#_x0000_t75" alt="学科网(www.zxxk.com)--教育资源门户，提供试卷、教案、课件、论文、素材以及各类教学资源下载，还有大量而丰富的教学相关资讯！" style="width:33.9pt;height:14.55pt" o:oleicon="f" o:ole="">
            <v:imagedata r:id="rId849" o:title="eqId9eae9ba258299eb489b490594397e23c"/>
          </v:shape>
        </w:pict>
      </w:r>
      <w:r>
        <w:rPr>
          <w:rFonts w:ascii="宋体" w:eastAsia="宋体" w:hAnsi="宋体" w:cs="宋体"/>
          <w:color w:val="000000"/>
        </w:rPr>
        <w:t>），</w:t>
      </w:r>
      <w:r>
        <w:pict>
          <v:shape id="_x0000_i702128" type="#_x0000_t75" alt="学科网(www.zxxk.com)--教育资源门户，提供试卷、教案、课件、论文、素材以及各类教学资源下载，还有大量而丰富的教学相关资讯！" style="width:14.25pt;height:10.5pt" o:oleicon="f" o:ole="">
            <v:imagedata r:id="rId850" o:title="eqIdac047e91852b91af639feec23a9598b2"/>
          </v:shape>
        </w:pict>
      </w:r>
      <w:r>
        <w:rPr>
          <w:rFonts w:ascii="宋体" w:eastAsia="宋体" w:hAnsi="宋体" w:cs="宋体"/>
          <w:color w:val="000000"/>
        </w:rPr>
        <w:t>为线段</w:t>
      </w:r>
      <w:r>
        <w:pict>
          <v:shape id="_x0000_i702129" type="#_x0000_t75" alt="学科网(www.zxxk.com)--教育资源门户，提供试卷、教案、课件、论文、素材以及各类教学资源下载，还有大量而丰富的教学相关资讯！" style="width:20.05pt;height:12.6pt" o:oleicon="f" o:ole="">
            <v:imagedata r:id="rId851" o:title="eqIdf52a58fbaf4fea03567e88a9f0f6e37e"/>
          </v:shape>
        </w:pict>
      </w:r>
      <w:r>
        <w:rPr>
          <w:rFonts w:ascii="宋体" w:eastAsia="宋体" w:hAnsi="宋体" w:cs="宋体"/>
          <w:color w:val="000000"/>
        </w:rPr>
        <w:t>的中点．给出如下定义：若</w:t>
      </w:r>
      <w:r>
        <w:pict>
          <v:shape id="_x0000_i702130" type="#_x0000_t75" alt="学科网(www.zxxk.com)--教育资源门户，提供试卷、教案、课件、论文、素材以及各类教学资源下载，还有大量而丰富的教学相关资讯！" style="width:62.95pt;height:13.85pt" o:oleicon="f" o:ole="">
            <v:imagedata r:id="rId852" o:title="eqId77808b1c84197bb30fd4d9b7b97bb59d"/>
          </v:shape>
        </w:pict>
      </w:r>
      <w:r>
        <w:rPr>
          <w:rFonts w:ascii="宋体" w:eastAsia="宋体" w:hAnsi="宋体" w:cs="宋体"/>
          <w:color w:val="000000"/>
        </w:rPr>
        <w:t>，则称</w:t>
      </w:r>
      <w:r>
        <w:pict>
          <v:shape id="_x0000_i702131" type="#_x0000_t75" alt="学科网(www.zxxk.com)--教育资源门户，提供试卷、教案、课件、论文、素材以及各类教学资源下载，还有大量而丰富的教学相关资讯！" style="width:12pt;height:12pt" o:oleicon="f" o:ole="">
            <v:imagedata r:id="rId844" o:title="eqId5963abe8f421bd99a2aaa94831a951e9"/>
          </v:shape>
        </w:pict>
      </w:r>
      <w:r>
        <w:rPr>
          <w:rFonts w:ascii="宋体" w:eastAsia="宋体" w:hAnsi="宋体" w:cs="宋体"/>
          <w:color w:val="000000"/>
        </w:rPr>
        <w:t>是</w:t>
      </w:r>
      <w:r>
        <w:pict>
          <v:shape id="_x0000_i702132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845" o:title="eqId7f9e8449aad35c5d840a3395ea86df6d"/>
          </v:shape>
        </w:pict>
      </w:r>
      <w:r>
        <w:rPr>
          <w:rFonts w:ascii="宋体" w:eastAsia="宋体" w:hAnsi="宋体" w:cs="宋体"/>
          <w:color w:val="000000"/>
        </w:rPr>
        <w:t>的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正比点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；若</w:t>
      </w:r>
      <w:r>
        <w:pict>
          <v:shape id="_x0000_i702133" type="#_x0000_t75" alt="学科网(www.zxxk.com)--教育资源门户，提供试卷、教案、课件、论文、素材以及各类教学资源下载，还有大量而丰富的教学相关资讯！" style="width:61.85pt;height:13.85pt" o:oleicon="f" o:ole="">
            <v:imagedata r:id="rId853" o:title="eqId5b064810c972b9fb3e10fa23887aa8c9"/>
          </v:shape>
        </w:pict>
      </w:r>
      <w:r>
        <w:rPr>
          <w:rFonts w:ascii="宋体" w:eastAsia="宋体" w:hAnsi="宋体" w:cs="宋体"/>
          <w:color w:val="000000"/>
        </w:rPr>
        <w:t>，则称</w:t>
      </w:r>
      <w:r>
        <w:pict>
          <v:shape id="_x0000_i702134" type="#_x0000_t75" alt="学科网(www.zxxk.com)--教育资源门户，提供试卷、教案、课件、论文、素材以及各类教学资源下载，还有大量而丰富的教学相关资讯！" style="width:12pt;height:12pt" o:oleicon="f" o:ole="">
            <v:imagedata r:id="rId844" o:title="eqId5963abe8f421bd99a2aaa94831a951e9"/>
          </v:shape>
        </w:pict>
      </w:r>
      <w:r>
        <w:rPr>
          <w:rFonts w:ascii="宋体" w:eastAsia="宋体" w:hAnsi="宋体" w:cs="宋体"/>
          <w:color w:val="000000"/>
        </w:rPr>
        <w:t>是</w:t>
      </w:r>
      <w:r>
        <w:pict>
          <v:shape id="_x0000_i702135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845" o:title="eqId7f9e8449aad35c5d840a3395ea86df6d"/>
          </v:shape>
        </w:pict>
      </w:r>
      <w:r>
        <w:rPr>
          <w:rFonts w:ascii="宋体" w:eastAsia="宋体" w:hAnsi="宋体" w:cs="宋体"/>
          <w:color w:val="000000"/>
        </w:rPr>
        <w:t>的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反比点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．例如</w:t>
      </w:r>
      <w:r>
        <w:pict>
          <v:shape id="_x0000_i702136" type="#_x0000_t75" alt="学科网(www.zxxk.com)--教育资源门户，提供试卷、教案、课件、论文、素材以及各类教学资源下载，还有大量而丰富的教学相关资讯！" style="width:24.75pt;height:12.75pt" o:oleicon="f" o:ole="">
            <v:imagedata r:id="rId854" o:title="eqId8e258ab9e600435b37465092243d99f6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2137" type="#_x0000_t75" alt="学科网(www.zxxk.com)--教育资源门户，提供试卷、教案、课件、论文、素材以及各类教学资源下载，还有大量而丰富的教学相关资讯！" style="width:29pt;height:31pt" o:oleicon="f" o:ole="">
            <v:imagedata r:id="rId855" o:title="eqIddc64eaf4cd6737b000b28f1fcdd16c4b"/>
          </v:shape>
        </w:pict>
      </w:r>
      <w:r>
        <w:rPr>
          <w:rFonts w:ascii="宋体" w:eastAsia="宋体" w:hAnsi="宋体" w:cs="宋体"/>
          <w:color w:val="000000"/>
        </w:rPr>
        <w:t>时，</w:t>
      </w:r>
      <w:r>
        <w:pict>
          <v:shape id="_x0000_i702138" type="#_x0000_t75" alt="学科网(www.zxxk.com)--教育资源门户，提供试卷、教案、课件、论文、素材以及各类教学资源下载，还有大量而丰富的教学相关资讯！" style="width:12pt;height:12pt" o:oleicon="f" o:ole="">
            <v:imagedata r:id="rId844" o:title="eqId5963abe8f421bd99a2aaa94831a951e9"/>
          </v:shape>
        </w:pict>
      </w:r>
      <w:r>
        <w:rPr>
          <w:rFonts w:ascii="宋体" w:eastAsia="宋体" w:hAnsi="宋体" w:cs="宋体"/>
          <w:color w:val="000000"/>
        </w:rPr>
        <w:t>是</w:t>
      </w:r>
      <w:r>
        <w:pict>
          <v:shape id="_x0000_i702139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845" o:title="eqId7f9e8449aad35c5d840a3395ea86df6d"/>
          </v:shape>
        </w:pict>
      </w:r>
      <w:r>
        <w:rPr>
          <w:rFonts w:ascii="宋体" w:eastAsia="宋体" w:hAnsi="宋体" w:cs="宋体"/>
          <w:color w:val="000000"/>
        </w:rPr>
        <w:t>的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正比点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；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pict>
          <v:shape id="_x0000_i702140" type="#_x0000_t75" alt="学科网(www.zxxk.com)--教育资源门户，提供试卷、教案、课件、论文、素材以及各类教学资源下载，还有大量而丰富的教学相关资讯！" style="width:24.75pt;height:12.75pt" o:oleicon="f" o:ole="">
            <v:imagedata r:id="rId854" o:title="eqId8e258ab9e600435b37465092243d99f6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2141" type="#_x0000_t75" alt="学科网(www.zxxk.com)--教育资源门户，提供试卷、教案、课件、论文、素材以及各类教学资源下载，还有大量而丰富的教学相关资讯！" style="width:34pt;height:14.15pt" o:oleicon="f" o:ole="">
            <v:imagedata r:id="rId856" o:title="eqId6f06408895febc126c2ae409e807349c"/>
          </v:shape>
        </w:pict>
      </w:r>
      <w:r>
        <w:rPr>
          <w:rFonts w:ascii="宋体" w:eastAsia="宋体" w:hAnsi="宋体" w:cs="宋体"/>
          <w:color w:val="000000"/>
        </w:rPr>
        <w:t>时，</w:t>
      </w:r>
      <w:r>
        <w:pict>
          <v:shape id="_x0000_i702142" type="#_x0000_t75" alt="学科网(www.zxxk.com)--教育资源门户，提供试卷、教案、课件、论文、素材以及各类教学资源下载，还有大量而丰富的教学相关资讯！" style="width:12pt;height:12pt" o:oleicon="f" o:ole="">
            <v:imagedata r:id="rId844" o:title="eqId5963abe8f421bd99a2aaa94831a951e9"/>
          </v:shape>
        </w:pict>
      </w:r>
      <w:r>
        <w:rPr>
          <w:rFonts w:ascii="宋体" w:eastAsia="宋体" w:hAnsi="宋体" w:cs="宋体"/>
          <w:color w:val="000000"/>
        </w:rPr>
        <w:t>是</w:t>
      </w:r>
      <w:r>
        <w:pict>
          <v:shape id="_x0000_i702143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845" o:title="eqId7f9e8449aad35c5d840a3395ea86df6d"/>
          </v:shape>
        </w:pict>
      </w:r>
      <w:r>
        <w:rPr>
          <w:rFonts w:ascii="宋体" w:eastAsia="宋体" w:hAnsi="宋体" w:cs="宋体"/>
          <w:color w:val="000000"/>
        </w:rPr>
        <w:t>的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反比点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若</w:t>
      </w:r>
      <w:r>
        <w:pict>
          <v:shape id="_x0000_i702144" type="#_x0000_t75" alt="学科网(www.zxxk.com)--教育资源门户，提供试卷、教案、课件、论文、素材以及各类教学资源下载，还有大量而丰富的教学相关资讯！" style="width:93.85pt;height:20.25pt" o:oleicon="f" o:ole="">
            <v:imagedata r:id="rId858" o:title="eqIde6b483dbf7bed7def23fa4f884a80c3a"/>
          </v:shape>
        </w:pict>
      </w:r>
      <w:r>
        <w:rPr>
          <w:rFonts w:ascii="宋体" w:eastAsia="宋体" w:hAnsi="宋体" w:cs="宋体"/>
          <w:color w:val="000000"/>
        </w:rPr>
        <w:t>，则</w:t>
      </w:r>
      <w:r>
        <w:pict>
          <v:shape id="_x0000_i702145" type="#_x0000_t75" alt="学科网(www.zxxk.com)--教育资源门户，提供试卷、教案、课件、论文、素材以及各类教学资源下载，还有大量而丰富的教学相关资讯！" style="width:14.25pt;height:10.5pt" o:oleicon="f" o:ole="">
            <v:imagedata r:id="rId859" o:title="eqIdac047e91852b91af639feec23a9598b2"/>
          </v:shape>
        </w:pict>
      </w:r>
      <w:r>
        <w:rPr>
          <w:rFonts w:ascii="宋体" w:eastAsia="宋体" w:hAnsi="宋体" w:cs="宋体"/>
          <w:color w:val="000000"/>
        </w:rPr>
        <w:t>对应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7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" name=""/>
                    <pic:cNvPicPr>
                      <a:picLocks noChangeAspect="1"/>
                    </pic:cNvPicPr>
                  </pic:nvPicPr>
                  <pic:blipFill>
                    <a:blip r:embed="rId85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数为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r>
        <w:rPr>
          <w:rFonts w:ascii="宋体" w:eastAsia="宋体" w:hAnsi="宋体" w:cs="宋体"/>
          <w:color w:val="000000"/>
          <w:u w:val="single"/>
        </w:rPr>
        <w:t>　</w:t>
      </w:r>
      <w:r>
        <w:rPr>
          <w:rFonts w:ascii="宋体" w:eastAsia="宋体" w:hAnsi="宋体" w:cs="宋体"/>
          <w:color w:val="000000"/>
        </w:rPr>
        <w:t>，下列说法正确的是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r>
        <w:rPr>
          <w:rFonts w:ascii="宋体" w:eastAsia="宋体" w:hAnsi="宋体" w:cs="宋体"/>
          <w:color w:val="000000"/>
          <w:u w:val="single"/>
        </w:rPr>
        <w:t>　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</w:t>
      </w:r>
      <w:r>
        <w:rPr>
          <w:rFonts w:ascii="宋体" w:eastAsia="宋体" w:hAnsi="宋体" w:cs="宋体"/>
          <w:color w:val="000000"/>
        </w:rPr>
        <w:t>（填序号）．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</w:t>
      </w:r>
      <w:r>
        <w:pict>
          <v:shape id="_x0000_i702146" type="#_x0000_t75" alt="学科网(www.zxxk.com)--教育资源门户，提供试卷、教案、课件、论文、素材以及各类教学资源下载，还有大量而丰富的教学相关资讯！" style="width:12pt;height:12pt" o:oleicon="f" o:ole="">
            <v:imagedata r:id="rId860" o:title="eqId5963abe8f421bd99a2aaa94831a951e9"/>
          </v:shape>
        </w:pict>
      </w:r>
      <w:r>
        <w:rPr>
          <w:rFonts w:ascii="宋体" w:eastAsia="宋体" w:hAnsi="宋体" w:cs="宋体"/>
          <w:color w:val="000000"/>
        </w:rPr>
        <w:t>是</w:t>
      </w:r>
      <w:r>
        <w:pict>
          <v:shape id="_x0000_i702147" type="#_x0000_t75" alt="学科网(www.zxxk.com)--教育资源门户，提供试卷、教案、课件、论文、素材以及各类教学资源下载，还有大量而丰富的教学相关资讯！" style="width:14.25pt;height:10.5pt" o:oleicon="f" o:ole="">
            <v:imagedata r:id="rId861" o:title="eqIdac047e91852b91af639feec23a9598b2"/>
          </v:shape>
        </w:pict>
      </w:r>
      <w:r>
        <w:rPr>
          <w:rFonts w:ascii="宋体" w:eastAsia="宋体" w:hAnsi="宋体" w:cs="宋体"/>
          <w:color w:val="000000"/>
        </w:rPr>
        <w:t>的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正比点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</w:t>
      </w:r>
      <w:r>
        <w:pict>
          <v:shape id="_x0000_i702148" type="#_x0000_t75" alt="学科网(www.zxxk.com)--教育资源门户，提供试卷、教案、课件、论文、素材以及各类教学资源下载，还有大量而丰富的教学相关资讯！" style="width:12pt;height:12pt" o:oleicon="f" o:ole="">
            <v:imagedata r:id="rId862" o:title="eqId5963abe8f421bd99a2aaa94831a951e9"/>
          </v:shape>
        </w:pict>
      </w:r>
      <w:r>
        <w:rPr>
          <w:rFonts w:ascii="宋体" w:eastAsia="宋体" w:hAnsi="宋体" w:cs="宋体"/>
          <w:color w:val="000000"/>
        </w:rPr>
        <w:t>是</w:t>
      </w:r>
      <w:r>
        <w:pict>
          <v:shape id="_x0000_i702149" type="#_x0000_t75" alt="学科网(www.zxxk.com)--教育资源门户，提供试卷、教案、课件、论文、素材以及各类教学资源下载，还有大量而丰富的教学相关资讯！" style="width:14.25pt;height:10.5pt" o:oleicon="f" o:ole="">
            <v:imagedata r:id="rId863" o:title="eqIdac047e91852b91af639feec23a9598b2"/>
          </v:shape>
        </w:pict>
      </w:r>
      <w:r>
        <w:rPr>
          <w:rFonts w:ascii="宋体" w:eastAsia="宋体" w:hAnsi="宋体" w:cs="宋体"/>
          <w:color w:val="000000"/>
        </w:rPr>
        <w:t>的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反比点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</w:t>
      </w:r>
      <w:r>
        <w:pict>
          <v:shape id="_x0000_i702150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864" o:title="eqId7f9e8449aad35c5d840a3395ea86df6d"/>
          </v:shape>
        </w:pict>
      </w:r>
      <w:r>
        <w:rPr>
          <w:rFonts w:ascii="宋体" w:eastAsia="宋体" w:hAnsi="宋体" w:cs="宋体"/>
          <w:color w:val="000000"/>
        </w:rPr>
        <w:t>是</w:t>
      </w:r>
      <w:r>
        <w:pict>
          <v:shape id="_x0000_i702151" type="#_x0000_t75" alt="学科网(www.zxxk.com)--教育资源门户，提供试卷、教案、课件、论文、素材以及各类教学资源下载，还有大量而丰富的教学相关资讯！" style="width:14.25pt;height:10.5pt" o:oleicon="f" o:ole="">
            <v:imagedata r:id="rId865" o:title="eqIdac047e91852b91af639feec23a9598b2"/>
          </v:shape>
        </w:pict>
      </w:r>
      <w:r>
        <w:rPr>
          <w:rFonts w:ascii="宋体" w:eastAsia="宋体" w:hAnsi="宋体" w:cs="宋体"/>
          <w:color w:val="000000"/>
        </w:rPr>
        <w:t>的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正比点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④</w:t>
      </w:r>
      <w:r>
        <w:pict>
          <v:shape id="_x0000_i702152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866" o:title="eqId7f9e8449aad35c5d840a3395ea86df6d"/>
          </v:shape>
        </w:pict>
      </w:r>
      <w:r>
        <w:rPr>
          <w:rFonts w:ascii="宋体" w:eastAsia="宋体" w:hAnsi="宋体" w:cs="宋体"/>
          <w:color w:val="000000"/>
        </w:rPr>
        <w:t>是</w:t>
      </w:r>
      <w:r>
        <w:pict>
          <v:shape id="_x0000_i702153" type="#_x0000_t75" alt="学科网(www.zxxk.com)--教育资源门户，提供试卷、教案、课件、论文、素材以及各类教学资源下载，还有大量而丰富的教学相关资讯！" style="width:14.25pt;height:10.5pt" o:oleicon="f" o:ole="">
            <v:imagedata r:id="rId867" o:title="eqIdac047e91852b91af639feec23a9598b2"/>
          </v:shape>
        </w:pict>
      </w:r>
      <w:r>
        <w:rPr>
          <w:rFonts w:ascii="宋体" w:eastAsia="宋体" w:hAnsi="宋体" w:cs="宋体"/>
          <w:color w:val="000000"/>
        </w:rPr>
        <w:t>的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反比点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</w:t>
      </w:r>
      <w:r>
        <w:pict>
          <v:shape id="_x0000_i702154" type="#_x0000_t75" alt="学科网(www.zxxk.com)--教育资源门户，提供试卷、教案、课件、论文、素材以及各类教学资源下载，还有大量而丰富的教学相关资讯！" style="width:30.75pt;height:14.25pt" o:oleicon="f" o:ole="">
            <v:imagedata r:id="rId868" o:title="eqId3426b878c384074f9b07633a9d96bb67"/>
          </v:shape>
        </w:pict>
      </w:r>
      <w:r>
        <w:rPr>
          <w:rFonts w:ascii="宋体" w:eastAsia="宋体" w:hAnsi="宋体" w:cs="宋体"/>
          <w:color w:val="000000"/>
        </w:rPr>
        <w:t>，且</w:t>
      </w:r>
      <w:r>
        <w:pict>
          <v:shape id="_x0000_i702155" type="#_x0000_t75" alt="学科网(www.zxxk.com)--教育资源门户，提供试卷、教案、课件、论文、素材以及各类教学资源下载，还有大量而丰富的教学相关资讯！" style="width:14.25pt;height:10.5pt" o:oleicon="f" o:ole="">
            <v:imagedata r:id="rId869" o:title="eqIdac047e91852b91af639feec23a9598b2"/>
          </v:shape>
        </w:pict>
      </w:r>
      <w:r>
        <w:rPr>
          <w:rFonts w:ascii="宋体" w:eastAsia="宋体" w:hAnsi="宋体" w:cs="宋体"/>
          <w:color w:val="000000"/>
        </w:rPr>
        <w:t>是</w:t>
      </w:r>
      <w:r>
        <w:pict>
          <v:shape id="_x0000_i702156" type="#_x0000_t75" alt="学科网(www.zxxk.com)--教育资源门户，提供试卷、教案、课件、论文、素材以及各类教学资源下载，还有大量而丰富的教学相关资讯！" style="width:12pt;height:12pt" o:oleicon="f" o:ole="">
            <v:imagedata r:id="rId870" o:title="eqId5963abe8f421bd99a2aaa94831a951e9"/>
          </v:shape>
        </w:pict>
      </w:r>
      <w:r>
        <w:rPr>
          <w:rFonts w:ascii="宋体" w:eastAsia="宋体" w:hAnsi="宋体" w:cs="宋体"/>
          <w:color w:val="000000"/>
        </w:rPr>
        <w:t>的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正比点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，求</w:t>
      </w:r>
      <w:r>
        <w:pict>
          <v:shape id="_x0000_i702157" type="#_x0000_t75" alt="学科网(www.zxxk.com)--教育资源门户，提供试卷、教案、课件、论文、素材以及各类教学资源下载，还有大量而丰富的教学相关资讯！" style="width:12pt;height:30.75pt" o:oleicon="f" o:ole="">
            <v:imagedata r:id="rId871" o:title="eqId2122e3f1e76a635e58e4d54aa594c552"/>
          </v:shape>
        </w:pict>
      </w:r>
      <w:r>
        <w:rPr>
          <w:rFonts w:ascii="宋体" w:eastAsia="宋体" w:hAnsi="宋体" w:cs="宋体"/>
          <w:color w:val="000000"/>
        </w:rPr>
        <w:t>的值；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若</w:t>
      </w:r>
      <w:r>
        <w:pict>
          <v:shape id="_x0000_i702158" type="#_x0000_t75" alt="学科网(www.zxxk.com)--教育资源门户，提供试卷、教案、课件、论文、素材以及各类教学资源下载，还有大量而丰富的教学相关资讯！" style="width:28pt;height:13pt" o:oleicon="f" o:ole="">
            <v:imagedata r:id="rId872" o:title="eqId16930472c34f94e04d2750126866db14"/>
          </v:shape>
        </w:pict>
      </w:r>
      <w:r>
        <w:rPr>
          <w:rFonts w:ascii="宋体" w:eastAsia="宋体" w:hAnsi="宋体" w:cs="宋体"/>
          <w:color w:val="000000"/>
        </w:rPr>
        <w:t>，且</w:t>
      </w:r>
      <w:r>
        <w:pict>
          <v:shape id="_x0000_i702159" type="#_x0000_t75" alt="学科网(www.zxxk.com)--教育资源门户，提供试卷、教案、课件、论文、素材以及各类教学资源下载，还有大量而丰富的教学相关资讯！" style="width:14.25pt;height:10.5pt" o:oleicon="f" o:ole="">
            <v:imagedata r:id="rId873" o:title="eqIdac047e91852b91af639feec23a9598b2"/>
          </v:shape>
        </w:pict>
      </w:r>
      <w:r>
        <w:rPr>
          <w:rFonts w:ascii="宋体" w:eastAsia="宋体" w:hAnsi="宋体" w:cs="宋体"/>
          <w:color w:val="000000"/>
        </w:rPr>
        <w:t>既是</w:t>
      </w:r>
      <w:r>
        <w:pict>
          <v:shape id="_x0000_i702160" type="#_x0000_t75" alt="学科网(www.zxxk.com)--教育资源门户，提供试卷、教案、课件、论文、素材以及各类教学资源下载，还有大量而丰富的教学相关资讯！" style="width:12pt;height:12pt" o:oleicon="f" o:ole="">
            <v:imagedata r:id="rId874" o:title="eqId5963abe8f421bd99a2aaa94831a951e9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2161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875" o:title="eqId7f9e8449aad35c5d840a3395ea86df6d"/>
          </v:shape>
        </w:pict>
      </w:r>
      <w:r>
        <w:rPr>
          <w:rFonts w:ascii="宋体" w:eastAsia="宋体" w:hAnsi="宋体" w:cs="宋体"/>
          <w:color w:val="000000"/>
        </w:rPr>
        <w:t>其中一点的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正比点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，又是另一点的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反比点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，直接写出</w:t>
      </w:r>
      <w:r>
        <w:pict>
          <v:shape id="_x0000_i702162" type="#_x0000_t75" alt="学科网(www.zxxk.com)--教育资源门户，提供试卷、教案、课件、论文、素材以及各类教学资源下载，还有大量而丰富的教学相关资讯！" style="width:12pt;height:30.75pt" o:oleicon="f" o:ole="">
            <v:imagedata r:id="rId876" o:title="eqId2122e3f1e76a635e58e4d54aa594c552"/>
          </v:shape>
        </w:pict>
      </w:r>
      <w:r>
        <w:rPr>
          <w:rFonts w:ascii="宋体" w:eastAsia="宋体" w:hAnsi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是弹力墙</w:t>
      </w:r>
      <w:r>
        <w:pict>
          <v:shape id="_x0000_i702163" type="#_x0000_t75" alt="学科网(www.zxxk.com)--教育资源门户，提供试卷、教案、课件、论文、素材以及各类教学资源下载，还有大量而丰富的教学相关资讯！" style="width:23.25pt;height:14.25pt" o:oleicon="f" o:ole="">
            <v:imagedata r:id="rId877" o:title="eqId411461db15ee8086332c531e086c40c7"/>
          </v:shape>
        </w:pict>
      </w:r>
      <w:r>
        <w:rPr>
          <w:rFonts w:ascii="宋体" w:eastAsia="宋体" w:hAnsi="宋体" w:cs="宋体"/>
          <w:color w:val="000000"/>
        </w:rPr>
        <w:t>上一点，魔法棒从</w:t>
      </w:r>
      <w:r>
        <w:pict>
          <v:shape id="_x0000_i702164" type="#_x0000_t75" alt="学科网(www.zxxk.com)--教育资源门户，提供试卷、教案、课件、论文、素材以及各类教学资源下载，还有大量而丰富的教学相关资讯！" style="width:22.5pt;height:12.75pt" o:oleicon="f" o:ole="">
            <v:imagedata r:id="rId878" o:title="eqIdaaf3369e0ea90e8d5cf4b6b3c45c0fd8"/>
          </v:shape>
        </w:pict>
      </w:r>
      <w:r>
        <w:rPr>
          <w:rFonts w:ascii="宋体" w:eastAsia="宋体" w:hAnsi="宋体" w:cs="宋体"/>
          <w:color w:val="000000"/>
        </w:rPr>
        <w:t>的位置开始绕点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向</w:t>
      </w:r>
      <w:r>
        <w:pict>
          <v:shape id="_x0000_i702165" type="#_x0000_t75" alt="学科网(www.zxxk.com)--教育资源门户，提供试卷、教案、课件、论文、素材以及各类教学资源下载，还有大量而丰富的教学相关资讯！" style="width:18.65pt;height:12.95pt" o:oleicon="f" o:ole="">
            <v:imagedata r:id="rId879" o:title="eqId88e9f7d1272b7344346b58b660aa260a"/>
          </v:shape>
        </w:pict>
      </w:r>
      <w:r>
        <w:rPr>
          <w:rFonts w:ascii="宋体" w:eastAsia="宋体" w:hAnsi="宋体" w:cs="宋体"/>
          <w:color w:val="000000"/>
        </w:rPr>
        <w:t>的位置顺时针旋转，当转到</w:t>
      </w:r>
      <w:r>
        <w:pict>
          <v:shape id="_x0000_i702166" type="#_x0000_t75" alt="学科网(www.zxxk.com)--教育资源门户，提供试卷、教案、课件、论文、素材以及各类教学资源下载，还有大量而丰富的教学相关资讯！" style="width:18.65pt;height:12.95pt" o:oleicon="f" o:ole="">
            <v:imagedata r:id="rId879" o:title="eqId88e9f7d1272b7344346b58b660aa260a"/>
          </v:shape>
        </w:pict>
      </w:r>
      <w:r>
        <w:rPr>
          <w:rFonts w:ascii="宋体" w:eastAsia="宋体" w:hAnsi="宋体" w:cs="宋体"/>
          <w:color w:val="000000"/>
        </w:rPr>
        <w:t>位置时，则从</w:t>
      </w:r>
      <w:r>
        <w:pict>
          <v:shape id="_x0000_i702167" type="#_x0000_t75" alt="学科网(www.zxxk.com)--教育资源门户，提供试卷、教案、课件、论文、素材以及各类教学资源下载，还有大量而丰富的教学相关资讯！" style="width:18.65pt;height:12.95pt" o:oleicon="f" o:ole="">
            <v:imagedata r:id="rId879" o:title="eqId88e9f7d1272b7344346b58b660aa260a"/>
          </v:shape>
        </w:pict>
      </w:r>
      <w:r>
        <w:rPr>
          <w:rFonts w:ascii="宋体" w:eastAsia="宋体" w:hAnsi="宋体" w:cs="宋体"/>
          <w:color w:val="000000"/>
        </w:rPr>
        <w:t>位置弹回，继续向</w:t>
      </w:r>
      <w:r>
        <w:pict>
          <v:shape id="_x0000_i702168" type="#_x0000_t75" alt="学科网(www.zxxk.com)--教育资源门户，提供试卷、教案、课件、论文、素材以及各类教学资源下载，还有大量而丰富的教学相关资讯！" style="width:22.5pt;height:12.75pt" o:oleicon="f" o:ole="">
            <v:imagedata r:id="rId878" o:title="eqIdaaf3369e0ea90e8d5cf4b6b3c45c0fd8"/>
          </v:shape>
        </w:pict>
      </w:r>
      <w:r>
        <w:rPr>
          <w:rFonts w:ascii="宋体" w:eastAsia="宋体" w:hAnsi="宋体" w:cs="宋体"/>
          <w:color w:val="000000"/>
        </w:rPr>
        <w:t>位置旋转；当转到</w:t>
      </w:r>
      <w:r>
        <w:pict>
          <v:shape id="_x0000_i702169" type="#_x0000_t75" alt="学科网(www.zxxk.com)--教育资源门户，提供试卷、教案、课件、论文、素材以及各类教学资源下载，还有大量而丰富的教学相关资讯！" style="width:22.5pt;height:12.75pt" o:oleicon="f" o:ole="">
            <v:imagedata r:id="rId878" o:title="eqIdaaf3369e0ea90e8d5cf4b6b3c45c0fd8"/>
          </v:shape>
        </w:pict>
      </w:r>
      <w:r>
        <w:rPr>
          <w:rFonts w:ascii="宋体" w:eastAsia="宋体" w:hAnsi="宋体" w:cs="宋体"/>
          <w:color w:val="000000"/>
        </w:rPr>
        <w:t>位置时，再从</w:t>
      </w:r>
      <w:r>
        <w:pict>
          <v:shape id="_x0000_i702170" type="#_x0000_t75" alt="学科网(www.zxxk.com)--教育资源门户，提供试卷、教案、课件、论文、素材以及各类教学资源下载，还有大量而丰富的教学相关资讯！" style="width:22.5pt;height:12.75pt" o:oleicon="f" o:ole="">
            <v:imagedata r:id="rId878" o:title="eqIdaaf3369e0ea90e8d5cf4b6b3c45c0fd8"/>
          </v:shape>
        </w:pict>
      </w:r>
      <w:r>
        <w:rPr>
          <w:rFonts w:ascii="宋体" w:eastAsia="宋体" w:hAnsi="宋体" w:cs="宋体"/>
          <w:color w:val="000000"/>
        </w:rPr>
        <w:t>的位置弹回，继续转向</w:t>
      </w:r>
      <w:r>
        <w:pict>
          <v:shape id="_x0000_i702171" type="#_x0000_t75" alt="学科网(www.zxxk.com)--教育资源门户，提供试卷、教案、课件、论文、素材以及各类教学资源下载，还有大量而丰富的教学相关资讯！" style="width:18.65pt;height:12.95pt" o:oleicon="f" o:ole="">
            <v:imagedata r:id="rId879" o:title="eqId88e9f7d1272b7344346b58b660aa260a"/>
          </v:shape>
        </w:pict>
      </w:r>
      <w:r>
        <w:rPr>
          <w:rFonts w:ascii="宋体" w:eastAsia="宋体" w:hAnsi="宋体" w:cs="宋体"/>
          <w:color w:val="000000"/>
        </w:rPr>
        <w:t>位置，</w:t>
      </w:r>
      <w:r>
        <w:rPr>
          <w:rFonts w:ascii="Times New Roman" w:eastAsia="Times New Roman" w:hAnsi="Times New Roman" w:cs="Times New Roman"/>
          <w:color w:val="000000"/>
        </w:rPr>
        <w:t>…</w:t>
      </w:r>
      <w:r>
        <w:rPr>
          <w:rFonts w:ascii="宋体" w:eastAsia="宋体" w:hAnsi="宋体" w:cs="宋体"/>
          <w:color w:val="000000"/>
        </w:rPr>
        <w:t>，如此反复．按照这种方式将魔法棒进行如下步骤的旋转：第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步，从</w:t>
      </w:r>
      <w:r>
        <w:pict>
          <v:shape id="_x0000_i702172" type="#_x0000_t75" alt="学科网(www.zxxk.com)--教育资源门户，提供试卷、教案、课件、论文、素材以及各类教学资源下载，还有大量而丰富的教学相关资讯！" style="width:22pt;height:18pt" o:oleicon="f" o:ole="">
            <v:imagedata r:id="rId880" o:title="eqId9b91a9785967490fb610b822d99b8aee"/>
          </v:shape>
        </w:pict>
      </w:r>
      <w:r>
        <w:rPr>
          <w:rFonts w:ascii="宋体" w:eastAsia="宋体" w:hAnsi="宋体" w:cs="宋体"/>
          <w:color w:val="000000"/>
        </w:rPr>
        <w:t>（</w:t>
      </w:r>
      <w:r>
        <w:pict>
          <v:shape id="_x0000_i702173" type="#_x0000_t75" alt="学科网(www.zxxk.com)--教育资源门户，提供试卷、教案、课件、论文、素材以及各类教学资源下载，还有大量而丰富的教学相关资讯！" style="width:22pt;height:18pt" o:oleicon="f" o:ole="">
            <v:imagedata r:id="rId880" o:title="eqId9b91a9785967490fb610b822d99b8aee"/>
          </v:shape>
        </w:pict>
      </w:r>
      <w:r>
        <w:rPr>
          <w:rFonts w:ascii="宋体" w:eastAsia="宋体" w:hAnsi="宋体" w:cs="宋体"/>
          <w:color w:val="000000"/>
        </w:rPr>
        <w:t>在</w:t>
      </w:r>
      <w:r>
        <w:pict>
          <v:shape id="_x0000_i702174" type="#_x0000_t75" alt="学科网(www.zxxk.com)--教育资源门户，提供试卷、教案、课件、论文、素材以及各类教学资源下载，还有大量而丰富的教学相关资讯！" style="width:22.5pt;height:12.75pt" o:oleicon="f" o:ole="">
            <v:imagedata r:id="rId878" o:title="eqIdaaf3369e0ea90e8d5cf4b6b3c45c0fd8"/>
          </v:shape>
        </w:pict>
      </w:r>
      <w:r>
        <w:rPr>
          <w:rFonts w:ascii="宋体" w:eastAsia="宋体" w:hAnsi="宋体" w:cs="宋体"/>
          <w:color w:val="000000"/>
        </w:rPr>
        <w:t>上）开始旋转</w:t>
      </w:r>
      <w:r>
        <w:rPr>
          <w:rFonts w:ascii="Times New Roman" w:eastAsia="Times New Roman" w:hAnsi="Times New Roman" w:cs="Times New Roman"/>
          <w:i/>
          <w:color w:val="000000"/>
        </w:rPr>
        <w:t>α</w:t>
      </w:r>
      <w:r>
        <w:rPr>
          <w:rFonts w:ascii="宋体" w:eastAsia="宋体" w:hAnsi="宋体" w:cs="宋体"/>
          <w:color w:val="000000"/>
        </w:rPr>
        <w:t>至</w:t>
      </w:r>
      <w:r>
        <w:pict>
          <v:shape id="_x0000_i702175" type="#_x0000_t75" alt="学科网(www.zxxk.com)--教育资源门户，提供试卷、教案、课件、论文、素材以及各类教学资源下载，还有大量而丰富的教学相关资讯！" style="width:21pt;height:18.6pt" o:oleicon="f" o:ole="">
            <v:imagedata r:id="rId881" o:title="eqId4195334905e2f190f958dbf5951456f8"/>
          </v:shape>
        </w:pict>
      </w:r>
      <w:r>
        <w:rPr>
          <w:rFonts w:ascii="宋体" w:eastAsia="宋体" w:hAnsi="宋体" w:cs="宋体"/>
          <w:color w:val="000000"/>
        </w:rPr>
        <w:t>；第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步，从</w:t>
      </w:r>
      <w:r>
        <w:pict>
          <v:shape id="_x0000_i702176" type="#_x0000_t75" alt="学科网(www.zxxk.com)--教育资源门户，提供试卷、教案、课件、论文、素材以及各类教学资源下载，还有大量而丰富的教学相关资讯！" style="width:21pt;height:18.6pt" o:oleicon="f" o:ole="">
            <v:imagedata r:id="rId881" o:title="eqId4195334905e2f190f958dbf5951456f8"/>
          </v:shape>
        </w:pict>
      </w:r>
      <w:r>
        <w:rPr>
          <w:rFonts w:ascii="宋体" w:eastAsia="宋体" w:hAnsi="宋体" w:cs="宋体"/>
          <w:color w:val="000000"/>
        </w:rPr>
        <w:t>开始继续旋转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i/>
          <w:color w:val="000000"/>
        </w:rPr>
        <w:t>α</w:t>
      </w:r>
      <w:r>
        <w:rPr>
          <w:rFonts w:ascii="宋体" w:eastAsia="宋体" w:hAnsi="宋体" w:cs="宋体"/>
          <w:color w:val="000000"/>
        </w:rPr>
        <w:t>至</w:t>
      </w:r>
      <w:r>
        <w:pict>
          <v:shape id="_x0000_i702177" type="#_x0000_t75" alt="学科网(www.zxxk.com)--教育资源门户，提供试卷、教案、课件、论文、素材以及各类教学资源下载，还有大量而丰富的教学相关资讯！" style="width:21.75pt;height:18pt" o:oleicon="f" o:ole="">
            <v:imagedata r:id="rId882" o:title="eqId1c76916c6ff302cf4fb4b6ace5bb3a95"/>
          </v:shape>
        </w:pict>
      </w:r>
      <w:r>
        <w:rPr>
          <w:rFonts w:ascii="宋体" w:eastAsia="宋体" w:hAnsi="宋体" w:cs="宋体"/>
          <w:color w:val="000000"/>
        </w:rPr>
        <w:t>；第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步，从</w:t>
      </w:r>
      <w:r>
        <w:pict>
          <v:shape id="_x0000_i702178" type="#_x0000_t75" alt="学科网(www.zxxk.com)--教育资源门户，提供试卷、教案、课件、论文、素材以及各类教学资源下载，还有大量而丰富的教学相关资讯！" style="width:21.75pt;height:18pt" o:oleicon="f" o:ole="">
            <v:imagedata r:id="rId882" o:title="eqId1c76916c6ff302cf4fb4b6ace5bb3a95"/>
          </v:shape>
        </w:pict>
      </w:r>
      <w:r>
        <w:rPr>
          <w:rFonts w:ascii="宋体" w:eastAsia="宋体" w:hAnsi="宋体" w:cs="宋体"/>
          <w:color w:val="000000"/>
        </w:rPr>
        <w:t>开始继续旋转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Times New Roman" w:eastAsia="Times New Roman" w:hAnsi="Times New Roman" w:cs="Times New Roman"/>
          <w:i/>
          <w:color w:val="000000"/>
        </w:rPr>
        <w:t>α</w:t>
      </w:r>
      <w:r>
        <w:rPr>
          <w:rFonts w:ascii="宋体" w:eastAsia="宋体" w:hAnsi="宋体" w:cs="宋体"/>
          <w:color w:val="000000"/>
        </w:rPr>
        <w:t>至</w:t>
      </w:r>
      <w:r>
        <w:pict>
          <v:shape id="_x0000_i702179" type="#_x0000_t75" alt="学科网(www.zxxk.com)--教育资源门户，提供试卷、教案、课件、论文、素材以及各类教学资源下载，还有大量而丰富的教学相关资讯！" style="width:21.75pt;height:18pt" o:oleicon="f" o:ole="">
            <v:imagedata r:id="rId883" o:title="eqId181f7b988095b7285557491c7bb2fb5c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…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例如：当</w:t>
      </w:r>
      <w:r>
        <w:pict>
          <v:shape id="_x0000_i702180" type="#_x0000_t75" alt="学科网(www.zxxk.com)--教育资源门户，提供试卷、教案、课件、论文、素材以及各类教学资源下载，还有大量而丰富的教学相关资讯！" style="width:40.75pt;height:14.25pt" o:oleicon="f" o:ole="">
            <v:imagedata r:id="rId884" o:title="eqIdb6c96cb3ac8290e09c55d4eb336a8608"/>
          </v:shape>
        </w:pict>
      </w:r>
      <w:r>
        <w:rPr>
          <w:rFonts w:ascii="宋体" w:eastAsia="宋体" w:hAnsi="宋体" w:cs="宋体"/>
          <w:color w:val="000000"/>
        </w:rPr>
        <w:t>时，</w:t>
      </w:r>
      <w:r>
        <w:pict>
          <v:shape id="_x0000_i702181" type="#_x0000_t75" alt="学科网(www.zxxk.com)--教育资源门户，提供试卷、教案、课件、论文、素材以及各类教学资源下载，还有大量而丰富的教学相关资讯！" style="width:21pt;height:18.6pt" o:oleicon="f" o:ole="">
            <v:imagedata r:id="rId885" o:title="eqId4195334905e2f190f958dbf5951456f8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2182" type="#_x0000_t75" alt="学科网(www.zxxk.com)--教育资源门户，提供试卷、教案、课件、论文、素材以及各类教学资源下载，还有大量而丰富的教学相关资讯！" style="width:21.75pt;height:18pt" o:oleicon="f" o:ole="">
            <v:imagedata r:id="rId886" o:title="eqId1c76916c6ff302cf4fb4b6ace5bb3a95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2183" type="#_x0000_t75" alt="学科网(www.zxxk.com)--教育资源门户，提供试卷、教案、课件、论文、素材以及各类教学资源下载，还有大量而丰富的教学相关资讯！" style="width:21.75pt;height:18pt" o:oleicon="f" o:ole="">
            <v:imagedata r:id="rId887" o:title="eqId181f7b988095b7285557491c7bb2fb5c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2184" type="#_x0000_t75" alt="学科网(www.zxxk.com)--教育资源门户，提供试卷、教案、课件、论文、素材以及各类教学资源下载，还有大量而丰富的教学相关资讯！" style="width:21.75pt;height:18pt" o:oleicon="f" o:ole="">
            <v:imagedata r:id="rId888" o:title="eqId8bfebbfa1df7fa250fab46751b8c52a8"/>
          </v:shape>
        </w:pict>
      </w:r>
      <w:r>
        <w:rPr>
          <w:rFonts w:ascii="宋体" w:eastAsia="宋体" w:hAnsi="宋体" w:cs="宋体"/>
          <w:color w:val="000000"/>
        </w:rPr>
        <w:t>的位置如图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所示，其中</w:t>
      </w:r>
      <w:r>
        <w:pict>
          <v:shape id="_x0000_i702185" type="#_x0000_t75" alt="学科网(www.zxxk.com)--教育资源门户，提供试卷、教案、课件、论文、素材以及各类教学资源下载，还有大量而丰富的教学相关资讯！" style="width:21.75pt;height:18pt" o:oleicon="f" o:ole="">
            <v:imagedata r:id="rId887" o:title="eqId181f7b988095b7285557491c7bb2fb5c"/>
          </v:shape>
        </w:pict>
      </w:r>
      <w:r>
        <w:rPr>
          <w:rFonts w:ascii="宋体" w:eastAsia="宋体" w:hAnsi="宋体" w:cs="宋体"/>
          <w:color w:val="000000"/>
        </w:rPr>
        <w:t>恰好落在</w:t>
      </w:r>
      <w:r>
        <w:pict>
          <v:shape id="_x0000_i702186" type="#_x0000_t75" alt="学科网(www.zxxk.com)--教育资源门户，提供试卷、教案、课件、论文、素材以及各类教学资源下载，还有大量而丰富的教学相关资讯！" style="width:18.65pt;height:12.95pt" o:oleicon="f" o:ole="">
            <v:imagedata r:id="rId889" o:title="eqId88e9f7d1272b7344346b58b660aa260a"/>
          </v:shape>
        </w:pict>
      </w:r>
      <w:r>
        <w:rPr>
          <w:rFonts w:ascii="宋体" w:eastAsia="宋体" w:hAnsi="宋体" w:cs="宋体"/>
          <w:color w:val="000000"/>
        </w:rPr>
        <w:t>上，</w:t>
      </w:r>
      <w:r>
        <w:pict>
          <v:shape id="_x0000_i702187" type="#_x0000_t75" alt="学科网(www.zxxk.com)--教育资源门户，提供试卷、教案、课件、论文、素材以及各类教学资源下载，还有大量而丰富的教学相关资讯！" style="width:75.75pt;height:18pt" o:oleicon="f" o:ole="">
            <v:imagedata r:id="rId890" o:title="eqId5b7f34a87f7cfafa29448dbcc02a2e2d"/>
          </v:shape>
        </w:pict>
      </w:r>
      <w:r>
        <w:rPr>
          <w:rFonts w:ascii="宋体" w:eastAsia="宋体" w:hAnsi="宋体" w:cs="宋体"/>
          <w:color w:val="000000"/>
        </w:rPr>
        <w:t>；当</w:t>
      </w:r>
      <w:r>
        <w:pict>
          <v:shape id="_x0000_i702188" type="#_x0000_t75" alt="学科网(www.zxxk.com)--教育资源门户，提供试卷、教案、课件、论文、素材以及各类教学资源下载，还有大量而丰富的教学相关资讯！" style="width:40.25pt;height:14.1pt" o:oleicon="f" o:ole="">
            <v:imagedata r:id="rId891" o:title="eqId7209c73ac82338a7def4decc693dc633"/>
          </v:shape>
        </w:pict>
      </w:r>
      <w:r>
        <w:rPr>
          <w:rFonts w:ascii="宋体" w:eastAsia="宋体" w:hAnsi="宋体" w:cs="宋体"/>
          <w:color w:val="000000"/>
        </w:rPr>
        <w:t>时，</w:t>
      </w:r>
      <w:r>
        <w:pict>
          <v:shape id="_x0000_i702189" type="#_x0000_t75" alt="学科网(www.zxxk.com)--教育资源门户，提供试卷、教案、课件、论文、素材以及各类教学资源下载，还有大量而丰富的教学相关资讯！" style="width:21pt;height:18.6pt" o:oleicon="f" o:ole="">
            <v:imagedata r:id="rId885" o:title="eqId4195334905e2f190f958dbf5951456f8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2190" type="#_x0000_t75" alt="学科网(www.zxxk.com)--教育资源门户，提供试卷、教案、课件、论文、素材以及各类教学资源下载，还有大量而丰富的教学相关资讯！" style="width:21.75pt;height:18pt" o:oleicon="f" o:ole="">
            <v:imagedata r:id="rId886" o:title="eqId1c76916c6ff302cf4fb4b6ace5bb3a95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2191" type="#_x0000_t75" alt="学科网(www.zxxk.com)--教育资源门户，提供试卷、教案、课件、论文、素材以及各类教学资源下载，还有大量而丰富的教学相关资讯！" style="width:21.75pt;height:18pt" o:oleicon="f" o:ole="">
            <v:imagedata r:id="rId887" o:title="eqId181f7b988095b7285557491c7bb2fb5c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2192" type="#_x0000_t75" alt="学科网(www.zxxk.com)--教育资源门户，提供试卷、教案、课件、论文、素材以及各类教学资源下载，还有大量而丰富的教学相关资讯！" style="width:21.75pt;height:18pt" o:oleicon="f" o:ole="">
            <v:imagedata r:id="rId888" o:title="eqId8bfebbfa1df7fa250fab46751b8c52a8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2193" type="#_x0000_t75" alt="学科网(www.zxxk.com)--教育资源门户，提供试卷、教案、课件、论文、素材以及各类教学资源下载，还有大量而丰富的教学相关资讯！" style="width:21.75pt;height:18pt" o:oleicon="f" o:ole="">
            <v:imagedata r:id="rId892" o:title="eqIdf346cb68d9fba5dc43b0c48516a5f543"/>
          </v:shape>
        </w:pict>
      </w:r>
      <w:r>
        <w:rPr>
          <w:rFonts w:ascii="宋体" w:eastAsia="宋体" w:hAnsi="宋体" w:cs="宋体"/>
          <w:color w:val="000000"/>
        </w:rPr>
        <w:t>的位置如图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所示，其中第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步旋转到</w:t>
      </w:r>
      <w:r>
        <w:pict>
          <v:shape id="_x0000_i702194" type="#_x0000_t75" alt="学科网(www.zxxk.com)--教育资源门户，提供试卷、教案、课件、论文、素材以及各类教学资源下载，还有大量而丰富的教学相关资讯！" style="width:21pt;height:14.25pt" o:oleicon="f" o:ole="">
            <v:imagedata r:id="rId893" o:title="eqId075bc6df108c9c2b3b5ac46bca7c8d3a"/>
          </v:shape>
        </w:pict>
      </w:r>
      <w:r>
        <w:rPr>
          <w:rFonts w:ascii="宋体" w:eastAsia="宋体" w:hAnsi="宋体" w:cs="宋体"/>
          <w:color w:val="000000"/>
        </w:rPr>
        <w:t>后弹回，即</w:t>
      </w:r>
      <w:r>
        <w:pict>
          <v:shape id="_x0000_i702195" type="#_x0000_t75" alt="学科网(www.zxxk.com)--教育资源门户，提供试卷、教案、课件、论文、素材以及各类教学资源下载，还有大量而丰富的教学相关资讯！" style="width:116.25pt;height:18pt" o:oleicon="f" o:ole="">
            <v:imagedata r:id="rId894" o:title="eqId18cbf348d5df5ac5edd39ca34d56fc75"/>
          </v:shape>
        </w:pict>
      </w:r>
      <w:r>
        <w:rPr>
          <w:rFonts w:ascii="宋体" w:eastAsia="宋体" w:hAnsi="宋体" w:cs="宋体"/>
          <w:color w:val="000000"/>
        </w:rPr>
        <w:t>，而</w:t>
      </w:r>
      <w:r>
        <w:pict>
          <v:shape id="_x0000_i702196" type="#_x0000_t75" alt="学科网(www.zxxk.com)--教育资源门户，提供试卷、教案、课件、论文、素材以及各类教学资源下载，还有大量而丰富的教学相关资讯！" style="width:21.75pt;height:18pt" o:oleicon="f" o:ole="">
            <v:imagedata r:id="rId892" o:title="eqIdf346cb68d9fba5dc43b0c48516a5f543"/>
          </v:shape>
        </w:pict>
      </w:r>
      <w:r>
        <w:rPr>
          <w:rFonts w:ascii="宋体" w:eastAsia="宋体" w:hAnsi="宋体" w:cs="宋体"/>
          <w:color w:val="000000"/>
        </w:rPr>
        <w:t>恰好与</w:t>
      </w:r>
      <w:r>
        <w:pict>
          <v:shape id="_x0000_i702197" type="#_x0000_t75" alt="学科网(www.zxxk.com)--教育资源门户，提供试卷、教案、课件、论文、素材以及各类教学资源下载，还有大量而丰富的教学相关资讯！" style="width:21.75pt;height:18pt" o:oleicon="f" o:ole="">
            <v:imagedata r:id="rId886" o:title="eqId1c76916c6ff302cf4fb4b6ace5bb3a95"/>
          </v:shape>
        </w:pict>
      </w:r>
      <w:r>
        <w:rPr>
          <w:rFonts w:ascii="宋体" w:eastAsia="宋体" w:hAnsi="宋体" w:cs="宋体"/>
          <w:color w:val="000000"/>
        </w:rPr>
        <w:t>重合．解决如下问题：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733800" cy="1438275"/>
            <wp:docPr id="172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" name=""/>
                    <pic:cNvPicPr>
                      <a:picLocks noChangeAspect="1"/>
                    </pic:cNvPicPr>
                  </pic:nvPicPr>
                  <pic:blipFill>
                    <a:blip r:embed="rId895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733800" cy="1438275"/>
            <wp:docPr id="172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" name=""/>
                    <pic:cNvPicPr>
                      <a:picLocks noChangeAspect="1"/>
                    </pic:cNvPicPr>
                  </pic:nvPicPr>
                  <pic:blipFill>
                    <a:blip r:embed="rId896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143125" cy="438150"/>
            <wp:docPr id="172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" name=""/>
                    <pic:cNvPicPr>
                      <a:picLocks noChangeAspect="1"/>
                    </pic:cNvPicPr>
                  </pic:nvPicPr>
                  <pic:blipFill>
                    <a:blip r:embed="rId897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若</w:t>
      </w:r>
      <w:r>
        <w:pict>
          <v:shape id="_x0000_i702198" type="#_x0000_t75" alt="学科网(www.zxxk.com)--教育资源门户，提供试卷、教案、课件、论文、素材以及各类教学资源下载，还有大量而丰富的教学相关资讯！" style="width:40.85pt;height:13.8pt" o:oleicon="f" o:ole="">
            <v:imagedata r:id="rId898" o:title="eqId63b6b12d800504d65f84264ba9019a2a"/>
          </v:shape>
        </w:pict>
      </w:r>
      <w:r>
        <w:rPr>
          <w:rFonts w:ascii="宋体" w:eastAsia="宋体" w:hAnsi="宋体" w:cs="宋体"/>
          <w:color w:val="000000"/>
        </w:rPr>
        <w:t>，在图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中借助量角器画出，</w:t>
      </w:r>
      <w:r>
        <w:pict>
          <v:shape id="_x0000_i702199" type="#_x0000_t75" alt="学科网(www.zxxk.com)--教育资源门户，提供试卷、教案、课件、论文、素材以及各类教学资源下载，还有大量而丰富的教学相关资讯！" style="width:21.75pt;height:18pt" o:oleicon="f" o:ole="">
            <v:imagedata r:id="rId899" o:title="eqId1c76916c6ff302cf4fb4b6ace5bb3a95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2200" type="#_x0000_t75" alt="学科网(www.zxxk.com)--教育资源门户，提供试卷、教案、课件、论文、素材以及各类教学资源下载，还有大量而丰富的教学相关资讯！" style="width:21.75pt;height:18pt" o:oleicon="f" o:ole="">
            <v:imagedata r:id="rId900" o:title="eqId181f7b988095b7285557491c7bb2fb5c"/>
          </v:shape>
        </w:pict>
      </w:r>
      <w:r>
        <w:rPr>
          <w:rFonts w:ascii="宋体" w:eastAsia="宋体" w:hAnsi="宋体" w:cs="宋体"/>
          <w:color w:val="000000"/>
        </w:rPr>
        <w:t>，其中</w:t>
      </w:r>
      <w:r>
        <w:pict>
          <v:shape id="_x0000_i702201" type="#_x0000_t75" alt="学科网(www.zxxk.com)--教育资源门户，提供试卷、教案、课件、论文、素材以及各类教学资源下载，还有大量而丰富的教学相关资讯！" style="width:41.25pt;height:18pt" o:oleicon="f" o:ole="">
            <v:imagedata r:id="rId901" o:title="eqId963b2ffb423661d8eabddede5797910a"/>
          </v:shape>
        </w:pict>
      </w:r>
      <w:r>
        <w:rPr>
          <w:rFonts w:ascii="宋体" w:eastAsia="宋体" w:hAnsi="宋体" w:cs="宋体"/>
          <w:color w:val="000000"/>
        </w:rPr>
        <w:t>的度数是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  <w:u w:val="single"/>
        </w:rPr>
        <w:t>　　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</w:t>
      </w:r>
      <w:r>
        <w:pict>
          <v:shape id="_x0000_i702202" type="#_x0000_t75" alt="学科网(www.zxxk.com)--教育资源门户，提供试卷、教案、课件、论文、素材以及各类教学资源下载，还有大量而丰富的教学相关资讯！" style="width:38.25pt;height:14.25pt" o:oleicon="f" o:ole="">
            <v:imagedata r:id="rId902" o:title="eqId5cb2510377b5ddf3347eecbc5f9753b9"/>
          </v:shape>
        </w:pict>
      </w:r>
      <w:r>
        <w:rPr>
          <w:rFonts w:ascii="宋体" w:eastAsia="宋体" w:hAnsi="宋体" w:cs="宋体"/>
          <w:color w:val="000000"/>
        </w:rPr>
        <w:t>，且</w:t>
      </w:r>
      <w:r>
        <w:pict>
          <v:shape id="_x0000_i702203" type="#_x0000_t75" alt="学科网(www.zxxk.com)--教育资源门户，提供试卷、教案、课件、论文、素材以及各类教学资源下载，还有大量而丰富的教学相关资讯！" style="width:21.75pt;height:18pt" o:oleicon="f" o:ole="">
            <v:imagedata r:id="rId903" o:title="eqId8bfebbfa1df7fa250fab46751b8c52a8"/>
          </v:shape>
        </w:pict>
      </w:r>
      <w:r>
        <w:rPr>
          <w:rFonts w:ascii="宋体" w:eastAsia="宋体" w:hAnsi="宋体" w:cs="宋体"/>
          <w:color w:val="000000"/>
        </w:rPr>
        <w:t>所在的射线平分</w:t>
      </w:r>
      <w:r>
        <w:pict>
          <v:shape id="_x0000_i702204" type="#_x0000_t75" alt="学科网(www.zxxk.com)--教育资源门户，提供试卷、教案、课件、论文、素材以及各类教学资源下载，还有大量而丰富的教学相关资讯！" style="width:44.25pt;height:18pt" o:oleicon="f" o:ole="">
            <v:imagedata r:id="rId904" o:title="eqId288cb54bf83588cc3af9d7685167b942"/>
          </v:shape>
        </w:pict>
      </w:r>
      <w:r>
        <w:rPr>
          <w:rFonts w:ascii="宋体" w:eastAsia="宋体" w:hAnsi="宋体" w:cs="宋体"/>
          <w:color w:val="000000"/>
        </w:rPr>
        <w:t>，在如图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中画出</w:t>
      </w:r>
      <w:r>
        <w:pict>
          <v:shape id="_x0000_i702205" type="#_x0000_t75" alt="学科网(www.zxxk.com)--教育资源门户，提供试卷、教案、课件、论文、素材以及各类教学资源下载，还有大量而丰富的教学相关资讯！" style="width:21pt;height:18.6pt" o:oleicon="f" o:ole="">
            <v:imagedata r:id="rId905" o:title="eqId4195334905e2f190f958dbf5951456f8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2206" type="#_x0000_t75" alt="学科网(www.zxxk.com)--教育资源门户，提供试卷、教案、课件、论文、素材以及各类教学资源下载，还有大量而丰富的教学相关资讯！" style="width:21.75pt;height:18pt" o:oleicon="f" o:ole="">
            <v:imagedata r:id="rId906" o:title="eqId1c76916c6ff302cf4fb4b6ace5bb3a95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2207" type="#_x0000_t75" alt="学科网(www.zxxk.com)--教育资源门户，提供试卷、教案、课件、论文、素材以及各类教学资源下载，还有大量而丰富的教学相关资讯！" style="width:21.75pt;height:18pt" o:oleicon="f" o:ole="">
            <v:imagedata r:id="rId907" o:title="eqId181f7b988095b7285557491c7bb2fb5c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2208" type="#_x0000_t75" alt="学科网(www.zxxk.com)--教育资源门户，提供试卷、教案、课件、论文、素材以及各类教学资源下载，还有大量而丰富的教学相关资讯！" style="width:21.75pt;height:18pt" o:oleicon="f" o:ole="">
            <v:imagedata r:id="rId903" o:title="eqId8bfebbfa1df7fa250fab46751b8c52a8"/>
          </v:shape>
        </w:pict>
      </w:r>
      <w:r>
        <w:rPr>
          <w:rFonts w:ascii="宋体" w:eastAsia="宋体" w:hAnsi="宋体" w:cs="宋体"/>
          <w:color w:val="000000"/>
        </w:rPr>
        <w:t>并求出</w:t>
      </w:r>
      <w:r>
        <w:rPr>
          <w:rFonts w:ascii="Times New Roman" w:eastAsia="Times New Roman" w:hAnsi="Times New Roman" w:cs="Times New Roman"/>
          <w:i/>
          <w:color w:val="000000"/>
        </w:rPr>
        <w:t>α</w:t>
      </w:r>
      <w:r>
        <w:rPr>
          <w:rFonts w:ascii="宋体" w:eastAsia="宋体" w:hAnsi="宋体" w:cs="宋体"/>
          <w:color w:val="000000"/>
        </w:rPr>
        <w:t>的值；</w:t>
      </w:r>
    </w:p>
    <w:p>
      <w:pPr>
        <w:spacing w:line="360" w:lineRule="auto"/>
        <w:jc w:val="left"/>
        <w:textAlignment w:val="center"/>
        <w:rPr>
          <w:color w:val="000000"/>
        </w:rPr>
        <w:sectPr w:rsidSect="00C321EB">
          <w:pgSz w:w="11906" w:h="16838"/>
          <w:pgMar w:top="910" w:right="1080" w:bottom="1440" w:left="1080" w:header="152" w:footer="0" w:gutter="0"/>
          <w:cols w:space="720"/>
          <w:docGrid w:type="lines" w:linePitch="312"/>
        </w:sect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若</w:t>
      </w:r>
      <w:r>
        <w:pict>
          <v:shape id="_x0000_i702209" type="#_x0000_t75" alt="学科网(www.zxxk.com)--教育资源门户，提供试卷、教案、课件、论文、素材以及各类教学资源下载，还有大量而丰富的教学相关资讯！" style="width:38.25pt;height:14.25pt" o:oleicon="f" o:ole="">
            <v:imagedata r:id="rId908" o:title="eqIdccc3a1b8921b01cc4fb7e54016d4f056"/>
          </v:shape>
        </w:pict>
      </w:r>
      <w:r>
        <w:rPr>
          <w:rFonts w:ascii="宋体" w:eastAsia="宋体" w:hAnsi="宋体" w:cs="宋体"/>
          <w:color w:val="000000"/>
        </w:rPr>
        <w:t>，且</w:t>
      </w:r>
      <w:r>
        <w:pict>
          <v:shape id="_x0000_i702210" type="#_x0000_t75" alt="学科网(www.zxxk.com)--教育资源门户，提供试卷、教案、课件、论文、素材以及各类教学资源下载，还有大量而丰富的教学相关资讯！" style="width:68.25pt;height:18pt" o:oleicon="f" o:ole="">
            <v:imagedata r:id="rId909" o:title="eqIdb547269224b097c2de7d6341d64fc7f8"/>
          </v:shape>
        </w:pict>
      </w:r>
      <w:r>
        <w:rPr>
          <w:rFonts w:ascii="宋体" w:eastAsia="宋体" w:hAnsi="宋体" w:cs="宋体"/>
          <w:color w:val="000000"/>
        </w:rPr>
        <w:t>，则对应的</w:t>
      </w:r>
      <w:r>
        <w:rPr>
          <w:rFonts w:ascii="Times New Roman" w:eastAsia="Times New Roman" w:hAnsi="Times New Roman" w:cs="Times New Roman"/>
          <w:i/>
          <w:color w:val="000000"/>
        </w:rPr>
        <w:t>α</w:t>
      </w:r>
      <w:r>
        <w:rPr>
          <w:rFonts w:ascii="宋体" w:eastAsia="宋体" w:hAnsi="宋体" w:cs="宋体"/>
          <w:color w:val="000000"/>
        </w:rPr>
        <w:t>值是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  <w:u w:val="single"/>
        </w:rPr>
        <w:t>　　</w:t>
      </w:r>
      <w:r>
        <w:rPr>
          <w:rFonts w:ascii="宋体" w:eastAsia="宋体" w:hAnsi="宋体" w:cs="宋体"/>
          <w:color w:val="000000"/>
        </w:rPr>
        <w:t>．</w:t>
      </w:r>
    </w:p>
    <w:p>
      <w:pPr>
        <w:pStyle w:val="Heading2"/>
      </w:pPr>
      <w:r>
        <w:t>大兴区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eastAsia="宋体" w:hAnsi="宋体" w:cs="宋体"/>
          <w:color w:val="000000"/>
        </w:rPr>
        <w:t>某人一年内去游泳馆游泳次数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（单位：次）与游泳费用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（单位：元）的部分数据如下：一年内游泳次数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（次）</w:t>
      </w:r>
    </w:p>
    <w:tbl>
      <w:tblPr>
        <w:tblStyle w:val="TableNormal"/>
        <w:tblW w:w="8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134"/>
        <w:gridCol w:w="935"/>
        <w:gridCol w:w="938"/>
        <w:gridCol w:w="935"/>
        <w:gridCol w:w="931"/>
        <w:gridCol w:w="933"/>
        <w:gridCol w:w="945"/>
        <w:gridCol w:w="508"/>
        <w:gridCol w:w="1046"/>
      </w:tblGrid>
      <w:tr>
        <w:tblPrEx>
          <w:tblW w:w="832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420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次数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x</w:t>
            </w:r>
            <w:r>
              <w:rPr>
                <w:rFonts w:ascii="宋体" w:eastAsia="宋体" w:hAnsi="宋体" w:cs="宋体"/>
                <w:color w:val="000000"/>
              </w:rPr>
              <w:t>（次）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</w:t>
            </w:r>
          </w:p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</w:p>
        </w:tc>
      </w:tr>
      <w:tr>
        <w:tblPrEx>
          <w:tblW w:w="8325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540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游泳费用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y</w:t>
            </w:r>
            <w:r>
              <w:rPr>
                <w:rFonts w:ascii="宋体" w:eastAsia="宋体" w:hAnsi="宋体" w:cs="宋体"/>
                <w:color w:val="000000"/>
              </w:rPr>
              <w:t>（元）</w:t>
            </w:r>
          </w:p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200+15</w:t>
            </w:r>
          </w:p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200+30</w:t>
            </w:r>
          </w:p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200+45</w:t>
            </w:r>
          </w:p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200+60</w:t>
            </w:r>
          </w:p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200+75</w:t>
            </w:r>
          </w:p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200+90</w:t>
            </w:r>
          </w:p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</w:t>
            </w:r>
          </w:p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200+525</w:t>
            </w:r>
          </w:p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一年内游泳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次的费用是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元；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用含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的式子表示游泳费用</w:t>
      </w:r>
      <w:r>
        <w:pict>
          <v:shape id="_x0000_i702211" type="#_x0000_t75" alt="学科网(www.zxxk.com)--教育资源门户，提供试卷、教案、课件、论文、素材以及各类教学资源下载，还有大量而丰富的教学相关资讯！" style="width:20.4pt;height:12.6pt" o:oleicon="f" o:ole="">
            <v:imagedata r:id="rId910" o:title="eqId070d1ea22a92808dad7489438c239629"/>
          </v:shape>
        </w:pic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）元；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小丽有</w:t>
      </w:r>
      <w:r>
        <w:rPr>
          <w:rFonts w:ascii="Times New Roman" w:eastAsia="Times New Roman" w:hAnsi="Times New Roman" w:cs="Times New Roman"/>
          <w:color w:val="000000"/>
        </w:rPr>
        <w:t>510</w:t>
      </w:r>
      <w:r>
        <w:rPr>
          <w:rFonts w:ascii="宋体" w:eastAsia="宋体" w:hAnsi="宋体" w:cs="宋体"/>
          <w:color w:val="000000"/>
        </w:rPr>
        <w:t>元，一年内她最多可以游泳多少次？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eastAsia="宋体" w:hAnsi="宋体" w:cs="宋体"/>
          <w:color w:val="000000"/>
        </w:rPr>
        <w:t>如图，点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是同一直线上互不重合的三个点，在线段</w:t>
      </w:r>
      <w:r>
        <w:pict>
          <v:shape id="_x0000_i702212" type="#_x0000_t75" alt="学科网(www.zxxk.com)--教育资源门户，提供试卷、教案、课件、论文、素材以及各类教学资源下载，还有大量而丰富的教学相关资讯！" style="width:1in;height:13.9pt" o:oleicon="f" o:ole="">
            <v:imagedata r:id="rId911" o:title="eqIda1a6936a0a7379a7dd2331182696712a"/>
          </v:shape>
        </w:pict>
      </w:r>
      <w:r>
        <w:rPr>
          <w:rFonts w:ascii="宋体" w:eastAsia="宋体" w:hAnsi="宋体" w:cs="宋体"/>
          <w:color w:val="000000"/>
        </w:rPr>
        <w:t>中，若有一条线段的长度恰好是另一条线段长度的一半，则称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三点存在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半分关系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4686300" cy="571500"/>
            <wp:docPr id="173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" name=""/>
                    <pic:cNvPicPr>
                      <a:picLocks noChangeAspect="1"/>
                    </pic:cNvPicPr>
                  </pic:nvPicPr>
                  <pic:blipFill>
                    <a:blip r:embed="rId912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当点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是线段</w:t>
      </w:r>
      <w:r>
        <w:pict>
          <v:shape id="_x0000_i702213" type="#_x0000_t75" alt="学科网(www.zxxk.com)--教育资源门户，提供试卷、教案、课件、论文、素材以及各类教学资源下载，还有大量而丰富的教学相关资讯！" style="width:20.05pt;height:12.6pt" o:oleicon="f" o:ole="">
            <v:imagedata r:id="rId913" o:title="eqIdf52a58fbaf4fea03567e88a9f0f6e37e"/>
          </v:shape>
        </w:pict>
      </w:r>
      <w:r>
        <w:rPr>
          <w:rFonts w:ascii="宋体" w:eastAsia="宋体" w:hAnsi="宋体" w:cs="宋体"/>
          <w:color w:val="000000"/>
        </w:rPr>
        <w:t>的中点时，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三点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（填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存在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不存在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半分关系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已知</w:t>
      </w:r>
      <w:r>
        <w:pict>
          <v:shape id="_x0000_i702214" type="#_x0000_t75" alt="学科网(www.zxxk.com)--教育资源门户，提供试卷、教案、课件、论文、素材以及各类教学资源下载，还有大量而丰富的教学相关资讯！" style="width:53.25pt;height:14.25pt" o:oleicon="f" o:ole="">
            <v:imagedata r:id="rId914" o:title="eqId6747441b260ca043446b5d472fece440"/>
          </v:shape>
        </w:pic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在线段</w:t>
      </w:r>
      <w:r>
        <w:rPr>
          <w:rFonts w:ascii="Times New Roman" w:eastAsia="Times New Roman" w:hAnsi="Times New Roman" w:cs="Times New Roman"/>
          <w:i/>
          <w:color w:val="000000"/>
        </w:rPr>
        <w:t>AB</w:t>
      </w:r>
      <w:r>
        <w:rPr>
          <w:rFonts w:ascii="宋体" w:eastAsia="宋体" w:hAnsi="宋体" w:cs="宋体"/>
          <w:color w:val="000000"/>
        </w:rPr>
        <w:t>上，若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三点存在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半分关系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，则</w:t>
      </w:r>
      <w:r>
        <w:rPr>
          <w:rFonts w:ascii="Times New Roman" w:eastAsia="Times New Roman" w:hAnsi="Times New Roman" w:cs="Times New Roman"/>
          <w:i/>
          <w:color w:val="000000"/>
        </w:rPr>
        <w:t>AC</w:t>
      </w:r>
      <w:r>
        <w:rPr>
          <w:rFonts w:ascii="宋体" w:eastAsia="宋体" w:hAnsi="宋体" w:cs="宋体"/>
          <w:color w:val="000000"/>
        </w:rPr>
        <w:t>的长为</w:t>
      </w:r>
      <w:r>
        <w:rPr>
          <w:rFonts w:ascii="Times New Roman" w:eastAsia="Times New Roman" w:hAnsi="Times New Roman" w:cs="Times New Roman"/>
          <w:color w:val="000000"/>
        </w:rPr>
        <w:t>______cm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  <w:sectPr w:rsidSect="00C321EB">
          <w:pgSz w:w="11906" w:h="16838"/>
          <w:pgMar w:top="910" w:right="1080" w:bottom="1440" w:left="1080" w:header="152" w:footer="0" w:gutter="0"/>
          <w:cols w:space="720"/>
          <w:docGrid w:type="lines" w:linePitch="312"/>
        </w:sect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已知点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是数轴上互不重合的三个点，点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为原点，点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表示的数是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宋体" w:eastAsia="宋体" w:hAnsi="宋体" w:cs="宋体"/>
          <w:color w:val="000000"/>
        </w:rPr>
        <w:t>是正数），且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三点存在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半分关系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，直接写出点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表示的数的最大值与最小值的差（用含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宋体" w:eastAsia="宋体" w:hAnsi="宋体" w:cs="宋体"/>
          <w:color w:val="000000"/>
        </w:rPr>
        <w:t>的式子表示）．</w:t>
      </w:r>
    </w:p>
    <w:p>
      <w:pPr>
        <w:pStyle w:val="Heading2"/>
      </w:pPr>
      <w:r>
        <w:t>密云区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hAnsi="宋体" w:eastAsia="宋体" w:cs="宋体"/>
          <w:color w:val="000000"/>
        </w:rPr>
        <w:t>已知</w:t>
      </w:r>
      <w:r>
        <w:pict>
          <v:shape id="_x0000_i702215" o:spt="75" alt="学科网(www.zxxk.com)--教育资源门户，提供试卷、教案、课件、论文、素材以及各类教学资源下载，还有大量而丰富的教学相关资讯！" type="#_x0000_t75" style="height:13pt;width:62.5pt;" o:ole="t" filled="f" o:preferrelative="t" stroked="f" coordsize="21600,21600">
            <v:path/>
            <v:fill on="f" focussize="0,0"/>
            <v:stroke on="f" joinstyle="miter"/>
            <v:imagedata r:id="rId915" o:title="eqId9ff5c21185c13eae675906dabd3593c7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，射线</w:t>
      </w:r>
      <w:r>
        <w:pict>
          <v:shape id="_x0000_i702216" o:spt="75" alt="学科网(www.zxxk.com)--教育资源门户，提供试卷、教案、课件、论文、素材以及各类教学资源下载，还有大量而丰富的教学相关资讯！" type="#_x0000_t75" style="height:14pt;width:20.8pt;" o:ole="t" filled="f" o:preferrelative="t" stroked="f" coordsize="21600,21600">
            <v:path/>
            <v:fill on="f" focussize="0,0"/>
            <v:stroke on="f" joinstyle="miter"/>
            <v:imagedata r:id="rId916" o:title="eqId828628c0876b45381c9a0edeb0fec236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是</w:t>
      </w:r>
      <w:r>
        <w:pict>
          <v:shape id="_x0000_i702217" o:spt="75" alt="学科网(www.zxxk.com)--教育资源门户，提供试卷、教案、课件、论文、素材以及各类教学资源下载，还有大量而丰富的教学相关资讯！" type="#_x0000_t75" style="height:14.25pt;width:39.75pt;" o:ole="t" filled="f" o:preferrelative="t" stroked="f" coordsize="21600,21600">
            <v:path/>
            <v:fill on="f" focussize="0,0"/>
            <v:stroke on="f" joinstyle="miter"/>
            <v:imagedata r:id="rId917" o:title="eqId6d7b2fe01a33c4825f9974ed9663a99c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的角平分线，点</w:t>
      </w:r>
      <w:r>
        <w:pict>
          <v:shape id="_x0000_i702218" o:spt="75" alt="学科网(www.zxxk.com)--教育资源门户，提供试卷、教案、课件、论文、素材以及各类教学资源下载，还有大量而丰富的教学相关资讯！" type="#_x0000_t75" style="height:11.25pt;width:11.25pt;" o:ole="t" filled="f" o:preferrelative="t" stroked="f" coordsize="21600,21600">
            <v:path/>
            <v:fill on="f" focussize="0,0"/>
            <v:stroke on="f" joinstyle="miter"/>
            <v:imagedata r:id="rId918" o:title="eqId8455657dde27aabe6adb7b188e031c11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是</w:t>
      </w:r>
      <w:r>
        <w:pict>
          <v:shape id="_x0000_i702219" o:spt="75" alt="学科网(www.zxxk.com)--教育资源门户，提供试卷、教案、课件、论文、素材以及各类教学资源下载，还有大量而丰富的教学相关资讯！" type="#_x0000_t75" style="height:14.25pt;width:39.75pt;" o:ole="t" filled="f" o:preferrelative="t" stroked="f" coordsize="21600,21600">
            <v:path/>
            <v:fill on="f" focussize="0,0"/>
            <v:stroke on="f" joinstyle="miter"/>
            <v:imagedata r:id="rId919" o:title="eqIdd22df2977de56cc69be0c1e847653d7a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内部一点，且点</w:t>
      </w:r>
      <w:r>
        <w:pict>
          <v:shape id="_x0000_i702220" o:spt="75" alt="学科网(www.zxxk.com)--教育资源门户，提供试卷、教案、课件、论文、素材以及各类教学资源下载，还有大量而丰富的教学相关资讯！" type="#_x0000_t75" style="height:11.25pt;width:11.25pt;" o:ole="t" filled="f" o:preferrelative="t" stroked="f" coordsize="21600,21600">
            <v:path/>
            <v:fill on="f" focussize="0,0"/>
            <v:stroke on="f" joinstyle="miter"/>
            <v:imagedata r:id="rId918" o:title="eqId8455657dde27aabe6adb7b188e031c11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不在</w:t>
      </w:r>
      <w:r>
        <w:pict>
          <v:shape id="_x0000_i702221" o:spt="75" alt="学科网(www.zxxk.com)--教育资源门户，提供试卷、教案、课件、论文、素材以及各类教学资源下载，还有大量而丰富的教学相关资讯！" type="#_x0000_t75" style="height:14.25pt;width:39.75pt;" o:ole="t" filled="f" o:preferrelative="t" stroked="f" coordsize="21600,21600">
            <v:path/>
            <v:fill on="f" focussize="0,0"/>
            <v:stroke on="f" joinstyle="miter"/>
            <v:imagedata r:id="rId919" o:title="eqIdd22df2977de56cc69be0c1e847653d7a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的平分线上．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476625" cy="1152525"/>
            <wp:effectExtent l="0" t="0" r="9525" b="9525"/>
            <wp:docPr id="1733" name="图片 1000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" name="图片 10004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20"/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如图</w:t>
      </w:r>
      <w:r>
        <w:pict>
          <v:shape id="_x0000_i702222" o:spt="75" alt="学科网(www.zxxk.com)--教育资源门户，提供试卷、教案、课件、论文、素材以及各类教学资源下载，还有大量而丰富的教学相关资讯！" type="#_x0000_t75" style="height:13pt;width:6.95pt;" o:ole="t" filled="f" o:preferrelative="t" stroked="f" coordsize="21600,21600">
            <v:path/>
            <v:fill on="f" focussize="0,0"/>
            <v:stroke on="f" joinstyle="miter"/>
            <v:imagedata r:id="rId921" o:title="eqIdbdaa19de263700a15fcf213d64a8cd57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，当</w:t>
      </w:r>
      <w:r>
        <w:pict>
          <v:shape id="_x0000_i702223" o:spt="75" alt="学科网(www.zxxk.com)--教育资源门户，提供试卷、教案、课件、论文、素材以及各类教学资源下载，还有大量而丰富的教学相关资讯！" type="#_x0000_t75" style="height:14pt;width:66pt;" o:ole="t" filled="f" o:preferrelative="t" stroked="f" coordsize="21600,21600">
            <v:path/>
            <v:fill on="f" focussize="0,0"/>
            <v:stroke on="f" joinstyle="miter"/>
            <v:imagedata r:id="rId922" o:title="eqId91b571c587a699f24c1121b09d54f3f2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时，计算</w:t>
      </w:r>
      <w:r>
        <w:pict>
          <v:shape id="_x0000_i702224" o:spt="75" alt="学科网(www.zxxk.com)--教育资源门户，提供试卷、教案、课件、论文、素材以及各类教学资源下载，还有大量而丰富的教学相关资讯！" type="#_x0000_t75" style="height:13pt;width:34pt;" o:ole="t" filled="f" o:preferrelative="t" stroked="f" coordsize="21600,21600">
            <v:path/>
            <v:fill on="f" focussize="0,0"/>
            <v:stroke on="f" joinstyle="miter"/>
            <v:imagedata r:id="rId923" o:title="eqIded66570f697459aba9daa2eaf9460bcb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的度数；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点</w:t>
      </w:r>
      <w:r>
        <w:pict>
          <v:shape id="_x0000_i702225" o:spt="75" alt="学科网(www.zxxk.com)--教育资源门户，提供试卷、教案、课件、论文、素材以及各类教学资源下载，还有大量而丰富的教学相关资讯！" type="#_x0000_t75" style="height:13pt;width:12pt;" o:ole="t" filled="f" o:preferrelative="t" stroked="f" coordsize="21600,21600">
            <v:path/>
            <v:fill on="f" focussize="0,0"/>
            <v:stroke on="f" joinstyle="miter"/>
            <v:imagedata r:id="rId924" o:title="eqId2a30f3a8b673cc28bd90c50cf1a35281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在直线</w:t>
      </w:r>
      <w:r>
        <w:pict>
          <v:shape id="_x0000_i702226" o:spt="75" alt="学科网(www.zxxk.com)--教育资源门户，提供试卷、教案、课件、论文、素材以及各类教学资源下载，还有大量而丰富的教学相关资讯！" type="#_x0000_t75" style="height:12.75pt;width:17.25pt;" o:ole="t" filled="f" o:preferrelative="t" stroked="f" coordsize="21600,21600">
            <v:path/>
            <v:fill on="f" focussize="0,0"/>
            <v:stroke on="f" joinstyle="miter"/>
            <v:imagedata r:id="rId925" o:title="eqIdb90e0f35eda1a729fed485f83da5ea9d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上方，且</w:t>
      </w:r>
      <w:r>
        <w:pict>
          <v:shape id="_x0000_i702227" o:spt="75" alt="学科网(www.zxxk.com)--教育资源门户，提供试卷、教案、课件、论文、素材以及各类教学资源下载，还有大量而丰富的教学相关资讯！" type="#_x0000_t75" style="height:13.95pt;width:67.95pt;" o:ole="t" filled="f" o:preferrelative="t" stroked="f" coordsize="21600,21600">
            <v:path/>
            <v:fill on="f" focussize="0,0"/>
            <v:stroke on="f" joinstyle="miter"/>
            <v:imagedata r:id="rId926" o:title="eqIdcd2c2043b603457b46870d9dc81ddf09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用等式表示</w:t>
      </w:r>
      <w:r>
        <w:pict>
          <v:shape id="_x0000_i702228" o:spt="75" alt="学科网(www.zxxk.com)--教育资源门户，提供试卷、教案、课件、论文、素材以及各类教学资源下载，还有大量而丰富的教学相关资讯！" type="#_x0000_t75" style="height:14.25pt;width:39.75pt;" o:ole="t" filled="f" o:preferrelative="t" stroked="f" coordsize="21600,21600">
            <v:path/>
            <v:fill on="f" focussize="0,0"/>
            <v:stroke on="f" joinstyle="miter"/>
            <v:imagedata r:id="rId927" o:title="eqIddc9f91270ddbe1cf3c1362e1b95aee14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和</w:t>
      </w:r>
      <w:r>
        <w:pict>
          <v:shape id="_x0000_i702229" o:spt="75" alt="学科网(www.zxxk.com)--教育资源门户，提供试卷、教案、课件、论文、素材以及各类教学资源下载，还有大量而丰富的教学相关资讯！" type="#_x0000_t75" style="height:14.25pt;width:39.75pt;" o:ole="t" filled="f" o:preferrelative="t" stroked="f" coordsize="21600,21600">
            <v:path/>
            <v:fill on="f" focussize="0,0"/>
            <v:stroke on="f" joinstyle="miter"/>
            <v:imagedata r:id="rId928" o:title="eqId418ebb89d29f4f631b055c911e8d178a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之间的数量关系，并说明理由．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hAnsi="宋体" w:eastAsia="宋体" w:cs="宋体"/>
          <w:color w:val="000000"/>
        </w:rPr>
        <w:t>已知点</w:t>
      </w:r>
      <w:r>
        <w:pict>
          <v:shape id="_x0000_i702230" o:spt="75" alt="学科网(www.zxxk.com)--教育资源门户，提供试卷、教案、课件、论文、素材以及各类教学资源下载，还有大量而丰富的教学相关资讯！" type="#_x0000_t75" style="height:14.25pt;width:12pt;" o:ole="t" filled="f" o:preferrelative="t" stroked="f" coordsize="21600,21600">
            <v:path/>
            <v:fill on="f" focussize="0,0"/>
            <v:stroke on="f" joinstyle="miter"/>
            <v:imagedata r:id="rId929" o:title="eqId1dde8112e8eb968fd042418dd632759e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是数轴的原点，点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、</w:t>
      </w:r>
      <w:r>
        <w:pict>
          <v:shape id="_x0000_i702231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930" o:title="eqId7f9e8449aad35c5d840a3395ea86df6d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、</w:t>
      </w:r>
      <w:r>
        <w:pict>
          <v:shape id="_x0000_i702232" o:spt="75" alt="学科网(www.zxxk.com)--教育资源门户，提供试卷、教案、课件、论文、素材以及各类教学资源下载，还有大量而丰富的教学相关资讯！" type="#_x0000_t75" style="height:10.5pt;width:14.25pt;" o:ole="t" filled="f" o:preferrelative="t" stroked="f" coordsize="21600,21600">
            <v:path/>
            <v:fill on="f" focussize="0,0"/>
            <v:stroke on="f" joinstyle="miter"/>
            <v:imagedata r:id="rId931" o:title="eqIdac047e91852b91af639feec23a9598b2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分别是数轴上的三个动点</w:t>
      </w:r>
      <w:r>
        <w:pict>
          <v:shape id="_x0000_i702233" o:spt="75" alt="学科网(www.zxxk.com)--教育资源门户，提供试卷、教案、课件、论文、素材以及各类教学资源下载，还有大量而丰富的教学相关资讯！" type="#_x0000_t75" style="height:15.75pt;width:8.25pt;" o:ole="t" filled="f" o:preferrelative="t" stroked="f" coordsize="21600,21600">
            <v:path/>
            <v:fill on="f" focussize="0,0"/>
            <v:stroke on="f" joinstyle="miter"/>
            <v:imagedata r:id="rId932" o:title="eqIdfd995178601c2ad7b40f973d268c7bb7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点</w:t>
      </w:r>
      <w:r>
        <w:pict>
          <v:shape id="_x0000_i702234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933" o:title="eqId5963abe8f421bd99a2aaa94831a951e9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在点</w:t>
      </w:r>
      <w:r>
        <w:pict>
          <v:shape id="_x0000_i702235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930" o:title="eqId7f9e8449aad35c5d840a3395ea86df6d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的左侧</w:t>
      </w:r>
      <w:r>
        <w:pict>
          <v:shape id="_x0000_i702236" o:spt="75" alt="学科网(www.zxxk.com)--教育资源门户，提供试卷、教案、课件、论文、素材以及各类教学资源下载，还有大量而丰富的教学相关资讯！" type="#_x0000_t75" style="height:15pt;width:6.95pt;" o:ole="t" filled="f" o:preferrelative="t" stroked="f" coordsize="21600,21600">
            <v:path/>
            <v:fill on="f" focussize="0,0"/>
            <v:stroke on="f" joinstyle="miter"/>
            <v:imagedata r:id="rId934" o:title="eqId04582116cd765fcc5a52f44279ad6c94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，且</w:t>
      </w:r>
      <w:r>
        <w:pict>
          <v:shape id="_x0000_i702237" o:spt="75" alt="学科网(www.zxxk.com)--教育资源门户，提供试卷、教案、课件、论文、素材以及各类教学资源下载，还有大量而丰富的教学相关资讯！" type="#_x0000_t75" style="height:13pt;width:56pt;" o:ole="t" filled="f" o:preferrelative="t" stroked="f" coordsize="21600,21600">
            <v:path/>
            <v:fill on="f" focussize="0,0"/>
            <v:stroke on="f" joinstyle="miter"/>
            <v:imagedata r:id="rId935" o:title="eqId0fc5f0e2cc2158bd508edd68e05a892b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，将点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pict>
          <v:shape id="_x0000_i702238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930" o:title="eqId7f9e8449aad35c5d840a3395ea86df6d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  <w:r>
        <w:pict>
          <v:shape id="_x0000_i702239" o:spt="75" alt="学科网(www.zxxk.com)--教育资源门户，提供试卷、教案、课件、论文、素材以及各类教学资源下载，还有大量而丰富的教学相关资讯！" type="#_x0000_t75" style="height:10.5pt;width:14.25pt;" o:ole="t" filled="f" o:preferrelative="t" stroked="f" coordsize="21600,21600">
            <v:path/>
            <v:fill on="f" focussize="0,0"/>
            <v:stroke on="f" joinstyle="miter"/>
            <v:imagedata r:id="rId931" o:title="eqIdac047e91852b91af639feec23a9598b2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表示的数分别记作</w:t>
      </w:r>
      <w:r>
        <w:pict>
          <v:shape id="_x0000_i702240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936" o:title="eqId0a6936d370d6a238a608ca56f87198de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  <w:r>
        <w:pict>
          <v:shape id="_x0000_i702241" o:spt="75" alt="学科网(www.zxxk.com)--教育资源门户，提供试卷、教案、课件、论文、素材以及各类教学资源下载，还有大量而丰富的教学相关资讯！" type="#_x0000_t75" style="height:14.35pt;width:9.9pt;" o:ole="t" filled="f" o:preferrelative="t" stroked="f" coordsize="21600,21600">
            <v:path/>
            <v:fill on="f" focussize="0,0"/>
            <v:stroke on="f" joinstyle="miter"/>
            <v:imagedata r:id="rId937" o:title="eqId2c94bb12cee76221e13f9ef955b0aab1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  <w:r>
        <w:pict>
          <v:shape id="_x0000_i702242" o:spt="75" alt="学科网(www.zxxk.com)--教育资源门户，提供试卷、教案、课件、论文、素材以及各类教学资源下载，还有大量而丰富的教学相关资讯！" type="#_x0000_t75" style="height:11.25pt;width:12.75pt;" o:ole="t" filled="f" o:preferrelative="t" stroked="f" coordsize="21600,21600">
            <v:path/>
            <v:fill on="f" focussize="0,0"/>
            <v:stroke on="f" joinstyle="miter"/>
            <v:imagedata r:id="rId938" o:title="eqId294f5ba74cdf695fc9a8a8e52f421328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324225" cy="552450"/>
            <wp:effectExtent l="0" t="0" r="0" b="0"/>
            <wp:docPr id="1735" name="图片 1000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" name="图片 10004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39"/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当</w:t>
      </w:r>
      <w:r>
        <w:pict>
          <v:shape id="_x0000_i702243" o:spt="75" alt="学科网(www.zxxk.com)--教育资源门户，提供试卷、教案、课件、论文、素材以及各类教学资源下载，还有大量而丰富的教学相关资讯！" type="#_x0000_t75" style="height:12.75pt;width:30pt;" o:ole="t" filled="f" o:preferrelative="t" stroked="f" coordsize="21600,21600">
            <v:path/>
            <v:fill on="f" focussize="0,0"/>
            <v:stroke on="f" joinstyle="miter"/>
            <v:imagedata r:id="rId941" o:title="eqId6b108ab31cc093f03cf48ad65429889e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  <w:r>
        <w:pict>
          <v:shape id="_x0000_i702244" o:spt="75" alt="学科网(www.zxxk.com)--教育资源门户，提供试卷、教案、课件、论文、素材以及各类教学资源下载，还有大量而丰富的教学相关资讯！" type="#_x0000_t75" style="height:13.6pt;width:27.2pt;" o:ole="t" filled="f" o:preferrelative="t" stroked="f" coordsize="21600,21600">
            <v:path/>
            <v:fill on="f" focussize="0,0"/>
            <v:stroke on="f" joinstyle="miter"/>
            <v:imagedata r:id="rId942" o:title="eqIdfcdb7a488910743dc5c63afb394b87e2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时，直接写出</w:t>
      </w:r>
      <w:r>
        <w:pict>
          <v:shape id="_x0000_i702245" o:spt="75" alt="学科网(www.zxxk.com)--教育资源门户，提供试卷、教案、课件、论文、素材以及各类教学资源下载，还有大量而丰富的教学相关资讯！" type="#_x0000_t75" style="height:11.25pt;width:12.75pt;" o:ole="t" filled="f" o:preferrelative="t" stroked="f" coordsize="21600,21600">
            <v:path/>
            <v:fill on="f" focussize="0,0"/>
            <v:stroke on="f" joinstyle="miter"/>
            <v:imagedata r:id="rId943" o:title="eqId294f5ba74cdf695fc9a8a8e52f421328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1737" name="图片 613736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" name="图片 613736407"/>
                    <pic:cNvPicPr>
                      <a:picLocks noChangeAspect="1"/>
                    </pic:cNvPicPr>
                  </pic:nvPicPr>
                  <pic:blipFill>
                    <a:blip r:embed="rId94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值；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当</w:t>
      </w:r>
      <w:r>
        <w:pict>
          <v:shape id="_x0000_i702246" o:spt="75" alt="学科网(www.zxxk.com)--教育资源门户，提供试卷、教案、课件、论文、素材以及各类教学资源下载，还有大量而丰富的教学相关资讯！" type="#_x0000_t75" style="height:13.75pt;width:31.3pt;" o:ole="t" filled="f" o:preferrelative="t" stroked="f" coordsize="21600,21600">
            <v:path/>
            <v:fill on="f" focussize="0,0"/>
            <v:stroke on="f" joinstyle="miter"/>
            <v:imagedata r:id="rId944" o:title="eqIde94f16d5ed858699bfea5039a7bf8ae6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时，计算</w:t>
      </w:r>
      <w:r>
        <w:pict>
          <v:shape id="_x0000_i702247" o:spt="75" alt="学科网(www.zxxk.com)--教育资源门户，提供试卷、教案、课件、论文、素材以及各类教学资源下载，还有大量而丰富的教学相关资讯！" type="#_x0000_t75" style="height:14.25pt;width:27pt;" o:ole="t" filled="f" o:preferrelative="t" stroked="f" coordsize="21600,21600">
            <v:path/>
            <v:fill on="f" focussize="0,0"/>
            <v:stroke on="f" joinstyle="miter"/>
            <v:imagedata r:id="rId945" o:title="eqId20d6fc9b90f370fbb27552876b650f8f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的值；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若</w:t>
      </w:r>
      <w:r>
        <w:pict>
          <v:shape id="_x0000_i702248" o:spt="75" alt="学科网(www.zxxk.com)--教育资源门户，提供试卷、教案、课件、论文、素材以及各类教学资源下载，还有大量而丰富的教学相关资讯！" type="#_x0000_t75" style="height:14.25pt;width:27pt;" o:ole="t" filled="f" o:preferrelative="t" stroked="f" coordsize="21600,21600">
            <v:path/>
            <v:fill on="f" focussize="0,0"/>
            <v:stroke on="f" joinstyle="miter"/>
            <v:imagedata r:id="rId946" o:title="eqId82986ab38a4ae58593191ccae2a44f62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  <w:r>
        <w:pict>
          <v:shape id="_x0000_i702249" o:spt="75" alt="学科网(www.zxxk.com)--教育资源门户，提供试卷、教案、课件、论文、素材以及各类教学资源下载，还有大量而丰富的教学相关资讯！" type="#_x0000_t75" style="height:13.95pt;width:62pt;" o:ole="t" filled="f" o:preferrelative="t" stroked="f" coordsize="21600,21600">
            <v:path/>
            <v:fill on="f" focussize="0,0"/>
            <v:stroke on="f" joinstyle="miter"/>
            <v:imagedata r:id="rId947" o:title="eqId6d88f849279906a333dabad8c29eba5b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，求</w:t>
      </w:r>
      <w:r>
        <w:pict>
          <v:shape id="_x0000_i702250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948" o:title="eqId0a6936d370d6a238a608ca56f87198de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的值．</w:t>
      </w:r>
    </w:p>
    <w:p>
      <w:pPr>
        <w:pStyle w:val="Heading2"/>
      </w:pPr>
      <w:r>
        <w:t>平谷区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eastAsia="宋体" w:cs="宋体"/>
          <w:color w:val="000000"/>
        </w:rPr>
        <w:t>如图：数轴上点</w:t>
      </w:r>
      <w:r>
        <w:pict>
          <v:shape id="_x0000_i702251" o:spt="75" alt="学科网(www.zxxk.com)--教育资源门户，提供试卷、教案、课件、论文、素材以及各类教学资源下载，还有大量而丰富的教学相关资讯！" type="#_x0000_t75" style="height:14.25pt;width:30pt;" o:ole="t" filled="f" o:preferrelative="t" stroked="f" coordsize="21600,21600">
            <v:path/>
            <v:fill on="f" focussize="0,0"/>
            <v:stroke on="f" joinstyle="miter"/>
            <v:imagedata r:id="rId949" o:title="eqId3c72229b08c676c08a3c7258895375f2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表示的数分别是</w:t>
      </w:r>
      <w:r>
        <w:pict>
          <v:shape id="_x0000_i702252" o:spt="75" alt="学科网(www.zxxk.com)--教育资源门户，提供试卷、教案、课件、论文、素材以及各类教学资源下载，还有大量而丰富的教学相关资讯！" type="#_x0000_t75" style="height:14.25pt;width:27pt;" o:ole="t" filled="f" o:preferrelative="t" stroked="f" coordsize="21600,21600">
            <v:path/>
            <v:fill on="f" focussize="0,0"/>
            <v:stroke on="f" joinstyle="miter"/>
            <v:imagedata r:id="rId950" o:title="eqIdd5ab9b3610c3d5e741235fc6c838517c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，其中</w:t>
      </w:r>
      <w:r>
        <w:pict>
          <v:shape id="_x0000_i702253" o:spt="75" alt="学科网(www.zxxk.com)--教育资源门户，提供试卷、教案、课件、论文、素材以及各类教学资源下载，还有大量而丰富的教学相关资讯！" type="#_x0000_t75" style="height:14.25pt;width:57.75pt;" o:ole="t" filled="f" o:preferrelative="t" stroked="f" coordsize="21600,21600">
            <v:path/>
            <v:fill on="f" focussize="0,0"/>
            <v:stroke on="f" joinstyle="miter"/>
            <v:imagedata r:id="rId951" o:title="eqId3daba63786099959275bd8392d2181c8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676525" cy="390525"/>
            <wp:effectExtent l="0" t="0" r="0" b="0"/>
            <wp:docPr id="1739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52"/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当</w:t>
      </w:r>
      <w:r>
        <w:pict>
          <v:shape id="_x0000_i702254" o:spt="75" alt="学科网(www.zxxk.com)--教育资源门户，提供试卷、教案、课件、论文、素材以及各类教学资源下载，还有大量而丰富的教学相关资讯！" type="#_x0000_t75" style="height:14.25pt;width:69.75pt;" o:ole="t" filled="f" o:preferrelative="t" stroked="f" coordsize="21600,21600">
            <v:path/>
            <v:fill on="f" focussize="0,0"/>
            <v:stroke on="f" joinstyle="miter"/>
            <v:imagedata r:id="rId954" o:title="eqId8d392dfaa84e73c690eb8957d2b1ae7c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时，线段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m:oMath>
        <m:r>
          <m:rPr/>
          <w:rPr>
            <w:rFonts w:ascii="Cambria Math" w:hAnsi="Cambria Math" w:eastAsia="宋体" w:cs="Cambria Math"/>
          </w:rPr>
          <m:t>AB</m:t>
        </m:r>
      </m:oMath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1741" name="图片 887056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" name="图片 887056548"/>
                    <pic:cNvPicPr>
                      <a:picLocks noChangeAspect="1"/>
                    </pic:cNvPicPr>
                  </pic:nvPicPr>
                  <pic:blipFill>
                    <a:blip r:embed="rId95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中点对应的数是</w:t>
      </w:r>
      <w:r>
        <w:rPr>
          <w:rFonts w:ascii="Times New Roman" w:hAnsi="Times New Roman" w:eastAsia="Times New Roman" w:cs="Times New Roman"/>
          <w:color w:val="000000"/>
        </w:rPr>
        <w:t>___________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若该数轴上另有一点</w:t>
      </w:r>
      <w:r>
        <w:pict>
          <v:shape id="_x0000_i702255" o:spt="75" alt="学科网(www.zxxk.com)--教育资源门户，提供试卷、教案、课件、论文、素材以及各类教学资源下载，还有大量而丰富的教学相关资讯！" type="#_x0000_t75" style="height:14.4pt;width:11.9pt;" o:ole="t" filled="f" o:preferrelative="t" stroked="f" coordsize="21600,21600">
            <v:path/>
            <v:fill on="f" focussize="0,0"/>
            <v:stroke on="f" joinstyle="miter"/>
            <v:imagedata r:id="rId955" o:title="eqIdc5db41a1f31d6baee7c69990811edb9f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表示的数是</w:t>
      </w:r>
      <w:r>
        <w:pict>
          <v:shape id="_x0000_i702256" o:spt="75" alt="学科网(www.zxxk.com)--教育资源门户，提供试卷、教案、课件、论文、素材以及各类教学资源下载，还有大量而丰富的教学相关资讯！" type="#_x0000_t75" style="height:14.2pt;width:9.25pt;" o:ole="t" filled="f" o:preferrelative="t" stroked="f" coordsize="21600,21600">
            <v:path/>
            <v:fill on="f" focussize="0,0"/>
            <v:stroke on="f" joinstyle="miter"/>
            <v:imagedata r:id="rId956" o:title="eqIdd91e07104b699c4012be2d26160976a2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，且</w:t>
      </w:r>
      <w:r>
        <w:pict>
          <v:shape id="_x0000_i702257" o:spt="75" alt="学科网(www.zxxk.com)--教育资源门户，提供试卷、教案、课件、论文、素材以及各类教学资源下载，还有大量而丰富的教学相关资讯！" type="#_x0000_t75" style="height:14.25pt;width:24.75pt;" o:ole="t" filled="f" o:preferrelative="t" stroked="f" coordsize="21600,21600">
            <v:path/>
            <v:fill on="f" focussize="0,0"/>
            <v:stroke on="f" joinstyle="miter"/>
            <v:imagedata r:id="rId957" o:title="eqId8dc8093e4ac86ab5fa4d099bfb9f2fab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，当</w:t>
      </w:r>
      <w:r>
        <w:pict>
          <v:shape id="_x0000_i702258" o:spt="75" alt="学科网(www.zxxk.com)--教育资源门户，提供试卷、教案、课件、论文、素材以及各类教学资源下载，还有大量而丰富的教学相关资讯！" type="#_x0000_t75" style="height:14.25pt;width:54.75pt;" o:ole="t" filled="f" o:preferrelative="t" stroked="f" coordsize="21600,21600">
            <v:path/>
            <v:fill on="f" focussize="0,0"/>
            <v:stroke on="f" joinstyle="miter"/>
            <v:imagedata r:id="rId958" o:title="eqId790914d2029aa60e7abd9c96308ce55d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时，求</w:t>
      </w:r>
      <w:r>
        <w:pict>
          <v:shape id="_x0000_i702259" o:spt="75" alt="学科网(www.zxxk.com)--教育资源门户，提供试卷、教案、课件、论文、素材以及各类教学资源下载，还有大量而丰富的教学相关资讯！" type="#_x0000_t75" style="height:14.25pt;width:66.75pt;" o:ole="t" filled="f" o:preferrelative="t" stroked="f" coordsize="21600,21600">
            <v:path/>
            <v:fill on="f" focussize="0,0"/>
            <v:stroke on="f" joinstyle="miter"/>
            <v:imagedata r:id="rId959" o:title="eqId3eb94fea3a09cf7b6bdfe3e3fe06b175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的值．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hAnsi="宋体" w:eastAsia="宋体" w:cs="宋体"/>
          <w:color w:val="000000"/>
        </w:rPr>
        <w:t>如果两个方程的解相差</w:t>
      </w:r>
      <w:r>
        <w:rPr>
          <w:rFonts w:ascii="Times New Roman" w:hAnsi="Times New Roman" w:eastAsia="Times New Roman" w:cs="Times New Roman"/>
          <w:i/>
          <w:color w:val="000000"/>
        </w:rPr>
        <w:t>k</w:t>
      </w:r>
      <w:r>
        <w:rPr>
          <w:rFonts w:ascii="宋体" w:hAnsi="宋体" w:eastAsia="宋体" w:cs="宋体"/>
          <w:color w:val="000000"/>
        </w:rPr>
        <w:t>，且</w:t>
      </w:r>
      <w:r>
        <w:rPr>
          <w:rFonts w:ascii="Times New Roman" w:hAnsi="Times New Roman" w:eastAsia="Times New Roman" w:cs="Times New Roman"/>
          <w:i/>
          <w:color w:val="000000"/>
        </w:rPr>
        <w:t>k</w:t>
      </w:r>
      <w:r>
        <w:rPr>
          <w:rFonts w:ascii="宋体" w:hAnsi="宋体" w:eastAsia="宋体" w:cs="宋体"/>
          <w:color w:val="000000"/>
        </w:rPr>
        <w:t>为正整数，则称解较大的方程为另一个方程的“</w:t>
      </w:r>
      <w:r>
        <w:rPr>
          <w:rFonts w:ascii="Times New Roman" w:hAnsi="Times New Roman" w:eastAsia="Times New Roman" w:cs="Times New Roman"/>
          <w:i/>
          <w:color w:val="000000"/>
        </w:rPr>
        <w:t>k</w:t>
      </w:r>
      <w:r>
        <w:rPr>
          <w:rFonts w:ascii="Times New Roman" w:hAnsi="Times New Roman" w:eastAsia="Times New Roman" w:cs="Times New Roman"/>
          <w:color w:val="000000"/>
        </w:rPr>
        <w:t>—</w:t>
      </w:r>
      <w:r>
        <w:rPr>
          <w:rFonts w:ascii="宋体" w:hAnsi="宋体" w:eastAsia="宋体" w:cs="宋体"/>
          <w:color w:val="000000"/>
        </w:rPr>
        <w:t>后移方程”．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例如：方程</w:t>
      </w:r>
      <w:r>
        <w:pict>
          <v:shape id="_x0000_i702260" o:spt="75" alt="学科网(www.zxxk.com)--教育资源门户，提供试卷、教案、课件、论文、素材以及各类教学资源下载，还有大量而丰富的教学相关资讯！" type="#_x0000_t75" style="height:14pt;width:42.8pt;" o:ole="t" filled="f" o:preferrelative="t" stroked="f" coordsize="21600,21600">
            <v:path/>
            <v:fill on="f" focussize="0,0"/>
            <v:stroke on="f" joinstyle="miter"/>
            <v:imagedata r:id="rId961" o:title="eqId815650356afb1f42207c27d3b11635f1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1743" name="图片 887056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" name="图片 887056552"/>
                    <pic:cNvPicPr>
                      <a:picLocks noChangeAspect="1"/>
                    </pic:cNvPicPr>
                  </pic:nvPicPr>
                  <pic:blipFill>
                    <a:blip r:embed="rId96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解是</w:t>
      </w:r>
      <w:r>
        <w:pict>
          <v:shape id="_x0000_i702261" o:spt="75" alt="学科网(www.zxxk.com)--教育资源门户，提供试卷、教案、课件、论文、素材以及各类教学资源下载，还有大量而丰富的教学相关资讯！" type="#_x0000_t75" style="height:14.25pt;width:27pt;" o:ole="t" filled="f" o:preferrelative="t" stroked="f" coordsize="21600,21600">
            <v:path/>
            <v:fill on="f" focussize="0,0"/>
            <v:stroke on="f" joinstyle="miter"/>
            <v:imagedata r:id="rId962" o:title="eqIde55aa0a20848c37c1892c567b2315e04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，方程</w:t>
      </w:r>
      <w:r>
        <w:pict>
          <v:shape id="_x0000_i702262" o:spt="75" alt="学科网(www.zxxk.com)--教育资源门户，提供试卷、教案、课件、论文、素材以及各类教学资源下载，还有大量而丰富的教学相关资讯！" type="#_x0000_t75" style="height:14.4pt;width:42pt;" o:ole="t" filled="f" o:preferrelative="t" stroked="f" coordsize="21600,21600">
            <v:path/>
            <v:fill on="f" focussize="0,0"/>
            <v:stroke on="f" joinstyle="miter"/>
            <v:imagedata r:id="rId963" o:title="eqId776b26892877019247c7a50f735b0f01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的解是</w:t>
      </w:r>
      <w:r>
        <w:pict>
          <v:shape id="_x0000_i702263" o:spt="75" alt="学科网(www.zxxk.com)--教育资源门户，提供试卷、教案、课件、论文、素材以及各类教学资源下载，还有大量而丰富的教学相关资讯！" type="#_x0000_t75" style="height:14.15pt;width:26.1pt;" o:ole="t" filled="f" o:preferrelative="t" stroked="f" coordsize="21600,21600">
            <v:path/>
            <v:fill on="f" focussize="0,0"/>
            <v:stroke on="f" joinstyle="miter"/>
            <v:imagedata r:id="rId964" o:title="eqId9b384412acba251d87902ab928902f16"/>
            <o:lock v:ext="edit" aspectratio="t"/>
            <w10:wrap type="none"/>
            <w10:anchorlock/>
          </v:shape>
        </w:pi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所以：方程</w:t>
      </w:r>
      <w:r>
        <w:pict>
          <v:shape id="_x0000_i702264" o:spt="75" alt="学科网(www.zxxk.com)--教育资源门户，提供试卷、教案、课件、论文、素材以及各类教学资源下载，还有大量而丰富的教学相关资讯！" type="#_x0000_t75" style="height:14pt;width:42.8pt;" o:ole="t" filled="f" o:preferrelative="t" stroked="f" coordsize="21600,21600">
            <v:path/>
            <v:fill on="f" focussize="0,0"/>
            <v:stroke on="f" joinstyle="miter"/>
            <v:imagedata r:id="rId965" o:title="eqId815650356afb1f42207c27d3b11635f1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是方程</w:t>
      </w:r>
      <w:r>
        <w:pict>
          <v:shape id="_x0000_i702265" o:spt="75" alt="学科网(www.zxxk.com)--教育资源门户，提供试卷、教案、课件、论文、素材以及各类教学资源下载，还有大量而丰富的教学相关资讯！" type="#_x0000_t75" style="height:14.4pt;width:42pt;" o:ole="t" filled="f" o:preferrelative="t" stroked="f" coordsize="21600,21600">
            <v:path/>
            <v:fill on="f" focussize="0,0"/>
            <v:stroke on="f" joinstyle="miter"/>
            <v:imagedata r:id="rId966" o:title="eqId776b26892877019247c7a50f735b0f01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的“</w:t>
      </w:r>
      <w:r>
        <w:rPr>
          <w:rFonts w:ascii="Times New Roman" w:hAnsi="Times New Roman" w:eastAsia="Times New Roman" w:cs="Times New Roman"/>
          <w:color w:val="000000"/>
        </w:rPr>
        <w:t>2—</w:t>
      </w:r>
      <w:r>
        <w:rPr>
          <w:rFonts w:ascii="宋体" w:hAnsi="宋体" w:eastAsia="宋体" w:cs="宋体"/>
          <w:color w:val="000000"/>
        </w:rPr>
        <w:t>后移方程”．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判断方程</w:t>
      </w:r>
      <w:r>
        <w:pict>
          <v:shape id="_x0000_i702266" o:spt="75" alt="学科网(www.zxxk.com)--教育资源门户，提供试卷、教案、课件、论文、素材以及各类教学资源下载，还有大量而丰富的教学相关资讯！" type="#_x0000_t75" style="height:14.25pt;width:50.25pt;" o:ole="t" filled="f" o:preferrelative="t" stroked="f" coordsize="21600,21600">
            <v:path/>
            <v:fill on="f" focussize="0,0"/>
            <v:stroke on="f" joinstyle="miter"/>
            <v:imagedata r:id="rId967" o:title="eqIdcaf0f0addd8d409694a56d40940e87ba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是否为方程</w:t>
      </w:r>
      <w:r>
        <w:pict>
          <v:shape id="_x0000_i702267" o:spt="75" alt="学科网(www.zxxk.com)--教育资源门户，提供试卷、教案、课件、论文、素材以及各类教学资源下载，还有大量而丰富的教学相关资讯！" type="#_x0000_t75" style="height:14.25pt;width:48pt;" o:ole="t" filled="f" o:preferrelative="t" stroked="f" coordsize="21600,21600">
            <v:path/>
            <v:fill on="f" focussize="0,0"/>
            <v:stroke on="f" joinstyle="miter"/>
            <v:imagedata r:id="rId968" o:title="eqId22d230539d4b432e71e8e596960d1400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</w:t>
      </w:r>
      <w:r>
        <w:rPr>
          <w:rFonts w:ascii="Times New Roman" w:hAnsi="Times New Roman" w:eastAsia="Times New Roman" w:cs="Times New Roman"/>
          <w:i/>
          <w:color w:val="000000"/>
        </w:rPr>
        <w:t>k</w:t>
      </w:r>
      <w:r>
        <w:rPr>
          <w:rFonts w:ascii="Times New Roman" w:hAnsi="Times New Roman" w:eastAsia="Times New Roman" w:cs="Times New Roman"/>
          <w:color w:val="000000"/>
        </w:rPr>
        <w:t>—</w:t>
      </w:r>
      <w:r>
        <w:rPr>
          <w:rFonts w:ascii="宋体" w:hAnsi="宋体" w:eastAsia="宋体" w:cs="宋体"/>
          <w:color w:val="000000"/>
        </w:rPr>
        <w:t>后移方程</w:t>
      </w:r>
      <w:r>
        <w:rPr>
          <w:rFonts w:ascii="Times New Roman" w:hAnsi="Times New Roman" w:eastAsia="Times New Roman" w:cs="Times New Roman"/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（填“是”或“否”）；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若关于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的方程</w:t>
      </w:r>
      <w:r>
        <w:pict>
          <v:shape id="_x0000_i702268" o:spt="75" alt="学科网(www.zxxk.com)--教育资源门户，提供试卷、教案、课件、论文、素材以及各类教学资源下载，还有大量而丰富的教学相关资讯！" type="#_x0000_t75" style="height:14.25pt;width:69.75pt;" o:ole="t" filled="f" o:preferrelative="t" stroked="f" coordsize="21600,21600">
            <v:path/>
            <v:fill on="f" focussize="0,0"/>
            <v:stroke on="f" joinstyle="miter"/>
            <v:imagedata r:id="rId969" o:title="eqId8135dd97d74e3b86cf671c315c3a9bb6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是关于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的方程</w:t>
      </w:r>
      <w:r>
        <w:pict>
          <v:shape id="_x0000_i702269" o:spt="75" alt="学科网(www.zxxk.com)--教育资源门户，提供试卷、教案、课件、论文、素材以及各类教学资源下载，还有大量而丰富的教学相关资讯！" type="#_x0000_t75" style="height:14.15pt;width:53.15pt;" o:ole="t" filled="f" o:preferrelative="t" stroked="f" coordsize="21600,21600">
            <v:path/>
            <v:fill on="f" focussize="0,0"/>
            <v:stroke on="f" joinstyle="miter"/>
            <v:imagedata r:id="rId970" o:title="eqId87697adef6e79a11a6507e78854149cb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的“</w:t>
      </w:r>
      <w:r>
        <w:rPr>
          <w:rFonts w:ascii="Times New Roman" w:hAnsi="Times New Roman" w:eastAsia="Times New Roman" w:cs="Times New Roman"/>
          <w:color w:val="000000"/>
        </w:rPr>
        <w:t>2—</w:t>
      </w:r>
      <w:r>
        <w:rPr>
          <w:rFonts w:ascii="宋体" w:hAnsi="宋体" w:eastAsia="宋体" w:cs="宋体"/>
          <w:color w:val="000000"/>
        </w:rPr>
        <w:t>后移方程”，求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的值</w:t>
      </w:r>
    </w:p>
    <w:p>
      <w:pPr>
        <w:spacing w:line="360" w:lineRule="auto"/>
        <w:jc w:val="left"/>
        <w:textAlignment w:val="center"/>
        <w:rPr>
          <w:color w:val="000000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910" w:right="1080" w:bottom="1440" w:left="1080" w:header="152" w:footer="0" w:gutter="0"/>
          <w:cols w:space="720" w:num="1"/>
          <w:docGrid w:type="lines" w:linePitch="312" w:charSpace="0"/>
        </w:sect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当</w:t>
      </w:r>
      <w:r>
        <w:pict>
          <v:shape id="_x0000_i702270" o:spt="75" alt="学科网(www.zxxk.com)--教育资源门户，提供试卷、教案、课件、论文、素材以及各类教学资源下载，还有大量而丰富的教学相关资讯！" type="#_x0000_t75" style="height:14.25pt;width:27.75pt;" o:ole="t" filled="f" o:preferrelative="t" stroked="f" coordsize="21600,21600">
            <v:path/>
            <v:fill on="f" focussize="0,0"/>
            <v:stroke on="f" joinstyle="miter"/>
            <v:imagedata r:id="rId971" o:title="eqId20849c00c47cbdc43f18d53341b6c4e5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时，如果方程</w:t>
      </w:r>
      <w:r>
        <w:pict>
          <v:shape id="_x0000_i702271" o:spt="75" alt="学科网(www.zxxk.com)--教育资源门户，提供试卷、教案、课件、论文、素材以及各类教学资源下载，还有大量而丰富的教学相关资讯！" type="#_x0000_t75" style="height:14.25pt;width:48pt;" o:ole="t" filled="f" o:preferrelative="t" stroked="f" coordsize="21600,21600">
            <v:path/>
            <v:fill on="f" focussize="0,0"/>
            <v:stroke on="f" joinstyle="miter"/>
            <v:imagedata r:id="rId972" o:title="eqId8b927a9c710c05279eb72a961efea6d4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是方程</w:t>
      </w:r>
      <w:r>
        <w:pict>
          <v:shape id="_x0000_i702272" o:spt="75" alt="学科网(www.zxxk.com)--教育资源门户，提供试卷、教案、课件、论文、素材以及各类教学资源下载，还有大量而丰富的教学相关资讯！" type="#_x0000_t75" style="height:13.5pt;width:46.5pt;" o:ole="t" filled="f" o:preferrelative="t" stroked="f" coordsize="21600,21600">
            <v:path/>
            <v:fill on="f" focussize="0,0"/>
            <v:stroke on="f" joinstyle="miter"/>
            <v:imagedata r:id="rId973" o:title="eqId3960dcafae9dd08aee60e548d6316c80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的“</w:t>
      </w:r>
      <w:r>
        <w:rPr>
          <w:rFonts w:ascii="Times New Roman" w:hAnsi="Times New Roman" w:eastAsia="Times New Roman" w:cs="Times New Roman"/>
          <w:color w:val="000000"/>
        </w:rPr>
        <w:t>3—</w:t>
      </w:r>
      <w:r>
        <w:rPr>
          <w:rFonts w:ascii="宋体" w:hAnsi="宋体" w:eastAsia="宋体" w:cs="宋体"/>
          <w:color w:val="000000"/>
        </w:rPr>
        <w:t>后移方程”求代数式</w:t>
      </w:r>
      <w:r>
        <w:pict>
          <v:shape id="_x0000_i702273" o:spt="75" alt="学科网(www.zxxk.com)--教育资源门户，提供试卷、教案、课件、论文、素材以及各类教学资源下载，还有大量而丰富的教学相关资讯！" type="#_x0000_t75" style="height:20.4pt;width:87pt;" o:ole="t" filled="f" o:preferrelative="t" stroked="f" coordsize="21600,21600">
            <v:path/>
            <v:fill on="f" focussize="0,0"/>
            <v:stroke on="f" joinstyle="miter"/>
            <v:imagedata r:id="rId974" o:title="eqIde2bc22e7eb5b8c16578d8c264e7a4479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的值．</w:t>
      </w:r>
    </w:p>
    <w:p>
      <w:pPr>
        <w:pStyle w:val="Heading2"/>
      </w:pPr>
      <w:r>
        <w:t>延庆区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eastAsia="宋体" w:hAnsi="宋体" w:cs="宋体"/>
          <w:color w:val="000000"/>
        </w:rPr>
        <w:t>如图，</w:t>
      </w:r>
      <w:r>
        <w:pict>
          <v:shape id="_x0000_i702274" type="#_x0000_t75" alt="学科网(www.zxxk.com)--教育资源门户，提供试卷、教案、课件、论文、素材以及各类教学资源下载，还有大量而丰富的教学相关资讯！" style="width:20.8pt;height:14pt" o:oleicon="f" o:ole="">
            <v:imagedata r:id="rId975" o:title="eqId828628c0876b45381c9a0edeb0fec236"/>
          </v:shape>
        </w:pict>
      </w:r>
      <w:r>
        <w:rPr>
          <w:rFonts w:ascii="宋体" w:eastAsia="宋体" w:hAnsi="宋体" w:cs="宋体"/>
          <w:color w:val="000000"/>
        </w:rPr>
        <w:t>平分</w:t>
      </w:r>
      <w:r>
        <w:pict>
          <v:shape id="_x0000_i702275" type="#_x0000_t75" alt="学科网(www.zxxk.com)--教育资源门户，提供试卷、教案、课件、论文、素材以及各类教学资源下载，还有大量而丰富的教学相关资讯！" style="width:39.75pt;height:14.25pt" o:oleicon="f" o:ole="">
            <v:imagedata r:id="rId976" o:title="eqId6d7b2fe01a33c4825f9974ed9663a99c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2276" type="#_x0000_t75" alt="学科网(www.zxxk.com)--教育资源门户，提供试卷、教案、课件、论文、素材以及各类教学资源下载，还有大量而丰富的教学相关资讯！" style="width:66.75pt;height:14.25pt" o:oleicon="f" o:ole="">
            <v:imagedata r:id="rId977" o:title="eqIdd8cc88685997c7586d1d4bf75a055433"/>
          </v:shape>
        </w:pi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447800" cy="1038225"/>
            <wp:docPr id="174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" name=""/>
                    <pic:cNvPicPr>
                      <a:picLocks noChangeAspect="1"/>
                    </pic:cNvPicPr>
                  </pic:nvPicPr>
                  <pic:blipFill>
                    <a:blip r:embed="rId978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若</w:t>
      </w:r>
      <w:r>
        <w:pict>
          <v:shape id="_x0000_i702277" type="#_x0000_t75" alt="学科网(www.zxxk.com)--教育资源门户，提供试卷、教案、课件、论文、素材以及各类教学资源下载，还有大量而丰富的教学相关资讯！" style="width:65.4pt;height:14.4pt" o:oleicon="f" o:ole="">
            <v:imagedata r:id="rId979" o:title="eqIddc1eb76fe74cba30f7cbcde349ba80da"/>
          </v:shape>
        </w:pict>
      </w:r>
      <w:r>
        <w:rPr>
          <w:rFonts w:ascii="宋体" w:eastAsia="宋体" w:hAnsi="宋体" w:cs="宋体"/>
          <w:color w:val="000000"/>
        </w:rPr>
        <w:t>，求</w:t>
      </w:r>
      <w:r>
        <w:pict>
          <v:shape id="_x0000_i702278" type="#_x0000_t75" alt="学科网(www.zxxk.com)--教育资源门户，提供试卷、教案、课件、论文、素材以及各类教学资源下载，还有大量而丰富的教学相关资讯！" style="width:33pt;height:12.75pt" o:oleicon="f" o:ole="">
            <v:imagedata r:id="rId980" o:title="eqId42e7b8a59f8d66176463f3d71f882a26"/>
          </v:shape>
        </w:pict>
      </w:r>
      <w:r>
        <w:rPr>
          <w:rFonts w:ascii="宋体" w:eastAsia="宋体" w:hAnsi="宋体" w:cs="宋体"/>
          <w:color w:val="000000"/>
        </w:rPr>
        <w:t>的度数．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请你补全下列解题过程．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pict>
          <v:shape id="_x0000_i702279" type="#_x0000_t75" alt="学科网(www.zxxk.com)--教育资源门户，提供试卷、教案、课件、论文、素材以及各类教学资源下载，还有大量而丰富的教学相关资讯！" style="width:30pt;height:14.25pt" o:oleicon="f" o:ole="">
            <v:imagedata r:id="rId981" o:title="eqId649105167435b241fd7ce9e2d736f214"/>
          </v:shape>
        </w:pict>
      </w:r>
      <w:r>
        <w:rPr>
          <w:rFonts w:ascii="宋体" w:eastAsia="宋体" w:hAnsi="宋体" w:cs="宋体"/>
          <w:color w:val="000000"/>
        </w:rPr>
        <w:t>平分</w:t>
      </w:r>
      <w:r>
        <w:pict>
          <v:shape id="_x0000_i702280" type="#_x0000_t75" alt="学科网(www.zxxk.com)--教育资源门户，提供试卷、教案、课件、论文、素材以及各类教学资源下载，还有大量而丰富的教学相关资讯！" style="width:39.75pt;height:14.25pt" o:oleicon="f" o:ole="">
            <v:imagedata r:id="rId982" o:title="eqId6d7b2fe01a33c4825f9974ed9663a99c"/>
          </v:shape>
        </w:pi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pict>
          <v:shape id="_x0000_i702281" type="#_x0000_t75" alt="学科网(www.zxxk.com)--教育资源门户，提供试卷、教案、课件、论文、素材以及各类教学资源下载，还有大量而丰富的教学相关资讯！" style="width:67pt;height:30.7pt" o:oleicon="f" o:ole="">
            <v:imagedata r:id="rId983" o:title="eqIdb898f11eb5c1c552a3972fe3a7d2f15f"/>
          </v:shape>
        </w:pict>
      </w:r>
      <w:r>
        <w:rPr>
          <w:rFonts w:ascii="Times New Roman" w:eastAsia="Times New Roman" w:hAnsi="Times New Roman" w:cs="Times New Roman"/>
          <w:color w:val="000000"/>
        </w:rPr>
        <w:t>____________</w:t>
      </w:r>
      <w:r>
        <w:rPr>
          <w:rFonts w:ascii="宋体" w:eastAsia="宋体" w:hAnsi="宋体" w:cs="宋体"/>
          <w:color w:val="000000"/>
        </w:rPr>
        <w:t>（理由：</w:t>
      </w:r>
      <w:r>
        <w:rPr>
          <w:rFonts w:ascii="Times New Roman" w:eastAsia="Times New Roman" w:hAnsi="Times New Roman" w:cs="Times New Roman"/>
          <w:color w:val="000000"/>
        </w:rPr>
        <w:t>________________________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pict>
          <v:shape id="_x0000_i702282" type="#_x0000_t75" alt="学科网(www.zxxk.com)--教育资源门户，提供试卷、教案、课件、论文、素材以及各类教学资源下载，还有大量而丰富的教学相关资讯！" style="width:74.15pt;height:13.85pt" o:oleicon="f" o:ole="">
            <v:imagedata r:id="rId984" o:title="eqIdd9c3dea6a19389dcebd38b3d76499e5f"/>
          </v:shape>
        </w:pi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pict>
          <v:shape id="_x0000_i702283" type="#_x0000_t75" alt="学科网(www.zxxk.com)--教育资源门户，提供试卷、教案、课件、论文、素材以及各类教学资源下载，还有大量而丰富的教学相关资讯！" style="width:56.25pt;height:14.25pt" o:oleicon="f" o:ole="">
            <v:imagedata r:id="rId985" o:title="eqIdd76e613af5191b5ae0345d682f92e538"/>
          </v:shape>
        </w:pic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pict>
          <v:shape id="_x0000_i702284" type="#_x0000_t75" alt="学科网(www.zxxk.com)--教育资源门户，提供试卷、教案、课件、论文、素材以及各类教学资源下载，还有大量而丰富的教学相关资讯！" style="width:8.25pt;height:12pt;mso-position-horizontal-relative:page;mso-position-vertical-relative:page;mso-wrap-style:square" o:oleicon="f" o:ole="">
            <v:imagedata r:id="rId986" o:title="eqId83873a9d782f2588c5eedbfe73f9bc2f"/>
          </v:shape>
        </w:pi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pict>
          <v:shape id="_x0000_i702285" type="#_x0000_t75" alt="学科网(www.zxxk.com)--教育资源门户，提供试卷、教案、课件、论文、素材以及各类教学资源下载，还有大量而丰富的教学相关资讯！" style="width:56.95pt;height:14.4pt" o:oleicon="f" o:ole="">
            <v:imagedata r:id="rId987" o:title="eqId06c51bf28989e12e67023dbd58c682ca"/>
          </v:shape>
        </w:pict>
      </w:r>
      <w:r>
        <w:rPr>
          <w:rFonts w:ascii="Times New Roman" w:eastAsia="Times New Roman" w:hAnsi="Times New Roman" w:cs="Times New Roman"/>
          <w:color w:val="000000"/>
        </w:rPr>
        <w:t>_____________</w:t>
      </w:r>
      <w:r>
        <w:pict>
          <v:shape id="_x0000_i702286" type="#_x0000_t75" alt="学科网(www.zxxk.com)--教育资源门户，提供试卷、教案、课件、论文、素材以及各类教学资源下载，还有大量而丰富的教学相关资讯！" style="width:10.75pt;height:10.75pt" o:oleicon="f" o:ole="">
            <v:imagedata r:id="rId988" o:title="eqId4d4cd9a7068de096606d1ab991f5e6da"/>
          </v:shape>
        </w:pic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2287" type="#_x0000_t75" alt="学科网(www.zxxk.com)--教育资源门户，提供试卷、教案、课件、论文、素材以及各类教学资源下载，还有大量而丰富的教学相关资讯！" style="width:66.75pt;height:14.25pt" o:oleicon="f" o:ole="">
            <v:imagedata r:id="rId989" o:title="eqIdd8cc88685997c7586d1d4bf75a055433"/>
          </v:shape>
        </w:pi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pict>
          <v:shape id="_x0000_i702288" type="#_x0000_t75" alt="学科网(www.zxxk.com)--教育资源门户，提供试卷、教案、课件、论文、素材以及各类教学资源下载，还有大量而丰富的教学相关资讯！" style="width:57pt;height:13.95pt" o:oleicon="f" o:ole="">
            <v:imagedata r:id="rId990" o:title="eqId26518cc5d4c0896caba654fd9ad7ab98"/>
          </v:shape>
        </w:pict>
      </w:r>
      <w:r>
        <w:rPr>
          <w:rFonts w:ascii="Times New Roman" w:eastAsia="Times New Roman" w:hAnsi="Times New Roman" w:cs="Times New Roman"/>
          <w:color w:val="000000"/>
        </w:rPr>
        <w:t>____________</w:t>
      </w:r>
      <w:r>
        <w:pict>
          <v:shape id="_x0000_i702289" type="#_x0000_t75" alt="学科网(www.zxxk.com)--教育资源门户，提供试卷、教案、课件、论文、素材以及各类教学资源下载，还有大量而丰富的教学相关资讯！" style="width:8.25pt;height:12pt;mso-position-horizontal-relative:page;mso-position-vertical-relative:page;mso-wrap-style:square" o:oleicon="f" o:ole="">
            <v:imagedata r:id="rId991" o:title="eqId83873a9d782f2588c5eedbfe73f9bc2f"/>
          </v:shape>
        </w:pi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</w:t>
      </w:r>
      <w:r>
        <w:pict>
          <v:shape id="_x0000_i702290" type="#_x0000_t75" alt="学科网(www.zxxk.com)--教育资源门户，提供试卷、教案、课件、论文、素材以及各类教学资源下载，还有大量而丰富的教学相关资讯！" style="width:49.5pt;height:12.75pt" o:oleicon="f" o:ole="">
            <v:imagedata r:id="rId992" o:title="eqIdeec6ce73c6786d50028addff089bbb64"/>
          </v:shape>
        </w:pict>
      </w:r>
      <w:r>
        <w:rPr>
          <w:rFonts w:ascii="宋体" w:eastAsia="宋体" w:hAnsi="宋体" w:cs="宋体"/>
          <w:color w:val="000000"/>
        </w:rPr>
        <w:t>，直接写出</w:t>
      </w:r>
      <w:r>
        <w:pict>
          <v:shape id="_x0000_i702291" type="#_x0000_t75" alt="学科网(www.zxxk.com)--教育资源门户，提供试卷、教案、课件、论文、素材以及各类教学资源下载，还有大量而丰富的教学相关资讯！" style="width:33pt;height:12.75pt" o:oleicon="f" o:ole="">
            <v:imagedata r:id="rId993" o:title="eqId42e7b8a59f8d66176463f3d71f882a26"/>
          </v:shape>
        </w:pict>
      </w:r>
      <w:r>
        <w:rPr>
          <w:rFonts w:ascii="宋体" w:eastAsia="宋体" w:hAnsi="宋体" w:cs="宋体"/>
          <w:color w:val="000000"/>
        </w:rPr>
        <w:t>的度数．（用含</w:t>
      </w:r>
      <w:r>
        <w:pict>
          <v:shape id="_x0000_i702292" type="#_x0000_t75" alt="学科网(www.zxxk.com)--教育资源门户，提供试卷、教案、课件、论文、素材以及各类教学资源下载，还有大量而丰富的教学相关资讯！" style="width:12pt;height:10.9pt" o:oleicon="f" o:ole="">
            <v:imagedata r:id="rId994" o:title="eqIde170f206fdbbd834aad7580c727e2cc6"/>
          </v:shape>
        </w:pict>
      </w:r>
      <w:r>
        <w:rPr>
          <w:rFonts w:ascii="宋体" w:eastAsia="宋体" w:hAnsi="宋体" w:cs="宋体"/>
          <w:color w:val="000000"/>
        </w:rPr>
        <w:t>的式子表示）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eastAsia="宋体" w:hAnsi="宋体" w:cs="宋体"/>
          <w:color w:val="000000"/>
        </w:rPr>
        <w:t>已知数轴上两点</w:t>
      </w:r>
      <w:r>
        <w:pict>
          <v:shape id="_x0000_i702293" type="#_x0000_t75" alt="学科网(www.zxxk.com)--教育资源门户，提供试卷、教案、课件、论文、素材以及各类教学资源下载，还有大量而丰富的教学相关资讯！" style="width:12pt;height:12pt" o:oleicon="f" o:ole="">
            <v:imagedata r:id="rId995" o:title="eqId5963abe8f421bd99a2aaa94831a951e9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2294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996" o:title="eqId7f9e8449aad35c5d840a3395ea86df6d"/>
          </v:shape>
        </w:pict>
      </w:r>
      <w:r>
        <w:rPr>
          <w:rFonts w:ascii="宋体" w:eastAsia="宋体" w:hAnsi="宋体" w:cs="宋体"/>
          <w:color w:val="000000"/>
        </w:rPr>
        <w:t>，其中</w:t>
      </w:r>
      <w:r>
        <w:pict>
          <v:shape id="_x0000_i702295" type="#_x0000_t75" alt="学科网(www.zxxk.com)--教育资源门户，提供试卷、教案、课件、论文、素材以及各类教学资源下载，还有大量而丰富的教学相关资讯！" style="width:12pt;height:12pt" o:oleicon="f" o:ole="">
            <v:imagedata r:id="rId995" o:title="eqId5963abe8f421bd99a2aaa94831a951e9"/>
          </v:shape>
        </w:pict>
      </w:r>
      <w:r>
        <w:rPr>
          <w:rFonts w:ascii="宋体" w:eastAsia="宋体" w:hAnsi="宋体" w:cs="宋体"/>
          <w:color w:val="000000"/>
        </w:rPr>
        <w:t>表示的数为</w:t>
      </w:r>
      <w:r>
        <w:pict>
          <v:shape id="_x0000_i702296" type="#_x0000_t75" alt="学科网(www.zxxk.com)--教育资源门户，提供试卷、教案、课件、论文、素材以及各类教学资源下载，还有大量而丰富的教学相关资讯！" style="width:16.05pt;height:13.9pt" o:oleicon="f" o:ole="">
            <v:imagedata r:id="rId997" o:title="eqId81fb134b2b48acc99213fff6ccfee65f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2297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996" o:title="eqId7f9e8449aad35c5d840a3395ea86df6d"/>
          </v:shape>
        </w:pict>
      </w:r>
      <w:r>
        <w:rPr>
          <w:rFonts w:ascii="宋体" w:eastAsia="宋体" w:hAnsi="宋体" w:cs="宋体"/>
          <w:color w:val="000000"/>
        </w:rPr>
        <w:t>表示的数为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．给出如下定义：若在数轴上存在一点</w:t>
      </w:r>
      <w:r>
        <w:pict>
          <v:shape id="_x0000_i702298" type="#_x0000_t75" alt="学科网(www.zxxk.com)--教育资源门户，提供试卷、教案、课件、论文、素材以及各类教学资源下载，还有大量而丰富的教学相关资讯！" style="width:11.9pt;height:14.4pt" o:oleicon="f" o:ole="">
            <v:imagedata r:id="rId998" o:title="eqIdc5db41a1f31d6baee7c69990811edb9f"/>
          </v:shape>
        </w:pict>
      </w:r>
      <w:r>
        <w:rPr>
          <w:rFonts w:ascii="宋体" w:eastAsia="宋体" w:hAnsi="宋体" w:cs="宋体"/>
          <w:color w:val="000000"/>
        </w:rPr>
        <w:t>，使得</w:t>
      </w:r>
      <w:r>
        <w:pict>
          <v:shape id="_x0000_i702299" type="#_x0000_t75" alt="学科网(www.zxxk.com)--教育资源门户，提供试卷、教案、课件、论文、素材以及各类教学资源下载，还有大量而丰富的教学相关资讯！" style="width:70.5pt;height:13.5pt" o:oleicon="f" o:ole="">
            <v:imagedata r:id="rId999" o:title="eqId5ecc7c71e4e400b7ebe9094f5498ce93"/>
          </v:shape>
        </w:pict>
      </w:r>
      <w:r>
        <w:rPr>
          <w:rFonts w:ascii="宋体" w:eastAsia="宋体" w:hAnsi="宋体" w:cs="宋体"/>
          <w:color w:val="000000"/>
        </w:rPr>
        <w:t>，则称点</w:t>
      </w:r>
      <w:r>
        <w:pict>
          <v:shape id="_x0000_i702300" type="#_x0000_t75" alt="学科网(www.zxxk.com)--教育资源门户，提供试卷、教案、课件、论文、素材以及各类教学资源下载，还有大量而丰富的教学相关资讯！" style="width:11.9pt;height:14.4pt" o:oleicon="f" o:ole="">
            <v:imagedata r:id="rId998" o:title="eqIdc5db41a1f31d6baee7c69990811edb9f"/>
          </v:shape>
        </w:pict>
      </w:r>
      <w:r>
        <w:rPr>
          <w:rFonts w:ascii="宋体" w:eastAsia="宋体" w:hAnsi="宋体" w:cs="宋体"/>
          <w:color w:val="000000"/>
        </w:rPr>
        <w:t>叫做点</w:t>
      </w:r>
      <w:r>
        <w:pict>
          <v:shape id="_x0000_i702301" type="#_x0000_t75" alt="学科网(www.zxxk.com)--教育资源门户，提供试卷、教案、课件、论文、素材以及各类教学资源下载，还有大量而丰富的教学相关资讯！" style="width:12pt;height:12pt" o:oleicon="f" o:ole="">
            <v:imagedata r:id="rId995" o:title="eqId5963abe8f421bd99a2aaa94831a951e9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2302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996" o:title="eqId7f9e8449aad35c5d840a3395ea86df6d"/>
          </v:shape>
        </w:pict>
      </w:r>
      <w:r>
        <w:rPr>
          <w:rFonts w:ascii="宋体" w:eastAsia="宋体" w:hAnsi="宋体" w:cs="宋体"/>
          <w:color w:val="000000"/>
        </w:rPr>
        <w:t>的“</w:t>
      </w:r>
      <w:r>
        <w:pict>
          <v:shape id="_x0000_i702303" type="#_x0000_t75" alt="学科网(www.zxxk.com)--教育资源门户，提供试卷、教案、课件、论文、素材以及各类教学资源下载，还有大量而丰富的教学相关资讯！" style="width:12.75pt;height:11.25pt" o:oleicon="f" o:ole="">
            <v:imagedata r:id="rId1000" o:title="eqId294f5ba74cdf695fc9a8a8e52f421328"/>
          </v:shape>
        </w:pict>
      </w:r>
      <w:r>
        <w:rPr>
          <w:rFonts w:ascii="宋体" w:eastAsia="宋体" w:hAnsi="宋体" w:cs="宋体"/>
          <w:color w:val="000000"/>
        </w:rPr>
        <w:t>和距离点”．如图，若点</w:t>
      </w:r>
      <w:r>
        <w:pict>
          <v:shape id="_x0000_i702304" type="#_x0000_t75" alt="学科网(www.zxxk.com)--教育资源门户，提供试卷、教案、课件、论文、素材以及各类教学资源下载，还有大量而丰富的教学相关资讯！" style="width:11.9pt;height:14.4pt" o:oleicon="f" o:ole="">
            <v:imagedata r:id="rId998" o:title="eqIdc5db41a1f31d6baee7c69990811edb9f"/>
          </v:shape>
        </w:pict>
      </w:r>
      <w:r>
        <w:rPr>
          <w:rFonts w:ascii="宋体" w:eastAsia="宋体" w:hAnsi="宋体" w:cs="宋体"/>
          <w:color w:val="000000"/>
        </w:rPr>
        <w:t>表示的数为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，有</w:t>
      </w:r>
      <w:r>
        <w:pict>
          <v:shape id="_x0000_i702305" type="#_x0000_t75" alt="学科网(www.zxxk.com)--教育资源门户，提供试卷、教案、课件、论文、素材以及各类教学资源下载，还有大量而丰富的教学相关资讯！" style="width:65.35pt;height:14.55pt" o:oleicon="f" o:ole="">
            <v:imagedata r:id="rId1001" o:title="eqId44dc6dfa8050431a5fd50801f43e62df"/>
          </v:shape>
        </w:pict>
      </w:r>
      <w:r>
        <w:rPr>
          <w:rFonts w:ascii="宋体" w:eastAsia="宋体" w:hAnsi="宋体" w:cs="宋体"/>
          <w:color w:val="000000"/>
        </w:rPr>
        <w:t>，则称点</w:t>
      </w:r>
      <w:r>
        <w:pict>
          <v:shape id="_x0000_i702306" type="#_x0000_t75" alt="学科网(www.zxxk.com)--教育资源门户，提供试卷、教案、课件、论文、素材以及各类教学资源下载，还有大量而丰富的教学相关资讯！" style="width:11.9pt;height:14.4pt" o:oleicon="f" o:ole="">
            <v:imagedata r:id="rId998" o:title="eqIdc5db41a1f31d6baee7c69990811edb9f"/>
          </v:shape>
        </w:pict>
      </w:r>
      <w:r>
        <w:rPr>
          <w:rFonts w:ascii="宋体" w:eastAsia="宋体" w:hAnsi="宋体" w:cs="宋体"/>
          <w:color w:val="000000"/>
        </w:rPr>
        <w:t>为点</w:t>
      </w:r>
      <w:r>
        <w:pict>
          <v:shape id="_x0000_i702307" type="#_x0000_t75" alt="学科网(www.zxxk.com)--教育资源门户，提供试卷、教案、课件、论文、素材以及各类教学资源下载，还有大量而丰富的教学相关资讯！" style="width:12pt;height:12pt" o:oleicon="f" o:ole="">
            <v:imagedata r:id="rId995" o:title="eqId5963abe8f421bd99a2aaa94831a951e9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2308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996" o:title="eqId7f9e8449aad35c5d840a3395ea86df6d"/>
          </v:shape>
        </w:pict>
      </w:r>
      <w:r>
        <w:rPr>
          <w:rFonts w:ascii="宋体" w:eastAsia="宋体" w:hAnsi="宋体" w:cs="宋体"/>
          <w:color w:val="000000"/>
        </w:rPr>
        <w:t>的“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和距离点”．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733800" cy="685800"/>
            <wp:docPr id="174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" name=""/>
                    <pic:cNvPicPr>
                      <a:picLocks noChangeAspect="1"/>
                    </pic:cNvPicPr>
                  </pic:nvPicPr>
                  <pic:blipFill>
                    <a:blip r:embed="rId1002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如果点</w:t>
      </w:r>
      <w:r>
        <w:pict>
          <v:shape id="_x0000_i702309" type="#_x0000_t75" alt="学科网(www.zxxk.com)--教育资源门户，提供试卷、教案、课件、论文、素材以及各类教学资源下载，还有大量而丰富的教学相关资讯！" style="width:14.25pt;height:14.25pt" o:oleicon="f" o:ole="">
            <v:imagedata r:id="rId1003" o:title="eqId54a5d7d3b6b63fe5c24c3907b7a8eaa3"/>
          </v:shape>
        </w:pict>
      </w:r>
      <w:r>
        <w:rPr>
          <w:rFonts w:ascii="宋体" w:eastAsia="宋体" w:hAnsi="宋体" w:cs="宋体"/>
          <w:color w:val="000000"/>
        </w:rPr>
        <w:t>为点</w:t>
      </w:r>
      <w:r>
        <w:pict>
          <v:shape id="_x0000_i702310" type="#_x0000_t75" alt="学科网(www.zxxk.com)--教育资源门户，提供试卷、教案、课件、论文、素材以及各类教学资源下载，还有大量而丰富的教学相关资讯！" style="width:12pt;height:12pt" o:oleicon="f" o:ole="">
            <v:imagedata r:id="rId1004" o:title="eqId5963abe8f421bd99a2aaa94831a951e9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2311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1005" o:title="eqId7f9e8449aad35c5d840a3395ea86df6d"/>
          </v:shape>
        </w:pict>
      </w:r>
      <w:r>
        <w:rPr>
          <w:rFonts w:ascii="宋体" w:eastAsia="宋体" w:hAnsi="宋体" w:cs="宋体"/>
          <w:color w:val="000000"/>
        </w:rPr>
        <w:t>的“</w:t>
      </w:r>
      <w:r>
        <w:pict>
          <v:shape id="_x0000_i702312" type="#_x0000_t75" alt="学科网(www.zxxk.com)--教育资源门户，提供试卷、教案、课件、论文、素材以及各类教学资源下载，还有大量而丰富的教学相关资讯！" style="width:12.75pt;height:11.25pt" o:oleicon="f" o:ole="">
            <v:imagedata r:id="rId1006" o:title="eqId294f5ba74cdf695fc9a8a8e52f421328"/>
          </v:shape>
        </w:pict>
      </w:r>
      <w:r>
        <w:rPr>
          <w:rFonts w:ascii="宋体" w:eastAsia="宋体" w:hAnsi="宋体" w:cs="宋体"/>
          <w:color w:val="000000"/>
        </w:rPr>
        <w:t>和距离点”，且点</w:t>
      </w:r>
      <w:r>
        <w:pict>
          <v:shape id="_x0000_i702313" type="#_x0000_t75" alt="学科网(www.zxxk.com)--教育资源门户，提供试卷、教案、课件、论文、素材以及各类教学资源下载，还有大量而丰富的教学相关资讯！" style="width:14.25pt;height:14.25pt" o:oleicon="f" o:ole="">
            <v:imagedata r:id="rId1003" o:title="eqId54a5d7d3b6b63fe5c24c3907b7a8eaa3"/>
          </v:shape>
        </w:pict>
      </w:r>
      <w:r>
        <w:rPr>
          <w:rFonts w:ascii="宋体" w:eastAsia="宋体" w:hAnsi="宋体" w:cs="宋体"/>
          <w:color w:val="000000"/>
        </w:rPr>
        <w:t>在数轴上表示的数为</w:t>
      </w:r>
      <w:r>
        <w:pict>
          <v:shape id="_x0000_i702314" type="#_x0000_t75" alt="学科网(www.zxxk.com)--教育资源门户，提供试卷、教案、课件、论文、素材以及各类教学资源下载，还有大量而丰富的教学相关资讯！" style="width:16.2pt;height:13.2pt" o:oleicon="f" o:ole="">
            <v:imagedata r:id="rId1007" o:title="eqId3edbd40e04e2a943051fa83d6e511add"/>
          </v:shape>
        </w:pict>
      </w:r>
      <w:r>
        <w:rPr>
          <w:rFonts w:ascii="宋体" w:eastAsia="宋体" w:hAnsi="宋体" w:cs="宋体"/>
          <w:color w:val="000000"/>
        </w:rPr>
        <w:t>，那么</w:t>
      </w:r>
      <w:r>
        <w:pict>
          <v:shape id="_x0000_i702315" type="#_x0000_t75" alt="学科网(www.zxxk.com)--教育资源门户，提供试卷、教案、课件、论文、素材以及各类教学资源下载，还有大量而丰富的教学相关资讯！" style="width:12.75pt;height:11.25pt" o:oleicon="f" o:ole="">
            <v:imagedata r:id="rId1006" o:title="eqId294f5ba74cdf695fc9a8a8e52f421328"/>
          </v:shape>
        </w:pict>
      </w:r>
      <w:r>
        <w:rPr>
          <w:rFonts w:ascii="宋体" w:eastAsia="宋体" w:hAnsi="宋体" w:cs="宋体"/>
          <w:color w:val="000000"/>
        </w:rPr>
        <w:t>的值是</w:t>
      </w:r>
      <w:r>
        <w:rPr>
          <w:rFonts w:ascii="Times New Roman" w:eastAsia="Times New Roman" w:hAnsi="Times New Roman" w:cs="Times New Roman"/>
          <w:color w:val="000000"/>
        </w:rPr>
        <w:t>_________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如果点</w:t>
      </w:r>
      <w:r>
        <w:pict>
          <v:shape id="_x0000_i702316" type="#_x0000_t75" alt="学科网(www.zxxk.com)--教育资源门户，提供试卷、教案、课件、论文、素材以及各类教学资源下载，还有大量而丰富的教学相关资讯！" style="width:11.25pt;height:11.25pt" o:oleicon="f" o:ole="">
            <v:imagedata r:id="rId1008" o:title="eqId8455657dde27aabe6adb7b188e031c11"/>
          </v:shape>
        </w:pict>
      </w:r>
      <w:r>
        <w:rPr>
          <w:rFonts w:ascii="宋体" w:eastAsia="宋体" w:hAnsi="宋体" w:cs="宋体"/>
          <w:color w:val="000000"/>
        </w:rPr>
        <w:t>是数轴上点</w:t>
      </w:r>
      <w:r>
        <w:pict>
          <v:shape id="_x0000_i702317" type="#_x0000_t75" alt="学科网(www.zxxk.com)--教育资源门户，提供试卷、教案、课件、论文、素材以及各类教学资源下载，还有大量而丰富的教学相关资讯！" style="width:12pt;height:12pt" o:oleicon="f" o:ole="">
            <v:imagedata r:id="rId1009" o:title="eqId5963abe8f421bd99a2aaa94831a951e9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2318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1010" o:title="eqId7f9e8449aad35c5d840a3395ea86df6d"/>
          </v:shape>
        </w:pict>
      </w:r>
      <w:r>
        <w:rPr>
          <w:rFonts w:ascii="宋体" w:eastAsia="宋体" w:hAnsi="宋体" w:cs="宋体"/>
          <w:color w:val="000000"/>
        </w:rPr>
        <w:t>的“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和距离点”，那么点</w:t>
      </w:r>
      <w:r>
        <w:pict>
          <v:shape id="_x0000_i702319" type="#_x0000_t75" alt="学科网(www.zxxk.com)--教育资源门户，提供试卷、教案、课件、论文、素材以及各类教学资源下载，还有大量而丰富的教学相关资讯！" style="width:11.25pt;height:11.25pt" o:oleicon="f" o:ole="">
            <v:imagedata r:id="rId1008" o:title="eqId8455657dde27aabe6adb7b188e031c11"/>
          </v:shape>
        </w:pict>
      </w:r>
      <w:r>
        <w:rPr>
          <w:rFonts w:ascii="宋体" w:eastAsia="宋体" w:hAnsi="宋体" w:cs="宋体"/>
          <w:color w:val="000000"/>
        </w:rPr>
        <w:t>表示的数为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  <w:sectPr w:rsidSect="00C321EB">
          <w:pgSz w:w="11906" w:h="16838"/>
          <w:pgMar w:top="910" w:right="1080" w:bottom="1440" w:left="1080" w:header="152" w:footer="0" w:gutter="0"/>
          <w:cols w:space="720"/>
          <w:docGrid w:type="lines" w:linePitch="312"/>
        </w:sect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如果点</w:t>
      </w:r>
      <w:r>
        <w:pict>
          <v:shape id="_x0000_i702320" type="#_x0000_t75" alt="学科网(www.zxxk.com)--教育资源门户，提供试卷、教案、课件、论文、素材以及各类教学资源下载，还有大量而丰富的教学相关资讯！" style="width:12pt;height:13pt" o:oleicon="f" o:ole="">
            <v:imagedata r:id="rId1011" o:title="eqId2a30f3a8b673cc28bd90c50cf1a35281"/>
          </v:shape>
        </w:pict>
      </w:r>
      <w:r>
        <w:rPr>
          <w:rFonts w:ascii="宋体" w:eastAsia="宋体" w:hAnsi="宋体" w:cs="宋体"/>
          <w:color w:val="000000"/>
        </w:rPr>
        <w:t>在数轴上（不与</w:t>
      </w:r>
      <w:r>
        <w:pict>
          <v:shape id="_x0000_i702321" type="#_x0000_t75" alt="学科网(www.zxxk.com)--教育资源门户，提供试卷、教案、课件、论文、素材以及各类教学资源下载，还有大量而丰富的教学相关资讯！" style="width:12pt;height:12pt" o:oleicon="f" o:ole="">
            <v:imagedata r:id="rId1012" o:title="eqId5963abe8f421bd99a2aaa94831a951e9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2322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1013" o:title="eqId7f9e8449aad35c5d840a3395ea86df6d"/>
          </v:shape>
        </w:pict>
      </w:r>
      <w:r>
        <w:rPr>
          <w:rFonts w:ascii="宋体" w:eastAsia="宋体" w:hAnsi="宋体" w:cs="宋体"/>
          <w:color w:val="000000"/>
        </w:rPr>
        <w:t>重合），满足</w:t>
      </w:r>
      <w:r>
        <w:pict>
          <v:shape id="_x0000_i702323" type="#_x0000_t75" alt="学科网(www.zxxk.com)--教育资源门户，提供试卷、教案、课件、论文、素材以及各类教学资源下载，还有大量而丰富的教学相关资讯！" style="width:57pt;height:30.75pt" o:oleicon="f" o:ole="">
            <v:imagedata r:id="rId1014" o:title="eqId624fbf63819058f6a1d3d3379db9458c"/>
          </v:shape>
        </w:pict>
      </w:r>
      <w:r>
        <w:rPr>
          <w:rFonts w:ascii="宋体" w:eastAsia="宋体" w:hAnsi="宋体" w:cs="宋体"/>
          <w:color w:val="000000"/>
        </w:rPr>
        <w:t>，且此时点</w:t>
      </w:r>
      <w:r>
        <w:pict>
          <v:shape id="_x0000_i702324" type="#_x0000_t75" alt="学科网(www.zxxk.com)--教育资源门户，提供试卷、教案、课件、论文、素材以及各类教学资源下载，还有大量而丰富的教学相关资讯！" style="width:12pt;height:13pt" o:oleicon="f" o:ole="">
            <v:imagedata r:id="rId1011" o:title="eqId2a30f3a8b673cc28bd90c50cf1a35281"/>
          </v:shape>
        </w:pict>
      </w:r>
      <w:r>
        <w:rPr>
          <w:rFonts w:ascii="宋体" w:eastAsia="宋体" w:hAnsi="宋体" w:cs="宋体"/>
          <w:color w:val="000000"/>
        </w:rPr>
        <w:t>为点</w:t>
      </w:r>
      <w:r>
        <w:pict>
          <v:shape id="_x0000_i702325" type="#_x0000_t75" alt="学科网(www.zxxk.com)--教育资源门户，提供试卷、教案、课件、论文、素材以及各类教学资源下载，还有大量而丰富的教学相关资讯！" style="width:12pt;height:12pt" o:oleicon="f" o:ole="">
            <v:imagedata r:id="rId1012" o:title="eqId5963abe8f421bd99a2aaa94831a951e9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2326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1013" o:title="eqId7f9e8449aad35c5d840a3395ea86df6d"/>
          </v:shape>
        </w:pict>
      </w:r>
      <w:r>
        <w:rPr>
          <w:rFonts w:ascii="宋体" w:eastAsia="宋体" w:hAnsi="宋体" w:cs="宋体"/>
          <w:color w:val="000000"/>
        </w:rPr>
        <w:t>的“</w:t>
      </w:r>
      <w:r>
        <w:pict>
          <v:shape id="_x0000_i702327" type="#_x0000_t75" alt="学科网(www.zxxk.com)--教育资源门户，提供试卷、教案、课件、论文、素材以及各类教学资源下载，还有大量而丰富的教学相关资讯！" style="width:12.75pt;height:11.25pt" o:oleicon="f" o:ole="">
            <v:imagedata r:id="rId1015" o:title="eqId294f5ba74cdf695fc9a8a8e52f421328"/>
          </v:shape>
        </w:pict>
      </w:r>
      <w:r>
        <w:rPr>
          <w:rFonts w:ascii="宋体" w:eastAsia="宋体" w:hAnsi="宋体" w:cs="宋体"/>
          <w:color w:val="000000"/>
        </w:rPr>
        <w:t>和距离点”，求</w:t>
      </w:r>
      <w:r>
        <w:pict>
          <v:shape id="_x0000_i702328" type="#_x0000_t75" alt="学科网(www.zxxk.com)--教育资源门户，提供试卷、教案、课件、论文、素材以及各类教学资源下载，还有大量而丰富的教学相关资讯！" style="width:12.75pt;height:11.25pt" o:oleicon="f" o:ole="">
            <v:imagedata r:id="rId1015" o:title="eqId294f5ba74cdf695fc9a8a8e52f421328"/>
          </v:shape>
        </w:pict>
      </w:r>
      <w:r>
        <w:rPr>
          <w:rFonts w:ascii="宋体" w:eastAsia="宋体" w:hAnsi="宋体" w:cs="宋体"/>
          <w:color w:val="000000"/>
        </w:rPr>
        <w:t>的值．</w:t>
      </w:r>
    </w:p>
    <w:p>
      <w:pPr>
        <w:pStyle w:val="Heading2"/>
      </w:pPr>
      <w:r>
        <w:t>怀柔区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阅读下面材料并回答问题：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数学课上，老师给出了如下问题：如图</w:t>
      </w:r>
      <w:r>
        <w:pict>
          <v:shape id="_x0000_i702329" type="#_x0000_t75" alt="学科网(www.zxxk.com)--教育资源门户，提供试卷、教案、课件、论文、素材以及各类教学资源下载，还有大量而丰富的教学相关资讯！" style="width:69.25pt;height:14.3pt" o:oleicon="f" o:ole="">
            <v:imagedata r:id="rId1016" o:title="eqId59e35cf8256272c26989676e3d8b5b8f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2330" type="#_x0000_t75" alt="学科网(www.zxxk.com)--教育资源门户，提供试卷、教案、课件、论文、素材以及各类教学资源下载，还有大量而丰富的教学相关资讯！" style="width:18.85pt;height:14pt" o:oleicon="f" o:ole="">
            <v:imagedata r:id="rId1017" o:title="eqIdef4113c492885ba7c47fe42ac792578f"/>
          </v:shape>
        </w:pict>
      </w:r>
      <w:r>
        <w:rPr>
          <w:rFonts w:ascii="宋体" w:eastAsia="宋体" w:hAnsi="宋体" w:cs="宋体"/>
          <w:color w:val="000000"/>
        </w:rPr>
        <w:t>平分</w:t>
      </w:r>
      <w:r>
        <w:pict>
          <v:shape id="_x0000_i702331" type="#_x0000_t75" alt="学科网(www.zxxk.com)--教育资源门户，提供试卷、教案、课件、论文、素材以及各类教学资源下载，还有大量而丰富的教学相关资讯！" style="width:40.8pt;height:13.8pt" o:oleicon="f" o:ole="">
            <v:imagedata r:id="rId1018" o:title="eqId27935c1ef4df2d52ac697678a3c8f39d"/>
          </v:shape>
        </w:pict>
      </w:r>
      <w:r>
        <w:rPr>
          <w:rFonts w:ascii="宋体" w:eastAsia="宋体" w:hAnsi="宋体" w:cs="宋体"/>
          <w:color w:val="000000"/>
        </w:rPr>
        <w:t>．若</w:t>
      </w:r>
      <w:r>
        <w:pict>
          <v:shape id="_x0000_i702332" type="#_x0000_t75" alt="学科网(www.zxxk.com)--教育资源门户，提供试卷、教案、课件、论文、素材以及各类教学资源下载，还有大量而丰富的教学相关资讯！" style="width:66pt;height:14.25pt" o:oleicon="f" o:ole="">
            <v:imagedata r:id="rId1019" o:title="eqId02a88b4abc550df428df7f8ecba215d7"/>
          </v:shape>
        </w:pi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请你补全图形，并求</w:t>
      </w:r>
      <w:r>
        <w:pict>
          <v:shape id="_x0000_i702333" type="#_x0000_t75" alt="学科网(www.zxxk.com)--教育资源门户，提供试卷、教案、课件、论文、素材以及各类教学资源下载，还有大量而丰富的教学相关资讯！" style="width:39.75pt;height:14.25pt" o:oleicon="f" o:ole="">
            <v:imagedata r:id="rId1020" o:title="eqId6d7b2fe01a33c4825f9974ed9663a99c"/>
          </v:shape>
        </w:pict>
      </w:r>
      <w:r>
        <w:rPr>
          <w:rFonts w:ascii="宋体" w:eastAsia="宋体" w:hAnsi="宋体" w:cs="宋体"/>
          <w:color w:val="000000"/>
        </w:rPr>
        <w:t>的度数．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以下是甲同学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74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" name=""/>
                    <pic:cNvPicPr>
                      <a:picLocks noChangeAspect="1"/>
                    </pic:cNvPicPr>
                  </pic:nvPicPr>
                  <pic:blipFill>
                    <a:blip r:embed="rId102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解答过程：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pict>
          <v:shape id="_x0000_i702334" type="#_x0000_t75" alt="学科网(www.zxxk.com)--教育资源门户，提供试卷、教案、课件、论文、素材以及各类教学资源下载，还有大量而丰富的教学相关资讯！" style="width:18.85pt;height:14pt" o:oleicon="f" o:ole="">
            <v:imagedata r:id="rId1022" o:title="eqIdef4113c492885ba7c47fe42ac792578f"/>
          </v:shape>
        </w:pict>
      </w:r>
      <w:r>
        <w:rPr>
          <w:rFonts w:ascii="宋体" w:eastAsia="宋体" w:hAnsi="宋体" w:cs="宋体"/>
          <w:color w:val="000000"/>
        </w:rPr>
        <w:t>平分</w:t>
      </w:r>
      <w:r>
        <w:pict>
          <v:shape id="_x0000_i702335" type="#_x0000_t75" alt="学科网(www.zxxk.com)--教育资源门户，提供试卷、教案、课件、论文、素材以及各类教学资源下载，还有大量而丰富的教学相关资讯！" style="width:40.8pt;height:13.8pt" o:oleicon="f" o:ole="">
            <v:imagedata r:id="rId1023" o:title="eqId27935c1ef4df2d52ac697678a3c8f39d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2336" type="#_x0000_t75" alt="学科网(www.zxxk.com)--教育资源门户，提供试卷、教案、课件、论文、素材以及各类教学资源下载，还有大量而丰富的教学相关资讯！" style="width:69.25pt;height:14.3pt" o:oleicon="f" o:ole="">
            <v:imagedata r:id="rId1024" o:title="eqId59e35cf8256272c26989676e3d8b5b8f"/>
          </v:shape>
        </w:pi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pict>
          <v:shape id="_x0000_i702337" type="#_x0000_t75" alt="学科网(www.zxxk.com)--教育资源门户，提供试卷、教案、课件、论文、素材以及各类教学资源下载，还有大量而丰富的教学相关资讯！" style="width:46.5pt;height:13.5pt" o:oleicon="f" o:ole="">
            <v:imagedata r:id="rId1025" o:title="eqId5a11c8e6f86cb04a3c98152bdafcea7e"/>
          </v:shape>
        </w:pict>
      </w:r>
      <w:r>
        <w:rPr>
          <w:rFonts w:ascii="Times New Roman" w:eastAsia="Times New Roman" w:hAnsi="Times New Roman" w:cs="Times New Roman"/>
          <w:color w:val="000000"/>
        </w:rPr>
        <w:t>____________</w:t>
      </w:r>
      <w:r>
        <w:pict>
          <v:shape id="_x0000_i702338" type="#_x0000_t75" alt="学科网(www.zxxk.com)--教育资源门户，提供试卷、教案、课件、论文、素材以及各类教学资源下载，还有大量而丰富的教学相关资讯！" style="width:50.25pt;height:14.25pt" o:oleicon="f" o:ole="">
            <v:imagedata r:id="rId1026" o:title="eqIdcecad6cdbd87811e90c95331da8a8eff"/>
          </v:shape>
        </w:pict>
      </w:r>
      <w:r>
        <w:rPr>
          <w:rFonts w:ascii="Times New Roman" w:eastAsia="Times New Roman" w:hAnsi="Times New Roman" w:cs="Times New Roman"/>
          <w:color w:val="000000"/>
        </w:rPr>
        <w:t>____________</w:t>
      </w:r>
      <w:r>
        <w:pict>
          <v:shape id="_x0000_i702339" type="#_x0000_t75" alt="学科网(www.zxxk.com)--教育资源门户，提供试卷、教案、课件、论文、素材以及各类教学资源下载，还有大量而丰富的教学相关资讯！" style="width:8.25pt;height:12pt;mso-position-horizontal-relative:page;mso-position-vertical-relative:page;mso-wrap-style:square" o:oleicon="f" o:ole="">
            <v:imagedata r:id="rId1027" o:title="eqId83873a9d782f2588c5eedbfe73f9bc2f"/>
          </v:shape>
        </w:pi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pict>
          <v:shape id="_x0000_i702340" type="#_x0000_t75" alt="学科网(www.zxxk.com)--教育资源门户，提供试卷、教案、课件、论文、素材以及各类教学资源下载，还有大量而丰富的教学相关资讯！" style="width:66pt;height:14.25pt" o:oleicon="f" o:ole="">
            <v:imagedata r:id="rId1028" o:title="eqId02a88b4abc550df428df7f8ecba215d7"/>
          </v:shape>
        </w:pi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pict>
          <v:shape id="_x0000_i702341" type="#_x0000_t75" alt="学科网(www.zxxk.com)--教育资源门户，提供试卷、教案、课件、论文、素材以及各类教学资源下载，还有大量而丰富的教学相关资讯！" style="width:46.2pt;height:13.8pt" o:oleicon="f" o:ole="">
            <v:imagedata r:id="rId1029" o:title="eqId5a2979f64c85f82d8975d73ee1c342de"/>
          </v:shape>
        </w:pict>
      </w:r>
      <w:r>
        <w:rPr>
          <w:rFonts w:ascii="Times New Roman" w:eastAsia="Times New Roman" w:hAnsi="Times New Roman" w:cs="Times New Roman"/>
          <w:color w:val="000000"/>
        </w:rPr>
        <w:t>____________</w:t>
      </w:r>
      <w:r>
        <w:pict>
          <v:shape id="_x0000_i702342" type="#_x0000_t75" alt="学科网(www.zxxk.com)--教育资源门户，提供试卷、教案、课件、论文、素材以及各类教学资源下载，还有大量而丰富的教学相关资讯！" style="width:8.25pt;height:12pt;mso-position-horizontal-relative:page;mso-position-vertical-relative:page;mso-wrap-style:square" o:oleicon="f" o:ole="">
            <v:imagedata r:id="rId1030" o:title="eqId83873a9d782f2588c5eedbfe73f9bc2f"/>
          </v:shape>
        </w:pi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乙同学说：“我觉得这个题有两种情况，甲同学考虑的是</w:t>
      </w:r>
      <w:r>
        <w:pict>
          <v:shape id="_x0000_i702343" type="#_x0000_t75" alt="学科网(www.zxxk.com)--教育资源门户，提供试卷、教案、课件、论文、素材以及各类教学资源下载，还有大量而丰富的教学相关资讯！" style="width:17.25pt;height:12.75pt" o:oleicon="f" o:ole="">
            <v:imagedata r:id="rId1031" o:title="eqIdb90e0f35eda1a729fed485f83da5ea9d"/>
          </v:shape>
        </w:pict>
      </w:r>
      <w:r>
        <w:rPr>
          <w:rFonts w:ascii="宋体" w:eastAsia="宋体" w:hAnsi="宋体" w:cs="宋体"/>
          <w:color w:val="000000"/>
        </w:rPr>
        <w:t>在</w:t>
      </w:r>
      <w:r>
        <w:pict>
          <v:shape id="_x0000_i702344" type="#_x0000_t75" alt="学科网(www.zxxk.com)--教育资源门户，提供试卷、教案、课件、论文、素材以及各类教学资源下载，还有大量而丰富的教学相关资讯！" style="width:40.8pt;height:13.8pt" o:oleicon="f" o:ole="">
            <v:imagedata r:id="rId1032" o:title="eqId27935c1ef4df2d52ac697678a3c8f39d"/>
          </v:shape>
        </w:pict>
      </w:r>
      <w:r>
        <w:rPr>
          <w:rFonts w:ascii="宋体" w:eastAsia="宋体" w:hAnsi="宋体" w:cs="宋体"/>
          <w:color w:val="000000"/>
        </w:rPr>
        <w:t>外部的情况，事实上，</w:t>
      </w:r>
      <w:r>
        <w:pict>
          <v:shape id="_x0000_i702345" type="#_x0000_t75" alt="学科网(www.zxxk.com)--教育资源门户，提供试卷、教案、课件、论文、素材以及各类教学资源下载，还有大量而丰富的教学相关资讯！" style="width:17.25pt;height:12.75pt" o:oleicon="f" o:ole="">
            <v:imagedata r:id="rId1031" o:title="eqIdb90e0f35eda1a729fed485f83da5ea9d"/>
          </v:shape>
        </w:pict>
      </w:r>
      <w:r>
        <w:rPr>
          <w:rFonts w:ascii="宋体" w:eastAsia="宋体" w:hAnsi="宋体" w:cs="宋体"/>
          <w:color w:val="000000"/>
        </w:rPr>
        <w:t>还可能在</w:t>
      </w:r>
      <w:r>
        <w:pict>
          <v:shape id="_x0000_i702346" type="#_x0000_t75" alt="学科网(www.zxxk.com)--教育资源门户，提供试卷、教案、课件、论文、素材以及各类教学资源下载，还有大量而丰富的教学相关资讯！" style="width:40.8pt;height:13.8pt" o:oleicon="f" o:ole="">
            <v:imagedata r:id="rId1032" o:title="eqId27935c1ef4df2d52ac697678a3c8f39d"/>
          </v:shape>
        </w:pict>
      </w:r>
      <w:r>
        <w:rPr>
          <w:rFonts w:ascii="宋体" w:eastAsia="宋体" w:hAnsi="宋体" w:cs="宋体"/>
          <w:color w:val="000000"/>
        </w:rPr>
        <w:t>的内部”．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333750" cy="3333750"/>
            <wp:docPr id="175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" name=""/>
                    <pic:cNvPicPr>
                      <a:picLocks noChangeAspect="1"/>
                    </pic:cNvPicPr>
                  </pic:nvPicPr>
                  <pic:blipFill>
                    <a:blip r:embed="rId1033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请完成以下问题：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请你将甲同学的解答过程补充完整；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判断乙同学的说法是否正确，若正确，请你在图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中画出另一种情况对应的图形，并写出解答过程；若不正确，说明理由；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若将题目</w:t>
      </w:r>
      <w:r>
        <w:pict>
          <v:shape id="_x0000_i702347" type="#_x0000_t75" alt="学科网(www.zxxk.com)--教育资源门户，提供试卷、教案、课件、论文、素材以及各类教学资源下载，还有大量而丰富的教学相关资讯！" style="width:69.25pt;height:14.3pt" o:oleicon="f" o:ole="">
            <v:imagedata r:id="rId1034" o:title="eqId59e35cf8256272c26989676e3d8b5b8f"/>
          </v:shape>
        </w:pict>
      </w:r>
      <w:r>
        <w:rPr>
          <w:rFonts w:ascii="宋体" w:eastAsia="宋体" w:hAnsi="宋体" w:cs="宋体"/>
          <w:color w:val="000000"/>
        </w:rPr>
        <w:t>改成</w:t>
      </w:r>
      <w:r>
        <w:pict>
          <v:shape id="_x0000_i702348" type="#_x0000_t75" alt="学科网(www.zxxk.com)--教育资源门户，提供试卷、教案、课件、论文、素材以及各类教学资源下载，还有大量而丰富的教学相关资讯！" style="width:133.5pt;height:19.5pt" o:oleicon="f" o:ole="">
            <v:imagedata r:id="rId1035" o:title="eqIdc6d39cbb8d8cd1b9cce1fa56f0ebcc3a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2349" type="#_x0000_t75" alt="学科网(www.zxxk.com)--教育资源门户，提供试卷、教案、课件、论文、素材以及各类教学资源下载，还有大量而丰富的教学相关资讯！" style="width:18.85pt;height:14pt" o:oleicon="f" o:ole="">
            <v:imagedata r:id="rId1036" o:title="eqIdef4113c492885ba7c47fe42ac792578f"/>
          </v:shape>
        </w:pict>
      </w:r>
      <w:r>
        <w:rPr>
          <w:rFonts w:ascii="宋体" w:eastAsia="宋体" w:hAnsi="宋体" w:cs="宋体"/>
          <w:color w:val="000000"/>
        </w:rPr>
        <w:t>平分</w:t>
      </w:r>
      <w:r>
        <w:pict>
          <v:shape id="_x0000_i702350" type="#_x0000_t75" alt="学科网(www.zxxk.com)--教育资源门户，提供试卷、教案、课件、论文、素材以及各类教学资源下载，还有大量而丰富的教学相关资讯！" style="width:40.8pt;height:13.8pt" o:oleicon="f" o:ole="">
            <v:imagedata r:id="rId1037" o:title="eqId27935c1ef4df2d52ac697678a3c8f39d"/>
          </v:shape>
        </w:pict>
      </w:r>
      <w:r>
        <w:rPr>
          <w:rFonts w:ascii="宋体" w:eastAsia="宋体" w:hAnsi="宋体" w:cs="宋体"/>
          <w:color w:val="000000"/>
        </w:rPr>
        <w:t>．若将</w:t>
      </w:r>
      <w:r>
        <w:pict>
          <v:shape id="_x0000_i702351" type="#_x0000_t75" alt="学科网(www.zxxk.com)--教育资源门户，提供试卷、教案、课件、论文、素材以及各类教学资源下载，还有大量而丰富的教学相关资讯！" style="width:66pt;height:14.25pt" o:oleicon="f" o:ole="">
            <v:imagedata r:id="rId1038" o:title="eqId02a88b4abc550df428df7f8ecba215d7"/>
          </v:shape>
        </w:pict>
      </w:r>
      <w:r>
        <w:rPr>
          <w:rFonts w:ascii="宋体" w:eastAsia="宋体" w:hAnsi="宋体" w:cs="宋体"/>
          <w:color w:val="000000"/>
        </w:rPr>
        <w:t>改成</w:t>
      </w:r>
      <w:r>
        <w:pict>
          <v:shape id="_x0000_i702352" type="#_x0000_t75" alt="学科网(www.zxxk.com)--教育资源门户，提供试卷、教案、课件、论文、素材以及各类教学资源下载，还有大量而丰富的教学相关资讯！" style="width:88.5pt;height:13.5pt" o:oleicon="f" o:ole="">
            <v:imagedata r:id="rId1039" o:title="eqId10664db62137da518c360f53dbe1f663"/>
          </v:shape>
        </w:pict>
      </w:r>
      <w:r>
        <w:rPr>
          <w:rFonts w:ascii="宋体" w:eastAsia="宋体" w:hAnsi="宋体" w:cs="宋体"/>
          <w:color w:val="000000"/>
        </w:rPr>
        <w:t>，请直接写出</w:t>
      </w:r>
      <w:r>
        <w:pict>
          <v:shape id="_x0000_i702353" type="#_x0000_t75" alt="学科网(www.zxxk.com)--教育资源门户，提供试卷、教案、课件、论文、素材以及各类教学资源下载，还有大量而丰富的教学相关资讯！" style="width:39.75pt;height:14.25pt" o:oleicon="f" o:ole="">
            <v:imagedata r:id="rId1040" o:title="eqId6d7b2fe01a33c4825f9974ed9663a99c"/>
          </v:shape>
        </w:pict>
      </w:r>
      <w:r>
        <w:rPr>
          <w:rFonts w:ascii="宋体" w:eastAsia="宋体" w:hAnsi="宋体" w:cs="宋体"/>
          <w:color w:val="000000"/>
        </w:rPr>
        <w:t>的度数．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eastAsia="宋体" w:hAnsi="宋体" w:cs="宋体"/>
          <w:color w:val="000000"/>
        </w:rPr>
        <w:t>阅读理解：若数轴上点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所表示的数分别是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，规定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两点之间的距离可表示为两点所表示的数的差的绝对值，如</w:t>
      </w:r>
      <w:r>
        <w:pict>
          <v:shape id="_x0000_i702354" type="#_x0000_t75" alt="学科网(www.zxxk.com)--教育资源门户，提供试卷、教案、课件、论文、素材以及各类教学资源下载，还有大量而丰富的教学相关资讯！" style="width:61.5pt;height:16.5pt" o:oleicon="f" o:ole="">
            <v:imagedata r:id="rId1041" o:title="eqIdefd9ad33302dafe2bfd492d39e7ee195"/>
          </v:shape>
        </w:pict>
      </w:r>
      <w:r>
        <w:rPr>
          <w:rFonts w:ascii="宋体" w:eastAsia="宋体" w:hAnsi="宋体" w:cs="宋体"/>
          <w:color w:val="000000"/>
        </w:rPr>
        <w:t>（或</w:t>
      </w:r>
      <w:r>
        <w:pict>
          <v:shape id="_x0000_i702355" type="#_x0000_t75" alt="学科网(www.zxxk.com)--教育资源门户，提供试卷、教案、课件、论文、素材以及各类教学资源下载，还有大量而丰富的教学相关资讯！" style="width:61.5pt;height:16.5pt" o:oleicon="f" o:ole="">
            <v:imagedata r:id="rId1042" o:title="eqId1df40f9abbfc0650939cf561ad070466"/>
          </v:shape>
        </w:pict>
      </w:r>
      <w:r>
        <w:rPr>
          <w:rFonts w:ascii="宋体" w:eastAsia="宋体" w:hAnsi="宋体" w:cs="宋体"/>
          <w:color w:val="000000"/>
        </w:rPr>
        <w:t>）．若</w:t>
      </w:r>
      <w:r>
        <w:pict>
          <v:shape id="_x0000_i702356" type="#_x0000_t75" alt="学科网(www.zxxk.com)--教育资源门户，提供试卷、教案、课件、论文、素材以及各类教学资源下载，还有大量而丰富的教学相关资讯！" style="width:55pt;height:13.95pt" o:oleicon="f" o:ole="">
            <v:imagedata r:id="rId1043" o:title="eqId3d3976d08e5f9e24e76ce9579c06a8dc"/>
          </v:shape>
        </w:pict>
      </w:r>
      <w:r>
        <w:rPr>
          <w:rFonts w:ascii="宋体" w:eastAsia="宋体" w:hAnsi="宋体" w:cs="宋体"/>
          <w:color w:val="000000"/>
        </w:rPr>
        <w:t>，即</w:t>
      </w:r>
      <w:r>
        <w:pict>
          <v:shape id="_x0000_i702357" type="#_x0000_t75" alt="学科网(www.zxxk.com)--教育资源门户，提供试卷、教案、课件、论文、素材以及各类教学资源下载，还有大量而丰富的教学相关资讯！" style="width:82.2pt;height:16.1pt" o:oleicon="f" o:ole="">
            <v:imagedata r:id="rId1044" o:title="eqIdcc49866eac6cfb9065e8052016d54115"/>
          </v:shape>
        </w:pict>
      </w:r>
      <w:r>
        <w:rPr>
          <w:rFonts w:ascii="宋体" w:eastAsia="宋体" w:hAnsi="宋体" w:cs="宋体"/>
          <w:color w:val="000000"/>
        </w:rPr>
        <w:t>，我们称点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是</w:t>
      </w:r>
      <w:r>
        <w:pict>
          <v:shape id="_x0000_i702358" type="#_x0000_t75" alt="学科网(www.zxxk.com)--教育资源门户，提供试卷、教案、课件、论文、素材以及各类教学资源下载，还有大量而丰富的教学相关资讯！" style="width:30.6pt;height:15.6pt" o:oleicon="f" o:ole="">
            <v:imagedata r:id="rId1045" o:title="eqId8c459528ea57633458a7e7253c5153e1"/>
          </v:shape>
        </w:pict>
      </w:r>
      <w:r>
        <w:rPr>
          <w:rFonts w:ascii="宋体" w:eastAsia="宋体" w:hAnsi="宋体" w:cs="宋体"/>
          <w:color w:val="000000"/>
        </w:rPr>
        <w:t>的“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倍关联点”．若</w:t>
      </w:r>
      <w:r>
        <w:pict>
          <v:shape id="_x0000_i702359" type="#_x0000_t75" alt="学科网(www.zxxk.com)--教育资源门户，提供试卷、教案、课件、论文、素材以及各类教学资源下载，还有大量而丰富的教学相关资讯！" style="width:56pt;height:13.95pt" o:oleicon="f" o:ole="">
            <v:imagedata r:id="rId1046" o:title="eqIde7777a27259d26724229b604df42656c"/>
          </v:shape>
        </w:pict>
      </w:r>
      <w:r>
        <w:rPr>
          <w:rFonts w:ascii="宋体" w:eastAsia="宋体" w:hAnsi="宋体" w:cs="宋体"/>
          <w:color w:val="000000"/>
        </w:rPr>
        <w:t>，即</w:t>
      </w:r>
      <w:r>
        <w:pict>
          <v:shape id="_x0000_i702360" type="#_x0000_t75" alt="学科网(www.zxxk.com)--教育资源门户，提供试卷、教案、课件、论文、素材以及各类教学资源下载，还有大量而丰富的教学相关资讯！" style="width:82.5pt;height:16.5pt" o:oleicon="f" o:ole="">
            <v:imagedata r:id="rId1047" o:title="eqIdf2b927e9cd3f54b8f03f9d2db0a2f7d1"/>
          </v:shape>
        </w:pict>
      </w:r>
      <w:r>
        <w:rPr>
          <w:rFonts w:ascii="宋体" w:eastAsia="宋体" w:hAnsi="宋体" w:cs="宋体"/>
          <w:color w:val="000000"/>
        </w:rPr>
        <w:t>，我们称点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是</w:t>
      </w:r>
      <w:r>
        <w:pict>
          <v:shape id="_x0000_i702361" type="#_x0000_t75" alt="学科网(www.zxxk.com)--教育资源门户，提供试卷、教案、课件、论文、素材以及各类教学资源下载，还有大量而丰富的教学相关资讯！" style="width:30.6pt;height:15.6pt" o:oleicon="f" o:ole="">
            <v:imagedata r:id="rId1048" o:title="eqIdb8e8db1b1d785eb51760af77fb2e3fe0"/>
          </v:shape>
        </w:pict>
      </w:r>
      <w:r>
        <w:rPr>
          <w:rFonts w:ascii="宋体" w:eastAsia="宋体" w:hAnsi="宋体" w:cs="宋体"/>
          <w:color w:val="000000"/>
        </w:rPr>
        <w:t>的“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倍关联点”．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例如：在图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中，点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表示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75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" name=""/>
                    <pic:cNvPicPr>
                      <a:picLocks noChangeAspect="1"/>
                    </pic:cNvPicPr>
                  </pic:nvPicPr>
                  <pic:blipFill>
                    <a:blip r:embed="rId104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数为</w:t>
      </w:r>
      <w:r>
        <w:pict>
          <v:shape id="_x0000_i702362" type="#_x0000_t75" alt="学科网(www.zxxk.com)--教育资源门户，提供试卷、教案、课件、论文、素材以及各类教学资源下载，还有大量而丰富的教学相关资讯！" style="width:15.75pt;height:12.75pt" o:oleicon="f" o:ole="">
            <v:imagedata r:id="rId1050" o:title="eqId274a9dc37509f01c2606fb3086a46f4f"/>
          </v:shape>
        </w:pic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表示的数为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．点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表示的数为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，因为</w:t>
      </w:r>
      <w:r>
        <w:pict>
          <v:shape id="_x0000_i702363" type="#_x0000_t75" alt="学科网(www.zxxk.com)--教育资源门户，提供试卷、教案、课件、论文、素材以及各类教学资源下载，还有大量而丰富的教学相关资讯！" style="width:168pt;height:16.5pt" o:oleicon="f" o:ole="">
            <v:imagedata r:id="rId1051" o:title="eqId8ba1c74f7ff059dd859d66558951dd59"/>
          </v:shape>
        </w:pict>
      </w:r>
      <w:r>
        <w:rPr>
          <w:rFonts w:ascii="宋体" w:eastAsia="宋体" w:hAnsi="宋体" w:cs="宋体"/>
          <w:color w:val="000000"/>
        </w:rPr>
        <w:t>，所以</w:t>
      </w:r>
      <w:r>
        <w:pict>
          <v:shape id="_x0000_i702364" type="#_x0000_t75" alt="学科网(www.zxxk.com)--教育资源门户，提供试卷、教案、课件、论文、素材以及各类教学资源下载，还有大量而丰富的教学相关资讯！" style="width:55pt;height:13.95pt" o:oleicon="f" o:ole="">
            <v:imagedata r:id="rId1052" o:title="eqId3d3976d08e5f9e24e76ce9579c06a8dc"/>
          </v:shape>
        </w:pict>
      </w:r>
      <w:r>
        <w:rPr>
          <w:rFonts w:ascii="宋体" w:eastAsia="宋体" w:hAnsi="宋体" w:cs="宋体"/>
          <w:color w:val="000000"/>
        </w:rPr>
        <w:t>，我们称点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是</w:t>
      </w:r>
      <w:r>
        <w:pict>
          <v:shape id="_x0000_i702365" type="#_x0000_t75" alt="学科网(www.zxxk.com)--教育资源门户，提供试卷、教案、课件、论文、素材以及各类教学资源下载，还有大量而丰富的教学相关资讯！" style="width:30.6pt;height:15.6pt" o:oleicon="f" o:ole="">
            <v:imagedata r:id="rId1053" o:title="eqId8c459528ea57633458a7e7253c5153e1"/>
          </v:shape>
        </w:pict>
      </w:r>
      <w:r>
        <w:rPr>
          <w:rFonts w:ascii="宋体" w:eastAsia="宋体" w:hAnsi="宋体" w:cs="宋体"/>
          <w:color w:val="000000"/>
        </w:rPr>
        <w:t>的“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倍关联点”；又如，点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表示的数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，因为</w:t>
      </w:r>
      <w:r>
        <w:pict>
          <v:shape id="_x0000_i702366" type="#_x0000_t75" alt="学科网(www.zxxk.com)--教育资源门户，提供试卷、教案、课件、论文、素材以及各类教学资源下载，还有大量而丰富的教学相关资讯！" style="width:169.5pt;height:16.5pt" o:oleicon="f" o:ole="">
            <v:imagedata r:id="rId1054" o:title="eqId198e23c1fcbe1581532a485207b10e31"/>
          </v:shape>
        </w:pict>
      </w:r>
      <w:r>
        <w:rPr>
          <w:rFonts w:ascii="宋体" w:eastAsia="宋体" w:hAnsi="宋体" w:cs="宋体"/>
          <w:color w:val="000000"/>
        </w:rPr>
        <w:t>，所以</w:t>
      </w:r>
      <w:r>
        <w:pict>
          <v:shape id="_x0000_i702367" type="#_x0000_t75" alt="学科网(www.zxxk.com)--教育资源门户，提供试卷、教案、课件、论文、素材以及各类教学资源下载，还有大量而丰富的教学相关资讯！" style="width:55.8pt;height:13.2pt" o:oleicon="f" o:ole="">
            <v:imagedata r:id="rId1055" o:title="eqIdf20d76a8922ae0805af17b1ce2188e17"/>
          </v:shape>
        </w:pict>
      </w:r>
      <w:r>
        <w:rPr>
          <w:rFonts w:ascii="宋体" w:eastAsia="宋体" w:hAnsi="宋体" w:cs="宋体"/>
          <w:color w:val="000000"/>
        </w:rPr>
        <w:t>，我们称点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是</w:t>
      </w:r>
      <w:r>
        <w:pict>
          <v:shape id="_x0000_i702368" type="#_x0000_t75" alt="学科网(www.zxxk.com)--教育资源门户，提供试卷、教案、课件、论文、素材以及各类教学资源下载，还有大量而丰富的教学相关资讯！" style="width:30.6pt;height:15.6pt" o:oleicon="f" o:ole="">
            <v:imagedata r:id="rId1056" o:title="eqIdb8e8db1b1d785eb51760af77fb2e3fe0"/>
          </v:shape>
        </w:pict>
      </w:r>
      <w:r>
        <w:rPr>
          <w:rFonts w:ascii="宋体" w:eastAsia="宋体" w:hAnsi="宋体" w:cs="宋体"/>
          <w:color w:val="000000"/>
        </w:rPr>
        <w:t>的“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倍关联点”．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143250" cy="1819275"/>
            <wp:docPr id="175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" name=""/>
                    <pic:cNvPicPr>
                      <a:picLocks noChangeAspect="1"/>
                    </pic:cNvPicPr>
                  </pic:nvPicPr>
                  <pic:blipFill>
                    <a:blip r:embed="rId1057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若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为数轴上两点，点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所表示的数为</w:t>
      </w:r>
      <w:r>
        <w:pict>
          <v:shape id="_x0000_i702369" type="#_x0000_t75" alt="学科网(www.zxxk.com)--教育资源门户，提供试卷、教案、课件、论文、素材以及各类教学资源下载，还有大量而丰富的教学相关资讯！" style="width:16.05pt;height:13.9pt" o:oleicon="f" o:ole="">
            <v:imagedata r:id="rId1058" o:title="eqId81fb134b2b48acc99213fff6ccfee65f"/>
          </v:shape>
        </w:pic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所表示的数为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①在数</w:t>
      </w:r>
      <w:r>
        <w:pict>
          <v:shape id="_x0000_i702370" type="#_x0000_t75" alt="学科网(www.zxxk.com)--教育资源门户，提供试卷、教案、课件、论文、素材以及各类教学资源下载，还有大量而丰富的教学相关资讯！" style="width:16.05pt;height:13.9pt" o:oleicon="f" o:ole="">
            <v:imagedata r:id="rId1059" o:title="eqId81fb134b2b48acc99213fff6ccfee65f"/>
          </v:shape>
        </w:pict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之间，数</w:t>
      </w:r>
      <w:r>
        <w:rPr>
          <w:rFonts w:ascii="Times New Roman" w:eastAsia="Times New Roman" w:hAnsi="Times New Roman" w:cs="Times New Roman"/>
          <w:color w:val="000000"/>
        </w:rPr>
        <w:t>____________</w:t>
      </w:r>
      <w:r>
        <w:rPr>
          <w:rFonts w:ascii="宋体" w:eastAsia="宋体" w:hAnsi="宋体" w:cs="宋体"/>
          <w:color w:val="000000"/>
        </w:rPr>
        <w:t>所表示的点是</w:t>
      </w:r>
      <w:r>
        <w:pict>
          <v:shape id="_x0000_i702371" type="#_x0000_t75" alt="学科网(www.zxxk.com)--教育资源门户，提供试卷、教案、课件、论文、素材以及各类教学资源下载，还有大量而丰富的教学相关资讯！" style="width:38.4pt;height:20.4pt" o:oleicon="f" o:ole="">
            <v:imagedata r:id="rId1060" o:title="eqId85c9635c58e5df20634af8f685475809"/>
          </v:shape>
        </w:pict>
      </w:r>
      <w:r>
        <w:rPr>
          <w:rFonts w:ascii="宋体" w:eastAsia="宋体" w:hAnsi="宋体" w:cs="宋体"/>
          <w:color w:val="000000"/>
        </w:rPr>
        <w:t>的“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倍关联点”；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②在数轴上，数</w:t>
      </w:r>
      <w:r>
        <w:rPr>
          <w:rFonts w:ascii="Times New Roman" w:eastAsia="Times New Roman" w:hAnsi="Times New Roman" w:cs="Times New Roman"/>
          <w:color w:val="000000"/>
        </w:rPr>
        <w:t>____________</w:t>
      </w:r>
      <w:r>
        <w:rPr>
          <w:rFonts w:ascii="宋体" w:eastAsia="宋体" w:hAnsi="宋体" w:cs="宋体"/>
          <w:color w:val="000000"/>
        </w:rPr>
        <w:t>所表示的点是</w:t>
      </w:r>
      <w:r>
        <w:pict>
          <v:shape id="_x0000_i702372" type="#_x0000_t75" alt="学科网(www.zxxk.com)--教育资源门户，提供试卷、教案、课件、论文、素材以及各类教学资源下载，还有大量而丰富的教学相关资讯！" style="width:38.25pt;height:20.25pt" o:oleicon="f" o:ole="">
            <v:imagedata r:id="rId1061" o:title="eqId17636259a23b46606c57c4eb601d31d4"/>
          </v:shape>
        </w:pict>
      </w:r>
      <w:r>
        <w:rPr>
          <w:rFonts w:ascii="宋体" w:eastAsia="宋体" w:hAnsi="宋体" w:cs="宋体"/>
          <w:color w:val="000000"/>
        </w:rPr>
        <w:t>的“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倍关联点”；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为数轴上两点，点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所表示的数为</w:t>
      </w:r>
      <w:r>
        <w:pict>
          <v:shape id="_x0000_i702373" type="#_x0000_t75" alt="学科网(www.zxxk.com)--教育资源门户，提供试卷、教案、课件、论文、素材以及各类教学资源下载，还有大量而丰富的教学相关资讯！" style="width:22pt;height:13.95pt" o:oleicon="f" o:ole="">
            <v:imagedata r:id="rId1062" o:title="eqId5f86b86a6ccdf2c077d195db7bc380ea"/>
          </v:shape>
        </w:pic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所表示的数为</w:t>
      </w:r>
      <w:r>
        <w:rPr>
          <w:rFonts w:ascii="Times New Roman" w:eastAsia="Times New Roman" w:hAnsi="Times New Roman" w:cs="Times New Roman"/>
          <w:color w:val="000000"/>
        </w:rPr>
        <w:t>50</w:t>
      </w:r>
      <w:r>
        <w:rPr>
          <w:rFonts w:ascii="宋体" w:eastAsia="宋体" w:hAnsi="宋体" w:cs="宋体"/>
          <w:color w:val="000000"/>
        </w:rPr>
        <w:t>．现有一只电子蚂蚁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从点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出发，以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个单位每秒的速度向左运动，到达点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停止，运动时间为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宋体" w:eastAsia="宋体" w:hAnsi="宋体" w:cs="宋体"/>
          <w:color w:val="000000"/>
        </w:rPr>
        <w:t>秒；同时另一只电子蚂蚁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从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点的位置开始，以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个单位每秒的速度向右运动，并与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同时停止．若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是</w:t>
      </w:r>
      <w:r>
        <w:pict>
          <v:shape id="_x0000_i702374" type="#_x0000_t75" alt="学科网(www.zxxk.com)--教育资源门户，提供试卷、教案、课件、论文、素材以及各类教学资源下载，还有大量而丰富的教学相关资讯！" style="width:32pt;height:20pt" o:oleicon="f" o:ole="">
            <v:imagedata r:id="rId1063" o:title="eqId28fd4d7e4047dc21e67681f259162e06"/>
          </v:shape>
        </w:pict>
      </w:r>
      <w:r>
        <w:rPr>
          <w:rFonts w:ascii="宋体" w:eastAsia="宋体" w:hAnsi="宋体" w:cs="宋体"/>
          <w:color w:val="000000"/>
        </w:rPr>
        <w:t>的“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倍关联点”，求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宋体" w:eastAsia="宋体" w:hAnsi="宋体" w:cs="宋体"/>
          <w:color w:val="000000"/>
        </w:rPr>
        <w:t>的值；</w:t>
      </w:r>
    </w:p>
    <w:p>
      <w:pPr>
        <w:spacing w:line="360" w:lineRule="auto"/>
        <w:jc w:val="left"/>
        <w:textAlignment w:val="center"/>
        <w:rPr>
          <w:color w:val="000000"/>
        </w:rPr>
        <w:sectPr w:rsidSect="00C321EB">
          <w:pgSz w:w="11906" w:h="16838"/>
          <w:pgMar w:top="910" w:right="1080" w:bottom="1440" w:left="1080" w:header="152" w:footer="0" w:gutter="0"/>
          <w:cols w:space="720"/>
          <w:docGrid w:type="lines" w:linePitch="312"/>
        </w:sect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在（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）的条件下，若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中恰有一个点为其余两个点的“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倍关联点”，直接写出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宋体" w:eastAsia="宋体" w:hAnsi="宋体" w:cs="宋体"/>
          <w:color w:val="000000"/>
        </w:rPr>
        <w:t>的值．</w:t>
      </w:r>
    </w:p>
    <w:p>
      <w:pPr>
        <w:pStyle w:val="Heading2"/>
      </w:pPr>
      <w:r>
        <w:t>房山区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已知：如图，</w:t>
      </w:r>
      <w:r>
        <w:pict>
          <v:shape id="_x0000_i702375" type="#_x0000_t75" alt="学科网(www.zxxk.com)--教育资源门户，提供试卷、教案、课件、论文、素材以及各类教学资源下载，还有大量而丰富的教学相关资讯！" style="width:20.75pt;height:14.55pt" o:oleicon="f" o:ole="">
            <v:imagedata r:id="rId1064" o:title="eqId683c590673eece14fea3319c4fd5eb55"/>
          </v:shape>
        </w:pict>
      </w:r>
      <w:r>
        <w:rPr>
          <w:rFonts w:ascii="宋体" w:eastAsia="宋体" w:hAnsi="宋体" w:cs="宋体"/>
          <w:color w:val="000000"/>
        </w:rPr>
        <w:t>是</w:t>
      </w:r>
      <w:r>
        <w:pict>
          <v:shape id="_x0000_i702376" type="#_x0000_t75" alt="学科网(www.zxxk.com)--教育资源门户，提供试卷、教案、课件、论文、素材以及各类教学资源下载，还有大量而丰富的教学相关资讯！" style="width:40.6pt;height:14.4pt" o:oleicon="f" o:ole="">
            <v:imagedata r:id="rId1065" o:title="eqId9fed1f57a835af4e9022e27603d12d31"/>
          </v:shape>
        </w:pict>
      </w:r>
      <w:r>
        <w:rPr>
          <w:rFonts w:ascii="宋体" w:eastAsia="宋体" w:hAnsi="宋体" w:cs="宋体"/>
          <w:color w:val="000000"/>
        </w:rPr>
        <w:t>的角平分线，</w:t>
      </w:r>
      <w:r>
        <w:pict>
          <v:shape id="_x0000_i702377" type="#_x0000_t75" alt="学科网(www.zxxk.com)--教育资源门户，提供试卷、教案、课件、论文、素材以及各类教学资源下载，还有大量而丰富的教学相关资讯！" style="width:20.4pt;height:14.4pt" o:oleicon="f" o:ole="">
            <v:imagedata r:id="rId1066" o:title="eqIda299d2b999568e80be8005565ba209a4"/>
          </v:shape>
        </w:pict>
      </w:r>
      <w:r>
        <w:rPr>
          <w:rFonts w:ascii="宋体" w:eastAsia="宋体" w:hAnsi="宋体" w:cs="宋体"/>
          <w:color w:val="000000"/>
        </w:rPr>
        <w:t>是</w:t>
      </w:r>
      <w:r>
        <w:pict>
          <v:shape id="_x0000_i702378" type="#_x0000_t75" alt="学科网(www.zxxk.com)--教育资源门户，提供试卷、教案、课件、论文、素材以及各类教学资源下载，还有大量而丰富的教学相关资讯！" style="width:39.75pt;height:14.25pt" o:oleicon="f" o:ole="">
            <v:imagedata r:id="rId1067" o:title="eqIdd22df2977de56cc69be0c1e847653d7a"/>
          </v:shape>
        </w:pict>
      </w:r>
      <w:r>
        <w:rPr>
          <w:rFonts w:ascii="宋体" w:eastAsia="宋体" w:hAnsi="宋体" w:cs="宋体"/>
          <w:color w:val="000000"/>
        </w:rPr>
        <w:t>的角平分线，</w:t>
      </w:r>
      <w:r>
        <w:pict>
          <v:shape id="_x0000_i702379" type="#_x0000_t75" alt="学科网(www.zxxk.com)--教育资源门户，提供试卷、教案、课件、论文、素材以及各类教学资源下载，还有大量而丰富的教学相关资讯！" style="width:65.4pt;height:14.4pt" o:oleicon="f" o:ole="">
            <v:imagedata r:id="rId1068" o:title="eqIddc1eb76fe74cba30f7cbcde349ba80da"/>
          </v:shape>
        </w:pict>
      </w:r>
      <w:r>
        <w:rPr>
          <w:rFonts w:ascii="宋体" w:eastAsia="宋体" w:hAnsi="宋体" w:cs="宋体"/>
          <w:color w:val="000000"/>
        </w:rPr>
        <w:t>，求</w:t>
      </w:r>
      <w:r>
        <w:pict>
          <v:shape id="_x0000_i702380" type="#_x0000_t75" alt="学科网(www.zxxk.com)--教育资源门户，提供试卷、教案、课件、论文、素材以及各类教学资源下载，还有大量而丰富的教学相关资讯！" style="width:38pt;height:13.95pt" o:oleicon="f" o:ole="">
            <v:imagedata r:id="rId1069" o:title="eqId4cbee6d5731d6f4bb1e4f2ba3d89b7dc"/>
          </v:shape>
        </w:pict>
      </w:r>
      <w:r>
        <w:rPr>
          <w:rFonts w:ascii="宋体" w:eastAsia="宋体" w:hAnsi="宋体" w:cs="宋体"/>
          <w:color w:val="000000"/>
        </w:rPr>
        <w:t>的度数．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71650" cy="2066925"/>
            <wp:docPr id="175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" name=""/>
                    <pic:cNvPicPr>
                      <a:picLocks noChangeAspect="1"/>
                    </pic:cNvPicPr>
                  </pic:nvPicPr>
                  <pic:blipFill>
                    <a:blip r:embed="rId1070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eastAsia="宋体" w:hAnsi="宋体" w:cs="宋体"/>
          <w:color w:val="000000"/>
        </w:rPr>
        <w:t>已知数轴上三点</w:t>
      </w:r>
      <w:r>
        <w:pict>
          <v:shape id="_x0000_i702381" type="#_x0000_t75" alt="学科网(www.zxxk.com)--教育资源门户，提供试卷、教案、课件、论文、素材以及各类教学资源下载，还有大量而丰富的教学相关资讯！" style="width:54.75pt;height:15pt" o:oleicon="f" o:ole="">
            <v:imagedata r:id="rId1071" o:title="eqId6df3ed90243613c903a422b295d99ec3"/>
          </v:shape>
        </w:pict>
      </w:r>
      <w:r>
        <w:rPr>
          <w:rFonts w:ascii="宋体" w:eastAsia="宋体" w:hAnsi="宋体" w:cs="宋体"/>
          <w:color w:val="000000"/>
        </w:rPr>
        <w:t>对应的数分别为</w:t>
      </w:r>
      <w:r>
        <w:pict>
          <v:shape id="_x0000_i702382" type="#_x0000_t75" alt="学科网(www.zxxk.com)--教育资源门户，提供试卷、教案、课件、论文、素材以及各类教学资源下载，还有大量而丰富的教学相关资讯！" style="width:16.05pt;height:13.9pt" o:oleicon="f" o:ole="">
            <v:imagedata r:id="rId1072" o:title="eqId81fb134b2b48acc99213fff6ccfee65f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2383" type="#_x0000_t75" alt="学科网(www.zxxk.com)--教育资源门户，提供试卷、教案、课件、论文、素材以及各类教学资源下载，还有大量而丰富的教学相关资讯！" style="width:9pt;height:12.75pt" o:oleicon="f" o:ole="">
            <v:imagedata r:id="rId1073" o:title="eqIdc95b6be4554f03bf496092f1acdfbb89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2384" type="#_x0000_t75" alt="学科网(www.zxxk.com)--教育资源门户，提供试卷、教案、课件、论文、素材以及各类教学资源下载，还有大量而丰富的教学相关资讯！" style="width:6.95pt;height:13pt" o:oleicon="f" o:ole="">
            <v:imagedata r:id="rId1074" o:title="eqIdbdaa19de263700a15fcf213d64a8cd57"/>
          </v:shape>
        </w:pict>
      </w:r>
      <w:r>
        <w:rPr>
          <w:rFonts w:ascii="宋体" w:eastAsia="宋体" w:hAnsi="宋体" w:cs="宋体"/>
          <w:color w:val="000000"/>
        </w:rPr>
        <w:t>，点</w:t>
      </w:r>
      <w:r>
        <w:pict>
          <v:shape id="_x0000_i702385" type="#_x0000_t75" alt="学科网(www.zxxk.com)--教育资源门户，提供试卷、教案、课件、论文、素材以及各类教学资源下载，还有大量而丰富的教学相关资讯！" style="width:11.25pt;height:12pt" o:oleicon="f" o:ole="">
            <v:imagedata r:id="rId1075" o:title="eqIddad2a36927223bd70f426ba06aea4b45"/>
          </v:shape>
        </w:pict>
      </w:r>
      <w:r>
        <w:rPr>
          <w:rFonts w:ascii="宋体" w:eastAsia="宋体" w:hAnsi="宋体" w:cs="宋体"/>
          <w:color w:val="000000"/>
        </w:rPr>
        <w:t>为数轴上任意一点，其对应的数为</w:t>
      </w:r>
      <w:r>
        <w:pict>
          <v:shape id="_x0000_i702386" type="#_x0000_t75" alt="学科网(www.zxxk.com)--教育资源门户，提供试卷、教案、课件、论文、素材以及各类教学资源下载，还有大量而丰富的教学相关资讯！" style="width:9pt;height:9.75pt" o:oleicon="f" o:ole="">
            <v:imagedata r:id="rId1076" o:title="eqId81dea63b8ce3e51adf66cf7b9982a248"/>
          </v:shape>
        </w:pi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295650" cy="428625"/>
            <wp:docPr id="175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" name=""/>
                    <pic:cNvPicPr>
                      <a:picLocks noChangeAspect="1"/>
                    </pic:cNvPicPr>
                  </pic:nvPicPr>
                  <pic:blipFill>
                    <a:blip r:embed="rId1077"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若</w:t>
      </w:r>
      <w:r>
        <w:pict>
          <v:shape id="_x0000_i702387" type="#_x0000_t75" alt="学科网(www.zxxk.com)--教育资源门户，提供试卷、教案、课件、论文、素材以及各类教学资源下载，还有大量而丰富的教学相关资讯！" style="width:32.25pt;height:14.25pt" o:oleicon="f" o:ole="">
            <v:imagedata r:id="rId1078" o:title="eqIdef00713e73b8357cc7900144f5505bc6"/>
          </v:shape>
        </w:pict>
      </w:r>
      <w:r>
        <w:rPr>
          <w:rFonts w:ascii="宋体" w:eastAsia="宋体" w:hAnsi="宋体" w:cs="宋体"/>
          <w:color w:val="000000"/>
        </w:rPr>
        <w:t>，则点</w:t>
      </w:r>
      <w:r>
        <w:pict>
          <v:shape id="_x0000_i702388" type="#_x0000_t75" alt="学科网(www.zxxk.com)--教育资源门户，提供试卷、教案、课件、论文、素材以及各类教学资源下载，还有大量而丰富的教学相关资讯！" style="width:11.25pt;height:12pt" o:oleicon="f" o:ole="">
            <v:imagedata r:id="rId1079" o:title="eqIddad2a36927223bd70f426ba06aea4b45"/>
          </v:shape>
        </w:pict>
      </w:r>
      <w:r>
        <w:rPr>
          <w:rFonts w:ascii="宋体" w:eastAsia="宋体" w:hAnsi="宋体" w:cs="宋体"/>
          <w:color w:val="000000"/>
        </w:rPr>
        <w:t>到点</w:t>
      </w:r>
      <w:r>
        <w:pict>
          <v:shape id="_x0000_i702389" type="#_x0000_t75" alt="学科网(www.zxxk.com)--教育资源门户，提供试卷、教案、课件、论文、素材以及各类教学资源下载，还有大量而丰富的教学相关资讯！" style="width:14.25pt;height:10.5pt" o:oleicon="f" o:ole="">
            <v:imagedata r:id="rId1080" o:title="eqIdac047e91852b91af639feec23a9598b2"/>
          </v:shape>
        </w:pict>
      </w:r>
      <w:r>
        <w:rPr>
          <w:rFonts w:ascii="宋体" w:eastAsia="宋体" w:hAnsi="宋体" w:cs="宋体"/>
          <w:color w:val="000000"/>
        </w:rPr>
        <w:t>的距离是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</w:t>
      </w:r>
      <w:r>
        <w:pict>
          <v:shape id="_x0000_i702390" type="#_x0000_t75" alt="学科网(www.zxxk.com)--教育资源门户，提供试卷、教案、课件、论文、素材以及各类教学资源下载，还有大量而丰富的教学相关资讯！" style="width:24.75pt;height:12.75pt" o:oleicon="f" o:ole="">
            <v:imagedata r:id="rId1081" o:title="eqId707ea658f3a9359f5740d5aab48f7948"/>
          </v:shape>
        </w:pict>
      </w:r>
      <w:r>
        <w:rPr>
          <w:rFonts w:ascii="宋体" w:eastAsia="宋体" w:hAnsi="宋体" w:cs="宋体"/>
          <w:color w:val="000000"/>
        </w:rPr>
        <w:t>，则点</w:t>
      </w:r>
      <w:r>
        <w:pict>
          <v:shape id="_x0000_i702391" type="#_x0000_t75" alt="学科网(www.zxxk.com)--教育资源门户，提供试卷、教案、课件、论文、素材以及各类教学资源下载，还有大量而丰富的教学相关资讯！" style="width:11.25pt;height:12pt" o:oleicon="f" o:ole="">
            <v:imagedata r:id="rId1082" o:title="eqIddad2a36927223bd70f426ba06aea4b45"/>
          </v:shape>
        </w:pict>
      </w:r>
      <w:r>
        <w:rPr>
          <w:rFonts w:ascii="宋体" w:eastAsia="宋体" w:hAnsi="宋体" w:cs="宋体"/>
          <w:color w:val="000000"/>
        </w:rPr>
        <w:t>到点</w:t>
      </w:r>
      <w:r>
        <w:pict>
          <v:shape id="_x0000_i702392" type="#_x0000_t75" alt="学科网(www.zxxk.com)--教育资源门户，提供试卷、教案、课件、论文、素材以及各类教学资源下载，还有大量而丰富的教学相关资讯！" style="width:14.25pt;height:10.5pt" o:oleicon="f" o:ole="">
            <v:imagedata r:id="rId1083" o:title="eqIdac047e91852b91af639feec23a9598b2"/>
          </v:shape>
        </w:pict>
      </w:r>
      <w:r>
        <w:rPr>
          <w:rFonts w:ascii="宋体" w:eastAsia="宋体" w:hAnsi="宋体" w:cs="宋体"/>
          <w:color w:val="000000"/>
        </w:rPr>
        <w:t>，点</w:t>
      </w:r>
      <w:r>
        <w:pict>
          <v:shape id="_x0000_i702393" type="#_x0000_t75" alt="学科网(www.zxxk.com)--教育资源门户，提供试卷、教案、课件、论文、素材以及各类教学资源下载，还有大量而丰富的教学相关资讯！" style="width:14.25pt;height:14.25pt" o:oleicon="f" o:ole="">
            <v:imagedata r:id="rId1084" o:title="eqId54a5d7d3b6b63fe5c24c3907b7a8eaa3"/>
          </v:shape>
        </w:pict>
      </w:r>
      <w:r>
        <w:rPr>
          <w:rFonts w:ascii="宋体" w:eastAsia="宋体" w:hAnsi="宋体" w:cs="宋体"/>
          <w:color w:val="000000"/>
        </w:rPr>
        <w:t>的距离之和是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  <w:sectPr w:rsidSect="00C321EB">
          <w:pgSz w:w="11906" w:h="16838"/>
          <w:pgMar w:top="910" w:right="1080" w:bottom="1440" w:left="1080" w:header="152" w:footer="0" w:gutter="0"/>
          <w:cols w:space="720"/>
          <w:docGrid w:type="lines" w:linePitch="312"/>
        </w:sect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数轴上是否存在点</w:t>
      </w:r>
      <w:r>
        <w:pict>
          <v:shape id="_x0000_i702394" type="#_x0000_t75" alt="学科网(www.zxxk.com)--教育资源门户，提供试卷、教案、课件、论文、素材以及各类教学资源下载，还有大量而丰富的教学相关资讯！" style="width:11.25pt;height:12pt" o:oleicon="f" o:ole="">
            <v:imagedata r:id="rId1086" o:title="eqIddad2a36927223bd70f426ba06aea4b45"/>
          </v:shape>
        </w:pict>
      </w:r>
      <w:r>
        <w:rPr>
          <w:rFonts w:ascii="宋体" w:eastAsia="宋体" w:hAnsi="宋体" w:cs="宋体"/>
          <w:color w:val="000000"/>
        </w:rPr>
        <w:t>，使点</w:t>
      </w:r>
      <w:r>
        <w:pict>
          <v:shape id="_x0000_i702395" type="#_x0000_t75" alt="学科网(www.zxxk.com)--教育资源门户，提供试卷、教案、课件、论文、素材以及各类教学资源下载，还有大量而丰富的教学相关资讯！" style="width:11.25pt;height:12pt" o:oleicon="f" o:ole="">
            <v:imagedata r:id="rId1086" o:title="eqIddad2a36927223bd70f426ba06aea4b45"/>
          </v:shape>
        </w:pict>
      </w:r>
      <w:r>
        <w:rPr>
          <w:rFonts w:ascii="宋体" w:eastAsia="宋体" w:hAnsi="宋体" w:cs="宋体"/>
          <w:color w:val="000000"/>
        </w:rPr>
        <w:t>到点</w:t>
      </w:r>
      <w:r>
        <w:pict>
          <v:shape id="_x0000_i702396" type="#_x0000_t75" alt="学科网(www.zxxk.com)--教育资源门户，提供试卷、教案、课件、论文、素材以及各类教学资源下载，还有大量而丰富的教学相关资讯！" style="width:14.25pt;height:10.5pt" o:oleicon="f" o:ole="">
            <v:imagedata r:id="rId1087" o:title="eqIdac047e91852b91af639feec23a9598b2"/>
          </v:shape>
        </w:pict>
      </w:r>
      <w:r>
        <w:rPr>
          <w:rFonts w:ascii="宋体" w:eastAsia="宋体" w:hAnsi="宋体" w:cs="宋体"/>
          <w:color w:val="000000"/>
        </w:rPr>
        <w:t>，点</w:t>
      </w:r>
      <w:r>
        <w:pict>
          <v:shape id="_x0000_i702397" type="#_x0000_t75" alt="学科网(www.zxxk.com)--教育资源门户，提供试卷、教案、课件、论文、素材以及各类教学资源下载，还有大量而丰富的教学相关资讯！" style="width:14.25pt;height:14.25pt" o:oleicon="f" o:ole="">
            <v:imagedata r:id="rId1088" o:title="eqId54a5d7d3b6b63fe5c24c3907b7a8eaa3"/>
          </v:shape>
        </w:pi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76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" name=""/>
                    <pic:cNvPicPr>
                      <a:picLocks noChangeAspect="1"/>
                    </pic:cNvPicPr>
                  </pic:nvPicPr>
                  <pic:blipFill>
                    <a:blip r:embed="rId1085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距离之和是</w:t>
      </w:r>
      <w:r>
        <w:pict>
          <v:shape id="_x0000_i702398" type="#_x0000_t75" alt="学科网(www.zxxk.com)--教育资源门户，提供试卷、教案、课件、论文、素材以及各类教学资源下载，还有大量而丰富的教学相关资讯！" style="width:9.25pt;height:14.2pt" o:oleicon="f" o:ole="">
            <v:imagedata r:id="rId1089" o:title="eqIdd91e07104b699c4012be2d26160976a2"/>
          </v:shape>
        </w:pict>
      </w:r>
      <w:r>
        <w:rPr>
          <w:rFonts w:ascii="宋体" w:eastAsia="宋体" w:hAnsi="宋体" w:cs="宋体"/>
          <w:color w:val="000000"/>
        </w:rPr>
        <w:t>？若存在，请求出</w:t>
      </w:r>
      <w:r>
        <w:pict>
          <v:shape id="_x0000_i702399" type="#_x0000_t75" alt="学科网(www.zxxk.com)--教育资源门户，提供试卷、教案、课件、论文、素材以及各类教学资源下载，还有大量而丰富的教学相关资讯！" style="width:9pt;height:9.75pt" o:oleicon="f" o:ole="">
            <v:imagedata r:id="rId1090" o:title="eqId81dea63b8ce3e51adf66cf7b9982a248"/>
          </v:shape>
        </w:pict>
      </w:r>
      <w:r>
        <w:rPr>
          <w:rFonts w:ascii="宋体" w:eastAsia="宋体" w:hAnsi="宋体" w:cs="宋体"/>
          <w:color w:val="000000"/>
        </w:rPr>
        <w:t>的值；若不存在，请说明理由．</w:t>
      </w:r>
    </w:p>
    <w:p>
      <w:pPr>
        <w:pStyle w:val="Heading2"/>
      </w:pPr>
      <w:r>
        <w:t>昌平区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eastAsia="宋体" w:hAnsi="宋体" w:cs="宋体"/>
          <w:color w:val="000000"/>
        </w:rPr>
        <w:t>在学习数轴时发现：若点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表示的数分别为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2400" type="#_x0000_t75" alt="学科网(www.zxxk.com)--教育资源门户，提供试卷、教案、课件、论文、素材以及各类教学资源下载，还有大量而丰富的教学相关资讯！" style="width:12pt;height:10.5pt" o:oleicon="f" o:ole="">
            <v:imagedata r:id="rId1091" o:title="eqIdacbc6a613224461ade69362d46550474"/>
          </v:shape>
        </w:pict>
      </w:r>
      <w:r>
        <w:rPr>
          <w:rFonts w:ascii="宋体" w:eastAsia="宋体" w:hAnsi="宋体" w:cs="宋体"/>
          <w:color w:val="000000"/>
        </w:rPr>
        <w:t>，则线段</w:t>
      </w:r>
      <w:r>
        <w:rPr>
          <w:rFonts w:ascii="Times New Roman" w:eastAsia="Times New Roman" w:hAnsi="Times New Roman" w:cs="Times New Roman"/>
          <w:i/>
          <w:color w:val="000000"/>
        </w:rPr>
        <w:t>AB</w:t>
      </w:r>
      <w:r>
        <w:rPr>
          <w:rFonts w:ascii="宋体" w:eastAsia="宋体" w:hAnsi="宋体" w:cs="宋体"/>
          <w:color w:val="000000"/>
        </w:rPr>
        <w:t>的长度可以通过计算</w:t>
      </w:r>
      <w:r>
        <w:pict>
          <v:shape id="_x0000_i702401" type="#_x0000_t75" alt="学科网(www.zxxk.com)--教育资源门户，提供试卷、教案、课件、论文、素材以及各类教学资源下载，还有大量而丰富的教学相关资讯！" style="width:57pt;height:15.75pt" o:oleicon="f" o:ole="">
            <v:imagedata r:id="rId1092" o:title="eqIda61b16dd983484476f730a68c902fd2f"/>
          </v:shape>
        </w:pict>
      </w:r>
      <w:r>
        <w:rPr>
          <w:rFonts w:ascii="宋体" w:eastAsia="宋体" w:hAnsi="宋体" w:cs="宋体"/>
          <w:color w:val="000000"/>
        </w:rPr>
        <w:t>得到．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【初步探究】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如果设数轴上两点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表示的数分别为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2402" type="#_x0000_t75" alt="学科网(www.zxxk.com)--教育资源门户，提供试卷、教案、课件、论文、素材以及各类教学资源下载，还有大量而丰富的教学相关资讯！" style="width:34pt;height:13.95pt" o:oleicon="f" o:ole="">
            <v:imagedata r:id="rId1093" o:title="eqId73fc8e5c308d7cb6af6109b9f9ccada3"/>
          </v:shape>
        </w:pict>
      </w:r>
      <w:r>
        <w:rPr>
          <w:rFonts w:ascii="宋体" w:eastAsia="宋体" w:hAnsi="宋体" w:cs="宋体"/>
          <w:color w:val="000000"/>
        </w:rPr>
        <w:t>，当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取如下的一些值时，那么线段</w:t>
      </w:r>
      <w:r>
        <w:rPr>
          <w:rFonts w:ascii="Times New Roman" w:eastAsia="Times New Roman" w:hAnsi="Times New Roman" w:cs="Times New Roman"/>
          <w:i/>
          <w:color w:val="000000"/>
        </w:rPr>
        <w:t>AB</w:t>
      </w:r>
      <w:r>
        <w:rPr>
          <w:rFonts w:ascii="宋体" w:eastAsia="宋体" w:hAnsi="宋体" w:cs="宋体"/>
          <w:color w:val="000000"/>
        </w:rPr>
        <w:t>的对应长度如下表：</w:t>
      </w: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159"/>
        <w:gridCol w:w="481"/>
        <w:gridCol w:w="376"/>
        <w:gridCol w:w="534"/>
        <w:gridCol w:w="376"/>
        <w:gridCol w:w="376"/>
        <w:gridCol w:w="376"/>
        <w:gridCol w:w="534"/>
        <w:gridCol w:w="376"/>
        <w:gridCol w:w="481"/>
      </w:tblGrid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33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x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pict>
                <v:shape id="_x0000_i702403" type="#_x0000_t75" alt="学科网(www.zxxk.com)--教育资源门户，提供试卷、教案、课件、论文、素材以及各类教学资源下载，还有大量而丰富的教学相关资讯！" style="width:15.75pt;height:12.75pt" o:oleicon="f" o:ole="">
                  <v:imagedata r:id="rId1094" o:title="eqId274a9dc37509f01c2606fb3086a46f4f"/>
                </v:shape>
              </w:pi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pict>
                <v:shape id="_x0000_i702404" type="#_x0000_t75" alt="学科网(www.zxxk.com)--教育资源门户，提供试卷、教案、课件、论文、素材以及各类教学资源下载，还有大量而丰富的教学相关资讯！" style="width:24.75pt;height:13.5pt" o:oleicon="f" o:ole="">
                  <v:imagedata r:id="rId1095" o:title="eqId529709040fa0a98ce729428f6cec8db8"/>
                </v:shape>
              </w:pi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</w:t>
            </w:r>
          </w:p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33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pict>
                <v:shape id="_x0000_i702405" type="#_x0000_t75" alt="学科网(www.zxxk.com)--教育资源门户，提供试卷、教案、课件、论文、素材以及各类教学资源下载，还有大量而丰富的教学相关资讯！" style="width:34pt;height:13.95pt" o:oleicon="f" o:ole="">
                  <v:imagedata r:id="rId1096" o:title="eqId73fc8e5c308d7cb6af6109b9f9ccada3"/>
                </v:shape>
              </w:pi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pict>
                <v:shape id="_x0000_i702406" type="#_x0000_t75" alt="学科网(www.zxxk.com)--教育资源门户，提供试卷、教案、课件、论文、素材以及各类教学资源下载，还有大量而丰富的教学相关资讯！" style="width:24.75pt;height:13.5pt" o:oleicon="f" o:ole="">
                  <v:imagedata r:id="rId1095" o:title="eqId529709040fa0a98ce729428f6cec8db8"/>
                </v:shape>
              </w:pi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pict>
                <v:shape id="_x0000_i702407" type="#_x0000_t75" alt="学科网(www.zxxk.com)--教育资源门户，提供试卷、教案、课件、论文、素材以及各类教学资源下载，还有大量而丰富的教学相关资讯！" style="width:15.75pt;height:12.75pt" o:oleicon="f" o:ole="">
                  <v:imagedata r:id="rId1094" o:title="eqId274a9dc37509f01c2606fb3086a46f4f"/>
                </v:shape>
              </w:pi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</w:t>
            </w:r>
          </w:p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33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AB</w:t>
            </w:r>
            <w:r>
              <w:rPr>
                <w:rFonts w:ascii="宋体" w:eastAsia="宋体" w:hAnsi="宋体" w:cs="宋体"/>
                <w:color w:val="000000"/>
              </w:rPr>
              <w:t>的长度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</w: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观察上表，结合数轴，回答下列问题：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）若点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重合，则</w:t>
      </w:r>
      <w:r>
        <w:pict>
          <v:shape id="_x0000_i702408" type="#_x0000_t75" alt="学科网(www.zxxk.com)--教育资源门户，提供试卷、教案、课件、论文、素材以及各类教学资源下载，还有大量而丰富的教学相关资讯！" style="width:18.75pt;height:11.25pt" o:oleicon="f" o:ole="">
            <v:imagedata r:id="rId1097" o:title="eqId4ec0618ae3a4fde6d6220010af229b9a"/>
          </v:shape>
        </w:pict>
      </w:r>
      <w:r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；若</w:t>
      </w:r>
      <w:r>
        <w:pict>
          <v:shape id="_x0000_i702409" type="#_x0000_t75" alt="学科网(www.zxxk.com)--教育资源门户，提供试卷、教案、课件、论文、素材以及各类教学资源下载，还有大量而丰富的教学相关资讯！" style="width:28.2pt;height:13.2pt" o:oleicon="f" o:ole="">
            <v:imagedata r:id="rId1098" o:title="eqIdc2c9d44deafbbbb631c4c0db884c8874"/>
          </v:shape>
        </w:pict>
      </w:r>
      <w:r>
        <w:rPr>
          <w:rFonts w:ascii="宋体" w:eastAsia="宋体" w:hAnsi="宋体" w:cs="宋体"/>
          <w:color w:val="000000"/>
        </w:rPr>
        <w:t>，则线段</w:t>
      </w:r>
      <w:r>
        <w:rPr>
          <w:rFonts w:ascii="Times New Roman" w:eastAsia="Times New Roman" w:hAnsi="Times New Roman" w:cs="Times New Roman"/>
          <w:i/>
          <w:color w:val="000000"/>
        </w:rPr>
        <w:t>AB</w:t>
      </w:r>
      <w:r>
        <w:rPr>
          <w:rFonts w:ascii="宋体" w:eastAsia="宋体" w:hAnsi="宋体" w:cs="宋体"/>
          <w:color w:val="000000"/>
        </w:rPr>
        <w:t>的长度为</w:t>
      </w:r>
      <w:r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）若点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向右运动，则</w:t>
      </w:r>
      <w:r>
        <w:pict>
          <v:shape id="_x0000_i702410" type="#_x0000_t75" alt="学科网(www.zxxk.com)--教育资源门户，提供试卷、教案、课件、论文、素材以及各类教学资源下载，还有大量而丰富的教学相关资讯！" style="width:34pt;height:13.95pt" o:oleicon="f" o:ole="">
            <v:imagedata r:id="rId1099" o:title="eqId73fc8e5c308d7cb6af6109b9f9ccada3"/>
          </v:shape>
        </w:pict>
      </w:r>
      <w:r>
        <w:rPr>
          <w:rFonts w:ascii="宋体" w:eastAsia="宋体" w:hAnsi="宋体" w:cs="宋体"/>
          <w:color w:val="000000"/>
        </w:rPr>
        <w:t>的值会变</w:t>
      </w:r>
      <w:r>
        <w:rPr>
          <w:rFonts w:ascii="Times New Roman" w:eastAsia="Times New Roman" w:hAnsi="Times New Roman" w:cs="Times New Roman"/>
          <w:color w:val="000000"/>
        </w:rPr>
        <w:t>_______</w:t>
      </w:r>
      <w:r>
        <w:rPr>
          <w:rFonts w:ascii="宋体" w:eastAsia="宋体" w:hAnsi="宋体" w:cs="宋体"/>
          <w:color w:val="000000"/>
        </w:rPr>
        <w:t>（填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大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eastAsia="宋体" w:hAnsi="宋体" w:cs="宋体"/>
          <w:color w:val="000000"/>
        </w:rPr>
        <w:t>小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eastAsia="宋体" w:hAnsi="宋体" w:cs="宋体"/>
          <w:color w:val="000000"/>
        </w:rPr>
        <w:t>）；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）若</w:t>
      </w:r>
      <w:r>
        <w:pict>
          <v:shape id="_x0000_i702411" type="#_x0000_t75" alt="学科网(www.zxxk.com)--教育资源门户，提供试卷、教案、课件、论文、素材以及各类教学资源下载，还有大量而丰富的教学相关资讯！" style="width:42.75pt;height:14.25pt" o:oleicon="f" o:ole="">
            <v:imagedata r:id="rId1100" o:title="eqIda26d451d3fd83f2336d421c32ecaadfd"/>
          </v:shape>
        </w:pict>
      </w:r>
      <w:r>
        <w:rPr>
          <w:rFonts w:ascii="宋体" w:eastAsia="宋体" w:hAnsi="宋体" w:cs="宋体"/>
          <w:color w:val="000000"/>
        </w:rPr>
        <w:t>，求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的值；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【深入思考】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如果设数轴上两点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表示的数分别为</w:t>
      </w:r>
      <w:r>
        <w:pict>
          <v:shape id="_x0000_i702412" type="#_x0000_t75" alt="学科网(www.zxxk.com)--教育资源门户，提供试卷、教案、课件、论文、素材以及各类教学资源下载，还有大量而丰富的教学相关资讯！" style="width:15.75pt;height:14.25pt" o:oleicon="f" o:ole="">
            <v:imagedata r:id="rId1101" o:title="eqId6c1d2e5599453f8d4c04369bc8f79962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2413" type="#_x0000_t75" alt="学科网(www.zxxk.com)--教育资源门户，提供试卷、教案、课件、论文、素材以及各类教学资源下载，还有大量而丰富的教学相关资讯！" style="width:29pt;height:16pt" o:oleicon="f" o:ole="">
            <v:imagedata r:id="rId1102" o:title="eqId81843351cfa63bb76c9f39aa96434283"/>
          </v:shape>
        </w:pict>
      </w:r>
      <w:r>
        <w:rPr>
          <w:rFonts w:ascii="宋体" w:eastAsia="宋体" w:hAnsi="宋体" w:cs="宋体"/>
          <w:color w:val="000000"/>
        </w:rPr>
        <w:t>，用含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的式子表示线段</w:t>
      </w:r>
      <w:r>
        <w:rPr>
          <w:rFonts w:ascii="Times New Roman" w:eastAsia="Times New Roman" w:hAnsi="Times New Roman" w:cs="Times New Roman"/>
          <w:i/>
          <w:color w:val="000000"/>
        </w:rPr>
        <w:t>AB</w:t>
      </w:r>
      <w:r>
        <w:rPr>
          <w:rFonts w:ascii="宋体" w:eastAsia="宋体" w:hAnsi="宋体" w:cs="宋体"/>
          <w:color w:val="000000"/>
        </w:rPr>
        <w:t>的长度为</w:t>
      </w:r>
      <w:r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eastAsia="宋体" w:hAnsi="宋体" w:cs="宋体"/>
          <w:color w:val="000000"/>
        </w:rPr>
        <w:t>给出如下定义：如果</w:t>
      </w:r>
      <w:r>
        <w:pict>
          <v:shape id="_x0000_i702414" type="#_x0000_t75" alt="学科网(www.zxxk.com)--教育资源门户，提供试卷、教案、课件、论文、素材以及各类教学资源下载，还有大量而丰富的教学相关资讯！" style="width:95.05pt;height:13.25pt" o:oleicon="f" o:ole="">
            <v:imagedata r:id="rId1103" o:title="eqIddcc63b7965fa5f38113e2ede938d1733"/>
          </v:shape>
        </w:pict>
      </w:r>
      <w:r>
        <w:rPr>
          <w:rFonts w:ascii="宋体" w:eastAsia="宋体" w:hAnsi="宋体" w:cs="宋体"/>
          <w:color w:val="000000"/>
        </w:rPr>
        <w:t>，且</w:t>
      </w:r>
      <w:r>
        <w:pict>
          <v:shape id="_x0000_i702415" type="#_x0000_t75" alt="学科网(www.zxxk.com)--教育资源门户，提供试卷、教案、课件、论文、素材以及各类教学资源下载，还有大量而丰富的教学相关资讯！" style="width:89.3pt;height:14.05pt" o:oleicon="f" o:ole="">
            <v:imagedata r:id="rId1104" o:title="eqId3f3551b8cc1191dfc4ab1dc4fafa04dc"/>
          </v:shape>
        </w:pic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为正整数），那么称</w:t>
      </w:r>
      <w:r>
        <w:pict>
          <v:shape id="_x0000_i702416" type="#_x0000_t75" alt="学科网(www.zxxk.com)--教育资源门户，提供试卷、教案、课件、论文、素材以及各类教学资源下载，还有大量而丰富的教学相关资讯！" style="width:40.6pt;height:14.4pt" o:oleicon="f" o:ole="">
            <v:imagedata r:id="rId1105" o:title="eqId9fed1f57a835af4e9022e27603d12d31"/>
          </v:shape>
        </w:pict>
      </w:r>
      <w:r>
        <w:rPr>
          <w:rFonts w:ascii="宋体" w:eastAsia="宋体" w:hAnsi="宋体" w:cs="宋体"/>
          <w:color w:val="000000"/>
        </w:rPr>
        <w:t>是</w:t>
      </w:r>
      <w:r>
        <w:pict>
          <v:shape id="_x0000_i702417" type="#_x0000_t75" alt="学科网(www.zxxk.com)--教育资源门户，提供试卷、教案、课件、论文、素材以及各类教学资源下载，还有大量而丰富的教学相关资讯！" style="width:39.75pt;height:14.25pt" o:oleicon="f" o:ole="">
            <v:imagedata r:id="rId1106" o:title="eqIdd22df2977de56cc69be0c1e847653d7a"/>
          </v:shape>
        </w:pict>
      </w:r>
      <w:r>
        <w:rPr>
          <w:rFonts w:ascii="宋体" w:eastAsia="宋体" w:hAnsi="宋体" w:cs="宋体"/>
          <w:color w:val="000000"/>
        </w:rPr>
        <w:t>的“倍锐角”．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下列三个条件中，能判断</w:t>
      </w:r>
      <w:r>
        <w:pict>
          <v:shape id="_x0000_i702418" type="#_x0000_t75" alt="学科网(www.zxxk.com)--教育资源门户，提供试卷、教案、课件、论文、素材以及各类教学资源下载，还有大量而丰富的教学相关资讯！" style="width:40.6pt;height:14.4pt" o:oleicon="f" o:ole="">
            <v:imagedata r:id="rId1108" o:title="eqId9fed1f57a835af4e9022e27603d12d31"/>
          </v:shape>
        </w:pict>
      </w:r>
      <w:r>
        <w:rPr>
          <w:rFonts w:ascii="宋体" w:eastAsia="宋体" w:hAnsi="宋体" w:cs="宋体"/>
          <w:color w:val="000000"/>
        </w:rPr>
        <w:t>是</w:t>
      </w:r>
      <w:r>
        <w:pict>
          <v:shape id="_x0000_i702419" type="#_x0000_t75" alt="学科网(www.zxxk.com)--教育资源门户，提供试卷、教案、课件、论文、素材以及各类教学资源下载，还有大量而丰富的教学相关资讯！" style="width:39.75pt;height:14.25pt" o:oleicon="f" o:ole="">
            <v:imagedata r:id="rId1109" o:title="eqIdd22df2977de56cc69be0c1e847653d7a"/>
          </v:shape>
        </w:pi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76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" name=""/>
                    <pic:cNvPicPr>
                      <a:picLocks noChangeAspect="1"/>
                    </pic:cNvPicPr>
                  </pic:nvPicPr>
                  <pic:blipFill>
                    <a:blip r:embed="rId110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“倍锐角”的是</w:t>
      </w:r>
      <w:r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（填写序号）；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①</w:t>
      </w:r>
      <w:r>
        <w:pict>
          <v:shape id="_x0000_i702420" type="#_x0000_t75" alt="学科网(www.zxxk.com)--教育资源门户，提供试卷、教案、课件、论文、素材以及各类教学资源下载，还有大量而丰富的教学相关资讯！" style="width:65.25pt;height:14.25pt" o:oleicon="f" o:ole="">
            <v:imagedata r:id="rId1110" o:title="eqId213ab5d892e65460436e53298de48cbe"/>
          </v:shape>
        </w:pict>
      </w:r>
      <w:r>
        <w:rPr>
          <w:rFonts w:ascii="宋体" w:eastAsia="宋体" w:hAnsi="宋体" w:cs="宋体"/>
          <w:color w:val="000000"/>
        </w:rPr>
        <w:t>；</w:t>
      </w:r>
      <w:r>
        <w:rPr>
          <w:rFonts w:ascii="Times New Roman" w:eastAsia="Times New Roman" w:hAnsi="Times New Roman" w:cs="Times New Roman"/>
          <w:color w:val="000000"/>
        </w:rPr>
        <w:t>②</w:t>
      </w:r>
      <w:r>
        <w:pict>
          <v:shape id="_x0000_i702421" type="#_x0000_t75" alt="学科网(www.zxxk.com)--教育资源门户，提供试卷、教案、课件、论文、素材以及各类教学资源下载，还有大量而丰富的教学相关资讯！" style="width:66pt;height:14.25pt" o:oleicon="f" o:ole="">
            <v:imagedata r:id="rId1111" o:title="eqIdd7c3bd2ba80606021f11923df8fe2766"/>
          </v:shape>
        </w:pict>
      </w:r>
      <w:r>
        <w:rPr>
          <w:rFonts w:ascii="宋体" w:eastAsia="宋体" w:hAnsi="宋体" w:cs="宋体"/>
          <w:color w:val="000000"/>
        </w:rPr>
        <w:t>；</w:t>
      </w:r>
      <w:r>
        <w:rPr>
          <w:rFonts w:ascii="Times New Roman" w:eastAsia="Times New Roman" w:hAnsi="Times New Roman" w:cs="Times New Roman"/>
          <w:color w:val="000000"/>
        </w:rPr>
        <w:t>③</w:t>
      </w:r>
      <w:r>
        <w:pict>
          <v:shape id="_x0000_i702422" type="#_x0000_t75" alt="学科网(www.zxxk.com)--教育资源门户，提供试卷、教案、课件、论文、素材以及各类教学资源下载，还有大量而丰富的教学相关资讯！" style="width:20.8pt;height:14pt" o:oleicon="f" o:ole="">
            <v:imagedata r:id="rId1112" o:title="eqId828628c0876b45381c9a0edeb0fec236"/>
          </v:shape>
        </w:pict>
      </w:r>
      <w:r>
        <w:rPr>
          <w:rFonts w:ascii="宋体" w:eastAsia="宋体" w:hAnsi="宋体" w:cs="宋体"/>
          <w:color w:val="000000"/>
        </w:rPr>
        <w:t>是</w:t>
      </w:r>
      <w:r>
        <w:pict>
          <v:shape id="_x0000_i702423" type="#_x0000_t75" alt="学科网(www.zxxk.com)--教育资源门户，提供试卷、教案、课件、论文、素材以及各类教学资源下载，还有大量而丰富的教学相关资讯！" style="width:39.75pt;height:14.25pt" o:oleicon="f" o:ole="">
            <v:imagedata r:id="rId1113" o:title="eqId6d7b2fe01a33c4825f9974ed9663a99c"/>
          </v:shape>
        </w:pict>
      </w:r>
      <w:r>
        <w:rPr>
          <w:rFonts w:ascii="宋体" w:eastAsia="宋体" w:hAnsi="宋体" w:cs="宋体"/>
          <w:color w:val="000000"/>
        </w:rPr>
        <w:t>的角平分线；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如图，当</w:t>
      </w:r>
      <w:r>
        <w:pict>
          <v:shape id="_x0000_i702424" type="#_x0000_t75" alt="学科网(www.zxxk.com)--教育资源门户，提供试卷、教案、课件、论文、素材以及各类教学资源下载，还有大量而丰富的教学相关资讯！" style="width:57.5pt;height:13pt" o:oleicon="f" o:ole="">
            <v:imagedata r:id="rId1114" o:title="eqIddb91877e869a8d58b2bab2c39756d7fa"/>
          </v:shape>
        </w:pict>
      </w:r>
      <w:r>
        <w:rPr>
          <w:rFonts w:ascii="宋体" w:eastAsia="宋体" w:hAnsi="宋体" w:cs="宋体"/>
          <w:color w:val="000000"/>
        </w:rPr>
        <w:t>时，在图中画出</w:t>
      </w:r>
      <w:r>
        <w:pict>
          <v:shape id="_x0000_i702425" type="#_x0000_t75" alt="学科网(www.zxxk.com)--教育资源门户，提供试卷、教案、课件、论文、素材以及各类教学资源下载，还有大量而丰富的教学相关资讯！" style="width:39.75pt;height:14.25pt" o:oleicon="f" o:ole="">
            <v:imagedata r:id="rId1115" o:title="eqIdd22df2977de56cc69be0c1e847653d7a"/>
          </v:shape>
        </w:pict>
      </w:r>
      <w:r>
        <w:rPr>
          <w:rFonts w:ascii="宋体" w:eastAsia="宋体" w:hAnsi="宋体" w:cs="宋体"/>
          <w:color w:val="000000"/>
        </w:rPr>
        <w:t>的一个“倍锐角”</w:t>
      </w:r>
      <w:r>
        <w:pict>
          <v:shape id="_x0000_i702426" type="#_x0000_t75" alt="学科网(www.zxxk.com)--教育资源门户，提供试卷、教案、课件、论文、素材以及各类教学资源下载，还有大量而丰富的教学相关资讯！" style="width:40.6pt;height:14.4pt" o:oleicon="f" o:ole="">
            <v:imagedata r:id="rId1116" o:title="eqId9fed1f57a835af4e9022e27603d12d31"/>
          </v:shape>
        </w:pi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276350" cy="790575"/>
            <wp:docPr id="176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" name=""/>
                    <pic:cNvPicPr>
                      <a:picLocks noChangeAspect="1"/>
                    </pic:cNvPicPr>
                  </pic:nvPicPr>
                  <pic:blipFill>
                    <a:blip r:embed="rId1117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如图，当</w:t>
      </w:r>
      <w:r>
        <w:pict>
          <v:shape id="_x0000_i702427" type="#_x0000_t75" alt="学科网(www.zxxk.com)--教育资源门户，提供试卷、教案、课件、论文、素材以及各类教学资源下载，还有大量而丰富的教学相关资讯！" style="width:66.35pt;height:14.1pt" o:oleicon="f" o:ole="">
            <v:imagedata r:id="rId1118" o:title="eqIdc36c0d4e38748fbb4a6cf5e700e5e874"/>
          </v:shape>
        </w:pict>
      </w:r>
      <w:r>
        <w:rPr>
          <w:rFonts w:ascii="宋体" w:eastAsia="宋体" w:hAnsi="宋体" w:cs="宋体"/>
          <w:color w:val="000000"/>
        </w:rPr>
        <w:t>时，射线</w:t>
      </w:r>
      <w:r>
        <w:pict>
          <v:shape id="_x0000_i702428" type="#_x0000_t75" alt="学科网(www.zxxk.com)--教育资源门户，提供试卷、教案、课件、论文、素材以及各类教学资源下载，还有大量而丰富的教学相关资讯！" style="width:17.25pt;height:12.75pt" o:oleicon="f" o:ole="">
            <v:imagedata r:id="rId1119" o:title="eqIdb90e0f35eda1a729fed485f83da5ea9d"/>
          </v:shape>
        </w:pict>
      </w:r>
      <w:r>
        <w:rPr>
          <w:rFonts w:ascii="宋体" w:eastAsia="宋体" w:hAnsi="宋体" w:cs="宋体"/>
          <w:color w:val="000000"/>
        </w:rPr>
        <w:t>绕点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旋转，每次旋转</w:t>
      </w:r>
      <w:r>
        <w:rPr>
          <w:rFonts w:ascii="Times New Roman" w:eastAsia="Times New Roman" w:hAnsi="Times New Roman" w:cs="Times New Roman"/>
          <w:color w:val="000000"/>
        </w:rPr>
        <w:t>10°</w:t>
      </w:r>
      <w:r>
        <w:rPr>
          <w:rFonts w:ascii="宋体" w:eastAsia="宋体" w:hAnsi="宋体" w:cs="宋体"/>
          <w:color w:val="000000"/>
        </w:rPr>
        <w:t>，可得它的“倍锐角”</w:t>
      </w:r>
      <w:r>
        <w:pict>
          <v:shape id="_x0000_i702429" type="#_x0000_t75" alt="学科网(www.zxxk.com)--教育资源门户，提供试卷、教案、课件、论文、素材以及各类教学资源下载，还有大量而丰富的教学相关资讯！" style="width:47pt;height:14pt" o:oleicon="f" o:ole="">
            <v:imagedata r:id="rId1120" o:title="eqId021bc0ff7e36c9d6d70ddd2e51e8c04c"/>
          </v:shape>
        </w:pict>
      </w:r>
      <w:r>
        <w:rPr>
          <w:rFonts w:ascii="Times New Roman" w:eastAsia="Times New Roman" w:hAnsi="Times New Roman" w:cs="Times New Roman"/>
          <w:color w:val="000000"/>
        </w:rPr>
        <w:t>_____°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352550" cy="1247775"/>
            <wp:docPr id="176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" name=""/>
                    <pic:cNvPicPr>
                      <a:picLocks noChangeAspect="1"/>
                    </pic:cNvPicPr>
                  </pic:nvPicPr>
                  <pic:blipFill>
                    <a:blip r:embed="rId1121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eastAsia="宋体" w:hAnsi="宋体" w:cs="宋体"/>
          <w:color w:val="000000"/>
        </w:rPr>
        <w:t>当</w:t>
      </w:r>
      <w:r>
        <w:pict>
          <v:shape id="_x0000_i702430" type="#_x0000_t75" alt="学科网(www.zxxk.com)--教育资源门户，提供试卷、教案、课件、论文、素材以及各类教学资源下载，还有大量而丰富的教学相关资讯！" style="width:63pt;height:14.25pt" o:oleicon="f" o:ole="">
            <v:imagedata r:id="rId1122" o:title="eqIdbd99033b3a4630375de2a5d4430ef995"/>
          </v:shape>
        </w:pict>
      </w:r>
      <w:r>
        <w:rPr>
          <w:rFonts w:ascii="宋体" w:eastAsia="宋体" w:hAnsi="宋体" w:cs="宋体"/>
          <w:color w:val="000000"/>
        </w:rPr>
        <w:t>且存在它的“倍锐角”</w:t>
      </w:r>
      <w:r>
        <w:pict>
          <v:shape id="_x0000_i702431" type="#_x0000_t75" alt="学科网(www.zxxk.com)--教育资源门户，提供试卷、教案、课件、论文、素材以及各类教学资源下载，还有大量而丰富的教学相关资讯！" style="width:40.6pt;height:14.4pt" o:oleicon="f" o:ole="">
            <v:imagedata r:id="rId1123" o:title="eqId9fed1f57a835af4e9022e27603d12d31"/>
          </v:shape>
        </w:pict>
      </w:r>
      <w:r>
        <w:rPr>
          <w:rFonts w:ascii="宋体" w:eastAsia="宋体" w:hAnsi="宋体" w:cs="宋体"/>
          <w:color w:val="000000"/>
        </w:rPr>
        <w:t>时，则</w:t>
      </w:r>
      <w:r>
        <w:pict>
          <v:shape id="_x0000_i702432" type="#_x0000_t75" alt="学科网(www.zxxk.com)--教育资源门户，提供试卷、教案、课件、论文、素材以及各类教学资源下载，还有大量而丰富的教学相关资讯！" style="width:46.2pt;height:13.8pt" o:oleicon="f" o:ole="">
            <v:imagedata r:id="rId1124" o:title="eqId5a2979f64c85f82d8975d73ee1c342de"/>
          </v:shape>
        </w:pict>
      </w:r>
      <w:r>
        <w:rPr>
          <w:rFonts w:ascii="Times New Roman" w:eastAsia="Times New Roman" w:hAnsi="Times New Roman" w:cs="Times New Roman"/>
          <w:color w:val="000000"/>
        </w:rPr>
        <w:t>________°</w:t>
      </w:r>
      <w:r>
        <w:rPr>
          <w:rFonts w:ascii="宋体" w:eastAsia="宋体" w:hAnsi="宋体" w:cs="宋体"/>
          <w:color w:val="000000"/>
        </w:rPr>
        <w:t>．</w:t>
      </w:r>
    </w:p>
    <w:p>
      <w:pPr>
        <w:pStyle w:val="Heading2"/>
      </w:pPr>
      <w:r>
        <w:t>景山学校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，在平面直角坐标系中，</w:t>
      </w:r>
      <w:r>
        <w:pict>
          <v:shape id="_x0000_i702433" o:spt="75" alt="学科网(www.zxxk.com)--教育资源门户，提供试卷、教案、课件、论文、素材以及各类教学资源下载，还有大量而丰富的教学相关资讯！" type="#_x0000_t75" style="height:20.25pt;width:36.75pt;" o:ole="t" filled="f" o:preferrelative="t" stroked="f" coordsize="21600,21600">
            <v:path/>
            <v:fill on="f" focussize="0,0"/>
            <v:stroke on="f" joinstyle="miter"/>
            <v:imagedata r:id="rId1125" o:title="eqId7799d713e6f2be4cb542b0372916a25e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  <w:r>
        <w:pict>
          <v:shape id="_x0000_i702434" o:spt="75" alt="学科网(www.zxxk.com)--教育资源门户，提供试卷、教案、课件、论文、素材以及各类教学资源下载，还有大量而丰富的教学相关资讯！" type="#_x0000_t75" style="height:20.25pt;width:36.75pt;" o:ole="t" filled="f" o:preferrelative="t" stroked="f" coordsize="21600,21600">
            <v:path/>
            <v:fill on="f" focussize="0,0"/>
            <v:stroke on="f" joinstyle="miter"/>
            <v:imagedata r:id="rId1126" o:title="eqId552a77a57b08d26bc38e31b653c194dd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  <w:r>
        <w:pict>
          <v:shape id="_x0000_i702435" o:spt="75" alt="学科网(www.zxxk.com)--教育资源门户，提供试卷、教案、课件、论文、素材以及各类教学资源下载，还有大量而丰富的教学相关资讯！" type="#_x0000_t75" style="height:19.8pt;width:43.8pt;" o:ole="t" filled="f" o:preferrelative="t" stroked="f" coordsize="21600,21600">
            <v:path/>
            <v:fill on="f" focussize="0,0"/>
            <v:stroke on="f" joinstyle="miter"/>
            <v:imagedata r:id="rId1127" o:title="eqIdd6fea0d424f3c527babed70ef6cf646e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，且</w:t>
      </w:r>
      <w:r>
        <w:pict>
          <v:shape id="_x0000_i702436" o:spt="75" alt="学科网(www.zxxk.com)--教育资源门户，提供试卷、教案、课件、论文、素材以及各类教学资源下载，还有大量而丰富的教学相关资讯！" type="#_x0000_t75" style="height:21.75pt;width:95.25pt;" o:ole="t" filled="f" o:preferrelative="t" stroked="f" coordsize="21600,21600">
            <v:path/>
            <v:fill on="f" focussize="0,0"/>
            <v:stroke on="f" joinstyle="miter"/>
            <v:imagedata r:id="rId1128" o:title="eqIdb580bf69eb8a4c8819c41f3b16f8e153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429000" cy="1485900"/>
            <wp:effectExtent l="0" t="0" r="0" b="0"/>
            <wp:docPr id="1769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29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求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的值；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在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轴的上存在一点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，使</w:t>
      </w:r>
      <w:r>
        <w:pict>
          <v:shape id="_x0000_i702437" o:spt="75" alt="学科网(www.zxxk.com)--教育资源门户，提供试卷、教案、课件、论文、素材以及各类教学资源下载，还有大量而丰富的教学相关资讯！" type="#_x0000_t75" style="height:30.75pt;width:84pt;" o:ole="t" filled="f" o:preferrelative="t" stroked="f" coordsize="21600,21600">
            <v:path/>
            <v:fill on="f" focussize="0,0"/>
            <v:stroke on="f" joinstyle="miter"/>
            <v:imagedata r:id="rId1130" o:title="eqId82b778d2f43e5531a611c7550821846e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，求点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的坐标；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，过点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作</w:t>
      </w:r>
      <w:r>
        <w:pict>
          <v:shape id="_x0000_i702438" o:spt="75" alt="学科网(www.zxxk.com)--教育资源门户，提供试卷、教案、课件、论文、素材以及各类教学资源下载，还有大量而丰富的教学相关资讯！" type="#_x0000_t75" style="height:15.6pt;width:40.8pt;" o:ole="t" filled="f" o:preferrelative="t" stroked="f" coordsize="21600,21600">
            <v:path/>
            <v:fill on="f" focussize="0,0"/>
            <v:stroke on="f" joinstyle="miter"/>
            <v:imagedata r:id="rId1131" o:title="eqId2b4facfc5447ae7f665e8ec050b81313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轴交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轴于点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，点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为线段</w:t>
      </w:r>
      <w:r>
        <w:pict>
          <v:shape id="_x0000_i702439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1132" o:title="eqId9d78abbad68bbbf12af10cd40ef4c353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延长线上一动点，连接</w:t>
      </w:r>
      <w:r>
        <w:pict>
          <v:shape id="_x0000_i702440" o:spt="75" alt="学科网(www.zxxk.com)--教育资源门户，提供试卷、教案、课件、论文、素材以及各类教学资源下载，还有大量而丰富的教学相关资讯！" type="#_x0000_t75" style="height:15pt;width:46.9pt;" o:ole="t" filled="f" o:preferrelative="t" stroked="f" coordsize="21600,21600">
            <v:path/>
            <v:fill on="f" focussize="0,0"/>
            <v:stroke on="f" joinstyle="miter"/>
            <v:imagedata r:id="rId1133" o:title="eqId68c2fd4241eff3e8f833f7981161431c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平分</w:t>
      </w:r>
      <w:r>
        <w:pict>
          <v:shape id="_x0000_i702441" o:spt="75" alt="学科网(www.zxxk.com)--教育资源门户，提供试卷、教案、课件、论文、素材以及各类教学资源下载，还有大量而丰富的教学相关资讯！" type="#_x0000_t75" style="height:13.95pt;width:36pt;" o:ole="t" filled="f" o:preferrelative="t" stroked="f" coordsize="21600,21600">
            <v:path/>
            <v:fill on="f" focussize="0,0"/>
            <v:stroke on="f" joinstyle="miter"/>
            <v:imagedata r:id="rId1134" o:title="eqId5c3a3bf63440a2fdd769162516fb0e1c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  <w:r>
        <w:pict>
          <v:shape id="_x0000_i702442" o:spt="75" alt="学科网(www.zxxk.com)--教育资源门户，提供试卷、教案、课件、论文、素材以及各类教学资源下载，还有大量而丰富的教学相关资讯！" type="#_x0000_t75" style="height:14pt;width:50pt;" o:ole="t" filled="f" o:preferrelative="t" stroked="f" coordsize="21600,21600">
            <v:path/>
            <v:fill on="f" focussize="0,0"/>
            <v:stroke on="f" joinstyle="miter"/>
            <v:imagedata r:id="rId1135" o:title="eqIddc2eaf2acb7e954cc0c4aacdc1f29f34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．当点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运动时</w:t>
      </w:r>
      <w:r>
        <w:pict>
          <v:shape id="_x0000_i702443" o:spt="75" alt="学科网(www.zxxk.com)--教育资源门户，提供试卷、教案、课件、论文、素材以及各类教学资源下载，还有大量而丰富的教学相关资讯！" type="#_x0000_t75" style="height:31.2pt;width:40.2pt;" o:ole="t" filled="f" o:preferrelative="t" stroked="f" coordsize="21600,21600">
            <v:path/>
            <v:fill on="f" focussize="0,0"/>
            <v:stroke on="f" joinstyle="miter"/>
            <v:imagedata r:id="rId1136" o:title="eqId69f2a7ebf0bb96fbe9fc9dabb63a8c12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的值是否会改变？若不变，求其值；若改变，说明理由．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hAnsi="宋体" w:eastAsia="宋体" w:cs="宋体"/>
          <w:color w:val="000000"/>
        </w:rPr>
        <w:t>对于代数式，不同的表达形式能表现出它的不同性质．例如代数式</w:t>
      </w:r>
      <w:r>
        <w:pict>
          <v:shape id="_x0000_i702444" o:spt="75" alt="学科网(www.zxxk.com)--教育资源门户，提供试卷、教案、课件、论文、素材以及各类教学资源下载，还有大量而丰富的教学相关资讯！" type="#_x0000_t75" style="height:15.05pt;width:66.1pt;" o:ole="t" filled="f" o:preferrelative="t" stroked="f" coordsize="21600,21600">
            <v:path/>
            <v:fill on="f" focussize="0,0"/>
            <v:stroke on="f" joinstyle="miter"/>
            <v:imagedata r:id="rId1137" o:title="eqId06650ee89793a3a6ba3fb44d8b5db8b0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，若将其写成</w:t>
      </w:r>
      <w:r>
        <w:pict>
          <v:shape id="_x0000_i702445" o:spt="75" alt="学科网(www.zxxk.com)--教育资源门户，提供试卷、教案、课件、论文、素材以及各类教学资源下载，还有大量而丰富的教学相关资讯！" type="#_x0000_t75" style="height:17.9pt;width:74.3pt;" o:ole="t" filled="f" o:preferrelative="t" stroked="f" coordsize="21600,21600">
            <v:path/>
            <v:fill on="f" focussize="0,0"/>
            <v:stroke on="f" joinstyle="miter"/>
            <v:imagedata r:id="rId1138" o:title="eqIda6cc9596349973346d084c1803193cbd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的形式，就能看出不论字母</w:t>
      </w:r>
      <w:r>
        <w:pict>
          <v:shape id="_x0000_i702446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1139" o:title="eqId81dea63b8ce3e51adf66cf7b9982a248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取何值，它都表示正数；若将它写成</w:t>
      </w:r>
      <w:r>
        <w:pict>
          <v:shape id="_x0000_i702447" o:spt="75" alt="学科网(www.zxxk.com)--教育资源门户，提供试卷、教案、课件、论文、素材以及各类教学资源下载，还有大量而丰富的教学相关资讯！" type="#_x0000_t75" style="height:17.9pt;width:120.15pt;" o:ole="t" filled="f" o:preferrelative="t" stroked="f" coordsize="21600,21600">
            <v:path/>
            <v:fill on="f" focussize="0,0"/>
            <v:stroke on="f" joinstyle="miter"/>
            <v:imagedata r:id="rId1140" o:title="eqId98fa77d9c07fffb685b0a88ec62f348d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的形式，就能与代数式</w:t>
      </w:r>
      <w:r>
        <w:pict>
          <v:shape id="_x0000_i702448" o:spt="75" alt="学科网(www.zxxk.com)--教育资源门户，提供试卷、教案、课件、论文、素材以及各类教学资源下载，还有大量而丰富的教学相关资讯！" type="#_x0000_t75" style="height:15.05pt;width:66.1pt;" o:ole="t" filled="f" o:preferrelative="t" stroked="f" coordsize="21600,21600">
            <v:path/>
            <v:fill on="f" focussize="0,0"/>
            <v:stroke on="f" joinstyle="miter"/>
            <v:imagedata r:id="rId1141" o:title="eqIdf36e88ded8c4cf4e5d34b9d1a26b4c7c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建立联系．下面我们改变</w:t>
      </w:r>
      <w:r>
        <w:pict>
          <v:shape id="_x0000_i702449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1139" o:title="eqId81dea63b8ce3e51adf66cf7b9982a248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的值，研究一下</w:t>
      </w:r>
      <w:r>
        <w:pict>
          <v:shape id="_x0000_i702450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1142" o:title="eqId5963abe8f421bd99a2aaa94831a951e9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  <w:r>
        <w:pict>
          <v:shape id="_x0000_i702451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1143" o:title="eqId7f9e8449aad35c5d840a3395ea86df6d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两个代数式取值的规律：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643"/>
        <w:gridCol w:w="555"/>
        <w:gridCol w:w="555"/>
        <w:gridCol w:w="345"/>
        <w:gridCol w:w="345"/>
        <w:gridCol w:w="345"/>
        <w:gridCol w:w="3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x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﹣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﹣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pict>
                <v:shape id="_x0000_i702452" o:spt="75" alt="学科网(www.zxxk.com)--教育资源门户，提供试卷、教案、课件、论文、素材以及各类教学资源下载，还有大量而丰富的教学相关资讯！" type="#_x0000_t75" style="height:15.05pt;width:66.1pt;" o:ole="t" filled="f" o:preferrelative="t" stroked="f" coordsize="21600,21600">
                  <v:path/>
                  <v:fill on="f" focussize="0,0"/>
                  <v:stroke on="f" joinstyle="miter"/>
                  <v:imagedata r:id="rId1144" o:title="eqIdf36e88ded8c4cf4e5d34b9d1a26b4c7c"/>
                  <o:lock v:ext="edit" aspectratio="t"/>
                  <w10:wrap type="none"/>
                  <w10:anchorlock/>
                </v:shape>
              </w:pi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pict>
                <v:shape id="_x0000_i702453" o:spt="75" alt="学科网(www.zxxk.com)--教育资源门户，提供试卷、教案、课件、论文、素材以及各类教学资源下载，还有大量而丰富的教学相关资讯！" type="#_x0000_t75" style="height:17.9pt;width:120.15pt;" o:ole="t" filled="f" o:preferrelative="t" stroked="f" coordsize="21600,21600">
                  <v:path/>
                  <v:fill on="f" focussize="0,0"/>
                  <v:stroke on="f" joinstyle="miter"/>
                  <v:imagedata r:id="rId1145" o:title="eqId98fa77d9c07fffb685b0a88ec62f348d"/>
                  <o:lock v:ext="edit" aspectratio="t"/>
                  <w10:wrap type="none"/>
                  <w10:anchorlock/>
                </v:shape>
              </w:pi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17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p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表中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的值是</w:t>
      </w:r>
      <w:r>
        <w:rPr>
          <w:rFonts w:ascii="宋体" w:hAnsi="宋体" w:eastAsia="宋体" w:cs="宋体"/>
          <w:color w:val="000000"/>
          <w:u w:val="single"/>
        </w:rPr>
        <w:t>　</w:t>
      </w:r>
      <w:r>
        <w:rPr>
          <w:rFonts w:ascii="Times New Roman" w:hAnsi="Times New Roman" w:eastAsia="Times New Roman" w:cs="Times New Roman"/>
          <w:color w:val="000000"/>
          <w:u w:val="single"/>
        </w:rPr>
        <w:t xml:space="preserve">   </w:t>
      </w:r>
      <w:r>
        <w:rPr>
          <w:rFonts w:ascii="宋体" w:hAnsi="宋体" w:eastAsia="宋体" w:cs="宋体"/>
          <w:color w:val="000000"/>
          <w:u w:val="single"/>
        </w:rPr>
        <w:t>　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观察表格可以发现：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若</w:t>
      </w:r>
      <w:r>
        <w:pict>
          <v:shape id="_x0000_i702454" o:spt="75" alt="学科网(www.zxxk.com)--教育资源门户，提供试卷、教案、课件、论文、素材以及各类教学资源下载，还有大量而丰富的教学相关资讯！" type="#_x0000_t75" style="height:9.75pt;width:27.75pt;" o:ole="t" filled="f" o:preferrelative="t" stroked="f" coordsize="21600,21600">
            <v:path/>
            <v:fill on="f" focussize="0,0"/>
            <v:stroke on="f" joinstyle="miter"/>
            <v:imagedata r:id="rId1146" o:title="eqId36d71f015144ffaf1faec94a259b4a06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时，</w:t>
      </w:r>
      <w:r>
        <w:pict>
          <v:shape id="_x0000_i702455" o:spt="75" alt="学科网(www.zxxk.com)--教育资源门户，提供试卷、教案、课件、论文、素材以及各类教学资源下载，还有大量而丰富的教学相关资讯！" type="#_x0000_t75" style="height:16.5pt;width:93pt;" o:ole="t" filled="f" o:preferrelative="t" stroked="f" coordsize="21600,21600">
            <v:path/>
            <v:fill on="f" focussize="0,0"/>
            <v:stroke on="f" joinstyle="miter"/>
            <v:imagedata r:id="rId1147" o:title="eqId5d82b3956431c2395ecde7003058199b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，则</w:t>
      </w:r>
      <w:r>
        <w:pict>
          <v:shape id="_x0000_i702456" o:spt="75" alt="学科网(www.zxxk.com)--教育资源门户，提供试卷、教案、课件、论文、素材以及各类教学资源下载，还有大量而丰富的教学相关资讯！" type="#_x0000_t75" style="height:13.5pt;width:45pt;" o:ole="t" filled="f" o:preferrelative="t" stroked="f" coordsize="21600,21600">
            <v:path/>
            <v:fill on="f" focussize="0,0"/>
            <v:stroke on="f" joinstyle="miter"/>
            <v:imagedata r:id="rId1148" o:title="eqId1fea1ca1d19a78168a3b9fb0f2fa21f3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时，</w:t>
      </w:r>
      <w:r>
        <w:pict>
          <v:shape id="_x0000_i702457" o:spt="75" alt="学科网(www.zxxk.com)--教育资源门户，提供试卷、教案、课件、论文、素材以及各类教学资源下载，还有大量而丰富的教学相关资讯！" type="#_x0000_t75" style="height:15.05pt;width:82.65pt;" o:ole="t" filled="f" o:preferrelative="t" stroked="f" coordsize="21600,21600">
            <v:path/>
            <v:fill on="f" focussize="0,0"/>
            <v:stroke on="f" joinstyle="miter"/>
            <v:imagedata r:id="rId1149" o:title="eqIddc180ce2a19267465a4f68e7cbfac3a5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．我们把这种现象称为代数式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参照代数式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取值延后，此时延后值为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①若代数式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参照代数式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取值延后，相应的延后值为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，求代数式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②已知代数式</w:t>
      </w:r>
      <w:r>
        <w:pict>
          <v:shape id="_x0000_i702458" o:spt="75" alt="学科网(www.zxxk.com)--教育资源门户，提供试卷、教案、课件、论文、素材以及各类教学资源下载，还有大量而丰富的教学相关资讯！" type="#_x0000_t75" style="height:15pt;width:58pt;" o:ole="t" filled="f" o:preferrelative="t" stroked="f" coordsize="21600,21600">
            <v:path/>
            <v:fill on="f" focussize="0,0"/>
            <v:stroke on="f" joinstyle="miter"/>
            <v:imagedata r:id="rId1150" o:title="eqId703a9f6fcde875e0f90405d6ebca817e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参照代数式</w:t>
      </w:r>
      <w:r>
        <w:pict>
          <v:shape id="_x0000_i702459" o:spt="75" alt="学科网(www.zxxk.com)--教育资源门户，提供试卷、教案、课件、论文、素材以及各类教学资源下载，还有大量而丰富的教学相关资讯！" type="#_x0000_t75" style="height:15.05pt;width:54.8pt;" o:ole="t" filled="f" o:preferrelative="t" stroked="f" coordsize="21600,21600">
            <v:path/>
            <v:fill on="f" focussize="0,0"/>
            <v:stroke on="f" joinstyle="miter"/>
            <v:imagedata r:id="rId1151" o:title="eqId28a77d15959c0adaea6f12891c973853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取值延后，请直接写出</w:t>
      </w:r>
      <w:r>
        <w:pict>
          <v:shape id="_x0000_i702460" o:spt="75" alt="学科网(www.zxxk.com)--教育资源门户，提供试卷、教案、课件、论文、素材以及各类教学资源下载，还有大量而丰富的教学相关资讯！" type="#_x0000_t75" style="height:14.4pt;width:24.6pt;" o:ole="t" filled="f" o:preferrelative="t" stroked="f" coordsize="21600,21600">
            <v:path/>
            <v:fill on="f" focussize="0,0"/>
            <v:stroke on="f" joinstyle="miter"/>
            <v:imagedata r:id="rId1152" o:title="eqId9db8d3facff8f90f28a936fc5b3ab878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的值．</w:t>
      </w:r>
    </w:p>
    <w:p>
      <w:pPr>
        <w:pStyle w:val="Heading2"/>
      </w:pPr>
      <w:r>
        <w:t>景山学校远洋分校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eastAsia="宋体" w:hAnsi="宋体" w:cs="宋体"/>
          <w:color w:val="000000"/>
        </w:rPr>
        <w:t>已知：如图，OC是∠AOB的平分线．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(1)当∠AOB＝60°时，求∠AOC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77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" name=""/>
                    <pic:cNvPicPr>
                      <a:picLocks noChangeAspect="1"/>
                    </pic:cNvPicPr>
                  </pic:nvPicPr>
                  <pic:blipFill>
                    <a:blip r:embed="rId115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度数；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(2)在(1)的条件下，∠EOC＝90°，请在图中补全图形，并求∠AOE的度数；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(3)当∠AOB＝α时，∠EOC＝90°，直接写出∠AOE的度数．(用含α的代数式表示)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819150" cy="695325"/>
            <wp:docPr id="177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" name=""/>
                    <pic:cNvPicPr>
                      <a:picLocks noChangeAspect="1"/>
                    </pic:cNvPicPr>
                  </pic:nvPicPr>
                  <pic:blipFill>
                    <a:blip r:embed="rId1154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29. </w:t>
      </w:r>
      <w:r>
        <w:rPr>
          <w:rFonts w:ascii="宋体" w:eastAsia="宋体" w:hAnsi="宋体" w:cs="宋体"/>
          <w:color w:val="000000"/>
        </w:rPr>
        <w:t>如图，数轴上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两点对应的有理数分别为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15</w: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从点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出发，以每秒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个单位长度的速度沿数轴正方向运动，点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同时从原点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出发，以每秒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个单位长度的速度沿数轴正方向运动，设运动时间为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宋体" w:eastAsia="宋体" w:hAnsi="宋体" w:cs="宋体"/>
          <w:color w:val="000000"/>
        </w:rPr>
        <w:t>秒．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447800" cy="209550"/>
            <wp:docPr id="177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" name=""/>
                    <pic:cNvPicPr>
                      <a:picLocks noChangeAspect="1"/>
                    </pic:cNvPicPr>
                  </pic:nvPicPr>
                  <pic:blipFill>
                    <a:blip r:embed="rId1155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）当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＜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宋体" w:eastAsia="宋体" w:hAnsi="宋体" w:cs="宋体"/>
          <w:color w:val="000000"/>
        </w:rPr>
        <w:t>＜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时，用含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宋体" w:eastAsia="宋体" w:hAnsi="宋体" w:cs="宋体"/>
          <w:color w:val="000000"/>
        </w:rPr>
        <w:t>的式子填空：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BP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_______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AQ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）当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时，求</w:t>
      </w:r>
      <w:r>
        <w:rPr>
          <w:rFonts w:ascii="Times New Roman" w:eastAsia="Times New Roman" w:hAnsi="Times New Roman" w:cs="Times New Roman"/>
          <w:i/>
          <w:color w:val="000000"/>
        </w:rPr>
        <w:t>PQ</w:t>
      </w:r>
      <w:r>
        <w:rPr>
          <w:rFonts w:ascii="宋体" w:eastAsia="宋体" w:hAnsi="宋体" w:cs="宋体"/>
          <w:color w:val="000000"/>
        </w:rPr>
        <w:t>的值；</w:t>
      </w:r>
    </w:p>
    <w:p>
      <w:pPr>
        <w:spacing w:line="360" w:lineRule="auto"/>
        <w:jc w:val="left"/>
        <w:textAlignment w:val="center"/>
        <w:rPr>
          <w:color w:val="000000"/>
        </w:rPr>
        <w:sectPr w:rsidSect="00C321EB">
          <w:pgSz w:w="11906" w:h="16838"/>
          <w:pgMar w:top="910" w:right="1080" w:bottom="1440" w:left="1080" w:header="152" w:footer="0" w:gutter="0"/>
          <w:cols w:space="720"/>
          <w:docGrid w:type="lines" w:linePitch="312"/>
        </w:sect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）当</w:t>
      </w:r>
      <w:r>
        <w:rPr>
          <w:rFonts w:ascii="Times New Roman" w:eastAsia="Times New Roman" w:hAnsi="Times New Roman" w:cs="Times New Roman"/>
          <w:i/>
          <w:color w:val="000000"/>
        </w:rPr>
        <w:t>PQ</w:t>
      </w:r>
      <w:r>
        <w:rPr>
          <w:rFonts w:ascii="宋体" w:eastAsia="宋体" w:hAnsi="宋体" w:cs="宋体"/>
          <w:color w:val="000000"/>
        </w:rPr>
        <w:t>＝</w:t>
      </w:r>
      <w:r>
        <w:pict>
          <v:shape id="_x0000_i702461" type="#_x0000_t75" alt="学科网(www.zxxk.com)--教育资源门户，提供试卷、教案、课件、论文、素材以及各类教学资源下载，还有大量而丰富的教学相关资讯！" style="width:10.5pt;height:21pt" o:oleicon="f" o:ole="">
            <v:imagedata r:id="rId1156" o:title="eqIdf89eef3148f2d4d09379767b4af69132"/>
          </v:shape>
        </w:pict>
      </w:r>
      <w:r>
        <w:rPr>
          <w:rFonts w:ascii="Times New Roman" w:eastAsia="Times New Roman" w:hAnsi="Times New Roman" w:cs="Times New Roman"/>
          <w:i/>
          <w:color w:val="000000"/>
        </w:rPr>
        <w:t>AB</w:t>
      </w:r>
      <w:r>
        <w:rPr>
          <w:rFonts w:ascii="宋体" w:eastAsia="宋体" w:hAnsi="宋体" w:cs="宋体"/>
          <w:color w:val="000000"/>
        </w:rPr>
        <w:t>时，求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宋体" w:eastAsia="宋体" w:hAnsi="宋体" w:cs="宋体"/>
          <w:color w:val="000000"/>
        </w:rPr>
        <w:t>的值．</w:t>
      </w:r>
    </w:p>
    <w:p>
      <w:pPr>
        <w:pStyle w:val="Heading2"/>
      </w:pPr>
      <w:r>
        <w:t>朝阳区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eastAsia="宋体" w:hAnsi="宋体" w:cs="宋体"/>
          <w:color w:val="000000"/>
        </w:rPr>
        <w:t>数学老师对同学们说：请你默想一个一位数，把这个数乘以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，加上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，再乘以</w:t>
      </w:r>
      <w:r>
        <w:rPr>
          <w:rFonts w:ascii="Times New Roman" w:eastAsia="Times New Roman" w:hAnsi="Times New Roman" w:cs="Times New Roman"/>
          <w:color w:val="000000"/>
        </w:rPr>
        <w:t>50</w:t>
      </w:r>
      <w:r>
        <w:rPr>
          <w:rFonts w:ascii="宋体" w:eastAsia="宋体" w:hAnsi="宋体" w:cs="宋体"/>
          <w:color w:val="000000"/>
        </w:rPr>
        <w:t>，加上</w:t>
      </w:r>
      <w:r>
        <w:rPr>
          <w:rFonts w:ascii="Times New Roman" w:eastAsia="Times New Roman" w:hAnsi="Times New Roman" w:cs="Times New Roman"/>
          <w:color w:val="000000"/>
        </w:rPr>
        <w:t>1772</w:t>
      </w:r>
      <w:r>
        <w:rPr>
          <w:rFonts w:ascii="宋体" w:eastAsia="宋体" w:hAnsi="宋体" w:cs="宋体"/>
          <w:color w:val="000000"/>
        </w:rPr>
        <w:t>，最后再减去你出生的年份．把运算的结果告诉我，我就能猜中你默想的那个一位数和你今年（</w:t>
      </w:r>
      <w:r>
        <w:rPr>
          <w:rFonts w:ascii="Times New Roman" w:eastAsia="Times New Roman" w:hAnsi="Times New Roman" w:cs="Times New Roman"/>
          <w:color w:val="000000"/>
        </w:rPr>
        <w:t>2022</w:t>
      </w:r>
      <w:r>
        <w:rPr>
          <w:rFonts w:ascii="宋体" w:eastAsia="宋体" w:hAnsi="宋体" w:cs="宋体"/>
          <w:color w:val="000000"/>
        </w:rPr>
        <w:t>年）的年龄．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注：年龄只考虑出生年份，不考虑月份，如</w:t>
      </w:r>
      <w:r>
        <w:rPr>
          <w:rFonts w:ascii="Times New Roman" w:eastAsia="Times New Roman" w:hAnsi="Times New Roman" w:cs="Times New Roman"/>
          <w:color w:val="000000"/>
        </w:rPr>
        <w:t>2000</w:t>
      </w:r>
      <w:r>
        <w:rPr>
          <w:rFonts w:ascii="宋体" w:eastAsia="宋体" w:hAnsi="宋体" w:cs="宋体"/>
          <w:color w:val="000000"/>
        </w:rPr>
        <w:t>年</w:t>
      </w:r>
      <w:r>
        <w:rPr>
          <w:rFonts w:ascii="Times New Roman" w:eastAsia="Times New Roman" w:hAnsi="Times New Roman" w:cs="Times New Roman"/>
          <w:color w:val="000000"/>
        </w:rPr>
        <w:t>1~12</w:t>
      </w:r>
      <w:r>
        <w:rPr>
          <w:rFonts w:ascii="宋体" w:eastAsia="宋体" w:hAnsi="宋体" w:cs="宋体"/>
          <w:color w:val="000000"/>
        </w:rPr>
        <w:t>月出生，今年（</w:t>
      </w:r>
      <w:r>
        <w:rPr>
          <w:rFonts w:ascii="Times New Roman" w:eastAsia="Times New Roman" w:hAnsi="Times New Roman" w:cs="Times New Roman"/>
          <w:color w:val="000000"/>
        </w:rPr>
        <w:t>2022</w:t>
      </w:r>
      <w:r>
        <w:rPr>
          <w:rFonts w:ascii="宋体" w:eastAsia="宋体" w:hAnsi="宋体" w:cs="宋体"/>
          <w:color w:val="000000"/>
        </w:rPr>
        <w:t>年）都是</w:t>
      </w:r>
      <w:r>
        <w:rPr>
          <w:rFonts w:ascii="Times New Roman" w:eastAsia="Times New Roman" w:hAnsi="Times New Roman" w:cs="Times New Roman"/>
          <w:color w:val="000000"/>
        </w:rPr>
        <w:t>22</w:t>
      </w:r>
      <w:r>
        <w:rPr>
          <w:rFonts w:ascii="宋体" w:eastAsia="宋体" w:hAnsi="宋体" w:cs="宋体"/>
          <w:color w:val="000000"/>
        </w:rPr>
        <w:t>岁，你知道数学老师是怎么做到的吗？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举例说明数学老师是如何猜中同学默想的一位数和今年（</w:t>
      </w:r>
      <w:r>
        <w:rPr>
          <w:rFonts w:ascii="Times New Roman" w:eastAsia="Times New Roman" w:hAnsi="Times New Roman" w:cs="Times New Roman"/>
          <w:color w:val="000000"/>
        </w:rPr>
        <w:t>2022</w:t>
      </w:r>
      <w:r>
        <w:rPr>
          <w:rFonts w:ascii="宋体" w:eastAsia="宋体" w:hAnsi="宋体" w:cs="宋体"/>
          <w:color w:val="000000"/>
        </w:rPr>
        <w:t>年）的年龄的；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解释其中的原理．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eastAsia="宋体" w:hAnsi="宋体" w:cs="宋体"/>
          <w:color w:val="000000"/>
        </w:rPr>
        <w:t>某网上商城在“双</w:t>
      </w:r>
      <w:r>
        <w:rPr>
          <w:rFonts w:ascii="Times New Roman" w:eastAsia="Times New Roman" w:hAnsi="Times New Roman" w:cs="Times New Roman"/>
          <w:color w:val="000000"/>
        </w:rPr>
        <w:t>11</w:t>
      </w:r>
      <w:r>
        <w:rPr>
          <w:rFonts w:ascii="宋体" w:eastAsia="宋体" w:hAnsi="宋体" w:cs="宋体"/>
          <w:color w:val="000000"/>
        </w:rPr>
        <w:t>”期间举行促销活动，有以下两种优惠方案：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①购物金额每满</w:t>
      </w:r>
      <w:r>
        <w:rPr>
          <w:rFonts w:ascii="Times New Roman" w:eastAsia="Times New Roman" w:hAnsi="Times New Roman" w:cs="Times New Roman"/>
          <w:color w:val="000000"/>
        </w:rPr>
        <w:t>200</w:t>
      </w:r>
      <w:r>
        <w:rPr>
          <w:rFonts w:ascii="宋体" w:eastAsia="宋体" w:hAnsi="宋体" w:cs="宋体"/>
          <w:color w:val="000000"/>
        </w:rPr>
        <w:t>元减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宋体" w:eastAsia="宋体" w:hAnsi="宋体" w:cs="宋体"/>
          <w:color w:val="000000"/>
        </w:rPr>
        <w:t>元；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②购物金额打</w:t>
      </w:r>
      <w:r>
        <w:rPr>
          <w:rFonts w:ascii="Times New Roman" w:eastAsia="Times New Roman" w:hAnsi="Times New Roman" w:cs="Times New Roman"/>
          <w:color w:val="000000"/>
        </w:rPr>
        <w:t>95</w:t>
      </w:r>
      <w:r>
        <w:rPr>
          <w:rFonts w:ascii="宋体" w:eastAsia="宋体" w:hAnsi="宋体" w:cs="宋体"/>
          <w:color w:val="000000"/>
        </w:rPr>
        <w:t>折．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某人购物金额超过</w:t>
      </w:r>
      <w:r>
        <w:rPr>
          <w:rFonts w:ascii="Times New Roman" w:eastAsia="Times New Roman" w:hAnsi="Times New Roman" w:cs="Times New Roman"/>
          <w:color w:val="000000"/>
        </w:rPr>
        <w:t>400</w:t>
      </w:r>
      <w:r>
        <w:rPr>
          <w:rFonts w:ascii="宋体" w:eastAsia="宋体" w:hAnsi="宋体" w:cs="宋体"/>
          <w:color w:val="000000"/>
        </w:rPr>
        <w:t>元不足</w:t>
      </w:r>
      <w:r>
        <w:rPr>
          <w:rFonts w:ascii="Times New Roman" w:eastAsia="Times New Roman" w:hAnsi="Times New Roman" w:cs="Times New Roman"/>
          <w:color w:val="000000"/>
        </w:rPr>
        <w:t>600</w:t>
      </w:r>
      <w:r>
        <w:rPr>
          <w:rFonts w:ascii="宋体" w:eastAsia="宋体" w:hAnsi="宋体" w:cs="宋体"/>
          <w:color w:val="000000"/>
        </w:rPr>
        <w:t>元．通过计算发现，选择方案①比方案②便宜</w:t>
      </w:r>
      <w:r>
        <w:rPr>
          <w:rFonts w:ascii="Times New Roman" w:eastAsia="Times New Roman" w:hAnsi="Times New Roman" w:cs="Times New Roman"/>
          <w:color w:val="000000"/>
        </w:rPr>
        <w:t>18</w:t>
      </w:r>
      <w:r>
        <w:rPr>
          <w:rFonts w:ascii="宋体" w:eastAsia="宋体" w:hAnsi="宋体" w:cs="宋体"/>
          <w:color w:val="000000"/>
        </w:rPr>
        <w:t>元，这个人购物的金额是多少元？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26</w:t>
      </w:r>
      <w:r>
        <w:rPr>
          <w:color w:val="000000"/>
          <w:position w:val="-22"/>
        </w:rPr>
        <w:drawing>
          <wp:inline>
            <wp:extent cx="31750" cy="88900"/>
            <wp:docPr id="177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" name=""/>
                    <pic:cNvPicPr>
                      <a:picLocks noChangeAspect="1"/>
                    </pic:cNvPicPr>
                  </pic:nvPicPr>
                  <pic:blipFill>
                    <a:blip r:embed="rId1157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阅读材料，并回答问题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对于某种满足交换率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77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" name=""/>
                    <pic:cNvPicPr>
                      <a:picLocks noChangeAspect="1"/>
                    </pic:cNvPicPr>
                  </pic:nvPicPr>
                  <pic:blipFill>
                    <a:blip r:embed="rId115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运算，如果存在一个确定的有理数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，使得任意有理数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和它进行这种运算后的结果都等于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本身，那么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叫做这种运算下的单位元．如果两个有理数进行这种运算后的结果等于单位元，那么这两个有理数互为逆元．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由上述材料可知：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有理数在加法运算下的单位元是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，在乘法运算下的单位元是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；在加法运算下，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的逆元是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，在乘法运算下，某个数没有逆元，这个数是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在有理数范围内，我们定义一种新的运算：</w:t>
      </w:r>
      <w:r>
        <w:pict>
          <v:shape id="_x0000_i702462" type="#_x0000_t75" alt="学科网(www.zxxk.com)--教育资源门户，提供试卷、教案、课件、论文、素材以及各类教学资源下载，还有大量而丰富的教学相关资讯！" style="width:84pt;height:13.95pt" o:oleicon="f" o:ole="">
            <v:imagedata r:id="rId1159" o:title="eqId625c3e1a076a8501880b91f00d29f20e"/>
          </v:shape>
        </w:pict>
      </w:r>
      <w:r>
        <w:rPr>
          <w:rFonts w:ascii="宋体" w:eastAsia="宋体" w:hAnsi="宋体" w:cs="宋体"/>
          <w:color w:val="000000"/>
        </w:rPr>
        <w:t>，例如</w:t>
      </w:r>
      <w:r>
        <w:pict>
          <v:shape id="_x0000_i702463" type="#_x0000_t75" alt="学科网(www.zxxk.com)--教育资源门户，提供试卷、教案、课件、论文、素材以及各类教学资源下载，还有大量而丰富的教学相关资讯！" style="width:111.85pt;height:14.15pt" o:oleicon="f" o:ole="">
            <v:imagedata r:id="rId1160" o:title="eqId2c976b9f247f07824a7abdadb1bc8b1d"/>
          </v:shape>
        </w:pi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rFonts w:ascii="宋体" w:eastAsia="宋体" w:hAnsi="宋体" w:cs="宋体"/>
          <w:color w:val="000000"/>
        </w:rPr>
        <w:t>求在这种新的运算下的单位元；</w:t>
      </w:r>
    </w:p>
    <w:p>
      <w:pPr>
        <w:spacing w:line="360" w:lineRule="auto"/>
        <w:jc w:val="left"/>
        <w:textAlignment w:val="center"/>
        <w:rPr>
          <w:color w:val="000000"/>
        </w:rPr>
        <w:sectPr w:rsidSect="00C321EB">
          <w:pgSz w:w="11906" w:h="16838"/>
          <w:pgMar w:top="910" w:right="1080" w:bottom="1440" w:left="1080" w:header="152" w:footer="0" w:gutter="0"/>
          <w:cols w:space="720"/>
          <w:docGrid w:type="lines" w:linePitch="312"/>
        </w:sectPr>
      </w:pP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eastAsia="宋体" w:hAnsi="宋体" w:cs="宋体"/>
          <w:color w:val="000000"/>
        </w:rPr>
        <w:t>在这种新的运算下，求任意有理数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的逆元（用含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的代数式表示）．</w:t>
      </w:r>
    </w:p>
    <w:p>
      <w:pPr>
        <w:pStyle w:val="Heading2"/>
      </w:pPr>
      <w:r>
        <w:t>海淀区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eastAsia="宋体" w:hAnsi="宋体" w:cs="宋体"/>
          <w:color w:val="000000"/>
        </w:rPr>
        <w:t>已知</w:t>
      </w:r>
      <w:r>
        <w:pict>
          <v:shape id="_x0000_i702464" type="#_x0000_t75" alt="学科网(www.zxxk.com)--教育资源门户，提供试卷、教案、课件、论文、素材以及各类教学资源下载，还有大量而丰富的教学相关资讯！" style="width:57pt;height:12.75pt" o:oleicon="f" o:ole="">
            <v:imagedata r:id="rId1161" o:title="eqId6131160eaee962470abc7771df265c6d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2465" type="#_x0000_t75" alt="学科网(www.zxxk.com)--教育资源门户，提供试卷、教案、课件、论文、素材以及各类教学资源下载，还有大量而丰富的教学相关资讯！" style="width:89.75pt;height:14.5pt" o:oleicon="f" o:ole="">
            <v:imagedata r:id="rId1162" o:title="eqIdd485d0de4711d4b71798736083312b0c"/>
          </v:shape>
        </w:pict>
      </w:r>
      <w:r>
        <w:rPr>
          <w:rFonts w:ascii="宋体" w:eastAsia="宋体" w:hAnsi="宋体" w:cs="宋体"/>
          <w:color w:val="000000"/>
        </w:rPr>
        <w:t>（</w:t>
      </w:r>
      <w:r>
        <w:pict>
          <v:shape id="_x0000_i702466" type="#_x0000_t75" alt="学科网(www.zxxk.com)--教育资源门户，提供试卷、教案、课件、论文、素材以及各类教学资源下载，还有大量而丰富的教学相关资讯！" style="width:30pt;height:14.25pt" o:oleicon="f" o:ole="">
            <v:imagedata r:id="rId1163" o:title="eqId58b140e221ddf537b8964fff8557cca0"/>
          </v:shape>
        </w:pict>
      </w:r>
      <w:r>
        <w:rPr>
          <w:rFonts w:ascii="宋体" w:eastAsia="宋体" w:hAnsi="宋体" w:cs="宋体"/>
          <w:color w:val="000000"/>
        </w:rPr>
        <w:t>，且</w:t>
      </w:r>
      <w:r>
        <w:pict>
          <v:shape id="_x0000_i702467" type="#_x0000_t75" alt="学科网(www.zxxk.com)--教育资源门户，提供试卷、教案、课件、论文、素材以及各类教学资源下载，还有大量而丰富的教学相关资讯！" style="width:20.4pt;height:14.5pt" o:oleicon="f" o:ole="">
            <v:imagedata r:id="rId1164" o:title="eqIdabd13974aebe38eb2a1d744a01ea5aa5"/>
          </v:shape>
        </w:pict>
      </w:r>
      <w:r>
        <w:rPr>
          <w:rFonts w:ascii="宋体" w:eastAsia="宋体" w:hAnsi="宋体" w:cs="宋体"/>
          <w:color w:val="000000"/>
        </w:rPr>
        <w:t>不与</w:t>
      </w:r>
      <w:r>
        <w:pict>
          <v:shape id="_x0000_i702468" type="#_x0000_t75" alt="学科网(www.zxxk.com)--教育资源门户，提供试卷、教案、课件、论文、素材以及各类教学资源下载，还有大量而丰富的教学相关资讯！" style="width:18.85pt;height:14pt" o:oleicon="f" o:ole="">
            <v:imagedata r:id="rId1165" o:title="eqIdef4113c492885ba7c47fe42ac792578f"/>
          </v:shape>
        </w:pict>
      </w:r>
      <w:r>
        <w:rPr>
          <w:rFonts w:ascii="宋体" w:eastAsia="宋体" w:hAnsi="宋体" w:cs="宋体"/>
          <w:color w:val="000000"/>
        </w:rPr>
        <w:t>重合）．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152775" cy="1362075"/>
            <wp:docPr id="178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" name=""/>
                    <pic:cNvPicPr>
                      <a:picLocks noChangeAspect="1"/>
                    </pic:cNvPicPr>
                  </pic:nvPicPr>
                  <pic:blipFill>
                    <a:blip r:embed="rId1166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当</w:t>
      </w:r>
      <w:r>
        <w:pict>
          <v:shape id="_x0000_i702469" type="#_x0000_t75" alt="学科网(www.zxxk.com)--教育资源门户，提供试卷、教案、课件、论文、素材以及各类教学资源下载，还有大量而丰富的教学相关资讯！" style="width:28.2pt;height:13.8pt" o:oleicon="f" o:ole="">
            <v:imagedata r:id="rId1167" o:title="eqIdcf0086b054ef120408acac806a1b1318"/>
          </v:shape>
        </w:pict>
      </w:r>
      <w:r>
        <w:rPr>
          <w:rFonts w:ascii="宋体" w:eastAsia="宋体" w:hAnsi="宋体" w:cs="宋体"/>
          <w:color w:val="000000"/>
        </w:rPr>
        <w:t>时，若射线</w:t>
      </w:r>
      <w:r>
        <w:pict>
          <v:shape id="_x0000_i702470" type="#_x0000_t75" alt="学科网(www.zxxk.com)--教育资源门户，提供试卷、教案、课件、论文、素材以及各类教学资源下载，还有大量而丰富的教学相关资讯！" style="width:20.4pt;height:14.5pt" o:oleicon="f" o:ole="">
            <v:imagedata r:id="rId1168" o:title="eqIdabd13974aebe38eb2a1d744a01ea5aa5"/>
          </v:shape>
        </w:pict>
      </w:r>
      <w:r>
        <w:rPr>
          <w:rFonts w:ascii="宋体" w:eastAsia="宋体" w:hAnsi="宋体" w:cs="宋体"/>
          <w:color w:val="000000"/>
        </w:rPr>
        <w:t>在</w:t>
      </w:r>
      <w:r>
        <w:pict>
          <v:shape id="_x0000_i702471" type="#_x0000_t75" alt="学科网(www.zxxk.com)--教育资源门户，提供试卷、教案、课件、论文、素材以及各类教学资源下载，还有大量而丰富的教学相关资讯！" style="width:39.75pt;height:14.25pt" o:oleicon="f" o:ole="">
            <v:imagedata r:id="rId1169" o:title="eqId6d7b2fe01a33c4825f9974ed9663a99c"/>
          </v:shape>
        </w:pict>
      </w:r>
      <w:r>
        <w:rPr>
          <w:rFonts w:ascii="宋体" w:eastAsia="宋体" w:hAnsi="宋体" w:cs="宋体"/>
          <w:color w:val="000000"/>
        </w:rPr>
        <w:t>内，请用量角器在图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中画出射线</w:t>
      </w:r>
      <w:r>
        <w:pict>
          <v:shape id="_x0000_i702472" type="#_x0000_t75" alt="学科网(www.zxxk.com)--教育资源门户，提供试卷、教案、课件、论文、素材以及各类教学资源下载，还有大量而丰富的教学相关资讯！" style="width:20.4pt;height:14.5pt" o:oleicon="f" o:ole="">
            <v:imagedata r:id="rId1168" o:title="eqIdabd13974aebe38eb2a1d744a01ea5aa5"/>
          </v:shape>
        </w:pict>
      </w:r>
      <w:r>
        <w:rPr>
          <w:rFonts w:ascii="宋体" w:eastAsia="宋体" w:hAnsi="宋体" w:cs="宋体"/>
          <w:color w:val="000000"/>
        </w:rPr>
        <w:t>，则</w:t>
      </w:r>
      <w:r>
        <w:pict>
          <v:shape id="_x0000_i702473" type="#_x0000_t75" alt="学科网(www.zxxk.com)--教育资源门户，提供试卷、教案、课件、论文、素材以及各类教学资源下载，还有大量而丰富的教学相关资讯！" style="width:36pt;height:13.95pt" o:oleicon="f" o:ole="">
            <v:imagedata r:id="rId1170" o:title="eqId5c3a3bf63440a2fdd769162516fb0e1c"/>
          </v:shape>
        </w:pict>
      </w:r>
      <w:r>
        <w:rPr>
          <w:rFonts w:ascii="宋体" w:eastAsia="宋体" w:hAnsi="宋体" w:cs="宋体"/>
          <w:color w:val="000000"/>
        </w:rPr>
        <w:t>的度数为</w:t>
      </w:r>
      <w:r>
        <w:rPr>
          <w:rFonts w:ascii="Times New Roman" w:eastAsia="Times New Roman" w:hAnsi="Times New Roman" w:cs="Times New Roman"/>
          <w:color w:val="000000"/>
        </w:rPr>
        <w:t>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当</w:t>
      </w:r>
      <w:r>
        <w:pict>
          <v:shape id="_x0000_i702474" type="#_x0000_t75" alt="学科网(www.zxxk.com)--教育资源门户，提供试卷、教案、课件、论文、素材以及各类教学资源下载，还有大量而丰富的教学相关资讯！" style="width:31.3pt;height:13.75pt" o:oleicon="f" o:ole="">
            <v:imagedata r:id="rId1171" o:title="eqIde94f16d5ed858699bfea5039a7bf8ae6"/>
          </v:shape>
        </w:pict>
      </w:r>
      <w:r>
        <w:rPr>
          <w:rFonts w:ascii="宋体" w:eastAsia="宋体" w:hAnsi="宋体" w:cs="宋体"/>
          <w:color w:val="000000"/>
        </w:rPr>
        <w:t>时，</w:t>
      </w:r>
      <w:r>
        <w:pict>
          <v:shape id="_x0000_i702475" type="#_x0000_t75" alt="学科网(www.zxxk.com)--教育资源门户，提供试卷、教案、课件、论文、素材以及各类教学资源下载，还有大量而丰富的教学相关资讯！" style="width:18.75pt;height:15pt" o:oleicon="f" o:ole="">
            <v:imagedata r:id="rId1172" o:title="eqId9f0009063fe00277645aff1be6e32471"/>
          </v:shape>
        </w:pict>
      </w:r>
      <w:r>
        <w:rPr>
          <w:rFonts w:ascii="宋体" w:eastAsia="宋体" w:hAnsi="宋体" w:cs="宋体"/>
          <w:color w:val="000000"/>
        </w:rPr>
        <w:t>平分</w:t>
      </w:r>
      <w:r>
        <w:pict>
          <v:shape id="_x0000_i702476" type="#_x0000_t75" alt="学科网(www.zxxk.com)--教育资源门户，提供试卷、教案、课件、论文、素材以及各类教学资源下载，还有大量而丰富的教学相关资讯！" style="width:36pt;height:13.95pt" o:oleicon="f" o:ole="">
            <v:imagedata r:id="rId1173" o:title="eqId5c3a3bf63440a2fdd769162516fb0e1c"/>
          </v:shape>
        </w:pict>
      </w:r>
      <w:r>
        <w:rPr>
          <w:rFonts w:ascii="宋体" w:eastAsia="宋体" w:hAnsi="宋体" w:cs="宋体"/>
          <w:color w:val="000000"/>
        </w:rPr>
        <w:t>，求</w:t>
      </w:r>
      <w:r>
        <w:pict>
          <v:shape id="_x0000_i702477" type="#_x0000_t75" alt="学科网(www.zxxk.com)--教育资源门户，提供试卷、教案、课件、论文、素材以及各类教学资源下载，还有大量而丰富的教学相关资讯！" style="width:38.4pt;height:15.6pt" o:oleicon="f" o:ole="">
            <v:imagedata r:id="rId1174" o:title="eqIda67367746e407d6ebb7b3b7bc2fba01f"/>
          </v:shape>
        </w:pict>
      </w:r>
      <w:r>
        <w:rPr>
          <w:rFonts w:ascii="宋体" w:eastAsia="宋体" w:hAnsi="宋体" w:cs="宋体"/>
          <w:color w:val="000000"/>
        </w:rPr>
        <w:t>的度数．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对于由若干不相等的整数组成的数组</w:t>
      </w:r>
      <w:r>
        <w:pict>
          <v:shape id="_x0000_i702478" type="#_x0000_t75" alt="学科网(www.zxxk.com)--教育资源门户，提供试卷、教案、课件、论文、素材以及各类教学资源下载，还有大量而丰富的教学相关资讯！" style="width:11.25pt;height:12pt" o:oleicon="f" o:ole="">
            <v:imagedata r:id="rId1175" o:title="eqIddad2a36927223bd70f426ba06aea4b45"/>
          </v:shape>
        </w:pict>
      </w:r>
      <w:r>
        <w:rPr>
          <w:rFonts w:ascii="宋体" w:eastAsia="宋体" w:hAnsi="宋体" w:cs="宋体"/>
          <w:color w:val="000000"/>
        </w:rPr>
        <w:t>和有理数</w:t>
      </w:r>
      <w:r>
        <w:pict>
          <v:shape id="_x0000_i702479" type="#_x0000_t75" alt="学科网(www.zxxk.com)--教育资源门户，提供试卷、教案、课件、论文、素材以及各类教学资源下载，还有大量而丰富的教学相关资讯！" style="width:10pt;height:14.4pt" o:oleicon="f" o:ole="">
            <v:imagedata r:id="rId1176" o:title="eqIdf0a532e15e232cb4b99a8d4d07c89575"/>
          </v:shape>
        </w:pict>
      </w:r>
      <w:r>
        <w:rPr>
          <w:rFonts w:ascii="宋体" w:eastAsia="宋体" w:hAnsi="宋体" w:cs="宋体"/>
          <w:color w:val="000000"/>
        </w:rPr>
        <w:t>，给出如下定义：如果在数轴上存在一条长为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个单位长度的线段</w:t>
      </w:r>
      <w:r>
        <w:pict>
          <v:shape id="_x0000_i702480" type="#_x0000_t75" alt="学科网(www.zxxk.com)--教育资源门户，提供试卷、教案、课件、论文、素材以及各类教学资源下载，还有大量而丰富的教学相关资讯！" style="width:20.05pt;height:12.6pt" o:oleicon="f" o:ole="">
            <v:imagedata r:id="rId1177" o:title="eqIdf52a58fbaf4fea03567e88a9f0f6e37e"/>
          </v:shape>
        </w:pict>
      </w:r>
      <w:r>
        <w:rPr>
          <w:rFonts w:ascii="宋体" w:eastAsia="宋体" w:hAnsi="宋体" w:cs="宋体"/>
          <w:color w:val="000000"/>
        </w:rPr>
        <w:t>，使得将数组</w:t>
      </w:r>
      <w:r>
        <w:pict>
          <v:shape id="_x0000_i702481" type="#_x0000_t75" alt="学科网(www.zxxk.com)--教育资源门户，提供试卷、教案、课件、论文、素材以及各类教学资源下载，还有大量而丰富的教学相关资讯！" style="width:11.25pt;height:12pt" o:oleicon="f" o:ole="">
            <v:imagedata r:id="rId1175" o:title="eqIddad2a36927223bd70f426ba06aea4b45"/>
          </v:shape>
        </w:pict>
      </w:r>
      <w:r>
        <w:rPr>
          <w:rFonts w:ascii="宋体" w:eastAsia="宋体" w:hAnsi="宋体" w:cs="宋体"/>
          <w:color w:val="000000"/>
        </w:rPr>
        <w:t>中的每一个数乘以</w:t>
      </w:r>
      <w:r>
        <w:pict>
          <v:shape id="_x0000_i702482" type="#_x0000_t75" alt="学科网(www.zxxk.com)--教育资源门户，提供试卷、教案、课件、论文、素材以及各类教学资源下载，还有大量而丰富的教学相关资讯！" style="width:10pt;height:14.4pt" o:oleicon="f" o:ole="">
            <v:imagedata r:id="rId1176" o:title="eqIdf0a532e15e232cb4b99a8d4d07c89575"/>
          </v:shape>
        </w:pict>
      </w:r>
      <w:r>
        <w:rPr>
          <w:rFonts w:ascii="宋体" w:eastAsia="宋体" w:hAnsi="宋体" w:cs="宋体"/>
          <w:color w:val="000000"/>
        </w:rPr>
        <w:t>之后，计算的结果都能够用线段</w:t>
      </w:r>
      <w:r>
        <w:pict>
          <v:shape id="_x0000_i702483" type="#_x0000_t75" alt="学科网(www.zxxk.com)--教育资源门户，提供试卷、教案、课件、论文、素材以及各类教学资源下载，还有大量而丰富的教学相关资讯！" style="width:20.05pt;height:12.6pt" o:oleicon="f" o:ole="">
            <v:imagedata r:id="rId1177" o:title="eqIdf52a58fbaf4fea03567e88a9f0f6e37e"/>
          </v:shape>
        </w:pict>
      </w:r>
      <w:r>
        <w:rPr>
          <w:rFonts w:ascii="宋体" w:eastAsia="宋体" w:hAnsi="宋体" w:cs="宋体"/>
          <w:color w:val="000000"/>
        </w:rPr>
        <w:t>上的某个点来表示，就称</w:t>
      </w:r>
      <w:r>
        <w:pict>
          <v:shape id="_x0000_i702484" type="#_x0000_t75" alt="学科网(www.zxxk.com)--教育资源门户，提供试卷、教案、课件、论文、素材以及各类教学资源下载，还有大量而丰富的教学相关资讯！" style="width:10pt;height:14.4pt" o:oleicon="f" o:ole="">
            <v:imagedata r:id="rId1176" o:title="eqIdf0a532e15e232cb4b99a8d4d07c89575"/>
          </v:shape>
        </w:pict>
      </w:r>
      <w:r>
        <w:rPr>
          <w:rFonts w:ascii="宋体" w:eastAsia="宋体" w:hAnsi="宋体" w:cs="宋体"/>
          <w:color w:val="000000"/>
        </w:rPr>
        <w:t>为数组</w:t>
      </w:r>
      <w:r>
        <w:pict>
          <v:shape id="_x0000_i702485" type="#_x0000_t75" alt="学科网(www.zxxk.com)--教育资源门户，提供试卷、教案、课件、论文、素材以及各类教学资源下载，还有大量而丰富的教学相关资讯！" style="width:11.25pt;height:12pt" o:oleicon="f" o:ole="">
            <v:imagedata r:id="rId1175" o:title="eqIddad2a36927223bd70f426ba06aea4b45"/>
          </v:shape>
        </w:pict>
      </w:r>
      <w:r>
        <w:rPr>
          <w:rFonts w:ascii="宋体" w:eastAsia="宋体" w:hAnsi="宋体" w:cs="宋体"/>
          <w:color w:val="000000"/>
        </w:rPr>
        <w:t>的收纳系数．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例如，对于数组</w:t>
      </w:r>
      <w:r>
        <w:pict>
          <v:shape id="_x0000_i702486" type="#_x0000_t75" alt="学科网(www.zxxk.com)--教育资源门户，提供试卷、教案、课件、论文、素材以及各类教学资源下载，还有大量而丰富的教学相关资讯！" style="width:11.25pt;height:12pt" o:oleicon="f" o:ole="">
            <v:imagedata r:id="rId1178" o:title="eqIddad2a36927223bd70f426ba06aea4b45"/>
          </v:shape>
        </w:pict>
      </w:r>
      <w:r>
        <w:rPr>
          <w:rFonts w:ascii="宋体" w:eastAsia="宋体" w:hAnsi="宋体" w:cs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，因为</w:t>
      </w:r>
      <w:r>
        <w:pict>
          <v:shape id="_x0000_i702487" type="#_x0000_t75" alt="学科网(www.zxxk.com)--教育资源门户，提供试卷、教案、课件、论文、素材以及各类教学资源下载，还有大量而丰富的教学相关资讯！" style="width:43.8pt;height:30.6pt" o:oleicon="f" o:ole="">
            <v:imagedata r:id="rId1179" o:title="eqId152f91a798794737fdbe076e86f48cc5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2488" type="#_x0000_t75" alt="学科网(www.zxxk.com)--教育资源门户，提供试卷、教案、课件、论文、素材以及各类教学资源下载，还有大量而丰富的教学相关资讯！" style="width:45.75pt;height:30.75pt" o:oleicon="f" o:ole="">
            <v:imagedata r:id="rId1180" o:title="eqId75d13204e7c9c35496f9016ec0a5f920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2489" type="#_x0000_t75" alt="学科网(www.zxxk.com)--教育资源门户，提供试卷、教案、课件、论文、素材以及各类教学资源下载，还有大量而丰富的教学相关资讯！" style="width:40.9pt;height:31.1pt" o:oleicon="f" o:ole="">
            <v:imagedata r:id="rId1181" o:title="eqIda1ebf3bd59bb7c4970d6c11f284e3b8c"/>
          </v:shape>
        </w:pict>
      </w:r>
      <w:r>
        <w:rPr>
          <w:rFonts w:ascii="宋体" w:eastAsia="宋体" w:hAnsi="宋体" w:cs="宋体"/>
          <w:color w:val="000000"/>
        </w:rPr>
        <w:t>，取</w:t>
      </w:r>
      <w:r>
        <w:pict>
          <v:shape id="_x0000_i702490" type="#_x0000_t75" alt="学科网(www.zxxk.com)--教育资源门户，提供试卷、教案、课件、论文、素材以及各类教学资源下载，还有大量而丰富的教学相关资讯！" style="width:12pt;height:12pt" o:oleicon="f" o:ole="">
            <v:imagedata r:id="rId1182" o:title="eqId5963abe8f421bd99a2aaa94831a951e9"/>
          </v:shape>
        </w:pict>
      </w:r>
      <w:r>
        <w:rPr>
          <w:rFonts w:ascii="宋体" w:eastAsia="宋体" w:hAnsi="宋体" w:cs="宋体"/>
          <w:color w:val="000000"/>
        </w:rPr>
        <w:t>为原点，</w:t>
      </w:r>
      <w:r>
        <w:pict>
          <v:shape id="_x0000_i702491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1183" o:title="eqId7f9e8449aad35c5d840a3395ea86df6d"/>
          </v:shape>
        </w:pict>
      </w:r>
      <w:r>
        <w:rPr>
          <w:rFonts w:ascii="宋体" w:eastAsia="宋体" w:hAnsi="宋体" w:cs="宋体"/>
          <w:color w:val="000000"/>
        </w:rPr>
        <w:t>为表示数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的点，那么这三个数都可以用线段</w:t>
      </w:r>
      <w:r>
        <w:pict>
          <v:shape id="_x0000_i702492" type="#_x0000_t75" alt="学科网(www.zxxk.com)--教育资源门户，提供试卷、教案、课件、论文、素材以及各类教学资源下载，还有大量而丰富的教学相关资讯！" style="width:20.05pt;height:12.6pt" o:oleicon="f" o:ole="">
            <v:imagedata r:id="rId1184" o:title="eqIdf52a58fbaf4fea03567e88a9f0f6e37e"/>
          </v:shape>
        </w:pict>
      </w:r>
      <w:r>
        <w:rPr>
          <w:rFonts w:ascii="宋体" w:eastAsia="宋体" w:hAnsi="宋体" w:cs="宋体"/>
          <w:color w:val="000000"/>
        </w:rPr>
        <w:t>上的某个点来表示，可以判断</w:t>
      </w:r>
      <w:r>
        <w:pict>
          <v:shape id="_x0000_i702493" type="#_x0000_t75" alt="学科网(www.zxxk.com)--教育资源门户，提供试卷、教案、课件、论文、素材以及各类教学资源下载，还有大量而丰富的教学相关资讯！" style="width:29pt;height:31pt" o:oleicon="f" o:ole="">
            <v:imagedata r:id="rId1185" o:title="eqIdbf9a5fbf690581d8517d264c254a1f72"/>
          </v:shape>
        </w:pict>
      </w:r>
      <w:r>
        <w:rPr>
          <w:rFonts w:ascii="宋体" w:eastAsia="宋体" w:hAnsi="宋体" w:cs="宋体"/>
          <w:color w:val="000000"/>
        </w:rPr>
        <w:t>是</w:t>
      </w:r>
      <w:r>
        <w:pict>
          <v:shape id="_x0000_i702494" type="#_x0000_t75" alt="学科网(www.zxxk.com)--教育资源门户，提供试卷、教案、课件、论文、素材以及各类教学资源下载，还有大量而丰富的教学相关资讯！" style="width:11.25pt;height:12pt" o:oleicon="f" o:ole="">
            <v:imagedata r:id="rId1178" o:title="eqIddad2a36927223bd70f426ba06aea4b45"/>
          </v:shape>
        </w:pict>
      </w:r>
      <w:r>
        <w:rPr>
          <w:rFonts w:ascii="宋体" w:eastAsia="宋体" w:hAnsi="宋体" w:cs="宋体"/>
          <w:color w:val="000000"/>
        </w:rPr>
        <w:t>的收纳系数．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419350" cy="476250"/>
            <wp:docPr id="178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" name=""/>
                    <pic:cNvPicPr>
                      <a:picLocks noChangeAspect="1"/>
                    </pic:cNvPicPr>
                  </pic:nvPicPr>
                  <pic:blipFill>
                    <a:blip r:embed="rId1186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已知</w:t>
      </w:r>
      <w:r>
        <w:pict>
          <v:shape id="_x0000_i702495" type="#_x0000_t75" alt="学科网(www.zxxk.com)--教育资源门户，提供试卷、教案、课件、论文、素材以及各类教学资源下载，还有大量而丰富的教学相关资讯！" style="width:10pt;height:14.4pt" o:oleicon="f" o:ole="">
            <v:imagedata r:id="rId1187" o:title="eqIdf0a532e15e232cb4b99a8d4d07c89575"/>
          </v:shape>
        </w:pict>
      </w:r>
      <w:r>
        <w:rPr>
          <w:rFonts w:ascii="宋体" w:eastAsia="宋体" w:hAnsi="宋体" w:cs="宋体"/>
          <w:color w:val="000000"/>
        </w:rPr>
        <w:t>是数组</w:t>
      </w:r>
      <w:r>
        <w:pict>
          <v:shape id="_x0000_i702496" type="#_x0000_t75" alt="学科网(www.zxxk.com)--教育资源门户，提供试卷、教案、课件、论文、素材以及各类教学资源下载，还有大量而丰富的教学相关资讯！" style="width:11.25pt;height:12pt" o:oleicon="f" o:ole="">
            <v:imagedata r:id="rId1188" o:title="eqIddad2a36927223bd70f426ba06aea4b45"/>
          </v:shape>
        </w:pict>
      </w:r>
      <w:r>
        <w:rPr>
          <w:rFonts w:ascii="宋体" w:eastAsia="宋体" w:hAnsi="宋体" w:cs="宋体"/>
          <w:color w:val="000000"/>
        </w:rPr>
        <w:t>的收纳系数，此时线段</w:t>
      </w:r>
      <w:r>
        <w:pict>
          <v:shape id="_x0000_i702497" type="#_x0000_t75" alt="学科网(www.zxxk.com)--教育资源门户，提供试卷、教案、课件、论文、素材以及各类教学资源下载，还有大量而丰富的教学相关资讯！" style="width:20.05pt;height:12.6pt" o:oleicon="f" o:ole="">
            <v:imagedata r:id="rId1189" o:title="eqIdf52a58fbaf4fea03567e88a9f0f6e37e"/>
          </v:shape>
        </w:pict>
      </w:r>
      <w:r>
        <w:rPr>
          <w:rFonts w:ascii="宋体" w:eastAsia="宋体" w:hAnsi="宋体" w:cs="宋体"/>
          <w:color w:val="000000"/>
        </w:rPr>
        <w:t>的端点</w:t>
      </w:r>
      <w:r>
        <w:pict>
          <v:shape id="_x0000_i702498" type="#_x0000_t75" alt="学科网(www.zxxk.com)--教育资源门户，提供试卷、教案、课件、论文、素材以及各类教学资源下载，还有大量而丰富的教学相关资讯！" style="width:12pt;height:12pt" o:oleicon="f" o:ole="">
            <v:imagedata r:id="rId1190" o:title="eqId5963abe8f421bd99a2aaa94831a951e9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2499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1191" o:title="eqId7f9e8449aad35c5d840a3395ea86df6d"/>
          </v:shape>
        </w:pict>
      </w:r>
      <w:r>
        <w:rPr>
          <w:rFonts w:ascii="宋体" w:eastAsia="宋体" w:hAnsi="宋体" w:cs="宋体"/>
          <w:color w:val="000000"/>
        </w:rPr>
        <w:t>表示的数分别为</w:t>
      </w:r>
      <w:r>
        <w:pict>
          <v:shape id="_x0000_i702500" type="#_x0000_t75" alt="学科网(www.zxxk.com)--教育资源门户，提供试卷、教案、课件、论文、素材以及各类教学资源下载，还有大量而丰富的教学相关资讯！" style="width:9pt;height:9.75pt" o:oleicon="f" o:ole="">
            <v:imagedata r:id="rId1192" o:title="eqId0a6936d370d6a238a608ca56f87198de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2501" type="#_x0000_t75" alt="学科网(www.zxxk.com)--教育资源门户，提供试卷、教案、课件、论文、素材以及各类教学资源下载，还有大量而丰富的教学相关资讯！" style="width:36pt;height:15pt;mso-position-horizontal-relative:page;mso-position-vertical-relative:page" o:oleicon="f" o:ole="">
            <v:imagedata r:id="rId1193" o:title="eqIdaac9cc24a262fe11fb90a4661394e747"/>
          </v:shape>
        </w:pi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对数组</w:t>
      </w:r>
      <w:r>
        <w:pict>
          <v:shape id="_x0000_i702502" type="#_x0000_t75" alt="学科网(www.zxxk.com)--教育资源门户，提供试卷、教案、课件、论文、素材以及各类教学资源下载，还有大量而丰富的教学相关资讯！" style="width:11.25pt;height:12pt" o:oleicon="f" o:ole="">
            <v:imagedata r:id="rId1194" o:title="eqIddad2a36927223bd70f426ba06aea4b45"/>
          </v:shape>
        </w:pict>
      </w:r>
      <w:r>
        <w:rPr>
          <w:rFonts w:ascii="宋体" w:eastAsia="宋体" w:hAnsi="宋体" w:cs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2503" type="#_x0000_t75" alt="学科网(www.zxxk.com)--教育资源门户，提供试卷、教案、课件、论文、素材以及各类教学资源下载，还有大量而丰富的教学相关资讯！" style="width:16.05pt;height:13.9pt" o:oleicon="f" o:ole="">
            <v:imagedata r:id="rId1195" o:title="eqId81fb134b2b48acc99213fff6ccfee65f"/>
          </v:shape>
        </w:pict>
      </w:r>
      <w:r>
        <w:rPr>
          <w:rFonts w:ascii="宋体" w:eastAsia="宋体" w:hAnsi="宋体" w:cs="宋体"/>
          <w:color w:val="000000"/>
        </w:rPr>
        <w:t>，在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2504" type="#_x0000_t75" alt="学科网(www.zxxk.com)--教育资源门户，提供试卷、教案、课件、论文、素材以及各类教学资源下载，还有大量而丰富的教学相关资讯！" style="width:11.9pt;height:31.2pt" o:oleicon="f" o:ole="">
            <v:imagedata r:id="rId1196" o:title="eqId56d266a04f3dc7483eddbc26c5e487db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2505" type="#_x0000_t75" alt="学科网(www.zxxk.com)--教育资源门户，提供试卷、教案、课件、论文、素材以及各类教学资源下载，还有大量而丰富的教学相关资讯！" style="width:18.75pt;height:30.75pt" o:oleicon="f" o:ole="">
            <v:imagedata r:id="rId1197" o:title="eqIdfeab93da829a3c07a98ed41b4707967e"/>
          </v:shape>
        </w:pict>
      </w:r>
      <w:r>
        <w:rPr>
          <w:rFonts w:ascii="宋体" w:eastAsia="宋体" w:hAnsi="宋体" w:cs="宋体"/>
          <w:color w:val="000000"/>
        </w:rPr>
        <w:t>这三个数中，</w:t>
      </w:r>
      <w:r>
        <w:pict>
          <v:shape id="_x0000_i702506" type="#_x0000_t75" alt="学科网(www.zxxk.com)--教育资源门户，提供试卷、教案、课件、论文、素材以及各类教学资源下载，还有大量而丰富的教学相关资讯！" style="width:10pt;height:14.4pt" o:oleicon="f" o:ole="">
            <v:imagedata r:id="rId1198" o:title="eqIdf0a532e15e232cb4b99a8d4d07c89575"/>
          </v:shape>
        </w:pict>
      </w:r>
      <w:r>
        <w:rPr>
          <w:rFonts w:ascii="宋体" w:eastAsia="宋体" w:hAnsi="宋体" w:cs="宋体"/>
          <w:color w:val="000000"/>
        </w:rPr>
        <w:t>可能是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对数组</w:t>
      </w:r>
      <w:r>
        <w:pict>
          <v:shape id="_x0000_i702507" type="#_x0000_t75" alt="学科网(www.zxxk.com)--教育资源门户，提供试卷、教案、课件、论文、素材以及各类教学资源下载，还有大量而丰富的教学相关资讯！" style="width:11.25pt;height:12pt" o:oleicon="f" o:ole="">
            <v:imagedata r:id="rId1200" o:title="eqIddad2a36927223bd70f426ba06aea4b45"/>
          </v:shape>
        </w:pict>
      </w:r>
      <w:r>
        <w:rPr>
          <w:rFonts w:ascii="宋体" w:eastAsia="宋体" w:hAnsi="宋体" w:cs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2508" type="#_x0000_t75" alt="学科网(www.zxxk.com)--教育资源门户，提供试卷、教案、课件、论文、素材以及各类教学资源下载，还有大量而丰富的教学相关资讯！" style="width:9pt;height:9.75pt" o:oleicon="f" o:ole="">
            <v:imagedata r:id="rId1201" o:title="eqId81dea63b8ce3e51adf66cf7b9982a248"/>
          </v:shape>
        </w:pict>
      </w:r>
      <w:r>
        <w:rPr>
          <w:rFonts w:ascii="宋体" w:eastAsia="宋体" w:hAnsi="宋体" w:cs="宋体"/>
          <w:color w:val="000000"/>
        </w:rPr>
        <w:t>，若</w:t>
      </w:r>
      <w:r>
        <w:pict>
          <v:shape id="_x0000_i702509" type="#_x0000_t75" alt="学科网(www.zxxk.com)--教育资源门户，提供试卷、教案、课件、论文、素材以及各类教学资源下载，还有大量而丰富的教学相关资讯！" style="width:10pt;height:14.4pt" o:oleicon="f" o:ole="">
            <v:imagedata r:id="rId1202" o:title="eqIdf0a532e15e232cb4b99a8d4d07c89575"/>
          </v:shape>
        </w:pi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78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" name=""/>
                    <pic:cNvPicPr>
                      <a:picLocks noChangeAspect="1"/>
                    </pic:cNvPicPr>
                  </pic:nvPicPr>
                  <pic:blipFill>
                    <a:blip r:embed="rId119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最大值为</w:t>
      </w:r>
      <w:r>
        <w:pict>
          <v:shape id="_x0000_i702510" type="#_x0000_t75" alt="学科网(www.zxxk.com)--教育资源门户，提供试卷、教案、课件、论文、素材以及各类教学资源下载，还有大量而丰富的教学相关资讯！" style="width:11.25pt;height:30.75pt" o:oleicon="f" o:ole="">
            <v:imagedata r:id="rId1203" o:title="eqId4dac452fbb5ef6dd653e7fbbef639484"/>
          </v:shape>
        </w:pict>
      </w:r>
      <w:r>
        <w:rPr>
          <w:rFonts w:ascii="宋体" w:eastAsia="宋体" w:hAnsi="宋体" w:cs="宋体"/>
          <w:color w:val="000000"/>
        </w:rPr>
        <w:t>，求</w:t>
      </w:r>
      <w:r>
        <w:pict>
          <v:shape id="_x0000_i702511" type="#_x0000_t75" alt="学科网(www.zxxk.com)--教育资源门户，提供试卷、教案、课件、论文、素材以及各类教学资源下载，还有大量而丰富的教学相关资讯！" style="width:9pt;height:9.75pt" o:oleicon="f" o:ole="">
            <v:imagedata r:id="rId1201" o:title="eqId81dea63b8ce3e51adf66cf7b9982a248"/>
          </v:shape>
        </w:pict>
      </w:r>
      <w:r>
        <w:rPr>
          <w:rFonts w:ascii="宋体" w:eastAsia="宋体" w:hAnsi="宋体" w:cs="宋体"/>
          <w:color w:val="000000"/>
        </w:rPr>
        <w:t>的值；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已知</w:t>
      </w:r>
      <w:r>
        <w:rPr>
          <w:rFonts w:ascii="Times New Roman" w:eastAsia="Times New Roman" w:hAnsi="Times New Roman" w:cs="Times New Roman"/>
          <w:color w:val="000000"/>
        </w:rPr>
        <w:t>100</w:t>
      </w:r>
      <w:r>
        <w:rPr>
          <w:rFonts w:ascii="宋体" w:eastAsia="宋体" w:hAnsi="宋体" w:cs="宋体"/>
          <w:color w:val="000000"/>
        </w:rPr>
        <w:t>个连续整数中第一个整数为</w:t>
      </w:r>
      <w:r>
        <w:pict>
          <v:shape id="_x0000_i702512" type="#_x0000_t75" alt="学科网(www.zxxk.com)--教育资源门户，提供试卷、教案、课件、论文、素材以及各类教学资源下载，还有大量而丰富的教学相关资讯！" style="width:9pt;height:9.75pt" o:oleicon="f" o:ole="">
            <v:imagedata r:id="rId1204" o:title="eqId81dea63b8ce3e51adf66cf7b9982a248"/>
          </v:shape>
        </w:pict>
      </w:r>
      <w:r>
        <w:rPr>
          <w:rFonts w:ascii="宋体" w:eastAsia="宋体" w:hAnsi="宋体" w:cs="宋体"/>
          <w:color w:val="000000"/>
        </w:rPr>
        <w:t>，从中选择</w:t>
      </w:r>
      <w:r>
        <w:pict>
          <v:shape id="_x0000_i702513" type="#_x0000_t75" alt="学科网(www.zxxk.com)--教育资源门户，提供试卷、教案、课件、论文、素材以及各类教学资源下载，还有大量而丰富的教学相关资讯！" style="width:9.75pt;height:11.25pt" o:oleicon="f" o:ole="">
            <v:imagedata r:id="rId1205" o:title="eqIdb6a24198bd04c29321ae5dc5a28fe421"/>
          </v:shape>
        </w:pict>
      </w:r>
      <w:r>
        <w:rPr>
          <w:rFonts w:ascii="宋体" w:eastAsia="宋体" w:hAnsi="宋体" w:cs="宋体"/>
          <w:color w:val="000000"/>
        </w:rPr>
        <w:t>个数，组成数组</w:t>
      </w:r>
      <w:r>
        <w:pict>
          <v:shape id="_x0000_i702514" type="#_x0000_t75" alt="学科网(www.zxxk.com)--教育资源门户，提供试卷、教案、课件、论文、素材以及各类教学资源下载，还有大量而丰富的教学相关资讯！" style="width:11.25pt;height:12pt" o:oleicon="f" o:ole="">
            <v:imagedata r:id="rId1206" o:title="eqIddad2a36927223bd70f426ba06aea4b45"/>
          </v:shape>
        </w:pi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①当</w:t>
      </w:r>
      <w:r>
        <w:pict>
          <v:shape id="_x0000_i702515" type="#_x0000_t75" alt="学科网(www.zxxk.com)--教育资源门户，提供试卷、教案、课件、论文、素材以及各类教学资源下载，还有大量而丰富的教学相关资讯！" style="width:43.5pt;height:14.25pt" o:oleicon="f" o:ole="">
            <v:imagedata r:id="rId1207" o:title="eqId8b12f9e5bd4062c553baf623d0a89cbe"/>
          </v:shape>
        </w:pict>
      </w:r>
      <w:r>
        <w:rPr>
          <w:rFonts w:ascii="宋体" w:eastAsia="宋体" w:hAnsi="宋体" w:cs="宋体"/>
          <w:color w:val="000000"/>
        </w:rPr>
        <w:t>，且</w:t>
      </w:r>
      <w:r>
        <w:pict>
          <v:shape id="_x0000_i702516" type="#_x0000_t75" alt="学科网(www.zxxk.com)--教育资源门户，提供试卷、教案、课件、论文、素材以及各类教学资源下载，还有大量而丰富的教学相关资讯！" style="width:24.75pt;height:12.75pt" o:oleicon="f" o:ole="">
            <v:imagedata r:id="rId1208" o:title="eqIde65397f11ea8af736f38debadf420c4a"/>
          </v:shape>
        </w:pict>
      </w:r>
      <w:r>
        <w:rPr>
          <w:rFonts w:ascii="宋体" w:eastAsia="宋体" w:hAnsi="宋体" w:cs="宋体"/>
          <w:color w:val="000000"/>
        </w:rPr>
        <w:t>时，直接写出</w:t>
      </w:r>
      <w:r>
        <w:pict>
          <v:shape id="_x0000_i702517" type="#_x0000_t75" alt="学科网(www.zxxk.com)--教育资源门户，提供试卷、教案、课件、论文、素材以及各类教学资源下载，还有大量而丰富的教学相关资讯！" style="width:9.75pt;height:11.25pt" o:oleicon="f" o:ole="">
            <v:imagedata r:id="rId1209" o:title="eqIdb6a24198bd04c29321ae5dc5a28fe421"/>
          </v:shape>
        </w:pict>
      </w:r>
      <w:r>
        <w:rPr>
          <w:rFonts w:ascii="宋体" w:eastAsia="宋体" w:hAnsi="宋体" w:cs="宋体"/>
          <w:color w:val="000000"/>
        </w:rPr>
        <w:t>的最大值；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②当</w:t>
      </w:r>
      <w:r>
        <w:pict>
          <v:shape id="_x0000_i702518" type="#_x0000_t75" alt="学科网(www.zxxk.com)--教育资源门户，提供试卷、教案、课件、论文、素材以及各类教学资源下载，还有大量而丰富的教学相关资讯！" style="width:39pt;height:14.25pt" o:oleicon="f" o:ole="">
            <v:imagedata r:id="rId1210" o:title="eqId2f176b1357961977f6305e96b1d0ca0f"/>
          </v:shape>
        </w:pict>
      </w:r>
      <w:r>
        <w:rPr>
          <w:rFonts w:ascii="宋体" w:eastAsia="宋体" w:hAnsi="宋体" w:cs="宋体"/>
          <w:color w:val="000000"/>
        </w:rPr>
        <w:t>时，直接写出</w:t>
      </w:r>
      <w:r>
        <w:pict>
          <v:shape id="_x0000_i702519" type="#_x0000_t75" alt="学科网(www.zxxk.com)--教育资源门户，提供试卷、教案、课件、论文、素材以及各类教学资源下载，还有大量而丰富的教学相关资讯！" style="width:10pt;height:14.4pt" o:oleicon="f" o:ole="">
            <v:imagedata r:id="rId1211" o:title="eqIdf0a532e15e232cb4b99a8d4d07c89575"/>
          </v:shape>
        </w:pict>
      </w:r>
      <w:r>
        <w:rPr>
          <w:rFonts w:ascii="宋体" w:eastAsia="宋体" w:hAnsi="宋体" w:cs="宋体"/>
          <w:color w:val="000000"/>
        </w:rPr>
        <w:t>的最大值和相应的</w:t>
      </w:r>
      <w:r>
        <w:pict>
          <v:shape id="_x0000_i702520" type="#_x0000_t75" alt="学科网(www.zxxk.com)--教育资源门户，提供试卷、教案、课件、论文、素材以及各类教学资源下载，还有大量而丰富的教学相关资讯！" style="width:33.75pt;height:15.75pt" o:oleicon="f" o:ole="">
            <v:imagedata r:id="rId1212" o:title="eqIde3f620930a22e602c8a0e45deb1e1782"/>
          </v:shape>
        </w:pict>
      </w:r>
      <w:r>
        <w:rPr>
          <w:rFonts w:ascii="宋体" w:eastAsia="宋体" w:hAnsi="宋体" w:cs="宋体"/>
          <w:color w:val="000000"/>
        </w:rPr>
        <w:t>的最小值．</w:t>
      </w:r>
    </w:p>
    <w:p>
      <w:pPr>
        <w:pStyle w:val="Heading2"/>
      </w:pPr>
      <w:r>
        <w:t>清华大学附属中学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eastAsia="宋体" w:hAnsi="宋体" w:cs="宋体"/>
          <w:color w:val="000000"/>
        </w:rPr>
        <w:t>为适应发展的需要，某企业计划加大对芯片研发部的投入，据了解，该企业研发部原有</w:t>
      </w:r>
      <w:r>
        <w:rPr>
          <w:rFonts w:ascii="Times New Roman" w:eastAsia="Times New Roman" w:hAnsi="Times New Roman" w:cs="Times New Roman"/>
          <w:color w:val="000000"/>
        </w:rPr>
        <w:t>100</w:t>
      </w:r>
      <w:r>
        <w:rPr>
          <w:rFonts w:ascii="宋体" w:eastAsia="宋体" w:hAnsi="宋体" w:cs="宋体"/>
          <w:color w:val="000000"/>
        </w:rPr>
        <w:t>名技术人员，年人均投入</w:t>
      </w:r>
      <w:r>
        <w:pict>
          <v:shape id="_x0000_i702521" type="#_x0000_t75" alt="学科网(www.zxxk.com)--教育资源门户，提供试卷、教案、课件、论文、素材以及各类教学资源下载，还有大量而丰富的教学相关资讯！" style="width:9pt;height:9.75pt" o:oleicon="f" o:ole="">
            <v:imagedata r:id="rId1213" o:title="eqId0a6936d370d6a238a608ca56f87198de"/>
          </v:shape>
        </w:pict>
      </w:r>
      <w:r>
        <w:rPr>
          <w:rFonts w:ascii="宋体" w:eastAsia="宋体" w:hAnsi="宋体" w:cs="宋体"/>
          <w:color w:val="000000"/>
        </w:rPr>
        <w:t>万元，现把原有技术人员分成两部分：技术人员和研发人员，其中技术人员</w:t>
      </w:r>
      <w:r>
        <w:pict>
          <v:shape id="_x0000_i702522" type="#_x0000_t75" alt="学科网(www.zxxk.com)--教育资源门户，提供试卷、教案、课件、论文、素材以及各类教学资源下载，还有大量而丰富的教学相关资讯！" style="width:9pt;height:9.75pt" o:oleicon="f" o:ole="">
            <v:imagedata r:id="rId1214" o:title="eqId81dea63b8ce3e51adf66cf7b9982a248"/>
          </v:shape>
        </w:pict>
      </w:r>
      <w:r>
        <w:rPr>
          <w:rFonts w:ascii="宋体" w:eastAsia="宋体" w:hAnsi="宋体" w:cs="宋体"/>
          <w:color w:val="000000"/>
        </w:rPr>
        <w:t>名（</w:t>
      </w:r>
      <w:r>
        <w:pict>
          <v:shape id="_x0000_i702523" type="#_x0000_t75" alt="学科网(www.zxxk.com)--教育资源门户，提供试卷、教案、课件、论文、素材以及各类教学资源下载，还有大量而丰富的教学相关资讯！" style="width:9pt;height:9.75pt" o:oleicon="f" o:ole="">
            <v:imagedata r:id="rId1214" o:title="eqId81dea63b8ce3e51adf66cf7b9982a248"/>
          </v:shape>
        </w:pict>
      </w:r>
      <w:r>
        <w:rPr>
          <w:rFonts w:ascii="宋体" w:eastAsia="宋体" w:hAnsi="宋体" w:cs="宋体"/>
          <w:color w:val="000000"/>
        </w:rPr>
        <w:t>为正整数且</w:t>
      </w:r>
      <w:r>
        <w:pict>
          <v:shape id="_x0000_i702524" type="#_x0000_t75" alt="学科网(www.zxxk.com)--教育资源门户，提供试卷、教案、课件、论文、素材以及各类教学资源下载，还有大量而丰富的教学相关资讯！" style="width:56.95pt;height:13.95pt" o:oleicon="f" o:ole="">
            <v:imagedata r:id="rId1215" o:title="eqIdf62b1309b889424475e3ea2c0de36ff2"/>
          </v:shape>
        </w:pict>
      </w:r>
      <w:r>
        <w:rPr>
          <w:rFonts w:ascii="宋体" w:eastAsia="宋体" w:hAnsi="宋体" w:cs="宋体"/>
          <w:color w:val="000000"/>
        </w:rPr>
        <w:t>），调整后研发人员的年人均投入增加</w:t>
      </w:r>
      <w:r>
        <w:pict>
          <v:shape id="_x0000_i702525" type="#_x0000_t75" alt="学科网(www.zxxk.com)--教育资源门户，提供试卷、教案、课件、论文、素材以及各类教学资源下载，还有大量而丰富的教学相关资讯！" style="width:25.8pt;height:13.95pt" o:oleicon="f" o:ole="">
            <v:imagedata r:id="rId1216" o:title="eqId1480909fa69977cc136f54573368be43"/>
          </v:shape>
        </w:pict>
      </w:r>
      <w:r>
        <w:rPr>
          <w:rFonts w:ascii="宋体" w:eastAsia="宋体" w:hAnsi="宋体" w:cs="宋体"/>
          <w:color w:val="000000"/>
        </w:rPr>
        <w:t>，技术人员的年人均投入调整为</w:t>
      </w:r>
      <w:r>
        <w:pict>
          <v:shape id="_x0000_i702526" type="#_x0000_t75" alt="学科网(www.zxxk.com)--教育资源门户，提供试卷、教案、课件、论文、素材以及各类教学资源下载，还有大量而丰富的教学相关资讯！" style="width:73.25pt;height:38.2pt" o:oleicon="f" o:ole="">
            <v:imagedata r:id="rId1217" o:title="eqIdeb720f751cbe15a63835aefc859f3a84"/>
          </v:shape>
        </w:pict>
      </w:r>
      <w:r>
        <w:rPr>
          <w:rFonts w:ascii="宋体" w:eastAsia="宋体" w:hAnsi="宋体" w:cs="宋体"/>
          <w:color w:val="000000"/>
        </w:rPr>
        <w:t>万元．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若这</w:t>
      </w:r>
      <w:r>
        <w:pict>
          <v:shape id="_x0000_i702527" type="#_x0000_t75" alt="学科网(www.zxxk.com)--教育资源门户，提供试卷、教案、课件、论文、素材以及各类教学资源下载，还有大量而丰富的教学相关资讯！" style="width:46.2pt;height:20.4pt" o:oleicon="f" o:ole="">
            <v:imagedata r:id="rId1218" o:title="eqIdd0054181c7b1ec6dabeb177bb0ea639f"/>
          </v:shape>
        </w:pict>
      </w:r>
      <w:r>
        <w:rPr>
          <w:rFonts w:ascii="宋体" w:eastAsia="宋体" w:hAnsi="宋体" w:cs="宋体"/>
          <w:color w:val="000000"/>
        </w:rPr>
        <w:t>名研发人员的年总投入不低于调整前</w:t>
      </w:r>
      <w:r>
        <w:rPr>
          <w:rFonts w:ascii="Times New Roman" w:eastAsia="Times New Roman" w:hAnsi="Times New Roman" w:cs="Times New Roman"/>
          <w:color w:val="000000"/>
        </w:rPr>
        <w:t>100</w:t>
      </w:r>
      <w:r>
        <w:rPr>
          <w:rFonts w:ascii="宋体" w:eastAsia="宋体" w:hAnsi="宋体" w:cs="宋体"/>
          <w:color w:val="000000"/>
        </w:rPr>
        <w:t>名技术人员的年总投入，则调整后的技术人员最多有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人；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是否存在这样的实数</w:t>
      </w:r>
      <w:r>
        <w:pict>
          <v:shape id="_x0000_i702528" type="#_x0000_t75" alt="学科网(www.zxxk.com)--教育资源门户，提供试卷、教案、课件、论文、素材以及各类教学资源下载，还有大量而丰富的教学相关资讯！" style="width:12.75pt;height:11.25pt" o:oleicon="f" o:ole="">
            <v:imagedata r:id="rId1219" o:title="eqId294f5ba74cdf695fc9a8a8e52f421328"/>
          </v:shape>
        </w:pict>
      </w:r>
      <w:r>
        <w:rPr>
          <w:rFonts w:ascii="宋体" w:eastAsia="宋体" w:hAnsi="宋体" w:cs="宋体"/>
          <w:color w:val="000000"/>
        </w:rPr>
        <w:t>，使得技术人员在已知范围内任意调整后，都能同时满足以下两个条件：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①研发人员的年人均投入不超过</w:t>
      </w:r>
      <w:r>
        <w:pict>
          <v:shape id="_x0000_i702529" type="#_x0000_t75" alt="学科网(www.zxxk.com)--教育资源门户，提供试卷、教案、课件、论文、素材以及各类教学资源下载，还有大量而丰富的教学相关资讯！" style="width:45.7pt;height:20.05pt" o:oleicon="f" o:ole="">
            <v:imagedata r:id="rId1220" o:title="eqIde98053f625445da93b55a301f9c77765"/>
          </v:shape>
        </w:pi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②研发人员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78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" name=""/>
                    <pic:cNvPicPr>
                      <a:picLocks noChangeAspect="1"/>
                    </pic:cNvPicPr>
                  </pic:nvPicPr>
                  <pic:blipFill>
                    <a:blip r:embed="rId122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年总投入始终不低于技术人员的年总投入．请说明理由．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eastAsia="宋体" w:hAnsi="宋体" w:cs="宋体"/>
          <w:color w:val="000000"/>
        </w:rPr>
        <w:t>有若干个正数的和为</w:t>
      </w:r>
      <w:r>
        <w:rPr>
          <w:rFonts w:ascii="Times New Roman" w:eastAsia="Times New Roman" w:hAnsi="Times New Roman" w:cs="Times New Roman"/>
          <w:color w:val="000000"/>
        </w:rPr>
        <w:t>1275</w:t>
      </w:r>
      <w:r>
        <w:rPr>
          <w:rFonts w:ascii="宋体" w:eastAsia="宋体" w:hAnsi="宋体" w:cs="宋体"/>
          <w:color w:val="000000"/>
        </w:rPr>
        <w:t>，其中每个正数都不大于</w:t>
      </w:r>
      <w:r>
        <w:rPr>
          <w:rFonts w:ascii="Times New Roman" w:eastAsia="Times New Roman" w:hAnsi="Times New Roman" w:cs="Times New Roman"/>
          <w:color w:val="000000"/>
        </w:rPr>
        <w:t>50</w:t>
      </w:r>
      <w:r>
        <w:rPr>
          <w:rFonts w:ascii="宋体" w:eastAsia="宋体" w:hAnsi="宋体" w:cs="宋体"/>
          <w:color w:val="000000"/>
        </w:rPr>
        <w:t>．小明将这些正数按下列要求进行分组：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①每组中所有数的和不大于</w:t>
      </w:r>
      <w:r>
        <w:rPr>
          <w:rFonts w:ascii="Times New Roman" w:eastAsia="Times New Roman" w:hAnsi="Times New Roman" w:cs="Times New Roman"/>
          <w:color w:val="000000"/>
        </w:rPr>
        <w:t>150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②从这些数中选择一些数构成第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组，使得</w:t>
      </w:r>
      <w:r>
        <w:rPr>
          <w:rFonts w:ascii="Times New Roman" w:eastAsia="Times New Roman" w:hAnsi="Times New Roman" w:cs="Times New Roman"/>
          <w:color w:val="000000"/>
        </w:rPr>
        <w:t>150</w:t>
      </w:r>
      <w:r>
        <w:rPr>
          <w:rFonts w:ascii="宋体" w:eastAsia="宋体" w:hAnsi="宋体" w:cs="宋体"/>
          <w:color w:val="000000"/>
        </w:rPr>
        <w:t>与这组数之和的差</w:t>
      </w:r>
      <w:r>
        <w:pict>
          <v:shape id="_x0000_i702530" type="#_x0000_t75" alt="学科网(www.zxxk.com)--教育资源门户，提供试卷、教案、课件、论文、素材以及各类教学资源下载，还有大量而丰富的教学相关资讯！" style="width:9.75pt;height:18pt" o:oleicon="f" o:ole="">
            <v:imagedata r:id="rId1222" o:title="eqId2858005b9ae89ae080d83dcc13cf8e81"/>
          </v:shape>
        </w:pict>
      </w:r>
      <w:r>
        <w:rPr>
          <w:rFonts w:ascii="宋体" w:eastAsia="宋体" w:hAnsi="宋体" w:cs="宋体"/>
          <w:color w:val="000000"/>
        </w:rPr>
        <w:t>与所有可能的其它选择相比是最小的，将</w:t>
      </w:r>
      <w:r>
        <w:pict>
          <v:shape id="_x0000_i702531" type="#_x0000_t75" alt="学科网(www.zxxk.com)--教育资源门户，提供试卷、教案、课件、论文、素材以及各类教学资源下载，还有大量而丰富的教学相关资讯！" style="width:9.75pt;height:18pt" o:oleicon="f" o:ole="">
            <v:imagedata r:id="rId1222" o:title="eqId2858005b9ae89ae080d83dcc13cf8e81"/>
          </v:shape>
        </w:pict>
      </w:r>
      <w:r>
        <w:rPr>
          <w:rFonts w:ascii="宋体" w:eastAsia="宋体" w:hAnsi="宋体" w:cs="宋体"/>
          <w:color w:val="000000"/>
        </w:rPr>
        <w:t>称为第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组的余差；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③在去掉已选入第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组的数后，对余下的数按第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组的选择方式构成第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组，这时的余差为</w:t>
      </w:r>
      <w:r>
        <w:pict>
          <v:shape id="_x0000_i702532" type="#_x0000_t75" alt="学科网(www.zxxk.com)--教育资源门户，提供试卷、教案、课件、论文、素材以及各类教学资源下载，还有大量而丰富的教学相关资讯！" style="width:11.25pt;height:18pt" o:oleicon="f" o:ole="">
            <v:imagedata r:id="rId1223" o:title="eqId2b3e95410f3b4fcb0cba425b521d1f67"/>
          </v:shape>
        </w:pi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④如此继续构成第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组（余差为</w:t>
      </w:r>
      <w:r>
        <w:pict>
          <v:shape id="_x0000_i702533" type="#_x0000_t75" alt="学科网(www.zxxk.com)--教育资源门户，提供试卷、教案、课件、论文、素材以及各类教学资源下载，还有大量而丰富的教学相关资讯！" style="width:11pt;height:18pt" o:oleicon="f" o:ole="">
            <v:imagedata r:id="rId1224" o:title="eqId7f2cb48c0a69b8c420c0b64b2bfa1ef7"/>
          </v:shape>
        </w:pict>
      </w:r>
      <w:r>
        <w:rPr>
          <w:rFonts w:ascii="宋体" w:eastAsia="宋体" w:hAnsi="宋体" w:cs="宋体"/>
          <w:color w:val="000000"/>
        </w:rPr>
        <w:t>）、第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组（余差为</w:t>
      </w:r>
      <w:r>
        <w:pict>
          <v:shape id="_x0000_i702534" type="#_x0000_t75" alt="学科网(www.zxxk.com)--教育资源门户，提供试卷、教案、课件、论文、素材以及各类教学资源下载，还有大量而丰富的教学相关资讯！" style="width:11pt;height:18pt" o:oleicon="f" o:ole="">
            <v:imagedata r:id="rId1225" o:title="eqId4804e9b295d3b8de7f05e9c4e8e30a3b"/>
          </v:shape>
        </w:pict>
      </w:r>
      <w:r>
        <w:rPr>
          <w:rFonts w:ascii="宋体" w:eastAsia="宋体" w:hAnsi="宋体" w:cs="宋体"/>
          <w:color w:val="000000"/>
        </w:rPr>
        <w:t>）、</w:t>
      </w:r>
      <w:r>
        <w:rPr>
          <w:rFonts w:ascii="Times New Roman" w:eastAsia="Times New Roman" w:hAnsi="Times New Roman" w:cs="Times New Roman"/>
          <w:color w:val="000000"/>
        </w:rPr>
        <w:t>…</w:t>
      </w:r>
      <w:r>
        <w:rPr>
          <w:rFonts w:ascii="宋体" w:eastAsia="宋体" w:hAnsi="宋体" w:cs="宋体"/>
          <w:color w:val="000000"/>
        </w:rPr>
        <w:t>，第</w:t>
      </w:r>
      <w:r>
        <w:pict>
          <v:shape id="_x0000_i702535" type="#_x0000_t75" alt="学科网(www.zxxk.com)--教育资源门户，提供试卷、教案、课件、论文、素材以及各类教学资源下载，还有大量而丰富的教学相关资讯！" style="width:12.75pt;height:11.25pt" o:oleicon="f" o:ole="">
            <v:imagedata r:id="rId1226" o:title="eqId294f5ba74cdf695fc9a8a8e52f421328"/>
          </v:shape>
        </w:pict>
      </w:r>
      <w:r>
        <w:rPr>
          <w:rFonts w:ascii="宋体" w:eastAsia="宋体" w:hAnsi="宋体" w:cs="宋体"/>
          <w:color w:val="000000"/>
        </w:rPr>
        <w:t>组（余差为</w:t>
      </w:r>
      <w:r>
        <w:pict>
          <v:shape id="_x0000_i702536" type="#_x0000_t75" alt="学科网(www.zxxk.com)--教育资源门户，提供试卷、教案、课件、论文、素材以及各类教学资源下载，还有大量而丰富的教学相关资讯！" style="width:13pt;height:18pt" o:oleicon="f" o:ole="">
            <v:imagedata r:id="rId1227" o:title="eqIda5d968650ebb2f7b762e3d12a0abd00b"/>
          </v:shape>
        </w:pict>
      </w:r>
      <w:r>
        <w:rPr>
          <w:rFonts w:ascii="宋体" w:eastAsia="宋体" w:hAnsi="宋体" w:cs="宋体"/>
          <w:color w:val="000000"/>
        </w:rPr>
        <w:t>），直到把这些数全部分完为止．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除第</w:t>
      </w:r>
      <w:r>
        <w:pict>
          <v:shape id="_x0000_i702537" type="#_x0000_t75" alt="学科网(www.zxxk.com)--教育资源门户，提供试卷、教案、课件、论文、素材以及各类教学资源下载，还有大量而丰富的教学相关资讯！" style="width:12.75pt;height:11.25pt" o:oleicon="f" o:ole="">
            <v:imagedata r:id="rId1228" o:title="eqId294f5ba74cdf695fc9a8a8e52f421328"/>
          </v:shape>
        </w:pict>
      </w:r>
      <w:r>
        <w:rPr>
          <w:rFonts w:ascii="宋体" w:eastAsia="宋体" w:hAnsi="宋体" w:cs="宋体"/>
          <w:color w:val="000000"/>
        </w:rPr>
        <w:t>组外的每组至少含有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个正数；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小明发现，按照要求进行分组后，得到的余差满足</w:t>
      </w:r>
      <w:r>
        <w:pict>
          <v:shape id="_x0000_i702538" type="#_x0000_t75" alt="学科网(www.zxxk.com)--教育资源门户，提供试卷、教案、课件、论文、素材以及各类教学资源下载，还有大量而丰富的教学相关资讯！" style="width:73.25pt;height:18.15pt" o:oleicon="f" o:ole="">
            <v:imagedata r:id="rId1229" o:title="eqId4daa46cb2152190aa13c5c1065386fe1"/>
          </v:shape>
        </w:pict>
      </w:r>
      <w:r>
        <w:rPr>
          <w:rFonts w:ascii="宋体" w:eastAsia="宋体" w:hAnsi="宋体" w:cs="宋体"/>
          <w:color w:val="000000"/>
        </w:rPr>
        <w:t>．并且当构成第</w:t>
      </w:r>
      <w:r>
        <w:pict>
          <v:shape id="_x0000_i702539" type="#_x0000_t75" alt="学科网(www.zxxk.com)--教育资源门户，提供试卷、教案、课件、论文、素材以及各类教学资源下载，还有大量而丰富的教学相关资讯！" style="width:48pt;height:20.5pt" o:oleicon="f" o:ole="">
            <v:imagedata r:id="rId1230" o:title="eqId627d504839215c338af094f0947d642a"/>
          </v:shape>
        </w:pict>
      </w:r>
      <w:r>
        <w:rPr>
          <w:rFonts w:ascii="宋体" w:eastAsia="宋体" w:hAnsi="宋体" w:cs="宋体"/>
          <w:color w:val="000000"/>
        </w:rPr>
        <w:t>组后，如果从余下的数中任意选出一个数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与</w:t>
      </w:r>
      <w:r>
        <w:pict>
          <v:shape id="_x0000_i702540" type="#_x0000_t75" alt="学科网(www.zxxk.com)--教育资源门户，提供试卷、教案、课件、论文、素材以及各类教学资源下载，还有大量而丰富的教学相关资讯！" style="width:11pt;height:18pt" o:oleicon="f" o:ole="">
            <v:imagedata r:id="rId1231" o:title="eqIda135cb036833400f3fa1edc92d5ce410"/>
          </v:shape>
        </w:pict>
      </w:r>
      <w:r>
        <w:rPr>
          <w:rFonts w:ascii="宋体" w:eastAsia="宋体" w:hAnsi="宋体" w:cs="宋体"/>
          <w:color w:val="000000"/>
        </w:rPr>
        <w:t>的大小关系是一定的，请你直接写出结论：</w:t>
      </w:r>
      <w:r>
        <w:pict>
          <v:shape id="_x0000_i702541" type="#_x0000_t75" alt="学科网(www.zxxk.com)--教育资源门户，提供试卷、教案、课件、论文、素材以及各类教学资源下载，还有大量而丰富的教学相关资讯！" style="width:9pt;height:9.75pt" o:oleicon="f" o:ole="">
            <v:imagedata r:id="rId1232" o:title="eqId0a6936d370d6a238a608ca56f87198de"/>
          </v:shape>
        </w:pic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pict>
          <v:shape id="_x0000_i702542" type="#_x0000_t75" alt="学科网(www.zxxk.com)--教育资源门户，提供试卷、教案、课件、论文、素材以及各类教学资源下载，还有大量而丰富的教学相关资讯！" style="width:11pt;height:18pt" o:oleicon="f" o:ole="">
            <v:imagedata r:id="rId1231" o:title="eqIda135cb036833400f3fa1edc92d5ce410"/>
          </v:shape>
        </w:pict>
      </w:r>
      <w:r>
        <w:rPr>
          <w:rFonts w:ascii="宋体" w:eastAsia="宋体" w:hAnsi="宋体" w:cs="宋体"/>
          <w:color w:val="000000"/>
        </w:rPr>
        <w:t>（填“</w:t>
      </w:r>
      <w:r>
        <w:pict>
          <v:shape id="_x0000_i702543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1233" o:title="eqId392cdb9d30684cce244bef94b8d861b9"/>
          </v:shape>
        </w:pict>
      </w:r>
      <w:r>
        <w:rPr>
          <w:rFonts w:ascii="宋体" w:eastAsia="宋体" w:hAnsi="宋体" w:cs="宋体"/>
          <w:color w:val="000000"/>
        </w:rPr>
        <w:t>”或“</w:t>
      </w:r>
      <w:r>
        <w:pict>
          <v:shape id="_x0000_i702544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1234" o:title="eqId4ff7942da6c3fc4005256fb1458557c0"/>
          </v:shape>
        </w:pict>
      </w:r>
      <w:r>
        <w:rPr>
          <w:rFonts w:ascii="宋体" w:eastAsia="宋体" w:hAnsi="宋体" w:cs="宋体"/>
          <w:color w:val="000000"/>
        </w:rPr>
        <w:t>”），并证明</w:t>
      </w:r>
      <w:r>
        <w:pict>
          <v:shape id="_x0000_i702545" type="#_x0000_t75" alt="学科网(www.zxxk.com)--教育资源门户，提供试卷、教案、课件、论文、素材以及各类教学资源下载，还有大量而丰富的教学相关资讯！" style="width:82pt;height:31.3pt" o:oleicon="f" o:ole="">
            <v:imagedata r:id="rId1235" o:title="eqId99a2ccac54ff7be99b8cc523793cdc25"/>
          </v:shape>
        </w:pi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  <w:sectPr w:rsidSect="00C321EB">
          <w:pgSz w:w="11906" w:h="16838"/>
          <w:pgMar w:top="910" w:right="1080" w:bottom="1440" w:left="1080" w:header="152" w:footer="0" w:gutter="0"/>
          <w:cols w:space="720"/>
          <w:docGrid w:type="lines" w:linePitch="312"/>
        </w:sect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无论满足条件的正数有多少个，按照分组要求，它们最多可以分成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组（直接写出答案）．</w:t>
      </w:r>
    </w:p>
    <w:p>
      <w:pPr>
        <w:pStyle w:val="Heading2"/>
      </w:pPr>
      <w:r>
        <w:t>石景山区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已知：如图，</w:t>
      </w:r>
      <w:r>
        <w:pict>
          <v:shape id="_x0000_i702546" type="#_x0000_t75" alt="学科网(www.zxxk.com)--教育资源门户，提供试卷、教案、课件、论文、素材以及各类教学资源下载，还有大量而丰富的教学相关资讯！" style="width:48pt;height:13.8pt" o:oleicon="f" o:ole="">
            <v:imagedata r:id="rId1236" o:title="eqId3825ccc273ef9a672a606432d165b866"/>
          </v:shape>
        </w:pict>
      </w:r>
      <w:r>
        <w:rPr>
          <w:rFonts w:ascii="宋体" w:eastAsia="宋体" w:hAnsi="宋体" w:cs="宋体"/>
          <w:color w:val="000000"/>
        </w:rPr>
        <w:t>．若</w:t>
      </w:r>
      <w:r>
        <w:pict>
          <v:shape id="_x0000_i702547" type="#_x0000_t75" alt="学科网(www.zxxk.com)--教育资源门户，提供试卷、教案、课件、论文、素材以及各类教学资源下载，还有大量而丰富的教学相关资讯！" style="width:66pt;height:14.25pt;mso-position-horizontal-relative:page;mso-position-vertical-relative:page" o:oleicon="f" o:ole="">
            <v:imagedata r:id="rId1237" o:title="eqId3ebc36a91cb41c867d7519b655b1ab88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2548" type="#_x0000_t75" alt="学科网(www.zxxk.com)--教育资源门户，提供试卷、教案、课件、论文、素材以及各类教学资源下载，还有大量而丰富的教学相关资讯！" style="width:20.4pt;height:14.5pt" o:oleicon="f" o:ole="">
            <v:imagedata r:id="rId1238" o:title="eqIdabd13974aebe38eb2a1d744a01ea5aa5"/>
          </v:shape>
        </w:pict>
      </w:r>
      <w:r>
        <w:rPr>
          <w:rFonts w:ascii="宋体" w:eastAsia="宋体" w:hAnsi="宋体" w:cs="宋体"/>
          <w:color w:val="000000"/>
        </w:rPr>
        <w:t>平分</w:t>
      </w:r>
      <w:r>
        <w:pict>
          <v:shape id="_x0000_i702549" type="#_x0000_t75" alt="学科网(www.zxxk.com)--教育资源门户，提供试卷、教案、课件、论文、素材以及各类教学资源下载，还有大量而丰富的教学相关资讯！" style="width:40.6pt;height:14.4pt" o:oleicon="f" o:ole="">
            <v:imagedata r:id="rId1239" o:title="eqId9fed1f57a835af4e9022e27603d12d31"/>
          </v:shape>
        </w:pict>
      </w:r>
      <w:r>
        <w:rPr>
          <w:rFonts w:ascii="宋体" w:eastAsia="宋体" w:hAnsi="宋体" w:cs="宋体"/>
          <w:color w:val="000000"/>
        </w:rPr>
        <w:t>，依题意补全图形并求</w:t>
      </w:r>
      <w:r>
        <w:pict>
          <v:shape id="_x0000_i702550" type="#_x0000_t75" alt="学科网(www.zxxk.com)--教育资源门户，提供试卷、教案、课件、论文、素材以及各类教学资源下载，还有大量而丰富的教学相关资讯！" style="width:39.2pt;height:14.5pt" o:oleicon="f" o:ole="">
            <v:imagedata r:id="rId1240" o:title="eqIdcfe03153118b0d29d0ab915e5dbe601e"/>
          </v:shape>
        </w:pict>
      </w:r>
      <w:r>
        <w:rPr>
          <w:rFonts w:ascii="宋体" w:eastAsia="宋体" w:hAnsi="宋体" w:cs="宋体"/>
          <w:color w:val="000000"/>
        </w:rPr>
        <w:t>的度数．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62125" cy="1638300"/>
            <wp:docPr id="178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" name=""/>
                    <pic:cNvPicPr>
                      <a:picLocks noChangeAspect="1"/>
                    </pic:cNvPicPr>
                  </pic:nvPicPr>
                  <pic:blipFill>
                    <a:blip r:embed="rId1241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eastAsia="宋体" w:hAnsi="宋体" w:cs="宋体"/>
          <w:color w:val="000000"/>
        </w:rPr>
        <w:t>对于数轴上的点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，给出如下定义：记点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到原点的距离为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（</w:t>
      </w:r>
      <w:r>
        <w:pict>
          <v:shape id="_x0000_i702551" type="#_x0000_t75" alt="学科网(www.zxxk.com)--教育资源门户，提供试卷、教案、课件、论文、素材以及各类教学资源下载，还有大量而丰富的教学相关资讯！" style="width:30.75pt;height:14.25pt" o:oleicon="f" o:ole="">
            <v:imagedata r:id="rId1242" o:title="eqId0baedc4d7e690ab3f7d80d30ba0a9efe"/>
          </v:shape>
        </w:pict>
      </w:r>
      <w:r>
        <w:rPr>
          <w:rFonts w:ascii="宋体" w:eastAsia="宋体" w:hAnsi="宋体" w:cs="宋体"/>
          <w:color w:val="000000"/>
        </w:rPr>
        <w:t>），点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到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的距离为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，如果</w:t>
      </w:r>
      <w:r>
        <w:pict>
          <v:shape id="_x0000_i702552" type="#_x0000_t75" alt="学科网(www.zxxk.com)--教育资源门户，提供试卷、教案、课件、论文、素材以及各类教学资源下载，还有大量而丰富的教学相关资讯！" style="width:47.4pt;height:14.4pt" o:oleicon="f" o:ole="">
            <v:imagedata r:id="rId1243" o:title="eqIdf81a51174cdbacef4d3901ab446129b2"/>
          </v:shape>
        </w:pict>
      </w:r>
      <w:r>
        <w:rPr>
          <w:rFonts w:ascii="宋体" w:eastAsia="宋体" w:hAnsi="宋体" w:cs="宋体"/>
          <w:color w:val="000000"/>
        </w:rPr>
        <w:t>，那么称点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是点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的关联点．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表示的数是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．若点</w:t>
      </w:r>
      <w:r>
        <w:pict>
          <v:shape id="_x0000_i702553" type="#_x0000_t75" alt="学科网(www.zxxk.com)--教育资源门户，提供试卷、教案、课件、论文、素材以及各类教学资源下载，还有大量而丰富的教学相关资讯！" style="width:45.75pt;height:18pt;mso-position-horizontal-relative:page;mso-position-vertical-relative:page;mso-wrap-style:square" o:oleicon="f" o:ole="">
            <v:imagedata r:id="rId1244" o:title="eqId6724f6575e355f70b5bcbc3de35f2c9a"/>
          </v:shape>
        </w:pict>
      </w:r>
      <w:r>
        <w:rPr>
          <w:rFonts w:ascii="宋体" w:eastAsia="宋体" w:hAnsi="宋体" w:cs="宋体"/>
          <w:color w:val="000000"/>
        </w:rPr>
        <w:t>表示的数分别是</w:t>
      </w:r>
      <w:r>
        <w:pict>
          <v:shape id="_x0000_i702554" type="#_x0000_t75" alt="学科网(www.zxxk.com)--教育资源门户，提供试卷、教案、课件、论文、素材以及各类教学资源下载，还有大量而丰富的教学相关资讯！" style="width:15.75pt;height:12.75pt" o:oleicon="f" o:ole="">
            <v:imagedata r:id="rId1245" o:title="eqId274a9dc37509f01c2606fb3086a46f4f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，则点</w:t>
      </w:r>
      <w:r>
        <w:pict>
          <v:shape id="_x0000_i702555" type="#_x0000_t75" alt="学科网(www.zxxk.com)--教育资源门户，提供试卷、教案、课件、论文、素材以及各类教学资源下载，还有大量而丰富的教学相关资讯！" style="width:45.75pt;height:18pt;mso-position-horizontal-relative:page;mso-position-vertical-relative:page;mso-wrap-style:square" o:oleicon="f" o:ole="">
            <v:imagedata r:id="rId1244" o:title="eqId6724f6575e355f70b5bcbc3de35f2c9a"/>
          </v:shape>
        </w:pict>
      </w:r>
      <w:r>
        <w:rPr>
          <w:rFonts w:ascii="宋体" w:eastAsia="宋体" w:hAnsi="宋体" w:cs="宋体"/>
          <w:color w:val="000000"/>
        </w:rPr>
        <w:t>中，是点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关联点的是</w:t>
      </w:r>
      <w:r>
        <w:rPr>
          <w:rFonts w:ascii="Times New Roman" w:eastAsia="Times New Roman" w:hAnsi="Times New Roman" w:cs="Times New Roman"/>
          <w:color w:val="000000"/>
        </w:rPr>
        <w:t>_____________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位于原点两侧，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是点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的关联点，则点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表示的数是</w:t>
      </w:r>
      <w:r>
        <w:rPr>
          <w:rFonts w:ascii="Times New Roman" w:eastAsia="Times New Roman" w:hAnsi="Times New Roman" w:cs="Times New Roman"/>
          <w:color w:val="000000"/>
        </w:rPr>
        <w:t>_____________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表示的数为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表示的数为</w:t>
      </w:r>
      <w:r>
        <w:pict>
          <v:shape id="_x0000_i702556" type="#_x0000_t75" alt="学科网(www.zxxk.com)--教育资源门户，提供试卷、教案、课件、论文、素材以及各类教学资源下载，还有大量而丰富的教学相关资讯！" style="width:30.6pt;height:14.4pt" o:oleicon="f" o:ole="">
            <v:imagedata r:id="rId1246" o:title="eqId221c098ec29f32e8ba525ae633ba7536"/>
          </v:shape>
        </w:pict>
      </w:r>
      <w:r>
        <w:rPr>
          <w:rFonts w:ascii="宋体" w:eastAsia="宋体" w:hAnsi="宋体" w:cs="宋体"/>
          <w:color w:val="000000"/>
        </w:rPr>
        <w:t>．若点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是点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的关联点，则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的值是</w:t>
      </w:r>
      <w:r>
        <w:rPr>
          <w:rFonts w:ascii="Times New Roman" w:eastAsia="Times New Roman" w:hAnsi="Times New Roman" w:cs="Times New Roman"/>
          <w:color w:val="000000"/>
        </w:rPr>
        <w:t>_____________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pStyle w:val="Heading2"/>
      </w:pPr>
      <w:r>
        <w:t>第二中学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eastAsia="宋体" w:hAnsi="宋体" w:cs="宋体"/>
          <w:color w:val="000000"/>
        </w:rPr>
        <w:t>如图，</w:t>
      </w:r>
      <w:r>
        <w:pict>
          <v:shape id="_x0000_i702557" type="#_x0000_t75" alt="学科网(www.zxxk.com)--教育资源门户，提供试卷、教案、课件、论文、素材以及各类教学资源下载，还有大量而丰富的教学相关资讯！" style="width:65.4pt;height:14.4pt" o:oleicon="f" o:ole="">
            <v:imagedata r:id="rId1247" o:title="eqIddc1eb76fe74cba30f7cbcde349ba80da"/>
          </v:shape>
        </w:pict>
      </w:r>
      <w:r>
        <w:rPr>
          <w:rFonts w:ascii="宋体" w:eastAsia="宋体" w:hAnsi="宋体" w:cs="宋体"/>
          <w:color w:val="000000"/>
        </w:rPr>
        <w:t>，分别引射线</w:t>
      </w:r>
      <w:r>
        <w:pict>
          <v:shape id="_x0000_i702558" type="#_x0000_t75" alt="学科网(www.zxxk.com)--教育资源门户，提供试卷、教案、课件、论文、素材以及各类教学资源下载，还有大量而丰富的教学相关资讯！" style="width:20.8pt;height:14pt" o:oleicon="f" o:ole="">
            <v:imagedata r:id="rId1248" o:title="eqId828628c0876b45381c9a0edeb0fec236"/>
          </v:shape>
        </w:pict>
      </w:r>
      <w:r>
        <w:rPr>
          <w:rFonts w:ascii="宋体" w:eastAsia="宋体" w:hAnsi="宋体" w:cs="宋体"/>
          <w:color w:val="000000"/>
        </w:rPr>
        <w:t>、</w:t>
      </w:r>
      <w:r>
        <w:pict>
          <v:shape id="_x0000_i702559" type="#_x0000_t75" alt="学科网(www.zxxk.com)--教育资源门户，提供试卷、教案、课件、论文、素材以及各类教学资源下载，还有大量而丰富的教学相关资讯！" style="width:20.75pt;height:14.55pt" o:oleicon="f" o:ole="">
            <v:imagedata r:id="rId1249" o:title="eqId683c590673eece14fea3319c4fd5eb55"/>
          </v:shape>
        </w:pict>
      </w:r>
      <w:r>
        <w:rPr>
          <w:rFonts w:ascii="宋体" w:eastAsia="宋体" w:hAnsi="宋体" w:cs="宋体"/>
          <w:color w:val="000000"/>
        </w:rPr>
        <w:t>、</w:t>
      </w:r>
      <w:r>
        <w:pict>
          <v:shape id="_x0000_i702560" type="#_x0000_t75" alt="学科网(www.zxxk.com)--教育资源门户，提供试卷、教案、课件、论文、素材以及各类教学资源下载，还有大量而丰富的教学相关资讯！" style="width:20.4pt;height:14.4pt" o:oleicon="f" o:ole="">
            <v:imagedata r:id="rId1250" o:title="eqIda299d2b999568e80be8005565ba209a4"/>
          </v:shape>
        </w:pict>
      </w:r>
      <w:r>
        <w:rPr>
          <w:rFonts w:ascii="宋体" w:eastAsia="宋体" w:hAnsi="宋体" w:cs="宋体"/>
          <w:color w:val="000000"/>
        </w:rPr>
        <w:t>，使</w:t>
      </w:r>
      <w:r>
        <w:pict>
          <v:shape id="_x0000_i702561" type="#_x0000_t75" alt="学科网(www.zxxk.com)--教育资源门户，提供试卷、教案、课件、论文、素材以及各类教学资源下载，还有大量而丰富的教学相关资讯！" style="width:20.75pt;height:14.55pt" o:oleicon="f" o:ole="">
            <v:imagedata r:id="rId1249" o:title="eqId683c590673eece14fea3319c4fd5eb55"/>
          </v:shape>
        </w:pict>
      </w:r>
      <w:r>
        <w:rPr>
          <w:rFonts w:ascii="宋体" w:eastAsia="宋体" w:hAnsi="宋体" w:cs="宋体"/>
          <w:color w:val="000000"/>
        </w:rPr>
        <w:t>平分</w:t>
      </w:r>
      <w:r>
        <w:pict>
          <v:shape id="_x0000_i702562" type="#_x0000_t75" alt="学科网(www.zxxk.com)--教育资源门户，提供试卷、教案、课件、论文、素材以及各类教学资源下载，还有大量而丰富的教学相关资讯！" style="width:39.75pt;height:14.25pt" o:oleicon="f" o:ole="">
            <v:imagedata r:id="rId1251" o:title="eqIdd22df2977de56cc69be0c1e847653d7a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2563" type="#_x0000_t75" alt="学科网(www.zxxk.com)--教育资源门户，提供试卷、教案、课件、论文、素材以及各类教学资源下载，还有大量而丰富的教学相关资讯！" style="width:20.4pt;height:14.4pt" o:oleicon="f" o:ole="">
            <v:imagedata r:id="rId1250" o:title="eqIda299d2b999568e80be8005565ba209a4"/>
          </v:shape>
        </w:pict>
      </w:r>
      <w:r>
        <w:rPr>
          <w:rFonts w:ascii="宋体" w:eastAsia="宋体" w:hAnsi="宋体" w:cs="宋体"/>
          <w:color w:val="000000"/>
        </w:rPr>
        <w:t>平分</w:t>
      </w:r>
      <w:r>
        <w:pict>
          <v:shape id="_x0000_i702564" type="#_x0000_t75" alt="学科网(www.zxxk.com)--教育资源门户，提供试卷、教案、课件、论文、素材以及各类教学资源下载，还有大量而丰富的教学相关资讯！" style="width:33pt;height:12.75pt" o:oleicon="f" o:ole="">
            <v:imagedata r:id="rId1252" o:title="eqId42e7b8a59f8d66176463f3d71f882a26"/>
          </v:shape>
        </w:pi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838450" cy="1438275"/>
            <wp:docPr id="179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" name=""/>
                    <pic:cNvPicPr>
                      <a:picLocks noChangeAspect="1"/>
                    </pic:cNvPicPr>
                  </pic:nvPicPr>
                  <pic:blipFill>
                    <a:blip r:embed="rId1253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当射线</w:t>
      </w:r>
      <w:r>
        <w:pict>
          <v:shape id="_x0000_i702565" type="#_x0000_t75" alt="学科网(www.zxxk.com)--教育资源门户，提供试卷、教案、课件、论文、素材以及各类教学资源下载，还有大量而丰富的教学相关资讯！" style="width:20.8pt;height:14pt" o:oleicon="f" o:ole="">
            <v:imagedata r:id="rId1254" o:title="eqId828628c0876b45381c9a0edeb0fec236"/>
          </v:shape>
        </w:pict>
      </w:r>
      <w:r>
        <w:rPr>
          <w:rFonts w:ascii="宋体" w:eastAsia="宋体" w:hAnsi="宋体" w:cs="宋体"/>
          <w:color w:val="000000"/>
        </w:rPr>
        <w:t>在</w:t>
      </w:r>
      <w:r>
        <w:pict>
          <v:shape id="_x0000_i702566" type="#_x0000_t75" alt="学科网(www.zxxk.com)--教育资源门户，提供试卷、教案、课件、论文、素材以及各类教学资源下载，还有大量而丰富的教学相关资讯！" style="width:39.75pt;height:14.25pt" o:oleicon="f" o:ole="">
            <v:imagedata r:id="rId1255" o:title="eqId6d7b2fe01a33c4825f9974ed9663a99c"/>
          </v:shape>
        </w:pict>
      </w:r>
      <w:r>
        <w:rPr>
          <w:rFonts w:ascii="宋体" w:eastAsia="宋体" w:hAnsi="宋体" w:cs="宋体"/>
          <w:color w:val="000000"/>
        </w:rPr>
        <w:t>内部时，若</w:t>
      </w:r>
      <w:r>
        <w:pict>
          <v:shape id="_x0000_i702567" type="#_x0000_t75" alt="学科网(www.zxxk.com)--教育资源门户，提供试卷、教案、课件、论文、素材以及各类教学资源下载，还有大量而丰富的教学相关资讯！" style="width:66pt;height:14.25pt;mso-position-horizontal-relative:page;mso-position-vertical-relative:page" o:oleicon="f" o:ole="">
            <v:imagedata r:id="rId1256" o:title="eqId3ebc36a91cb41c867d7519b655b1ab88"/>
          </v:shape>
        </w:pict>
      </w:r>
      <w:r>
        <w:rPr>
          <w:rFonts w:ascii="宋体" w:eastAsia="宋体" w:hAnsi="宋体" w:cs="宋体"/>
          <w:color w:val="000000"/>
        </w:rPr>
        <w:t>，请依题意补全图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，并求</w:t>
      </w:r>
      <w:r>
        <w:pict>
          <v:shape id="_x0000_i702568" type="#_x0000_t75" alt="学科网(www.zxxk.com)--教育资源门户，提供试卷、教案、课件、论文、素材以及各类教学资源下载，还有大量而丰富的教学相关资讯！" style="width:36.75pt;height:14.25pt" o:oleicon="f" o:ole="">
            <v:imagedata r:id="rId1257" o:title="eqId7307ac7510cf35f74337d368b94da4e5"/>
          </v:shape>
        </w:pict>
      </w:r>
      <w:r>
        <w:rPr>
          <w:rFonts w:ascii="宋体" w:eastAsia="宋体" w:hAnsi="宋体" w:cs="宋体"/>
          <w:color w:val="000000"/>
        </w:rPr>
        <w:t>的度数；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</w:t>
      </w:r>
      <w:r>
        <w:pict>
          <v:shape id="_x0000_i702569" type="#_x0000_t75" alt="学科网(www.zxxk.com)--教育资源门户，提供试卷、教案、课件、论文、素材以及各类教学资源下载，还有大量而丰富的教学相关资讯！" style="width:58.2pt;height:14.4pt" o:oleicon="f" o:ole="">
            <v:imagedata r:id="rId1258" o:title="eqIdfcbec8352ce3dbfbf3b173045d0ba8f2"/>
          </v:shape>
        </w:pict>
      </w:r>
      <w:r>
        <w:rPr>
          <w:rFonts w:ascii="宋体" w:eastAsia="宋体" w:hAnsi="宋体" w:cs="宋体"/>
          <w:color w:val="000000"/>
        </w:rPr>
        <w:t>（其中</w:t>
      </w:r>
      <w:r>
        <w:pict>
          <v:shape id="_x0000_i702570" type="#_x0000_t75" alt="学科网(www.zxxk.com)--教育资源门户，提供试卷、教案、课件、论文、素材以及各类教学资源下载，还有大量而丰富的教学相关资讯！" style="width:12pt;height:10.9pt" o:oleicon="f" o:ole="">
            <v:imagedata r:id="rId1259" o:title="eqIde170f206fdbbd834aad7580c727e2cc6"/>
          </v:shape>
        </w:pict>
      </w:r>
      <w:r>
        <w:rPr>
          <w:rFonts w:ascii="宋体" w:eastAsia="宋体" w:hAnsi="宋体" w:cs="宋体"/>
          <w:color w:val="000000"/>
        </w:rPr>
        <w:t>是小于</w:t>
      </w:r>
      <w:r>
        <w:pict>
          <v:shape id="_x0000_i702571" type="#_x0000_t75" alt="学科网(www.zxxk.com)--教育资源门户，提供试卷、教案、课件、论文、素材以及各类教学资源下载，还有大量而丰富的教学相关资讯！" style="width:19.5pt;height:14.5pt" o:oleicon="f" o:ole="">
            <v:imagedata r:id="rId1260" o:title="eqIdbe6a6301878fed2a01413020b27310a5"/>
          </v:shape>
        </w:pict>
      </w:r>
      <w:r>
        <w:rPr>
          <w:rFonts w:ascii="宋体" w:eastAsia="宋体" w:hAnsi="宋体" w:cs="宋体"/>
          <w:color w:val="000000"/>
        </w:rPr>
        <w:t>的锐角），请直接写出</w:t>
      </w:r>
      <w:r>
        <w:pict>
          <v:shape id="_x0000_i702572" type="#_x0000_t75" alt="学科网(www.zxxk.com)--教育资源门户，提供试卷、教案、课件、论文、素材以及各类教学资源下载，还有大量而丰富的教学相关资讯！" style="width:36.75pt;height:14.25pt" o:oleicon="f" o:ole="">
            <v:imagedata r:id="rId1261" o:title="eqId7307ac7510cf35f74337d368b94da4e5"/>
          </v:shape>
        </w:pict>
      </w:r>
      <w:r>
        <w:rPr>
          <w:rFonts w:ascii="宋体" w:eastAsia="宋体" w:hAnsi="宋体" w:cs="宋体"/>
          <w:color w:val="000000"/>
        </w:rPr>
        <w:t>的度数（用含</w:t>
      </w:r>
      <w:r>
        <w:pict>
          <v:shape id="_x0000_i702573" type="#_x0000_t75" alt="学科网(www.zxxk.com)--教育资源门户，提供试卷、教案、课件、论文、素材以及各类教学资源下载，还有大量而丰富的教学相关资讯！" style="width:12pt;height:10.9pt" o:oleicon="f" o:ole="">
            <v:imagedata r:id="rId1259" o:title="eqIde170f206fdbbd834aad7580c727e2cc6"/>
          </v:shape>
        </w:pict>
      </w:r>
      <w:r>
        <w:rPr>
          <w:rFonts w:ascii="宋体" w:eastAsia="宋体" w:hAnsi="宋体" w:cs="宋体"/>
          <w:color w:val="000000"/>
        </w:rPr>
        <w:t>的代数式表示）．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eastAsia="宋体" w:hAnsi="宋体" w:cs="宋体"/>
          <w:color w:val="000000"/>
        </w:rPr>
        <w:t>对数轴上的点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宋体" w:eastAsia="宋体" w:hAnsi="宋体" w:cs="宋体"/>
          <w:color w:val="000000"/>
        </w:rPr>
        <w:t>进行如下操作：将点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宋体" w:eastAsia="宋体" w:hAnsi="宋体" w:cs="宋体"/>
          <w:color w:val="000000"/>
        </w:rPr>
        <w:t>沿数轴水平方向，以每秒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个单位长度的速度，向右平移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秒，得到点</w:t>
      </w:r>
      <w:r>
        <w:pict>
          <v:shape id="_x0000_i702574" type="#_x0000_t75" alt="学科网(www.zxxk.com)--教育资源门户，提供试卷、教案、课件、论文、素材以及各类教学资源下载，还有大量而丰富的教学相关资讯！" style="width:14.25pt;height:14.25pt" o:oleicon="f" o:ole="">
            <v:imagedata r:id="rId1262" o:title="eqId9e01c77ea8aec0f14e3e6c37ed374cda"/>
          </v:shape>
        </w:pict>
      </w:r>
      <w:r>
        <w:rPr>
          <w:rFonts w:ascii="宋体" w:eastAsia="宋体" w:hAnsi="宋体" w:cs="宋体"/>
          <w:color w:val="000000"/>
        </w:rPr>
        <w:t>．称这样的操作为点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宋体" w:eastAsia="宋体" w:hAnsi="宋体" w:cs="宋体"/>
          <w:color w:val="000000"/>
        </w:rPr>
        <w:t>的“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速移”，点</w:t>
      </w:r>
      <w:r>
        <w:pict>
          <v:shape id="_x0000_i702575" type="#_x0000_t75" alt="学科网(www.zxxk.com)--教育资源门户，提供试卷、教案、课件、论文、素材以及各类教学资源下载，还有大量而丰富的教学相关资讯！" style="width:14.25pt;height:14.25pt" o:oleicon="f" o:ole="">
            <v:imagedata r:id="rId1262" o:title="eqId9e01c77ea8aec0f14e3e6c37ed374cda"/>
          </v:shape>
        </w:pict>
      </w:r>
      <w:r>
        <w:rPr>
          <w:rFonts w:ascii="宋体" w:eastAsia="宋体" w:hAnsi="宋体" w:cs="宋体"/>
          <w:color w:val="000000"/>
        </w:rPr>
        <w:t>称为点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宋体" w:eastAsia="宋体" w:hAnsi="宋体" w:cs="宋体"/>
          <w:color w:val="000000"/>
        </w:rPr>
        <w:t>的“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速移”点．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）当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时，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①如果点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表示的数为</w:t>
      </w:r>
      <w:r>
        <w:rPr>
          <w:rFonts w:ascii="Times New Roman" w:eastAsia="Times New Roman" w:hAnsi="Times New Roman" w:cs="Times New Roman"/>
          <w:color w:val="000000"/>
        </w:rPr>
        <w:t>-6</w:t>
      </w:r>
      <w:r>
        <w:rPr>
          <w:rFonts w:ascii="宋体" w:eastAsia="宋体" w:hAnsi="宋体" w:cs="宋体"/>
          <w:color w:val="000000"/>
        </w:rPr>
        <w:t>，那么点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的“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速移”点</w:t>
      </w:r>
      <w:r>
        <w:pict>
          <v:shape id="_x0000_i702576" type="#_x0000_t75" alt="学科网(www.zxxk.com)--教育资源门户，提供试卷、教案、课件、论文、素材以及各类教学资源下载，还有大量而丰富的教学相关资讯！" style="width:12.75pt;height:12pt" o:oleicon="f" o:ole="">
            <v:imagedata r:id="rId1263" o:title="eqIde7c314398e26ffc7164b82946eeb4273"/>
          </v:shape>
        </w:pict>
      </w:r>
      <w:r>
        <w:rPr>
          <w:rFonts w:ascii="宋体" w:eastAsia="宋体" w:hAnsi="宋体" w:cs="宋体"/>
          <w:color w:val="000000"/>
        </w:rPr>
        <w:t>表示的数为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    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79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" name=""/>
                    <pic:cNvPicPr>
                      <a:picLocks noChangeAspect="1"/>
                    </pic:cNvPicPr>
                  </pic:nvPicPr>
                  <pic:blipFill>
                    <a:blip r:embed="rId126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“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速移”点</w:t>
      </w:r>
      <w:r>
        <w:pict>
          <v:shape id="_x0000_i702577" type="#_x0000_t75" alt="学科网(www.zxxk.com)--教育资源门户，提供试卷、教案、课件、论文、素材以及各类教学资源下载，还有大量而丰富的教学相关资讯！" style="width:13.95pt;height:13pt" o:oleicon="f" o:ole="">
            <v:imagedata r:id="rId1265" o:title="eqId3953cec61ac602ce5eb59b7912352179"/>
          </v:shape>
        </w:pict>
      </w:r>
      <w:r>
        <w:rPr>
          <w:rFonts w:ascii="宋体" w:eastAsia="宋体" w:hAnsi="宋体" w:cs="宋体"/>
          <w:color w:val="000000"/>
        </w:rPr>
        <w:t>表示的数为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，那么点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表示的数为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    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③数轴上的点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表示的数为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，如果</w:t>
      </w:r>
      <w:r>
        <w:pict>
          <v:shape id="_x0000_i702578" type="#_x0000_t75" alt="学科网(www.zxxk.com)--教育资源门户，提供试卷、教案、课件、论文、素材以及各类教学资源下载，还有大量而丰富的教学相关资讯！" style="width:60.95pt;height:13.95pt" o:oleicon="f" o:ole="">
            <v:imagedata r:id="rId1266" o:title="eqId15fe40ad77df8799f4802aca25d96d9d"/>
          </v:shape>
        </w:pict>
      </w:r>
      <w:r>
        <w:rPr>
          <w:rFonts w:ascii="宋体" w:eastAsia="宋体" w:hAnsi="宋体" w:cs="宋体"/>
          <w:color w:val="000000"/>
        </w:rPr>
        <w:t>，那么点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表示的数为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    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  <w:sectPr w:rsidSect="00C321EB">
          <w:pgSz w:w="11906" w:h="16838"/>
          <w:pgMar w:top="910" w:right="1080" w:bottom="1440" w:left="1080" w:header="152" w:footer="0" w:gutter="0"/>
          <w:cols w:space="720"/>
          <w:docGrid w:type="lines" w:linePitch="312"/>
        </w:sect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）数轴上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两点间的距离为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，且点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在点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的左侧，点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通过“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速移”分别向右平移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秒，得到点</w:t>
      </w:r>
      <w:r>
        <w:pict>
          <v:shape id="_x0000_i702579" type="#_x0000_t75" alt="学科网(www.zxxk.com)--教育资源门户，提供试卷、教案、课件、论文、素材以及各类教学资源下载，还有大量而丰富的教学相关资讯！" style="width:14.9pt;height:12.95pt" o:oleicon="f" o:ole="">
            <v:imagedata r:id="rId1267" o:title="eqIdd3b1a5427d8ff23df0f3ec194756c84c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2580" type="#_x0000_t75" alt="学科网(www.zxxk.com)--教育资源门户，提供试卷、教案、课件、论文、素材以及各类教学资源下载，还有大量而丰富的教学相关资讯！" style="width:15.75pt;height:14.25pt" o:oleicon="f" o:ole="">
            <v:imagedata r:id="rId1268" o:title="eqIdf8e55590555905eb4f57889bbd16e39a"/>
          </v:shape>
        </w:pict>
      </w:r>
      <w:r>
        <w:rPr>
          <w:rFonts w:ascii="宋体" w:eastAsia="宋体" w:hAnsi="宋体" w:cs="宋体"/>
          <w:color w:val="000000"/>
        </w:rPr>
        <w:t>，如果</w:t>
      </w:r>
      <w:r>
        <w:pict>
          <v:shape id="_x0000_i702581" type="#_x0000_t75" alt="学科网(www.zxxk.com)--教育资源门户，提供试卷、教案、课件、论文、素材以及各类教学资源下载，还有大量而丰富的教学相关资讯！" style="width:24.75pt;height:12.75pt" o:oleicon="f" o:ole="">
            <v:imagedata r:id="rId1269" o:title="eqId7e07b15cfb3b56c8a836832a85c0d1ef"/>
          </v:shape>
        </w:pic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Times New Roman" w:eastAsia="Times New Roman" w:hAnsi="Times New Roman" w:cs="Times New Roman"/>
          <w:i/>
          <w:color w:val="000000"/>
        </w:rPr>
        <w:t>EF</w:t>
      </w:r>
      <w:r>
        <w:rPr>
          <w:rFonts w:ascii="宋体" w:eastAsia="宋体" w:hAnsi="宋体" w:cs="宋体"/>
          <w:color w:val="000000"/>
        </w:rPr>
        <w:t>，请直接用等式表示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的数量关系．</w:t>
      </w:r>
    </w:p>
    <w:p>
      <w:pPr>
        <w:pStyle w:val="Heading2"/>
      </w:pPr>
      <w:r>
        <w:t>第十三中学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eastAsia="宋体" w:cs="宋体"/>
          <w:color w:val="000000"/>
        </w:rPr>
        <w:t>列一元一次方程解应用题：国家速滑馆“冰丝带”，位于北京市朝阳区奥林匹克公园林萃路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号，是</w:t>
      </w:r>
      <w:r>
        <w:rPr>
          <w:rFonts w:ascii="Times New Roman" w:hAnsi="Times New Roman" w:eastAsia="Times New Roman" w:cs="Times New Roman"/>
          <w:color w:val="000000"/>
        </w:rPr>
        <w:t>2022</w:t>
      </w:r>
      <w:r>
        <w:rPr>
          <w:rFonts w:ascii="宋体" w:hAnsi="宋体" w:eastAsia="宋体" w:cs="宋体"/>
          <w:color w:val="000000"/>
        </w:rPr>
        <w:t>年北京冬奥会北京主赛区标志性、唯一新建的冰上竞赛场馆．某大学冬奥志愿者负责本场馆的对外联络和文化展示服务工作，负责对外联络服务工作的有</w:t>
      </w:r>
      <w:r>
        <w:rPr>
          <w:rFonts w:ascii="Times New Roman" w:hAnsi="Times New Roman" w:eastAsia="Times New Roman" w:cs="Times New Roman"/>
          <w:color w:val="000000"/>
        </w:rPr>
        <w:t>17</w:t>
      </w:r>
      <w:r>
        <w:rPr>
          <w:rFonts w:ascii="宋体" w:hAnsi="宋体" w:eastAsia="宋体" w:cs="宋体"/>
          <w:color w:val="000000"/>
        </w:rPr>
        <w:t>人，负责文化展示服务工作的有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>人，现在另调</w:t>
      </w:r>
      <w:r>
        <w:rPr>
          <w:rFonts w:ascii="Times New Roman" w:hAnsi="Times New Roman" w:eastAsia="Times New Roman" w:cs="Times New Roman"/>
          <w:color w:val="000000"/>
        </w:rPr>
        <w:t>20</w:t>
      </w:r>
      <w:r>
        <w:rPr>
          <w:rFonts w:ascii="宋体" w:hAnsi="宋体" w:eastAsia="宋体" w:cs="宋体"/>
          <w:color w:val="000000"/>
        </w:rPr>
        <w:t>人去两服务处支援，使得在对外联络服务工作的人数比在文化展示服务的人数的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倍多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人，问应调往对外联络、文化展示两服务处各多少人？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eastAsia="宋体" w:cs="宋体"/>
          <w:color w:val="000000"/>
        </w:rPr>
        <w:t>探索发现：如图是一种网红弹弓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1795" name="图片 8199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" name="图片 8199928"/>
                    <pic:cNvPicPr>
                      <a:picLocks noChangeAspect="1"/>
                    </pic:cNvPicPr>
                  </pic:nvPicPr>
                  <pic:blipFill>
                    <a:blip r:embed="rId127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实物图，在两头上系上皮筋，拉动皮筋可形成平面示意图如下图①，弹弓的两边可看成是平行的，即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∥</w:t>
      </w:r>
      <w:r>
        <w:rPr>
          <w:rFonts w:ascii="Times New Roman" w:hAnsi="Times New Roman" w:eastAsia="Times New Roman" w:cs="Times New Roman"/>
          <w:i/>
          <w:color w:val="000000"/>
        </w:rPr>
        <w:t>CD</w:t>
      </w:r>
      <w:r>
        <w:rPr>
          <w:rFonts w:ascii="宋体" w:hAnsi="宋体" w:eastAsia="宋体" w:cs="宋体"/>
          <w:color w:val="000000"/>
        </w:rPr>
        <w:t>，各活动小组探索∠</w:t>
      </w:r>
      <w:r>
        <w:rPr>
          <w:rFonts w:ascii="Times New Roman" w:hAnsi="Times New Roman" w:eastAsia="Times New Roman" w:cs="Times New Roman"/>
          <w:i/>
          <w:color w:val="000000"/>
        </w:rPr>
        <w:t>APC</w:t>
      </w:r>
      <w:r>
        <w:rPr>
          <w:rFonts w:ascii="宋体" w:hAnsi="宋体" w:eastAsia="宋体" w:cs="宋体"/>
          <w:color w:val="000000"/>
        </w:rPr>
        <w:t>与∠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，∠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之间的数量关系．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676775" cy="2476500"/>
            <wp:effectExtent l="0" t="0" r="9525" b="0"/>
            <wp:docPr id="1797" name="图片 1000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" name="图片 10004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71"/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已知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∥</w:t>
      </w:r>
      <w:r>
        <w:rPr>
          <w:rFonts w:ascii="Times New Roman" w:hAnsi="Times New Roman" w:eastAsia="Times New Roman" w:cs="Times New Roman"/>
          <w:i/>
          <w:color w:val="000000"/>
        </w:rPr>
        <w:t>CD</w:t>
      </w:r>
      <w:r>
        <w:rPr>
          <w:rFonts w:ascii="宋体" w:hAnsi="宋体" w:eastAsia="宋体" w:cs="宋体"/>
          <w:color w:val="000000"/>
        </w:rPr>
        <w:t>，点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不在直线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和直线</w:t>
      </w:r>
      <w:r>
        <w:rPr>
          <w:rFonts w:ascii="Times New Roman" w:hAnsi="Times New Roman" w:eastAsia="Times New Roman" w:cs="Times New Roman"/>
          <w:i/>
          <w:color w:val="000000"/>
        </w:rPr>
        <w:t>CD</w:t>
      </w:r>
      <w:r>
        <w:rPr>
          <w:rFonts w:ascii="宋体" w:hAnsi="宋体" w:eastAsia="宋体" w:cs="宋体"/>
          <w:color w:val="000000"/>
        </w:rPr>
        <w:t>上，在图①中，智慧小组发现：∠</w:t>
      </w:r>
      <w:r>
        <w:rPr>
          <w:rFonts w:ascii="Times New Roman" w:hAnsi="Times New Roman" w:eastAsia="Times New Roman" w:cs="Times New Roman"/>
          <w:i/>
          <w:color w:val="000000"/>
        </w:rPr>
        <w:t>APC</w:t>
      </w:r>
      <w:r>
        <w:rPr>
          <w:rFonts w:ascii="宋体" w:hAnsi="宋体" w:eastAsia="宋体" w:cs="宋体"/>
          <w:color w:val="000000"/>
        </w:rPr>
        <w:t>＝∠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Times New Roman" w:hAnsi="Times New Roman" w:eastAsia="Times New Roman" w:cs="Times New Roman"/>
          <w:color w:val="000000"/>
        </w:rPr>
        <w:t>+</w:t>
      </w:r>
      <w:r>
        <w:rPr>
          <w:rFonts w:ascii="宋体" w:hAnsi="宋体" w:eastAsia="宋体" w:cs="宋体"/>
          <w:color w:val="000000"/>
        </w:rPr>
        <w:t>∠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智慧小组是这样思考的：过点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作</w:t>
      </w:r>
      <w:r>
        <w:rPr>
          <w:rFonts w:ascii="Times New Roman" w:hAnsi="Times New Roman" w:eastAsia="Times New Roman" w:cs="Times New Roman"/>
          <w:i/>
          <w:color w:val="000000"/>
        </w:rPr>
        <w:t>PQ</w:t>
      </w:r>
      <w:r>
        <w:rPr>
          <w:rFonts w:ascii="宋体" w:hAnsi="宋体" w:eastAsia="宋体" w:cs="宋体"/>
          <w:color w:val="000000"/>
        </w:rPr>
        <w:t>∥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Cambria Math" w:hAnsi="Cambria Math" w:eastAsia="Cambria Math" w:cs="Cambria Math"/>
          <w:color w:val="000000"/>
        </w:rPr>
        <w:t>⋯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请你按照智慧小组作的辅助线补全推理过程．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类比思考：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①在图②中，∠</w:t>
      </w:r>
      <w:r>
        <w:rPr>
          <w:rFonts w:ascii="Times New Roman" w:hAnsi="Times New Roman" w:eastAsia="Times New Roman" w:cs="Times New Roman"/>
          <w:i/>
          <w:color w:val="000000"/>
        </w:rPr>
        <w:t>APC</w:t>
      </w:r>
      <w:r>
        <w:rPr>
          <w:rFonts w:ascii="宋体" w:hAnsi="宋体" w:eastAsia="宋体" w:cs="宋体"/>
          <w:color w:val="000000"/>
        </w:rPr>
        <w:t>与∠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、∠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之间的数量关系为</w:t>
      </w:r>
      <w:r>
        <w:rPr>
          <w:rFonts w:ascii="Times New Roman" w:hAnsi="Times New Roman" w:eastAsia="Times New Roman" w:cs="Times New Roman"/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②如图③，已知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∥</w:t>
      </w:r>
      <w:r>
        <w:rPr>
          <w:rFonts w:ascii="Times New Roman" w:hAnsi="Times New Roman" w:eastAsia="Times New Roman" w:cs="Times New Roman"/>
          <w:i/>
          <w:color w:val="000000"/>
        </w:rPr>
        <w:t>CD</w:t>
      </w:r>
      <w:r>
        <w:rPr>
          <w:rFonts w:ascii="宋体" w:hAnsi="宋体" w:eastAsia="宋体" w:cs="宋体"/>
          <w:color w:val="000000"/>
        </w:rPr>
        <w:t>，则∠</w:t>
      </w:r>
      <w:r>
        <w:rPr>
          <w:rFonts w:ascii="Times New Roman" w:hAnsi="Times New Roman" w:eastAsia="Times New Roman" w:cs="Times New Roman"/>
          <w:color w:val="000000"/>
        </w:rPr>
        <w:t>α</w:t>
      </w:r>
      <w:r>
        <w:rPr>
          <w:rFonts w:ascii="宋体" w:hAnsi="宋体" w:eastAsia="宋体" w:cs="宋体"/>
          <w:color w:val="000000"/>
        </w:rPr>
        <w:t>、∠</w:t>
      </w:r>
      <w:r>
        <w:rPr>
          <w:rFonts w:ascii="Times New Roman" w:hAnsi="Times New Roman" w:eastAsia="Times New Roman" w:cs="Times New Roman"/>
          <w:color w:val="000000"/>
        </w:rPr>
        <w:t>β</w:t>
      </w:r>
      <w:r>
        <w:rPr>
          <w:rFonts w:ascii="宋体" w:hAnsi="宋体" w:eastAsia="宋体" w:cs="宋体"/>
          <w:color w:val="000000"/>
        </w:rPr>
        <w:t>、∠</w:t>
      </w:r>
      <w:r>
        <w:rPr>
          <w:rFonts w:ascii="Times New Roman" w:hAnsi="Times New Roman" w:eastAsia="Times New Roman" w:cs="Times New Roman"/>
          <w:color w:val="000000"/>
        </w:rPr>
        <w:t>γ</w:t>
      </w:r>
      <w:r>
        <w:rPr>
          <w:rFonts w:ascii="宋体" w:hAnsi="宋体" w:eastAsia="宋体" w:cs="宋体"/>
          <w:color w:val="000000"/>
        </w:rPr>
        <w:t>之间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1799" name="图片 8199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" name="图片 8199932"/>
                    <pic:cNvPicPr>
                      <a:picLocks noChangeAspect="1"/>
                    </pic:cNvPicPr>
                  </pic:nvPicPr>
                  <pic:blipFill>
                    <a:blip r:embed="rId127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数量关系为</w:t>
      </w:r>
      <w:r>
        <w:rPr>
          <w:rFonts w:ascii="Times New Roman" w:hAnsi="Times New Roman" w:eastAsia="Times New Roman" w:cs="Times New Roman"/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解决问题：善思小组提出：如图④⑤，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∥</w:t>
      </w:r>
      <w:r>
        <w:rPr>
          <w:rFonts w:ascii="Times New Roman" w:hAnsi="Times New Roman" w:eastAsia="Times New Roman" w:cs="Times New Roman"/>
          <w:i/>
          <w:color w:val="000000"/>
        </w:rPr>
        <w:t>CD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AF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CF</w:t>
      </w:r>
      <w:r>
        <w:rPr>
          <w:rFonts w:ascii="宋体" w:hAnsi="宋体" w:eastAsia="宋体" w:cs="宋体"/>
          <w:color w:val="000000"/>
        </w:rPr>
        <w:t>分别平分∠</w:t>
      </w:r>
      <w:r>
        <w:rPr>
          <w:rFonts w:ascii="Times New Roman" w:hAnsi="Times New Roman" w:eastAsia="Times New Roman" w:cs="Times New Roman"/>
          <w:i/>
          <w:color w:val="000000"/>
        </w:rPr>
        <w:t>BAP</w:t>
      </w:r>
      <w:r>
        <w:rPr>
          <w:rFonts w:ascii="宋体" w:hAnsi="宋体" w:eastAsia="宋体" w:cs="宋体"/>
          <w:color w:val="000000"/>
        </w:rPr>
        <w:t>、∠</w:t>
      </w:r>
      <w:r>
        <w:rPr>
          <w:rFonts w:ascii="Times New Roman" w:hAnsi="Times New Roman" w:eastAsia="Times New Roman" w:cs="Times New Roman"/>
          <w:i/>
          <w:color w:val="000000"/>
        </w:rPr>
        <w:t>DCP</w:t>
      </w:r>
      <w:r>
        <w:rPr>
          <w:rFonts w:ascii="宋体" w:hAnsi="宋体" w:eastAsia="宋体" w:cs="宋体"/>
          <w:color w:val="000000"/>
        </w:rPr>
        <w:t>．请分别求出图④、图⑤中，∠</w:t>
      </w:r>
      <w:r>
        <w:rPr>
          <w:rFonts w:ascii="Times New Roman" w:hAnsi="Times New Roman" w:eastAsia="Times New Roman" w:cs="Times New Roman"/>
          <w:i/>
          <w:color w:val="000000"/>
        </w:rPr>
        <w:t>AFC</w:t>
      </w:r>
      <w:r>
        <w:rPr>
          <w:rFonts w:ascii="宋体" w:hAnsi="宋体" w:eastAsia="宋体" w:cs="宋体"/>
          <w:color w:val="000000"/>
        </w:rPr>
        <w:t>与∠</w:t>
      </w:r>
      <w:r>
        <w:rPr>
          <w:rFonts w:ascii="Times New Roman" w:hAnsi="Times New Roman" w:eastAsia="Times New Roman" w:cs="Times New Roman"/>
          <w:i/>
          <w:color w:val="000000"/>
        </w:rPr>
        <w:t>APC</w:t>
      </w:r>
      <w:r>
        <w:rPr>
          <w:rFonts w:ascii="宋体" w:hAnsi="宋体" w:eastAsia="宋体" w:cs="宋体"/>
          <w:color w:val="000000"/>
        </w:rPr>
        <w:t>之间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1801" name="图片 8199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" name="图片 8199936"/>
                    <pic:cNvPicPr>
                      <a:picLocks noChangeAspect="1"/>
                    </pic:cNvPicPr>
                  </pic:nvPicPr>
                  <pic:blipFill>
                    <a:blip r:embed="rId127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数量关系，并说明理由．</w:t>
      </w:r>
    </w:p>
    <w:p>
      <w:pPr>
        <w:pStyle w:val="Heading2"/>
      </w:pPr>
      <w:r>
        <w:t>西城区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hAnsi="宋体" w:eastAsia="宋体" w:cs="宋体"/>
          <w:color w:val="000000"/>
        </w:rPr>
        <w:t>小东对有理数</w:t>
      </w:r>
      <w:r>
        <w:pict>
          <v:shape id="_x0000_i702582" o:spt="75" alt="学科网(www.zxxk.com)--教育资源门户，提供试卷、教案、课件、论文、素材以及各类教学资源下载，还有大量而丰富的教学相关资讯！" type="#_x0000_t75" style="height:14.4pt;width:27pt;" o:ole="t" filled="f" o:preferrelative="t" stroked="f" coordsize="21600,21600">
            <v:path/>
            <v:fill on="f" focussize="0,0"/>
            <v:stroke on="f" joinstyle="miter"/>
            <v:imagedata r:id="rId1274" o:title="eqId62ff2912fd8d93b6e692936d95b727c5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定义了一种新的运算，叫做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乘减法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，记作“</w:t>
      </w:r>
      <w:r>
        <w:pict>
          <v:shape id="_x0000_i702583" o:spt="75" alt="学科网(www.zxxk.com)--教育资源门户，提供试卷、教案、课件、论文、素材以及各类教学资源下载，还有大量而丰富的教学相关资讯！" type="#_x0000_t75" style="height:14.25pt;width:29.25pt;" o:ole="t" filled="f" o:preferrelative="t" stroked="f" coordsize="21600,21600">
            <v:path/>
            <v:fill on="f" focussize="0,0"/>
            <v:stroke on="f" joinstyle="miter"/>
            <v:imagedata r:id="rId1275" o:title="eqId958bd270a90b9fbe73d2951b97a2d3ca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”．他写出了一些按照“乘减法”运算的算式：</w:t>
      </w:r>
      <w:r>
        <w:pict>
          <v:shape id="_x0000_i702584" o:spt="75" alt="学科网(www.zxxk.com)--教育资源门户，提供试卷、教案、课件、论文、素材以及各类教学资源下载，还有大量而丰富的教学相关资讯！" type="#_x0000_t75" style="height:20pt;width:83pt;" o:ole="t" filled="f" o:preferrelative="t" stroked="f" coordsize="21600,21600">
            <v:path/>
            <v:fill on="f" focussize="0,0"/>
            <v:stroke on="f" joinstyle="miter"/>
            <v:imagedata r:id="rId1276" o:title="eqId50427def1b6748f8812bef47d4993de8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  <w:r>
        <w:pict>
          <v:shape id="_x0000_i702585" o:spt="75" alt="学科网(www.zxxk.com)--教育资源门户，提供试卷、教案、课件、论文、素材以及各类教学资源下载，还有大量而丰富的教学相关资讯！" type="#_x0000_t75" style="height:20pt;width:89pt;" o:ole="t" filled="f" o:preferrelative="t" stroked="f" coordsize="21600,21600">
            <v:path/>
            <v:fill on="f" focussize="0,0"/>
            <v:stroke on="f" joinstyle="miter"/>
            <v:imagedata r:id="rId1277" o:title="eqId6d04509949a9d9b7bf996f31667578fd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  <w:r>
        <w:pict>
          <v:shape id="_x0000_i702586" o:spt="75" alt="学科网(www.zxxk.com)--教育资源门户，提供试卷、教案、课件、论文、素材以及各类教学资源下载，还有大量而丰富的教学相关资讯！" type="#_x0000_t75" style="height:20pt;width:84pt;" o:ole="t" filled="f" o:preferrelative="t" stroked="f" coordsize="21600,21600">
            <v:path/>
            <v:fill on="f" focussize="0,0"/>
            <v:stroke on="f" joinstyle="miter"/>
            <v:imagedata r:id="rId1278" o:title="eqId7450554753db78dff5551f07e3d776f7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  <w:r>
        <w:pict>
          <v:shape id="_x0000_i702587" o:spt="75" alt="学科网(www.zxxk.com)--教育资源门户，提供试卷、教案、课件、论文、素材以及各类教学资源下载，还有大量而丰富的教学相关资讯！" type="#_x0000_t75" style="height:20pt;width:83pt;" o:ole="t" filled="f" o:preferrelative="t" stroked="f" coordsize="21600,21600">
            <v:path/>
            <v:fill on="f" focussize="0,0"/>
            <v:stroke on="f" joinstyle="miter"/>
            <v:imagedata r:id="rId1279" o:title="eqIda6624a60c12244d3494108806a777297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  <w:r>
        <w:pict>
          <v:shape id="_x0000_i702588" o:spt="75" alt="学科网(www.zxxk.com)--教育资源门户，提供试卷、教案、课件、论文、素材以及各类教学资源下载，还有大量而丰富的教学相关资讯！" type="#_x0000_t75" style="height:34pt;width:93.5pt;" o:ole="t" filled="f" o:preferrelative="t" stroked="f" coordsize="21600,21600">
            <v:path/>
            <v:fill on="f" focussize="0,0"/>
            <v:stroke on="f" joinstyle="miter"/>
            <v:imagedata r:id="rId1280" o:title="eqIdbe27ed8982c3fa9494335899c9a8250c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  <w:r>
        <w:pict>
          <v:shape id="_x0000_i702589" o:spt="75" alt="学科网(www.zxxk.com)--教育资源门户，提供试卷、教案、课件、论文、素材以及各类教学资源下载，还有大量而丰富的教学相关资讯！" type="#_x0000_t75" style="height:20pt;width:102pt;" o:ole="t" filled="f" o:preferrelative="t" stroked="f" coordsize="21600,21600">
            <v:path/>
            <v:fill on="f" focussize="0,0"/>
            <v:stroke on="f" joinstyle="miter"/>
            <v:imagedata r:id="rId1281" o:title="eqId27c8652b71f1b3e15fd8cf562f27a251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  <w:r>
        <w:pict>
          <v:shape id="_x0000_i702590" o:spt="75" alt="学科网(www.zxxk.com)--教育资源门户，提供试卷、教案、课件、论文、素材以及各类教学资源下载，还有大量而丰富的教学相关资讯！" type="#_x0000_t75" style="height:20pt;width:77pt;" o:ole="t" filled="f" o:preferrelative="t" stroked="f" coordsize="21600,21600">
            <v:path/>
            <v:fill on="f" focussize="0,0"/>
            <v:stroke on="f" joinstyle="miter"/>
            <v:imagedata r:id="rId1282" o:title="eqId7faa2ae4a1abec8fe6d9982e5034677a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  <w:r>
        <w:pict>
          <v:shape id="_x0000_i702591" o:spt="75" alt="学科网(www.zxxk.com)--教育资源门户，提供试卷、教案、课件、论文、素材以及各类教学资源下载，还有大量而丰富的教学相关资讯！" type="#_x0000_t75" style="height:20pt;width:96pt;" o:ole="t" filled="f" o:preferrelative="t" stroked="f" coordsize="21600,21600">
            <v:path/>
            <v:fill on="f" focussize="0,0"/>
            <v:stroke on="f" joinstyle="miter"/>
            <v:imagedata r:id="rId1283" o:title="eqIdf0df9dfccd2a9972ba8ed81143e6f956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  <w:r>
        <w:pict>
          <v:shape id="_x0000_i702592" o:spt="75" alt="学科网(www.zxxk.com)--教育资源门户，提供试卷、教案、课件、论文、素材以及各类教学资源下载，还有大量而丰富的教学相关资讯！" type="#_x0000_t75" style="height:20pt;width:80pt;" o:ole="t" filled="f" o:preferrelative="t" stroked="f" coordsize="21600,21600">
            <v:path/>
            <v:fill on="f" focussize="0,0"/>
            <v:stroke on="f" joinstyle="miter"/>
            <v:imagedata r:id="rId1284" o:title="eqIdef4203dcdc24ff917d80c895e0eb700a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  <w:r>
        <w:pict>
          <v:shape id="_x0000_i702593" o:spt="75" alt="学科网(www.zxxk.com)--教育资源门户，提供试卷、教案、课件、论文、素材以及各类教学资源下载，还有大量而丰富的教学相关资讯！" type="#_x0000_t75" style="height:34pt;width:78pt;" o:ole="t" filled="f" o:preferrelative="t" stroked="f" coordsize="21600,21600">
            <v:path/>
            <v:fill on="f" focussize="0,0"/>
            <v:stroke on="f" joinstyle="miter"/>
            <v:imagedata r:id="rId1285" o:title="eqId949488e7e88fbecb640f97f6ad4af310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小玲看了这些算式后说：“我明白你定义的乘减法法则了．”她将法则整理出来给小东看，小东说：“你的理解完全正确．”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请将下面小玲整理的“乘减法”法则补充完整：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绝对值不相等的两数相“乘减”，同号得</w:t>
      </w:r>
      <w:r>
        <w:rPr>
          <w:rFonts w:ascii="Times New Roman" w:hAnsi="Times New Roman" w:eastAsia="Times New Roman" w:cs="Times New Roman"/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，异号得</w:t>
      </w:r>
      <w:r>
        <w:rPr>
          <w:rFonts w:ascii="Times New Roman" w:hAnsi="Times New Roman" w:eastAsia="Times New Roman" w:cs="Times New Roman"/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，并</w:t>
      </w:r>
      <w:r>
        <w:rPr>
          <w:rFonts w:ascii="Times New Roman" w:hAnsi="Times New Roman" w:eastAsia="Times New Roman" w:cs="Times New Roman"/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；绝对值相等的两数相“乘减”，都得</w:t>
      </w:r>
      <w:r>
        <w:rPr>
          <w:rFonts w:ascii="Times New Roman" w:hAnsi="Times New Roman" w:eastAsia="Times New Roman" w:cs="Times New Roman"/>
          <w:color w:val="000000"/>
        </w:rPr>
        <w:t>0</w:t>
      </w:r>
      <w:r>
        <w:rPr>
          <w:rFonts w:ascii="宋体" w:hAnsi="宋体" w:eastAsia="宋体" w:cs="宋体"/>
          <w:color w:val="000000"/>
        </w:rPr>
        <w:t>；一个数与</w:t>
      </w:r>
      <w:r>
        <w:rPr>
          <w:rFonts w:ascii="Times New Roman" w:hAnsi="Times New Roman" w:eastAsia="Times New Roman" w:cs="Times New Roman"/>
          <w:color w:val="000000"/>
        </w:rPr>
        <w:t>0</w:t>
      </w:r>
      <w:r>
        <w:rPr>
          <w:rFonts w:ascii="宋体" w:hAnsi="宋体" w:eastAsia="宋体" w:cs="宋体"/>
          <w:color w:val="000000"/>
        </w:rPr>
        <w:t>相“乘减”，或</w:t>
      </w:r>
      <w:r>
        <w:rPr>
          <w:rFonts w:ascii="Times New Roman" w:hAnsi="Times New Roman" w:eastAsia="Times New Roman" w:cs="Times New Roman"/>
          <w:color w:val="000000"/>
        </w:rPr>
        <w:t>0</w:t>
      </w:r>
      <w:r>
        <w:rPr>
          <w:rFonts w:ascii="宋体" w:hAnsi="宋体" w:eastAsia="宋体" w:cs="宋体"/>
          <w:color w:val="000000"/>
        </w:rPr>
        <w:t>与一个数相“乘减”，都得这个数的绝对值．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若括号的作用与它在有理数运算中的作用相同，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pict>
          <v:shape id="_x0000_i702594" o:spt="75" alt="学科网(www.zxxk.com)--教育资源门户，提供试卷、教案、课件、论文、素材以及各类教学资源下载，还有大量而丰富的教学相关资讯！" type="#_x0000_t75" style="height:15.85pt;width:15.85pt;" o:ole="t" filled="f" o:preferrelative="t" stroked="f" coordsize="21600,21600">
            <v:path/>
            <v:fill on="f" focussize="0,0"/>
            <v:stroke on="f" joinstyle="miter"/>
            <v:imagedata r:id="rId1286" o:title="eqId6e1c9ae241fd78126274c65e17990c88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用“乘减法”计算：</w:t>
      </w:r>
      <w:r>
        <w:pict>
          <v:shape id="_x0000_i702595" o:spt="75" alt="学科网(www.zxxk.com)--教育资源门户，提供试卷、教案、课件、论文、素材以及各类教学资源下载，还有大量而丰富的教学相关资讯！" type="#_x0000_t75" style="height:22pt;width:143pt;" o:ole="t" filled="f" o:preferrelative="t" stroked="f" coordsize="21600,21600">
            <v:path/>
            <v:fill on="f" focussize="0,0"/>
            <v:stroke on="f" joinstyle="miter"/>
            <v:imagedata r:id="rId1287" o:title="eqIdaad6ef30a974d27ab677e76c4cf96f91"/>
            <o:lock v:ext="edit" aspectratio="t"/>
            <w10:wrap type="none"/>
            <w10:anchorlock/>
          </v:shape>
        </w:pict>
      </w:r>
      <w:r>
        <w:rPr>
          <w:rFonts w:ascii="Times New Roman" w:hAnsi="Times New Roman" w:eastAsia="Times New Roman" w:cs="Times New Roman"/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pict>
          <v:shape id="_x0000_i702596" o:spt="75" alt="学科网(www.zxxk.com)--教育资源门户，提供试卷、教案、课件、论文、素材以及各类教学资源下载，还有大量而丰富的教学相关资讯！" type="#_x0000_t75" style="height:15.85pt;width:15.85pt;" o:ole="t" filled="f" o:preferrelative="t" stroked="f" coordsize="21600,21600">
            <v:path/>
            <v:fill on="f" focussize="0,0"/>
            <v:stroke on="f" joinstyle="miter"/>
            <v:imagedata r:id="rId1288" o:title="eqId5c650fe55b7603f106c53ca2423451c6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小东发现交换律在有理数的“乘减法”中仍然成立，即</w:t>
      </w:r>
      <w:r>
        <w:pict>
          <v:shape id="_x0000_i702597" o:spt="75" alt="学科网(www.zxxk.com)--教育资源门户，提供试卷、教案、课件、论文、素材以及各类教学资源下载，还有大量而丰富的教学相关资讯！" type="#_x0000_t75" style="height:14.25pt;width:66pt;" o:ole="t" filled="f" o:preferrelative="t" stroked="f" coordsize="21600,21600">
            <v:path/>
            <v:fill on="f" focussize="0,0"/>
            <v:stroke on="f" joinstyle="miter"/>
            <v:imagedata r:id="rId1289" o:title="eqIdac7ff4ffa27279dbf509cfb852446813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．但是结合律在有理数的“乘减法”中不一定成立，请你举一个例子说明</w:t>
      </w:r>
      <w:r>
        <w:pict>
          <v:shape id="_x0000_i702598" o:spt="75" alt="学科网(www.zxxk.com)--教育资源门户，提供试卷、教案、课件、论文、素材以及各类教学资源下载，还有大量而丰富的教学相关资讯！" type="#_x0000_t75" style="height:20.1pt;width:121.95pt;" o:ole="t" filled="f" o:preferrelative="t" stroked="f" coordsize="21600,21600">
            <v:path/>
            <v:fill on="f" focussize="0,0"/>
            <v:stroke on="f" joinstyle="miter"/>
            <v:imagedata r:id="rId1290" o:title="eqIdbc28004ff32de5b6717fbaa4b10e52d9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不成立．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hAnsi="宋体" w:eastAsia="宋体" w:cs="宋体"/>
          <w:color w:val="000000"/>
        </w:rPr>
        <w:t>已知点</w:t>
      </w:r>
      <w:r>
        <w:pict>
          <v:shape id="_x0000_i702599" o:spt="75" alt="学科网(www.zxxk.com)--教育资源门户，提供试卷、教案、课件、论文、素材以及各类教学资源下载，还有大量而丰富的教学相关资讯！" type="#_x0000_t75" style="height:14.25pt;width:69pt;" o:ole="t" filled="f" o:preferrelative="t" stroked="f" coordsize="21600,21600">
            <v:path/>
            <v:fill on="f" focussize="0,0"/>
            <v:stroke on="f" joinstyle="miter"/>
            <v:imagedata r:id="rId1291" o:title="eqIdd2740d2f1f18082f6299bd23e0be289c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在数轴上，它们表示的数分别是</w:t>
      </w:r>
      <w:r>
        <w:pict>
          <v:shape id="_x0000_i702600" o:spt="75" alt="学科网(www.zxxk.com)--教育资源门户，提供试卷、教案、课件、论文、素材以及各类教学资源下载，还有大量而丰富的教学相关资讯！" type="#_x0000_t75" style="height:13.95pt;width:60.95pt;" o:ole="t" filled="f" o:preferrelative="t" stroked="f" coordsize="21600,21600">
            <v:path/>
            <v:fill on="f" focussize="0,0"/>
            <v:stroke on="f" joinstyle="miter"/>
            <v:imagedata r:id="rId1292" o:title="eqId1d5e806433a8e6e9dafcee9807519d7b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，且</w:t>
      </w:r>
      <w:r>
        <w:pict>
          <v:shape id="_x0000_i702601" o:spt="75" alt="学科网(www.zxxk.com)--教育资源门户，提供试卷、教案、课件、论文、素材以及各类教学资源下载，还有大量而丰富的教学相关资讯！" type="#_x0000_t75" style="height:12.75pt;width:57pt;" o:ole="t" filled="f" o:preferrelative="t" stroked="f" coordsize="21600,21600">
            <v:path/>
            <v:fill on="f" focussize="0,0"/>
            <v:stroke on="f" joinstyle="miter"/>
            <v:imagedata r:id="rId1293" o:title="eqId951836ef5e4cfd3689a94810e0f8d43d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  <w:r>
        <w:pict>
          <v:shape id="_x0000_i702602" o:spt="75" alt="学科网(www.zxxk.com)--教育资源门户，提供试卷、教案、课件、论文、素材以及各类教学资源下载，还有大量而丰富的教学相关资讯！" type="#_x0000_t75" style="height:12.6pt;width:35.4pt;" o:ole="t" filled="f" o:preferrelative="t" stroked="f" coordsize="21600,21600">
            <v:path/>
            <v:fill on="f" focussize="0,0"/>
            <v:stroke on="f" joinstyle="miter"/>
            <v:imagedata r:id="rId1294" o:title="eqIdced06b71073e1bb777f326f06016ce17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  <w:r>
        <w:pict>
          <v:shape id="_x0000_i702603" o:spt="75" alt="学科网(www.zxxk.com)--教育资源门户，提供试卷、教案、课件、论文、素材以及各类教学资源下载，还有大量而丰富的教学相关资讯！" type="#_x0000_t75" style="height:14pt;width:57.5pt;" o:ole="t" filled="f" o:preferrelative="t" stroked="f" coordsize="21600,21600">
            <v:path/>
            <v:fill on="f" focussize="0,0"/>
            <v:stroke on="f" joinstyle="miter"/>
            <v:imagedata r:id="rId1295" o:title="eqIdb2b32f2c0e471f95ab147e599592c819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  <w:r>
        <w:pict>
          <v:shape id="_x0000_i702604" o:spt="75" alt="学科网(www.zxxk.com)--教育资源门户，提供试卷、教案、课件、论文、素材以及各类教学资源下载，还有大量而丰富的教学相关资讯！" type="#_x0000_t75" style="height:14pt;width:58pt;" o:ole="t" filled="f" o:preferrelative="t" stroked="f" coordsize="21600,21600">
            <v:path/>
            <v:fill on="f" focussize="0,0"/>
            <v:stroke on="f" joinstyle="miter"/>
            <v:imagedata r:id="rId1296" o:title="eqIdd80333c05f21290aa18b73c67f384874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（其中</w:t>
      </w:r>
      <w:r>
        <w:pict>
          <v:shape id="_x0000_i702605" o:spt="75" alt="学科网(www.zxxk.com)--教育资源门户，提供试卷、教案、课件、论文、素材以及各类教学资源下载，还有大量而丰富的教学相关资讯！" type="#_x0000_t75" style="height:14.25pt;width:30pt;" o:ole="t" filled="f" o:preferrelative="t" stroked="f" coordsize="21600,21600">
            <v:path/>
            <v:fill on="f" focussize="0,0"/>
            <v:stroke on="f" joinstyle="miter"/>
            <v:imagedata r:id="rId1297" o:title="eqId58b140e221ddf537b8964fff8557cca0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若</w:t>
      </w:r>
      <w:r>
        <w:pict>
          <v:shape id="_x0000_i702606" o:spt="75" alt="学科网(www.zxxk.com)--教育资源门户，提供试卷、教案、课件、论文、素材以及各类教学资源下载，还有大量而丰富的教学相关资讯！" type="#_x0000_t75" style="height:14.15pt;width:30.05pt;" o:ole="t" filled="f" o:preferrelative="t" stroked="f" coordsize="21600,21600">
            <v:path/>
            <v:fill on="f" focussize="0,0"/>
            <v:stroke on="f" joinstyle="miter"/>
            <v:imagedata r:id="rId1298" o:title="eqId6c7a1d739890a8951586e23b78b035bc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</w:t>
      </w:r>
      <w:r>
        <w:pict>
          <v:shape id="_x0000_i702607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1299" o:title="eqId0a6936d370d6a238a608ca56f87198de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为任意的整数．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pict>
          <v:shape id="_x0000_i702608" o:spt="75" alt="学科网(www.zxxk.com)--教育资源门户，提供试卷、教案、课件、论文、素材以及各类教学资源下载，还有大量而丰富的教学相关资讯！" type="#_x0000_t75" style="height:15.85pt;width:15.85pt;" o:ole="t" filled="f" o:preferrelative="t" stroked="f" coordsize="21600,21600">
            <v:path/>
            <v:fill on="f" focussize="0,0"/>
            <v:stroke on="f" joinstyle="miter"/>
            <v:imagedata r:id="rId1300" o:title="eqId6e1c9ae241fd78126274c65e17990c88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用含</w:t>
      </w:r>
      <w:r>
        <w:pict>
          <v:shape id="_x0000_i702609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1301" o:title="eqId0a6936d370d6a238a608ca56f87198de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的式子表示</w:t>
      </w:r>
      <w:r>
        <w:pict>
          <v:shape id="_x0000_i702610" o:spt="75" alt="学科网(www.zxxk.com)--教育资源门户，提供试卷、教案、课件、论文、素材以及各类教学资源下载，还有大量而丰富的教学相关资讯！" type="#_x0000_t75" style="height:11.25pt;width:9pt;" o:ole="t" filled="f" o:preferrelative="t" stroked="f" coordsize="21600,21600">
            <v:path/>
            <v:fill on="f" focussize="0,0"/>
            <v:stroke on="f" joinstyle="miter"/>
            <v:imagedata r:id="rId1302" o:title="eqId071a7e733d466949ac935b4b8ee8d183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pict>
          <v:shape id="_x0000_i702611" o:spt="75" alt="学科网(www.zxxk.com)--教育资源门户，提供试卷、教案、课件、论文、素材以及各类教学资源下载，还有大量而丰富的教学相关资讯！" type="#_x0000_t75" style="height:15.85pt;width:15.85pt;" o:ole="t" filled="f" o:preferrelative="t" stroked="f" coordsize="21600,21600">
            <v:path/>
            <v:fill on="f" focussize="0,0"/>
            <v:stroke on="f" joinstyle="miter"/>
            <v:imagedata r:id="rId1303" o:title="eqId5c650fe55b7603f106c53ca2423451c6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试说明</w:t>
      </w:r>
      <w:r>
        <w:pict>
          <v:shape id="_x0000_i702612" o:spt="75" alt="学科网(www.zxxk.com)--教育资源门户，提供试卷、教案、课件、论文、素材以及各类教学资源下载，还有大量而丰富的教学相关资讯！" type="#_x0000_t75" style="height:14.25pt;width:60.75pt;" o:ole="t" filled="f" o:preferrelative="t" stroked="f" coordsize="21600,21600">
            <v:path/>
            <v:fill on="f" focussize="0,0"/>
            <v:stroke on="f" joinstyle="miter"/>
            <v:imagedata r:id="rId1304" o:title="eqIde6bb99e2251df1777c5288d603170bd2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一定能被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整除；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若</w:t>
      </w:r>
      <w:r>
        <w:pict>
          <v:shape id="_x0000_i702613" o:spt="75" alt="学科网(www.zxxk.com)--教育资源门户，提供试卷、教案、课件、论文、素材以及各类教学资源下载，还有大量而丰富的教学相关资讯！" type="#_x0000_t75" style="height:14.4pt;width:45.6pt;" o:ole="t" filled="f" o:preferrelative="t" stroked="f" coordsize="21600,21600">
            <v:path/>
            <v:fill on="f" focussize="0,0"/>
            <v:stroke on="f" joinstyle="miter"/>
            <v:imagedata r:id="rId1305" o:title="eqId3bc1df08b6bc3fe7fa09b3373b2a2f89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，且</w:t>
      </w:r>
      <w:r>
        <w:pict>
          <v:shape id="_x0000_i702614" o:spt="75" alt="学科网(www.zxxk.com)--教育资源门户，提供试卷、教案、课件、论文、素材以及各类教学资源下载，还有大量而丰富的教学相关资讯！" type="#_x0000_t75" style="height:13.95pt;width:60.95pt;" o:ole="t" filled="f" o:preferrelative="t" stroked="f" coordsize="21600,21600">
            <v:path/>
            <v:fill on="f" focussize="0,0"/>
            <v:stroke on="f" joinstyle="miter"/>
            <v:imagedata r:id="rId1306" o:title="eqId1d5e806433a8e6e9dafcee9807519d7b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中有两个数的和与</w:t>
      </w:r>
      <w:r>
        <w:pict>
          <v:shape id="_x0000_i702615" o:spt="75" alt="学科网(www.zxxk.com)--教育资源门户，提供试卷、教案、课件、论文、素材以及各类教学资源下载，还有大量而丰富的教学相关资讯！" type="#_x0000_t75" style="height:14.25pt;width:60.75pt;" o:ole="t" filled="f" o:preferrelative="t" stroked="f" coordsize="21600,21600">
            <v:path/>
            <v:fill on="f" focussize="0,0"/>
            <v:stroke on="f" joinstyle="miter"/>
            <v:imagedata r:id="rId1307" o:title="eqIde6bb99e2251df1777c5288d603170bd2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相等．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pict>
          <v:shape id="_x0000_i702616" o:spt="75" alt="学科网(www.zxxk.com)--教育资源门户，提供试卷、教案、课件、论文、素材以及各类教学资源下载，还有大量而丰富的教学相关资讯！" type="#_x0000_t75" style="height:15.85pt;width:15.85pt;" o:ole="t" filled="f" o:preferrelative="t" stroked="f" coordsize="21600,21600">
            <v:path/>
            <v:fill on="f" focussize="0,0"/>
            <v:stroke on="f" joinstyle="miter"/>
            <v:imagedata r:id="rId1308" o:title="eqId6e1c9ae241fd78126274c65e17990c88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有如下四个结论：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．原点</w:t>
      </w:r>
      <w:r>
        <w:pict>
          <v:shape id="_x0000_i702617" o:spt="75" alt="学科网(www.zxxk.com)--教育资源门户，提供试卷、教案、课件、论文、素材以及各类教学资源下载，还有大量而丰富的教学相关资讯！" type="#_x0000_t75" style="height:14.25pt;width:12pt;" o:ole="t" filled="f" o:preferrelative="t" stroked="f" coordsize="21600,21600">
            <v:path/>
            <v:fill on="f" focussize="0,0"/>
            <v:stroke on="f" joinstyle="miter"/>
            <v:imagedata r:id="rId1309" o:title="eqId1dde8112e8eb968fd042418dd632759e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可能与点</w:t>
      </w:r>
      <w:r>
        <w:pict>
          <v:shape id="_x0000_i702618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1310" o:title="eqId7f9e8449aad35c5d840a3395ea86df6d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重合；</w:t>
      </w:r>
      <w:r>
        <w:rPr>
          <w:rFonts w:ascii="Times New Roman" w:hAnsi="Times New Roman" w:eastAsia="Times New Roman" w:cs="Times New Roman"/>
          <w:color w:val="000000"/>
        </w:rPr>
        <w:t xml:space="preserve">         B</w:t>
      </w:r>
      <w:r>
        <w:rPr>
          <w:rFonts w:ascii="宋体" w:hAnsi="宋体" w:eastAsia="宋体" w:cs="宋体"/>
          <w:color w:val="000000"/>
        </w:rPr>
        <w:t>．原点</w:t>
      </w:r>
      <w:r>
        <w:pict>
          <v:shape id="_x0000_i702619" o:spt="75" alt="学科网(www.zxxk.com)--教育资源门户，提供试卷、教案、课件、论文、素材以及各类教学资源下载，还有大量而丰富的教学相关资讯！" type="#_x0000_t75" style="height:14.25pt;width:12pt;" o:ole="t" filled="f" o:preferrelative="t" stroked="f" coordsize="21600,21600">
            <v:path/>
            <v:fill on="f" focussize="0,0"/>
            <v:stroke on="f" joinstyle="miter"/>
            <v:imagedata r:id="rId1309" o:title="eqId1dde8112e8eb968fd042418dd632759e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不可能在点</w:t>
      </w:r>
      <w:r>
        <w:pict>
          <v:shape id="_x0000_i702620" o:spt="75" alt="学科网(www.zxxk.com)--教育资源门户，提供试卷、教案、课件、论文、素材以及各类教学资源下载，还有大量而丰富的教学相关资讯！" type="#_x0000_t75" style="height:11.25pt;width:11.25pt;" o:ole="t" filled="f" o:preferrelative="t" stroked="f" coordsize="21600,21600">
            <v:path/>
            <v:fill on="f" focussize="0,0"/>
            <v:stroke on="f" joinstyle="miter"/>
            <v:imagedata r:id="rId1311" o:title="eqId8455657dde27aabe6adb7b188e031c11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的右侧；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．原点</w:t>
      </w:r>
      <w:r>
        <w:pict>
          <v:shape id="_x0000_i702621" o:spt="75" alt="学科网(www.zxxk.com)--教育资源门户，提供试卷、教案、课件、论文、素材以及各类教学资源下载，还有大量而丰富的教学相关资讯！" type="#_x0000_t75" style="height:14.25pt;width:12pt;" o:ole="t" filled="f" o:preferrelative="t" stroked="f" coordsize="21600,21600">
            <v:path/>
            <v:fill on="f" focussize="0,0"/>
            <v:stroke on="f" joinstyle="miter"/>
            <v:imagedata r:id="rId1312" o:title="eqId1dde8112e8eb968fd042418dd632759e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可能是线段</w:t>
      </w:r>
      <w:r>
        <w:pict>
          <v:shape id="_x0000_i702622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1313" o:title="eqId03902478df1a55bc99703210bccab910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的中点；</w:t>
      </w:r>
      <w:r>
        <w:rPr>
          <w:rFonts w:ascii="Times New Roman" w:hAnsi="Times New Roman" w:eastAsia="Times New Roman" w:cs="Times New Roman"/>
          <w:color w:val="000000"/>
        </w:rPr>
        <w:t xml:space="preserve">    D</w:t>
      </w:r>
      <w:r>
        <w:rPr>
          <w:rFonts w:ascii="宋体" w:hAnsi="宋体" w:eastAsia="宋体" w:cs="宋体"/>
          <w:color w:val="000000"/>
        </w:rPr>
        <w:t>．原点</w:t>
      </w:r>
      <w:r>
        <w:pict>
          <v:shape id="_x0000_i702623" o:spt="75" alt="学科网(www.zxxk.com)--教育资源门户，提供试卷、教案、课件、论文、素材以及各类教学资源下载，还有大量而丰富的教学相关资讯！" type="#_x0000_t75" style="height:14.25pt;width:12pt;" o:ole="t" filled="f" o:preferrelative="t" stroked="f" coordsize="21600,21600">
            <v:path/>
            <v:fill on="f" focussize="0,0"/>
            <v:stroke on="f" joinstyle="miter"/>
            <v:imagedata r:id="rId1312" o:title="eqId1dde8112e8eb968fd042418dd632759e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可能是线段</w:t>
      </w:r>
      <w:r>
        <w:pict>
          <v:shape id="_x0000_i702624" o:spt="75" alt="学科网(www.zxxk.com)--教育资源门户，提供试卷、教案、课件、论文、素材以及各类教学资源下载，还有大量而丰富的教学相关资讯！" type="#_x0000_t75" style="height:14pt;width:20.2pt;" o:ole="t" filled="f" o:preferrelative="t" stroked="f" coordsize="21600,21600">
            <v:path/>
            <v:fill on="f" focussize="0,0"/>
            <v:stroke on="f" joinstyle="miter"/>
            <v:imagedata r:id="rId1314" o:title="eqId0dc5c9827dfd0be5a9c85962d6ccbfb1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的中点；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其中所有正确的结论是</w:t>
      </w:r>
      <w:r>
        <w:rPr>
          <w:rFonts w:ascii="Times New Roman" w:hAnsi="Times New Roman" w:eastAsia="Times New Roman" w:cs="Times New Roman"/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．（填选项字母即可）</w:t>
      </w:r>
    </w:p>
    <w:p>
      <w:pPr>
        <w:spacing w:line="360" w:lineRule="auto"/>
        <w:jc w:val="left"/>
        <w:textAlignment w:val="center"/>
        <w:rPr>
          <w:color w:val="000000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910" w:right="1080" w:bottom="1440" w:left="1080" w:header="152" w:footer="0" w:gutter="0"/>
          <w:cols w:space="720" w:num="1"/>
          <w:docGrid w:type="lines" w:linePitch="312" w:charSpace="0"/>
        </w:sectPr>
      </w:pPr>
      <w:r>
        <w:pict>
          <v:shape id="_x0000_i702625" o:spt="75" alt="学科网(www.zxxk.com)--教育资源门户，提供试卷、教案、课件、论文、素材以及各类教学资源下载，还有大量而丰富的教学相关资讯！" type="#_x0000_t75" style="height:15.85pt;width:15.85pt;" o:ole="t" filled="f" o:preferrelative="t" stroked="f" coordsize="21600,21600">
            <v:path/>
            <v:fill on="f" focussize="0,0"/>
            <v:stroke on="f" joinstyle="miter"/>
            <v:imagedata r:id="rId1315" o:title="eqId5c650fe55b7603f106c53ca2423451c6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用含</w:t>
      </w:r>
      <w:r>
        <w:pict>
          <v:shape id="_x0000_i702626" o:spt="75" alt="学科网(www.zxxk.com)--教育资源门户，提供试卷、教案、课件、论文、素材以及各类教学资源下载，还有大量而丰富的教学相关资讯！" type="#_x0000_t75" style="height:11.25pt;width:12.75pt;" o:ole="t" filled="f" o:preferrelative="t" stroked="f" coordsize="21600,21600">
            <v:path/>
            <v:fill on="f" focussize="0,0"/>
            <v:stroke on="f" joinstyle="miter"/>
            <v:imagedata r:id="rId1316" o:title="eqId294f5ba74cdf695fc9a8a8e52f421328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的式子表示</w:t>
      </w:r>
      <w:r>
        <w:pict>
          <v:shape id="_x0000_i702627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1317" o:title="eqId0a6936d370d6a238a608ca56f87198de"/>
            <o:lock v:ext="edit" aspectratio="t"/>
            <w10:wrap type="none"/>
            <w10:anchorlock/>
          </v:shape>
        </w:pict>
      </w:r>
      <w:r>
        <w:rPr>
          <w:rFonts w:ascii="宋体" w:hAnsi="宋体" w:eastAsia="宋体" w:cs="宋体"/>
          <w:color w:val="000000"/>
        </w:rPr>
        <w:t>，并直接写出结果．</w:t>
      </w:r>
    </w:p>
    <w:p>
      <w:pPr>
        <w:pStyle w:val="Heading2"/>
      </w:pPr>
      <w:r>
        <w:t>通州区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现有一个长方形</w:t>
      </w:r>
      <w:r>
        <w:pict>
          <v:shape id="_x0000_i702628" type="#_x0000_t75" alt="学科网(www.zxxk.com)--教育资源门户，提供试卷、教案、课件、论文、素材以及各类教学资源下载，还有大量而丰富的教学相关资讯！" style="width:36pt;height:14.5pt" o:oleicon="f" o:ole="">
            <v:imagedata r:id="rId1318" o:title="eqId411b38a18046fea8e9fab1f9f9b80a5f"/>
          </v:shape>
        </w:pict>
      </w:r>
      <w:r>
        <w:rPr>
          <w:rFonts w:ascii="宋体" w:eastAsia="宋体" w:hAnsi="宋体" w:cs="宋体"/>
          <w:color w:val="000000"/>
        </w:rPr>
        <w:t>的宽为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，长为</w:t>
      </w:r>
      <w:r>
        <w:pict>
          <v:shape id="_x0000_i702629" type="#_x0000_t75" alt="学科网(www.zxxk.com)--教育资源门户，提供试卷、教案、课件、论文、素材以及各类教学资源下载，还有大量而丰富的教学相关资讯！" style="width:43.5pt;height:20.25pt" o:oleicon="f" o:ole="">
            <v:imagedata r:id="rId1319" o:title="eqId0c74a63a2ae88a5dcbcef31e49dae4b3"/>
          </v:shape>
        </w:pict>
      </w:r>
      <w:r>
        <w:rPr>
          <w:rFonts w:ascii="宋体" w:eastAsia="宋体" w:hAnsi="宋体" w:cs="宋体"/>
          <w:color w:val="000000"/>
        </w:rPr>
        <w:t>的纸片，先剪去一个正方形，余下一个长方形，在余下的长方形纸片中再剪去一个正方形，又余下一个长方形</w:t>
      </w:r>
      <w:r>
        <w:rPr>
          <w:rFonts w:ascii="Times New Roman" w:eastAsia="Times New Roman" w:hAnsi="Times New Roman" w:cs="Times New Roman"/>
          <w:color w:val="000000"/>
        </w:rPr>
        <w:t>……</w:t>
      </w:r>
      <w:r>
        <w:rPr>
          <w:rFonts w:ascii="宋体" w:eastAsia="宋体" w:hAnsi="宋体" w:cs="宋体"/>
          <w:color w:val="000000"/>
        </w:rPr>
        <w:t>，依此类推，如图是剪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次后余下的长方形恰好是正方形的其中一种示意图及相应</w:t>
      </w:r>
      <w:r>
        <w:pict>
          <v:shape id="_x0000_i702630" type="#_x0000_t75" alt="学科网(www.zxxk.com)--教育资源门户，提供试卷、教案、课件、论文、素材以及各类教学资源下载，还有大量而丰富的教学相关资讯！" style="width:9pt;height:9.75pt" o:oleicon="f" o:ole="">
            <v:imagedata r:id="rId1320" o:title="eqId0a6936d370d6a238a608ca56f87198de"/>
          </v:shape>
        </w:pict>
      </w:r>
      <w:r>
        <w:rPr>
          <w:rFonts w:ascii="宋体" w:eastAsia="宋体" w:hAnsi="宋体" w:cs="宋体"/>
          <w:color w:val="000000"/>
        </w:rPr>
        <w:t>的值，请画出（与示意图不同）剪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次后余下的长方形恰好是正方形的示意图，并写出相应</w:t>
      </w:r>
      <w:r>
        <w:pict>
          <v:shape id="_x0000_i702631" type="#_x0000_t75" alt="学科网(www.zxxk.com)--教育资源门户，提供试卷、教案、课件、论文、素材以及各类教学资源下载，还有大量而丰富的教学相关资讯！" style="width:9pt;height:9.75pt" o:oleicon="f" o:ole="">
            <v:imagedata r:id="rId1320" o:title="eqId0a6936d370d6a238a608ca56f87198de"/>
          </v:shape>
        </w:pict>
      </w:r>
      <w:r>
        <w:rPr>
          <w:rFonts w:ascii="宋体" w:eastAsia="宋体" w:hAnsi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4876800" cy="1133475"/>
            <wp:docPr id="180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" name=""/>
                    <pic:cNvPicPr>
                      <a:picLocks noChangeAspect="1"/>
                    </pic:cNvPicPr>
                  </pic:nvPicPr>
                  <pic:blipFill>
                    <a:blip r:embed="rId1321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eastAsia="宋体" w:hAnsi="宋体" w:cs="宋体"/>
          <w:color w:val="000000"/>
        </w:rPr>
        <w:t>已知：点</w:t>
      </w:r>
      <w:r>
        <w:pict>
          <v:shape id="_x0000_i702632" type="#_x0000_t75" alt="学科网(www.zxxk.com)--教育资源门户，提供试卷、教案、课件、论文、素材以及各类教学资源下载，还有大量而丰富的教学相关资讯！" style="width:12pt;height:12pt" o:oleicon="f" o:ole="">
            <v:imagedata r:id="rId1322" o:title="eqId5963abe8f421bd99a2aaa94831a951e9"/>
          </v:shape>
        </w:pict>
      </w:r>
      <w:r>
        <w:rPr>
          <w:rFonts w:ascii="宋体" w:eastAsia="宋体" w:hAnsi="宋体" w:cs="宋体"/>
          <w:color w:val="000000"/>
        </w:rPr>
        <w:t>、</w:t>
      </w:r>
      <w:r>
        <w:pict>
          <v:shape id="_x0000_i702633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1323" o:title="eqId7f9e8449aad35c5d840a3395ea86df6d"/>
          </v:shape>
        </w:pict>
      </w:r>
      <w:r>
        <w:rPr>
          <w:rFonts w:ascii="宋体" w:eastAsia="宋体" w:hAnsi="宋体" w:cs="宋体"/>
          <w:color w:val="000000"/>
        </w:rPr>
        <w:t>、</w:t>
      </w:r>
      <w:r>
        <w:pict>
          <v:shape id="_x0000_i702634" type="#_x0000_t75" alt="学科网(www.zxxk.com)--教育资源门户，提供试卷、教案、课件、论文、素材以及各类教学资源下载，还有大量而丰富的教学相关资讯！" style="width:11.25pt;height:12pt" o:oleicon="f" o:ole="">
            <v:imagedata r:id="rId1324" o:title="eqIddad2a36927223bd70f426ba06aea4b45"/>
          </v:shape>
        </w:pict>
      </w:r>
      <w:r>
        <w:rPr>
          <w:rFonts w:ascii="宋体" w:eastAsia="宋体" w:hAnsi="宋体" w:cs="宋体"/>
          <w:color w:val="000000"/>
        </w:rPr>
        <w:t>为数轴上三点，我们规定：点</w:t>
      </w:r>
      <w:r>
        <w:pict>
          <v:shape id="_x0000_i702635" type="#_x0000_t75" alt="学科网(www.zxxk.com)--教育资源门户，提供试卷、教案、课件、论文、素材以及各类教学资源下载，还有大量而丰富的教学相关资讯！" style="width:11.25pt;height:12pt" o:oleicon="f" o:ole="">
            <v:imagedata r:id="rId1324" o:title="eqIddad2a36927223bd70f426ba06aea4b45"/>
          </v:shape>
        </w:pict>
      </w:r>
      <w:r>
        <w:rPr>
          <w:rFonts w:ascii="宋体" w:eastAsia="宋体" w:hAnsi="宋体" w:cs="宋体"/>
          <w:color w:val="000000"/>
        </w:rPr>
        <w:t>到点</w:t>
      </w:r>
      <w:r>
        <w:pict>
          <v:shape id="_x0000_i702636" type="#_x0000_t75" alt="学科网(www.zxxk.com)--教育资源门户，提供试卷、教案、课件、论文、素材以及各类教学资源下载，还有大量而丰富的教学相关资讯！" style="width:12pt;height:12pt" o:oleicon="f" o:ole="">
            <v:imagedata r:id="rId1322" o:title="eqId5963abe8f421bd99a2aaa94831a951e9"/>
          </v:shape>
        </w:pict>
      </w:r>
      <w:r>
        <w:rPr>
          <w:rFonts w:ascii="宋体" w:eastAsia="宋体" w:hAnsi="宋体" w:cs="宋体"/>
          <w:color w:val="000000"/>
        </w:rPr>
        <w:t>的距离是点</w:t>
      </w:r>
      <w:r>
        <w:pict>
          <v:shape id="_x0000_i702637" type="#_x0000_t75" alt="学科网(www.zxxk.com)--教育资源门户，提供试卷、教案、课件、论文、素材以及各类教学资源下载，还有大量而丰富的教学相关资讯！" style="width:11.25pt;height:12pt" o:oleicon="f" o:ole="">
            <v:imagedata r:id="rId1324" o:title="eqIddad2a36927223bd70f426ba06aea4b45"/>
          </v:shape>
        </w:pict>
      </w:r>
      <w:r>
        <w:rPr>
          <w:rFonts w:ascii="宋体" w:eastAsia="宋体" w:hAnsi="宋体" w:cs="宋体"/>
          <w:color w:val="000000"/>
        </w:rPr>
        <w:t>到点</w:t>
      </w:r>
      <w:r>
        <w:pict>
          <v:shape id="_x0000_i702638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1323" o:title="eqId7f9e8449aad35c5d840a3395ea86df6d"/>
          </v:shape>
        </w:pict>
      </w:r>
      <w:r>
        <w:rPr>
          <w:rFonts w:ascii="宋体" w:eastAsia="宋体" w:hAnsi="宋体" w:cs="宋体"/>
          <w:color w:val="000000"/>
        </w:rPr>
        <w:t>的距离的</w:t>
      </w:r>
      <w:r>
        <w:pict>
          <v:shape id="_x0000_i702639" type="#_x0000_t75" alt="学科网(www.zxxk.com)--教育资源门户，提供试卷、教案、课件、论文、素材以及各类教学资源下载，还有大量而丰富的教学相关资讯！" style="width:10pt;height:14.4pt" o:oleicon="f" o:ole="">
            <v:imagedata r:id="rId1325" o:title="eqIdf0a532e15e232cb4b99a8d4d07c89575"/>
          </v:shape>
        </w:pict>
      </w:r>
      <w:r>
        <w:rPr>
          <w:rFonts w:ascii="宋体" w:eastAsia="宋体" w:hAnsi="宋体" w:cs="宋体"/>
          <w:color w:val="000000"/>
        </w:rPr>
        <w:t>倍，则称</w:t>
      </w:r>
      <w:r>
        <w:pict>
          <v:shape id="_x0000_i702640" type="#_x0000_t75" alt="学科网(www.zxxk.com)--教育资源门户，提供试卷、教案、课件、论文、素材以及各类教学资源下载，还有大量而丰富的教学相关资讯！" style="width:11.25pt;height:12pt" o:oleicon="f" o:ole="">
            <v:imagedata r:id="rId1324" o:title="eqIddad2a36927223bd70f426ba06aea4b45"/>
          </v:shape>
        </w:pict>
      </w:r>
      <w:r>
        <w:rPr>
          <w:rFonts w:ascii="宋体" w:eastAsia="宋体" w:hAnsi="宋体" w:cs="宋体"/>
          <w:color w:val="000000"/>
        </w:rPr>
        <w:t>是</w:t>
      </w:r>
      <w:r>
        <w:pict>
          <v:shape id="_x0000_i702641" type="#_x0000_t75" alt="学科网(www.zxxk.com)--教育资源门户，提供试卷、教案、课件、论文、素材以及各类教学资源下载，还有大量而丰富的教学相关资讯！" style="width:32.25pt;height:20.25pt" o:oleicon="f" o:ole="">
            <v:imagedata r:id="rId1326" o:title="eqId13e82db0c7d2c362cf4a70027aaa19be"/>
          </v:shape>
        </w:pict>
      </w:r>
      <w:r>
        <w:rPr>
          <w:rFonts w:ascii="宋体" w:eastAsia="宋体" w:hAnsi="宋体" w:cs="宋体"/>
          <w:color w:val="000000"/>
        </w:rPr>
        <w:t>的“</w:t>
      </w:r>
      <w:r>
        <w:pict>
          <v:shape id="_x0000_i702642" type="#_x0000_t75" alt="学科网(www.zxxk.com)--教育资源门户，提供试卷、教案、课件、论文、素材以及各类教学资源下载，还有大量而丰富的教学相关资讯！" style="width:10pt;height:14.4pt" o:oleicon="f" o:ole="">
            <v:imagedata r:id="rId1325" o:title="eqIdf0a532e15e232cb4b99a8d4d07c89575"/>
          </v:shape>
        </w:pict>
      </w:r>
      <w:r>
        <w:rPr>
          <w:rFonts w:ascii="宋体" w:eastAsia="宋体" w:hAnsi="宋体" w:cs="宋体"/>
          <w:color w:val="000000"/>
        </w:rPr>
        <w:t>倍点”，记作：</w:t>
      </w:r>
      <w:r>
        <w:pict>
          <v:shape id="_x0000_i702643" type="#_x0000_t75" alt="学科网(www.zxxk.com)--教育资源门户，提供试卷、教案、课件、论文、素材以及各类教学资源下载，还有大量而丰富的教学相关资讯！" style="width:60pt;height:20.4pt" o:oleicon="f" o:ole="">
            <v:imagedata r:id="rId1327" o:title="eqId9acc38d7b4ab11b80e9f26c7eab7783d"/>
          </v:shape>
        </w:pict>
      </w:r>
      <w:r>
        <w:rPr>
          <w:rFonts w:ascii="宋体" w:eastAsia="宋体" w:hAnsi="宋体" w:cs="宋体"/>
          <w:color w:val="000000"/>
        </w:rPr>
        <w:t>，例如：若点</w:t>
      </w:r>
      <w:r>
        <w:pict>
          <v:shape id="_x0000_i702644" type="#_x0000_t75" alt="学科网(www.zxxk.com)--教育资源门户，提供试卷、教案、课件、论文、素材以及各类教学资源下载，还有大量而丰富的教学相关资讯！" style="width:11.25pt;height:12pt" o:oleicon="f" o:ole="">
            <v:imagedata r:id="rId1324" o:title="eqIddad2a36927223bd70f426ba06aea4b45"/>
          </v:shape>
        </w:pict>
      </w:r>
      <w:r>
        <w:rPr>
          <w:rFonts w:ascii="宋体" w:eastAsia="宋体" w:hAnsi="宋体" w:cs="宋体"/>
          <w:color w:val="000000"/>
        </w:rPr>
        <w:t>表示的数为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，点</w:t>
      </w:r>
      <w:r>
        <w:pict>
          <v:shape id="_x0000_i702645" type="#_x0000_t75" alt="学科网(www.zxxk.com)--教育资源门户，提供试卷、教案、课件、论文、素材以及各类教学资源下载，还有大量而丰富的教学相关资讯！" style="width:12pt;height:12pt" o:oleicon="f" o:ole="">
            <v:imagedata r:id="rId1322" o:title="eqId5963abe8f421bd99a2aaa94831a951e9"/>
          </v:shape>
        </w:pict>
      </w:r>
      <w:r>
        <w:rPr>
          <w:rFonts w:ascii="宋体" w:eastAsia="宋体" w:hAnsi="宋体" w:cs="宋体"/>
          <w:color w:val="000000"/>
        </w:rPr>
        <w:t>表示的数为</w:t>
      </w:r>
      <w:r>
        <w:pict>
          <v:shape id="_x0000_i702646" type="#_x0000_t75" alt="学科网(www.zxxk.com)--教育资源门户，提供试卷、教案、课件、论文、素材以及各类教学资源下载，还有大量而丰富的教学相关资讯！" style="width:15.75pt;height:12.75pt" o:oleicon="f" o:ole="">
            <v:imagedata r:id="rId1328" o:title="eqId274a9dc37509f01c2606fb3086a46f4f"/>
          </v:shape>
        </w:pict>
      </w:r>
      <w:r>
        <w:rPr>
          <w:rFonts w:ascii="宋体" w:eastAsia="宋体" w:hAnsi="宋体" w:cs="宋体"/>
          <w:color w:val="000000"/>
        </w:rPr>
        <w:t>，点</w:t>
      </w:r>
      <w:r>
        <w:pict>
          <v:shape id="_x0000_i702647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1323" o:title="eqId7f9e8449aad35c5d840a3395ea86df6d"/>
          </v:shape>
        </w:pict>
      </w:r>
      <w:r>
        <w:rPr>
          <w:rFonts w:ascii="宋体" w:eastAsia="宋体" w:hAnsi="宋体" w:cs="宋体"/>
          <w:color w:val="000000"/>
        </w:rPr>
        <w:t>表示的数为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，则</w:t>
      </w:r>
      <w:r>
        <w:pict>
          <v:shape id="_x0000_i702648" type="#_x0000_t75" alt="学科网(www.zxxk.com)--教育资源门户，提供试卷、教案、课件、论文、素材以及各类教学资源下载，还有大量而丰富的教学相关资讯！" style="width:11.25pt;height:12pt" o:oleicon="f" o:ole="">
            <v:imagedata r:id="rId1324" o:title="eqIddad2a36927223bd70f426ba06aea4b45"/>
          </v:shape>
        </w:pict>
      </w:r>
      <w:r>
        <w:rPr>
          <w:rFonts w:ascii="宋体" w:eastAsia="宋体" w:hAnsi="宋体" w:cs="宋体"/>
          <w:color w:val="000000"/>
        </w:rPr>
        <w:t>是</w:t>
      </w:r>
      <w:r>
        <w:pict>
          <v:shape id="_x0000_i702649" type="#_x0000_t75" alt="学科网(www.zxxk.com)--教育资源门户，提供试卷、教案、课件、论文、素材以及各类教学资源下载，还有大量而丰富的教学相关资讯！" style="width:32.25pt;height:20.25pt" o:oleicon="f" o:ole="">
            <v:imagedata r:id="rId1326" o:title="eqId13e82db0c7d2c362cf4a70027aaa19be"/>
          </v:shape>
        </w:pict>
      </w:r>
      <w:r>
        <w:rPr>
          <w:rFonts w:ascii="宋体" w:eastAsia="宋体" w:hAnsi="宋体" w:cs="宋体"/>
          <w:color w:val="000000"/>
        </w:rPr>
        <w:t>的“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倍点”，记作：</w:t>
      </w:r>
      <w:r>
        <w:pict>
          <v:shape id="_x0000_i702650" type="#_x0000_t75" alt="学科网(www.zxxk.com)--教育资源门户，提供试卷、教案、课件、论文、素材以及各类教学资源下载，还有大量而丰富的教学相关资讯！" style="width:59.4pt;height:20.4pt" o:oleicon="f" o:ole="">
            <v:imagedata r:id="rId1329" o:title="eqId23a34fd9ff78ab9bd937553ba278a7b8"/>
          </v:shape>
        </w:pi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如图，</w:t>
      </w:r>
      <w:r>
        <w:pict>
          <v:shape id="_x0000_i702651" type="#_x0000_t75" alt="学科网(www.zxxk.com)--教育资源门户，提供试卷、教案、课件、论文、素材以及各类教学资源下载，还有大量而丰富的教学相关资讯！" style="width:12pt;height:12pt" o:oleicon="f" o:ole="">
            <v:imagedata r:id="rId1330" o:title="eqId5963abe8f421bd99a2aaa94831a951e9"/>
          </v:shape>
        </w:pict>
      </w:r>
      <w:r>
        <w:rPr>
          <w:rFonts w:ascii="宋体" w:eastAsia="宋体" w:hAnsi="宋体" w:cs="宋体"/>
          <w:color w:val="000000"/>
        </w:rPr>
        <w:t>、</w:t>
      </w:r>
      <w:r>
        <w:pict>
          <v:shape id="_x0000_i702652" type="#_x0000_t75" alt="学科网(www.zxxk.com)--教育资源门户，提供试卷、教案、课件、论文、素材以及各类教学资源下载，还有大量而丰富的教学相关资讯！" style="width:9.75pt;height:10.5pt" o:oleicon="f" o:ole="">
            <v:imagedata r:id="rId1331" o:title="eqId7f9e8449aad35c5d840a3395ea86df6d"/>
          </v:shape>
        </w:pict>
      </w:r>
      <w:r>
        <w:rPr>
          <w:rFonts w:ascii="宋体" w:eastAsia="宋体" w:hAnsi="宋体" w:cs="宋体"/>
          <w:color w:val="000000"/>
        </w:rPr>
        <w:t>、</w:t>
      </w:r>
      <w:r>
        <w:pict>
          <v:shape id="_x0000_i702653" type="#_x0000_t75" alt="学科网(www.zxxk.com)--教育资源门户，提供试卷、教案、课件、论文、素材以及各类教学资源下载，还有大量而丰富的教学相关资讯！" style="width:11.25pt;height:12pt" o:oleicon="f" o:ole="">
            <v:imagedata r:id="rId1332" o:title="eqIddad2a36927223bd70f426ba06aea4b45"/>
          </v:shape>
        </w:pict>
      </w:r>
      <w:r>
        <w:rPr>
          <w:rFonts w:ascii="宋体" w:eastAsia="宋体" w:hAnsi="宋体" w:cs="宋体"/>
          <w:color w:val="000000"/>
        </w:rPr>
        <w:t>为数轴上三点，回答下面问题：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</w:t>
      </w:r>
      <w:r>
        <w:pict>
          <v:shape id="_x0000_i702654" type="#_x0000_t75" alt="学科网(www.zxxk.com)--教育资源门户，提供试卷、教案、课件、论文、素材以及各类教学资源下载，还有大量而丰富的教学相关资讯！" style="width:51.2pt;height:20.4pt" o:oleicon="f" o:ole="">
            <v:imagedata r:id="rId1333" o:title="eqId0329447b7561c2c392729d01cdccdb03"/>
          </v:shape>
        </w:pic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②若点</w:t>
      </w:r>
      <w:r>
        <w:pict>
          <v:shape id="_x0000_i702655" type="#_x0000_t75" alt="学科网(www.zxxk.com)--教育资源门户，提供试卷、教案、课件、论文、素材以及各类教学资源下载，还有大量而丰富的教学相关资讯！" style="width:11.9pt;height:14.4pt" o:oleicon="f" o:ole="">
            <v:imagedata r:id="rId1334" o:title="eqIdc5db41a1f31d6baee7c69990811edb9f"/>
          </v:shape>
        </w:pict>
      </w:r>
      <w:r>
        <w:rPr>
          <w:rFonts w:ascii="宋体" w:eastAsia="宋体" w:hAnsi="宋体" w:cs="宋体"/>
          <w:color w:val="000000"/>
        </w:rPr>
        <w:t>在数轴上且</w:t>
      </w:r>
      <w:r>
        <w:pict>
          <v:shape id="_x0000_i702656" type="#_x0000_t75" alt="学科网(www.zxxk.com)--教育资源门户，提供试卷、教案、课件、论文、素材以及各类教学资源下载，还有大量而丰富的教学相关资讯！" style="width:57pt;height:20.4pt" o:oleicon="f" o:ole="">
            <v:imagedata r:id="rId1335" o:title="eqId4a528db8edd07b12627963da08378f5a"/>
          </v:shape>
        </w:pict>
      </w:r>
      <w:r>
        <w:rPr>
          <w:rFonts w:ascii="宋体" w:eastAsia="宋体" w:hAnsi="宋体" w:cs="宋体"/>
          <w:color w:val="000000"/>
        </w:rPr>
        <w:t>，则点</w:t>
      </w:r>
      <w:r>
        <w:pict>
          <v:shape id="_x0000_i702657" type="#_x0000_t75" alt="学科网(www.zxxk.com)--教育资源门户，提供试卷、教案、课件、论文、素材以及各类教学资源下载，还有大量而丰富的教学相关资讯！" style="width:11.9pt;height:14.4pt" o:oleicon="f" o:ole="">
            <v:imagedata r:id="rId1334" o:title="eqIdc5db41a1f31d6baee7c69990811edb9f"/>
          </v:shape>
        </w:pict>
      </w:r>
      <w:r>
        <w:rPr>
          <w:rFonts w:ascii="宋体" w:eastAsia="宋体" w:hAnsi="宋体" w:cs="宋体"/>
          <w:color w:val="000000"/>
        </w:rPr>
        <w:t>表示的数为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③点</w:t>
      </w:r>
      <w:r>
        <w:pict>
          <v:shape id="_x0000_i702658" type="#_x0000_t75" alt="学科网(www.zxxk.com)--教育资源门户，提供试卷、教案、课件、论文、素材以及各类教学资源下载，还有大量而丰富的教学相关资讯！" style="width:11.25pt;height:11.25pt" o:oleicon="f" o:ole="">
            <v:imagedata r:id="rId1336" o:title="eqId8455657dde27aabe6adb7b188e031c11"/>
          </v:shape>
        </w:pict>
      </w:r>
      <w:r>
        <w:rPr>
          <w:rFonts w:ascii="宋体" w:eastAsia="宋体" w:hAnsi="宋体" w:cs="宋体"/>
          <w:color w:val="000000"/>
        </w:rPr>
        <w:t>是数轴上一点，且</w:t>
      </w:r>
      <w:r>
        <w:pict>
          <v:shape id="_x0000_i702659" type="#_x0000_t75" alt="学科网(www.zxxk.com)--教育资源门户，提供试卷、教案、课件、论文、素材以及各类教学资源下载，还有大量而丰富的教学相关资讯！" style="width:60.75pt;height:20.4pt" o:oleicon="f" o:ole="">
            <v:imagedata r:id="rId1337" o:title="eqIddb3a81e6317d24a9b14cc54e13b50346"/>
          </v:shape>
        </w:pict>
      </w:r>
      <w:r>
        <w:rPr>
          <w:rFonts w:ascii="宋体" w:eastAsia="宋体" w:hAnsi="宋体" w:cs="宋体"/>
          <w:color w:val="000000"/>
        </w:rPr>
        <w:t>，求点</w:t>
      </w:r>
      <w:r>
        <w:pict>
          <v:shape id="_x0000_i702660" type="#_x0000_t75" alt="学科网(www.zxxk.com)--教育资源门户，提供试卷、教案、课件、论文、素材以及各类教学资源下载，还有大量而丰富的教学相关资讯！" style="width:11.25pt;height:11.25pt" o:oleicon="f" o:ole="">
            <v:imagedata r:id="rId1336" o:title="eqId8455657dde27aabe6adb7b188e031c11"/>
          </v:shape>
        </w:pict>
      </w:r>
      <w:r>
        <w:rPr>
          <w:rFonts w:ascii="宋体" w:eastAsia="宋体" w:hAnsi="宋体" w:cs="宋体"/>
          <w:color w:val="000000"/>
        </w:rPr>
        <w:t>所表示的数．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248025" cy="600075"/>
            <wp:docPr id="180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" name=""/>
                    <pic:cNvPicPr>
                      <a:picLocks noChangeAspect="1"/>
                    </pic:cNvPicPr>
                  </pic:nvPicPr>
                  <pic:blipFill>
                    <a:blip r:embed="rId1338"/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数轴上，点</w:t>
      </w:r>
      <w:r>
        <w:pict>
          <v:shape id="_x0000_i702661" type="#_x0000_t75" alt="学科网(www.zxxk.com)--教育资源门户，提供试卷、教案、课件、论文、素材以及各类教学资源下载，还有大量而丰富的教学相关资讯！" style="width:12pt;height:13pt" o:oleicon="f" o:ole="">
            <v:imagedata r:id="rId1339" o:title="eqId2a30f3a8b673cc28bd90c50cf1a35281"/>
          </v:shape>
        </w:pict>
      </w:r>
      <w:r>
        <w:rPr>
          <w:rFonts w:ascii="宋体" w:eastAsia="宋体" w:hAnsi="宋体" w:cs="宋体"/>
          <w:color w:val="000000"/>
        </w:rPr>
        <w:t>表示的数为</w:t>
      </w:r>
      <w:r>
        <w:pict>
          <v:shape id="_x0000_i702662" type="#_x0000_t75" alt="学科网(www.zxxk.com)--教育资源门户，提供试卷、教案、课件、论文、素材以及各类教学资源下载，还有大量而丰富的教学相关资讯！" style="width:19pt;height:12.5pt" o:oleicon="f" o:ole="">
            <v:imagedata r:id="rId1340" o:title="eqId32e22e1223baf7cb3d53e668c2449609"/>
          </v:shape>
        </w:pict>
      </w:r>
      <w:r>
        <w:rPr>
          <w:rFonts w:ascii="宋体" w:eastAsia="宋体" w:hAnsi="宋体" w:cs="宋体"/>
          <w:color w:val="000000"/>
        </w:rPr>
        <w:t>，点</w:t>
      </w:r>
      <w:r>
        <w:pict>
          <v:shape id="_x0000_i702663" type="#_x0000_t75" alt="学科网(www.zxxk.com)--教育资源门户，提供试卷、教案、课件、论文、素材以及各类教学资源下载，还有大量而丰富的教学相关资讯！" style="width:12.75pt;height:12.75pt" o:oleicon="f" o:ole="">
            <v:imagedata r:id="rId1341" o:title="eqIda0ed1ec316bc54c37c4286c208f55667"/>
          </v:shape>
        </w:pict>
      </w:r>
      <w:r>
        <w:rPr>
          <w:rFonts w:ascii="宋体" w:eastAsia="宋体" w:hAnsi="宋体" w:cs="宋体"/>
          <w:color w:val="000000"/>
        </w:rPr>
        <w:t>表示的数为</w:t>
      </w:r>
      <w:r>
        <w:rPr>
          <w:rFonts w:ascii="Times New Roman" w:eastAsia="Times New Roman" w:hAnsi="Times New Roman" w:cs="Times New Roman"/>
          <w:color w:val="000000"/>
        </w:rPr>
        <w:t>50</w:t>
      </w:r>
      <w:r>
        <w:rPr>
          <w:rFonts w:ascii="宋体" w:eastAsia="宋体" w:hAnsi="宋体" w:cs="宋体"/>
          <w:color w:val="000000"/>
        </w:rPr>
        <w:t>，从某时刻开始，若点</w:t>
      </w:r>
      <w:r>
        <w:pict>
          <v:shape id="_x0000_i702664" type="#_x0000_t75" alt="学科网(www.zxxk.com)--教育资源门户，提供试卷、教案、课件、论文、素材以及各类教学资源下载，还有大量而丰富的教学相关资讯！" style="width:14.25pt;height:10.5pt" o:oleicon="f" o:ole="">
            <v:imagedata r:id="rId1342" o:title="eqIdac047e91852b91af639feec23a9598b2"/>
          </v:shape>
        </w:pict>
      </w:r>
      <w:r>
        <w:rPr>
          <w:rFonts w:ascii="宋体" w:eastAsia="宋体" w:hAnsi="宋体" w:cs="宋体"/>
          <w:color w:val="000000"/>
        </w:rPr>
        <w:t>从原点</w:t>
      </w:r>
      <w:r>
        <w:pict>
          <v:shape id="_x0000_i702665" type="#_x0000_t75" alt="学科网(www.zxxk.com)--教育资源门户，提供试卷、教案、课件、论文、素材以及各类教学资源下载，还有大量而丰富的教学相关资讯！" style="width:12pt;height:14.25pt" o:oleicon="f" o:ole="">
            <v:imagedata r:id="rId1343" o:title="eqId1dde8112e8eb968fd042418dd632759e"/>
          </v:shape>
        </w:pict>
      </w:r>
      <w:r>
        <w:rPr>
          <w:rFonts w:ascii="宋体" w:eastAsia="宋体" w:hAnsi="宋体" w:cs="宋体"/>
          <w:color w:val="000000"/>
        </w:rPr>
        <w:t>出发向右在数轴上做匀速直线运动，且</w:t>
      </w:r>
      <w:r>
        <w:pict>
          <v:shape id="_x0000_i702666" type="#_x0000_t75" alt="学科网(www.zxxk.com)--教育资源门户，提供试卷、教案、课件、论文、素材以及各类教学资源下载，还有大量而丰富的教学相关资讯！" style="width:14.25pt;height:10.5pt" o:oleicon="f" o:ole="">
            <v:imagedata r:id="rId1342" o:title="eqIdac047e91852b91af639feec23a9598b2"/>
          </v:shape>
        </w:pict>
      </w:r>
      <w:r>
        <w:rPr>
          <w:rFonts w:ascii="宋体" w:eastAsia="宋体" w:hAnsi="宋体" w:cs="宋体"/>
          <w:color w:val="000000"/>
        </w:rPr>
        <w:t>的速度为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单位</w:t>
      </w:r>
      <w:r>
        <w:rPr>
          <w:rFonts w:ascii="Times New Roman" w:eastAsia="Times New Roman" w:hAnsi="Times New Roman" w:cs="Times New Roman"/>
          <w:color w:val="000000"/>
        </w:rPr>
        <w:t>/</w:t>
      </w:r>
      <w:r>
        <w:rPr>
          <w:rFonts w:ascii="宋体" w:eastAsia="宋体" w:hAnsi="宋体" w:cs="宋体"/>
          <w:color w:val="000000"/>
        </w:rPr>
        <w:t>秒，设运动时间为</w:t>
      </w:r>
      <w:r>
        <w:pict>
          <v:shape id="_x0000_i702667" type="#_x0000_t75" alt="学科网(www.zxxk.com)--教育资源门户，提供试卷、教案、课件、论文、素材以及各类教学资源下载，还有大量而丰富的教学相关资讯！" style="width:7.35pt;height:11.9pt" o:oleicon="f" o:ole="">
            <v:imagedata r:id="rId1344" o:title="eqId36a1b09c653185842513e24ebba60bb3"/>
          </v:shape>
        </w:pict>
      </w:r>
      <w:r>
        <w:rPr>
          <w:rFonts w:ascii="宋体" w:eastAsia="宋体" w:hAnsi="宋体" w:cs="宋体"/>
          <w:color w:val="000000"/>
        </w:rPr>
        <w:t>秒</w:t>
      </w:r>
      <w:r>
        <w:pict>
          <v:shape id="_x0000_i702668" type="#_x0000_t75" alt="学科网(www.zxxk.com)--教育资源门户，提供试卷、教案、课件、论文、素材以及各类教学资源下载，还有大量而丰富的教学相关资讯！" style="width:34.4pt;height:19.6pt" o:oleicon="f" o:ole="">
            <v:imagedata r:id="rId1345" o:title="eqId6cea72e0c37257bcfd85a59ef8dd0f80"/>
          </v:shape>
        </w:pict>
      </w:r>
      <w:r>
        <w:rPr>
          <w:rFonts w:ascii="宋体" w:eastAsia="宋体" w:hAnsi="宋体" w:cs="宋体"/>
          <w:color w:val="000000"/>
        </w:rPr>
        <w:t>，当</w:t>
      </w:r>
      <w:r>
        <w:pict>
          <v:shape id="_x0000_i702669" type="#_x0000_t75" alt="学科网(www.zxxk.com)--教育资源门户，提供试卷、教案、课件、论文、素材以及各类教学资源下载，还有大量而丰富的教学相关资讯！" style="width:63.7pt;height:20.4pt" o:oleicon="f" o:ole="">
            <v:imagedata r:id="rId1346" o:title="eqId5d230b257d5a902207922e097758aa4e"/>
          </v:shape>
        </w:pict>
      </w:r>
      <w:r>
        <w:rPr>
          <w:rFonts w:ascii="宋体" w:eastAsia="宋体" w:hAnsi="宋体" w:cs="宋体"/>
          <w:color w:val="000000"/>
        </w:rPr>
        <w:t>时，请直接写出</w:t>
      </w:r>
      <w:r>
        <w:pict>
          <v:shape id="_x0000_i702670" type="#_x0000_t75" alt="学科网(www.zxxk.com)--教育资源门户，提供试卷、教案、课件、论文、素材以及各类教学资源下载，还有大量而丰富的教学相关资讯！" style="width:7.35pt;height:11.9pt" o:oleicon="f" o:ole="">
            <v:imagedata r:id="rId1344" o:title="eqId36a1b09c653185842513e24ebba60bb3"/>
          </v:shape>
        </w:pict>
      </w:r>
      <w:r>
        <w:rPr>
          <w:rFonts w:ascii="宋体" w:eastAsia="宋体" w:hAnsi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419475" cy="657225"/>
            <wp:docPr id="180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" name=""/>
                    <pic:cNvPicPr>
                      <a:picLocks noChangeAspect="1"/>
                    </pic:cNvPicPr>
                  </pic:nvPicPr>
                  <pic:blipFill>
                    <a:blip r:embed="rId1347"/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顺义区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31. 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两点在数轴上的位置如图所示，其中点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对应的有理数为－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对应的有理数为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．动点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从点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出发，以每秒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个单位长度的速度沿数轴正方向运动，设运动时间为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宋体" w:eastAsia="宋体" w:hAnsi="宋体" w:cs="宋体"/>
          <w:color w:val="000000"/>
        </w:rPr>
        <w:t>秒</w:t>
      </w:r>
      <w:r>
        <w:pict>
          <v:shape id="_x0000_i702671" type="#_x0000_t75" alt="学科网(www.zxxk.com)--教育资源门户，提供试卷、教案、课件、论文、素材以及各类教学资源下载，还有大量而丰富的教学相关资讯！" style="width:34.4pt;height:19.6pt" o:oleicon="f" o:ole="">
            <v:imagedata r:id="rId1348" o:title="eqId6cea72e0c37257bcfd85a59ef8dd0f80"/>
          </v:shape>
        </w:pi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4552950" cy="323850"/>
            <wp:docPr id="180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" name=""/>
                    <pic:cNvPicPr>
                      <a:picLocks noChangeAspect="1"/>
                    </pic:cNvPicPr>
                  </pic:nvPicPr>
                  <pic:blipFill>
                    <a:blip r:embed="rId1349"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当</w:t>
      </w:r>
      <w:r>
        <w:pict>
          <v:shape id="_x0000_i702672" type="#_x0000_t75" alt="学科网(www.zxxk.com)--教育资源门户，提供试卷、教案、课件、论文、素材以及各类教学资源下载，还有大量而丰富的教学相关资讯！" style="width:23.25pt;height:14.25pt" o:oleicon="f" o:ole="">
            <v:imagedata r:id="rId1350" o:title="eqId5a2a51944c720568f35d443589dfc1aa"/>
          </v:shape>
        </w:pict>
      </w:r>
      <w:r>
        <w:rPr>
          <w:rFonts w:ascii="宋体" w:eastAsia="宋体" w:hAnsi="宋体" w:cs="宋体"/>
          <w:color w:val="000000"/>
        </w:rPr>
        <w:t>时，</w:t>
      </w:r>
      <w:r>
        <w:rPr>
          <w:rFonts w:ascii="Times New Roman" w:eastAsia="Times New Roman" w:hAnsi="Times New Roman" w:cs="Times New Roman"/>
          <w:i/>
          <w:color w:val="000000"/>
        </w:rPr>
        <w:t>AC</w:t>
      </w:r>
      <w:r>
        <w:rPr>
          <w:rFonts w:ascii="宋体" w:eastAsia="宋体" w:hAnsi="宋体" w:cs="宋体"/>
          <w:color w:val="000000"/>
        </w:rPr>
        <w:t>的长为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表示的有理数为</w:t>
      </w:r>
      <w:r>
        <w:rPr>
          <w:rFonts w:ascii="Times New Roman" w:eastAsia="Times New Roman" w:hAnsi="Times New Roman" w:cs="Times New Roman"/>
          <w:color w:val="000000"/>
        </w:rPr>
        <w:t>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当</w:t>
      </w:r>
      <w:r>
        <w:pict>
          <v:shape id="_x0000_i702673" type="#_x0000_t75" alt="学科网(www.zxxk.com)--教育资源门户，提供试卷、教案、课件、论文、素材以及各类教学资源下载，还有大量而丰富的教学相关资讯！" style="width:17pt;height:12pt" o:oleicon="f" o:ole="">
            <v:imagedata r:id="rId1351" o:title="eqId825116eb345f5505ebc8c1cdb8a1f131"/>
          </v:shape>
        </w:pic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时，点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到点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的距离之和是</w:t>
      </w:r>
      <w:r>
        <w:rPr>
          <w:rFonts w:ascii="Times New Roman" w:eastAsia="Times New Roman" w:hAnsi="Times New Roman" w:cs="Times New Roman"/>
          <w:color w:val="000000"/>
        </w:rPr>
        <w:t>18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当</w:t>
      </w:r>
      <w:r>
        <w:pict>
          <v:shape id="_x0000_i702674" type="#_x0000_t75" alt="学科网(www.zxxk.com)--教育资源门户，提供试卷、教案、课件、论文、素材以及各类教学资源下载，还有大量而丰富的教学相关资讯！" style="width:37pt;height:13.95pt" o:oleicon="f" o:ole="">
            <v:imagedata r:id="rId1352" o:title="eqId9b59ab6bf6111dda4a3d428454768b77"/>
          </v:shape>
        </w:pict>
      </w:r>
      <w:r>
        <w:rPr>
          <w:rFonts w:ascii="宋体" w:eastAsia="宋体" w:hAnsi="宋体" w:cs="宋体"/>
          <w:color w:val="000000"/>
        </w:rPr>
        <w:t>时，求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宋体" w:eastAsia="宋体" w:hAnsi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32. </w:t>
      </w:r>
      <w:r>
        <w:rPr>
          <w:rFonts w:ascii="宋体" w:eastAsia="宋体" w:hAnsi="宋体" w:cs="宋体"/>
          <w:color w:val="000000"/>
        </w:rPr>
        <w:t>如图表示</w:t>
      </w:r>
      <w:r>
        <w:pict>
          <v:shape id="_x0000_i702675" type="#_x0000_t75" alt="学科网(www.zxxk.com)--教育资源门户，提供试卷、教案、课件、论文、素材以及各类教学资源下载，还有大量而丰富的教学相关资讯！" style="width:21pt;height:12.75pt" o:oleicon="f" o:ole="">
            <v:imagedata r:id="rId1353" o:title="eqId777d8fccf0cf8b55a68488fe48b78744"/>
          </v:shape>
        </w:pict>
      </w:r>
      <w:r>
        <w:rPr>
          <w:rFonts w:ascii="宋体" w:eastAsia="宋体" w:hAnsi="宋体" w:cs="宋体"/>
          <w:color w:val="000000"/>
        </w:rPr>
        <w:t>的数表：</w:t>
      </w: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902"/>
        <w:gridCol w:w="902"/>
        <w:gridCol w:w="902"/>
        <w:gridCol w:w="902"/>
      </w:tblGrid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33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第一列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第二列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第三列</w:t>
            </w:r>
          </w:p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33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第一行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33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第二行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  <w:trHeight w:val="33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第三行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a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我们规定：</w:t>
      </w:r>
      <w:r>
        <w:pict>
          <v:shape id="_x0000_i702676" type="#_x0000_t75" alt="学科网(www.zxxk.com)--教育资源门户，提供试卷、教案、课件、论文、素材以及各类教学资源下载，还有大量而丰富的教学相关资讯！" style="width:24.95pt;height:13.95pt;mso-position-horizontal-relative:page;mso-position-vertical-relative:page;mso-wrap-style:square" o:oleicon="f" o:ole="">
            <v:imagedata r:id="rId1354" o:title="eqId18fb71f0467a746c9f6f61ed89587a0c"/>
          </v:shape>
        </w:pict>
      </w:r>
      <w:r>
        <w:rPr>
          <w:rFonts w:ascii="宋体" w:eastAsia="宋体" w:hAnsi="宋体" w:cs="宋体"/>
          <w:color w:val="000000"/>
        </w:rPr>
        <w:t>表示数表中第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行第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列的数．例如：数表中第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行第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列的数为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，记作</w:t>
      </w:r>
      <w:r>
        <w:pict>
          <v:shape id="_x0000_i702677" type="#_x0000_t75" alt="学科网(www.zxxk.com)--教育资源门户，提供试卷、教案、课件、论文、素材以及各类教学资源下载，还有大量而丰富的教学相关资讯！" style="width:39.45pt;height:12.5pt" o:oleicon="f" o:ole="">
            <v:imagedata r:id="rId1355" o:title="eqId822469c162efb0d352f061729be8f458"/>
          </v:shape>
        </w:pi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请根据以上规定回答下列问题：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pict>
          <v:shape id="_x0000_i702678" type="#_x0000_t75" alt="学科网(www.zxxk.com)--教育资源门户，提供试卷、教案、课件、论文、素材以及各类教学资源下载，还有大量而丰富的教学相关资讯！" style="width:33.2pt;height:14.4pt" o:oleicon="f" o:ole="">
            <v:imagedata r:id="rId1356" o:title="eqId1de10bc2b6356032a8dfdab1d5c2356d"/>
          </v:shape>
        </w:pic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</w:t>
      </w:r>
      <w:r>
        <w:pict>
          <v:shape id="_x0000_i702679" type="#_x0000_t75" alt="学科网(www.zxxk.com)--教育资源门户，提供试卷、教案、课件、论文、素材以及各类教学资源下载，还有大量而丰富的教学相关资讯！" style="width:53.85pt;height:14.4pt" o:oleicon="f" o:ole="">
            <v:imagedata r:id="rId1357" o:title="eqId3b16a24221751cb541d3fb46f589d5d8"/>
          </v:shape>
        </w:pict>
      </w:r>
      <w:r>
        <w:rPr>
          <w:rFonts w:ascii="宋体" w:eastAsia="宋体" w:hAnsi="宋体" w:cs="宋体"/>
          <w:color w:val="000000"/>
        </w:rPr>
        <w:t>，则</w:t>
      </w:r>
      <w:r>
        <w:pict>
          <v:shape id="_x0000_i702680" type="#_x0000_t75" alt="学科网(www.zxxk.com)--教育资源门户，提供试卷、教案、课件、论文、素材以及各类教学资源下载，还有大量而丰富的教学相关资讯！" style="width:20.4pt;height:11.4pt" o:oleicon="f" o:ole="">
            <v:imagedata r:id="rId1358" o:title="eqId380bbacf854e30e2e747fc286d2b9997"/>
          </v:shape>
        </w:pic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  <w:sectPr w:rsidSect="00C321EB">
          <w:pgSz w:w="11906" w:h="16838"/>
          <w:pgMar w:top="910" w:right="1080" w:bottom="1440" w:left="1080" w:header="152" w:footer="0" w:gutter="0"/>
          <w:cols w:space="720"/>
          <w:docGrid w:type="lines" w:linePitch="312"/>
        </w:sect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若</w:t>
      </w:r>
      <w:r>
        <w:pict>
          <v:shape id="_x0000_i702681" type="#_x0000_t75" alt="学科网(www.zxxk.com)--教育资源门户，提供试卷、教案、课件、论文、素材以及各类教学资源下载，还有大量而丰富的教学相关资讯！" style="width:83.9pt;height:20.05pt" o:oleicon="f" o:ole="">
            <v:imagedata r:id="rId1359" o:title="eqIdf6dd7ce99675311c55485e29962fe254"/>
          </v:shape>
        </w:pict>
      </w:r>
      <w:r>
        <w:rPr>
          <w:rFonts w:ascii="宋体" w:eastAsia="宋体" w:hAnsi="宋体" w:cs="宋体"/>
          <w:color w:val="000000"/>
        </w:rPr>
        <w:t>，求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的值．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仿宋" w:hAnsi="仿宋" w:eastAsia="仿宋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eastAsia="微软雅黑" w:ascii="微软雅黑" w:hAnsi="微软雅黑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eastAsia="微软雅黑" w:ascii="微软雅黑" w:hAnsi="微软雅黑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eastAsia="微软雅黑" w:ascii="微软雅黑" w:hAnsi="微软雅黑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eastAsia="微软雅黑" w:ascii="微软雅黑" w:hAnsi="微软雅黑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x1355.wmf"/><Relationship Id="rId10" Type="http://schemas.openxmlformats.org/officeDocument/2006/relationships/image" Target="media/x1356.wmf"/><Relationship Id="rId11" Type="http://schemas.openxmlformats.org/officeDocument/2006/relationships/image" Target="media/x1357.wmf"/><Relationship Id="rId12" Type="http://schemas.openxmlformats.org/officeDocument/2006/relationships/image" Target="media/x1358.wmf"/><Relationship Id="rId13" Type="http://schemas.openxmlformats.org/officeDocument/2006/relationships/image" Target="media/x1359.wmf"/><Relationship Id="rId14" Type="http://schemas.openxmlformats.org/officeDocument/2006/relationships/image" Target="media/x1360.wmf"/><Relationship Id="rId15" Type="http://schemas.openxmlformats.org/officeDocument/2006/relationships/image" Target="media/x1361.png"/><Relationship Id="rId16" Type="http://schemas.openxmlformats.org/officeDocument/2006/relationships/image" Target="media/x1362.wmf"/><Relationship Id="rId17" Type="http://schemas.openxmlformats.org/officeDocument/2006/relationships/image" Target="media/x1363.wmf"/><Relationship Id="rId18" Type="http://schemas.openxmlformats.org/officeDocument/2006/relationships/image" Target="media/x1364.wmf"/><Relationship Id="rId19" Type="http://schemas.openxmlformats.org/officeDocument/2006/relationships/image" Target="media/x1365.wmf"/><Relationship Id="rId20" Type="http://schemas.openxmlformats.org/officeDocument/2006/relationships/image" Target="media/x1366.wmf"/><Relationship Id="rId21" Type="http://schemas.openxmlformats.org/officeDocument/2006/relationships/image" Target="media/x1367.wmf"/><Relationship Id="rId22" Type="http://schemas.openxmlformats.org/officeDocument/2006/relationships/image" Target="media/x1368.wmf"/><Relationship Id="rId23" Type="http://schemas.openxmlformats.org/officeDocument/2006/relationships/image" Target="media/x1369.wmf"/><Relationship Id="rId24" Type="http://schemas.openxmlformats.org/officeDocument/2006/relationships/image" Target="media/x1370.wmf"/><Relationship Id="rId25" Type="http://schemas.openxmlformats.org/officeDocument/2006/relationships/image" Target="media/x1371.wmf"/><Relationship Id="rId26" Type="http://schemas.openxmlformats.org/officeDocument/2006/relationships/image" Target="media/x1372.png"/><Relationship Id="rId27" Type="http://schemas.openxmlformats.org/officeDocument/2006/relationships/image" Target="media/x1373.wmf"/><Relationship Id="rId28" Type="http://schemas.openxmlformats.org/officeDocument/2006/relationships/image" Target="media/x1374.wmf"/><Relationship Id="rId29" Type="http://schemas.openxmlformats.org/officeDocument/2006/relationships/image" Target="media/x1375.wmf"/><Relationship Id="rId30" Type="http://schemas.openxmlformats.org/officeDocument/2006/relationships/image" Target="media/x1376.wmf"/><Relationship Id="rId31" Type="http://schemas.openxmlformats.org/officeDocument/2006/relationships/image" Target="media/x1377.png"/><Relationship Id="rId32" Type="http://schemas.openxmlformats.org/officeDocument/2006/relationships/image" Target="media/x1378.wmf"/><Relationship Id="rId33" Type="http://schemas.openxmlformats.org/officeDocument/2006/relationships/image" Target="media/x1379.wmf"/><Relationship Id="rId34" Type="http://schemas.openxmlformats.org/officeDocument/2006/relationships/image" Target="media/x1380.wmf"/><Relationship Id="rId35" Type="http://schemas.openxmlformats.org/officeDocument/2006/relationships/image" Target="media/x1381.wmf"/><Relationship Id="rId36" Type="http://schemas.openxmlformats.org/officeDocument/2006/relationships/image" Target="media/x1382.wmf"/><Relationship Id="rId37" Type="http://schemas.openxmlformats.org/officeDocument/2006/relationships/image" Target="media/x1383.wmf"/><Relationship Id="rId38" Type="http://schemas.openxmlformats.org/officeDocument/2006/relationships/image" Target="media/x1384.wmf"/><Relationship Id="rId39" Type="http://schemas.openxmlformats.org/officeDocument/2006/relationships/image" Target="media/x1385.wmf"/><Relationship Id="rId40" Type="http://schemas.openxmlformats.org/officeDocument/2006/relationships/image" Target="media/x1386.wmf"/><Relationship Id="rId41" Type="http://schemas.openxmlformats.org/officeDocument/2006/relationships/image" Target="media/x1387.wmf"/><Relationship Id="rId42" Type="http://schemas.openxmlformats.org/officeDocument/2006/relationships/image" Target="media/x1388.wmf"/><Relationship Id="rId43" Type="http://schemas.openxmlformats.org/officeDocument/2006/relationships/image" Target="media/x1389.wmf"/><Relationship Id="rId44" Type="http://schemas.openxmlformats.org/officeDocument/2006/relationships/image" Target="media/x1390.wmf"/><Relationship Id="rId45" Type="http://schemas.openxmlformats.org/officeDocument/2006/relationships/image" Target="media/x1391.wmf"/><Relationship Id="rId46" Type="http://schemas.openxmlformats.org/officeDocument/2006/relationships/image" Target="media/x1392.wmf"/><Relationship Id="rId47" Type="http://schemas.openxmlformats.org/officeDocument/2006/relationships/image" Target="media/x1393.wmf"/><Relationship Id="rId48" Type="http://schemas.openxmlformats.org/officeDocument/2006/relationships/image" Target="media/x1394.wmf"/><Relationship Id="rId49" Type="http://schemas.openxmlformats.org/officeDocument/2006/relationships/image" Target="media/x1395.wmf"/><Relationship Id="rId50" Type="http://schemas.openxmlformats.org/officeDocument/2006/relationships/image" Target="media/x1396.wmf"/><Relationship Id="rId51" Type="http://schemas.openxmlformats.org/officeDocument/2006/relationships/image" Target="media/x1397.wmf"/><Relationship Id="rId52" Type="http://schemas.openxmlformats.org/officeDocument/2006/relationships/image" Target="media/x1398.wmf"/><Relationship Id="rId53" Type="http://schemas.openxmlformats.org/officeDocument/2006/relationships/image" Target="media/x1399.wmf"/><Relationship Id="rId54" Type="http://schemas.openxmlformats.org/officeDocument/2006/relationships/image" Target="media/x1400.wmf"/><Relationship Id="rId55" Type="http://schemas.openxmlformats.org/officeDocument/2006/relationships/image" Target="media/x1401.wmf"/><Relationship Id="rId56" Type="http://schemas.openxmlformats.org/officeDocument/2006/relationships/image" Target="media/x1402.wmf"/><Relationship Id="rId57" Type="http://schemas.openxmlformats.org/officeDocument/2006/relationships/image" Target="media/x1403.wmf"/><Relationship Id="rId58" Type="http://schemas.openxmlformats.org/officeDocument/2006/relationships/image" Target="media/x1404.png"/><Relationship Id="rId59" Type="http://schemas.openxmlformats.org/officeDocument/2006/relationships/image" Target="media/x1405.wmf"/><Relationship Id="rId60" Type="http://schemas.openxmlformats.org/officeDocument/2006/relationships/image" Target="media/x1406.wmf"/><Relationship Id="rId61" Type="http://schemas.openxmlformats.org/officeDocument/2006/relationships/image" Target="media/x1407.wmf"/><Relationship Id="rId62" Type="http://schemas.openxmlformats.org/officeDocument/2006/relationships/image" Target="media/x1408.wmf"/><Relationship Id="rId63" Type="http://schemas.openxmlformats.org/officeDocument/2006/relationships/image" Target="media/x1409.wmf"/><Relationship Id="rId64" Type="http://schemas.openxmlformats.org/officeDocument/2006/relationships/image" Target="media/x1410.wmf"/><Relationship Id="rId65" Type="http://schemas.openxmlformats.org/officeDocument/2006/relationships/image" Target="media/x1411.wmf"/><Relationship Id="rId66" Type="http://schemas.openxmlformats.org/officeDocument/2006/relationships/image" Target="media/x1412.wmf"/><Relationship Id="rId67" Type="http://schemas.openxmlformats.org/officeDocument/2006/relationships/image" Target="media/x1413.wmf"/><Relationship Id="rId68" Type="http://schemas.openxmlformats.org/officeDocument/2006/relationships/image" Target="media/x1414.png"/><Relationship Id="rId69" Type="http://schemas.openxmlformats.org/officeDocument/2006/relationships/image" Target="media/x1415.wmf"/><Relationship Id="rId70" Type="http://schemas.openxmlformats.org/officeDocument/2006/relationships/image" Target="media/x1416.wmf"/><Relationship Id="rId71" Type="http://schemas.openxmlformats.org/officeDocument/2006/relationships/image" Target="media/x1417.wmf"/><Relationship Id="rId72" Type="http://schemas.openxmlformats.org/officeDocument/2006/relationships/image" Target="media/x1418.wmf"/><Relationship Id="rId73" Type="http://schemas.openxmlformats.org/officeDocument/2006/relationships/image" Target="media/x1419.wmf"/><Relationship Id="rId74" Type="http://schemas.openxmlformats.org/officeDocument/2006/relationships/image" Target="media/x1420.wmf"/><Relationship Id="rId75" Type="http://schemas.openxmlformats.org/officeDocument/2006/relationships/image" Target="media/x1421.png"/><Relationship Id="rId76" Type="http://schemas.openxmlformats.org/officeDocument/2006/relationships/image" Target="media/x1422.wmf"/><Relationship Id="rId77" Type="http://schemas.openxmlformats.org/officeDocument/2006/relationships/image" Target="media/x1423.wmf"/><Relationship Id="rId78" Type="http://schemas.openxmlformats.org/officeDocument/2006/relationships/image" Target="media/x1424.wmf"/><Relationship Id="rId79" Type="http://schemas.openxmlformats.org/officeDocument/2006/relationships/image" Target="media/x1425.wmf"/><Relationship Id="rId80" Type="http://schemas.openxmlformats.org/officeDocument/2006/relationships/image" Target="media/x1426.png"/><Relationship Id="rId81" Type="http://schemas.openxmlformats.org/officeDocument/2006/relationships/image" Target="media/x1427.wmf"/><Relationship Id="rId82" Type="http://schemas.openxmlformats.org/officeDocument/2006/relationships/image" Target="media/x1428.wmf"/><Relationship Id="rId83" Type="http://schemas.openxmlformats.org/officeDocument/2006/relationships/image" Target="media/x1429.wmf"/><Relationship Id="rId84" Type="http://schemas.openxmlformats.org/officeDocument/2006/relationships/image" Target="media/x1430.wmf"/><Relationship Id="rId85" Type="http://schemas.openxmlformats.org/officeDocument/2006/relationships/image" Target="media/x1431.png"/><Relationship Id="rId86" Type="http://schemas.openxmlformats.org/officeDocument/2006/relationships/image" Target="media/x1432.wmf"/><Relationship Id="rId87" Type="http://schemas.openxmlformats.org/officeDocument/2006/relationships/image" Target="media/x1433.wmf"/><Relationship Id="rId88" Type="http://schemas.openxmlformats.org/officeDocument/2006/relationships/image" Target="media/x1434.wmf"/><Relationship Id="rId89" Type="http://schemas.openxmlformats.org/officeDocument/2006/relationships/image" Target="media/x1435.png"/><Relationship Id="rId90" Type="http://schemas.openxmlformats.org/officeDocument/2006/relationships/image" Target="media/x1436.wmf"/><Relationship Id="rId91" Type="http://schemas.openxmlformats.org/officeDocument/2006/relationships/image" Target="media/x1437.wmf"/><Relationship Id="rId92" Type="http://schemas.openxmlformats.org/officeDocument/2006/relationships/image" Target="media/x1438.wmf"/><Relationship Id="rId93" Type="http://schemas.openxmlformats.org/officeDocument/2006/relationships/image" Target="media/x1439.wmf"/><Relationship Id="rId94" Type="http://schemas.openxmlformats.org/officeDocument/2006/relationships/image" Target="media/x1440.wmf"/><Relationship Id="rId95" Type="http://schemas.openxmlformats.org/officeDocument/2006/relationships/image" Target="media/x1441.png"/><Relationship Id="rId96" Type="http://schemas.openxmlformats.org/officeDocument/2006/relationships/image" Target="media/x1442.wmf"/><Relationship Id="rId97" Type="http://schemas.openxmlformats.org/officeDocument/2006/relationships/image" Target="media/x1443.wmf"/><Relationship Id="rId98" Type="http://schemas.openxmlformats.org/officeDocument/2006/relationships/image" Target="media/x1444.wmf"/><Relationship Id="rId99" Type="http://schemas.openxmlformats.org/officeDocument/2006/relationships/image" Target="media/x1445.wmf"/><Relationship Id="rId100" Type="http://schemas.openxmlformats.org/officeDocument/2006/relationships/image" Target="media/x1446.wmf"/><Relationship Id="rId101" Type="http://schemas.openxmlformats.org/officeDocument/2006/relationships/image" Target="media/x1447.wmf"/><Relationship Id="rId102" Type="http://schemas.openxmlformats.org/officeDocument/2006/relationships/image" Target="media/x1448.wmf"/><Relationship Id="rId103" Type="http://schemas.openxmlformats.org/officeDocument/2006/relationships/image" Target="media/x1449.wmf"/><Relationship Id="rId104" Type="http://schemas.openxmlformats.org/officeDocument/2006/relationships/image" Target="media/x1450.wmf"/><Relationship Id="rId105" Type="http://schemas.openxmlformats.org/officeDocument/2006/relationships/image" Target="media/x1451.wmf"/><Relationship Id="rId106" Type="http://schemas.openxmlformats.org/officeDocument/2006/relationships/image" Target="media/x1452.wmf"/><Relationship Id="rId107" Type="http://schemas.openxmlformats.org/officeDocument/2006/relationships/image" Target="media/x1453.wmf"/><Relationship Id="rId108" Type="http://schemas.openxmlformats.org/officeDocument/2006/relationships/image" Target="media/x1454.wmf"/><Relationship Id="rId109" Type="http://schemas.openxmlformats.org/officeDocument/2006/relationships/image" Target="media/x1455.wmf"/><Relationship Id="rId110" Type="http://schemas.openxmlformats.org/officeDocument/2006/relationships/image" Target="media/x1456.wmf"/><Relationship Id="rId111" Type="http://schemas.openxmlformats.org/officeDocument/2006/relationships/image" Target="media/x1457.wmf"/><Relationship Id="rId112" Type="http://schemas.openxmlformats.org/officeDocument/2006/relationships/image" Target="media/x1458.wmf"/><Relationship Id="rId113" Type="http://schemas.openxmlformats.org/officeDocument/2006/relationships/image" Target="media/x1459.wmf"/><Relationship Id="rId114" Type="http://schemas.openxmlformats.org/officeDocument/2006/relationships/image" Target="media/x1460.wmf"/><Relationship Id="rId115" Type="http://schemas.openxmlformats.org/officeDocument/2006/relationships/image" Target="media/x1461.wmf"/><Relationship Id="rId116" Type="http://schemas.openxmlformats.org/officeDocument/2006/relationships/image" Target="media/x1462.wmf"/><Relationship Id="rId117" Type="http://schemas.openxmlformats.org/officeDocument/2006/relationships/image" Target="media/x1463.wmf"/><Relationship Id="rId118" Type="http://schemas.openxmlformats.org/officeDocument/2006/relationships/image" Target="media/x1464.wmf"/><Relationship Id="rId119" Type="http://schemas.openxmlformats.org/officeDocument/2006/relationships/image" Target="media/x1465.wmf"/><Relationship Id="rId120" Type="http://schemas.openxmlformats.org/officeDocument/2006/relationships/image" Target="media/x1466.wmf"/><Relationship Id="rId121" Type="http://schemas.openxmlformats.org/officeDocument/2006/relationships/image" Target="media/x1467.wmf"/><Relationship Id="rId122" Type="http://schemas.openxmlformats.org/officeDocument/2006/relationships/image" Target="media/x1468.wmf"/><Relationship Id="rId123" Type="http://schemas.openxmlformats.org/officeDocument/2006/relationships/image" Target="media/x1469.wmf"/><Relationship Id="rId124" Type="http://schemas.openxmlformats.org/officeDocument/2006/relationships/image" Target="media/x1470.wmf"/><Relationship Id="rId125" Type="http://schemas.openxmlformats.org/officeDocument/2006/relationships/image" Target="media/x1471.wmf"/><Relationship Id="rId126" Type="http://schemas.openxmlformats.org/officeDocument/2006/relationships/image" Target="media/x1472.wmf"/><Relationship Id="rId127" Type="http://schemas.openxmlformats.org/officeDocument/2006/relationships/image" Target="media/x1473.wmf"/><Relationship Id="rId128" Type="http://schemas.openxmlformats.org/officeDocument/2006/relationships/image" Target="media/x1474.wmf"/><Relationship Id="rId129" Type="http://schemas.openxmlformats.org/officeDocument/2006/relationships/image" Target="media/x1475.wmf"/><Relationship Id="rId130" Type="http://schemas.openxmlformats.org/officeDocument/2006/relationships/image" Target="media/x1476.wmf"/><Relationship Id="rId131" Type="http://schemas.openxmlformats.org/officeDocument/2006/relationships/image" Target="media/x1477.wmf"/><Relationship Id="rId132" Type="http://schemas.openxmlformats.org/officeDocument/2006/relationships/image" Target="media/x1478.wmf"/><Relationship Id="rId133" Type="http://schemas.openxmlformats.org/officeDocument/2006/relationships/image" Target="media/x1479.wmf"/><Relationship Id="rId134" Type="http://schemas.openxmlformats.org/officeDocument/2006/relationships/image" Target="media/x1480.wmf"/><Relationship Id="rId135" Type="http://schemas.openxmlformats.org/officeDocument/2006/relationships/image" Target="media/x1481.wmf"/><Relationship Id="rId136" Type="http://schemas.openxmlformats.org/officeDocument/2006/relationships/image" Target="media/x1482.wmf"/><Relationship Id="rId137" Type="http://schemas.openxmlformats.org/officeDocument/2006/relationships/image" Target="media/x1483.wmf"/><Relationship Id="rId138" Type="http://schemas.openxmlformats.org/officeDocument/2006/relationships/image" Target="media/x1484.wmf"/><Relationship Id="rId139" Type="http://schemas.openxmlformats.org/officeDocument/2006/relationships/image" Target="media/x1485.wmf"/><Relationship Id="rId140" Type="http://schemas.openxmlformats.org/officeDocument/2006/relationships/image" Target="media/x1486.wmf"/><Relationship Id="rId141" Type="http://schemas.openxmlformats.org/officeDocument/2006/relationships/image" Target="media/x1487.wmf"/><Relationship Id="rId142" Type="http://schemas.openxmlformats.org/officeDocument/2006/relationships/image" Target="media/x1488.wmf"/><Relationship Id="rId143" Type="http://schemas.openxmlformats.org/officeDocument/2006/relationships/image" Target="media/x1489.wmf"/><Relationship Id="rId144" Type="http://schemas.openxmlformats.org/officeDocument/2006/relationships/image" Target="media/x1490.wmf"/><Relationship Id="rId145" Type="http://schemas.openxmlformats.org/officeDocument/2006/relationships/image" Target="media/x1491.wmf"/><Relationship Id="rId146" Type="http://schemas.openxmlformats.org/officeDocument/2006/relationships/image" Target="media/x1492.wmf"/><Relationship Id="rId147" Type="http://schemas.openxmlformats.org/officeDocument/2006/relationships/image" Target="media/x1493.wmf"/><Relationship Id="rId148" Type="http://schemas.openxmlformats.org/officeDocument/2006/relationships/image" Target="media/x1494.wmf"/><Relationship Id="rId149" Type="http://schemas.openxmlformats.org/officeDocument/2006/relationships/image" Target="media/x1495.wmf"/><Relationship Id="rId150" Type="http://schemas.openxmlformats.org/officeDocument/2006/relationships/image" Target="media/x1496.wmf"/><Relationship Id="rId151" Type="http://schemas.openxmlformats.org/officeDocument/2006/relationships/image" Target="media/x1497.wmf"/><Relationship Id="rId152" Type="http://schemas.openxmlformats.org/officeDocument/2006/relationships/image" Target="media/x1498.wmf"/><Relationship Id="rId153" Type="http://schemas.openxmlformats.org/officeDocument/2006/relationships/image" Target="media/x1499.wmf"/><Relationship Id="rId154" Type="http://schemas.openxmlformats.org/officeDocument/2006/relationships/image" Target="media/x1500.wmf"/><Relationship Id="rId155" Type="http://schemas.openxmlformats.org/officeDocument/2006/relationships/image" Target="media/x1501.wmf"/><Relationship Id="rId156" Type="http://schemas.openxmlformats.org/officeDocument/2006/relationships/image" Target="media/x1502.png"/><Relationship Id="rId157" Type="http://schemas.openxmlformats.org/officeDocument/2006/relationships/image" Target="media/x1503.wmf"/><Relationship Id="rId158" Type="http://schemas.openxmlformats.org/officeDocument/2006/relationships/image" Target="media/x1504.wmf"/><Relationship Id="rId159" Type="http://schemas.openxmlformats.org/officeDocument/2006/relationships/image" Target="media/x1505.wmf"/><Relationship Id="rId160" Type="http://schemas.openxmlformats.org/officeDocument/2006/relationships/image" Target="media/x1506.wmf"/><Relationship Id="rId161" Type="http://schemas.openxmlformats.org/officeDocument/2006/relationships/image" Target="media/x1507.wmf"/><Relationship Id="rId162" Type="http://schemas.openxmlformats.org/officeDocument/2006/relationships/image" Target="media/x1508.wmf"/><Relationship Id="rId163" Type="http://schemas.openxmlformats.org/officeDocument/2006/relationships/image" Target="media/x1509.wmf"/><Relationship Id="rId164" Type="http://schemas.openxmlformats.org/officeDocument/2006/relationships/image" Target="media/x1510.wmf"/><Relationship Id="rId165" Type="http://schemas.openxmlformats.org/officeDocument/2006/relationships/image" Target="media/x1511.wmf"/><Relationship Id="rId166" Type="http://schemas.openxmlformats.org/officeDocument/2006/relationships/image" Target="media/x1512.wmf"/><Relationship Id="rId167" Type="http://schemas.openxmlformats.org/officeDocument/2006/relationships/image" Target="media/x1513.wmf"/><Relationship Id="rId168" Type="http://schemas.openxmlformats.org/officeDocument/2006/relationships/image" Target="media/x1514.wmf"/><Relationship Id="rId169" Type="http://schemas.openxmlformats.org/officeDocument/2006/relationships/image" Target="media/x1515.wmf"/><Relationship Id="rId170" Type="http://schemas.openxmlformats.org/officeDocument/2006/relationships/image" Target="media/x1516.wmf"/><Relationship Id="rId171" Type="http://schemas.openxmlformats.org/officeDocument/2006/relationships/image" Target="media/x1517.wmf"/><Relationship Id="rId172" Type="http://schemas.openxmlformats.org/officeDocument/2006/relationships/image" Target="media/x1518.wmf"/><Relationship Id="rId173" Type="http://schemas.openxmlformats.org/officeDocument/2006/relationships/image" Target="media/x1519.wmf"/><Relationship Id="rId174" Type="http://schemas.openxmlformats.org/officeDocument/2006/relationships/image" Target="media/x1520.wmf"/><Relationship Id="rId175" Type="http://schemas.openxmlformats.org/officeDocument/2006/relationships/image" Target="media/x1521.wmf"/><Relationship Id="rId176" Type="http://schemas.openxmlformats.org/officeDocument/2006/relationships/image" Target="media/x1522.wmf"/><Relationship Id="rId177" Type="http://schemas.openxmlformats.org/officeDocument/2006/relationships/image" Target="media/x1523.wmf"/><Relationship Id="rId178" Type="http://schemas.openxmlformats.org/officeDocument/2006/relationships/image" Target="media/x1524.wmf"/><Relationship Id="rId179" Type="http://schemas.openxmlformats.org/officeDocument/2006/relationships/image" Target="media/x1525.wmf"/><Relationship Id="rId180" Type="http://schemas.openxmlformats.org/officeDocument/2006/relationships/image" Target="media/x1526.wmf"/><Relationship Id="rId181" Type="http://schemas.openxmlformats.org/officeDocument/2006/relationships/image" Target="media/x1527.wmf"/><Relationship Id="rId182" Type="http://schemas.openxmlformats.org/officeDocument/2006/relationships/image" Target="media/x1528.wmf"/><Relationship Id="rId183" Type="http://schemas.openxmlformats.org/officeDocument/2006/relationships/image" Target="media/x1529.wmf"/><Relationship Id="rId184" Type="http://schemas.openxmlformats.org/officeDocument/2006/relationships/image" Target="media/x1530.wmf"/><Relationship Id="rId185" Type="http://schemas.openxmlformats.org/officeDocument/2006/relationships/image" Target="media/x1531.wmf"/><Relationship Id="rId186" Type="http://schemas.openxmlformats.org/officeDocument/2006/relationships/image" Target="media/x1532.png"/><Relationship Id="rId187" Type="http://schemas.openxmlformats.org/officeDocument/2006/relationships/image" Target="media/x1533.wmf"/><Relationship Id="rId188" Type="http://schemas.openxmlformats.org/officeDocument/2006/relationships/image" Target="media/x1534.wmf"/><Relationship Id="rId189" Type="http://schemas.openxmlformats.org/officeDocument/2006/relationships/image" Target="media/x1535.wmf"/><Relationship Id="rId190" Type="http://schemas.openxmlformats.org/officeDocument/2006/relationships/image" Target="media/x1536.wmf"/><Relationship Id="rId191" Type="http://schemas.openxmlformats.org/officeDocument/2006/relationships/image" Target="media/x1537.png"/><Relationship Id="rId192" Type="http://schemas.openxmlformats.org/officeDocument/2006/relationships/image" Target="media/x1538.wmf"/><Relationship Id="rId193" Type="http://schemas.openxmlformats.org/officeDocument/2006/relationships/image" Target="media/x1539.wmf"/><Relationship Id="rId194" Type="http://schemas.openxmlformats.org/officeDocument/2006/relationships/image" Target="media/x1540.wmf"/><Relationship Id="rId195" Type="http://schemas.openxmlformats.org/officeDocument/2006/relationships/image" Target="media/x1541.wmf"/><Relationship Id="rId196" Type="http://schemas.openxmlformats.org/officeDocument/2006/relationships/image" Target="media/x1542.wmf"/><Relationship Id="rId197" Type="http://schemas.openxmlformats.org/officeDocument/2006/relationships/image" Target="media/x1543.wmf"/><Relationship Id="rId198" Type="http://schemas.openxmlformats.org/officeDocument/2006/relationships/image" Target="media/x1544.wmf"/><Relationship Id="rId199" Type="http://schemas.openxmlformats.org/officeDocument/2006/relationships/image" Target="media/x1545.wmf"/><Relationship Id="rId200" Type="http://schemas.openxmlformats.org/officeDocument/2006/relationships/image" Target="media/x1546.wmf"/><Relationship Id="rId201" Type="http://schemas.openxmlformats.org/officeDocument/2006/relationships/image" Target="media/x1547.wmf"/><Relationship Id="rId202" Type="http://schemas.openxmlformats.org/officeDocument/2006/relationships/image" Target="media/x1548.wmf"/><Relationship Id="rId203" Type="http://schemas.openxmlformats.org/officeDocument/2006/relationships/image" Target="media/x1549.wmf"/><Relationship Id="rId204" Type="http://schemas.openxmlformats.org/officeDocument/2006/relationships/image" Target="media/x1550.wmf"/><Relationship Id="rId205" Type="http://schemas.openxmlformats.org/officeDocument/2006/relationships/image" Target="media/x1551.wmf"/><Relationship Id="rId206" Type="http://schemas.openxmlformats.org/officeDocument/2006/relationships/image" Target="media/x1552.wmf"/><Relationship Id="rId207" Type="http://schemas.openxmlformats.org/officeDocument/2006/relationships/image" Target="media/x1553.wmf"/><Relationship Id="rId208" Type="http://schemas.openxmlformats.org/officeDocument/2006/relationships/image" Target="media/x1554.wmf"/><Relationship Id="rId209" Type="http://schemas.openxmlformats.org/officeDocument/2006/relationships/image" Target="media/x1555.jpeg"/><Relationship Id="rId210" Type="http://schemas.openxmlformats.org/officeDocument/2006/relationships/image" Target="media/x1556.wmf"/><Relationship Id="rId211" Type="http://schemas.openxmlformats.org/officeDocument/2006/relationships/image" Target="media/x1557.jpeg"/><Relationship Id="rId212" Type="http://schemas.openxmlformats.org/officeDocument/2006/relationships/image" Target="media/x1558.wmf"/><Relationship Id="rId213" Type="http://schemas.openxmlformats.org/officeDocument/2006/relationships/image" Target="media/x1559.wmf"/><Relationship Id="rId214" Type="http://schemas.openxmlformats.org/officeDocument/2006/relationships/image" Target="media/x1560.wmf"/><Relationship Id="rId215" Type="http://schemas.openxmlformats.org/officeDocument/2006/relationships/image" Target="media/x1561.wmf"/><Relationship Id="rId216" Type="http://schemas.openxmlformats.org/officeDocument/2006/relationships/image" Target="media/x1562.wmf"/><Relationship Id="rId217" Type="http://schemas.openxmlformats.org/officeDocument/2006/relationships/image" Target="media/x1563.wmf"/><Relationship Id="rId218" Type="http://schemas.openxmlformats.org/officeDocument/2006/relationships/image" Target="media/x1564.wmf"/><Relationship Id="rId219" Type="http://schemas.openxmlformats.org/officeDocument/2006/relationships/image" Target="media/x1565.wmf"/><Relationship Id="rId220" Type="http://schemas.openxmlformats.org/officeDocument/2006/relationships/image" Target="media/x1566.wmf"/><Relationship Id="rId221" Type="http://schemas.openxmlformats.org/officeDocument/2006/relationships/image" Target="media/x1567.wmf"/><Relationship Id="rId222" Type="http://schemas.openxmlformats.org/officeDocument/2006/relationships/image" Target="media/x1568.wmf"/><Relationship Id="rId223" Type="http://schemas.openxmlformats.org/officeDocument/2006/relationships/image" Target="media/x1569.wmf"/><Relationship Id="rId224" Type="http://schemas.openxmlformats.org/officeDocument/2006/relationships/image" Target="media/x1570.wmf"/><Relationship Id="rId225" Type="http://schemas.openxmlformats.org/officeDocument/2006/relationships/image" Target="media/x1571.wmf"/><Relationship Id="rId226" Type="http://schemas.openxmlformats.org/officeDocument/2006/relationships/image" Target="media/x1572.wmf"/><Relationship Id="rId227" Type="http://schemas.openxmlformats.org/officeDocument/2006/relationships/image" Target="media/x1573.jpeg"/><Relationship Id="rId228" Type="http://schemas.openxmlformats.org/officeDocument/2006/relationships/image" Target="media/x1574.wmf"/><Relationship Id="rId229" Type="http://schemas.openxmlformats.org/officeDocument/2006/relationships/image" Target="media/x1575.wmf"/><Relationship Id="rId230" Type="http://schemas.openxmlformats.org/officeDocument/2006/relationships/image" Target="media/x1576.wmf"/><Relationship Id="rId231" Type="http://schemas.openxmlformats.org/officeDocument/2006/relationships/image" Target="media/x1577.wmf"/><Relationship Id="rId232" Type="http://schemas.openxmlformats.org/officeDocument/2006/relationships/image" Target="media/x1578.wmf"/><Relationship Id="rId233" Type="http://schemas.openxmlformats.org/officeDocument/2006/relationships/image" Target="media/x1579.wmf"/><Relationship Id="rId234" Type="http://schemas.openxmlformats.org/officeDocument/2006/relationships/image" Target="media/x1580.wmf"/><Relationship Id="rId235" Type="http://schemas.openxmlformats.org/officeDocument/2006/relationships/image" Target="media/x1581.wmf"/><Relationship Id="rId236" Type="http://schemas.openxmlformats.org/officeDocument/2006/relationships/image" Target="media/x1582.wmf"/><Relationship Id="rId237" Type="http://schemas.openxmlformats.org/officeDocument/2006/relationships/image" Target="media/x1583.wmf"/><Relationship Id="rId238" Type="http://schemas.openxmlformats.org/officeDocument/2006/relationships/image" Target="media/x1584.wmf"/><Relationship Id="rId239" Type="http://schemas.openxmlformats.org/officeDocument/2006/relationships/image" Target="media/x1585.wmf"/><Relationship Id="rId240" Type="http://schemas.openxmlformats.org/officeDocument/2006/relationships/image" Target="media/x1586.wmf"/><Relationship Id="rId241" Type="http://schemas.openxmlformats.org/officeDocument/2006/relationships/image" Target="media/x1587.wmf"/><Relationship Id="rId242" Type="http://schemas.openxmlformats.org/officeDocument/2006/relationships/image" Target="media/x1588.wmf"/><Relationship Id="rId243" Type="http://schemas.openxmlformats.org/officeDocument/2006/relationships/image" Target="media/x1589.wmf"/><Relationship Id="rId244" Type="http://schemas.openxmlformats.org/officeDocument/2006/relationships/image" Target="media/x1590.wmf"/><Relationship Id="rId245" Type="http://schemas.openxmlformats.org/officeDocument/2006/relationships/image" Target="media/x1591.wmf"/><Relationship Id="rId246" Type="http://schemas.openxmlformats.org/officeDocument/2006/relationships/image" Target="media/x1592.wmf"/><Relationship Id="rId247" Type="http://schemas.openxmlformats.org/officeDocument/2006/relationships/image" Target="media/x1593.wmf"/><Relationship Id="rId248" Type="http://schemas.openxmlformats.org/officeDocument/2006/relationships/image" Target="media/x1594.wmf"/><Relationship Id="rId249" Type="http://schemas.openxmlformats.org/officeDocument/2006/relationships/image" Target="media/x1595.wmf"/><Relationship Id="rId250" Type="http://schemas.openxmlformats.org/officeDocument/2006/relationships/image" Target="media/x1596.wmf"/><Relationship Id="rId251" Type="http://schemas.openxmlformats.org/officeDocument/2006/relationships/image" Target="media/x1597.wmf"/><Relationship Id="rId252" Type="http://schemas.openxmlformats.org/officeDocument/2006/relationships/image" Target="media/x1598.wmf"/><Relationship Id="rId253" Type="http://schemas.openxmlformats.org/officeDocument/2006/relationships/image" Target="media/x1599.wmf"/><Relationship Id="rId254" Type="http://schemas.openxmlformats.org/officeDocument/2006/relationships/image" Target="media/x1600.wmf"/><Relationship Id="rId255" Type="http://schemas.openxmlformats.org/officeDocument/2006/relationships/image" Target="media/x1601.wmf"/><Relationship Id="rId256" Type="http://schemas.openxmlformats.org/officeDocument/2006/relationships/image" Target="media/x1602.wmf"/><Relationship Id="rId257" Type="http://schemas.openxmlformats.org/officeDocument/2006/relationships/image" Target="media/x1603.wmf"/><Relationship Id="rId258" Type="http://schemas.openxmlformats.org/officeDocument/2006/relationships/image" Target="media/x1604.wmf"/><Relationship Id="rId259" Type="http://schemas.openxmlformats.org/officeDocument/2006/relationships/image" Target="media/x1605.wmf"/><Relationship Id="rId260" Type="http://schemas.openxmlformats.org/officeDocument/2006/relationships/image" Target="media/x1606.wmf"/><Relationship Id="rId261" Type="http://schemas.openxmlformats.org/officeDocument/2006/relationships/image" Target="media/x1607.wmf"/><Relationship Id="rId262" Type="http://schemas.openxmlformats.org/officeDocument/2006/relationships/image" Target="media/x1608.wmf"/><Relationship Id="rId263" Type="http://schemas.openxmlformats.org/officeDocument/2006/relationships/image" Target="media/x1609.wmf"/><Relationship Id="rId264" Type="http://schemas.openxmlformats.org/officeDocument/2006/relationships/image" Target="media/x1610.wmf"/><Relationship Id="rId265" Type="http://schemas.openxmlformats.org/officeDocument/2006/relationships/image" Target="media/x1611.wmf"/><Relationship Id="rId266" Type="http://schemas.openxmlformats.org/officeDocument/2006/relationships/image" Target="media/x1612.wmf"/><Relationship Id="rId267" Type="http://schemas.openxmlformats.org/officeDocument/2006/relationships/image" Target="media/x1613.wmf"/><Relationship Id="rId268" Type="http://schemas.openxmlformats.org/officeDocument/2006/relationships/image" Target="media/x1614.wmf"/><Relationship Id="rId269" Type="http://schemas.openxmlformats.org/officeDocument/2006/relationships/image" Target="media/x1615.wmf"/><Relationship Id="rId270" Type="http://schemas.openxmlformats.org/officeDocument/2006/relationships/image" Target="media/x1616.wmf"/><Relationship Id="rId271" Type="http://schemas.openxmlformats.org/officeDocument/2006/relationships/image" Target="media/x1617.wmf"/><Relationship Id="rId272" Type="http://schemas.openxmlformats.org/officeDocument/2006/relationships/image" Target="media/x1618.wmf"/><Relationship Id="rId273" Type="http://schemas.openxmlformats.org/officeDocument/2006/relationships/image" Target="media/x1619.wmf"/><Relationship Id="rId274" Type="http://schemas.openxmlformats.org/officeDocument/2006/relationships/image" Target="media/x1620.wmf"/><Relationship Id="rId275" Type="http://schemas.openxmlformats.org/officeDocument/2006/relationships/image" Target="media/x1621.png"/><Relationship Id="rId276" Type="http://schemas.openxmlformats.org/officeDocument/2006/relationships/image" Target="media/x1622.wmf"/><Relationship Id="rId277" Type="http://schemas.openxmlformats.org/officeDocument/2006/relationships/image" Target="media/x1623.wmf"/><Relationship Id="rId278" Type="http://schemas.openxmlformats.org/officeDocument/2006/relationships/image" Target="media/x1624.wmf"/><Relationship Id="rId279" Type="http://schemas.openxmlformats.org/officeDocument/2006/relationships/image" Target="media/x1625.wmf"/><Relationship Id="rId280" Type="http://schemas.openxmlformats.org/officeDocument/2006/relationships/image" Target="media/x1626.png"/><Relationship Id="rId281" Type="http://schemas.openxmlformats.org/officeDocument/2006/relationships/image" Target="media/x1627.png"/><Relationship Id="rId282" Type="http://schemas.openxmlformats.org/officeDocument/2006/relationships/image" Target="media/x1628.wmf"/><Relationship Id="rId283" Type="http://schemas.openxmlformats.org/officeDocument/2006/relationships/image" Target="media/x1629.png"/><Relationship Id="rId284" Type="http://schemas.openxmlformats.org/officeDocument/2006/relationships/image" Target="media/x1630.wmf"/><Relationship Id="rId285" Type="http://schemas.openxmlformats.org/officeDocument/2006/relationships/image" Target="media/x1631.png"/><Relationship Id="rId286" Type="http://schemas.openxmlformats.org/officeDocument/2006/relationships/image" Target="media/x1632.wmf"/><Relationship Id="rId287" Type="http://schemas.openxmlformats.org/officeDocument/2006/relationships/image" Target="media/x1633.wmf"/><Relationship Id="rId288" Type="http://schemas.openxmlformats.org/officeDocument/2006/relationships/image" Target="media/x1634.wmf"/><Relationship Id="rId289" Type="http://schemas.openxmlformats.org/officeDocument/2006/relationships/image" Target="media/x1635.wmf"/><Relationship Id="rId290" Type="http://schemas.openxmlformats.org/officeDocument/2006/relationships/image" Target="media/x1636.wmf"/><Relationship Id="rId291" Type="http://schemas.openxmlformats.org/officeDocument/2006/relationships/image" Target="media/x1637.wmf"/><Relationship Id="rId292" Type="http://schemas.openxmlformats.org/officeDocument/2006/relationships/image" Target="media/x1638.png"/><Relationship Id="rId293" Type="http://schemas.openxmlformats.org/officeDocument/2006/relationships/image" Target="media/x1639.wmf"/><Relationship Id="rId294" Type="http://schemas.openxmlformats.org/officeDocument/2006/relationships/image" Target="media/x1640.wmf"/><Relationship Id="rId295" Type="http://schemas.openxmlformats.org/officeDocument/2006/relationships/image" Target="media/x1641.png"/><Relationship Id="rId296" Type="http://schemas.openxmlformats.org/officeDocument/2006/relationships/image" Target="media/x1642.wmf"/><Relationship Id="rId297" Type="http://schemas.openxmlformats.org/officeDocument/2006/relationships/image" Target="media/x1643.wmf"/><Relationship Id="rId298" Type="http://schemas.openxmlformats.org/officeDocument/2006/relationships/image" Target="media/x1644.png"/><Relationship Id="rId299" Type="http://schemas.openxmlformats.org/officeDocument/2006/relationships/image" Target="media/x1645.wmf"/><Relationship Id="rId300" Type="http://schemas.openxmlformats.org/officeDocument/2006/relationships/image" Target="media/x1646.wmf"/><Relationship Id="rId301" Type="http://schemas.openxmlformats.org/officeDocument/2006/relationships/image" Target="media/x1647.wmf"/><Relationship Id="rId302" Type="http://schemas.openxmlformats.org/officeDocument/2006/relationships/image" Target="media/x1648.wmf"/><Relationship Id="rId303" Type="http://schemas.openxmlformats.org/officeDocument/2006/relationships/image" Target="media/x1649.wmf"/><Relationship Id="rId304" Type="http://schemas.openxmlformats.org/officeDocument/2006/relationships/image" Target="media/x1650.wmf"/><Relationship Id="rId305" Type="http://schemas.openxmlformats.org/officeDocument/2006/relationships/image" Target="media/x1651.wmf"/><Relationship Id="rId306" Type="http://schemas.openxmlformats.org/officeDocument/2006/relationships/image" Target="media/x1652.wmf"/><Relationship Id="rId307" Type="http://schemas.openxmlformats.org/officeDocument/2006/relationships/image" Target="media/x1653.wmf"/><Relationship Id="rId308" Type="http://schemas.openxmlformats.org/officeDocument/2006/relationships/image" Target="media/x1654.wmf"/><Relationship Id="rId309" Type="http://schemas.openxmlformats.org/officeDocument/2006/relationships/image" Target="media/x1655.png"/><Relationship Id="rId310" Type="http://schemas.openxmlformats.org/officeDocument/2006/relationships/image" Target="media/x1656.wmf"/><Relationship Id="rId311" Type="http://schemas.openxmlformats.org/officeDocument/2006/relationships/image" Target="media/x1657.wmf"/><Relationship Id="rId312" Type="http://schemas.openxmlformats.org/officeDocument/2006/relationships/image" Target="media/x1658.wmf"/><Relationship Id="rId313" Type="http://schemas.openxmlformats.org/officeDocument/2006/relationships/image" Target="media/x1659.wmf"/><Relationship Id="rId314" Type="http://schemas.openxmlformats.org/officeDocument/2006/relationships/image" Target="media/x1660.wmf"/><Relationship Id="rId315" Type="http://schemas.openxmlformats.org/officeDocument/2006/relationships/image" Target="media/x1661.wmf"/><Relationship Id="rId316" Type="http://schemas.openxmlformats.org/officeDocument/2006/relationships/image" Target="media/x1662.wmf"/><Relationship Id="rId317" Type="http://schemas.openxmlformats.org/officeDocument/2006/relationships/image" Target="media/x1663.wmf"/><Relationship Id="rId318" Type="http://schemas.openxmlformats.org/officeDocument/2006/relationships/image" Target="media/x1664.wmf"/><Relationship Id="rId319" Type="http://schemas.openxmlformats.org/officeDocument/2006/relationships/image" Target="media/x1665.wmf"/><Relationship Id="rId320" Type="http://schemas.openxmlformats.org/officeDocument/2006/relationships/image" Target="media/x1666.wmf"/><Relationship Id="rId321" Type="http://schemas.openxmlformats.org/officeDocument/2006/relationships/image" Target="media/x1667.wmf"/><Relationship Id="rId322" Type="http://schemas.openxmlformats.org/officeDocument/2006/relationships/image" Target="media/x1668.wmf"/><Relationship Id="rId323" Type="http://schemas.openxmlformats.org/officeDocument/2006/relationships/image" Target="media/x1669.wmf"/><Relationship Id="rId324" Type="http://schemas.openxmlformats.org/officeDocument/2006/relationships/image" Target="media/x1670.wmf"/><Relationship Id="rId325" Type="http://schemas.openxmlformats.org/officeDocument/2006/relationships/image" Target="media/x1671.wmf"/><Relationship Id="rId326" Type="http://schemas.openxmlformats.org/officeDocument/2006/relationships/image" Target="media/x1672.wmf"/><Relationship Id="rId327" Type="http://schemas.openxmlformats.org/officeDocument/2006/relationships/image" Target="media/x1673.wmf"/><Relationship Id="rId328" Type="http://schemas.openxmlformats.org/officeDocument/2006/relationships/image" Target="media/x1674.wmf"/><Relationship Id="rId329" Type="http://schemas.openxmlformats.org/officeDocument/2006/relationships/image" Target="media/x1675.wmf"/><Relationship Id="rId330" Type="http://schemas.openxmlformats.org/officeDocument/2006/relationships/image" Target="media/x1676.wmf"/><Relationship Id="rId331" Type="http://schemas.openxmlformats.org/officeDocument/2006/relationships/image" Target="media/x1677.wmf"/><Relationship Id="rId332" Type="http://schemas.openxmlformats.org/officeDocument/2006/relationships/image" Target="media/x1678.wmf"/><Relationship Id="rId333" Type="http://schemas.openxmlformats.org/officeDocument/2006/relationships/image" Target="media/x1679.wmf"/><Relationship Id="rId334" Type="http://schemas.openxmlformats.org/officeDocument/2006/relationships/image" Target="media/x1680.wmf"/><Relationship Id="rId335" Type="http://schemas.openxmlformats.org/officeDocument/2006/relationships/image" Target="media/x1681.wmf"/><Relationship Id="rId336" Type="http://schemas.openxmlformats.org/officeDocument/2006/relationships/image" Target="media/x1682.wmf"/><Relationship Id="rId337" Type="http://schemas.openxmlformats.org/officeDocument/2006/relationships/image" Target="media/x1683.wmf"/><Relationship Id="rId338" Type="http://schemas.openxmlformats.org/officeDocument/2006/relationships/image" Target="media/x1684.wmf"/><Relationship Id="rId339" Type="http://schemas.openxmlformats.org/officeDocument/2006/relationships/image" Target="media/x1685.wmf"/><Relationship Id="rId340" Type="http://schemas.openxmlformats.org/officeDocument/2006/relationships/image" Target="media/x1686.wmf"/><Relationship Id="rId341" Type="http://schemas.openxmlformats.org/officeDocument/2006/relationships/image" Target="media/x1687.wmf"/><Relationship Id="rId342" Type="http://schemas.openxmlformats.org/officeDocument/2006/relationships/image" Target="media/x1688.wmf"/><Relationship Id="rId343" Type="http://schemas.openxmlformats.org/officeDocument/2006/relationships/image" Target="media/x1689.wmf"/><Relationship Id="rId344" Type="http://schemas.openxmlformats.org/officeDocument/2006/relationships/image" Target="media/x1690.wmf"/><Relationship Id="rId345" Type="http://schemas.openxmlformats.org/officeDocument/2006/relationships/image" Target="media/x1691.wmf"/><Relationship Id="rId346" Type="http://schemas.openxmlformats.org/officeDocument/2006/relationships/image" Target="media/x1692.wmf"/><Relationship Id="rId347" Type="http://schemas.openxmlformats.org/officeDocument/2006/relationships/image" Target="media/x1693.wmf"/><Relationship Id="rId348" Type="http://schemas.openxmlformats.org/officeDocument/2006/relationships/image" Target="media/x1694.wmf"/><Relationship Id="rId349" Type="http://schemas.openxmlformats.org/officeDocument/2006/relationships/image" Target="media/x1695.wmf"/><Relationship Id="rId350" Type="http://schemas.openxmlformats.org/officeDocument/2006/relationships/image" Target="media/x1696.png"/><Relationship Id="rId351" Type="http://schemas.openxmlformats.org/officeDocument/2006/relationships/image" Target="media/x1697.wmf"/><Relationship Id="rId352" Type="http://schemas.openxmlformats.org/officeDocument/2006/relationships/image" Target="media/x1698.wmf"/><Relationship Id="rId353" Type="http://schemas.openxmlformats.org/officeDocument/2006/relationships/image" Target="media/x1699.wmf"/><Relationship Id="rId354" Type="http://schemas.openxmlformats.org/officeDocument/2006/relationships/image" Target="media/x1700.wmf"/><Relationship Id="rId355" Type="http://schemas.openxmlformats.org/officeDocument/2006/relationships/image" Target="media/x1701.wmf"/><Relationship Id="rId356" Type="http://schemas.openxmlformats.org/officeDocument/2006/relationships/image" Target="media/x1702.wmf"/><Relationship Id="rId357" Type="http://schemas.openxmlformats.org/officeDocument/2006/relationships/image" Target="media/x1703.wmf"/><Relationship Id="rId358" Type="http://schemas.openxmlformats.org/officeDocument/2006/relationships/image" Target="media/x1704.jpeg"/><Relationship Id="rId359" Type="http://schemas.openxmlformats.org/officeDocument/2006/relationships/image" Target="media/x1705.wmf"/><Relationship Id="rId360" Type="http://schemas.openxmlformats.org/officeDocument/2006/relationships/image" Target="media/x1706.wmf"/><Relationship Id="rId361" Type="http://schemas.openxmlformats.org/officeDocument/2006/relationships/image" Target="media/x1707.wmf"/><Relationship Id="rId362" Type="http://schemas.openxmlformats.org/officeDocument/2006/relationships/image" Target="media/x1708.wmf"/><Relationship Id="rId363" Type="http://schemas.openxmlformats.org/officeDocument/2006/relationships/image" Target="media/x1709.wmf"/><Relationship Id="rId364" Type="http://schemas.openxmlformats.org/officeDocument/2006/relationships/image" Target="media/x1710.wmf"/><Relationship Id="rId365" Type="http://schemas.openxmlformats.org/officeDocument/2006/relationships/image" Target="media/x1711.wmf"/><Relationship Id="rId366" Type="http://schemas.openxmlformats.org/officeDocument/2006/relationships/image" Target="media/x1712.wmf"/><Relationship Id="rId367" Type="http://schemas.openxmlformats.org/officeDocument/2006/relationships/image" Target="media/x1713.wmf"/><Relationship Id="rId368" Type="http://schemas.openxmlformats.org/officeDocument/2006/relationships/image" Target="media/x1714.wmf"/><Relationship Id="rId369" Type="http://schemas.openxmlformats.org/officeDocument/2006/relationships/image" Target="media/x1715.wmf"/><Relationship Id="rId370" Type="http://schemas.openxmlformats.org/officeDocument/2006/relationships/image" Target="media/x1716.wmf"/><Relationship Id="rId371" Type="http://schemas.openxmlformats.org/officeDocument/2006/relationships/image" Target="media/x1717.wmf"/><Relationship Id="rId372" Type="http://schemas.openxmlformats.org/officeDocument/2006/relationships/image" Target="media/x1718.wmf"/><Relationship Id="rId373" Type="http://schemas.openxmlformats.org/officeDocument/2006/relationships/image" Target="media/x1719.wmf"/><Relationship Id="rId374" Type="http://schemas.openxmlformats.org/officeDocument/2006/relationships/image" Target="media/x1720.wmf"/><Relationship Id="rId375" Type="http://schemas.openxmlformats.org/officeDocument/2006/relationships/image" Target="media/x1721.wmf"/><Relationship Id="rId376" Type="http://schemas.openxmlformats.org/officeDocument/2006/relationships/image" Target="media/x1722.wmf"/><Relationship Id="rId377" Type="http://schemas.openxmlformats.org/officeDocument/2006/relationships/image" Target="media/x1723.wmf"/><Relationship Id="rId378" Type="http://schemas.openxmlformats.org/officeDocument/2006/relationships/image" Target="media/x1724.wmf"/><Relationship Id="rId379" Type="http://schemas.openxmlformats.org/officeDocument/2006/relationships/image" Target="media/x1725.wmf"/><Relationship Id="rId380" Type="http://schemas.openxmlformats.org/officeDocument/2006/relationships/image" Target="media/x1726.wmf"/><Relationship Id="rId381" Type="http://schemas.openxmlformats.org/officeDocument/2006/relationships/image" Target="media/x1727.wmf"/><Relationship Id="rId382" Type="http://schemas.openxmlformats.org/officeDocument/2006/relationships/image" Target="media/x1728.wmf"/><Relationship Id="rId383" Type="http://schemas.openxmlformats.org/officeDocument/2006/relationships/image" Target="media/x1729.png"/><Relationship Id="rId384" Type="http://schemas.openxmlformats.org/officeDocument/2006/relationships/image" Target="media/x1730.wmf"/><Relationship Id="rId385" Type="http://schemas.openxmlformats.org/officeDocument/2006/relationships/image" Target="media/x1731.wmf"/><Relationship Id="rId386" Type="http://schemas.openxmlformats.org/officeDocument/2006/relationships/image" Target="media/x1732.png"/><Relationship Id="rId387" Type="http://schemas.openxmlformats.org/officeDocument/2006/relationships/image" Target="media/x1733.wmf"/><Relationship Id="rId388" Type="http://schemas.openxmlformats.org/officeDocument/2006/relationships/image" Target="media/x1734.png"/><Relationship Id="rId389" Type="http://schemas.openxmlformats.org/officeDocument/2006/relationships/image" Target="media/x1735.png"/><Relationship Id="rId390" Type="http://schemas.openxmlformats.org/officeDocument/2006/relationships/image" Target="media/x1736.wmf"/><Relationship Id="rId391" Type="http://schemas.openxmlformats.org/officeDocument/2006/relationships/image" Target="media/x1737.wmf"/><Relationship Id="rId392" Type="http://schemas.openxmlformats.org/officeDocument/2006/relationships/image" Target="media/x1738.wmf"/><Relationship Id="rId393" Type="http://schemas.openxmlformats.org/officeDocument/2006/relationships/image" Target="media/x1739.wmf"/><Relationship Id="rId394" Type="http://schemas.openxmlformats.org/officeDocument/2006/relationships/image" Target="media/x1740.wmf"/><Relationship Id="rId395" Type="http://schemas.openxmlformats.org/officeDocument/2006/relationships/image" Target="media/x1741.wmf"/><Relationship Id="rId396" Type="http://schemas.openxmlformats.org/officeDocument/2006/relationships/image" Target="media/x1742.wmf"/><Relationship Id="rId397" Type="http://schemas.openxmlformats.org/officeDocument/2006/relationships/image" Target="media/x1743.wmf"/><Relationship Id="rId398" Type="http://schemas.openxmlformats.org/officeDocument/2006/relationships/image" Target="media/x1744.wmf"/><Relationship Id="rId399" Type="http://schemas.openxmlformats.org/officeDocument/2006/relationships/image" Target="media/x1745.wmf"/><Relationship Id="rId400" Type="http://schemas.openxmlformats.org/officeDocument/2006/relationships/image" Target="media/x1746.wmf"/><Relationship Id="rId401" Type="http://schemas.openxmlformats.org/officeDocument/2006/relationships/image" Target="media/x1747.wmf"/><Relationship Id="rId402" Type="http://schemas.openxmlformats.org/officeDocument/2006/relationships/image" Target="media/x1748.wmf"/><Relationship Id="rId403" Type="http://schemas.openxmlformats.org/officeDocument/2006/relationships/image" Target="media/x1749.png"/><Relationship Id="rId404" Type="http://schemas.openxmlformats.org/officeDocument/2006/relationships/image" Target="media/x1750.wmf"/><Relationship Id="rId405" Type="http://schemas.openxmlformats.org/officeDocument/2006/relationships/image" Target="media/x1751.wmf"/><Relationship Id="rId406" Type="http://schemas.openxmlformats.org/officeDocument/2006/relationships/image" Target="media/x1752.wmf"/><Relationship Id="rId407" Type="http://schemas.openxmlformats.org/officeDocument/2006/relationships/image" Target="media/x1753.wmf"/><Relationship Id="rId408" Type="http://schemas.openxmlformats.org/officeDocument/2006/relationships/image" Target="media/x1754.wmf"/><Relationship Id="rId409" Type="http://schemas.openxmlformats.org/officeDocument/2006/relationships/image" Target="media/x1755.wmf"/><Relationship Id="rId410" Type="http://schemas.openxmlformats.org/officeDocument/2006/relationships/image" Target="media/x1756.wmf"/><Relationship Id="rId411" Type="http://schemas.openxmlformats.org/officeDocument/2006/relationships/image" Target="media/x1757.wmf"/><Relationship Id="rId412" Type="http://schemas.openxmlformats.org/officeDocument/2006/relationships/image" Target="media/x1758.wmf"/><Relationship Id="rId413" Type="http://schemas.openxmlformats.org/officeDocument/2006/relationships/image" Target="media/x1759.wmf"/><Relationship Id="rId414" Type="http://schemas.openxmlformats.org/officeDocument/2006/relationships/image" Target="media/x1760.wmf"/><Relationship Id="rId415" Type="http://schemas.openxmlformats.org/officeDocument/2006/relationships/image" Target="media/x1761.wmf"/><Relationship Id="rId416" Type="http://schemas.openxmlformats.org/officeDocument/2006/relationships/image" Target="media/x1762.wmf"/><Relationship Id="rId417" Type="http://schemas.openxmlformats.org/officeDocument/2006/relationships/image" Target="media/x1763.wmf"/><Relationship Id="rId418" Type="http://schemas.openxmlformats.org/officeDocument/2006/relationships/image" Target="media/x1764.wmf"/><Relationship Id="rId419" Type="http://schemas.openxmlformats.org/officeDocument/2006/relationships/image" Target="media/x1765.wmf"/><Relationship Id="rId420" Type="http://schemas.openxmlformats.org/officeDocument/2006/relationships/image" Target="media/x1766.wmf"/><Relationship Id="rId421" Type="http://schemas.openxmlformats.org/officeDocument/2006/relationships/image" Target="media/x1767.wmf"/><Relationship Id="rId422" Type="http://schemas.openxmlformats.org/officeDocument/2006/relationships/image" Target="media/x1768.png"/><Relationship Id="rId423" Type="http://schemas.openxmlformats.org/officeDocument/2006/relationships/image" Target="media/x1769.wmf"/><Relationship Id="rId424" Type="http://schemas.openxmlformats.org/officeDocument/2006/relationships/image" Target="media/x1770.wmf"/><Relationship Id="rId425" Type="http://schemas.openxmlformats.org/officeDocument/2006/relationships/image" Target="media/x1771.wmf"/><Relationship Id="rId426" Type="http://schemas.openxmlformats.org/officeDocument/2006/relationships/image" Target="media/x1772.wmf"/><Relationship Id="rId427" Type="http://schemas.openxmlformats.org/officeDocument/2006/relationships/image" Target="media/x1773.wmf"/><Relationship Id="rId428" Type="http://schemas.openxmlformats.org/officeDocument/2006/relationships/image" Target="media/x1774.wmf"/><Relationship Id="rId429" Type="http://schemas.openxmlformats.org/officeDocument/2006/relationships/image" Target="media/x1775.wmf"/><Relationship Id="rId430" Type="http://schemas.openxmlformats.org/officeDocument/2006/relationships/image" Target="media/x1776.wmf"/><Relationship Id="rId431" Type="http://schemas.openxmlformats.org/officeDocument/2006/relationships/image" Target="media/x1777.wmf"/><Relationship Id="rId432" Type="http://schemas.openxmlformats.org/officeDocument/2006/relationships/image" Target="media/x1778.wmf"/><Relationship Id="rId433" Type="http://schemas.openxmlformats.org/officeDocument/2006/relationships/image" Target="media/x1779.wmf"/><Relationship Id="rId434" Type="http://schemas.openxmlformats.org/officeDocument/2006/relationships/image" Target="media/x1780.wmf"/><Relationship Id="rId435" Type="http://schemas.openxmlformats.org/officeDocument/2006/relationships/image" Target="media/x1781.wmf"/><Relationship Id="rId436" Type="http://schemas.openxmlformats.org/officeDocument/2006/relationships/image" Target="media/x1782.wmf"/><Relationship Id="rId437" Type="http://schemas.openxmlformats.org/officeDocument/2006/relationships/image" Target="media/x1783.wmf"/><Relationship Id="rId438" Type="http://schemas.openxmlformats.org/officeDocument/2006/relationships/image" Target="media/x1784.png"/><Relationship Id="rId439" Type="http://schemas.openxmlformats.org/officeDocument/2006/relationships/image" Target="media/x1785.wmf"/><Relationship Id="rId440" Type="http://schemas.openxmlformats.org/officeDocument/2006/relationships/image" Target="media/x1786.wmf"/><Relationship Id="rId441" Type="http://schemas.openxmlformats.org/officeDocument/2006/relationships/image" Target="media/x1787.png"/><Relationship Id="rId442" Type="http://schemas.openxmlformats.org/officeDocument/2006/relationships/image" Target="media/x1788.wmf"/><Relationship Id="rId443" Type="http://schemas.openxmlformats.org/officeDocument/2006/relationships/image" Target="media/x1789.wmf"/><Relationship Id="rId444" Type="http://schemas.openxmlformats.org/officeDocument/2006/relationships/image" Target="media/x1790.wmf"/><Relationship Id="rId445" Type="http://schemas.openxmlformats.org/officeDocument/2006/relationships/image" Target="media/x1791.wmf"/><Relationship Id="rId446" Type="http://schemas.openxmlformats.org/officeDocument/2006/relationships/image" Target="media/x1792.wmf"/><Relationship Id="rId447" Type="http://schemas.openxmlformats.org/officeDocument/2006/relationships/image" Target="media/x1793.wmf"/><Relationship Id="rId448" Type="http://schemas.openxmlformats.org/officeDocument/2006/relationships/image" Target="media/x1794.wmf"/><Relationship Id="rId449" Type="http://schemas.openxmlformats.org/officeDocument/2006/relationships/image" Target="media/x1795.wmf"/><Relationship Id="rId450" Type="http://schemas.openxmlformats.org/officeDocument/2006/relationships/image" Target="media/x1796.wmf"/><Relationship Id="rId451" Type="http://schemas.openxmlformats.org/officeDocument/2006/relationships/image" Target="media/x1797.wmf"/><Relationship Id="rId452" Type="http://schemas.openxmlformats.org/officeDocument/2006/relationships/image" Target="media/x1798.wmf"/><Relationship Id="rId453" Type="http://schemas.openxmlformats.org/officeDocument/2006/relationships/image" Target="media/x1799.wmf"/><Relationship Id="rId454" Type="http://schemas.openxmlformats.org/officeDocument/2006/relationships/image" Target="media/x1800.wmf"/><Relationship Id="rId455" Type="http://schemas.openxmlformats.org/officeDocument/2006/relationships/image" Target="media/x1801.wmf"/><Relationship Id="rId456" Type="http://schemas.openxmlformats.org/officeDocument/2006/relationships/image" Target="media/x1802.wmf"/><Relationship Id="rId457" Type="http://schemas.openxmlformats.org/officeDocument/2006/relationships/image" Target="media/x1803.wmf"/><Relationship Id="rId458" Type="http://schemas.openxmlformats.org/officeDocument/2006/relationships/image" Target="media/x1804.wmf"/><Relationship Id="rId459" Type="http://schemas.openxmlformats.org/officeDocument/2006/relationships/image" Target="media/x1805.wmf"/><Relationship Id="rId460" Type="http://schemas.openxmlformats.org/officeDocument/2006/relationships/image" Target="media/x1806.wmf"/><Relationship Id="rId461" Type="http://schemas.openxmlformats.org/officeDocument/2006/relationships/image" Target="media/x1807.wmf"/><Relationship Id="rId462" Type="http://schemas.openxmlformats.org/officeDocument/2006/relationships/image" Target="media/x1808.wmf"/><Relationship Id="rId463" Type="http://schemas.openxmlformats.org/officeDocument/2006/relationships/image" Target="media/x1809.wmf"/><Relationship Id="rId464" Type="http://schemas.openxmlformats.org/officeDocument/2006/relationships/image" Target="media/x1810.wmf"/><Relationship Id="rId465" Type="http://schemas.openxmlformats.org/officeDocument/2006/relationships/image" Target="media/x1811.png"/><Relationship Id="rId466" Type="http://schemas.openxmlformats.org/officeDocument/2006/relationships/image" Target="media/x1812.wmf"/><Relationship Id="rId467" Type="http://schemas.openxmlformats.org/officeDocument/2006/relationships/image" Target="media/x1813.wmf"/><Relationship Id="rId468" Type="http://schemas.openxmlformats.org/officeDocument/2006/relationships/image" Target="media/x1814.wmf"/><Relationship Id="rId469" Type="http://schemas.openxmlformats.org/officeDocument/2006/relationships/image" Target="media/x1815.wmf"/><Relationship Id="rId470" Type="http://schemas.openxmlformats.org/officeDocument/2006/relationships/image" Target="media/x1816.wmf"/><Relationship Id="rId471" Type="http://schemas.openxmlformats.org/officeDocument/2006/relationships/image" Target="media/x1817.wmf"/><Relationship Id="rId472" Type="http://schemas.openxmlformats.org/officeDocument/2006/relationships/image" Target="media/x1818.wmf"/><Relationship Id="rId473" Type="http://schemas.openxmlformats.org/officeDocument/2006/relationships/image" Target="media/x1819.wmf"/><Relationship Id="rId474" Type="http://schemas.openxmlformats.org/officeDocument/2006/relationships/image" Target="media/x1820.wmf"/><Relationship Id="rId475" Type="http://schemas.openxmlformats.org/officeDocument/2006/relationships/image" Target="media/x1821.wmf"/><Relationship Id="rId476" Type="http://schemas.openxmlformats.org/officeDocument/2006/relationships/image" Target="media/x1822.wmf"/><Relationship Id="rId477" Type="http://schemas.openxmlformats.org/officeDocument/2006/relationships/image" Target="media/x1823.wmf"/><Relationship Id="rId478" Type="http://schemas.openxmlformats.org/officeDocument/2006/relationships/image" Target="media/x1824.wmf"/><Relationship Id="rId479" Type="http://schemas.openxmlformats.org/officeDocument/2006/relationships/image" Target="media/x1825.wmf"/><Relationship Id="rId480" Type="http://schemas.openxmlformats.org/officeDocument/2006/relationships/image" Target="media/x1826.wmf"/><Relationship Id="rId481" Type="http://schemas.openxmlformats.org/officeDocument/2006/relationships/image" Target="media/x1827.wmf"/><Relationship Id="rId482" Type="http://schemas.openxmlformats.org/officeDocument/2006/relationships/image" Target="media/x1828.wmf"/><Relationship Id="rId483" Type="http://schemas.openxmlformats.org/officeDocument/2006/relationships/image" Target="media/x1829.wmf"/><Relationship Id="rId484" Type="http://schemas.openxmlformats.org/officeDocument/2006/relationships/image" Target="media/x1830.wmf"/><Relationship Id="rId485" Type="http://schemas.openxmlformats.org/officeDocument/2006/relationships/image" Target="media/x1831.png"/><Relationship Id="rId486" Type="http://schemas.openxmlformats.org/officeDocument/2006/relationships/image" Target="media/x1832.wmf"/><Relationship Id="rId487" Type="http://schemas.openxmlformats.org/officeDocument/2006/relationships/image" Target="media/x1833.wmf"/><Relationship Id="rId488" Type="http://schemas.openxmlformats.org/officeDocument/2006/relationships/image" Target="media/x1834.wmf"/><Relationship Id="rId489" Type="http://schemas.openxmlformats.org/officeDocument/2006/relationships/image" Target="media/x1835.wmf"/><Relationship Id="rId490" Type="http://schemas.openxmlformats.org/officeDocument/2006/relationships/image" Target="media/x1836.wmf"/><Relationship Id="rId491" Type="http://schemas.openxmlformats.org/officeDocument/2006/relationships/image" Target="media/x1837.wmf"/><Relationship Id="rId492" Type="http://schemas.openxmlformats.org/officeDocument/2006/relationships/image" Target="media/x1838.wmf"/><Relationship Id="rId493" Type="http://schemas.openxmlformats.org/officeDocument/2006/relationships/image" Target="media/x1839.wmf"/><Relationship Id="rId494" Type="http://schemas.openxmlformats.org/officeDocument/2006/relationships/image" Target="media/x1840.wmf"/><Relationship Id="rId495" Type="http://schemas.openxmlformats.org/officeDocument/2006/relationships/image" Target="media/x1841.png"/><Relationship Id="rId496" Type="http://schemas.openxmlformats.org/officeDocument/2006/relationships/image" Target="media/x1842.wmf"/><Relationship Id="rId497" Type="http://schemas.openxmlformats.org/officeDocument/2006/relationships/image" Target="media/x1843.wmf"/><Relationship Id="rId498" Type="http://schemas.openxmlformats.org/officeDocument/2006/relationships/image" Target="media/x1844.wmf"/><Relationship Id="rId499" Type="http://schemas.openxmlformats.org/officeDocument/2006/relationships/image" Target="media/x1845.wmf"/><Relationship Id="rId500" Type="http://schemas.openxmlformats.org/officeDocument/2006/relationships/image" Target="media/x1846.wmf"/><Relationship Id="rId501" Type="http://schemas.openxmlformats.org/officeDocument/2006/relationships/image" Target="media/x1847.wmf"/><Relationship Id="rId502" Type="http://schemas.openxmlformats.org/officeDocument/2006/relationships/image" Target="media/x1848.wmf"/><Relationship Id="rId503" Type="http://schemas.openxmlformats.org/officeDocument/2006/relationships/image" Target="media/x1849.wmf"/><Relationship Id="rId504" Type="http://schemas.openxmlformats.org/officeDocument/2006/relationships/image" Target="media/x1850.wmf"/><Relationship Id="rId505" Type="http://schemas.openxmlformats.org/officeDocument/2006/relationships/image" Target="media/x1851.wmf"/><Relationship Id="rId506" Type="http://schemas.openxmlformats.org/officeDocument/2006/relationships/image" Target="media/x1852.wmf"/><Relationship Id="rId507" Type="http://schemas.openxmlformats.org/officeDocument/2006/relationships/image" Target="media/x1853.wmf"/><Relationship Id="rId508" Type="http://schemas.openxmlformats.org/officeDocument/2006/relationships/image" Target="media/x1854.wmf"/><Relationship Id="rId509" Type="http://schemas.openxmlformats.org/officeDocument/2006/relationships/image" Target="media/x1855.wmf"/><Relationship Id="rId510" Type="http://schemas.openxmlformats.org/officeDocument/2006/relationships/image" Target="media/x1856.wmf"/><Relationship Id="rId511" Type="http://schemas.openxmlformats.org/officeDocument/2006/relationships/image" Target="media/x1857.wmf"/><Relationship Id="rId512" Type="http://schemas.openxmlformats.org/officeDocument/2006/relationships/image" Target="media/x1858.wmf"/><Relationship Id="rId513" Type="http://schemas.openxmlformats.org/officeDocument/2006/relationships/image" Target="media/x1859.wmf"/><Relationship Id="rId514" Type="http://schemas.openxmlformats.org/officeDocument/2006/relationships/image" Target="media/x1860.wmf"/><Relationship Id="rId515" Type="http://schemas.openxmlformats.org/officeDocument/2006/relationships/image" Target="media/x1861.wmf"/><Relationship Id="rId516" Type="http://schemas.openxmlformats.org/officeDocument/2006/relationships/image" Target="media/x1862.wmf"/><Relationship Id="rId517" Type="http://schemas.openxmlformats.org/officeDocument/2006/relationships/image" Target="media/x1863.wmf"/><Relationship Id="rId518" Type="http://schemas.openxmlformats.org/officeDocument/2006/relationships/image" Target="media/x1864.wmf"/><Relationship Id="rId519" Type="http://schemas.openxmlformats.org/officeDocument/2006/relationships/image" Target="media/x1865.wmf"/><Relationship Id="rId520" Type="http://schemas.openxmlformats.org/officeDocument/2006/relationships/image" Target="media/x1866.wmf"/><Relationship Id="rId521" Type="http://schemas.openxmlformats.org/officeDocument/2006/relationships/image" Target="media/x1867.wmf"/><Relationship Id="rId522" Type="http://schemas.openxmlformats.org/officeDocument/2006/relationships/image" Target="media/x1868.wmf"/><Relationship Id="rId523" Type="http://schemas.openxmlformats.org/officeDocument/2006/relationships/image" Target="media/x1869.wmf"/><Relationship Id="rId524" Type="http://schemas.openxmlformats.org/officeDocument/2006/relationships/image" Target="media/x1870.wmf"/><Relationship Id="rId525" Type="http://schemas.openxmlformats.org/officeDocument/2006/relationships/image" Target="media/x1871.wmf"/><Relationship Id="rId526" Type="http://schemas.openxmlformats.org/officeDocument/2006/relationships/image" Target="media/x1872.png"/><Relationship Id="rId527" Type="http://schemas.openxmlformats.org/officeDocument/2006/relationships/image" Target="media/x1873.wmf"/><Relationship Id="rId528" Type="http://schemas.openxmlformats.org/officeDocument/2006/relationships/image" Target="media/x1874.wmf"/><Relationship Id="rId529" Type="http://schemas.openxmlformats.org/officeDocument/2006/relationships/image" Target="media/x1875.wmf"/><Relationship Id="rId530" Type="http://schemas.openxmlformats.org/officeDocument/2006/relationships/image" Target="media/x1876.wmf"/><Relationship Id="rId531" Type="http://schemas.openxmlformats.org/officeDocument/2006/relationships/image" Target="media/x1877.wmf"/><Relationship Id="rId532" Type="http://schemas.openxmlformats.org/officeDocument/2006/relationships/image" Target="media/x1878.wmf"/><Relationship Id="rId533" Type="http://schemas.openxmlformats.org/officeDocument/2006/relationships/image" Target="media/x1879.wmf"/><Relationship Id="rId534" Type="http://schemas.openxmlformats.org/officeDocument/2006/relationships/image" Target="media/x1880.wmf"/><Relationship Id="rId535" Type="http://schemas.openxmlformats.org/officeDocument/2006/relationships/image" Target="media/x1881.wmf"/><Relationship Id="rId536" Type="http://schemas.openxmlformats.org/officeDocument/2006/relationships/image" Target="media/x1882.wmf"/><Relationship Id="rId537" Type="http://schemas.openxmlformats.org/officeDocument/2006/relationships/image" Target="media/x1883.wmf"/><Relationship Id="rId538" Type="http://schemas.openxmlformats.org/officeDocument/2006/relationships/image" Target="media/x1884.wmf"/><Relationship Id="rId539" Type="http://schemas.openxmlformats.org/officeDocument/2006/relationships/image" Target="media/x1885.wmf"/><Relationship Id="rId540" Type="http://schemas.openxmlformats.org/officeDocument/2006/relationships/image" Target="media/x1886.wmf"/><Relationship Id="rId541" Type="http://schemas.openxmlformats.org/officeDocument/2006/relationships/image" Target="media/x1887.wmf"/><Relationship Id="rId542" Type="http://schemas.openxmlformats.org/officeDocument/2006/relationships/image" Target="media/x1888.wmf"/><Relationship Id="rId543" Type="http://schemas.openxmlformats.org/officeDocument/2006/relationships/image" Target="media/x1889.wmf"/><Relationship Id="rId544" Type="http://schemas.openxmlformats.org/officeDocument/2006/relationships/image" Target="media/x1890.wmf"/><Relationship Id="rId545" Type="http://schemas.openxmlformats.org/officeDocument/2006/relationships/image" Target="media/x1891.wmf"/><Relationship Id="rId546" Type="http://schemas.openxmlformats.org/officeDocument/2006/relationships/image" Target="media/x1892.wmf"/><Relationship Id="rId547" Type="http://schemas.openxmlformats.org/officeDocument/2006/relationships/image" Target="media/x1893.wmf"/><Relationship Id="rId548" Type="http://schemas.openxmlformats.org/officeDocument/2006/relationships/image" Target="media/x1894.wmf"/><Relationship Id="rId549" Type="http://schemas.openxmlformats.org/officeDocument/2006/relationships/image" Target="media/x1895.wmf"/><Relationship Id="rId550" Type="http://schemas.openxmlformats.org/officeDocument/2006/relationships/image" Target="media/x1896.wmf"/><Relationship Id="rId551" Type="http://schemas.openxmlformats.org/officeDocument/2006/relationships/image" Target="media/x1897.wmf"/><Relationship Id="rId552" Type="http://schemas.openxmlformats.org/officeDocument/2006/relationships/image" Target="media/x1898.wmf"/><Relationship Id="rId553" Type="http://schemas.openxmlformats.org/officeDocument/2006/relationships/image" Target="media/x1899.wmf"/><Relationship Id="rId554" Type="http://schemas.openxmlformats.org/officeDocument/2006/relationships/image" Target="media/x1900.wmf"/><Relationship Id="rId555" Type="http://schemas.openxmlformats.org/officeDocument/2006/relationships/image" Target="media/x1901.wmf"/><Relationship Id="rId556" Type="http://schemas.openxmlformats.org/officeDocument/2006/relationships/image" Target="media/x1902.wmf"/><Relationship Id="rId557" Type="http://schemas.openxmlformats.org/officeDocument/2006/relationships/image" Target="media/x1903.wmf"/><Relationship Id="rId558" Type="http://schemas.openxmlformats.org/officeDocument/2006/relationships/image" Target="media/x1904.wmf"/><Relationship Id="rId559" Type="http://schemas.openxmlformats.org/officeDocument/2006/relationships/image" Target="media/x1905.wmf"/><Relationship Id="rId560" Type="http://schemas.openxmlformats.org/officeDocument/2006/relationships/image" Target="media/x1906.wmf"/><Relationship Id="rId561" Type="http://schemas.openxmlformats.org/officeDocument/2006/relationships/image" Target="media/x1907.wmf"/><Relationship Id="rId562" Type="http://schemas.openxmlformats.org/officeDocument/2006/relationships/image" Target="media/x1908.wmf"/><Relationship Id="rId563" Type="http://schemas.openxmlformats.org/officeDocument/2006/relationships/image" Target="media/x1909.wmf"/><Relationship Id="rId564" Type="http://schemas.openxmlformats.org/officeDocument/2006/relationships/image" Target="media/x1910.wmf"/><Relationship Id="rId565" Type="http://schemas.openxmlformats.org/officeDocument/2006/relationships/image" Target="media/x1911.wmf"/><Relationship Id="rId566" Type="http://schemas.openxmlformats.org/officeDocument/2006/relationships/image" Target="media/x1912.wmf"/><Relationship Id="rId567" Type="http://schemas.openxmlformats.org/officeDocument/2006/relationships/image" Target="media/x1913.wmf"/><Relationship Id="rId568" Type="http://schemas.openxmlformats.org/officeDocument/2006/relationships/image" Target="media/x1914.wmf"/><Relationship Id="rId569" Type="http://schemas.openxmlformats.org/officeDocument/2006/relationships/image" Target="media/x1915.wmf"/><Relationship Id="rId570" Type="http://schemas.openxmlformats.org/officeDocument/2006/relationships/image" Target="media/x1916.wmf"/><Relationship Id="rId571" Type="http://schemas.openxmlformats.org/officeDocument/2006/relationships/image" Target="media/x1917.wmf"/><Relationship Id="rId572" Type="http://schemas.openxmlformats.org/officeDocument/2006/relationships/image" Target="media/x1918.wmf"/><Relationship Id="rId573" Type="http://schemas.openxmlformats.org/officeDocument/2006/relationships/image" Target="media/x1919.png"/><Relationship Id="rId574" Type="http://schemas.openxmlformats.org/officeDocument/2006/relationships/image" Target="media/x1920.png"/><Relationship Id="rId575" Type="http://schemas.openxmlformats.org/officeDocument/2006/relationships/image" Target="media/x1921.png"/><Relationship Id="rId576" Type="http://schemas.openxmlformats.org/officeDocument/2006/relationships/image" Target="media/x1922.png"/><Relationship Id="rId577" Type="http://schemas.openxmlformats.org/officeDocument/2006/relationships/image" Target="media/x1923.png"/><Relationship Id="rId578" Type="http://schemas.openxmlformats.org/officeDocument/2006/relationships/image" Target="media/x1924.png"/><Relationship Id="rId579" Type="http://schemas.openxmlformats.org/officeDocument/2006/relationships/image" Target="media/x1925.png"/><Relationship Id="rId580" Type="http://schemas.openxmlformats.org/officeDocument/2006/relationships/image" Target="media/x1926.wmf"/><Relationship Id="rId581" Type="http://schemas.openxmlformats.org/officeDocument/2006/relationships/image" Target="media/x1927.wmf"/><Relationship Id="rId582" Type="http://schemas.openxmlformats.org/officeDocument/2006/relationships/image" Target="media/x1928.wmf"/><Relationship Id="rId583" Type="http://schemas.openxmlformats.org/officeDocument/2006/relationships/image" Target="media/x1929.wmf"/><Relationship Id="rId584" Type="http://schemas.openxmlformats.org/officeDocument/2006/relationships/image" Target="media/x1930.wmf"/><Relationship Id="rId585" Type="http://schemas.openxmlformats.org/officeDocument/2006/relationships/image" Target="media/x1931.wmf"/><Relationship Id="rId586" Type="http://schemas.openxmlformats.org/officeDocument/2006/relationships/image" Target="media/x1932.wmf"/><Relationship Id="rId587" Type="http://schemas.openxmlformats.org/officeDocument/2006/relationships/image" Target="media/x1933.wmf"/><Relationship Id="rId588" Type="http://schemas.openxmlformats.org/officeDocument/2006/relationships/image" Target="media/x1934.wmf"/><Relationship Id="rId589" Type="http://schemas.openxmlformats.org/officeDocument/2006/relationships/image" Target="media/x1935.wmf"/><Relationship Id="rId590" Type="http://schemas.openxmlformats.org/officeDocument/2006/relationships/image" Target="media/x1936.wmf"/><Relationship Id="rId591" Type="http://schemas.openxmlformats.org/officeDocument/2006/relationships/image" Target="media/x1937.wmf"/><Relationship Id="rId592" Type="http://schemas.openxmlformats.org/officeDocument/2006/relationships/image" Target="media/x1938.wmf"/><Relationship Id="rId593" Type="http://schemas.openxmlformats.org/officeDocument/2006/relationships/image" Target="media/x1939.wmf"/><Relationship Id="rId594" Type="http://schemas.openxmlformats.org/officeDocument/2006/relationships/image" Target="media/x1940.wmf"/><Relationship Id="rId595" Type="http://schemas.openxmlformats.org/officeDocument/2006/relationships/image" Target="media/x1941.wmf"/><Relationship Id="rId596" Type="http://schemas.openxmlformats.org/officeDocument/2006/relationships/image" Target="media/x1942.wmf"/><Relationship Id="rId597" Type="http://schemas.openxmlformats.org/officeDocument/2006/relationships/image" Target="media/x1943.wmf"/><Relationship Id="rId598" Type="http://schemas.openxmlformats.org/officeDocument/2006/relationships/image" Target="media/x1944.wmf"/><Relationship Id="rId599" Type="http://schemas.openxmlformats.org/officeDocument/2006/relationships/image" Target="media/x1945.png"/><Relationship Id="rId600" Type="http://schemas.openxmlformats.org/officeDocument/2006/relationships/image" Target="media/x1946.wmf"/><Relationship Id="rId601" Type="http://schemas.openxmlformats.org/officeDocument/2006/relationships/image" Target="media/x1947.wmf"/><Relationship Id="rId602" Type="http://schemas.openxmlformats.org/officeDocument/2006/relationships/image" Target="media/x1948.wmf"/><Relationship Id="rId603" Type="http://schemas.openxmlformats.org/officeDocument/2006/relationships/image" Target="media/x1949.wmf"/><Relationship Id="rId604" Type="http://schemas.openxmlformats.org/officeDocument/2006/relationships/image" Target="media/x1950.wmf"/><Relationship Id="rId605" Type="http://schemas.openxmlformats.org/officeDocument/2006/relationships/image" Target="media/x1951.wmf"/><Relationship Id="rId606" Type="http://schemas.openxmlformats.org/officeDocument/2006/relationships/image" Target="media/x1952.wmf"/><Relationship Id="rId607" Type="http://schemas.openxmlformats.org/officeDocument/2006/relationships/image" Target="media/x1953.wmf"/><Relationship Id="rId608" Type="http://schemas.openxmlformats.org/officeDocument/2006/relationships/image" Target="media/x1954.wmf"/><Relationship Id="rId609" Type="http://schemas.openxmlformats.org/officeDocument/2006/relationships/image" Target="media/x1955.wmf"/><Relationship Id="rId610" Type="http://schemas.openxmlformats.org/officeDocument/2006/relationships/image" Target="media/x1956.wmf"/><Relationship Id="rId611" Type="http://schemas.openxmlformats.org/officeDocument/2006/relationships/image" Target="media/x1957.wmf"/><Relationship Id="rId612" Type="http://schemas.openxmlformats.org/officeDocument/2006/relationships/image" Target="media/x1958.wmf"/><Relationship Id="rId613" Type="http://schemas.openxmlformats.org/officeDocument/2006/relationships/image" Target="media/x1959.wmf"/><Relationship Id="rId614" Type="http://schemas.openxmlformats.org/officeDocument/2006/relationships/image" Target="media/x1960.wmf"/><Relationship Id="rId615" Type="http://schemas.openxmlformats.org/officeDocument/2006/relationships/image" Target="media/x1961.wmf"/><Relationship Id="rId616" Type="http://schemas.openxmlformats.org/officeDocument/2006/relationships/image" Target="media/x1962.wmf"/><Relationship Id="rId617" Type="http://schemas.openxmlformats.org/officeDocument/2006/relationships/image" Target="media/x1963.wmf"/><Relationship Id="rId618" Type="http://schemas.openxmlformats.org/officeDocument/2006/relationships/image" Target="media/x1964.wmf"/><Relationship Id="rId619" Type="http://schemas.openxmlformats.org/officeDocument/2006/relationships/image" Target="media/x1965.wmf"/><Relationship Id="rId620" Type="http://schemas.openxmlformats.org/officeDocument/2006/relationships/image" Target="media/x1966.wmf"/><Relationship Id="rId621" Type="http://schemas.openxmlformats.org/officeDocument/2006/relationships/image" Target="media/x1967.wmf"/><Relationship Id="rId622" Type="http://schemas.openxmlformats.org/officeDocument/2006/relationships/image" Target="media/x1968.wmf"/><Relationship Id="rId623" Type="http://schemas.openxmlformats.org/officeDocument/2006/relationships/image" Target="media/x1969.wmf"/><Relationship Id="rId624" Type="http://schemas.openxmlformats.org/officeDocument/2006/relationships/image" Target="media/x1970.wmf"/><Relationship Id="rId625" Type="http://schemas.openxmlformats.org/officeDocument/2006/relationships/image" Target="media/x1971.wmf"/><Relationship Id="rId626" Type="http://schemas.openxmlformats.org/officeDocument/2006/relationships/image" Target="media/x1972.wmf"/><Relationship Id="rId627" Type="http://schemas.openxmlformats.org/officeDocument/2006/relationships/image" Target="media/x1973.wmf"/><Relationship Id="rId628" Type="http://schemas.openxmlformats.org/officeDocument/2006/relationships/image" Target="media/x1974.wmf"/><Relationship Id="rId629" Type="http://schemas.openxmlformats.org/officeDocument/2006/relationships/image" Target="media/x1975.wmf"/><Relationship Id="rId630" Type="http://schemas.openxmlformats.org/officeDocument/2006/relationships/image" Target="media/x1976.png"/><Relationship Id="rId631" Type="http://schemas.openxmlformats.org/officeDocument/2006/relationships/image" Target="media/x1977.wmf"/><Relationship Id="rId632" Type="http://schemas.openxmlformats.org/officeDocument/2006/relationships/image" Target="media/x1978.wmf"/><Relationship Id="rId633" Type="http://schemas.openxmlformats.org/officeDocument/2006/relationships/image" Target="media/x1979.wmf"/><Relationship Id="rId634" Type="http://schemas.openxmlformats.org/officeDocument/2006/relationships/image" Target="media/x1980.wmf"/><Relationship Id="rId635" Type="http://schemas.openxmlformats.org/officeDocument/2006/relationships/image" Target="media/x1981.wmf"/><Relationship Id="rId636" Type="http://schemas.openxmlformats.org/officeDocument/2006/relationships/image" Target="media/x1982.wmf"/><Relationship Id="rId637" Type="http://schemas.openxmlformats.org/officeDocument/2006/relationships/image" Target="media/x1983.wmf"/><Relationship Id="rId638" Type="http://schemas.openxmlformats.org/officeDocument/2006/relationships/image" Target="media/x1984.wmf"/><Relationship Id="rId639" Type="http://schemas.openxmlformats.org/officeDocument/2006/relationships/image" Target="media/x1985.png"/><Relationship Id="rId640" Type="http://schemas.openxmlformats.org/officeDocument/2006/relationships/image" Target="media/x1986.png"/><Relationship Id="rId641" Type="http://schemas.openxmlformats.org/officeDocument/2006/relationships/image" Target="media/x1987.png"/><Relationship Id="rId642" Type="http://schemas.openxmlformats.org/officeDocument/2006/relationships/image" Target="media/x1988.wmf"/><Relationship Id="rId643" Type="http://schemas.openxmlformats.org/officeDocument/2006/relationships/image" Target="media/x1989.wmf"/><Relationship Id="rId644" Type="http://schemas.openxmlformats.org/officeDocument/2006/relationships/image" Target="media/x1990.wmf"/><Relationship Id="rId645" Type="http://schemas.openxmlformats.org/officeDocument/2006/relationships/image" Target="media/x1991.wmf"/><Relationship Id="rId646" Type="http://schemas.openxmlformats.org/officeDocument/2006/relationships/image" Target="media/x1992.wmf"/><Relationship Id="rId647" Type="http://schemas.openxmlformats.org/officeDocument/2006/relationships/image" Target="media/x1993.wmf"/><Relationship Id="rId648" Type="http://schemas.openxmlformats.org/officeDocument/2006/relationships/image" Target="media/x1994.wmf"/><Relationship Id="rId649" Type="http://schemas.openxmlformats.org/officeDocument/2006/relationships/image" Target="media/x1995.wmf"/><Relationship Id="rId650" Type="http://schemas.openxmlformats.org/officeDocument/2006/relationships/image" Target="media/x1996.wmf"/><Relationship Id="rId651" Type="http://schemas.openxmlformats.org/officeDocument/2006/relationships/image" Target="media/x1997.wmf"/><Relationship Id="rId652" Type="http://schemas.openxmlformats.org/officeDocument/2006/relationships/image" Target="media/x1998.wmf"/><Relationship Id="rId653" Type="http://schemas.openxmlformats.org/officeDocument/2006/relationships/image" Target="media/x1999.wmf"/><Relationship Id="rId654" Type="http://schemas.openxmlformats.org/officeDocument/2006/relationships/image" Target="media/x2000.wmf"/><Relationship Id="rId655" Type="http://schemas.openxmlformats.org/officeDocument/2006/relationships/image" Target="media/x2001.wmf"/><Relationship Id="rId656" Type="http://schemas.openxmlformats.org/officeDocument/2006/relationships/image" Target="media/x2002.wmf"/><Relationship Id="rId657" Type="http://schemas.openxmlformats.org/officeDocument/2006/relationships/image" Target="media/x2003.wmf"/><Relationship Id="rId658" Type="http://schemas.openxmlformats.org/officeDocument/2006/relationships/image" Target="media/x2004.wmf"/><Relationship Id="rId659" Type="http://schemas.openxmlformats.org/officeDocument/2006/relationships/image" Target="media/x2005.wmf"/><Relationship Id="rId660" Type="http://schemas.openxmlformats.org/officeDocument/2006/relationships/image" Target="media/x2006.wmf"/><Relationship Id="rId661" Type="http://schemas.openxmlformats.org/officeDocument/2006/relationships/image" Target="media/x2007.png"/><Relationship Id="rId662" Type="http://schemas.openxmlformats.org/officeDocument/2006/relationships/image" Target="media/x2008.png"/><Relationship Id="rId663" Type="http://schemas.openxmlformats.org/officeDocument/2006/relationships/image" Target="media/x2009.png"/><Relationship Id="rId664" Type="http://schemas.openxmlformats.org/officeDocument/2006/relationships/image" Target="media/x2010.wmf"/><Relationship Id="rId665" Type="http://schemas.openxmlformats.org/officeDocument/2006/relationships/image" Target="media/x2011.wmf"/><Relationship Id="rId666" Type="http://schemas.openxmlformats.org/officeDocument/2006/relationships/image" Target="media/x2012.wmf"/><Relationship Id="rId667" Type="http://schemas.openxmlformats.org/officeDocument/2006/relationships/image" Target="media/x2013.wmf"/><Relationship Id="rId668" Type="http://schemas.openxmlformats.org/officeDocument/2006/relationships/image" Target="media/x2014.png"/><Relationship Id="rId669" Type="http://schemas.openxmlformats.org/officeDocument/2006/relationships/image" Target="media/x2015.wmf"/><Relationship Id="rId670" Type="http://schemas.openxmlformats.org/officeDocument/2006/relationships/image" Target="media/x2016.wmf"/><Relationship Id="rId671" Type="http://schemas.openxmlformats.org/officeDocument/2006/relationships/image" Target="media/x2017.wmf"/><Relationship Id="rId672" Type="http://schemas.openxmlformats.org/officeDocument/2006/relationships/image" Target="media/x2018.wmf"/><Relationship Id="rId673" Type="http://schemas.openxmlformats.org/officeDocument/2006/relationships/image" Target="media/x2019.wmf"/><Relationship Id="rId674" Type="http://schemas.openxmlformats.org/officeDocument/2006/relationships/image" Target="media/x2020.wmf"/><Relationship Id="rId675" Type="http://schemas.openxmlformats.org/officeDocument/2006/relationships/image" Target="media/x2021.wmf"/><Relationship Id="rId676" Type="http://schemas.openxmlformats.org/officeDocument/2006/relationships/image" Target="media/x2022.wmf"/><Relationship Id="rId677" Type="http://schemas.openxmlformats.org/officeDocument/2006/relationships/image" Target="media/x2023.png"/><Relationship Id="rId678" Type="http://schemas.openxmlformats.org/officeDocument/2006/relationships/image" Target="media/x2024.wmf"/><Relationship Id="rId679" Type="http://schemas.openxmlformats.org/officeDocument/2006/relationships/image" Target="media/x2025.wmf"/><Relationship Id="rId680" Type="http://schemas.openxmlformats.org/officeDocument/2006/relationships/image" Target="media/x2026.wmf"/><Relationship Id="rId681" Type="http://schemas.openxmlformats.org/officeDocument/2006/relationships/image" Target="media/x2027.wmf"/><Relationship Id="rId682" Type="http://schemas.openxmlformats.org/officeDocument/2006/relationships/image" Target="media/x2028.wmf"/><Relationship Id="rId683" Type="http://schemas.openxmlformats.org/officeDocument/2006/relationships/image" Target="media/x2029.wmf"/><Relationship Id="rId684" Type="http://schemas.openxmlformats.org/officeDocument/2006/relationships/image" Target="media/x2030.wmf"/><Relationship Id="rId685" Type="http://schemas.openxmlformats.org/officeDocument/2006/relationships/image" Target="media/x2031.wmf"/><Relationship Id="rId686" Type="http://schemas.openxmlformats.org/officeDocument/2006/relationships/image" Target="media/x2032.wmf"/><Relationship Id="rId687" Type="http://schemas.openxmlformats.org/officeDocument/2006/relationships/image" Target="media/x2033.wmf"/><Relationship Id="rId688" Type="http://schemas.openxmlformats.org/officeDocument/2006/relationships/image" Target="media/x2034.wmf"/><Relationship Id="rId689" Type="http://schemas.openxmlformats.org/officeDocument/2006/relationships/image" Target="media/x2035.wmf"/><Relationship Id="rId690" Type="http://schemas.openxmlformats.org/officeDocument/2006/relationships/image" Target="media/x2036.wmf"/><Relationship Id="rId691" Type="http://schemas.openxmlformats.org/officeDocument/2006/relationships/image" Target="media/x2037.wmf"/><Relationship Id="rId692" Type="http://schemas.openxmlformats.org/officeDocument/2006/relationships/image" Target="media/x2038.wmf"/><Relationship Id="rId693" Type="http://schemas.openxmlformats.org/officeDocument/2006/relationships/image" Target="media/x2039.wmf"/><Relationship Id="rId694" Type="http://schemas.openxmlformats.org/officeDocument/2006/relationships/image" Target="media/x2040.wmf"/><Relationship Id="rId695" Type="http://schemas.openxmlformats.org/officeDocument/2006/relationships/image" Target="media/x2041.wmf"/><Relationship Id="rId696" Type="http://schemas.openxmlformats.org/officeDocument/2006/relationships/image" Target="media/x2042.wmf"/><Relationship Id="rId697" Type="http://schemas.openxmlformats.org/officeDocument/2006/relationships/image" Target="media/x2043.wmf"/><Relationship Id="rId698" Type="http://schemas.openxmlformats.org/officeDocument/2006/relationships/image" Target="media/x2044.wmf"/><Relationship Id="rId699" Type="http://schemas.openxmlformats.org/officeDocument/2006/relationships/image" Target="media/x2045.wmf"/><Relationship Id="rId700" Type="http://schemas.openxmlformats.org/officeDocument/2006/relationships/image" Target="media/x2046.wmf"/><Relationship Id="rId701" Type="http://schemas.openxmlformats.org/officeDocument/2006/relationships/image" Target="media/x2047.wmf"/><Relationship Id="rId702" Type="http://schemas.openxmlformats.org/officeDocument/2006/relationships/image" Target="media/x2048.wmf"/><Relationship Id="rId703" Type="http://schemas.openxmlformats.org/officeDocument/2006/relationships/image" Target="media/x2049.wmf"/><Relationship Id="rId704" Type="http://schemas.openxmlformats.org/officeDocument/2006/relationships/image" Target="media/x2050.wmf"/><Relationship Id="rId705" Type="http://schemas.openxmlformats.org/officeDocument/2006/relationships/image" Target="media/x2051.wmf"/><Relationship Id="rId706" Type="http://schemas.openxmlformats.org/officeDocument/2006/relationships/image" Target="media/x2052.wmf"/><Relationship Id="rId707" Type="http://schemas.openxmlformats.org/officeDocument/2006/relationships/image" Target="media/x2053.wmf"/><Relationship Id="rId708" Type="http://schemas.openxmlformats.org/officeDocument/2006/relationships/image" Target="media/x2054.wmf"/><Relationship Id="rId709" Type="http://schemas.openxmlformats.org/officeDocument/2006/relationships/image" Target="media/x2055.wmf"/><Relationship Id="rId710" Type="http://schemas.openxmlformats.org/officeDocument/2006/relationships/image" Target="media/x2056.wmf"/><Relationship Id="rId711" Type="http://schemas.openxmlformats.org/officeDocument/2006/relationships/image" Target="media/x2057.wmf"/><Relationship Id="rId712" Type="http://schemas.openxmlformats.org/officeDocument/2006/relationships/image" Target="media/x2058.wmf"/><Relationship Id="rId713" Type="http://schemas.openxmlformats.org/officeDocument/2006/relationships/image" Target="media/x2059.wmf"/><Relationship Id="rId714" Type="http://schemas.openxmlformats.org/officeDocument/2006/relationships/image" Target="media/x2060.wmf"/><Relationship Id="rId715" Type="http://schemas.openxmlformats.org/officeDocument/2006/relationships/image" Target="media/x2061.wmf"/><Relationship Id="rId716" Type="http://schemas.openxmlformats.org/officeDocument/2006/relationships/image" Target="media/x2062.wmf"/><Relationship Id="rId717" Type="http://schemas.openxmlformats.org/officeDocument/2006/relationships/image" Target="media/x2063.wmf"/><Relationship Id="rId718" Type="http://schemas.openxmlformats.org/officeDocument/2006/relationships/image" Target="media/x2064.wmf"/><Relationship Id="rId719" Type="http://schemas.openxmlformats.org/officeDocument/2006/relationships/image" Target="media/x2065.wmf"/><Relationship Id="rId720" Type="http://schemas.openxmlformats.org/officeDocument/2006/relationships/image" Target="media/x2066.wmf"/><Relationship Id="rId721" Type="http://schemas.openxmlformats.org/officeDocument/2006/relationships/image" Target="media/x2067.wmf"/><Relationship Id="rId722" Type="http://schemas.openxmlformats.org/officeDocument/2006/relationships/image" Target="media/x2068.wmf"/><Relationship Id="rId723" Type="http://schemas.openxmlformats.org/officeDocument/2006/relationships/image" Target="media/x2069.wmf"/><Relationship Id="rId724" Type="http://schemas.openxmlformats.org/officeDocument/2006/relationships/image" Target="media/x2070.wmf"/><Relationship Id="rId725" Type="http://schemas.openxmlformats.org/officeDocument/2006/relationships/image" Target="media/x2071.wmf"/><Relationship Id="rId726" Type="http://schemas.openxmlformats.org/officeDocument/2006/relationships/image" Target="media/x2072.wmf"/><Relationship Id="rId727" Type="http://schemas.openxmlformats.org/officeDocument/2006/relationships/image" Target="media/x2073.wmf"/><Relationship Id="rId728" Type="http://schemas.openxmlformats.org/officeDocument/2006/relationships/image" Target="media/x2074.wmf"/><Relationship Id="rId729" Type="http://schemas.openxmlformats.org/officeDocument/2006/relationships/image" Target="media/x2075.wmf"/><Relationship Id="rId730" Type="http://schemas.openxmlformats.org/officeDocument/2006/relationships/image" Target="media/x2076.wmf"/><Relationship Id="rId731" Type="http://schemas.openxmlformats.org/officeDocument/2006/relationships/image" Target="media/x2077.wmf"/><Relationship Id="rId732" Type="http://schemas.openxmlformats.org/officeDocument/2006/relationships/image" Target="media/x2078.wmf"/><Relationship Id="rId733" Type="http://schemas.openxmlformats.org/officeDocument/2006/relationships/image" Target="media/x2079.wmf"/><Relationship Id="rId734" Type="http://schemas.openxmlformats.org/officeDocument/2006/relationships/image" Target="media/x2080.wmf"/><Relationship Id="rId735" Type="http://schemas.openxmlformats.org/officeDocument/2006/relationships/image" Target="media/x2081.wmf"/><Relationship Id="rId736" Type="http://schemas.openxmlformats.org/officeDocument/2006/relationships/image" Target="media/x2082.wmf"/><Relationship Id="rId737" Type="http://schemas.openxmlformats.org/officeDocument/2006/relationships/image" Target="media/x2083.wmf"/><Relationship Id="rId738" Type="http://schemas.openxmlformats.org/officeDocument/2006/relationships/image" Target="media/x2084.wmf"/><Relationship Id="rId739" Type="http://schemas.openxmlformats.org/officeDocument/2006/relationships/image" Target="media/x2085.wmf"/><Relationship Id="rId740" Type="http://schemas.openxmlformats.org/officeDocument/2006/relationships/image" Target="media/x2086.wmf"/><Relationship Id="rId741" Type="http://schemas.openxmlformats.org/officeDocument/2006/relationships/image" Target="media/x2087.wmf"/><Relationship Id="rId742" Type="http://schemas.openxmlformats.org/officeDocument/2006/relationships/image" Target="media/x2088.wmf"/><Relationship Id="rId743" Type="http://schemas.openxmlformats.org/officeDocument/2006/relationships/image" Target="media/x2089.wmf"/><Relationship Id="rId744" Type="http://schemas.openxmlformats.org/officeDocument/2006/relationships/image" Target="media/x2090.wmf"/><Relationship Id="rId745" Type="http://schemas.openxmlformats.org/officeDocument/2006/relationships/image" Target="media/x2091.wmf"/><Relationship Id="rId746" Type="http://schemas.openxmlformats.org/officeDocument/2006/relationships/image" Target="media/x2092.wmf"/><Relationship Id="rId747" Type="http://schemas.openxmlformats.org/officeDocument/2006/relationships/image" Target="media/x2093.wmf"/><Relationship Id="rId748" Type="http://schemas.openxmlformats.org/officeDocument/2006/relationships/image" Target="media/x2094.png"/><Relationship Id="rId749" Type="http://schemas.openxmlformats.org/officeDocument/2006/relationships/image" Target="media/x2095.wmf"/><Relationship Id="rId750" Type="http://schemas.openxmlformats.org/officeDocument/2006/relationships/image" Target="media/x2096.wmf"/><Relationship Id="rId751" Type="http://schemas.openxmlformats.org/officeDocument/2006/relationships/image" Target="media/x2097.wmf"/><Relationship Id="rId752" Type="http://schemas.openxmlformats.org/officeDocument/2006/relationships/image" Target="media/x2098.wmf"/><Relationship Id="rId753" Type="http://schemas.openxmlformats.org/officeDocument/2006/relationships/image" Target="media/x2099.wmf"/><Relationship Id="rId754" Type="http://schemas.openxmlformats.org/officeDocument/2006/relationships/image" Target="media/x2100.wmf"/><Relationship Id="rId755" Type="http://schemas.openxmlformats.org/officeDocument/2006/relationships/image" Target="media/x2101.wmf"/><Relationship Id="rId756" Type="http://schemas.openxmlformats.org/officeDocument/2006/relationships/image" Target="media/x2102.wmf"/><Relationship Id="rId757" Type="http://schemas.openxmlformats.org/officeDocument/2006/relationships/image" Target="media/x2103.wmf"/><Relationship Id="rId758" Type="http://schemas.openxmlformats.org/officeDocument/2006/relationships/image" Target="media/x2104.wmf"/><Relationship Id="rId759" Type="http://schemas.openxmlformats.org/officeDocument/2006/relationships/image" Target="media/x2105.wmf"/><Relationship Id="rId760" Type="http://schemas.openxmlformats.org/officeDocument/2006/relationships/image" Target="media/x2106.wmf"/><Relationship Id="rId761" Type="http://schemas.openxmlformats.org/officeDocument/2006/relationships/image" Target="media/x2107.wmf"/><Relationship Id="rId762" Type="http://schemas.openxmlformats.org/officeDocument/2006/relationships/image" Target="media/x2108.wmf"/><Relationship Id="rId763" Type="http://schemas.openxmlformats.org/officeDocument/2006/relationships/image" Target="media/x2109.wmf"/><Relationship Id="rId764" Type="http://schemas.openxmlformats.org/officeDocument/2006/relationships/image" Target="media/x2110.wmf"/><Relationship Id="rId765" Type="http://schemas.openxmlformats.org/officeDocument/2006/relationships/image" Target="media/x2111.png"/><Relationship Id="rId766" Type="http://schemas.openxmlformats.org/officeDocument/2006/relationships/image" Target="media/x2112.wmf"/><Relationship Id="rId767" Type="http://schemas.openxmlformats.org/officeDocument/2006/relationships/image" Target="media/x2113.wmf"/><Relationship Id="rId768" Type="http://schemas.openxmlformats.org/officeDocument/2006/relationships/image" Target="media/x2114.wmf"/><Relationship Id="rId769" Type="http://schemas.openxmlformats.org/officeDocument/2006/relationships/image" Target="media/x2115.wmf"/><Relationship Id="rId770" Type="http://schemas.openxmlformats.org/officeDocument/2006/relationships/image" Target="media/x2116.wmf"/><Relationship Id="rId771" Type="http://schemas.openxmlformats.org/officeDocument/2006/relationships/image" Target="media/x2117.wmf"/><Relationship Id="rId772" Type="http://schemas.openxmlformats.org/officeDocument/2006/relationships/image" Target="media/x2118.wmf"/><Relationship Id="rId773" Type="http://schemas.openxmlformats.org/officeDocument/2006/relationships/image" Target="media/x2119.png"/><Relationship Id="rId774" Type="http://schemas.openxmlformats.org/officeDocument/2006/relationships/image" Target="media/x2120.wmf"/><Relationship Id="rId775" Type="http://schemas.openxmlformats.org/officeDocument/2006/relationships/image" Target="media/x2121.wmf"/><Relationship Id="rId776" Type="http://schemas.openxmlformats.org/officeDocument/2006/relationships/image" Target="media/x2122.wmf"/><Relationship Id="rId777" Type="http://schemas.openxmlformats.org/officeDocument/2006/relationships/image" Target="media/x2123.wmf"/><Relationship Id="rId778" Type="http://schemas.openxmlformats.org/officeDocument/2006/relationships/image" Target="media/x2124.wmf"/><Relationship Id="rId779" Type="http://schemas.openxmlformats.org/officeDocument/2006/relationships/image" Target="media/x2125.wmf"/><Relationship Id="rId780" Type="http://schemas.openxmlformats.org/officeDocument/2006/relationships/image" Target="media/x2126.wmf"/><Relationship Id="rId781" Type="http://schemas.openxmlformats.org/officeDocument/2006/relationships/image" Target="media/x2127.wmf"/><Relationship Id="rId782" Type="http://schemas.openxmlformats.org/officeDocument/2006/relationships/image" Target="media/x2128.wmf"/><Relationship Id="rId783" Type="http://schemas.openxmlformats.org/officeDocument/2006/relationships/image" Target="media/x2129.wmf"/><Relationship Id="rId784" Type="http://schemas.openxmlformats.org/officeDocument/2006/relationships/image" Target="media/x2130.wmf"/><Relationship Id="rId785" Type="http://schemas.openxmlformats.org/officeDocument/2006/relationships/image" Target="media/x2131.wmf"/><Relationship Id="rId786" Type="http://schemas.openxmlformats.org/officeDocument/2006/relationships/image" Target="media/x2132.wmf"/><Relationship Id="rId787" Type="http://schemas.openxmlformats.org/officeDocument/2006/relationships/image" Target="media/x2133.wmf"/><Relationship Id="rId788" Type="http://schemas.openxmlformats.org/officeDocument/2006/relationships/image" Target="media/x2134.wmf"/><Relationship Id="rId789" Type="http://schemas.openxmlformats.org/officeDocument/2006/relationships/image" Target="media/x2135.wmf"/><Relationship Id="rId790" Type="http://schemas.openxmlformats.org/officeDocument/2006/relationships/image" Target="media/x2136.wmf"/><Relationship Id="rId791" Type="http://schemas.openxmlformats.org/officeDocument/2006/relationships/image" Target="media/x2137.wmf"/><Relationship Id="rId792" Type="http://schemas.openxmlformats.org/officeDocument/2006/relationships/image" Target="media/x2138.wmf"/><Relationship Id="rId793" Type="http://schemas.openxmlformats.org/officeDocument/2006/relationships/image" Target="media/x2139.wmf"/><Relationship Id="rId794" Type="http://schemas.openxmlformats.org/officeDocument/2006/relationships/image" Target="media/x2140.wmf"/><Relationship Id="rId795" Type="http://schemas.openxmlformats.org/officeDocument/2006/relationships/image" Target="media/x2141.wmf"/><Relationship Id="rId796" Type="http://schemas.openxmlformats.org/officeDocument/2006/relationships/image" Target="media/x2142.wmf"/><Relationship Id="rId797" Type="http://schemas.openxmlformats.org/officeDocument/2006/relationships/image" Target="media/x2143.png"/><Relationship Id="rId798" Type="http://schemas.openxmlformats.org/officeDocument/2006/relationships/image" Target="media/x2144.wmf"/><Relationship Id="rId799" Type="http://schemas.openxmlformats.org/officeDocument/2006/relationships/image" Target="media/x2145.wmf"/><Relationship Id="rId800" Type="http://schemas.openxmlformats.org/officeDocument/2006/relationships/image" Target="media/x2146.wmf"/><Relationship Id="rId801" Type="http://schemas.openxmlformats.org/officeDocument/2006/relationships/image" Target="media/x2147.wmf"/><Relationship Id="rId802" Type="http://schemas.openxmlformats.org/officeDocument/2006/relationships/image" Target="media/x2148.wmf"/><Relationship Id="rId803" Type="http://schemas.openxmlformats.org/officeDocument/2006/relationships/image" Target="media/x2149.png"/><Relationship Id="rId804" Type="http://schemas.openxmlformats.org/officeDocument/2006/relationships/image" Target="media/x2150.wmf"/><Relationship Id="rId805" Type="http://schemas.openxmlformats.org/officeDocument/2006/relationships/image" Target="media/x2151.wmf"/><Relationship Id="rId806" Type="http://schemas.openxmlformats.org/officeDocument/2006/relationships/image" Target="media/x2152.wmf"/><Relationship Id="rId807" Type="http://schemas.openxmlformats.org/officeDocument/2006/relationships/image" Target="media/x2153.wmf"/><Relationship Id="rId808" Type="http://schemas.openxmlformats.org/officeDocument/2006/relationships/image" Target="media/x2154.wmf"/><Relationship Id="rId809" Type="http://schemas.openxmlformats.org/officeDocument/2006/relationships/image" Target="media/x2155.wmf"/><Relationship Id="rId810" Type="http://schemas.openxmlformats.org/officeDocument/2006/relationships/image" Target="media/x2156.wmf"/><Relationship Id="rId811" Type="http://schemas.openxmlformats.org/officeDocument/2006/relationships/image" Target="media/x2157.wmf"/><Relationship Id="rId812" Type="http://schemas.openxmlformats.org/officeDocument/2006/relationships/image" Target="media/x2158.wmf"/><Relationship Id="rId813" Type="http://schemas.openxmlformats.org/officeDocument/2006/relationships/image" Target="media/x2159.png"/><Relationship Id="rId814" Type="http://schemas.openxmlformats.org/officeDocument/2006/relationships/image" Target="media/x2160.wmf"/><Relationship Id="rId815" Type="http://schemas.openxmlformats.org/officeDocument/2006/relationships/image" Target="media/x2161.wmf"/><Relationship Id="rId816" Type="http://schemas.openxmlformats.org/officeDocument/2006/relationships/image" Target="media/x2162.wmf"/><Relationship Id="rId817" Type="http://schemas.openxmlformats.org/officeDocument/2006/relationships/image" Target="media/x2163.wmf"/><Relationship Id="rId818" Type="http://schemas.openxmlformats.org/officeDocument/2006/relationships/image" Target="media/x2164.wmf"/><Relationship Id="rId819" Type="http://schemas.openxmlformats.org/officeDocument/2006/relationships/image" Target="media/x2165.wmf"/><Relationship Id="rId820" Type="http://schemas.openxmlformats.org/officeDocument/2006/relationships/image" Target="media/x2166.wmf"/><Relationship Id="rId821" Type="http://schemas.openxmlformats.org/officeDocument/2006/relationships/image" Target="media/x2167.wmf"/><Relationship Id="rId822" Type="http://schemas.openxmlformats.org/officeDocument/2006/relationships/image" Target="media/x2168.wmf"/><Relationship Id="rId823" Type="http://schemas.openxmlformats.org/officeDocument/2006/relationships/image" Target="media/x2169.wmf"/><Relationship Id="rId824" Type="http://schemas.openxmlformats.org/officeDocument/2006/relationships/image" Target="media/x2170.wmf"/><Relationship Id="rId825" Type="http://schemas.openxmlformats.org/officeDocument/2006/relationships/image" Target="media/x2171.wmf"/><Relationship Id="rId826" Type="http://schemas.openxmlformats.org/officeDocument/2006/relationships/image" Target="media/x2172.wmf"/><Relationship Id="rId827" Type="http://schemas.openxmlformats.org/officeDocument/2006/relationships/image" Target="media/x2173.wmf"/><Relationship Id="rId828" Type="http://schemas.openxmlformats.org/officeDocument/2006/relationships/image" Target="media/x2174.wmf"/><Relationship Id="rId829" Type="http://schemas.openxmlformats.org/officeDocument/2006/relationships/image" Target="media/x2175.wmf"/><Relationship Id="rId830" Type="http://schemas.openxmlformats.org/officeDocument/2006/relationships/image" Target="media/x2176.wmf"/><Relationship Id="rId831" Type="http://schemas.openxmlformats.org/officeDocument/2006/relationships/image" Target="media/x2177.wmf"/><Relationship Id="rId832" Type="http://schemas.openxmlformats.org/officeDocument/2006/relationships/image" Target="media/x2178.png"/><Relationship Id="rId833" Type="http://schemas.openxmlformats.org/officeDocument/2006/relationships/image" Target="media/x2179.wmf"/><Relationship Id="rId834" Type="http://schemas.openxmlformats.org/officeDocument/2006/relationships/image" Target="media/x2180.wmf"/><Relationship Id="rId835" Type="http://schemas.openxmlformats.org/officeDocument/2006/relationships/image" Target="media/x2181.wmf"/><Relationship Id="rId836" Type="http://schemas.openxmlformats.org/officeDocument/2006/relationships/image" Target="media/x2182.wmf"/><Relationship Id="rId837" Type="http://schemas.openxmlformats.org/officeDocument/2006/relationships/image" Target="media/x2183.wmf"/><Relationship Id="rId838" Type="http://schemas.openxmlformats.org/officeDocument/2006/relationships/image" Target="media/x2184.wmf"/><Relationship Id="rId839" Type="http://schemas.openxmlformats.org/officeDocument/2006/relationships/image" Target="media/x2185.wmf"/><Relationship Id="rId840" Type="http://schemas.openxmlformats.org/officeDocument/2006/relationships/image" Target="media/x2186.wmf"/><Relationship Id="rId841" Type="http://schemas.openxmlformats.org/officeDocument/2006/relationships/image" Target="media/x2187.wmf"/><Relationship Id="rId842" Type="http://schemas.openxmlformats.org/officeDocument/2006/relationships/image" Target="media/x2188.wmf"/><Relationship Id="rId843" Type="http://schemas.openxmlformats.org/officeDocument/2006/relationships/image" Target="media/x2189.wmf"/><Relationship Id="rId844" Type="http://schemas.openxmlformats.org/officeDocument/2006/relationships/image" Target="media/x2190.wmf"/><Relationship Id="rId845" Type="http://schemas.openxmlformats.org/officeDocument/2006/relationships/image" Target="media/x2191.wmf"/><Relationship Id="rId846" Type="http://schemas.openxmlformats.org/officeDocument/2006/relationships/image" Target="media/x2192.wmf"/><Relationship Id="rId847" Type="http://schemas.openxmlformats.org/officeDocument/2006/relationships/image" Target="media/x2193.wmf"/><Relationship Id="rId848" Type="http://schemas.openxmlformats.org/officeDocument/2006/relationships/image" Target="media/x2194.wmf"/><Relationship Id="rId849" Type="http://schemas.openxmlformats.org/officeDocument/2006/relationships/image" Target="media/x2195.wmf"/><Relationship Id="rId850" Type="http://schemas.openxmlformats.org/officeDocument/2006/relationships/image" Target="media/x2196.wmf"/><Relationship Id="rId851" Type="http://schemas.openxmlformats.org/officeDocument/2006/relationships/image" Target="media/x2197.wmf"/><Relationship Id="rId852" Type="http://schemas.openxmlformats.org/officeDocument/2006/relationships/image" Target="media/x2198.wmf"/><Relationship Id="rId853" Type="http://schemas.openxmlformats.org/officeDocument/2006/relationships/image" Target="media/x2199.wmf"/><Relationship Id="rId854" Type="http://schemas.openxmlformats.org/officeDocument/2006/relationships/image" Target="media/x2200.wmf"/><Relationship Id="rId855" Type="http://schemas.openxmlformats.org/officeDocument/2006/relationships/image" Target="media/x2201.wmf"/><Relationship Id="rId856" Type="http://schemas.openxmlformats.org/officeDocument/2006/relationships/image" Target="media/x2202.wmf"/><Relationship Id="rId857" Type="http://schemas.openxmlformats.org/officeDocument/2006/relationships/image" Target="media/x2203.wmf"/><Relationship Id="rId858" Type="http://schemas.openxmlformats.org/officeDocument/2006/relationships/image" Target="media/x2204.wmf"/><Relationship Id="rId859" Type="http://schemas.openxmlformats.org/officeDocument/2006/relationships/image" Target="media/x2205.wmf"/><Relationship Id="rId860" Type="http://schemas.openxmlformats.org/officeDocument/2006/relationships/image" Target="media/x2206.wmf"/><Relationship Id="rId861" Type="http://schemas.openxmlformats.org/officeDocument/2006/relationships/image" Target="media/x2207.wmf"/><Relationship Id="rId862" Type="http://schemas.openxmlformats.org/officeDocument/2006/relationships/image" Target="media/x2208.wmf"/><Relationship Id="rId863" Type="http://schemas.openxmlformats.org/officeDocument/2006/relationships/image" Target="media/x2209.wmf"/><Relationship Id="rId864" Type="http://schemas.openxmlformats.org/officeDocument/2006/relationships/image" Target="media/x2210.wmf"/><Relationship Id="rId865" Type="http://schemas.openxmlformats.org/officeDocument/2006/relationships/image" Target="media/x2211.wmf"/><Relationship Id="rId866" Type="http://schemas.openxmlformats.org/officeDocument/2006/relationships/image" Target="media/x2212.wmf"/><Relationship Id="rId867" Type="http://schemas.openxmlformats.org/officeDocument/2006/relationships/image" Target="media/x2213.wmf"/><Relationship Id="rId868" Type="http://schemas.openxmlformats.org/officeDocument/2006/relationships/image" Target="media/x2214.wmf"/><Relationship Id="rId869" Type="http://schemas.openxmlformats.org/officeDocument/2006/relationships/image" Target="media/x2215.wmf"/><Relationship Id="rId870" Type="http://schemas.openxmlformats.org/officeDocument/2006/relationships/image" Target="media/x2216.wmf"/><Relationship Id="rId871" Type="http://schemas.openxmlformats.org/officeDocument/2006/relationships/image" Target="media/x2217.wmf"/><Relationship Id="rId872" Type="http://schemas.openxmlformats.org/officeDocument/2006/relationships/image" Target="media/x2218.wmf"/><Relationship Id="rId873" Type="http://schemas.openxmlformats.org/officeDocument/2006/relationships/image" Target="media/x2219.wmf"/><Relationship Id="rId874" Type="http://schemas.openxmlformats.org/officeDocument/2006/relationships/image" Target="media/x2220.wmf"/><Relationship Id="rId875" Type="http://schemas.openxmlformats.org/officeDocument/2006/relationships/image" Target="media/x2221.wmf"/><Relationship Id="rId876" Type="http://schemas.openxmlformats.org/officeDocument/2006/relationships/image" Target="media/x2222.wmf"/><Relationship Id="rId877" Type="http://schemas.openxmlformats.org/officeDocument/2006/relationships/image" Target="media/x2223.wmf"/><Relationship Id="rId878" Type="http://schemas.openxmlformats.org/officeDocument/2006/relationships/image" Target="media/x2224.wmf"/><Relationship Id="rId879" Type="http://schemas.openxmlformats.org/officeDocument/2006/relationships/image" Target="media/x2225.wmf"/><Relationship Id="rId880" Type="http://schemas.openxmlformats.org/officeDocument/2006/relationships/image" Target="media/x2226.wmf"/><Relationship Id="rId881" Type="http://schemas.openxmlformats.org/officeDocument/2006/relationships/image" Target="media/x2227.wmf"/><Relationship Id="rId882" Type="http://schemas.openxmlformats.org/officeDocument/2006/relationships/image" Target="media/x2228.wmf"/><Relationship Id="rId883" Type="http://schemas.openxmlformats.org/officeDocument/2006/relationships/image" Target="media/x2229.wmf"/><Relationship Id="rId884" Type="http://schemas.openxmlformats.org/officeDocument/2006/relationships/image" Target="media/x2230.wmf"/><Relationship Id="rId885" Type="http://schemas.openxmlformats.org/officeDocument/2006/relationships/image" Target="media/x2231.wmf"/><Relationship Id="rId886" Type="http://schemas.openxmlformats.org/officeDocument/2006/relationships/image" Target="media/x2232.wmf"/><Relationship Id="rId887" Type="http://schemas.openxmlformats.org/officeDocument/2006/relationships/image" Target="media/x2233.wmf"/><Relationship Id="rId888" Type="http://schemas.openxmlformats.org/officeDocument/2006/relationships/image" Target="media/x2234.wmf"/><Relationship Id="rId889" Type="http://schemas.openxmlformats.org/officeDocument/2006/relationships/image" Target="media/x2235.wmf"/><Relationship Id="rId890" Type="http://schemas.openxmlformats.org/officeDocument/2006/relationships/image" Target="media/x2236.wmf"/><Relationship Id="rId891" Type="http://schemas.openxmlformats.org/officeDocument/2006/relationships/image" Target="media/x2237.wmf"/><Relationship Id="rId892" Type="http://schemas.openxmlformats.org/officeDocument/2006/relationships/image" Target="media/x2238.wmf"/><Relationship Id="rId893" Type="http://schemas.openxmlformats.org/officeDocument/2006/relationships/image" Target="media/x2239.wmf"/><Relationship Id="rId894" Type="http://schemas.openxmlformats.org/officeDocument/2006/relationships/image" Target="media/x2240.wmf"/><Relationship Id="rId895" Type="http://schemas.openxmlformats.org/officeDocument/2006/relationships/image" Target="media/x2241.png"/><Relationship Id="rId896" Type="http://schemas.openxmlformats.org/officeDocument/2006/relationships/image" Target="media/x2242.png"/><Relationship Id="rId897" Type="http://schemas.openxmlformats.org/officeDocument/2006/relationships/image" Target="media/x2243.png"/><Relationship Id="rId898" Type="http://schemas.openxmlformats.org/officeDocument/2006/relationships/image" Target="media/x2244.wmf"/><Relationship Id="rId899" Type="http://schemas.openxmlformats.org/officeDocument/2006/relationships/image" Target="media/x2245.wmf"/><Relationship Id="rId900" Type="http://schemas.openxmlformats.org/officeDocument/2006/relationships/image" Target="media/x2246.wmf"/><Relationship Id="rId901" Type="http://schemas.openxmlformats.org/officeDocument/2006/relationships/image" Target="media/x2247.wmf"/><Relationship Id="rId902" Type="http://schemas.openxmlformats.org/officeDocument/2006/relationships/image" Target="media/x2248.wmf"/><Relationship Id="rId903" Type="http://schemas.openxmlformats.org/officeDocument/2006/relationships/image" Target="media/x2249.wmf"/><Relationship Id="rId904" Type="http://schemas.openxmlformats.org/officeDocument/2006/relationships/image" Target="media/x2250.wmf"/><Relationship Id="rId905" Type="http://schemas.openxmlformats.org/officeDocument/2006/relationships/image" Target="media/x2251.wmf"/><Relationship Id="rId906" Type="http://schemas.openxmlformats.org/officeDocument/2006/relationships/image" Target="media/x2252.wmf"/><Relationship Id="rId907" Type="http://schemas.openxmlformats.org/officeDocument/2006/relationships/image" Target="media/x2253.wmf"/><Relationship Id="rId908" Type="http://schemas.openxmlformats.org/officeDocument/2006/relationships/image" Target="media/x2254.wmf"/><Relationship Id="rId909" Type="http://schemas.openxmlformats.org/officeDocument/2006/relationships/image" Target="media/x2255.wmf"/><Relationship Id="rId910" Type="http://schemas.openxmlformats.org/officeDocument/2006/relationships/image" Target="media/x2256.wmf"/><Relationship Id="rId911" Type="http://schemas.openxmlformats.org/officeDocument/2006/relationships/image" Target="media/x2257.wmf"/><Relationship Id="rId912" Type="http://schemas.openxmlformats.org/officeDocument/2006/relationships/image" Target="media/x2258.png"/><Relationship Id="rId913" Type="http://schemas.openxmlformats.org/officeDocument/2006/relationships/image" Target="media/x2259.wmf"/><Relationship Id="rId914" Type="http://schemas.openxmlformats.org/officeDocument/2006/relationships/image" Target="media/x2260.wmf"/><Relationship Id="rId915" Type="http://schemas.openxmlformats.org/officeDocument/2006/relationships/image" Target="media/x2261.wmf"/><Relationship Id="rId916" Type="http://schemas.openxmlformats.org/officeDocument/2006/relationships/image" Target="media/x2262.wmf"/><Relationship Id="rId917" Type="http://schemas.openxmlformats.org/officeDocument/2006/relationships/image" Target="media/x2263.wmf"/><Relationship Id="rId918" Type="http://schemas.openxmlformats.org/officeDocument/2006/relationships/image" Target="media/x2264.wmf"/><Relationship Id="rId919" Type="http://schemas.openxmlformats.org/officeDocument/2006/relationships/image" Target="media/x2265.wmf"/><Relationship Id="rId920" Type="http://schemas.openxmlformats.org/officeDocument/2006/relationships/image" Target="media/x2266.png"/><Relationship Id="rId921" Type="http://schemas.openxmlformats.org/officeDocument/2006/relationships/image" Target="media/x2267.wmf"/><Relationship Id="rId922" Type="http://schemas.openxmlformats.org/officeDocument/2006/relationships/image" Target="media/x2268.wmf"/><Relationship Id="rId923" Type="http://schemas.openxmlformats.org/officeDocument/2006/relationships/image" Target="media/x2269.wmf"/><Relationship Id="rId924" Type="http://schemas.openxmlformats.org/officeDocument/2006/relationships/image" Target="media/x2270.wmf"/><Relationship Id="rId925" Type="http://schemas.openxmlformats.org/officeDocument/2006/relationships/image" Target="media/x2271.wmf"/><Relationship Id="rId926" Type="http://schemas.openxmlformats.org/officeDocument/2006/relationships/image" Target="media/x2272.wmf"/><Relationship Id="rId927" Type="http://schemas.openxmlformats.org/officeDocument/2006/relationships/image" Target="media/x2273.wmf"/><Relationship Id="rId928" Type="http://schemas.openxmlformats.org/officeDocument/2006/relationships/image" Target="media/x2274.wmf"/><Relationship Id="rId929" Type="http://schemas.openxmlformats.org/officeDocument/2006/relationships/image" Target="media/x2275.wmf"/><Relationship Id="rId930" Type="http://schemas.openxmlformats.org/officeDocument/2006/relationships/image" Target="media/x2276.wmf"/><Relationship Id="rId931" Type="http://schemas.openxmlformats.org/officeDocument/2006/relationships/image" Target="media/x2277.wmf"/><Relationship Id="rId932" Type="http://schemas.openxmlformats.org/officeDocument/2006/relationships/image" Target="media/x2278.wmf"/><Relationship Id="rId933" Type="http://schemas.openxmlformats.org/officeDocument/2006/relationships/image" Target="media/x2279.wmf"/><Relationship Id="rId934" Type="http://schemas.openxmlformats.org/officeDocument/2006/relationships/image" Target="media/x2280.wmf"/><Relationship Id="rId935" Type="http://schemas.openxmlformats.org/officeDocument/2006/relationships/image" Target="media/x2281.wmf"/><Relationship Id="rId936" Type="http://schemas.openxmlformats.org/officeDocument/2006/relationships/image" Target="media/x2282.wmf"/><Relationship Id="rId937" Type="http://schemas.openxmlformats.org/officeDocument/2006/relationships/image" Target="media/x2283.wmf"/><Relationship Id="rId938" Type="http://schemas.openxmlformats.org/officeDocument/2006/relationships/image" Target="media/x2284.wmf"/><Relationship Id="rId939" Type="http://schemas.openxmlformats.org/officeDocument/2006/relationships/image" Target="media/x2285.png"/><Relationship Id="rId940" Type="http://schemas.openxmlformats.org/officeDocument/2006/relationships/image" Target="media/x2286.wmf"/><Relationship Id="rId941" Type="http://schemas.openxmlformats.org/officeDocument/2006/relationships/image" Target="media/x2287.wmf"/><Relationship Id="rId942" Type="http://schemas.openxmlformats.org/officeDocument/2006/relationships/image" Target="media/x2288.wmf"/><Relationship Id="rId943" Type="http://schemas.openxmlformats.org/officeDocument/2006/relationships/image" Target="media/x2289.wmf"/><Relationship Id="rId944" Type="http://schemas.openxmlformats.org/officeDocument/2006/relationships/image" Target="media/x2290.wmf"/><Relationship Id="rId945" Type="http://schemas.openxmlformats.org/officeDocument/2006/relationships/image" Target="media/x2291.wmf"/><Relationship Id="rId946" Type="http://schemas.openxmlformats.org/officeDocument/2006/relationships/image" Target="media/x2292.wmf"/><Relationship Id="rId947" Type="http://schemas.openxmlformats.org/officeDocument/2006/relationships/image" Target="media/x2293.wmf"/><Relationship Id="rId948" Type="http://schemas.openxmlformats.org/officeDocument/2006/relationships/image" Target="media/x2294.wmf"/><Relationship Id="rId949" Type="http://schemas.openxmlformats.org/officeDocument/2006/relationships/image" Target="media/x2295.wmf"/><Relationship Id="rId950" Type="http://schemas.openxmlformats.org/officeDocument/2006/relationships/image" Target="media/x2296.wmf"/><Relationship Id="rId951" Type="http://schemas.openxmlformats.org/officeDocument/2006/relationships/image" Target="media/x2297.wmf"/><Relationship Id="rId952" Type="http://schemas.openxmlformats.org/officeDocument/2006/relationships/image" Target="media/x2298.png"/><Relationship Id="rId953" Type="http://schemas.openxmlformats.org/officeDocument/2006/relationships/image" Target="media/x2299.wmf"/><Relationship Id="rId954" Type="http://schemas.openxmlformats.org/officeDocument/2006/relationships/image" Target="media/x2300.wmf"/><Relationship Id="rId955" Type="http://schemas.openxmlformats.org/officeDocument/2006/relationships/image" Target="media/x2301.wmf"/><Relationship Id="rId956" Type="http://schemas.openxmlformats.org/officeDocument/2006/relationships/image" Target="media/x2302.wmf"/><Relationship Id="rId957" Type="http://schemas.openxmlformats.org/officeDocument/2006/relationships/image" Target="media/x2303.wmf"/><Relationship Id="rId958" Type="http://schemas.openxmlformats.org/officeDocument/2006/relationships/image" Target="media/x2304.wmf"/><Relationship Id="rId959" Type="http://schemas.openxmlformats.org/officeDocument/2006/relationships/image" Target="media/x2305.wmf"/><Relationship Id="rId960" Type="http://schemas.openxmlformats.org/officeDocument/2006/relationships/image" Target="media/x2306.wmf"/><Relationship Id="rId961" Type="http://schemas.openxmlformats.org/officeDocument/2006/relationships/image" Target="media/x2307.wmf"/><Relationship Id="rId962" Type="http://schemas.openxmlformats.org/officeDocument/2006/relationships/image" Target="media/x2308.wmf"/><Relationship Id="rId963" Type="http://schemas.openxmlformats.org/officeDocument/2006/relationships/image" Target="media/x2309.wmf"/><Relationship Id="rId964" Type="http://schemas.openxmlformats.org/officeDocument/2006/relationships/image" Target="media/x2310.wmf"/><Relationship Id="rId965" Type="http://schemas.openxmlformats.org/officeDocument/2006/relationships/image" Target="media/x2311.wmf"/><Relationship Id="rId966" Type="http://schemas.openxmlformats.org/officeDocument/2006/relationships/image" Target="media/x2312.wmf"/><Relationship Id="rId967" Type="http://schemas.openxmlformats.org/officeDocument/2006/relationships/image" Target="media/x2313.wmf"/><Relationship Id="rId968" Type="http://schemas.openxmlformats.org/officeDocument/2006/relationships/image" Target="media/x2314.wmf"/><Relationship Id="rId969" Type="http://schemas.openxmlformats.org/officeDocument/2006/relationships/image" Target="media/x2315.wmf"/><Relationship Id="rId970" Type="http://schemas.openxmlformats.org/officeDocument/2006/relationships/image" Target="media/x2316.wmf"/><Relationship Id="rId971" Type="http://schemas.openxmlformats.org/officeDocument/2006/relationships/image" Target="media/x2317.wmf"/><Relationship Id="rId972" Type="http://schemas.openxmlformats.org/officeDocument/2006/relationships/image" Target="media/x2318.wmf"/><Relationship Id="rId973" Type="http://schemas.openxmlformats.org/officeDocument/2006/relationships/image" Target="media/x2319.wmf"/><Relationship Id="rId974" Type="http://schemas.openxmlformats.org/officeDocument/2006/relationships/image" Target="media/x2320.wmf"/><Relationship Id="rId975" Type="http://schemas.openxmlformats.org/officeDocument/2006/relationships/image" Target="media/x2321.wmf"/><Relationship Id="rId976" Type="http://schemas.openxmlformats.org/officeDocument/2006/relationships/image" Target="media/x2322.wmf"/><Relationship Id="rId977" Type="http://schemas.openxmlformats.org/officeDocument/2006/relationships/image" Target="media/x2323.wmf"/><Relationship Id="rId978" Type="http://schemas.openxmlformats.org/officeDocument/2006/relationships/image" Target="media/x2324.png"/><Relationship Id="rId979" Type="http://schemas.openxmlformats.org/officeDocument/2006/relationships/image" Target="media/x2325.wmf"/><Relationship Id="rId980" Type="http://schemas.openxmlformats.org/officeDocument/2006/relationships/image" Target="media/x2326.wmf"/><Relationship Id="rId981" Type="http://schemas.openxmlformats.org/officeDocument/2006/relationships/image" Target="media/x2327.wmf"/><Relationship Id="rId982" Type="http://schemas.openxmlformats.org/officeDocument/2006/relationships/image" Target="media/x2328.wmf"/><Relationship Id="rId983" Type="http://schemas.openxmlformats.org/officeDocument/2006/relationships/image" Target="media/x2329.wmf"/><Relationship Id="rId984" Type="http://schemas.openxmlformats.org/officeDocument/2006/relationships/image" Target="media/x2330.wmf"/><Relationship Id="rId985" Type="http://schemas.openxmlformats.org/officeDocument/2006/relationships/image" Target="media/x2331.wmf"/><Relationship Id="rId986" Type="http://schemas.openxmlformats.org/officeDocument/2006/relationships/image" Target="media/x2332.wmf"/><Relationship Id="rId987" Type="http://schemas.openxmlformats.org/officeDocument/2006/relationships/image" Target="media/x2333.wmf"/><Relationship Id="rId988" Type="http://schemas.openxmlformats.org/officeDocument/2006/relationships/image" Target="media/x2334.wmf"/><Relationship Id="rId989" Type="http://schemas.openxmlformats.org/officeDocument/2006/relationships/image" Target="media/x2335.wmf"/><Relationship Id="rId990" Type="http://schemas.openxmlformats.org/officeDocument/2006/relationships/image" Target="media/x2336.wmf"/><Relationship Id="rId991" Type="http://schemas.openxmlformats.org/officeDocument/2006/relationships/image" Target="media/x2337.wmf"/><Relationship Id="rId992" Type="http://schemas.openxmlformats.org/officeDocument/2006/relationships/image" Target="media/x2338.wmf"/><Relationship Id="rId993" Type="http://schemas.openxmlformats.org/officeDocument/2006/relationships/image" Target="media/x2339.wmf"/><Relationship Id="rId994" Type="http://schemas.openxmlformats.org/officeDocument/2006/relationships/image" Target="media/x2340.wmf"/><Relationship Id="rId995" Type="http://schemas.openxmlformats.org/officeDocument/2006/relationships/image" Target="media/x2341.wmf"/><Relationship Id="rId996" Type="http://schemas.openxmlformats.org/officeDocument/2006/relationships/image" Target="media/x2342.wmf"/><Relationship Id="rId997" Type="http://schemas.openxmlformats.org/officeDocument/2006/relationships/image" Target="media/x2343.wmf"/><Relationship Id="rId998" Type="http://schemas.openxmlformats.org/officeDocument/2006/relationships/image" Target="media/x2344.wmf"/><Relationship Id="rId999" Type="http://schemas.openxmlformats.org/officeDocument/2006/relationships/image" Target="media/x2345.wmf"/><Relationship Id="rId1000" Type="http://schemas.openxmlformats.org/officeDocument/2006/relationships/image" Target="media/x2346.wmf"/><Relationship Id="rId1001" Type="http://schemas.openxmlformats.org/officeDocument/2006/relationships/image" Target="media/x2347.wmf"/><Relationship Id="rId1002" Type="http://schemas.openxmlformats.org/officeDocument/2006/relationships/image" Target="media/x2348.png"/><Relationship Id="rId1003" Type="http://schemas.openxmlformats.org/officeDocument/2006/relationships/image" Target="media/x2349.wmf"/><Relationship Id="rId1004" Type="http://schemas.openxmlformats.org/officeDocument/2006/relationships/image" Target="media/x2350.wmf"/><Relationship Id="rId1005" Type="http://schemas.openxmlformats.org/officeDocument/2006/relationships/image" Target="media/x2351.wmf"/><Relationship Id="rId1006" Type="http://schemas.openxmlformats.org/officeDocument/2006/relationships/image" Target="media/x2352.wmf"/><Relationship Id="rId1007" Type="http://schemas.openxmlformats.org/officeDocument/2006/relationships/image" Target="media/x2353.wmf"/><Relationship Id="rId1008" Type="http://schemas.openxmlformats.org/officeDocument/2006/relationships/image" Target="media/x2354.wmf"/><Relationship Id="rId1009" Type="http://schemas.openxmlformats.org/officeDocument/2006/relationships/image" Target="media/x2355.wmf"/><Relationship Id="rId1010" Type="http://schemas.openxmlformats.org/officeDocument/2006/relationships/image" Target="media/x2356.wmf"/><Relationship Id="rId1011" Type="http://schemas.openxmlformats.org/officeDocument/2006/relationships/image" Target="media/x2357.wmf"/><Relationship Id="rId1012" Type="http://schemas.openxmlformats.org/officeDocument/2006/relationships/image" Target="media/x2358.wmf"/><Relationship Id="rId1013" Type="http://schemas.openxmlformats.org/officeDocument/2006/relationships/image" Target="media/x2359.wmf"/><Relationship Id="rId1014" Type="http://schemas.openxmlformats.org/officeDocument/2006/relationships/image" Target="media/x2360.wmf"/><Relationship Id="rId1015" Type="http://schemas.openxmlformats.org/officeDocument/2006/relationships/image" Target="media/x2361.wmf"/><Relationship Id="rId1016" Type="http://schemas.openxmlformats.org/officeDocument/2006/relationships/image" Target="media/x2362.wmf"/><Relationship Id="rId1017" Type="http://schemas.openxmlformats.org/officeDocument/2006/relationships/image" Target="media/x2363.wmf"/><Relationship Id="rId1018" Type="http://schemas.openxmlformats.org/officeDocument/2006/relationships/image" Target="media/x2364.wmf"/><Relationship Id="rId1019" Type="http://schemas.openxmlformats.org/officeDocument/2006/relationships/image" Target="media/x2365.wmf"/><Relationship Id="rId1020" Type="http://schemas.openxmlformats.org/officeDocument/2006/relationships/image" Target="media/x2366.wmf"/><Relationship Id="rId1021" Type="http://schemas.openxmlformats.org/officeDocument/2006/relationships/image" Target="media/x2367.wmf"/><Relationship Id="rId1022" Type="http://schemas.openxmlformats.org/officeDocument/2006/relationships/image" Target="media/x2368.wmf"/><Relationship Id="rId1023" Type="http://schemas.openxmlformats.org/officeDocument/2006/relationships/image" Target="media/x2369.wmf"/><Relationship Id="rId1024" Type="http://schemas.openxmlformats.org/officeDocument/2006/relationships/image" Target="media/x2370.wmf"/><Relationship Id="rId1025" Type="http://schemas.openxmlformats.org/officeDocument/2006/relationships/image" Target="media/x2371.wmf"/><Relationship Id="rId1026" Type="http://schemas.openxmlformats.org/officeDocument/2006/relationships/image" Target="media/x2372.wmf"/><Relationship Id="rId1027" Type="http://schemas.openxmlformats.org/officeDocument/2006/relationships/image" Target="media/x2373.wmf"/><Relationship Id="rId1028" Type="http://schemas.openxmlformats.org/officeDocument/2006/relationships/image" Target="media/x2374.wmf"/><Relationship Id="rId1029" Type="http://schemas.openxmlformats.org/officeDocument/2006/relationships/image" Target="media/x2375.wmf"/><Relationship Id="rId1030" Type="http://schemas.openxmlformats.org/officeDocument/2006/relationships/image" Target="media/x2376.wmf"/><Relationship Id="rId1031" Type="http://schemas.openxmlformats.org/officeDocument/2006/relationships/image" Target="media/x2377.wmf"/><Relationship Id="rId1032" Type="http://schemas.openxmlformats.org/officeDocument/2006/relationships/image" Target="media/x2378.wmf"/><Relationship Id="rId1033" Type="http://schemas.openxmlformats.org/officeDocument/2006/relationships/image" Target="media/x2379.png"/><Relationship Id="rId1034" Type="http://schemas.openxmlformats.org/officeDocument/2006/relationships/image" Target="media/x2380.wmf"/><Relationship Id="rId1035" Type="http://schemas.openxmlformats.org/officeDocument/2006/relationships/image" Target="media/x2381.wmf"/><Relationship Id="rId1036" Type="http://schemas.openxmlformats.org/officeDocument/2006/relationships/image" Target="media/x2382.wmf"/><Relationship Id="rId1037" Type="http://schemas.openxmlformats.org/officeDocument/2006/relationships/image" Target="media/x2383.wmf"/><Relationship Id="rId1038" Type="http://schemas.openxmlformats.org/officeDocument/2006/relationships/image" Target="media/x2384.wmf"/><Relationship Id="rId1039" Type="http://schemas.openxmlformats.org/officeDocument/2006/relationships/image" Target="media/x2385.wmf"/><Relationship Id="rId1040" Type="http://schemas.openxmlformats.org/officeDocument/2006/relationships/image" Target="media/x2386.wmf"/><Relationship Id="rId1041" Type="http://schemas.openxmlformats.org/officeDocument/2006/relationships/image" Target="media/x2387.wmf"/><Relationship Id="rId1042" Type="http://schemas.openxmlformats.org/officeDocument/2006/relationships/image" Target="media/x2388.wmf"/><Relationship Id="rId1043" Type="http://schemas.openxmlformats.org/officeDocument/2006/relationships/image" Target="media/x2389.wmf"/><Relationship Id="rId1044" Type="http://schemas.openxmlformats.org/officeDocument/2006/relationships/image" Target="media/x2390.wmf"/><Relationship Id="rId1045" Type="http://schemas.openxmlformats.org/officeDocument/2006/relationships/image" Target="media/x2391.wmf"/><Relationship Id="rId1046" Type="http://schemas.openxmlformats.org/officeDocument/2006/relationships/image" Target="media/x2392.wmf"/><Relationship Id="rId1047" Type="http://schemas.openxmlformats.org/officeDocument/2006/relationships/image" Target="media/x2393.wmf"/><Relationship Id="rId1048" Type="http://schemas.openxmlformats.org/officeDocument/2006/relationships/image" Target="media/x2394.wmf"/><Relationship Id="rId1049" Type="http://schemas.openxmlformats.org/officeDocument/2006/relationships/image" Target="media/x2395.wmf"/><Relationship Id="rId1050" Type="http://schemas.openxmlformats.org/officeDocument/2006/relationships/image" Target="media/x2396.wmf"/><Relationship Id="rId1051" Type="http://schemas.openxmlformats.org/officeDocument/2006/relationships/image" Target="media/x2397.wmf"/><Relationship Id="rId1052" Type="http://schemas.openxmlformats.org/officeDocument/2006/relationships/image" Target="media/x2398.wmf"/><Relationship Id="rId1053" Type="http://schemas.openxmlformats.org/officeDocument/2006/relationships/image" Target="media/x2399.wmf"/><Relationship Id="rId1054" Type="http://schemas.openxmlformats.org/officeDocument/2006/relationships/image" Target="media/x2400.wmf"/><Relationship Id="rId1055" Type="http://schemas.openxmlformats.org/officeDocument/2006/relationships/image" Target="media/x2401.wmf"/><Relationship Id="rId1056" Type="http://schemas.openxmlformats.org/officeDocument/2006/relationships/image" Target="media/x2402.wmf"/><Relationship Id="rId1057" Type="http://schemas.openxmlformats.org/officeDocument/2006/relationships/image" Target="media/x2403.png"/><Relationship Id="rId1058" Type="http://schemas.openxmlformats.org/officeDocument/2006/relationships/image" Target="media/x2404.wmf"/><Relationship Id="rId1059" Type="http://schemas.openxmlformats.org/officeDocument/2006/relationships/image" Target="media/x2405.wmf"/><Relationship Id="rId1060" Type="http://schemas.openxmlformats.org/officeDocument/2006/relationships/image" Target="media/x2406.wmf"/><Relationship Id="rId1061" Type="http://schemas.openxmlformats.org/officeDocument/2006/relationships/image" Target="media/x2407.wmf"/><Relationship Id="rId1062" Type="http://schemas.openxmlformats.org/officeDocument/2006/relationships/image" Target="media/x2408.wmf"/><Relationship Id="rId1063" Type="http://schemas.openxmlformats.org/officeDocument/2006/relationships/image" Target="media/x2409.wmf"/><Relationship Id="rId1064" Type="http://schemas.openxmlformats.org/officeDocument/2006/relationships/image" Target="media/x2410.wmf"/><Relationship Id="rId1065" Type="http://schemas.openxmlformats.org/officeDocument/2006/relationships/image" Target="media/x2411.wmf"/><Relationship Id="rId1066" Type="http://schemas.openxmlformats.org/officeDocument/2006/relationships/image" Target="media/x2412.wmf"/><Relationship Id="rId1067" Type="http://schemas.openxmlformats.org/officeDocument/2006/relationships/image" Target="media/x2413.wmf"/><Relationship Id="rId1068" Type="http://schemas.openxmlformats.org/officeDocument/2006/relationships/image" Target="media/x2414.wmf"/><Relationship Id="rId1069" Type="http://schemas.openxmlformats.org/officeDocument/2006/relationships/image" Target="media/x2415.wmf"/><Relationship Id="rId1070" Type="http://schemas.openxmlformats.org/officeDocument/2006/relationships/image" Target="media/x2416.png"/><Relationship Id="rId1071" Type="http://schemas.openxmlformats.org/officeDocument/2006/relationships/image" Target="media/x2417.wmf"/><Relationship Id="rId1072" Type="http://schemas.openxmlformats.org/officeDocument/2006/relationships/image" Target="media/x2418.wmf"/><Relationship Id="rId1073" Type="http://schemas.openxmlformats.org/officeDocument/2006/relationships/image" Target="media/x2419.wmf"/><Relationship Id="rId1074" Type="http://schemas.openxmlformats.org/officeDocument/2006/relationships/image" Target="media/x2420.wmf"/><Relationship Id="rId1075" Type="http://schemas.openxmlformats.org/officeDocument/2006/relationships/image" Target="media/x2421.wmf"/><Relationship Id="rId1076" Type="http://schemas.openxmlformats.org/officeDocument/2006/relationships/image" Target="media/x2422.wmf"/><Relationship Id="rId1077" Type="http://schemas.openxmlformats.org/officeDocument/2006/relationships/image" Target="media/x2423.png"/><Relationship Id="rId1078" Type="http://schemas.openxmlformats.org/officeDocument/2006/relationships/image" Target="media/x2424.wmf"/><Relationship Id="rId1079" Type="http://schemas.openxmlformats.org/officeDocument/2006/relationships/image" Target="media/x2425.wmf"/><Relationship Id="rId1080" Type="http://schemas.openxmlformats.org/officeDocument/2006/relationships/image" Target="media/x2426.wmf"/><Relationship Id="rId1081" Type="http://schemas.openxmlformats.org/officeDocument/2006/relationships/image" Target="media/x2427.wmf"/><Relationship Id="rId1082" Type="http://schemas.openxmlformats.org/officeDocument/2006/relationships/image" Target="media/x2428.wmf"/><Relationship Id="rId1083" Type="http://schemas.openxmlformats.org/officeDocument/2006/relationships/image" Target="media/x2429.wmf"/><Relationship Id="rId1084" Type="http://schemas.openxmlformats.org/officeDocument/2006/relationships/image" Target="media/x2430.wmf"/><Relationship Id="rId1085" Type="http://schemas.openxmlformats.org/officeDocument/2006/relationships/image" Target="media/x2431.wmf"/><Relationship Id="rId1086" Type="http://schemas.openxmlformats.org/officeDocument/2006/relationships/image" Target="media/x2432.wmf"/><Relationship Id="rId1087" Type="http://schemas.openxmlformats.org/officeDocument/2006/relationships/image" Target="media/x2433.wmf"/><Relationship Id="rId1088" Type="http://schemas.openxmlformats.org/officeDocument/2006/relationships/image" Target="media/x2434.wmf"/><Relationship Id="rId1089" Type="http://schemas.openxmlformats.org/officeDocument/2006/relationships/image" Target="media/x2435.wmf"/><Relationship Id="rId1090" Type="http://schemas.openxmlformats.org/officeDocument/2006/relationships/image" Target="media/x2436.wmf"/><Relationship Id="rId1091" Type="http://schemas.openxmlformats.org/officeDocument/2006/relationships/image" Target="media/x2437.wmf"/><Relationship Id="rId1092" Type="http://schemas.openxmlformats.org/officeDocument/2006/relationships/image" Target="media/x2438.wmf"/><Relationship Id="rId1093" Type="http://schemas.openxmlformats.org/officeDocument/2006/relationships/image" Target="media/x2439.wmf"/><Relationship Id="rId1094" Type="http://schemas.openxmlformats.org/officeDocument/2006/relationships/image" Target="media/x2440.wmf"/><Relationship Id="rId1095" Type="http://schemas.openxmlformats.org/officeDocument/2006/relationships/image" Target="media/x2441.wmf"/><Relationship Id="rId1096" Type="http://schemas.openxmlformats.org/officeDocument/2006/relationships/image" Target="media/x2442.wmf"/><Relationship Id="rId1097" Type="http://schemas.openxmlformats.org/officeDocument/2006/relationships/image" Target="media/x2443.wmf"/><Relationship Id="rId1098" Type="http://schemas.openxmlformats.org/officeDocument/2006/relationships/image" Target="media/x2444.wmf"/><Relationship Id="rId1099" Type="http://schemas.openxmlformats.org/officeDocument/2006/relationships/image" Target="media/x2445.wmf"/><Relationship Id="rId1100" Type="http://schemas.openxmlformats.org/officeDocument/2006/relationships/image" Target="media/x2446.wmf"/><Relationship Id="rId1101" Type="http://schemas.openxmlformats.org/officeDocument/2006/relationships/image" Target="media/x2447.wmf"/><Relationship Id="rId1102" Type="http://schemas.openxmlformats.org/officeDocument/2006/relationships/image" Target="media/x2448.wmf"/><Relationship Id="rId1103" Type="http://schemas.openxmlformats.org/officeDocument/2006/relationships/image" Target="media/x2449.wmf"/><Relationship Id="rId1104" Type="http://schemas.openxmlformats.org/officeDocument/2006/relationships/image" Target="media/x2450.wmf"/><Relationship Id="rId1105" Type="http://schemas.openxmlformats.org/officeDocument/2006/relationships/image" Target="media/x2451.wmf"/><Relationship Id="rId1106" Type="http://schemas.openxmlformats.org/officeDocument/2006/relationships/image" Target="media/x2452.wmf"/><Relationship Id="rId1107" Type="http://schemas.openxmlformats.org/officeDocument/2006/relationships/image" Target="media/x2453.wmf"/><Relationship Id="rId1108" Type="http://schemas.openxmlformats.org/officeDocument/2006/relationships/image" Target="media/x2454.wmf"/><Relationship Id="rId1109" Type="http://schemas.openxmlformats.org/officeDocument/2006/relationships/image" Target="media/x2455.wmf"/><Relationship Id="rId1110" Type="http://schemas.openxmlformats.org/officeDocument/2006/relationships/image" Target="media/x2456.wmf"/><Relationship Id="rId1111" Type="http://schemas.openxmlformats.org/officeDocument/2006/relationships/image" Target="media/x2457.wmf"/><Relationship Id="rId1112" Type="http://schemas.openxmlformats.org/officeDocument/2006/relationships/image" Target="media/x2458.wmf"/><Relationship Id="rId1113" Type="http://schemas.openxmlformats.org/officeDocument/2006/relationships/image" Target="media/x2459.wmf"/><Relationship Id="rId1114" Type="http://schemas.openxmlformats.org/officeDocument/2006/relationships/image" Target="media/x2460.wmf"/><Relationship Id="rId1115" Type="http://schemas.openxmlformats.org/officeDocument/2006/relationships/image" Target="media/x2461.wmf"/><Relationship Id="rId1116" Type="http://schemas.openxmlformats.org/officeDocument/2006/relationships/image" Target="media/x2462.wmf"/><Relationship Id="rId1117" Type="http://schemas.openxmlformats.org/officeDocument/2006/relationships/image" Target="media/x2463.png"/><Relationship Id="rId1118" Type="http://schemas.openxmlformats.org/officeDocument/2006/relationships/image" Target="media/x2464.wmf"/><Relationship Id="rId1119" Type="http://schemas.openxmlformats.org/officeDocument/2006/relationships/image" Target="media/x2465.wmf"/><Relationship Id="rId1120" Type="http://schemas.openxmlformats.org/officeDocument/2006/relationships/image" Target="media/x2466.wmf"/><Relationship Id="rId1121" Type="http://schemas.openxmlformats.org/officeDocument/2006/relationships/image" Target="media/x2467.png"/><Relationship Id="rId1122" Type="http://schemas.openxmlformats.org/officeDocument/2006/relationships/image" Target="media/x2468.wmf"/><Relationship Id="rId1123" Type="http://schemas.openxmlformats.org/officeDocument/2006/relationships/image" Target="media/x2469.wmf"/><Relationship Id="rId1124" Type="http://schemas.openxmlformats.org/officeDocument/2006/relationships/image" Target="media/x2470.wmf"/><Relationship Id="rId1125" Type="http://schemas.openxmlformats.org/officeDocument/2006/relationships/image" Target="media/x2471.wmf"/><Relationship Id="rId1126" Type="http://schemas.openxmlformats.org/officeDocument/2006/relationships/image" Target="media/x2472.wmf"/><Relationship Id="rId1127" Type="http://schemas.openxmlformats.org/officeDocument/2006/relationships/image" Target="media/x2473.wmf"/><Relationship Id="rId1128" Type="http://schemas.openxmlformats.org/officeDocument/2006/relationships/image" Target="media/x2474.wmf"/><Relationship Id="rId1129" Type="http://schemas.openxmlformats.org/officeDocument/2006/relationships/image" Target="media/x2475.png"/><Relationship Id="rId1130" Type="http://schemas.openxmlformats.org/officeDocument/2006/relationships/image" Target="media/x2476.wmf"/><Relationship Id="rId1131" Type="http://schemas.openxmlformats.org/officeDocument/2006/relationships/image" Target="media/x2477.wmf"/><Relationship Id="rId1132" Type="http://schemas.openxmlformats.org/officeDocument/2006/relationships/image" Target="media/x2478.wmf"/><Relationship Id="rId1133" Type="http://schemas.openxmlformats.org/officeDocument/2006/relationships/image" Target="media/x2479.wmf"/><Relationship Id="rId1134" Type="http://schemas.openxmlformats.org/officeDocument/2006/relationships/image" Target="media/x2480.wmf"/><Relationship Id="rId1135" Type="http://schemas.openxmlformats.org/officeDocument/2006/relationships/image" Target="media/x2481.wmf"/><Relationship Id="rId1136" Type="http://schemas.openxmlformats.org/officeDocument/2006/relationships/image" Target="media/x2482.wmf"/><Relationship Id="rId1137" Type="http://schemas.openxmlformats.org/officeDocument/2006/relationships/image" Target="media/x2483.wmf"/><Relationship Id="rId1138" Type="http://schemas.openxmlformats.org/officeDocument/2006/relationships/image" Target="media/x2484.wmf"/><Relationship Id="rId1139" Type="http://schemas.openxmlformats.org/officeDocument/2006/relationships/image" Target="media/x2485.wmf"/><Relationship Id="rId1140" Type="http://schemas.openxmlformats.org/officeDocument/2006/relationships/image" Target="media/x2486.wmf"/><Relationship Id="rId1141" Type="http://schemas.openxmlformats.org/officeDocument/2006/relationships/image" Target="media/x2487.wmf"/><Relationship Id="rId1142" Type="http://schemas.openxmlformats.org/officeDocument/2006/relationships/image" Target="media/x2488.wmf"/><Relationship Id="rId1143" Type="http://schemas.openxmlformats.org/officeDocument/2006/relationships/image" Target="media/x2489.wmf"/><Relationship Id="rId1144" Type="http://schemas.openxmlformats.org/officeDocument/2006/relationships/image" Target="media/x2490.wmf"/><Relationship Id="rId1145" Type="http://schemas.openxmlformats.org/officeDocument/2006/relationships/image" Target="media/x2491.wmf"/><Relationship Id="rId1146" Type="http://schemas.openxmlformats.org/officeDocument/2006/relationships/image" Target="media/x2492.wmf"/><Relationship Id="rId1147" Type="http://schemas.openxmlformats.org/officeDocument/2006/relationships/image" Target="media/x2493.wmf"/><Relationship Id="rId1148" Type="http://schemas.openxmlformats.org/officeDocument/2006/relationships/image" Target="media/x2494.wmf"/><Relationship Id="rId1149" Type="http://schemas.openxmlformats.org/officeDocument/2006/relationships/image" Target="media/x2495.wmf"/><Relationship Id="rId1150" Type="http://schemas.openxmlformats.org/officeDocument/2006/relationships/image" Target="media/x2496.wmf"/><Relationship Id="rId1151" Type="http://schemas.openxmlformats.org/officeDocument/2006/relationships/image" Target="media/x2497.wmf"/><Relationship Id="rId1152" Type="http://schemas.openxmlformats.org/officeDocument/2006/relationships/image" Target="media/x2498.wmf"/><Relationship Id="rId1153" Type="http://schemas.openxmlformats.org/officeDocument/2006/relationships/image" Target="media/x2499.wmf"/><Relationship Id="rId1154" Type="http://schemas.openxmlformats.org/officeDocument/2006/relationships/image" Target="media/x2500.png"/><Relationship Id="rId1155" Type="http://schemas.openxmlformats.org/officeDocument/2006/relationships/image" Target="media/x2501.png"/><Relationship Id="rId1156" Type="http://schemas.openxmlformats.org/officeDocument/2006/relationships/image" Target="media/x2502.wmf"/><Relationship Id="rId1157" Type="http://schemas.openxmlformats.org/officeDocument/2006/relationships/image" Target="media/x2503.wmf"/><Relationship Id="rId1158" Type="http://schemas.openxmlformats.org/officeDocument/2006/relationships/image" Target="media/x2504.wmf"/><Relationship Id="rId1159" Type="http://schemas.openxmlformats.org/officeDocument/2006/relationships/image" Target="media/x2505.wmf"/><Relationship Id="rId1160" Type="http://schemas.openxmlformats.org/officeDocument/2006/relationships/image" Target="media/x2506.wmf"/><Relationship Id="rId1161" Type="http://schemas.openxmlformats.org/officeDocument/2006/relationships/image" Target="media/x2507.wmf"/><Relationship Id="rId1162" Type="http://schemas.openxmlformats.org/officeDocument/2006/relationships/image" Target="media/x2508.wmf"/><Relationship Id="rId1163" Type="http://schemas.openxmlformats.org/officeDocument/2006/relationships/image" Target="media/x2509.wmf"/><Relationship Id="rId1164" Type="http://schemas.openxmlformats.org/officeDocument/2006/relationships/image" Target="media/x2510.wmf"/><Relationship Id="rId1165" Type="http://schemas.openxmlformats.org/officeDocument/2006/relationships/image" Target="media/x2511.wmf"/><Relationship Id="rId1166" Type="http://schemas.openxmlformats.org/officeDocument/2006/relationships/image" Target="media/x2512.png"/><Relationship Id="rId1167" Type="http://schemas.openxmlformats.org/officeDocument/2006/relationships/image" Target="media/x2513.wmf"/><Relationship Id="rId1168" Type="http://schemas.openxmlformats.org/officeDocument/2006/relationships/image" Target="media/x2514.wmf"/><Relationship Id="rId1169" Type="http://schemas.openxmlformats.org/officeDocument/2006/relationships/image" Target="media/x2515.wmf"/><Relationship Id="rId1170" Type="http://schemas.openxmlformats.org/officeDocument/2006/relationships/image" Target="media/x2516.wmf"/><Relationship Id="rId1171" Type="http://schemas.openxmlformats.org/officeDocument/2006/relationships/image" Target="media/x2517.wmf"/><Relationship Id="rId1172" Type="http://schemas.openxmlformats.org/officeDocument/2006/relationships/image" Target="media/x2518.wmf"/><Relationship Id="rId1173" Type="http://schemas.openxmlformats.org/officeDocument/2006/relationships/image" Target="media/x2519.wmf"/><Relationship Id="rId1174" Type="http://schemas.openxmlformats.org/officeDocument/2006/relationships/image" Target="media/x2520.wmf"/><Relationship Id="rId1175" Type="http://schemas.openxmlformats.org/officeDocument/2006/relationships/image" Target="media/x2521.wmf"/><Relationship Id="rId1176" Type="http://schemas.openxmlformats.org/officeDocument/2006/relationships/image" Target="media/x2522.wmf"/><Relationship Id="rId1177" Type="http://schemas.openxmlformats.org/officeDocument/2006/relationships/image" Target="media/x2523.wmf"/><Relationship Id="rId1178" Type="http://schemas.openxmlformats.org/officeDocument/2006/relationships/image" Target="media/x2524.wmf"/><Relationship Id="rId1179" Type="http://schemas.openxmlformats.org/officeDocument/2006/relationships/image" Target="media/x2525.wmf"/><Relationship Id="rId1180" Type="http://schemas.openxmlformats.org/officeDocument/2006/relationships/image" Target="media/x2526.wmf"/><Relationship Id="rId1181" Type="http://schemas.openxmlformats.org/officeDocument/2006/relationships/image" Target="media/x2527.wmf"/><Relationship Id="rId1182" Type="http://schemas.openxmlformats.org/officeDocument/2006/relationships/image" Target="media/x2528.wmf"/><Relationship Id="rId1183" Type="http://schemas.openxmlformats.org/officeDocument/2006/relationships/image" Target="media/x2529.wmf"/><Relationship Id="rId1184" Type="http://schemas.openxmlformats.org/officeDocument/2006/relationships/image" Target="media/x2530.wmf"/><Relationship Id="rId1185" Type="http://schemas.openxmlformats.org/officeDocument/2006/relationships/image" Target="media/x2531.wmf"/><Relationship Id="rId1186" Type="http://schemas.openxmlformats.org/officeDocument/2006/relationships/image" Target="media/x2532.png"/><Relationship Id="rId1187" Type="http://schemas.openxmlformats.org/officeDocument/2006/relationships/image" Target="media/x2533.wmf"/><Relationship Id="rId1188" Type="http://schemas.openxmlformats.org/officeDocument/2006/relationships/image" Target="media/x2534.wmf"/><Relationship Id="rId1189" Type="http://schemas.openxmlformats.org/officeDocument/2006/relationships/image" Target="media/x2535.wmf"/><Relationship Id="rId1190" Type="http://schemas.openxmlformats.org/officeDocument/2006/relationships/image" Target="media/x2536.wmf"/><Relationship Id="rId1191" Type="http://schemas.openxmlformats.org/officeDocument/2006/relationships/image" Target="media/x2537.wmf"/><Relationship Id="rId1192" Type="http://schemas.openxmlformats.org/officeDocument/2006/relationships/image" Target="media/x2538.wmf"/><Relationship Id="rId1193" Type="http://schemas.openxmlformats.org/officeDocument/2006/relationships/image" Target="media/x2539.wmf"/><Relationship Id="rId1194" Type="http://schemas.openxmlformats.org/officeDocument/2006/relationships/image" Target="media/x2540.wmf"/><Relationship Id="rId1195" Type="http://schemas.openxmlformats.org/officeDocument/2006/relationships/image" Target="media/x2541.wmf"/><Relationship Id="rId1196" Type="http://schemas.openxmlformats.org/officeDocument/2006/relationships/image" Target="media/x2542.wmf"/><Relationship Id="rId1197" Type="http://schemas.openxmlformats.org/officeDocument/2006/relationships/image" Target="media/x2543.wmf"/><Relationship Id="rId1198" Type="http://schemas.openxmlformats.org/officeDocument/2006/relationships/image" Target="media/x2544.wmf"/><Relationship Id="rId1199" Type="http://schemas.openxmlformats.org/officeDocument/2006/relationships/image" Target="media/x2545.wmf"/><Relationship Id="rId1200" Type="http://schemas.openxmlformats.org/officeDocument/2006/relationships/image" Target="media/x2546.wmf"/><Relationship Id="rId1201" Type="http://schemas.openxmlformats.org/officeDocument/2006/relationships/image" Target="media/x2547.wmf"/><Relationship Id="rId1202" Type="http://schemas.openxmlformats.org/officeDocument/2006/relationships/image" Target="media/x2548.wmf"/><Relationship Id="rId1203" Type="http://schemas.openxmlformats.org/officeDocument/2006/relationships/image" Target="media/x2549.wmf"/><Relationship Id="rId1204" Type="http://schemas.openxmlformats.org/officeDocument/2006/relationships/image" Target="media/x2550.wmf"/><Relationship Id="rId1205" Type="http://schemas.openxmlformats.org/officeDocument/2006/relationships/image" Target="media/x2551.wmf"/><Relationship Id="rId1206" Type="http://schemas.openxmlformats.org/officeDocument/2006/relationships/image" Target="media/x2552.wmf"/><Relationship Id="rId1207" Type="http://schemas.openxmlformats.org/officeDocument/2006/relationships/image" Target="media/x2553.wmf"/><Relationship Id="rId1208" Type="http://schemas.openxmlformats.org/officeDocument/2006/relationships/image" Target="media/x2554.wmf"/><Relationship Id="rId1209" Type="http://schemas.openxmlformats.org/officeDocument/2006/relationships/image" Target="media/x2555.wmf"/><Relationship Id="rId1210" Type="http://schemas.openxmlformats.org/officeDocument/2006/relationships/image" Target="media/x2556.wmf"/><Relationship Id="rId1211" Type="http://schemas.openxmlformats.org/officeDocument/2006/relationships/image" Target="media/x2557.wmf"/><Relationship Id="rId1212" Type="http://schemas.openxmlformats.org/officeDocument/2006/relationships/image" Target="media/x2558.wmf"/><Relationship Id="rId1213" Type="http://schemas.openxmlformats.org/officeDocument/2006/relationships/image" Target="media/x2559.wmf"/><Relationship Id="rId1214" Type="http://schemas.openxmlformats.org/officeDocument/2006/relationships/image" Target="media/x2560.wmf"/><Relationship Id="rId1215" Type="http://schemas.openxmlformats.org/officeDocument/2006/relationships/image" Target="media/x2561.wmf"/><Relationship Id="rId1216" Type="http://schemas.openxmlformats.org/officeDocument/2006/relationships/image" Target="media/x2562.wmf"/><Relationship Id="rId1217" Type="http://schemas.openxmlformats.org/officeDocument/2006/relationships/image" Target="media/x2563.wmf"/><Relationship Id="rId1218" Type="http://schemas.openxmlformats.org/officeDocument/2006/relationships/image" Target="media/x2564.wmf"/><Relationship Id="rId1219" Type="http://schemas.openxmlformats.org/officeDocument/2006/relationships/image" Target="media/x2565.wmf"/><Relationship Id="rId1220" Type="http://schemas.openxmlformats.org/officeDocument/2006/relationships/image" Target="media/x2566.wmf"/><Relationship Id="rId1221" Type="http://schemas.openxmlformats.org/officeDocument/2006/relationships/image" Target="media/x2567.wmf"/><Relationship Id="rId1222" Type="http://schemas.openxmlformats.org/officeDocument/2006/relationships/image" Target="media/x2568.wmf"/><Relationship Id="rId1223" Type="http://schemas.openxmlformats.org/officeDocument/2006/relationships/image" Target="media/x2569.wmf"/><Relationship Id="rId1224" Type="http://schemas.openxmlformats.org/officeDocument/2006/relationships/image" Target="media/x2570.wmf"/><Relationship Id="rId1225" Type="http://schemas.openxmlformats.org/officeDocument/2006/relationships/image" Target="media/x2571.wmf"/><Relationship Id="rId1226" Type="http://schemas.openxmlformats.org/officeDocument/2006/relationships/image" Target="media/x2572.wmf"/><Relationship Id="rId1227" Type="http://schemas.openxmlformats.org/officeDocument/2006/relationships/image" Target="media/x2573.wmf"/><Relationship Id="rId1228" Type="http://schemas.openxmlformats.org/officeDocument/2006/relationships/image" Target="media/x2574.wmf"/><Relationship Id="rId1229" Type="http://schemas.openxmlformats.org/officeDocument/2006/relationships/image" Target="media/x2575.wmf"/><Relationship Id="rId1230" Type="http://schemas.openxmlformats.org/officeDocument/2006/relationships/image" Target="media/x2576.wmf"/><Relationship Id="rId1231" Type="http://schemas.openxmlformats.org/officeDocument/2006/relationships/image" Target="media/x2577.wmf"/><Relationship Id="rId1232" Type="http://schemas.openxmlformats.org/officeDocument/2006/relationships/image" Target="media/x2578.wmf"/><Relationship Id="rId1233" Type="http://schemas.openxmlformats.org/officeDocument/2006/relationships/image" Target="media/x2579.wmf"/><Relationship Id="rId1234" Type="http://schemas.openxmlformats.org/officeDocument/2006/relationships/image" Target="media/x2580.wmf"/><Relationship Id="rId1235" Type="http://schemas.openxmlformats.org/officeDocument/2006/relationships/image" Target="media/x2581.wmf"/><Relationship Id="rId1236" Type="http://schemas.openxmlformats.org/officeDocument/2006/relationships/image" Target="media/x2582.wmf"/><Relationship Id="rId1237" Type="http://schemas.openxmlformats.org/officeDocument/2006/relationships/image" Target="media/x2583.wmf"/><Relationship Id="rId1238" Type="http://schemas.openxmlformats.org/officeDocument/2006/relationships/image" Target="media/x2584.wmf"/><Relationship Id="rId1239" Type="http://schemas.openxmlformats.org/officeDocument/2006/relationships/image" Target="media/x2585.wmf"/><Relationship Id="rId1240" Type="http://schemas.openxmlformats.org/officeDocument/2006/relationships/image" Target="media/x2586.wmf"/><Relationship Id="rId1241" Type="http://schemas.openxmlformats.org/officeDocument/2006/relationships/image" Target="media/x2587.png"/><Relationship Id="rId1242" Type="http://schemas.openxmlformats.org/officeDocument/2006/relationships/image" Target="media/x2588.wmf"/><Relationship Id="rId1243" Type="http://schemas.openxmlformats.org/officeDocument/2006/relationships/image" Target="media/x2589.wmf"/><Relationship Id="rId1244" Type="http://schemas.openxmlformats.org/officeDocument/2006/relationships/image" Target="media/x2590.wmf"/><Relationship Id="rId1245" Type="http://schemas.openxmlformats.org/officeDocument/2006/relationships/image" Target="media/x2591.wmf"/><Relationship Id="rId1246" Type="http://schemas.openxmlformats.org/officeDocument/2006/relationships/image" Target="media/x2592.wmf"/><Relationship Id="rId1247" Type="http://schemas.openxmlformats.org/officeDocument/2006/relationships/image" Target="media/x2593.wmf"/><Relationship Id="rId1248" Type="http://schemas.openxmlformats.org/officeDocument/2006/relationships/image" Target="media/x2594.wmf"/><Relationship Id="rId1249" Type="http://schemas.openxmlformats.org/officeDocument/2006/relationships/image" Target="media/x2595.wmf"/><Relationship Id="rId1250" Type="http://schemas.openxmlformats.org/officeDocument/2006/relationships/image" Target="media/x2596.wmf"/><Relationship Id="rId1251" Type="http://schemas.openxmlformats.org/officeDocument/2006/relationships/image" Target="media/x2597.wmf"/><Relationship Id="rId1252" Type="http://schemas.openxmlformats.org/officeDocument/2006/relationships/image" Target="media/x2598.wmf"/><Relationship Id="rId1253" Type="http://schemas.openxmlformats.org/officeDocument/2006/relationships/image" Target="media/x2599.png"/><Relationship Id="rId1254" Type="http://schemas.openxmlformats.org/officeDocument/2006/relationships/image" Target="media/x2600.wmf"/><Relationship Id="rId1255" Type="http://schemas.openxmlformats.org/officeDocument/2006/relationships/image" Target="media/x2601.wmf"/><Relationship Id="rId1256" Type="http://schemas.openxmlformats.org/officeDocument/2006/relationships/image" Target="media/x2602.wmf"/><Relationship Id="rId1257" Type="http://schemas.openxmlformats.org/officeDocument/2006/relationships/image" Target="media/x2603.wmf"/><Relationship Id="rId1258" Type="http://schemas.openxmlformats.org/officeDocument/2006/relationships/image" Target="media/x2604.wmf"/><Relationship Id="rId1259" Type="http://schemas.openxmlformats.org/officeDocument/2006/relationships/image" Target="media/x2605.wmf"/><Relationship Id="rId1260" Type="http://schemas.openxmlformats.org/officeDocument/2006/relationships/image" Target="media/x2606.wmf"/><Relationship Id="rId1261" Type="http://schemas.openxmlformats.org/officeDocument/2006/relationships/image" Target="media/x2607.wmf"/><Relationship Id="rId1262" Type="http://schemas.openxmlformats.org/officeDocument/2006/relationships/image" Target="media/x2608.wmf"/><Relationship Id="rId1263" Type="http://schemas.openxmlformats.org/officeDocument/2006/relationships/image" Target="media/x2609.wmf"/><Relationship Id="rId1264" Type="http://schemas.openxmlformats.org/officeDocument/2006/relationships/image" Target="media/x2610.wmf"/><Relationship Id="rId1265" Type="http://schemas.openxmlformats.org/officeDocument/2006/relationships/image" Target="media/x2611.wmf"/><Relationship Id="rId1266" Type="http://schemas.openxmlformats.org/officeDocument/2006/relationships/image" Target="media/x2612.wmf"/><Relationship Id="rId1267" Type="http://schemas.openxmlformats.org/officeDocument/2006/relationships/image" Target="media/x2613.wmf"/><Relationship Id="rId1268" Type="http://schemas.openxmlformats.org/officeDocument/2006/relationships/image" Target="media/x2614.wmf"/><Relationship Id="rId1269" Type="http://schemas.openxmlformats.org/officeDocument/2006/relationships/image" Target="media/x2615.wmf"/><Relationship Id="rId1270" Type="http://schemas.openxmlformats.org/officeDocument/2006/relationships/image" Target="media/x2616.wmf"/><Relationship Id="rId1271" Type="http://schemas.openxmlformats.org/officeDocument/2006/relationships/image" Target="media/x2617.png"/><Relationship Id="rId1272" Type="http://schemas.openxmlformats.org/officeDocument/2006/relationships/image" Target="media/x2618.wmf"/><Relationship Id="rId1273" Type="http://schemas.openxmlformats.org/officeDocument/2006/relationships/image" Target="media/x2619.wmf"/><Relationship Id="rId1274" Type="http://schemas.openxmlformats.org/officeDocument/2006/relationships/image" Target="media/x2620.wmf"/><Relationship Id="rId1275" Type="http://schemas.openxmlformats.org/officeDocument/2006/relationships/image" Target="media/x2621.wmf"/><Relationship Id="rId1276" Type="http://schemas.openxmlformats.org/officeDocument/2006/relationships/image" Target="media/x2622.wmf"/><Relationship Id="rId1277" Type="http://schemas.openxmlformats.org/officeDocument/2006/relationships/image" Target="media/x2623.wmf"/><Relationship Id="rId1278" Type="http://schemas.openxmlformats.org/officeDocument/2006/relationships/image" Target="media/x2624.wmf"/><Relationship Id="rId1279" Type="http://schemas.openxmlformats.org/officeDocument/2006/relationships/image" Target="media/x2625.wmf"/><Relationship Id="rId1280" Type="http://schemas.openxmlformats.org/officeDocument/2006/relationships/image" Target="media/x2626.wmf"/><Relationship Id="rId1281" Type="http://schemas.openxmlformats.org/officeDocument/2006/relationships/image" Target="media/x2627.wmf"/><Relationship Id="rId1282" Type="http://schemas.openxmlformats.org/officeDocument/2006/relationships/image" Target="media/x2628.wmf"/><Relationship Id="rId1283" Type="http://schemas.openxmlformats.org/officeDocument/2006/relationships/image" Target="media/x2629.wmf"/><Relationship Id="rId1284" Type="http://schemas.openxmlformats.org/officeDocument/2006/relationships/image" Target="media/x2630.wmf"/><Relationship Id="rId1285" Type="http://schemas.openxmlformats.org/officeDocument/2006/relationships/image" Target="media/x2631.wmf"/><Relationship Id="rId1286" Type="http://schemas.openxmlformats.org/officeDocument/2006/relationships/image" Target="media/x2632.wmf"/><Relationship Id="rId1287" Type="http://schemas.openxmlformats.org/officeDocument/2006/relationships/image" Target="media/x2633.wmf"/><Relationship Id="rId1288" Type="http://schemas.openxmlformats.org/officeDocument/2006/relationships/image" Target="media/x2634.wmf"/><Relationship Id="rId1289" Type="http://schemas.openxmlformats.org/officeDocument/2006/relationships/image" Target="media/x2635.wmf"/><Relationship Id="rId1290" Type="http://schemas.openxmlformats.org/officeDocument/2006/relationships/image" Target="media/x2636.wmf"/><Relationship Id="rId1291" Type="http://schemas.openxmlformats.org/officeDocument/2006/relationships/image" Target="media/x2637.wmf"/><Relationship Id="rId1292" Type="http://schemas.openxmlformats.org/officeDocument/2006/relationships/image" Target="media/x2638.wmf"/><Relationship Id="rId1293" Type="http://schemas.openxmlformats.org/officeDocument/2006/relationships/image" Target="media/x2639.wmf"/><Relationship Id="rId1294" Type="http://schemas.openxmlformats.org/officeDocument/2006/relationships/image" Target="media/x2640.wmf"/><Relationship Id="rId1295" Type="http://schemas.openxmlformats.org/officeDocument/2006/relationships/image" Target="media/x2641.wmf"/><Relationship Id="rId1296" Type="http://schemas.openxmlformats.org/officeDocument/2006/relationships/image" Target="media/x2642.wmf"/><Relationship Id="rId1297" Type="http://schemas.openxmlformats.org/officeDocument/2006/relationships/image" Target="media/x2643.wmf"/><Relationship Id="rId1298" Type="http://schemas.openxmlformats.org/officeDocument/2006/relationships/image" Target="media/x2644.wmf"/><Relationship Id="rId1299" Type="http://schemas.openxmlformats.org/officeDocument/2006/relationships/image" Target="media/x2645.wmf"/><Relationship Id="rId1300" Type="http://schemas.openxmlformats.org/officeDocument/2006/relationships/image" Target="media/x2646.wmf"/><Relationship Id="rId1301" Type="http://schemas.openxmlformats.org/officeDocument/2006/relationships/image" Target="media/x2647.wmf"/><Relationship Id="rId1302" Type="http://schemas.openxmlformats.org/officeDocument/2006/relationships/image" Target="media/x2648.wmf"/><Relationship Id="rId1303" Type="http://schemas.openxmlformats.org/officeDocument/2006/relationships/image" Target="media/x2649.wmf"/><Relationship Id="rId1304" Type="http://schemas.openxmlformats.org/officeDocument/2006/relationships/image" Target="media/x2650.wmf"/><Relationship Id="rId1305" Type="http://schemas.openxmlformats.org/officeDocument/2006/relationships/image" Target="media/x2651.wmf"/><Relationship Id="rId1306" Type="http://schemas.openxmlformats.org/officeDocument/2006/relationships/image" Target="media/x2652.wmf"/><Relationship Id="rId1307" Type="http://schemas.openxmlformats.org/officeDocument/2006/relationships/image" Target="media/x2653.wmf"/><Relationship Id="rId1308" Type="http://schemas.openxmlformats.org/officeDocument/2006/relationships/image" Target="media/x2654.wmf"/><Relationship Id="rId1309" Type="http://schemas.openxmlformats.org/officeDocument/2006/relationships/image" Target="media/x2655.wmf"/><Relationship Id="rId1310" Type="http://schemas.openxmlformats.org/officeDocument/2006/relationships/image" Target="media/x2656.wmf"/><Relationship Id="rId1311" Type="http://schemas.openxmlformats.org/officeDocument/2006/relationships/image" Target="media/x2657.wmf"/><Relationship Id="rId1312" Type="http://schemas.openxmlformats.org/officeDocument/2006/relationships/image" Target="media/x2658.wmf"/><Relationship Id="rId1313" Type="http://schemas.openxmlformats.org/officeDocument/2006/relationships/image" Target="media/x2659.wmf"/><Relationship Id="rId1314" Type="http://schemas.openxmlformats.org/officeDocument/2006/relationships/image" Target="media/x2660.wmf"/><Relationship Id="rId1315" Type="http://schemas.openxmlformats.org/officeDocument/2006/relationships/image" Target="media/x2661.wmf"/><Relationship Id="rId1316" Type="http://schemas.openxmlformats.org/officeDocument/2006/relationships/image" Target="media/x2662.wmf"/><Relationship Id="rId1317" Type="http://schemas.openxmlformats.org/officeDocument/2006/relationships/image" Target="media/x2663.wmf"/><Relationship Id="rId1318" Type="http://schemas.openxmlformats.org/officeDocument/2006/relationships/image" Target="media/x2664.wmf"/><Relationship Id="rId1319" Type="http://schemas.openxmlformats.org/officeDocument/2006/relationships/image" Target="media/x2665.wmf"/><Relationship Id="rId1320" Type="http://schemas.openxmlformats.org/officeDocument/2006/relationships/image" Target="media/x2666.wmf"/><Relationship Id="rId1321" Type="http://schemas.openxmlformats.org/officeDocument/2006/relationships/image" Target="media/x2667.png"/><Relationship Id="rId1322" Type="http://schemas.openxmlformats.org/officeDocument/2006/relationships/image" Target="media/x2668.wmf"/><Relationship Id="rId1323" Type="http://schemas.openxmlformats.org/officeDocument/2006/relationships/image" Target="media/x2669.wmf"/><Relationship Id="rId1324" Type="http://schemas.openxmlformats.org/officeDocument/2006/relationships/image" Target="media/x2670.wmf"/><Relationship Id="rId1325" Type="http://schemas.openxmlformats.org/officeDocument/2006/relationships/image" Target="media/x2671.wmf"/><Relationship Id="rId1326" Type="http://schemas.openxmlformats.org/officeDocument/2006/relationships/image" Target="media/x2672.wmf"/><Relationship Id="rId1327" Type="http://schemas.openxmlformats.org/officeDocument/2006/relationships/image" Target="media/x2673.wmf"/><Relationship Id="rId1328" Type="http://schemas.openxmlformats.org/officeDocument/2006/relationships/image" Target="media/x2674.wmf"/><Relationship Id="rId1329" Type="http://schemas.openxmlformats.org/officeDocument/2006/relationships/image" Target="media/x2675.wmf"/><Relationship Id="rId1330" Type="http://schemas.openxmlformats.org/officeDocument/2006/relationships/image" Target="media/x2676.wmf"/><Relationship Id="rId1331" Type="http://schemas.openxmlformats.org/officeDocument/2006/relationships/image" Target="media/x2677.wmf"/><Relationship Id="rId1332" Type="http://schemas.openxmlformats.org/officeDocument/2006/relationships/image" Target="media/x2678.wmf"/><Relationship Id="rId1333" Type="http://schemas.openxmlformats.org/officeDocument/2006/relationships/image" Target="media/x2679.wmf"/><Relationship Id="rId1334" Type="http://schemas.openxmlformats.org/officeDocument/2006/relationships/image" Target="media/x2680.wmf"/><Relationship Id="rId1335" Type="http://schemas.openxmlformats.org/officeDocument/2006/relationships/image" Target="media/x2681.wmf"/><Relationship Id="rId1336" Type="http://schemas.openxmlformats.org/officeDocument/2006/relationships/image" Target="media/x2682.wmf"/><Relationship Id="rId1337" Type="http://schemas.openxmlformats.org/officeDocument/2006/relationships/image" Target="media/x2683.wmf"/><Relationship Id="rId1338" Type="http://schemas.openxmlformats.org/officeDocument/2006/relationships/image" Target="media/x2684.png"/><Relationship Id="rId1339" Type="http://schemas.openxmlformats.org/officeDocument/2006/relationships/image" Target="media/x2685.wmf"/><Relationship Id="rId1340" Type="http://schemas.openxmlformats.org/officeDocument/2006/relationships/image" Target="media/x2686.wmf"/><Relationship Id="rId1341" Type="http://schemas.openxmlformats.org/officeDocument/2006/relationships/image" Target="media/x2687.wmf"/><Relationship Id="rId1342" Type="http://schemas.openxmlformats.org/officeDocument/2006/relationships/image" Target="media/x2688.wmf"/><Relationship Id="rId1343" Type="http://schemas.openxmlformats.org/officeDocument/2006/relationships/image" Target="media/x2689.wmf"/><Relationship Id="rId1344" Type="http://schemas.openxmlformats.org/officeDocument/2006/relationships/image" Target="media/x2690.wmf"/><Relationship Id="rId1345" Type="http://schemas.openxmlformats.org/officeDocument/2006/relationships/image" Target="media/x2691.wmf"/><Relationship Id="rId1346" Type="http://schemas.openxmlformats.org/officeDocument/2006/relationships/image" Target="media/x2692.wmf"/><Relationship Id="rId1347" Type="http://schemas.openxmlformats.org/officeDocument/2006/relationships/image" Target="media/x2693.png"/><Relationship Id="rId1348" Type="http://schemas.openxmlformats.org/officeDocument/2006/relationships/image" Target="media/x2694.wmf"/><Relationship Id="rId1349" Type="http://schemas.openxmlformats.org/officeDocument/2006/relationships/image" Target="media/x2695.png"/><Relationship Id="rId1350" Type="http://schemas.openxmlformats.org/officeDocument/2006/relationships/image" Target="media/x2696.wmf"/><Relationship Id="rId1351" Type="http://schemas.openxmlformats.org/officeDocument/2006/relationships/image" Target="media/x2697.wmf"/><Relationship Id="rId1352" Type="http://schemas.openxmlformats.org/officeDocument/2006/relationships/image" Target="media/x2698.wmf"/><Relationship Id="rId1353" Type="http://schemas.openxmlformats.org/officeDocument/2006/relationships/image" Target="media/x2699.wmf"/><Relationship Id="rId1354" Type="http://schemas.openxmlformats.org/officeDocument/2006/relationships/image" Target="media/x2700.wmf"/><Relationship Id="rId1355" Type="http://schemas.openxmlformats.org/officeDocument/2006/relationships/image" Target="media/x2701.wmf"/><Relationship Id="rId1356" Type="http://schemas.openxmlformats.org/officeDocument/2006/relationships/image" Target="media/x2702.wmf"/><Relationship Id="rId1357" Type="http://schemas.openxmlformats.org/officeDocument/2006/relationships/image" Target="media/x2703.wmf"/><Relationship Id="rId1358" Type="http://schemas.openxmlformats.org/officeDocument/2006/relationships/image" Target="media/x2704.wmf"/><Relationship Id="rId1359" Type="http://schemas.openxmlformats.org/officeDocument/2006/relationships/image" Target="media/x270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