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20"/>
        <w:jc w:val="center"/>
      </w:pPr>
      <w:r>
        <w:rPr>
          <w:rFonts w:ascii="微软雅黑" w:hAnsi="微软雅黑" w:eastAsia="微软雅黑"/>
          <w:b/>
          <w:sz w:val="40"/>
        </w:rPr>
        <w:t>北京七年级(上)数学 最后两题答案 · 2021-2022学年</w:t>
      </w:r>
    </w:p>
    <w:p>
      <w:pPr>
        <w:spacing w:before="0" w:after="160"/>
        <w:jc w:val="center"/>
      </w:pPr>
      <w:r>
        <w:rPr>
          <w:rFonts w:ascii="仿宋" w:hAnsi="仿宋" w:eastAsia="仿宋"/>
          <w:b w:val="0"/>
          <w:sz w:val="21"/>
        </w:rPr>
        <w:t>共 64 份试卷 · 章节见 Word 导航窗格（视图→导航窗格）</w:t>
      </w:r>
    </w:p>
    <w:p>
      <w:r>
        <w:fldChar w:fldCharType="begin"/>
        <w:instrText xml:space="preserve">TOC \o "1-2" \h \z \u</w:instrText>
        <w:fldChar w:fldCharType="separate"/>
        <w:t>【目录】右键→更新域，或按 F9 生成页码定位</w:t>
        <w:fldChar w:fldCharType="end"/>
      </w:r>
    </w:p>
    <w:p>
      <w:r>
        <w:br w:type="page"/>
      </w:r>
    </w:p>
    <w:p>
      <w:pPr>
        <w:pStyle w:val="Heading1"/>
      </w:pPr>
      <w:r>
        <w:t>开学</w:t>
      </w:r>
    </w:p>
    <w:p>
      <w:pPr>
        <w:pStyle w:val="Heading2"/>
      </w:pPr>
      <w:r>
        <w:t>第四中学</w:t>
      </w:r>
    </w:p>
    <w:p>
      <w:pPr>
        <w:pStyle w:val="Normal"/>
        <w:spacing w:lineRule="auto" w:line="360"/>
        <w:jc w:val="start"/>
        <w:textAlignment w:val="center"/>
        <w:rPr>
          <w:color w:val="000000"/>
        </w:rPr>
      </w:pPr>
      <w:r>
        <w:rPr>
          <w:color w:val="000000"/>
        </w:rPr>
        <w:t xml:space="preserve">31. </w:t>
      </w:r>
      <w:r>
        <w:rPr/>
        <w:pict>
          <v:shape id="_x0000_i706596" type="_x0000_tole_rId985" style="width:325.65pt;height:31.5pt" filled="f" o:ole="">
            <v:imagedata r:id="rId10" o:title=""/>
          </v:shape>
        </w:pict>
      </w:r>
      <w:r>
        <w:rPr/>
        <w:drawing>
          <wp:inline distT="0" distB="0" distL="0" distR="0">
            <wp:extent cx="15875" cy="15875"/>
            <wp:effectExtent l="0" t="0" r="0" b="0"/>
            <wp:docPr id="2599" name="Image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 name="Image414"/>
                    <pic:cNvPicPr>
                      <a:picLocks noChangeAspect="1" noChangeArrowheads="1"/>
                    </pic:cNvPicPr>
                  </pic:nvPicPr>
                  <pic:blipFill>
                    <a:blip r:embed="rId9"/>
                    <a:srcRect l="-23" t="-70" r="-23" b="-70"/>
                    <a:stretch>
                      <a:fillRect/>
                    </a:stretch>
                  </pic:blipFill>
                  <pic:spPr bwMode="auto">
                    <a:xfrm>
                      <a:off x="0" y="0"/>
                      <a:ext cx="15875" cy="15875"/>
                    </a:xfrm>
                    <a:prstGeom prst="rect">
                      <a:avLst/>
                    </a:prstGeom>
                    <a:noFill/>
                  </pic:spPr>
                </pic:pic>
              </a:graphicData>
            </a:graphic>
          </wp:inline>
        </w:drawing>
      </w:r>
      <w:r>
        <w:rPr/>
        <w:pict>
          <v:shape id="_x0000_i706597" type="_x0000_tole_rId988" style="width:120pt;height:31.5pt" filled="f" o:ole="">
            <v:imagedata r:id="rId11" o:title=""/>
          </v:shape>
        </w:pict>
      </w:r>
    </w:p>
    <w:p>
      <w:pPr>
        <w:pStyle w:val="Normal"/>
        <w:spacing w:lineRule="auto" w:line="360"/>
        <w:textAlignment w:val="center"/>
        <w:rPr>
          <w:rFonts w:eastAsia="Times New Roman" w:cs="Times New Roman"/>
          <w:color w:val="000000"/>
        </w:rPr>
      </w:pPr>
      <w:r>
        <w:rPr>
          <w:color w:val="2E75B6"/>
        </w:rPr>
        <w:t>【答案】</w:t>
      </w:r>
      <w:r>
        <w:rPr>
          <w:rFonts w:eastAsia="Times New Roman" w:cs="Times New Roman"/>
          <w:color w:val="000000"/>
        </w:rPr>
        <w:t>1020605</w:t>
      </w:r>
      <w:r>
        <w:rPr/>
        <w:drawing>
          <wp:inline distT="0" distB="0" distL="0" distR="0">
            <wp:extent cx="15875" cy="15875"/>
            <wp:effectExtent l="0" t="0" r="0" b="0"/>
            <wp:docPr id="2601" name="Image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 name="Image415"/>
                    <pic:cNvPicPr>
                      <a:picLocks noChangeAspect="1" noChangeArrowheads="1"/>
                    </pic:cNvPicPr>
                  </pic:nvPicPr>
                  <pic:blipFill>
                    <a:blip r:embed="rId12"/>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color w:val="000000"/>
        </w:rPr>
      </w:pPr>
      <w:r>
        <w:rPr>
          <w:color w:val="2E75B6"/>
        </w:rPr>
        <w:t>【解析】</w:t>
      </w:r>
      <w:r>
        <w:rPr/>
        <w:drawing>
          <wp:inline distT="0" distB="0" distL="0" distR="0">
            <wp:extent cx="15875" cy="15875"/>
            <wp:effectExtent l="0" t="0" r="0" b="0"/>
            <wp:docPr id="2603" name="Image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 name="Image416"/>
                    <pic:cNvPicPr>
                      <a:picLocks noChangeAspect="1" noChangeArrowheads="1"/>
                    </pic:cNvPicPr>
                  </pic:nvPicPr>
                  <pic:blipFill>
                    <a:blip r:embed="rId13"/>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rFonts w:ascii="宋体;SimSun" w:hAnsi="宋体;SimSun" w:cs="宋体;SimSun"/>
          <w:color w:val="000000"/>
        </w:rPr>
      </w:pPr>
      <w:r>
        <w:rPr>
          <w:color w:val="000000"/>
        </w:rPr>
        <w:t>【分析】</w:t>
      </w:r>
      <w:r>
        <w:rPr>
          <w:rFonts w:ascii="宋体;SimSun" w:hAnsi="宋体;SimSun" w:cs="宋体;SimSun"/>
          <w:color w:val="000000"/>
        </w:rPr>
        <w:t>先根据算式找规律，把同分母的分数合成一组，然后根据高斯求和公式解答即可．</w:t>
      </w:r>
      <w:r>
        <w:rPr/>
        <w:drawing>
          <wp:inline distT="0" distB="0" distL="0" distR="0">
            <wp:extent cx="15875" cy="15875"/>
            <wp:effectExtent l="0" t="0" r="0" b="0"/>
            <wp:docPr id="2605" name="Image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 name="Image417"/>
                    <pic:cNvPicPr>
                      <a:picLocks noChangeAspect="1" noChangeArrowheads="1"/>
                    </pic:cNvPicPr>
                  </pic:nvPicPr>
                  <pic:blipFill>
                    <a:blip r:embed="rId14"/>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rFonts w:ascii="宋体;SimSun" w:hAnsi="宋体;SimSun" w:cs="宋体;SimSun"/>
          <w:color w:val="000000"/>
        </w:rPr>
      </w:pPr>
      <w:r>
        <w:rPr>
          <w:color w:val="000000"/>
        </w:rPr>
        <w:t>【详解】</w:t>
      </w:r>
      <w:r>
        <w:rPr>
          <w:rFonts w:ascii="宋体;SimSun" w:hAnsi="宋体;SimSun" w:cs="宋体;SimSun"/>
          <w:color w:val="000000"/>
        </w:rPr>
        <w:t>解：</w:t>
      </w:r>
      <w:r>
        <w:rPr/>
        <w:pict>
          <v:shape id="_x0000_i706598" type="_x0000_tole_rId993" style="width:325.65pt;height:31.5pt" filled="f" o:ole="">
            <v:imagedata r:id="rId16" o:title=""/>
          </v:shape>
        </w:pict>
      </w:r>
      <w:r>
        <w:rPr/>
        <w:drawing>
          <wp:inline distT="0" distB="0" distL="0" distR="0">
            <wp:extent cx="15875" cy="15875"/>
            <wp:effectExtent l="0" t="0" r="0" b="0"/>
            <wp:docPr id="2607" name="Image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 name="Image418"/>
                    <pic:cNvPicPr>
                      <a:picLocks noChangeAspect="1" noChangeArrowheads="1"/>
                    </pic:cNvPicPr>
                  </pic:nvPicPr>
                  <pic:blipFill>
                    <a:blip r:embed="rId15"/>
                    <a:srcRect l="-23" t="-70" r="-23" b="-70"/>
                    <a:stretch>
                      <a:fillRect/>
                    </a:stretch>
                  </pic:blipFill>
                  <pic:spPr bwMode="auto">
                    <a:xfrm>
                      <a:off x="0" y="0"/>
                      <a:ext cx="15875" cy="15875"/>
                    </a:xfrm>
                    <a:prstGeom prst="rect">
                      <a:avLst/>
                    </a:prstGeom>
                    <a:noFill/>
                  </pic:spPr>
                </pic:pic>
              </a:graphicData>
            </a:graphic>
          </wp:inline>
        </w:drawing>
      </w:r>
      <w:r>
        <w:rPr/>
        <w:pict>
          <v:shape id="_x0000_i706599" type="_x0000_tole_rId996" style="width:120pt;height:31.5pt" filled="f" o:ole="">
            <v:imagedata r:id="rId17" o:title=""/>
          </v:shape>
        </w:pict>
      </w:r>
    </w:p>
    <w:p>
      <w:pPr>
        <w:pStyle w:val="Normal"/>
        <w:spacing w:lineRule="auto" w:line="360"/>
        <w:jc w:val="start"/>
        <w:textAlignment w:val="center"/>
        <w:rPr>
          <w:rFonts w:eastAsia="Times New Roman" w:cs="Times New Roman"/>
          <w:color w:val="000000"/>
        </w:rPr>
      </w:pPr>
      <w:r>
        <w:rPr/>
        <w:pict>
          <v:shape id="_x0000_i706600" type="_x0000_tole_rId998" style="width:473.45pt;height:36pt" filled="f" o:ole="">
            <v:imagedata r:id="rId19" o:title=""/>
          </v:shape>
        </w:pict>
      </w:r>
      <w:r>
        <w:rPr>
          <w:rFonts w:eastAsia="Times New Roman" w:cs="Times New Roman"/>
          <w:color w:val="000000"/>
        </w:rPr>
        <w:t xml:space="preserve"> </w:t>
      </w:r>
      <w:r>
        <w:rPr/>
        <w:drawing>
          <wp:inline distT="0" distB="0" distL="0" distR="0">
            <wp:extent cx="15875" cy="15875"/>
            <wp:effectExtent l="0" t="0" r="0" b="0"/>
            <wp:docPr id="2609" name="Image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0" name="Image419"/>
                    <pic:cNvPicPr>
                      <a:picLocks noChangeAspect="1" noChangeArrowheads="1"/>
                    </pic:cNvPicPr>
                  </pic:nvPicPr>
                  <pic:blipFill>
                    <a:blip r:embed="rId18"/>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eastAsia="Times New Roman" w:cs="Times New Roman"/>
          <w:color w:val="000000"/>
        </w:rPr>
      </w:pPr>
      <w:r>
        <w:rPr/>
        <w:pict>
          <v:shape id="_x0000_i706601" type="_x0000_tole_rId1001" style="width:185.25pt;height:32.25pt" filled="f" o:ole="">
            <v:imagedata r:id="rId21" o:title=""/>
          </v:shape>
        </w:pict>
      </w:r>
      <w:r>
        <w:rPr>
          <w:rFonts w:eastAsia="Times New Roman" w:cs="Times New Roman"/>
          <w:color w:val="000000"/>
        </w:rPr>
        <w:t xml:space="preserve"> </w:t>
      </w:r>
      <w:r>
        <w:rPr/>
        <w:drawing>
          <wp:inline distT="0" distB="0" distL="0" distR="0">
            <wp:extent cx="15875" cy="15875"/>
            <wp:effectExtent l="0" t="0" r="0" b="0"/>
            <wp:docPr id="2611" name="Image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2" name="Image420"/>
                    <pic:cNvPicPr>
                      <a:picLocks noChangeAspect="1" noChangeArrowheads="1"/>
                    </pic:cNvPicPr>
                  </pic:nvPicPr>
                  <pic:blipFill>
                    <a:blip r:embed="rId20"/>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eastAsia="Times New Roman" w:cs="Times New Roman"/>
          <w:color w:val="000000"/>
        </w:rPr>
      </w:pPr>
      <w:r>
        <w:rPr/>
        <w:pict>
          <v:shape id="_x0000_i706602" type="_x0000_tole_rId1004" style="width:129.75pt;height:35.25pt" filled="f" o:ole="">
            <v:imagedata r:id="rId23" o:title=""/>
          </v:shape>
        </w:pict>
      </w:r>
      <w:r>
        <w:rPr>
          <w:rFonts w:eastAsia="Times New Roman" w:cs="Times New Roman"/>
          <w:color w:val="000000"/>
        </w:rPr>
        <w:t xml:space="preserve"> </w:t>
      </w:r>
      <w:r>
        <w:rPr/>
        <w:drawing>
          <wp:inline distT="0" distB="0" distL="0" distR="0">
            <wp:extent cx="15875" cy="15875"/>
            <wp:effectExtent l="0" t="0" r="0" b="0"/>
            <wp:docPr id="2613" name="Image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 name="Image421"/>
                    <pic:cNvPicPr>
                      <a:picLocks noChangeAspect="1" noChangeArrowheads="1"/>
                    </pic:cNvPicPr>
                  </pic:nvPicPr>
                  <pic:blipFill>
                    <a:blip r:embed="rId22"/>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pict>
          <v:shape id="_x0000_i706603" type="_x0000_tole_rId1007" style="width:57pt;height:12.75pt" filled="f" o:ole="">
            <v:imagedata r:id="rId25" o:title=""/>
          </v:shape>
        </w:pict>
      </w:r>
      <w:r>
        <w:rPr>
          <w:rFonts w:eastAsia="Times New Roman" w:cs="Times New Roman"/>
          <w:color w:val="000000"/>
        </w:rPr>
        <w:t xml:space="preserve"> </w:t>
      </w:r>
      <w:r>
        <w:rPr>
          <w:rFonts w:ascii="宋体;SimSun" w:hAnsi="宋体;SimSun" w:cs="宋体;SimSun"/>
          <w:color w:val="000000"/>
        </w:rPr>
        <w:t>．</w:t>
      </w:r>
      <w:r>
        <w:rPr/>
        <w:drawing>
          <wp:inline distT="0" distB="0" distL="0" distR="0">
            <wp:extent cx="15875" cy="15875"/>
            <wp:effectExtent l="0" t="0" r="0" b="0"/>
            <wp:docPr id="2615" name="Image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 name="Image422"/>
                    <pic:cNvPicPr>
                      <a:picLocks noChangeAspect="1" noChangeArrowheads="1"/>
                    </pic:cNvPicPr>
                  </pic:nvPicPr>
                  <pic:blipFill>
                    <a:blip r:embed="rId24"/>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color w:val="000000"/>
        </w:rPr>
        <w:t>【点睛】</w:t>
      </w:r>
      <w:r>
        <w:rPr>
          <w:rFonts w:ascii="宋体;SimSun" w:hAnsi="宋体;SimSun" w:cs="宋体;SimSun"/>
          <w:color w:val="000000"/>
        </w:rPr>
        <w:t>本题考查了分数的巧算，解题的关键是把分数分组，难点是利用高斯求和公式求出分子．</w:t>
      </w:r>
      <w:r>
        <w:rPr/>
        <w:drawing>
          <wp:inline distT="0" distB="0" distL="0" distR="0">
            <wp:extent cx="15875" cy="15875"/>
            <wp:effectExtent l="0" t="0" r="0" b="0"/>
            <wp:docPr id="2617" name="Image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 name="Image423"/>
                    <pic:cNvPicPr>
                      <a:picLocks noChangeAspect="1" noChangeArrowheads="1"/>
                    </pic:cNvPicPr>
                  </pic:nvPicPr>
                  <pic:blipFill>
                    <a:blip r:embed="rId26"/>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color w:val="000000"/>
        </w:rPr>
        <w:t xml:space="preserve">32. </w:t>
      </w:r>
      <w:r>
        <w:rPr>
          <w:rFonts w:ascii="宋体;SimSun" w:hAnsi="宋体;SimSun" w:cs="宋体;SimSun"/>
          <w:color w:val="000000"/>
        </w:rPr>
        <w:t>大数学家欧拉的数学名著《代数基础》中记录了一个有趣的问题：有一位父亲，临终时嘱咐他的儿子这样来分他的财产；第一个儿子分得</w:t>
      </w:r>
      <w:r>
        <w:rPr>
          <w:rFonts w:eastAsia="Times New Roman" w:cs="Times New Roman"/>
          <w:color w:val="000000"/>
        </w:rPr>
        <w:t>100</w:t>
      </w:r>
      <w:r>
        <w:rPr>
          <w:rFonts w:ascii="宋体;SimSun" w:hAnsi="宋体;SimSun" w:cs="宋体;SimSun"/>
          <w:color w:val="000000"/>
        </w:rPr>
        <w:t>克朗和剩下财产的十分之一；第二个儿子分得</w:t>
      </w:r>
      <w:r>
        <w:rPr>
          <w:rFonts w:eastAsia="Times New Roman" w:cs="Times New Roman"/>
          <w:color w:val="000000"/>
        </w:rPr>
        <w:t>200</w:t>
      </w:r>
      <w:r>
        <w:rPr>
          <w:rFonts w:ascii="宋体;SimSun" w:hAnsi="宋体;SimSun" w:cs="宋体;SimSun"/>
          <w:color w:val="000000"/>
        </w:rPr>
        <w:t>克朗和剩下财产的十分之一﹔第三个儿子分得</w:t>
      </w:r>
      <w:r>
        <w:rPr>
          <w:rFonts w:eastAsia="Times New Roman" w:cs="Times New Roman"/>
          <w:color w:val="000000"/>
        </w:rPr>
        <w:t>300</w:t>
      </w:r>
      <w:r>
        <w:rPr>
          <w:rFonts w:ascii="宋体;SimSun" w:hAnsi="宋体;SimSun" w:cs="宋体;SimSun"/>
          <w:color w:val="000000"/>
        </w:rPr>
        <w:t>克朗和剩下财产的十分之一；第四个儿子分得</w:t>
      </w:r>
      <w:r>
        <w:rPr>
          <w:rFonts w:eastAsia="Times New Roman" w:cs="Times New Roman"/>
          <w:color w:val="000000"/>
        </w:rPr>
        <w:t>400</w:t>
      </w:r>
      <w:r>
        <w:rPr>
          <w:rFonts w:ascii="宋体;SimSun" w:hAnsi="宋体;SimSun" w:cs="宋体;SimSun"/>
          <w:color w:val="000000"/>
        </w:rPr>
        <w:t>克朗和剩下财产的十分之一；……，按这种方法一直分下去，最后，每一个儿子所得财产一样多．问：这位父亲共有几个儿子？每个儿子分得多少财产？</w:t>
      </w:r>
      <w:r>
        <w:rPr/>
        <w:drawing>
          <wp:inline distT="0" distB="0" distL="0" distR="0">
            <wp:extent cx="15875" cy="15875"/>
            <wp:effectExtent l="0" t="0" r="0" b="0"/>
            <wp:docPr id="2619" name="Image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0" name="Image424"/>
                    <pic:cNvPicPr>
                      <a:picLocks noChangeAspect="1" noChangeArrowheads="1"/>
                    </pic:cNvPicPr>
                  </pic:nvPicPr>
                  <pic:blipFill>
                    <a:blip r:embed="rId27"/>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rFonts w:eastAsia="Times New Roman" w:cs="Times New Roman"/>
          <w:color w:val="000000"/>
        </w:rPr>
      </w:pPr>
      <w:r>
        <w:rPr>
          <w:color w:val="2E75B6"/>
        </w:rPr>
        <w:t>【答案】</w:t>
      </w:r>
      <w:r>
        <w:rPr>
          <w:rFonts w:eastAsia="Times New Roman" w:cs="Times New Roman"/>
          <w:color w:val="000000"/>
        </w:rPr>
        <w:t>9</w:t>
      </w:r>
      <w:r>
        <w:rPr>
          <w:rFonts w:ascii="宋体;SimSun" w:hAnsi="宋体;SimSun" w:cs="宋体;SimSun"/>
          <w:color w:val="000000"/>
        </w:rPr>
        <w:t>；</w:t>
      </w:r>
      <w:r>
        <w:rPr>
          <w:rFonts w:eastAsia="Times New Roman" w:cs="Times New Roman"/>
          <w:color w:val="000000"/>
        </w:rPr>
        <w:t>900</w:t>
      </w:r>
      <w:r>
        <w:rPr/>
        <w:drawing>
          <wp:inline distT="0" distB="0" distL="0" distR="0">
            <wp:extent cx="15875" cy="15875"/>
            <wp:effectExtent l="0" t="0" r="0" b="0"/>
            <wp:docPr id="2621" name="Image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 name="Image425"/>
                    <pic:cNvPicPr>
                      <a:picLocks noChangeAspect="1" noChangeArrowheads="1"/>
                    </pic:cNvPicPr>
                  </pic:nvPicPr>
                  <pic:blipFill>
                    <a:blip r:embed="rId28"/>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color w:val="000000"/>
        </w:rPr>
      </w:pPr>
      <w:r>
        <w:rPr>
          <w:color w:val="2E75B6"/>
        </w:rPr>
        <w:t>【解析】</w:t>
      </w:r>
      <w:r>
        <w:rPr/>
        <w:drawing>
          <wp:inline distT="0" distB="0" distL="0" distR="0">
            <wp:extent cx="15875" cy="15875"/>
            <wp:effectExtent l="0" t="0" r="0" b="0"/>
            <wp:docPr id="2623" name="Image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4" name="Image426"/>
                    <pic:cNvPicPr>
                      <a:picLocks noChangeAspect="1" noChangeArrowheads="1"/>
                    </pic:cNvPicPr>
                  </pic:nvPicPr>
                  <pic:blipFill>
                    <a:blip r:embed="rId29"/>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rFonts w:ascii="宋体;SimSun" w:hAnsi="宋体;SimSun" w:cs="宋体;SimSun"/>
          <w:color w:val="000000"/>
        </w:rPr>
      </w:pPr>
      <w:r>
        <w:rPr>
          <w:color w:val="000000"/>
        </w:rPr>
        <w:t>【分析】</w:t>
      </w:r>
      <w:r>
        <w:rPr>
          <w:rFonts w:ascii="宋体;SimSun" w:hAnsi="宋体;SimSun" w:cs="宋体;SimSun"/>
          <w:color w:val="000000"/>
        </w:rPr>
        <w:t>设遗产总数为</w:t>
      </w:r>
      <w:r>
        <w:rPr/>
        <w:pict>
          <v:shape id="_x0000_i706604" type="_x0000_tole_rId1014" style="width:9.65pt;height:11.3pt" filled="f" o:ole="">
            <v:imagedata r:id="rId31" o:title=""/>
          </v:shape>
        </w:pict>
      </w:r>
      <w:r>
        <w:rPr>
          <w:rFonts w:ascii="宋体;SimSun" w:hAnsi="宋体;SimSun" w:cs="宋体;SimSun"/>
          <w:color w:val="000000"/>
        </w:rPr>
        <w:t>克朗，根据题意可表示出第一个和第二个儿子分别获得的遗产，然后根据每个儿子分得一样多列出一元一次方程，从而求出总的遗产数，由此可得第一个儿子获得的遗产，即可得到每个儿子获得的遗产，从而求出总人数即可．</w:t>
      </w:r>
      <w:r>
        <w:rPr/>
        <w:drawing>
          <wp:inline distT="0" distB="0" distL="0" distR="0">
            <wp:extent cx="15875" cy="15875"/>
            <wp:effectExtent l="0" t="0" r="0" b="0"/>
            <wp:docPr id="2625" name="Image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 name="Image427"/>
                    <pic:cNvPicPr>
                      <a:picLocks noChangeAspect="1" noChangeArrowheads="1"/>
                    </pic:cNvPicPr>
                  </pic:nvPicPr>
                  <pic:blipFill>
                    <a:blip r:embed="rId30"/>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textAlignment w:val="center"/>
        <w:rPr>
          <w:rFonts w:ascii="宋体;SimSun" w:hAnsi="宋体;SimSun" w:cs="宋体;SimSun"/>
          <w:color w:val="000000"/>
        </w:rPr>
      </w:pPr>
      <w:r>
        <w:rPr>
          <w:color w:val="000000"/>
        </w:rPr>
        <w:t>【详解】</w:t>
      </w:r>
      <w:r>
        <w:rPr>
          <w:rFonts w:ascii="宋体;SimSun" w:hAnsi="宋体;SimSun" w:cs="宋体;SimSun"/>
          <w:color w:val="000000"/>
        </w:rPr>
        <w:t>解：设遗产总数为</w:t>
      </w:r>
      <w:r>
        <w:rPr/>
        <w:pict>
          <v:shape id="_x0000_i706605" type="_x0000_tole_rId1017" style="width:9.65pt;height:11.3pt" filled="f" o:ole="">
            <v:imagedata r:id="rId33" o:title=""/>
          </v:shape>
        </w:pict>
      </w:r>
      <w:r>
        <w:rPr>
          <w:rFonts w:ascii="宋体;SimSun" w:hAnsi="宋体;SimSun" w:cs="宋体;SimSun"/>
          <w:color w:val="000000"/>
        </w:rPr>
        <w:t>克朗，则：</w:t>
      </w:r>
      <w:r>
        <w:rPr/>
        <w:drawing>
          <wp:inline distT="0" distB="0" distL="0" distR="0">
            <wp:extent cx="15875" cy="15875"/>
            <wp:effectExtent l="0" t="0" r="0" b="0"/>
            <wp:docPr id="2627" name="Image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 name="Image428"/>
                    <pic:cNvPicPr>
                      <a:picLocks noChangeAspect="1" noChangeArrowheads="1"/>
                    </pic:cNvPicPr>
                  </pic:nvPicPr>
                  <pic:blipFill>
                    <a:blip r:embed="rId32"/>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第一个儿子分得：</w:t>
      </w:r>
      <w:r>
        <w:rPr/>
        <w:pict>
          <v:shape id="_x0000_i706606" type="_x0000_tole_rId1020" style="width:142pt;height:31pt" filled="f" o:ole="">
            <v:imagedata r:id="rId35" o:title=""/>
          </v:shape>
        </w:pict>
      </w:r>
      <w:r>
        <w:rPr>
          <w:rFonts w:ascii="宋体;SimSun" w:hAnsi="宋体;SimSun" w:cs="宋体;SimSun"/>
          <w:color w:val="000000"/>
        </w:rPr>
        <w:t>；</w:t>
      </w:r>
      <w:r>
        <w:rPr/>
        <w:drawing>
          <wp:inline distT="0" distB="0" distL="0" distR="0">
            <wp:extent cx="15875" cy="15875"/>
            <wp:effectExtent l="0" t="0" r="0" b="0"/>
            <wp:docPr id="2629" name="Image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 name="Image429"/>
                    <pic:cNvPicPr>
                      <a:picLocks noChangeAspect="1" noChangeArrowheads="1"/>
                    </pic:cNvPicPr>
                  </pic:nvPicPr>
                  <pic:blipFill>
                    <a:blip r:embed="rId34"/>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第二个儿子分得：</w:t>
      </w:r>
      <w:r>
        <w:rPr/>
        <w:pict>
          <v:shape id="_x0000_i706607" type="_x0000_tole_rId1023" style="width:221pt;height:36pt" filled="f" o:ole="">
            <v:imagedata r:id="rId37" o:title=""/>
          </v:shape>
        </w:pict>
      </w:r>
      <w:r>
        <w:rPr>
          <w:rFonts w:ascii="宋体;SimSun" w:hAnsi="宋体;SimSun" w:cs="宋体;SimSun"/>
          <w:color w:val="000000"/>
        </w:rPr>
        <w:t>；</w:t>
      </w:r>
      <w:r>
        <w:rPr/>
        <w:drawing>
          <wp:inline distT="0" distB="0" distL="0" distR="0">
            <wp:extent cx="15875" cy="15875"/>
            <wp:effectExtent l="0" t="0" r="0" b="0"/>
            <wp:docPr id="2631" name="Image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 name="Image430"/>
                    <pic:cNvPicPr>
                      <a:picLocks noChangeAspect="1" noChangeArrowheads="1"/>
                    </pic:cNvPicPr>
                  </pic:nvPicPr>
                  <pic:blipFill>
                    <a:blip r:embed="rId36"/>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每一个儿子所得财产一样多，</w:t>
      </w:r>
      <w:r>
        <w:rPr/>
        <w:drawing>
          <wp:inline distT="0" distB="0" distL="0" distR="0">
            <wp:extent cx="15875" cy="15875"/>
            <wp:effectExtent l="0" t="0" r="0" b="0"/>
            <wp:docPr id="2633" name="Image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 name="Image431"/>
                    <pic:cNvPicPr>
                      <a:picLocks noChangeAspect="1" noChangeArrowheads="1"/>
                    </pic:cNvPicPr>
                  </pic:nvPicPr>
                  <pic:blipFill>
                    <a:blip r:embed="rId38"/>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6608" type="_x0000_tole_rId1027" style="width:111pt;height:31pt" filled="f" o:ole="">
            <v:imagedata r:id="rId40" o:title=""/>
          </v:shape>
        </w:pict>
      </w:r>
      <w:r>
        <w:rPr>
          <w:rFonts w:ascii="宋体;SimSun" w:hAnsi="宋体;SimSun" w:cs="宋体;SimSun"/>
          <w:color w:val="000000"/>
        </w:rPr>
        <w:t>，</w:t>
      </w:r>
      <w:r>
        <w:rPr/>
        <w:drawing>
          <wp:inline distT="0" distB="0" distL="0" distR="0">
            <wp:extent cx="15875" cy="15875"/>
            <wp:effectExtent l="0" t="0" r="0" b="0"/>
            <wp:docPr id="2635" name="Image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 name="Image432"/>
                    <pic:cNvPicPr>
                      <a:picLocks noChangeAspect="1" noChangeArrowheads="1"/>
                    </pic:cNvPicPr>
                  </pic:nvPicPr>
                  <pic:blipFill>
                    <a:blip r:embed="rId39"/>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解得：</w:t>
      </w:r>
      <w:r>
        <w:rPr/>
        <w:pict>
          <v:shape id="_x0000_i706609" type="_x0000_tole_rId1030" style="width:45pt;height:13.85pt" filled="f" o:ole="">
            <v:imagedata r:id="rId42" o:title=""/>
          </v:shape>
        </w:pict>
      </w:r>
      <w:r>
        <w:rPr>
          <w:rFonts w:ascii="宋体;SimSun" w:hAnsi="宋体;SimSun" w:cs="宋体;SimSun"/>
          <w:color w:val="000000"/>
        </w:rPr>
        <w:t>，</w:t>
      </w:r>
      <w:r>
        <w:rPr/>
        <w:drawing>
          <wp:inline distT="0" distB="0" distL="0" distR="0">
            <wp:extent cx="15875" cy="15875"/>
            <wp:effectExtent l="0" t="0" r="0" b="0"/>
            <wp:docPr id="2637" name="Image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8" name="Image433"/>
                    <pic:cNvPicPr>
                      <a:picLocks noChangeAspect="1" noChangeArrowheads="1"/>
                    </pic:cNvPicPr>
                  </pic:nvPicPr>
                  <pic:blipFill>
                    <a:blip r:embed="rId41"/>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遗产共有</w:t>
      </w:r>
      <w:r>
        <w:rPr>
          <w:rFonts w:eastAsia="Times New Roman" w:cs="Times New Roman"/>
          <w:color w:val="000000"/>
        </w:rPr>
        <w:t>8100</w:t>
      </w:r>
      <w:r>
        <w:rPr>
          <w:rFonts w:ascii="宋体;SimSun" w:hAnsi="宋体;SimSun" w:cs="宋体;SimSun"/>
          <w:color w:val="000000"/>
        </w:rPr>
        <w:t>克朗，</w:t>
      </w:r>
      <w:r>
        <w:rPr/>
        <w:drawing>
          <wp:inline distT="0" distB="0" distL="0" distR="0">
            <wp:extent cx="15875" cy="15875"/>
            <wp:effectExtent l="0" t="0" r="0" b="0"/>
            <wp:docPr id="2639" name="Image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 name="Image434"/>
                    <pic:cNvPicPr>
                      <a:picLocks noChangeAspect="1" noChangeArrowheads="1"/>
                    </pic:cNvPicPr>
                  </pic:nvPicPr>
                  <pic:blipFill>
                    <a:blip r:embed="rId43"/>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则第一个儿子分得：</w:t>
      </w:r>
      <w:r>
        <w:rPr/>
        <w:pict>
          <v:shape id="_x0000_i706610" type="_x0000_tole_rId1034" style="width:135pt;height:31pt" filled="f" o:ole="">
            <v:imagedata r:id="rId45" o:title=""/>
          </v:shape>
        </w:pict>
      </w:r>
      <w:r>
        <w:rPr>
          <w:rFonts w:ascii="宋体;SimSun" w:hAnsi="宋体;SimSun" w:cs="宋体;SimSun"/>
          <w:color w:val="000000"/>
        </w:rPr>
        <w:t>（克朗），</w:t>
      </w:r>
      <w:r>
        <w:rPr/>
        <w:drawing>
          <wp:inline distT="0" distB="0" distL="0" distR="0">
            <wp:extent cx="15875" cy="15875"/>
            <wp:effectExtent l="0" t="0" r="0" b="0"/>
            <wp:docPr id="2641" name="Image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 name="Image435"/>
                    <pic:cNvPicPr>
                      <a:picLocks noChangeAspect="1" noChangeArrowheads="1"/>
                    </pic:cNvPicPr>
                  </pic:nvPicPr>
                  <pic:blipFill>
                    <a:blip r:embed="rId44"/>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即：每个儿子分得</w:t>
      </w:r>
      <w:r>
        <w:rPr>
          <w:rFonts w:eastAsia="Times New Roman" w:cs="Times New Roman"/>
          <w:color w:val="000000"/>
        </w:rPr>
        <w:t>900</w:t>
      </w:r>
      <w:r>
        <w:rPr>
          <w:rFonts w:ascii="宋体;SimSun" w:hAnsi="宋体;SimSun" w:cs="宋体;SimSun"/>
          <w:color w:val="000000"/>
        </w:rPr>
        <w:t>克朗，</w:t>
      </w:r>
      <w:r>
        <w:rPr/>
        <w:drawing>
          <wp:inline distT="0" distB="0" distL="0" distR="0">
            <wp:extent cx="15875" cy="15875"/>
            <wp:effectExtent l="0" t="0" r="0" b="0"/>
            <wp:docPr id="2643" name="Image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 name="Image436"/>
                    <pic:cNvPicPr>
                      <a:picLocks noChangeAspect="1" noChangeArrowheads="1"/>
                    </pic:cNvPicPr>
                  </pic:nvPicPr>
                  <pic:blipFill>
                    <a:blip r:embed="rId46"/>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儿子共有：</w:t>
      </w:r>
      <w:r>
        <w:rPr/>
        <w:pict>
          <v:shape id="_x0000_i706611" type="_x0000_tole_rId1038" style="width:72.75pt;height:14.25pt" filled="f" o:ole="">
            <v:imagedata r:id="rId48" o:title=""/>
          </v:shape>
        </w:pict>
      </w:r>
      <w:r>
        <w:rPr>
          <w:rFonts w:ascii="宋体;SimSun" w:hAnsi="宋体;SimSun" w:cs="宋体;SimSun"/>
          <w:color w:val="000000"/>
        </w:rPr>
        <w:t>（人），</w:t>
      </w:r>
      <w:r>
        <w:rPr/>
        <w:drawing>
          <wp:inline distT="0" distB="0" distL="0" distR="0">
            <wp:extent cx="15875" cy="15875"/>
            <wp:effectExtent l="0" t="0" r="0" b="0"/>
            <wp:docPr id="2645" name="Image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 name="Image437"/>
                    <pic:cNvPicPr>
                      <a:picLocks noChangeAspect="1" noChangeArrowheads="1"/>
                    </pic:cNvPicPr>
                  </pic:nvPicPr>
                  <pic:blipFill>
                    <a:blip r:embed="rId47"/>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这位父亲共有</w:t>
      </w:r>
      <w:r>
        <w:rPr>
          <w:rFonts w:eastAsia="Times New Roman" w:cs="Times New Roman"/>
          <w:color w:val="000000"/>
        </w:rPr>
        <w:t>9</w:t>
      </w:r>
      <w:r>
        <w:rPr>
          <w:rFonts w:ascii="宋体;SimSun" w:hAnsi="宋体;SimSun" w:cs="宋体;SimSun"/>
          <w:color w:val="000000"/>
        </w:rPr>
        <w:t>个儿子，每个儿子分得</w:t>
      </w:r>
      <w:r>
        <w:rPr>
          <w:rFonts w:eastAsia="Times New Roman" w:cs="Times New Roman"/>
          <w:color w:val="000000"/>
        </w:rPr>
        <w:t>900</w:t>
      </w:r>
      <w:r>
        <w:rPr>
          <w:rFonts w:ascii="宋体;SimSun" w:hAnsi="宋体;SimSun" w:cs="宋体;SimSun"/>
          <w:color w:val="000000"/>
        </w:rPr>
        <w:t>克朗．</w:t>
      </w:r>
      <w:r>
        <w:rPr/>
        <w:drawing>
          <wp:inline distT="0" distB="0" distL="0" distR="0">
            <wp:extent cx="15875" cy="15875"/>
            <wp:effectExtent l="0" t="0" r="0" b="0"/>
            <wp:docPr id="2647" name="Image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 name="Image438"/>
                    <pic:cNvPicPr>
                      <a:picLocks noChangeAspect="1" noChangeArrowheads="1"/>
                    </pic:cNvPicPr>
                  </pic:nvPicPr>
                  <pic:blipFill>
                    <a:blip r:embed="rId49"/>
                    <a:srcRect l="-23" t="-70" r="-23" b="-70"/>
                    <a:stretch>
                      <a:fillRect/>
                    </a:stretch>
                  </pic:blipFill>
                  <pic:spPr bwMode="auto">
                    <a:xfrm>
                      <a:off x="0" y="0"/>
                      <a:ext cx="15875" cy="1587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color w:val="000000"/>
        </w:rPr>
        <w:t>【点睛】</w:t>
      </w:r>
      <w:r>
        <w:rPr>
          <w:rFonts w:ascii="宋体;SimSun" w:hAnsi="宋体;SimSun" w:cs="宋体;SimSun"/>
          <w:color w:val="000000"/>
        </w:rPr>
        <w:t>本题考查一元一次方程的实际应用，理解题意，准确设出未知数，并建立方程求解是解题关键．</w:t>
      </w:r>
      <w:r>
        <w:rPr/>
        <w:drawing>
          <wp:inline distT="0" distB="0" distL="0" distR="0">
            <wp:extent cx="15875" cy="15875"/>
            <wp:effectExtent l="0" t="0" r="0" b="0"/>
            <wp:docPr id="2649" name="Image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0" name="Image439"/>
                    <pic:cNvPicPr>
                      <a:picLocks noChangeAspect="1" noChangeArrowheads="1"/>
                    </pic:cNvPicPr>
                  </pic:nvPicPr>
                  <pic:blipFill>
                    <a:blip r:embed="rId50"/>
                    <a:srcRect l="-23" t="-70" r="-23" b="-70"/>
                    <a:stretch>
                      <a:fillRect/>
                    </a:stretch>
                  </pic:blipFill>
                  <pic:spPr bwMode="auto">
                    <a:xfrm>
                      <a:off x="0" y="0"/>
                      <a:ext cx="15875" cy="15875"/>
                    </a:xfrm>
                    <a:prstGeom prst="rect">
                      <a:avLst/>
                    </a:prstGeom>
                    <a:noFill/>
                  </pic:spPr>
                </pic:pic>
              </a:graphicData>
            </a:graphic>
          </wp:inline>
        </w:drawing>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6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3" name="图片 1"/>
                    <pic:cNvPicPr>
                      <a:picLocks noChangeAspect="1" noChangeArrowheads="1"/>
                    </pic:cNvPicPr>
                  </pic:nvPicPr>
                  <pic:blipFill>
                    <a:blip r:embed="rId51"/>
                    <a:srcRect l="-21" t="-74" r="-21" b="-74"/>
                    <a:stretch>
                      <a:fillRect/>
                    </a:stretch>
                  </pic:blipFill>
                  <pic:spPr bwMode="auto">
                    <a:xfrm>
                      <a:off x="0" y="0"/>
                      <a:ext cx="1724025" cy="485775"/>
                    </a:xfrm>
                    <a:prstGeom prst="rect">
                      <a:avLst/>
                    </a:prstGeom>
                    <a:noFill/>
                  </pic:spPr>
                </pic:pic>
              </a:graphicData>
            </a:graphic>
          </wp:inline>
        </w:drawing>
      </w:r>
      <w:r>
        <w:rPr/>
        <w:drawing>
          <wp:inline distT="0" distB="0" distL="0" distR="0">
            <wp:extent cx="15875" cy="15875"/>
            <wp:effectExtent l="0" t="0" r="0" b="0"/>
            <wp:docPr id="2652" name="Image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4" name="Image440"/>
                    <pic:cNvPicPr>
                      <a:picLocks noChangeAspect="1" noChangeArrowheads="1"/>
                    </pic:cNvPicPr>
                  </pic:nvPicPr>
                  <pic:blipFill>
                    <a:blip r:embed="rId52"/>
                    <a:srcRect l="-23" t="-70" r="-23" b="-70"/>
                    <a:stretch>
                      <a:fillRect/>
                    </a:stretch>
                  </pic:blipFill>
                  <pic:spPr bwMode="auto">
                    <a:xfrm>
                      <a:off x="0" y="0"/>
                      <a:ext cx="15875" cy="15875"/>
                    </a:xfrm>
                    <a:prstGeom prst="rect">
                      <a:avLst/>
                    </a:prstGeom>
                    <a:noFill/>
                  </pic:spPr>
                </pic:pic>
              </a:graphicData>
            </a:graphic>
          </wp:inline>
        </w:drawing>
      </w:r>
    </w:p>
    <w:p>
      <w:pPr>
        <w:pStyle w:val="Heading1"/>
      </w:pPr>
      <w:r>
        <w:t>月考</w:t>
      </w:r>
    </w:p>
    <w:p>
      <w:pPr>
        <w:pStyle w:val="Heading2"/>
      </w:pPr>
      <w:r>
        <w:t>海淀实验中学（10月月考）</w:t>
      </w:r>
    </w:p>
    <w:p>
      <w:pPr>
        <w:spacing w:line="360" w:lineRule="auto"/>
        <w:jc w:val="left"/>
        <w:textAlignment w:val="center"/>
        <w:rPr>
          <w:color w:val="000000"/>
        </w:rPr>
      </w:pPr>
      <w:r>
        <w:rPr>
          <w:color w:val="000000"/>
        </w:rPr>
        <w:t xml:space="preserve">23. </w:t>
      </w:r>
      <w:r>
        <w:rPr>
          <w:rFonts w:ascii="宋体" w:eastAsia="宋体" w:hAnsi="宋体" w:cs="宋体"/>
          <w:color w:val="000000"/>
        </w:rPr>
        <w:t>观察：</w:t>
      </w:r>
      <w:r>
        <w:pict>
          <v:shape id="_x0000_i706612" type="#_x0000_t75" alt="学科网(www.zxxk.com)--教育资源门户，提供试卷、教案、课件、论文、素材以及各类教学资源下载，还有大量而丰富的教学相关资讯！" style="width:189.75pt;height:30.75pt" o:oleicon="f" o:ole="">
            <v:imagedata r:id="rId53" o:title="eqId936a9b4a30a77570e793373587b99676"/>
          </v:shape>
        </w:pict>
      </w:r>
      <w:r>
        <w:rPr>
          <w:rFonts w:ascii="宋体" w:eastAsia="宋体" w:hAnsi="宋体" w:cs="宋体"/>
          <w:color w:val="000000"/>
        </w:rPr>
        <w:t>，将以上三个等式分别相加得：</w:t>
      </w:r>
      <w:r>
        <w:pict>
          <v:shape id="_x0000_i706613" type="#_x0000_t75" alt="学科网(www.zxxk.com)--教育资源门户，提供试卷、教案、课件、论文、素材以及各类教学资源下载，还有大量而丰富的教学相关资讯！" style="width:253.2pt;height:30.55pt" o:oleicon="f" o:ole="">
            <v:imagedata r:id="rId54" o:title="eqId803b4243a314353ccc0e2b7ea67bafc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）直接写出计算结果：</w:t>
      </w:r>
      <w:r>
        <w:pict>
          <v:shape id="_x0000_i706614" type="#_x0000_t75" alt="学科网(www.zxxk.com)--教育资源门户，提供试卷、教案、课件、论文、素材以及各类教学资源下载，还有大量而丰富的教学相关资讯！" style="width:159.75pt;height:33pt" o:oleicon="f" o:ole="">
            <v:imagedata r:id="rId55" o:title="eqId35097b40602b025be6e698d2d9897b7a"/>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）探究计算：</w:t>
      </w:r>
      <w:r>
        <w:pict>
          <v:shape id="_x0000_i706615" type="#_x0000_t75" alt="学科网(www.zxxk.com)--教育资源门户，提供试卷、教案、课件、论文、素材以及各类教学资源下载，还有大量而丰富的教学相关资讯！" style="width:177pt;height:30pt;mso-position-horizontal-relative:page;mso-position-vertical-relative:page" o:oleicon="f" o:ole="">
            <v:imagedata r:id="rId56" o:title="eqIdd8d3353e0f2dc291ae903b53c06b421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满足</w:t>
      </w:r>
      <w:r>
        <w:pict>
          <v:shape id="_x0000_i706616" type="#_x0000_t75" alt="学科网(www.zxxk.com)--教育资源门户，提供试卷、教案、课件、论文、素材以及各类教学资源下载，还有大量而丰富的教学相关资讯！" style="width:103.8pt;height:22.2pt" o:oleicon="f" o:ole="">
            <v:imagedata r:id="rId57" o:title="eqIdf7752fc69a28cd7e1cb4ea53cb0f24ef"/>
          </v:shape>
        </w:pict>
      </w:r>
      <w:r>
        <w:rPr>
          <w:rFonts w:ascii="宋体" w:eastAsia="宋体" w:hAnsi="宋体" w:cs="宋体"/>
          <w:color w:val="000000"/>
        </w:rPr>
        <w:t>，试求</w:t>
      </w:r>
      <w:r>
        <w:pict>
          <v:shape id="_x0000_i706617" type="#_x0000_t75" alt="学科网(www.zxxk.com)--教育资源门户，提供试卷、教案、课件、论文、素材以及各类教学资源下载，还有大量而丰富的教学相关资讯！" style="width:293.8pt;height:33.1pt" o:oleicon="f" o:ole="">
            <v:imagedata r:id="rId58" o:title="eqIdaafbb435700866a59994bcaf1d82da9a"/>
          </v:shape>
        </w:pic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618" type="#_x0000_t75" alt="学科网(www.zxxk.com)--教育资源门户，提供试卷、教案、课件、论文、素材以及各类教学资源下载，还有大量而丰富的教学相关资讯！" style="width:26.25pt;height:30.75pt" o:oleicon="f" o:ole="">
            <v:imagedata r:id="rId59" o:title="eqId9111ae92b8729dc995a19696d2560533"/>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619" type="#_x0000_t75" alt="学科网(www.zxxk.com)--教育资源门户，提供试卷、教案、课件、论文、素材以及各类教学资源下载，还有大量而丰富的教学相关资讯！" style="width:30pt;height:31pt" o:oleicon="f" o:ole="">
            <v:imagedata r:id="rId60" o:title="eqId1b6d3f6f471c791c0ee9093205585c8a"/>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6620" type="#_x0000_t75" alt="学科网(www.zxxk.com)--教育资源门户，提供试卷、教案、课件、论文、素材以及各类教学资源下载，还有大量而丰富的教学相关资讯！" style="width:30.25pt;height:30.85pt" o:oleicon="f" o:ole="">
            <v:imagedata r:id="rId61" o:title="eqIdd00591e329216525c6f058b61c083e00"/>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）根据题目中的等式，可以写出相应的猜想；</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）根据所求式子的特点，将所求式子裂项，然后计算即可；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pict>
          <v:shape id="_x0000_i706621" type="#_x0000_t75" alt="学科网(www.zxxk.com)--教育资源门户，提供试卷、教案、课件、论文、素材以及各类教学资源下载，还有大量而丰富的教学相关资讯！" style="width:103.8pt;height:22.2pt" o:oleicon="f" o:ole="">
            <v:imagedata r:id="rId62" o:title="eqIdf7752fc69a28cd7e1cb4ea53cb0f24ef"/>
          </v:shape>
        </w:pict>
      </w:r>
      <w:r>
        <w:rPr>
          <w:rFonts w:ascii="宋体" w:eastAsia="宋体" w:hAnsi="宋体" w:cs="宋体"/>
          <w:color w:val="000000"/>
        </w:rPr>
        <w:t>，可以得到</w:t>
      </w:r>
      <w:r>
        <w:pict>
          <v:shape id="_x0000_i706622" type="#_x0000_t75" alt="学科网(www.zxxk.com)--教育资源门户，提供试卷、教案、课件、论文、素材以及各类教学资源下载，还有大量而丰富的教学相关资讯！" style="width:9pt;height:9.75pt" o:oleicon="f" o:ole="">
            <v:imagedata r:id="rId63" o:title="eqId0a6936d370d6a238a608ca56f87198de"/>
          </v:shape>
        </w:pict>
      </w:r>
      <w:r>
        <w:rPr>
          <w:rFonts w:ascii="宋体" w:eastAsia="宋体" w:hAnsi="宋体" w:cs="宋体"/>
          <w:color w:val="000000"/>
        </w:rPr>
        <w:t>、</w:t>
      </w:r>
      <w:r>
        <w:pict>
          <v:shape id="_x0000_i706623" type="#_x0000_t75" alt="学科网(www.zxxk.com)--教育资源门户，提供试卷、教案、课件、论文、素材以及各类教学资源下载，还有大量而丰富的教学相关资讯！" style="width:9.9pt;height:14.35pt" o:oleicon="f" o:ole="">
            <v:imagedata r:id="rId64" o:title="eqId2c94bb12cee76221e13f9ef955b0aab1"/>
          </v:shape>
        </w:pict>
      </w:r>
      <w:r>
        <w:rPr>
          <w:rFonts w:ascii="宋体" w:eastAsia="宋体" w:hAnsi="宋体" w:cs="宋体"/>
          <w:color w:val="000000"/>
        </w:rPr>
        <w:t>的值，然后即可求得所求式子的值．</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）原式</w:t>
      </w:r>
      <w:r>
        <w:pict>
          <v:shape id="_x0000_i706624" type="#_x0000_t75" alt="学科网(www.zxxk.com)--教育资源门户，提供试卷、教案、课件、论文、素材以及各类教学资源下载，还有大量而丰富的教学相关资讯！" style="width:180.75pt;height:30.75pt" o:oleicon="f" o:ole="">
            <v:imagedata r:id="rId65" o:title="eqIda3afdd4813dc5db045160bf3d3b41a72"/>
          </v:shape>
        </w:pict>
      </w:r>
      <w:r>
        <w:pict>
          <v:shape id="_x0000_i706625" type="#_x0000_t75" alt="学科网(www.zxxk.com)--教育资源门户，提供试卷、教案、课件、论文、素材以及各类教学资源下载，还有大量而丰富的教学相关资讯！" style="width:44pt;height:27pt" o:oleicon="f" o:ole="">
            <v:imagedata r:id="rId66" o:title="eqId51c619b74b3444e99a5ae43bfc44006a"/>
          </v:shape>
        </w:pict>
      </w:r>
      <w:r>
        <w:pict>
          <v:shape id="_x0000_i706626" type="#_x0000_t75" alt="学科网(www.zxxk.com)--教育资源门户，提供试卷、教案、课件、论文、素材以及各类教学资源下载，还有大量而丰富的教学相关资讯！" style="width:36pt;height:31.2pt" o:oleicon="f" o:ole="">
            <v:imagedata r:id="rId67" o:title="eqId6394b5212ccd85e399a0e3542760be2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6627" type="#_x0000_t75" alt="学科网(www.zxxk.com)--教育资源门户，提供试卷、教案、课件、论文、素材以及各类教学资源下载，还有大量而丰富的教学相关资讯！" style="width:26.25pt;height:30.75pt" o:oleicon="f" o:ole="">
            <v:imagedata r:id="rId68" o:title="eqId9111ae92b8729dc995a19696d256053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）原式</w:t>
      </w:r>
      <w:r>
        <w:pict>
          <v:shape id="_x0000_i706628" type="#_x0000_t75" alt="学科网(www.zxxk.com)--教育资源门户，提供试卷、教案、课件、论文、素材以及各类教学资源下载，还有大量而丰富的教学相关资讯！" style="width:208.8pt;height:34.2pt" o:oleicon="f" o:ole="">
            <v:imagedata r:id="rId69" o:title="eqId486e71e0d217d5c68296a0ba02ae1a64"/>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6629" type="#_x0000_t75" alt="学科网(www.zxxk.com)--教育资源门户，提供试卷、教案、课件、论文、素材以及各类教学资源下载，还有大量而丰富的教学相关资讯！" style="width:219pt;height:34.2pt" o:oleicon="f" o:ole="">
            <v:imagedata r:id="rId70" o:title="eqIdaac049ce2c141e065dc04983e89c1293"/>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6630" type="#_x0000_t75" alt="学科网(www.zxxk.com)--教育资源门户，提供试卷、教案、课件、论文、素材以及各类教学资源下载，还有大量而丰富的教学相关资讯！" style="width:55.2pt;height:31.2pt" o:oleicon="f" o:ole="">
            <v:imagedata r:id="rId71" o:title="eqIddba12c675ca2761c1c58140907085bf1"/>
          </v:shape>
        </w:pict>
      </w:r>
    </w:p>
    <w:p>
      <w:pPr>
        <w:spacing w:line="360" w:lineRule="auto"/>
        <w:jc w:val="left"/>
        <w:textAlignment w:val="center"/>
        <w:rPr>
          <w:color w:val="000000"/>
        </w:rPr>
      </w:pPr>
      <w:r>
        <w:pict>
          <v:shape id="_x0000_i706631" type="#_x0000_t75" alt="学科网(www.zxxk.com)--教育资源门户，提供试卷、教案、课件、论文、素材以及各类教学资源下载，还有大量而丰富的教学相关资讯！" style="width:39pt;height:31.2pt" o:oleicon="f" o:ole="">
            <v:imagedata r:id="rId72" o:title="eqId322b4339dae0c2ed8fc34c524212d7f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pict>
          <v:shape id="_x0000_i706632" type="#_x0000_t75" alt="学科网(www.zxxk.com)--教育资源门户，提供试卷、教案、课件、论文、素材以及各类教学资源下载，还有大量而丰富的教学相关资讯！" style="width:103.8pt;height:22.2pt" o:oleicon="f" o:ole="">
            <v:imagedata r:id="rId73" o:title="eqIdf7752fc69a28cd7e1cb4ea53cb0f24ef"/>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06633" type="#_x0000_t75" alt="学科网(www.zxxk.com)--教育资源门户，提供试卷、教案、课件、论文、素材以及各类教学资源下载，还有大量而丰富的教学相关资讯！" style="width:50.1pt;height:13.75pt" o:oleicon="f" o:ole="">
            <v:imagedata r:id="rId74" o:title="eqId151515321ebf40f899c0d6a08c8d8aa0"/>
          </v:shape>
        </w:pict>
      </w:r>
      <w:r>
        <w:rPr>
          <w:rFonts w:ascii="宋体" w:eastAsia="宋体" w:hAnsi="宋体" w:cs="宋体"/>
          <w:color w:val="000000"/>
        </w:rPr>
        <w:t>，</w:t>
      </w:r>
      <w:r>
        <w:pict>
          <v:shape id="_x0000_i706634" type="#_x0000_t75" alt="学科网(www.zxxk.com)--教育资源门户，提供试卷、教案、课件、论文、素材以及各类教学资源下载，还有大量而丰富的教学相关资讯！" style="width:42pt;height:13.95pt" o:oleicon="f" o:ole="">
            <v:imagedata r:id="rId75" o:title="eqId8964b32b036fa0296c204868f427881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635" type="#_x0000_t75" alt="学科网(www.zxxk.com)--教育资源门户，提供试卷、教案、课件、论文、素材以及各类教学资源下载，还有大量而丰富的教学相关资讯！" style="width:24.75pt;height:12.75pt" o:oleicon="f" o:ole="">
            <v:imagedata r:id="rId76" o:title="eqId8e258ab9e600435b37465092243d99f6"/>
          </v:shape>
        </w:pict>
      </w:r>
      <w:r>
        <w:rPr>
          <w:rFonts w:ascii="宋体" w:eastAsia="宋体" w:hAnsi="宋体" w:cs="宋体"/>
          <w:color w:val="000000"/>
        </w:rPr>
        <w:t>，</w:t>
      </w:r>
      <w:r>
        <w:pict>
          <v:shape id="_x0000_i706636" type="#_x0000_t75" alt="学科网(www.zxxk.com)--教育资源门户，提供试卷、教案、课件、论文、素材以及各类教学资源下载，还有大量而丰富的教学相关资讯！" style="width:24.95pt;height:13.95pt" o:oleicon="f" o:ole="">
            <v:imagedata r:id="rId77" o:title="eqId5a3c442579603164f3fc19458677d307"/>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06637" type="#_x0000_t75" alt="学科网(www.zxxk.com)--教育资源门户，提供试卷、教案、课件、论文、素材以及各类教学资源下载，还有大量而丰富的教学相关资讯！" style="width:293.8pt;height:33.1pt" o:oleicon="f" o:ole="">
            <v:imagedata r:id="rId78" o:title="eqIdaafbb435700866a59994bcaf1d82da9a"/>
          </v:shape>
        </w:pict>
      </w:r>
    </w:p>
    <w:p>
      <w:pPr>
        <w:spacing w:line="360" w:lineRule="auto"/>
        <w:jc w:val="left"/>
        <w:textAlignment w:val="center"/>
        <w:rPr>
          <w:color w:val="000000"/>
        </w:rPr>
      </w:pPr>
      <w:r>
        <w:pict>
          <v:shape id="_x0000_i706638" type="#_x0000_t75" alt="学科网(www.zxxk.com)--教育资源门户，提供试卷、教案、课件、论文、素材以及各类教学资源下载，还有大量而丰富的教学相关资讯！" style="width:190.2pt;height:31.2pt" o:oleicon="f" o:ole="">
            <v:imagedata r:id="rId79" o:title="eqIda913319c57aef08a3471e48747646c19"/>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6639" type="#_x0000_t75" alt="学科网(www.zxxk.com)--教育资源门户，提供试卷、教案、课件、论文、素材以及各类教学资源下载，还有大量而丰富的教学相关资讯！" style="width:199.8pt;height:31.2pt" o:oleicon="f" o:ole="">
            <v:imagedata r:id="rId80" o:title="eqIdf1ac217803965b0cdddae96d39dfa68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6640" type="#_x0000_t75" alt="学科网(www.zxxk.com)--教育资源门户，提供试卷、教案、课件、论文、素材以及各类教学资源下载，还有大量而丰富的教学相关资讯！" style="width:50.8pt;height:28.8pt" o:oleicon="f" o:ole="">
            <v:imagedata r:id="rId81" o:title="eqIded27ba312f278994af610b142309d83f"/>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6641" type="#_x0000_t75" alt="学科网(www.zxxk.com)--教育资源门户，提供试卷、教案、课件、论文、素材以及各类教学资源下载，还有大量而丰富的教学相关资讯！" style="width:38.7pt;height:30.85pt" o:oleicon="f" o:ole="">
            <v:imagedata r:id="rId82" o:title="eqIdcb4378786bd6617051e5272a9976a60f"/>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本题考查数字的变化类、非负数的性质、有理数的混合运算，解答本题的关键是明确题意题意，发现式子的特点，求出相应的值．</w:t>
      </w:r>
    </w:p>
    <w:p>
      <w:pPr>
        <w:spacing w:line="360" w:lineRule="auto"/>
        <w:jc w:val="left"/>
        <w:textAlignment w:val="center"/>
        <w:rPr>
          <w:color w:val="000000"/>
        </w:rPr>
      </w:pPr>
      <w:r>
        <w:rPr>
          <w:color w:val="000000"/>
        </w:rPr>
        <w:t xml:space="preserve">24. </w:t>
      </w:r>
      <w:r>
        <w:rPr>
          <w:rFonts w:ascii="宋体" w:eastAsia="宋体" w:hAnsi="宋体" w:cs="宋体"/>
          <w:color w:val="000000"/>
        </w:rPr>
        <w:t>有一台单功能计算器，对任意两个整数只能完成求差后再取绝对值的运算，其运算过程是：输入第一个整数</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，只显示不运算，接着再输入整数</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后则显示</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的结果．比如依次输入</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，则输出的结果是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；此后每输入一个整数都是与前次显示的结果进行求差后再取绝对值的运算．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）若小明依次输入</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，则最后输出的结果是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）若小明将</w:t>
      </w:r>
      <w:r>
        <w:rPr>
          <w:rFonts w:ascii="Times New Roman" w:eastAsia="Times New Roman" w:hAnsi="Times New Roman" w:cs="Times New Roman"/>
          <w:color w:val="000000"/>
        </w:rPr>
        <w:t>1</w:t>
      </w:r>
      <w:r>
        <w:rPr>
          <w:rFonts w:ascii="宋体" w:eastAsia="宋体" w:hAnsi="宋体" w:cs="宋体"/>
          <w:color w:val="000000"/>
        </w:rPr>
        <w:t>到</w:t>
      </w:r>
      <w:r>
        <w:rPr>
          <w:rFonts w:ascii="Times New Roman" w:eastAsia="Times New Roman" w:hAnsi="Times New Roman" w:cs="Times New Roman"/>
          <w:color w:val="000000"/>
        </w:rPr>
        <w:t>2011</w:t>
      </w:r>
      <w:r>
        <w:rPr>
          <w:rFonts w:ascii="宋体" w:eastAsia="宋体" w:hAnsi="宋体" w:cs="宋体"/>
          <w:color w:val="000000"/>
        </w:rPr>
        <w:t>这</w:t>
      </w:r>
      <w:r>
        <w:rPr>
          <w:rFonts w:ascii="Times New Roman" w:eastAsia="Times New Roman" w:hAnsi="Times New Roman" w:cs="Times New Roman"/>
          <w:color w:val="000000"/>
        </w:rPr>
        <w:t>2011</w:t>
      </w:r>
      <w:r>
        <w:rPr>
          <w:rFonts w:ascii="宋体" w:eastAsia="宋体" w:hAnsi="宋体" w:cs="宋体"/>
          <w:color w:val="000000"/>
        </w:rPr>
        <w:t>个整数随意地一个一个的输入，全部输入完毕后显示的最后结果设为</w:t>
      </w:r>
      <w:r>
        <w:rPr>
          <w:rFonts w:ascii="Times New Roman" w:eastAsia="Times New Roman" w:hAnsi="Times New Roman" w:cs="Times New Roman"/>
          <w:i/>
          <w:color w:val="000000"/>
        </w:rPr>
        <w:t>m</w:t>
      </w:r>
      <w:r>
        <w:rPr>
          <w:rFonts w:ascii="宋体" w:eastAsia="宋体" w:hAnsi="宋体" w:cs="宋体"/>
          <w:color w:val="000000"/>
        </w:rPr>
        <w:t>，则</w:t>
      </w:r>
      <w:r>
        <w:rPr>
          <w:rFonts w:ascii="Times New Roman" w:eastAsia="Times New Roman" w:hAnsi="Times New Roman" w:cs="Times New Roman"/>
          <w:i/>
          <w:color w:val="000000"/>
        </w:rPr>
        <w:t>m</w:t>
      </w:r>
      <w:r>
        <w:rPr>
          <w:rFonts w:ascii="宋体" w:eastAsia="宋体" w:hAnsi="宋体" w:cs="宋体"/>
          <w:color w:val="000000"/>
        </w:rPr>
        <w:t>的最大值为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）若小明将</w:t>
      </w:r>
      <w:r>
        <w:rPr>
          <w:rFonts w:ascii="Times New Roman" w:eastAsia="Times New Roman" w:hAnsi="Times New Roman" w:cs="Times New Roman"/>
          <w:color w:val="000000"/>
        </w:rPr>
        <w:t>1</w:t>
      </w:r>
      <w:r>
        <w:rPr>
          <w:rFonts w:ascii="宋体" w:eastAsia="宋体" w:hAnsi="宋体" w:cs="宋体"/>
          <w:color w:val="000000"/>
        </w:rPr>
        <w:t>到</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≥3</w:t>
      </w:r>
      <w:r>
        <w:rPr>
          <w:rFonts w:ascii="宋体" w:eastAsia="宋体" w:hAnsi="宋体" w:cs="宋体"/>
          <w:color w:val="000000"/>
        </w:rPr>
        <w:t>）这</w:t>
      </w:r>
      <w:r>
        <w:rPr>
          <w:rFonts w:ascii="Times New Roman" w:eastAsia="Times New Roman" w:hAnsi="Times New Roman" w:cs="Times New Roman"/>
          <w:i/>
          <w:color w:val="000000"/>
        </w:rPr>
        <w:t>n</w:t>
      </w:r>
      <w:r>
        <w:rPr>
          <w:rFonts w:ascii="宋体" w:eastAsia="宋体" w:hAnsi="宋体" w:cs="宋体"/>
          <w:color w:val="000000"/>
        </w:rPr>
        <w:t>个正整数随意地一个一个的输入，全部输入完毕后显示的最后结果设为</w:t>
      </w:r>
      <w:r>
        <w:rPr>
          <w:rFonts w:ascii="Times New Roman" w:eastAsia="Times New Roman" w:hAnsi="Times New Roman" w:cs="Times New Roman"/>
          <w:i/>
          <w:color w:val="000000"/>
        </w:rPr>
        <w:t>m</w:t>
      </w:r>
      <w:r>
        <w:rPr>
          <w:rFonts w:ascii="宋体" w:eastAsia="宋体" w:hAnsi="宋体" w:cs="宋体"/>
          <w:color w:val="000000"/>
        </w:rPr>
        <w:t>．探究</w:t>
      </w:r>
      <w:r>
        <w:rPr>
          <w:rFonts w:ascii="Times New Roman" w:eastAsia="Times New Roman" w:hAnsi="Times New Roman" w:cs="Times New Roman"/>
          <w:i/>
          <w:color w:val="000000"/>
        </w:rPr>
        <w:t>m</w:t>
      </w:r>
      <w:r>
        <w:rPr>
          <w:rFonts w:ascii="宋体" w:eastAsia="宋体" w:hAnsi="宋体" w:cs="宋体"/>
          <w:color w:val="000000"/>
        </w:rPr>
        <w:t>的最小值和最大值．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2010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）最小值为</w:t>
      </w:r>
      <w:r>
        <w:rPr>
          <w:rFonts w:ascii="Times New Roman" w:eastAsia="Times New Roman" w:hAnsi="Times New Roman" w:cs="Times New Roman"/>
          <w:color w:val="000000"/>
        </w:rPr>
        <w:t>1</w:t>
      </w:r>
      <w:r>
        <w:rPr>
          <w:rFonts w:ascii="宋体" w:eastAsia="宋体" w:hAnsi="宋体" w:cs="宋体"/>
          <w:color w:val="000000"/>
        </w:rPr>
        <w:t>，最大值为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）根据已知得出输入与输出结果的规律求出即可；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）根据题意每次输入都是与前一次运算结果求差后取绝对值，转化为奇偶性的性质然后讨论最大值．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）根据分析的奇偶性进行构造，其中</w:t>
      </w:r>
      <w:r>
        <w:rPr>
          <w:rFonts w:ascii="Times New Roman" w:eastAsia="Times New Roman" w:hAnsi="Times New Roman" w:cs="Times New Roman"/>
          <w:i/>
          <w:color w:val="000000"/>
        </w:rPr>
        <w:t>k</w:t>
      </w:r>
      <w:r>
        <w:rPr>
          <w:rFonts w:ascii="宋体" w:eastAsia="宋体" w:hAnsi="宋体" w:cs="宋体"/>
          <w:color w:val="000000"/>
        </w:rPr>
        <w:t>为非负整数，连续四个正整数结合指的是按（</w:t>
      </w:r>
      <w:r>
        <w:rPr>
          <w:rFonts w:ascii="Times New Roman" w:eastAsia="Times New Roman" w:hAnsi="Times New Roman" w:cs="Times New Roman"/>
          <w:color w:val="000000"/>
        </w:rPr>
        <w:t>*</w:t>
      </w:r>
      <w:r>
        <w:rPr>
          <w:rFonts w:ascii="宋体" w:eastAsia="宋体" w:hAnsi="宋体" w:cs="宋体"/>
          <w:color w:val="000000"/>
        </w:rPr>
        <w:t>）式结构计算分别得出最大值与最小值．</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）根据题意可以得出：</w:t>
      </w:r>
      <w:r>
        <w:rPr>
          <w:rFonts w:ascii="Times New Roman" w:eastAsia="Times New Roman" w:hAnsi="Times New Roman" w:cs="Times New Roman"/>
          <w:color w:val="000000"/>
        </w:rPr>
        <w:t>||3−4|−5|</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）由于输入的数都是非负数．当</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时，</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不超过</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中最大的数．</w:t>
      </w:r>
    </w:p>
    <w:p>
      <w:pPr>
        <w:spacing w:line="360" w:lineRule="auto"/>
        <w:jc w:val="left"/>
        <w:textAlignment w:val="center"/>
        <w:rPr>
          <w:color w:val="000000"/>
        </w:rPr>
      </w:pPr>
      <w:r>
        <w:rPr>
          <w:rFonts w:ascii="宋体" w:eastAsia="宋体" w:hAnsi="宋体" w:cs="宋体"/>
          <w:color w:val="000000"/>
        </w:rPr>
        <w:t>对</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，则</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不超过</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3</w:t>
      </w:r>
      <w:r>
        <w:rPr>
          <w:rFonts w:ascii="宋体" w:eastAsia="宋体" w:hAnsi="宋体" w:cs="宋体"/>
          <w:color w:val="000000"/>
        </w:rPr>
        <w:t>中最大的数．</w:t>
      </w:r>
    </w:p>
    <w:p>
      <w:pPr>
        <w:spacing w:line="360" w:lineRule="auto"/>
        <w:jc w:val="left"/>
        <w:textAlignment w:val="center"/>
        <w:rPr>
          <w:color w:val="000000"/>
        </w:rPr>
      </w:pPr>
      <w:r>
        <w:rPr>
          <w:rFonts w:ascii="宋体" w:eastAsia="宋体" w:hAnsi="宋体" w:cs="宋体"/>
          <w:color w:val="000000"/>
        </w:rPr>
        <w:t>小明输入这</w:t>
      </w:r>
      <w:r>
        <w:rPr>
          <w:rFonts w:ascii="Times New Roman" w:eastAsia="Times New Roman" w:hAnsi="Times New Roman" w:cs="Times New Roman"/>
          <w:color w:val="000000"/>
        </w:rPr>
        <w:t>2011</w:t>
      </w:r>
      <w:r>
        <w:rPr>
          <w:rFonts w:ascii="宋体" w:eastAsia="宋体" w:hAnsi="宋体" w:cs="宋体"/>
          <w:color w:val="000000"/>
        </w:rPr>
        <w:t>个数设次序是</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2011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相当于计算：</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i/>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2011</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．因此</w:t>
      </w:r>
      <w:r>
        <w:rPr>
          <w:rFonts w:ascii="Times New Roman" w:eastAsia="Times New Roman" w:hAnsi="Times New Roman" w:cs="Times New Roman"/>
          <w:i/>
          <w:color w:val="000000"/>
        </w:rPr>
        <w:t>P</w:t>
      </w:r>
      <w:r>
        <w:rPr>
          <w:rFonts w:ascii="宋体" w:eastAsia="宋体" w:hAnsi="宋体" w:cs="宋体"/>
          <w:color w:val="000000"/>
        </w:rPr>
        <w:t>的值≤</w:t>
      </w:r>
      <w:r>
        <w:rPr>
          <w:rFonts w:ascii="Times New Roman" w:eastAsia="Times New Roman" w:hAnsi="Times New Roman" w:cs="Times New Roman"/>
          <w:color w:val="000000"/>
        </w:rPr>
        <w:t>2011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另外从运算奇偶性分析，</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为整数．</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与</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奇偶性相同．因此</w:t>
      </w:r>
      <w:r>
        <w:rPr>
          <w:rFonts w:ascii="Times New Roman" w:eastAsia="Times New Roman" w:hAnsi="Times New Roman" w:cs="Times New Roman"/>
          <w:i/>
          <w:color w:val="000000"/>
        </w:rPr>
        <w:t>P</w:t>
      </w:r>
      <w:r>
        <w:rPr>
          <w:rFonts w:ascii="宋体" w:eastAsia="宋体" w:hAnsi="宋体" w:cs="宋体"/>
          <w:color w:val="000000"/>
        </w:rPr>
        <w:t>与</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2011</w:t>
      </w:r>
      <w:r>
        <w:rPr>
          <w:rFonts w:ascii="宋体" w:eastAsia="宋体" w:hAnsi="宋体" w:cs="宋体"/>
          <w:color w:val="000000"/>
        </w:rPr>
        <w:t>的奇偶性相同．</w:t>
      </w:r>
    </w:p>
    <w:p>
      <w:pPr>
        <w:spacing w:line="360" w:lineRule="auto"/>
        <w:jc w:val="left"/>
        <w:textAlignment w:val="center"/>
        <w:rPr>
          <w:color w:val="000000"/>
        </w:rPr>
      </w:pPr>
      <w:r>
        <w:rPr>
          <w:rFonts w:ascii="宋体" w:eastAsia="宋体" w:hAnsi="宋体" w:cs="宋体"/>
          <w:color w:val="000000"/>
        </w:rPr>
        <w:t>但</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2011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2011</w:t>
      </w:r>
      <w:r>
        <w:rPr>
          <w:rFonts w:ascii="宋体" w:eastAsia="宋体" w:hAnsi="宋体" w:cs="宋体"/>
          <w:color w:val="000000"/>
        </w:rPr>
        <w:t>＝偶数．于是断定</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color w:val="000000"/>
        </w:rPr>
        <w:t>2010</w:t>
      </w:r>
      <w:r>
        <w:rPr>
          <w:rFonts w:ascii="宋体" w:eastAsia="宋体" w:hAnsi="宋体" w:cs="宋体"/>
          <w:color w:val="000000"/>
        </w:rPr>
        <w:t>．我们证明</w:t>
      </w:r>
      <w:r>
        <w:rPr>
          <w:rFonts w:ascii="Times New Roman" w:eastAsia="Times New Roman" w:hAnsi="Times New Roman" w:cs="Times New Roman"/>
          <w:i/>
          <w:color w:val="000000"/>
        </w:rPr>
        <w:t>P</w:t>
      </w:r>
      <w:r>
        <w:rPr>
          <w:rFonts w:ascii="宋体" w:eastAsia="宋体" w:hAnsi="宋体" w:cs="宋体"/>
          <w:color w:val="000000"/>
        </w:rPr>
        <w:t>可以取到</w:t>
      </w:r>
      <w:r>
        <w:rPr>
          <w:rFonts w:ascii="Times New Roman" w:eastAsia="Times New Roman" w:hAnsi="Times New Roman" w:cs="Times New Roman"/>
          <w:color w:val="000000"/>
        </w:rPr>
        <w:t>2010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对</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，按如下次序</w:t>
      </w:r>
      <w:r>
        <w:rPr>
          <w:rFonts w:ascii="Times New Roman" w:eastAsia="Times New Roman" w:hAnsi="Times New Roman" w:cs="Times New Roman"/>
          <w:color w:val="000000"/>
        </w:rPr>
        <w:t>|||1−3|−4|−2|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，对</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，均成立．</w:t>
      </w:r>
    </w:p>
    <w:p>
      <w:pPr>
        <w:spacing w:line="360" w:lineRule="auto"/>
        <w:jc w:val="left"/>
        <w:textAlignment w:val="center"/>
        <w:rPr>
          <w:color w:val="000000"/>
        </w:rPr>
      </w:pPr>
      <w:r>
        <w:rPr>
          <w:rFonts w:ascii="宋体" w:eastAsia="宋体" w:hAnsi="宋体" w:cs="宋体"/>
          <w:color w:val="000000"/>
        </w:rPr>
        <w:t>因此，</w:t>
      </w:r>
      <w:r>
        <w:rPr>
          <w:rFonts w:ascii="Times New Roman" w:eastAsia="Times New Roman" w:hAnsi="Times New Roman" w:cs="Times New Roman"/>
          <w:color w:val="000000"/>
        </w:rPr>
        <w:t>1−2008</w:t>
      </w:r>
      <w:r>
        <w:rPr>
          <w:rFonts w:ascii="宋体" w:eastAsia="宋体" w:hAnsi="宋体" w:cs="宋体"/>
          <w:color w:val="000000"/>
        </w:rPr>
        <w:t>可按上述办法依次输入最后显示结果为</w:t>
      </w:r>
      <w:r>
        <w:rPr>
          <w:rFonts w:ascii="Times New Roman" w:eastAsia="Times New Roman" w:hAnsi="Times New Roman" w:cs="Times New Roman"/>
          <w:color w:val="000000"/>
        </w:rPr>
        <w:t>0</w:t>
      </w:r>
      <w:r>
        <w:rPr>
          <w:rFonts w:ascii="宋体" w:eastAsia="宋体" w:hAnsi="宋体" w:cs="宋体"/>
          <w:color w:val="000000"/>
        </w:rPr>
        <w:t>．而后</w:t>
      </w:r>
      <w:r>
        <w:rPr>
          <w:rFonts w:ascii="Times New Roman" w:eastAsia="Times New Roman" w:hAnsi="Times New Roman" w:cs="Times New Roman"/>
          <w:color w:val="000000"/>
        </w:rPr>
        <w:t>||2009−2010|−2011|</w:t>
      </w:r>
      <w:r>
        <w:rPr>
          <w:rFonts w:ascii="宋体" w:eastAsia="宋体" w:hAnsi="宋体" w:cs="宋体"/>
          <w:color w:val="000000"/>
        </w:rPr>
        <w:t>＝</w:t>
      </w:r>
      <w:r>
        <w:rPr>
          <w:rFonts w:ascii="Times New Roman" w:eastAsia="Times New Roman" w:hAnsi="Times New Roman" w:cs="Times New Roman"/>
          <w:color w:val="000000"/>
        </w:rPr>
        <w:t>2010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i/>
          <w:color w:val="000000"/>
        </w:rPr>
        <w:t>P</w:t>
      </w:r>
      <w:r>
        <w:rPr>
          <w:rFonts w:ascii="宋体" w:eastAsia="宋体" w:hAnsi="宋体" w:cs="宋体"/>
          <w:color w:val="000000"/>
        </w:rPr>
        <w:t>的最大值为</w:t>
      </w:r>
      <w:r>
        <w:rPr>
          <w:rFonts w:ascii="Times New Roman" w:eastAsia="Times New Roman" w:hAnsi="Times New Roman" w:cs="Times New Roman"/>
          <w:color w:val="000000"/>
        </w:rPr>
        <w:t>2010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2010</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）对于任意两个正整数</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一定不超过</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和</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中较大的一个，对于任意三个正整数</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一定不超过</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和</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3</w:t>
      </w:r>
      <w:r>
        <w:rPr>
          <w:rFonts w:ascii="宋体" w:eastAsia="宋体" w:hAnsi="宋体" w:cs="宋体"/>
          <w:color w:val="000000"/>
        </w:rPr>
        <w:t>中最大的一个，</w:t>
      </w:r>
    </w:p>
    <w:p>
      <w:pPr>
        <w:spacing w:line="360" w:lineRule="auto"/>
        <w:jc w:val="left"/>
        <w:textAlignment w:val="center"/>
        <w:rPr>
          <w:color w:val="000000"/>
        </w:rPr>
      </w:pPr>
      <w:r>
        <w:rPr>
          <w:rFonts w:ascii="宋体" w:eastAsia="宋体" w:hAnsi="宋体" w:cs="宋体"/>
          <w:color w:val="000000"/>
        </w:rPr>
        <w:t>以此类推，设小明输入的</w:t>
      </w:r>
      <w:r>
        <w:rPr>
          <w:rFonts w:ascii="Times New Roman" w:eastAsia="Times New Roman" w:hAnsi="Times New Roman" w:cs="Times New Roman"/>
          <w:i/>
          <w:color w:val="000000"/>
        </w:rPr>
        <w:t>n</w:t>
      </w:r>
      <w:r>
        <w:rPr>
          <w:rFonts w:ascii="宋体" w:eastAsia="宋体" w:hAnsi="宋体" w:cs="宋体"/>
          <w:color w:val="000000"/>
        </w:rPr>
        <w:t>个数的顺序为</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i/>
          <w:color w:val="000000"/>
          <w:vertAlign w:val="subscript"/>
        </w:rPr>
        <w:t>n</w:t>
      </w:r>
      <w:r>
        <w:rPr>
          <w:rFonts w:ascii="宋体" w:eastAsia="宋体" w:hAnsi="宋体" w:cs="宋体"/>
          <w:color w:val="000000"/>
        </w:rPr>
        <w:t>，则</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i/>
          <w:color w:val="000000"/>
          <w:vertAlign w:val="subscript"/>
        </w:rPr>
        <w:t>n</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m</w:t>
      </w:r>
      <w:r>
        <w:rPr>
          <w:rFonts w:ascii="宋体" w:eastAsia="宋体" w:hAnsi="宋体" w:cs="宋体"/>
          <w:color w:val="000000"/>
        </w:rPr>
        <w:t>一定不超过</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i/>
          <w:color w:val="000000"/>
          <w:vertAlign w:val="subscript"/>
        </w:rPr>
        <w:t>n</w:t>
      </w:r>
      <w:r>
        <w:rPr>
          <w:rFonts w:ascii="宋体" w:eastAsia="宋体" w:hAnsi="宋体" w:cs="宋体"/>
          <w:color w:val="000000"/>
        </w:rPr>
        <w:t>，中的最大数，所以</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，故</w:t>
      </w:r>
      <w:r>
        <w:rPr>
          <w:rFonts w:ascii="Times New Roman" w:eastAsia="Times New Roman" w:hAnsi="Times New Roman" w:cs="Times New Roman"/>
          <w:i/>
          <w:color w:val="000000"/>
        </w:rPr>
        <w:t>m</w:t>
      </w:r>
      <w:r>
        <w:rPr>
          <w:rFonts w:ascii="宋体" w:eastAsia="宋体" w:hAnsi="宋体" w:cs="宋体"/>
          <w:color w:val="000000"/>
        </w:rPr>
        <w:t>与</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的奇偶性相同；</w:t>
      </w:r>
    </w:p>
    <w:p>
      <w:pPr>
        <w:spacing w:line="360" w:lineRule="auto"/>
        <w:jc w:val="left"/>
        <w:textAlignment w:val="center"/>
        <w:rPr>
          <w:color w:val="000000"/>
        </w:rPr>
      </w:pP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可以通过这种方式得到</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||3−2|−1|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任意四个连续的正整数可以通过这种方式得到</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下面根据前面分析的奇偶性进行构造，其中</w:t>
      </w:r>
      <w:r>
        <w:rPr>
          <w:rFonts w:ascii="Times New Roman" w:eastAsia="Times New Roman" w:hAnsi="Times New Roman" w:cs="Times New Roman"/>
          <w:i/>
          <w:color w:val="000000"/>
        </w:rPr>
        <w:t>k</w:t>
      </w:r>
      <w:r>
        <w:rPr>
          <w:rFonts w:ascii="宋体" w:eastAsia="宋体" w:hAnsi="宋体" w:cs="宋体"/>
          <w:color w:val="000000"/>
        </w:rPr>
        <w:t>为非负整数，连续四个正整数结合指的是按（</w:t>
      </w:r>
      <w:r>
        <w:rPr>
          <w:rFonts w:ascii="Times New Roman" w:eastAsia="Times New Roman" w:hAnsi="Times New Roman" w:cs="Times New Roman"/>
          <w:color w:val="000000"/>
        </w:rPr>
        <w:t>*</w:t>
      </w:r>
      <w:r>
        <w:rPr>
          <w:rFonts w:ascii="宋体" w:eastAsia="宋体" w:hAnsi="宋体" w:cs="宋体"/>
          <w:color w:val="000000"/>
        </w:rPr>
        <w:t>）式结构计算．</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k</w:t>
      </w:r>
      <w:r>
        <w:rPr>
          <w:rFonts w:ascii="宋体" w:eastAsia="宋体" w:hAnsi="宋体" w:cs="宋体"/>
          <w:color w:val="000000"/>
        </w:rPr>
        <w:t>时，</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position w:val="0"/>
        </w:rPr>
        <w:drawing>
          <wp:inline>
            <wp:extent cx="158750" cy="190500"/>
            <wp:docPr id="26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 name=""/>
                    <pic:cNvPicPr>
                      <a:picLocks noChangeAspect="1"/>
                    </pic:cNvPicPr>
                  </pic:nvPicPr>
                  <pic:blipFill>
                    <a:blip r:embed="rId83"/>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偶数，则</w:t>
      </w:r>
      <w:r>
        <w:rPr>
          <w:rFonts w:ascii="Times New Roman" w:eastAsia="Times New Roman" w:hAnsi="Times New Roman" w:cs="Times New Roman"/>
          <w:i/>
          <w:color w:val="000000"/>
        </w:rPr>
        <w:t>m</w:t>
      </w:r>
      <w:r>
        <w:rPr>
          <w:rFonts w:ascii="宋体" w:eastAsia="宋体" w:hAnsi="宋体" w:cs="宋体"/>
          <w:color w:val="000000"/>
        </w:rPr>
        <w:t>为偶数，连续四个正整数结合可得到</w:t>
      </w:r>
      <w:r>
        <w:rPr>
          <w:rFonts w:ascii="Times New Roman" w:eastAsia="Times New Roman" w:hAnsi="Times New Roman" w:cs="Times New Roman"/>
          <w:color w:val="000000"/>
        </w:rPr>
        <w:t>0</w:t>
      </w:r>
      <w:r>
        <w:rPr>
          <w:rFonts w:ascii="宋体" w:eastAsia="宋体" w:hAnsi="宋体" w:cs="宋体"/>
          <w:color w:val="000000"/>
        </w:rPr>
        <w:t>，则最小值为</w:t>
      </w:r>
      <w:r>
        <w:rPr>
          <w:rFonts w:ascii="Times New Roman" w:eastAsia="Times New Roman" w:hAnsi="Times New Roman" w:cs="Times New Roman"/>
          <w:color w:val="000000"/>
        </w:rPr>
        <w:t>0</w:t>
      </w:r>
      <w:r>
        <w:rPr>
          <w:rFonts w:ascii="宋体" w:eastAsia="宋体" w:hAnsi="宋体" w:cs="宋体"/>
          <w:color w:val="000000"/>
        </w:rPr>
        <w:t>，前三个结合得到</w:t>
      </w:r>
      <w:r>
        <w:rPr>
          <w:rFonts w:ascii="Times New Roman" w:eastAsia="Times New Roman" w:hAnsi="Times New Roman" w:cs="Times New Roman"/>
          <w:color w:val="000000"/>
        </w:rPr>
        <w:t>0</w:t>
      </w:r>
      <w:r>
        <w:rPr>
          <w:rFonts w:ascii="宋体" w:eastAsia="宋体" w:hAnsi="宋体" w:cs="宋体"/>
          <w:color w:val="000000"/>
        </w:rPr>
        <w:t>，接下来连续四个结合得到</w:t>
      </w:r>
      <w:r>
        <w:rPr>
          <w:rFonts w:ascii="Times New Roman" w:eastAsia="Times New Roman" w:hAnsi="Times New Roman" w:cs="Times New Roman"/>
          <w:color w:val="000000"/>
        </w:rPr>
        <w:t>0</w:t>
      </w:r>
      <w:r>
        <w:rPr>
          <w:rFonts w:ascii="宋体" w:eastAsia="宋体" w:hAnsi="宋体" w:cs="宋体"/>
          <w:color w:val="000000"/>
        </w:rPr>
        <w:t>，仅剩下</w:t>
      </w:r>
      <w:r>
        <w:rPr>
          <w:rFonts w:ascii="Times New Roman" w:eastAsia="Times New Roman" w:hAnsi="Times New Roman" w:cs="Times New Roman"/>
          <w:i/>
          <w:color w:val="000000"/>
        </w:rPr>
        <w:t>n</w:t>
      </w:r>
      <w:r>
        <w:rPr>
          <w:rFonts w:ascii="宋体" w:eastAsia="宋体" w:hAnsi="宋体" w:cs="宋体"/>
          <w:color w:val="000000"/>
        </w:rPr>
        <w:t>，则最大值为</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为奇数，则</w:t>
      </w:r>
      <w:r>
        <w:rPr>
          <w:rFonts w:ascii="Times New Roman" w:eastAsia="Times New Roman" w:hAnsi="Times New Roman" w:cs="Times New Roman"/>
          <w:i/>
          <w:color w:val="000000"/>
        </w:rPr>
        <w:t>m</w:t>
      </w:r>
      <w:r>
        <w:rPr>
          <w:rFonts w:ascii="宋体" w:eastAsia="宋体" w:hAnsi="宋体" w:cs="宋体"/>
          <w:color w:val="000000"/>
        </w:rPr>
        <w:t>为奇数，除</w:t>
      </w:r>
      <w:r>
        <w:rPr>
          <w:rFonts w:ascii="Times New Roman" w:eastAsia="Times New Roman" w:hAnsi="Times New Roman" w:cs="Times New Roman"/>
          <w:color w:val="000000"/>
        </w:rPr>
        <w:t>1</w:t>
      </w:r>
      <w:r>
        <w:rPr>
          <w:rFonts w:ascii="宋体" w:eastAsia="宋体" w:hAnsi="宋体" w:cs="宋体"/>
          <w:color w:val="000000"/>
        </w:rPr>
        <w:t>外，连续四个正整数结合得到</w:t>
      </w:r>
      <w:r>
        <w:rPr>
          <w:rFonts w:ascii="Times New Roman" w:eastAsia="Times New Roman" w:hAnsi="Times New Roman" w:cs="Times New Roman"/>
          <w:color w:val="000000"/>
        </w:rPr>
        <w:t>0</w:t>
      </w:r>
      <w:r>
        <w:rPr>
          <w:rFonts w:ascii="宋体" w:eastAsia="宋体" w:hAnsi="宋体" w:cs="宋体"/>
          <w:color w:val="000000"/>
        </w:rPr>
        <w:t>，则最小值为</w:t>
      </w:r>
      <w:r>
        <w:rPr>
          <w:rFonts w:ascii="Times New Roman" w:eastAsia="Times New Roman" w:hAnsi="Times New Roman" w:cs="Times New Roman"/>
          <w:color w:val="000000"/>
        </w:rPr>
        <w:t>1</w:t>
      </w:r>
      <w:r>
        <w:rPr>
          <w:rFonts w:ascii="宋体" w:eastAsia="宋体" w:hAnsi="宋体" w:cs="宋体"/>
          <w:color w:val="000000"/>
        </w:rPr>
        <w:t>，从</w:t>
      </w:r>
      <w:r>
        <w:rPr>
          <w:rFonts w:ascii="Times New Roman" w:eastAsia="Times New Roman" w:hAnsi="Times New Roman" w:cs="Times New Roman"/>
          <w:color w:val="000000"/>
        </w:rPr>
        <w:t>1</w:t>
      </w:r>
      <w:r>
        <w:rPr>
          <w:rFonts w:ascii="宋体" w:eastAsia="宋体" w:hAnsi="宋体" w:cs="宋体"/>
          <w:color w:val="000000"/>
        </w:rPr>
        <w:t>开始连续四个正整数结合得到</w:t>
      </w:r>
      <w:r>
        <w:rPr>
          <w:rFonts w:ascii="Times New Roman" w:eastAsia="Times New Roman" w:hAnsi="Times New Roman" w:cs="Times New Roman"/>
          <w:color w:val="000000"/>
        </w:rPr>
        <w:t>0</w:t>
      </w:r>
      <w:r>
        <w:rPr>
          <w:rFonts w:ascii="宋体" w:eastAsia="宋体" w:hAnsi="宋体" w:cs="宋体"/>
          <w:color w:val="000000"/>
        </w:rPr>
        <w:t>，仅剩下</w:t>
      </w:r>
      <w:r>
        <w:rPr>
          <w:rFonts w:ascii="Times New Roman" w:eastAsia="Times New Roman" w:hAnsi="Times New Roman" w:cs="Times New Roman"/>
          <w:i/>
          <w:color w:val="000000"/>
        </w:rPr>
        <w:t>n</w:t>
      </w:r>
      <w:r>
        <w:rPr>
          <w:rFonts w:ascii="宋体" w:eastAsia="宋体" w:hAnsi="宋体" w:cs="宋体"/>
          <w:color w:val="000000"/>
        </w:rPr>
        <w:t>，则最大值为</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为奇数，则</w:t>
      </w:r>
      <w:r>
        <w:rPr>
          <w:rFonts w:ascii="Times New Roman" w:eastAsia="Times New Roman" w:hAnsi="Times New Roman" w:cs="Times New Roman"/>
          <w:i/>
          <w:color w:val="000000"/>
        </w:rPr>
        <w:t>m</w:t>
      </w:r>
      <w:r>
        <w:rPr>
          <w:rFonts w:ascii="宋体" w:eastAsia="宋体" w:hAnsi="宋体" w:cs="宋体"/>
          <w:color w:val="000000"/>
        </w:rPr>
        <w:t>为奇数，从</w:t>
      </w:r>
      <w:r>
        <w:rPr>
          <w:rFonts w:ascii="Times New Roman" w:eastAsia="Times New Roman" w:hAnsi="Times New Roman" w:cs="Times New Roman"/>
          <w:color w:val="000000"/>
        </w:rPr>
        <w:t>1</w:t>
      </w:r>
      <w:r>
        <w:rPr>
          <w:rFonts w:ascii="宋体" w:eastAsia="宋体" w:hAnsi="宋体" w:cs="宋体"/>
          <w:color w:val="000000"/>
        </w:rPr>
        <w:t>开始连续四个正整数结合得到</w:t>
      </w:r>
      <w:r>
        <w:rPr>
          <w:rFonts w:ascii="Times New Roman" w:eastAsia="Times New Roman" w:hAnsi="Times New Roman" w:cs="Times New Roman"/>
          <w:color w:val="000000"/>
        </w:rPr>
        <w:t>0</w:t>
      </w:r>
      <w:r>
        <w:rPr>
          <w:rFonts w:ascii="宋体" w:eastAsia="宋体" w:hAnsi="宋体" w:cs="宋体"/>
          <w:color w:val="000000"/>
        </w:rPr>
        <w:t>，仅剩下</w:t>
      </w:r>
      <w:r>
        <w:rPr>
          <w:rFonts w:ascii="Times New Roman" w:eastAsia="Times New Roman" w:hAnsi="Times New Roman" w:cs="Times New Roman"/>
          <w:i/>
          <w:color w:val="000000"/>
        </w:rPr>
        <w:t>n</w:t>
      </w:r>
      <w:r>
        <w:rPr>
          <w:rFonts w:ascii="宋体" w:eastAsia="宋体" w:hAnsi="宋体" w:cs="宋体"/>
          <w:color w:val="000000"/>
        </w:rPr>
        <w:t>和</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则最小值为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从</w:t>
      </w:r>
      <w:r>
        <w:rPr>
          <w:rFonts w:ascii="Times New Roman" w:eastAsia="Times New Roman" w:hAnsi="Times New Roman" w:cs="Times New Roman"/>
          <w:color w:val="000000"/>
        </w:rPr>
        <w:t>2</w:t>
      </w:r>
      <w:r>
        <w:rPr>
          <w:rFonts w:ascii="宋体" w:eastAsia="宋体" w:hAnsi="宋体" w:cs="宋体"/>
          <w:color w:val="000000"/>
        </w:rPr>
        <w:t>开始连续四个正整数结合得到</w:t>
      </w:r>
      <w:r>
        <w:rPr>
          <w:rFonts w:ascii="Times New Roman" w:eastAsia="Times New Roman" w:hAnsi="Times New Roman" w:cs="Times New Roman"/>
          <w:color w:val="000000"/>
        </w:rPr>
        <w:t>0</w:t>
      </w:r>
      <w:r>
        <w:rPr>
          <w:rFonts w:ascii="宋体" w:eastAsia="宋体" w:hAnsi="宋体" w:cs="宋体"/>
          <w:color w:val="000000"/>
        </w:rPr>
        <w:t>，仅剩下</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i/>
          <w:color w:val="000000"/>
        </w:rPr>
        <w:t>n</w:t>
      </w:r>
      <w:r>
        <w:rPr>
          <w:rFonts w:ascii="宋体" w:eastAsia="宋体" w:hAnsi="宋体" w:cs="宋体"/>
          <w:color w:val="000000"/>
        </w:rPr>
        <w:t>，最大值为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为偶数，则</w:t>
      </w:r>
      <w:r>
        <w:rPr>
          <w:rFonts w:ascii="Times New Roman" w:eastAsia="Times New Roman" w:hAnsi="Times New Roman" w:cs="Times New Roman"/>
          <w:i/>
          <w:color w:val="000000"/>
        </w:rPr>
        <w:t>m</w:t>
      </w:r>
      <w:r>
        <w:rPr>
          <w:rFonts w:ascii="宋体" w:eastAsia="宋体" w:hAnsi="宋体" w:cs="宋体"/>
          <w:color w:val="000000"/>
        </w:rPr>
        <w:t>为偶数，前三个结合得到</w:t>
      </w:r>
      <w:r>
        <w:rPr>
          <w:rFonts w:ascii="Times New Roman" w:eastAsia="Times New Roman" w:hAnsi="Times New Roman" w:cs="Times New Roman"/>
          <w:color w:val="000000"/>
        </w:rPr>
        <w:t>0</w:t>
      </w:r>
      <w:r>
        <w:rPr>
          <w:rFonts w:ascii="宋体" w:eastAsia="宋体" w:hAnsi="宋体" w:cs="宋体"/>
          <w:color w:val="000000"/>
        </w:rPr>
        <w:t>，接下来连续四个正整数结合得到</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则最小值为</w:t>
      </w:r>
      <w:r>
        <w:rPr>
          <w:rFonts w:ascii="Times New Roman" w:eastAsia="Times New Roman" w:hAnsi="Times New Roman" w:cs="Times New Roman"/>
          <w:color w:val="000000"/>
        </w:rPr>
        <w:t>0</w:t>
      </w:r>
      <w:r>
        <w:rPr>
          <w:rFonts w:ascii="宋体" w:eastAsia="宋体" w:hAnsi="宋体" w:cs="宋体"/>
          <w:color w:val="000000"/>
        </w:rPr>
        <w:t>，从</w:t>
      </w:r>
      <w:r>
        <w:rPr>
          <w:rFonts w:ascii="Times New Roman" w:eastAsia="Times New Roman" w:hAnsi="Times New Roman" w:cs="Times New Roman"/>
          <w:color w:val="000000"/>
        </w:rPr>
        <w:t>3</w:t>
      </w:r>
      <w:r>
        <w:rPr>
          <w:rFonts w:ascii="宋体" w:eastAsia="宋体" w:hAnsi="宋体" w:cs="宋体"/>
          <w:color w:val="000000"/>
        </w:rPr>
        <w:t>开始连续四个正整数结合得到</w:t>
      </w:r>
      <w:r>
        <w:rPr>
          <w:rFonts w:ascii="Times New Roman" w:eastAsia="Times New Roman" w:hAnsi="Times New Roman" w:cs="Times New Roman"/>
          <w:color w:val="000000"/>
        </w:rPr>
        <w:t>0</w:t>
      </w:r>
      <w:r>
        <w:rPr>
          <w:rFonts w:ascii="宋体" w:eastAsia="宋体" w:hAnsi="宋体" w:cs="宋体"/>
          <w:color w:val="000000"/>
        </w:rPr>
        <w:t>，仅剩下</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i/>
          <w:color w:val="000000"/>
        </w:rPr>
        <w:t>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则最大值为</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此题考查了整数的奇偶性问题以及含有绝对值的最值问题，虽然以计算为载体，但首先要有试验观察和分情况讨论的能力．</w:t>
      </w:r>
    </w:p>
    <w:p>
      <w:pPr>
        <w:pStyle w:val="Heading1"/>
      </w:pPr>
      <w:r>
        <w:t>期中</w:t>
      </w:r>
    </w:p>
    <w:p>
      <w:pPr>
        <w:pStyle w:val="Heading2"/>
      </w:pPr>
      <w:r>
        <w:t>丰台区第二中学</w:t>
      </w:r>
    </w:p>
    <w:p>
      <w:pPr>
        <w:spacing w:line="360" w:lineRule="auto"/>
        <w:jc w:val="left"/>
        <w:textAlignment w:val="center"/>
        <w:rPr>
          <w:color w:val="000000"/>
        </w:rPr>
      </w:pPr>
      <w:r>
        <w:rPr>
          <w:color w:val="000000"/>
        </w:rPr>
        <w:t xml:space="preserve">26. </w:t>
      </w:r>
      <w:r>
        <w:rPr>
          <w:color w:val="000000"/>
        </w:rPr>
        <w:t>关于x的方程</w:t>
      </w:r>
      <w:r>
        <w:pict>
          <v:shape id="_x0000_i706642" type="#_x0000_t75" alt="学科网(www.zxxk.com)--教育资源门户，提供试卷、教案、课件、论文、素材以及各类教学资源下载，还有大量而丰富的教学相关资讯！" style="width:83.25pt;height:14.25pt" o:oleicon="f" o:ole="">
            <v:imagedata r:id="rId84" o:title="eqId99f6e8aeb1cb5e7e86317066e81acaf9"/>
          </v:shape>
        </w:pict>
      </w:r>
      <w:r>
        <w:rPr>
          <w:color w:val="000000"/>
        </w:rPr>
        <w:t>与</w:t>
      </w:r>
      <w:r>
        <w:pict>
          <v:shape id="_x0000_i706643" type="#_x0000_t75" alt="学科网(www.zxxk.com)--教育资源门户，提供试卷、教案、课件、论文、素材以及各类教学资源下载，还有大量而丰富的教学相关资讯！" style="width:47.25pt;height:14.25pt" o:oleicon="f" o:ole="">
            <v:imagedata r:id="rId85" o:title="eqId449beacab8ed0539775dea2a8fb6e1c4"/>
          </v:shape>
        </w:pict>
      </w:r>
      <w:r>
        <w:rPr>
          <w:color w:val="000000"/>
        </w:rPr>
        <w:t>的解互为相反数．</w:t>
      </w:r>
    </w:p>
    <w:p>
      <w:pPr>
        <w:spacing w:line="360" w:lineRule="auto"/>
        <w:jc w:val="left"/>
        <w:textAlignment w:val="center"/>
        <w:rPr>
          <w:color w:val="000000"/>
        </w:rPr>
      </w:pPr>
      <w:r>
        <w:rPr>
          <w:color w:val="000000"/>
        </w:rPr>
        <w:t>（1）求m的值；</w:t>
      </w:r>
    </w:p>
    <w:p>
      <w:pPr>
        <w:spacing w:line="360" w:lineRule="auto"/>
        <w:jc w:val="left"/>
        <w:textAlignment w:val="center"/>
        <w:rPr>
          <w:color w:val="000000"/>
        </w:rPr>
      </w:pPr>
      <w:r>
        <w:rPr>
          <w:color w:val="000000"/>
        </w:rPr>
        <w:t>（2）求这两个方程的解．</w:t>
      </w:r>
    </w:p>
    <w:p>
      <w:pPr>
        <w:spacing w:line="360" w:lineRule="auto"/>
        <w:textAlignment w:val="center"/>
        <w:rPr>
          <w:color w:val="000000"/>
        </w:rPr>
      </w:pPr>
      <w:r>
        <w:rPr>
          <w:color w:val="2E75B6"/>
        </w:rPr>
        <w:t>【答案】</w:t>
      </w:r>
      <w:r>
        <w:rPr>
          <w:color w:val="000000"/>
        </w:rPr>
        <w:t>（1）</w:t>
      </w:r>
      <w:r>
        <w:pict>
          <v:shape id="_x0000_i706644" type="#_x0000_t75" alt="学科网(www.zxxk.com)--教育资源门户，提供试卷、教案、课件、论文、素材以及各类教学资源下载，还有大量而丰富的教学相关资讯！" style="width:33pt;height:15.75pt" o:oleicon="f" o:ole="">
            <v:imagedata r:id="rId86" o:title="eqId077eeff69e4e32c3e15b7d2ee9ca2278"/>
          </v:shape>
        </w:pict>
      </w:r>
      <w:r>
        <w:rPr>
          <w:color w:val="000000"/>
        </w:rPr>
        <w:t>（2）</w:t>
      </w:r>
      <w:r>
        <w:pict>
          <v:shape id="_x0000_i706645" type="#_x0000_t75" alt="学科网(www.zxxk.com)--教育资源门户，提供试卷、教案、课件、论文、素材以及各类教学资源下载，还有大量而丰富的教学相关资讯！" style="width:65.25pt;height:15.75pt" o:oleicon="f" o:ole="">
            <v:imagedata r:id="rId87" o:title="eqId8145fa554203edf9feb685ec4edbdf5a"/>
          </v:shape>
        </w:pi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color w:val="000000"/>
        </w:rPr>
        <w:t>试题分析：（1）先求出第一个方程的解，然后根据互为相反数的和等于0列式得到关于m的方程，再根据一元一次方程的解法求解即可；</w:t>
      </w:r>
    </w:p>
    <w:p>
      <w:pPr>
        <w:spacing w:line="360" w:lineRule="auto"/>
        <w:jc w:val="left"/>
        <w:textAlignment w:val="center"/>
        <w:rPr>
          <w:color w:val="000000"/>
        </w:rPr>
      </w:pPr>
      <w:r>
        <w:rPr>
          <w:color w:val="000000"/>
        </w:rPr>
        <w:t>（2）把m的值代入两个方程的解计算即可．</w:t>
      </w:r>
    </w:p>
    <w:p>
      <w:pPr>
        <w:spacing w:line="360" w:lineRule="auto"/>
        <w:jc w:val="left"/>
        <w:textAlignment w:val="center"/>
        <w:rPr>
          <w:color w:val="000000"/>
        </w:rPr>
      </w:pPr>
      <w:r>
        <w:rPr>
          <w:color w:val="000000"/>
        </w:rPr>
        <w:t>解：（1）由x﹣2m=﹣3x+4得：x=</w:t>
      </w:r>
      <w:r>
        <w:rPr>
          <w:color w:val="000000"/>
        </w:rPr>
        <w:drawing>
          <wp:inline>
            <wp:extent cx="95250" cy="333375"/>
            <wp:docPr id="26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 name=""/>
                    <pic:cNvPicPr>
                      <a:picLocks noChangeAspect="1"/>
                    </pic:cNvPicPr>
                  </pic:nvPicPr>
                  <pic:blipFill>
                    <a:blip r:embed="rId88"/>
                    <a:stretch>
                      <a:fillRect/>
                    </a:stretch>
                  </pic:blipFill>
                  <pic:spPr>
                    <a:xfrm>
                      <a:off x="0" y="0"/>
                      <a:ext cx="95250" cy="333375"/>
                    </a:xfrm>
                    <a:prstGeom prst="rect">
                      <a:avLst/>
                    </a:prstGeom>
                  </pic:spPr>
                </pic:pic>
              </a:graphicData>
            </a:graphic>
          </wp:inline>
        </w:drawing>
      </w:r>
      <w:r>
        <w:rPr>
          <w:color w:val="000000"/>
        </w:rPr>
        <w:t xml:space="preserve">m+1， </w:t>
      </w:r>
    </w:p>
    <w:p>
      <w:pPr>
        <w:spacing w:line="360" w:lineRule="auto"/>
        <w:jc w:val="left"/>
        <w:textAlignment w:val="center"/>
        <w:rPr>
          <w:color w:val="000000"/>
        </w:rPr>
      </w:pPr>
      <w:r>
        <w:rPr>
          <w:color w:val="000000"/>
        </w:rPr>
        <w:t>依题意有：</w:t>
      </w:r>
      <w:r>
        <w:rPr>
          <w:color w:val="000000"/>
        </w:rPr>
        <w:drawing>
          <wp:inline>
            <wp:extent cx="95250" cy="333375"/>
            <wp:docPr id="26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 name=""/>
                    <pic:cNvPicPr>
                      <a:picLocks noChangeAspect="1"/>
                    </pic:cNvPicPr>
                  </pic:nvPicPr>
                  <pic:blipFill>
                    <a:blip r:embed="rId89"/>
                    <a:stretch>
                      <a:fillRect/>
                    </a:stretch>
                  </pic:blipFill>
                  <pic:spPr>
                    <a:xfrm>
                      <a:off x="0" y="0"/>
                      <a:ext cx="95250" cy="333375"/>
                    </a:xfrm>
                    <a:prstGeom prst="rect">
                      <a:avLst/>
                    </a:prstGeom>
                  </pic:spPr>
                </pic:pic>
              </a:graphicData>
            </a:graphic>
          </wp:inline>
        </w:drawing>
      </w:r>
      <w:r>
        <w:rPr>
          <w:color w:val="000000"/>
        </w:rPr>
        <w:t>m+1+2﹣m=0，</w:t>
      </w:r>
    </w:p>
    <w:p>
      <w:pPr>
        <w:spacing w:line="360" w:lineRule="auto"/>
        <w:jc w:val="left"/>
        <w:textAlignment w:val="center"/>
        <w:rPr>
          <w:color w:val="000000"/>
        </w:rPr>
      </w:pPr>
      <w:r>
        <w:rPr>
          <w:color w:val="000000"/>
        </w:rPr>
        <w:t xml:space="preserve">解得：m=6；     </w:t>
      </w:r>
    </w:p>
    <w:p>
      <w:pPr>
        <w:spacing w:line="360" w:lineRule="auto"/>
        <w:jc w:val="left"/>
        <w:textAlignment w:val="center"/>
        <w:rPr>
          <w:color w:val="000000"/>
        </w:rPr>
      </w:pPr>
      <w:r>
        <w:rPr>
          <w:color w:val="000000"/>
        </w:rPr>
        <w:t>（2）由m=6，</w:t>
      </w:r>
    </w:p>
    <w:p>
      <w:pPr>
        <w:spacing w:line="360" w:lineRule="auto"/>
        <w:jc w:val="left"/>
        <w:textAlignment w:val="center"/>
        <w:rPr>
          <w:color w:val="000000"/>
        </w:rPr>
      </w:pPr>
      <w:r>
        <w:rPr>
          <w:color w:val="000000"/>
        </w:rPr>
        <w:t>解得方程x﹣2m=﹣3x+4的解为x=</w:t>
      </w:r>
      <w:r>
        <w:rPr>
          <w:color w:val="000000"/>
        </w:rPr>
        <w:drawing>
          <wp:inline>
            <wp:extent cx="95250" cy="333375"/>
            <wp:docPr id="26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 name=""/>
                    <pic:cNvPicPr>
                      <a:picLocks noChangeAspect="1"/>
                    </pic:cNvPicPr>
                  </pic:nvPicPr>
                  <pic:blipFill>
                    <a:blip r:embed="rId90"/>
                    <a:stretch>
                      <a:fillRect/>
                    </a:stretch>
                  </pic:blipFill>
                  <pic:spPr>
                    <a:xfrm>
                      <a:off x="0" y="0"/>
                      <a:ext cx="95250" cy="333375"/>
                    </a:xfrm>
                    <a:prstGeom prst="rect">
                      <a:avLst/>
                    </a:prstGeom>
                  </pic:spPr>
                </pic:pic>
              </a:graphicData>
            </a:graphic>
          </wp:inline>
        </w:drawing>
      </w:r>
      <w:r>
        <w:rPr>
          <w:color w:val="000000"/>
        </w:rPr>
        <w:t>×6+1=3+1=4，…</w:t>
      </w:r>
    </w:p>
    <w:p>
      <w:pPr>
        <w:spacing w:line="360" w:lineRule="auto"/>
        <w:jc w:val="left"/>
        <w:textAlignment w:val="center"/>
        <w:rPr>
          <w:color w:val="000000"/>
        </w:rPr>
      </w:pPr>
      <w:r>
        <w:rPr>
          <w:color w:val="000000"/>
        </w:rPr>
        <w:t xml:space="preserve">解得方程2﹣m=x的解为x=2﹣6=﹣4．          </w:t>
      </w:r>
    </w:p>
    <w:p>
      <w:pPr>
        <w:spacing w:line="360" w:lineRule="auto"/>
        <w:jc w:val="left"/>
        <w:textAlignment w:val="center"/>
        <w:rPr>
          <w:color w:val="000000"/>
        </w:rPr>
      </w:pPr>
      <w:r>
        <w:rPr>
          <w:color w:val="000000"/>
        </w:rPr>
        <w:t>考点：解一元一次方程．</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已知数轴上两点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对应的数分别为﹣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为数轴上一动点，其对应的数为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的距离相等，求点</w:t>
      </w:r>
      <w:r>
        <w:rPr>
          <w:rFonts w:ascii="Times New Roman" w:eastAsia="Times New Roman" w:hAnsi="Times New Roman" w:cs="Times New Roman"/>
          <w:i/>
          <w:color w:val="000000"/>
        </w:rPr>
        <w:t>P</w:t>
      </w:r>
      <w:r>
        <w:rPr>
          <w:rFonts w:ascii="宋体" w:eastAsia="宋体" w:hAnsi="宋体" w:cs="宋体"/>
          <w:color w:val="000000"/>
        </w:rPr>
        <w:t>对应的数；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）数轴上是否存在点</w:t>
      </w:r>
      <w:r>
        <w:rPr>
          <w:rFonts w:ascii="Times New Roman" w:eastAsia="Times New Roman" w:hAnsi="Times New Roman" w:cs="Times New Roman"/>
          <w:i/>
          <w:color w:val="000000"/>
        </w:rPr>
        <w:t>P</w:t>
      </w:r>
      <w:r>
        <w:rPr>
          <w:rFonts w:ascii="宋体" w:eastAsia="宋体" w:hAnsi="宋体" w:cs="宋体"/>
          <w:color w:val="000000"/>
        </w:rPr>
        <w:t>，使点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的距离之和为</w:t>
      </w:r>
      <w:r>
        <w:rPr>
          <w:rFonts w:ascii="Times New Roman" w:eastAsia="Times New Roman" w:hAnsi="Times New Roman" w:cs="Times New Roman"/>
          <w:color w:val="000000"/>
        </w:rPr>
        <w:t>6</w:t>
      </w:r>
      <w:r>
        <w:rPr>
          <w:rFonts w:ascii="宋体" w:eastAsia="宋体" w:hAnsi="宋体" w:cs="宋体"/>
          <w:color w:val="000000"/>
        </w:rPr>
        <w:t>？若存在，请求出</w:t>
      </w:r>
      <w:r>
        <w:rPr>
          <w:rFonts w:ascii="Times New Roman" w:eastAsia="Times New Roman" w:hAnsi="Times New Roman" w:cs="Times New Roman"/>
          <w:i/>
          <w:color w:val="000000"/>
        </w:rPr>
        <w:t>x</w:t>
      </w:r>
      <w:r>
        <w:rPr>
          <w:rFonts w:ascii="宋体" w:eastAsia="宋体" w:hAnsi="宋体" w:cs="宋体"/>
          <w:color w:val="000000"/>
        </w:rPr>
        <w:t>的值．若不存在，请说明理由？</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以每秒一个单位长度的速度从</w:t>
      </w:r>
      <w:r>
        <w:rPr>
          <w:rFonts w:ascii="Times New Roman" w:eastAsia="Times New Roman" w:hAnsi="Times New Roman" w:cs="Times New Roman"/>
          <w:i/>
          <w:color w:val="000000"/>
        </w:rPr>
        <w:t>O</w:t>
      </w:r>
      <w:r>
        <w:rPr>
          <w:rFonts w:ascii="宋体" w:eastAsia="宋体" w:hAnsi="宋体" w:cs="宋体"/>
          <w:color w:val="000000"/>
        </w:rPr>
        <w:t>点向左运动时，点</w:t>
      </w:r>
      <w:r>
        <w:rPr>
          <w:rFonts w:ascii="Times New Roman" w:eastAsia="Times New Roman" w:hAnsi="Times New Roman" w:cs="Times New Roman"/>
          <w:i/>
          <w:color w:val="000000"/>
        </w:rPr>
        <w:t>A</w: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个单位长度向左运动，点</w:t>
      </w:r>
      <w:r>
        <w:rPr>
          <w:rFonts w:ascii="Times New Roman" w:eastAsia="Times New Roman" w:hAnsi="Times New Roman" w:cs="Times New Roman"/>
          <w:i/>
          <w:color w:val="000000"/>
        </w:rPr>
        <w:t>B</w:t>
      </w:r>
      <w:r>
        <w:rPr>
          <w:rFonts w:ascii="宋体" w:eastAsia="宋体" w:hAnsi="宋体" w:cs="宋体"/>
          <w:color w:val="000000"/>
        </w:rPr>
        <w:t>以每秒</w:t>
      </w:r>
      <w:r>
        <w:rPr>
          <w:rFonts w:ascii="Times New Roman" w:eastAsia="Times New Roman" w:hAnsi="Times New Roman" w:cs="Times New Roman"/>
          <w:color w:val="000000"/>
        </w:rPr>
        <w:t>4</w:t>
      </w:r>
      <w:r>
        <w:rPr>
          <w:rFonts w:ascii="宋体" w:eastAsia="宋体" w:hAnsi="宋体" w:cs="宋体"/>
          <w:color w:val="000000"/>
        </w:rPr>
        <w:t>个单位长度向左运动，问它们同时出发，几秒后</w:t>
      </w:r>
      <w:r>
        <w:rPr>
          <w:rFonts w:ascii="Times New Roman" w:eastAsia="Times New Roman" w:hAnsi="Times New Roman" w:cs="Times New Roman"/>
          <w:i/>
          <w:color w:val="000000"/>
        </w:rPr>
        <w:t>P</w:t>
      </w:r>
      <w:r>
        <w:rPr>
          <w:rFonts w:ascii="宋体" w:eastAsia="宋体" w:hAnsi="宋体" w:cs="宋体"/>
          <w:color w:val="000000"/>
        </w:rPr>
        <w:t>点到点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的距离相等？</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）即运动</w:t>
      </w:r>
      <w:r>
        <w:pict>
          <v:shape id="_x0000_i706646" type="#_x0000_t75" alt="学科网(www.zxxk.com)--教育资源门户，提供试卷、教案、课件、论文、素材以及各类教学资源下载，还有大量而丰富的教学相关资讯！" style="width:10.5pt;height:21pt" o:oleicon="f" o:ole="">
            <v:imagedata r:id="rId91" o:title="eqIdf89eef3148f2d4d09379767b4af69132"/>
          </v:shape>
        </w:pict>
      </w:r>
      <w:r>
        <w:rPr>
          <w:rFonts w:ascii="宋体" w:eastAsia="宋体" w:hAnsi="宋体" w:cs="宋体"/>
          <w:color w:val="000000"/>
        </w:rPr>
        <w:t>秒或</w:t>
      </w:r>
      <w:r>
        <w:rPr>
          <w:rFonts w:ascii="Times New Roman" w:eastAsia="Times New Roman" w:hAnsi="Times New Roman" w:cs="Times New Roman"/>
          <w:color w:val="000000"/>
        </w:rPr>
        <w:t>2</w: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的距离相等．</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的距离相等，列方程可得答案；</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）此题要分两种情况：</w:t>
      </w:r>
      <w:r>
        <w:rPr>
          <w:rFonts w:ascii="Times New Roman" w:eastAsia="Times New Roman" w:hAnsi="Times New Roman" w:cs="Times New Roman"/>
          <w:color w:val="000000"/>
        </w:rPr>
        <w:t>①</w:t>
      </w: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左侧时，</w:t>
      </w:r>
      <w:r>
        <w:rPr>
          <w:rFonts w:ascii="Times New Roman" w:eastAsia="Times New Roman" w:hAnsi="Times New Roman" w:cs="Times New Roman"/>
          <w:color w:val="000000"/>
        </w:rPr>
        <w:t>②</w:t>
      </w: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右侧时，根据点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的距离之和为</w:t>
      </w:r>
      <w:r>
        <w:rPr>
          <w:rFonts w:ascii="Times New Roman" w:eastAsia="Times New Roman" w:hAnsi="Times New Roman" w:cs="Times New Roman"/>
          <w:color w:val="000000"/>
        </w:rPr>
        <w:t>5</w:t>
      </w:r>
      <w:r>
        <w:rPr>
          <w:rFonts w:ascii="宋体" w:eastAsia="宋体" w:hAnsi="宋体" w:cs="宋体"/>
          <w:color w:val="000000"/>
        </w:rPr>
        <w:t>列方程求解即可；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同时向左运动，点</w:t>
      </w:r>
      <w:r>
        <w:rPr>
          <w:rFonts w:ascii="Times New Roman" w:eastAsia="Times New Roman" w:hAnsi="Times New Roman" w:cs="Times New Roman"/>
          <w:i/>
          <w:color w:val="000000"/>
        </w:rPr>
        <w:t>B</w:t>
      </w:r>
      <w:r>
        <w:rPr>
          <w:rFonts w:ascii="宋体" w:eastAsia="宋体" w:hAnsi="宋体" w:cs="宋体"/>
          <w:color w:val="000000"/>
        </w:rPr>
        <w:t>的运动速度最快，点</w:t>
      </w:r>
      <w:r>
        <w:rPr>
          <w:rFonts w:ascii="Times New Roman" w:eastAsia="Times New Roman" w:hAnsi="Times New Roman" w:cs="Times New Roman"/>
          <w:i/>
          <w:color w:val="000000"/>
        </w:rPr>
        <w:t>P</w:t>
      </w:r>
      <w:r>
        <w:rPr>
          <w:rFonts w:ascii="宋体" w:eastAsia="宋体" w:hAnsi="宋体" w:cs="宋体"/>
          <w:color w:val="000000"/>
        </w:rPr>
        <w:t>的运动速度最慢，故</w:t>
      </w:r>
      <w:r>
        <w:rPr>
          <w:rFonts w:ascii="Times New Roman" w:eastAsia="Times New Roman" w:hAnsi="Times New Roman" w:cs="Times New Roman"/>
          <w:i/>
          <w:color w:val="000000"/>
        </w:rPr>
        <w:t>P</w:t>
      </w:r>
      <w:r>
        <w:rPr>
          <w:rFonts w:ascii="宋体" w:eastAsia="宋体" w:hAnsi="宋体" w:cs="宋体"/>
          <w:color w:val="000000"/>
        </w:rPr>
        <w:t>点总位于</w:t>
      </w:r>
      <w:r>
        <w:rPr>
          <w:rFonts w:ascii="Times New Roman" w:eastAsia="Times New Roman" w:hAnsi="Times New Roman" w:cs="Times New Roman"/>
          <w:i/>
          <w:color w:val="000000"/>
        </w:rPr>
        <w:t>A</w:t>
      </w:r>
      <w:r>
        <w:rPr>
          <w:rFonts w:ascii="宋体" w:eastAsia="宋体" w:hAnsi="宋体" w:cs="宋体"/>
          <w:color w:val="000000"/>
        </w:rPr>
        <w:t>点右侧，</w:t>
      </w:r>
      <w:r>
        <w:rPr>
          <w:rFonts w:ascii="Times New Roman" w:eastAsia="Times New Roman" w:hAnsi="Times New Roman" w:cs="Times New Roman"/>
          <w:i/>
          <w:color w:val="000000"/>
        </w:rPr>
        <w:t>B</w:t>
      </w:r>
      <w:r>
        <w:rPr>
          <w:rFonts w:ascii="宋体" w:eastAsia="宋体" w:hAnsi="宋体" w:cs="宋体"/>
          <w:color w:val="000000"/>
        </w:rPr>
        <w:t>可能追上并超过</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i/>
          <w:color w:val="000000"/>
        </w:rPr>
        <w:t>，</w:t>
      </w:r>
      <w:r>
        <w:rPr>
          <w:rFonts w:ascii="Times New Roman" w:eastAsia="Times New Roman" w:hAnsi="Times New Roman" w:cs="Times New Roman"/>
          <w:i/>
          <w:color w:val="000000"/>
        </w:rPr>
        <w:t>B</w:t>
      </w:r>
      <w:r>
        <w:rPr>
          <w:rFonts w:ascii="宋体" w:eastAsia="宋体" w:hAnsi="宋体" w:cs="宋体"/>
          <w:color w:val="000000"/>
        </w:rPr>
        <w:t>的距离相等，应分两种情况讨论，即</w:t>
      </w:r>
      <w:r>
        <w:rPr>
          <w:rFonts w:ascii="Times New Roman" w:eastAsia="Times New Roman" w:hAnsi="Times New Roman" w:cs="Times New Roman"/>
          <w:color w:val="000000"/>
        </w:rPr>
        <w:t>①</w:t>
      </w:r>
      <w:r>
        <w:rPr>
          <w:rFonts w:ascii="Times New Roman" w:eastAsia="Times New Roman" w:hAnsi="Times New Roman" w:cs="Times New Roman"/>
          <w:i/>
          <w:color w:val="000000"/>
        </w:rPr>
        <w:t>B</w:t>
      </w:r>
      <w:r>
        <w:rPr>
          <w:rFonts w:ascii="宋体" w:eastAsia="宋体" w:hAnsi="宋体" w:cs="宋体"/>
          <w:color w:val="000000"/>
        </w:rPr>
        <w:t>未追上</w:t>
      </w:r>
      <w:r>
        <w:rPr>
          <w:rFonts w:ascii="Times New Roman" w:eastAsia="Times New Roman" w:hAnsi="Times New Roman" w:cs="Times New Roman"/>
          <w:i/>
          <w:color w:val="000000"/>
        </w:rPr>
        <w:t>A</w:t>
      </w:r>
      <w:r>
        <w:rPr>
          <w:rFonts w:ascii="宋体" w:eastAsia="宋体" w:hAnsi="宋体" w:cs="宋体"/>
          <w:color w:val="000000"/>
        </w:rPr>
        <w:t>时，</w:t>
      </w:r>
      <w:r>
        <w:rPr>
          <w:rFonts w:ascii="Times New Roman" w:eastAsia="Times New Roman" w:hAnsi="Times New Roman" w:cs="Times New Roman"/>
          <w:color w:val="000000"/>
        </w:rPr>
        <w:t>②</w:t>
      </w:r>
      <w:r>
        <w:rPr>
          <w:rFonts w:ascii="Times New Roman" w:eastAsia="Times New Roman" w:hAnsi="Times New Roman" w:cs="Times New Roman"/>
          <w:i/>
          <w:color w:val="000000"/>
        </w:rPr>
        <w:t>B</w:t>
      </w:r>
      <w:r>
        <w:rPr>
          <w:rFonts w:ascii="宋体" w:eastAsia="宋体" w:hAnsi="宋体" w:cs="宋体"/>
          <w:color w:val="000000"/>
        </w:rPr>
        <w:t>追上</w:t>
      </w:r>
      <w:r>
        <w:rPr>
          <w:rFonts w:ascii="Times New Roman" w:eastAsia="Times New Roman" w:hAnsi="Times New Roman" w:cs="Times New Roman"/>
          <w:i/>
          <w:color w:val="000000"/>
        </w:rPr>
        <w:t>A</w:t>
      </w:r>
      <w:r>
        <w:rPr>
          <w:rFonts w:ascii="宋体" w:eastAsia="宋体" w:hAnsi="宋体" w:cs="宋体"/>
          <w:color w:val="000000"/>
        </w:rPr>
        <w:t>时．</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）如图，若点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的距离相等，则</w:t>
      </w:r>
      <w:r>
        <w:rPr>
          <w:rFonts w:ascii="Times New Roman" w:eastAsia="Times New Roman" w:hAnsi="Times New Roman" w:cs="Times New Roman"/>
          <w:i/>
          <w:color w:val="000000"/>
        </w:rPr>
        <w:t>P</w:t>
      </w:r>
      <w:r>
        <w:rPr>
          <w:rFonts w:ascii="宋体" w:eastAsia="宋体" w:hAnsi="宋体" w:cs="宋体"/>
          <w:color w:val="000000"/>
        </w:rPr>
        <w:t>为</w:t>
      </w:r>
      <w:r>
        <w:rPr>
          <w:rFonts w:ascii="Times New Roman" w:eastAsia="Times New Roman" w:hAnsi="Times New Roman" w:cs="Times New Roman"/>
          <w:i/>
          <w:color w:val="000000"/>
        </w:rPr>
        <w:t>AB</w:t>
      </w:r>
      <w:r>
        <w:rPr>
          <w:rFonts w:ascii="宋体" w:eastAsia="宋体" w:hAnsi="宋体" w:cs="宋体"/>
          <w:color w:val="000000"/>
        </w:rPr>
        <w:t>的中点，</w:t>
      </w:r>
      <w:r>
        <w:rPr>
          <w:rFonts w:ascii="Times New Roman" w:eastAsia="Times New Roman" w:hAnsi="Times New Roman" w:cs="Times New Roman"/>
          <w:i/>
          <w:color w:val="000000"/>
        </w:rPr>
        <w:t>BP</w:t>
      </w:r>
      <w:r>
        <w:rPr>
          <w:rFonts w:ascii="宋体" w:eastAsia="宋体" w:hAnsi="宋体" w:cs="宋体"/>
          <w:color w:val="000000"/>
        </w:rPr>
        <w:t>＝</w:t>
      </w:r>
      <w:r>
        <w:rPr>
          <w:rFonts w:ascii="Times New Roman" w:eastAsia="Times New Roman" w:hAnsi="Times New Roman" w:cs="Times New Roman"/>
          <w:i/>
          <w:color w:val="000000"/>
        </w:rPr>
        <w:t>PA</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依题意得</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66975" cy="666750"/>
            <wp:docPr id="26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4" name=""/>
                    <pic:cNvPicPr>
                      <a:picLocks noChangeAspect="1"/>
                    </pic:cNvPicPr>
                  </pic:nvPicPr>
                  <pic:blipFill>
                    <a:blip r:embed="rId92"/>
                    <a:stretch>
                      <a:fillRect/>
                    </a:stretch>
                  </pic:blipFill>
                  <pic:spPr>
                    <a:xfrm>
                      <a:off x="0" y="0"/>
                      <a:ext cx="2466975" cy="6667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）存在；</w:t>
      </w:r>
    </w:p>
    <w:p>
      <w:pPr>
        <w:spacing w:line="360" w:lineRule="auto"/>
        <w:jc w:val="left"/>
        <w:textAlignment w:val="center"/>
        <w:rPr>
          <w:rFonts w:ascii="宋体" w:eastAsia="宋体" w:hAnsi="宋体" w:cs="宋体"/>
          <w:color w:val="000000"/>
        </w:rPr>
      </w:pPr>
      <w:r>
        <w:rPr>
          <w:rFonts w:ascii="宋体" w:eastAsia="宋体" w:hAnsi="宋体" w:cs="宋体"/>
          <w:color w:val="000000"/>
        </w:rPr>
        <w:t>由题意得</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的距离之和为</w:t>
      </w:r>
      <w:r>
        <w:rPr>
          <w:rFonts w:ascii="Times New Roman" w:eastAsia="Times New Roman" w:hAnsi="Times New Roman" w:cs="Times New Roman"/>
          <w:color w:val="000000"/>
        </w:rPr>
        <w:t>6</w:t>
      </w:r>
      <w:r>
        <w:rPr>
          <w:rFonts w:ascii="宋体" w:eastAsia="宋体" w:hAnsi="宋体" w:cs="宋体"/>
          <w:color w:val="000000"/>
        </w:rPr>
        <w:t>，则</w:t>
      </w:r>
      <w:r>
        <w:rPr>
          <w:rFonts w:ascii="Times New Roman" w:eastAsia="Times New Roman" w:hAnsi="Times New Roman" w:cs="Times New Roman"/>
          <w:i/>
          <w:color w:val="000000"/>
        </w:rPr>
        <w:t>P</w:t>
      </w:r>
      <w:r>
        <w:rPr>
          <w:rFonts w:ascii="宋体" w:eastAsia="宋体" w:hAnsi="宋体" w:cs="宋体"/>
          <w:color w:val="000000"/>
        </w:rPr>
        <w:t>不可能在线段</w:t>
      </w:r>
      <w:r>
        <w:rPr>
          <w:rFonts w:ascii="Times New Roman" w:eastAsia="Times New Roman" w:hAnsi="Times New Roman" w:cs="Times New Roman"/>
          <w:i/>
          <w:color w:val="000000"/>
        </w:rPr>
        <w:t>AB</w:t>
      </w:r>
      <w:r>
        <w:rPr>
          <w:rFonts w:ascii="宋体" w:eastAsia="宋体" w:hAnsi="宋体" w:cs="宋体"/>
          <w:color w:val="000000"/>
        </w:rPr>
        <w:t>上，只能在</w:t>
      </w:r>
      <w:r>
        <w:rPr>
          <w:rFonts w:ascii="Times New Roman" w:eastAsia="Times New Roman" w:hAnsi="Times New Roman" w:cs="Times New Roman"/>
          <w:i/>
          <w:color w:val="000000"/>
        </w:rPr>
        <w:t>A</w:t>
      </w:r>
      <w:r>
        <w:rPr>
          <w:rFonts w:ascii="宋体" w:eastAsia="宋体" w:hAnsi="宋体" w:cs="宋体"/>
          <w:color w:val="000000"/>
        </w:rPr>
        <w:t>点左侧或</w:t>
      </w:r>
      <w:r>
        <w:rPr>
          <w:rFonts w:ascii="Times New Roman" w:eastAsia="Times New Roman" w:hAnsi="Times New Roman" w:cs="Times New Roman"/>
          <w:i/>
          <w:color w:val="000000"/>
        </w:rPr>
        <w:t>B</w:t>
      </w:r>
      <w:r>
        <w:rPr>
          <w:rFonts w:ascii="宋体" w:eastAsia="宋体" w:hAnsi="宋体" w:cs="宋体"/>
          <w:color w:val="000000"/>
        </w:rPr>
        <w:t>点右侧．</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①</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左侧时，</w:t>
      </w:r>
      <w:r>
        <w:rPr>
          <w:rFonts w:ascii="Times New Roman" w:eastAsia="Times New Roman" w:hAnsi="Times New Roman" w:cs="Times New Roman"/>
          <w:i/>
          <w:color w:val="000000"/>
        </w:rPr>
        <w:t>PA</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依题意得：（</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 xml:space="preserve"> 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②</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右侧时，</w:t>
      </w:r>
      <w:r>
        <w:rPr>
          <w:rFonts w:ascii="Times New Roman" w:eastAsia="Times New Roman" w:hAnsi="Times New Roman" w:cs="Times New Roman"/>
          <w:i/>
          <w:color w:val="000000"/>
        </w:rPr>
        <w:t>PA</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依题意得：（</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综上所述：</w:t>
      </w:r>
      <w:r>
        <w:rPr>
          <w:rFonts w:ascii="Times New Roman" w:eastAsia="Times New Roman" w:hAnsi="Times New Roman" w:cs="Times New Roman"/>
          <w:i/>
          <w:color w:val="000000"/>
        </w:rPr>
        <w:t>x</w: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）设运动</w:t>
      </w:r>
      <w:r>
        <w:rPr>
          <w:rFonts w:ascii="Times New Roman" w:eastAsia="Times New Roman" w:hAnsi="Times New Roman" w:cs="Times New Roman"/>
          <w:i/>
          <w:color w:val="000000"/>
        </w:rPr>
        <w:t>t</w:t>
      </w:r>
      <w:r>
        <w:rPr>
          <w:rFonts w:ascii="宋体" w:eastAsia="宋体" w:hAnsi="宋体" w:cs="宋体"/>
          <w:color w:val="000000"/>
        </w:rPr>
        <w:t>秒，此时</w:t>
      </w:r>
      <w:r>
        <w:rPr>
          <w:rFonts w:ascii="Times New Roman" w:eastAsia="Times New Roman" w:hAnsi="Times New Roman" w:cs="Times New Roman"/>
          <w:i/>
          <w:color w:val="000000"/>
        </w:rPr>
        <w:t>P</w:t>
      </w:r>
      <w:r>
        <w:rPr>
          <w:rFonts w:ascii="宋体" w:eastAsia="宋体" w:hAnsi="宋体" w:cs="宋体"/>
          <w:color w:val="000000"/>
        </w:rPr>
        <w:t>对应的数为</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对应的数为</w:t>
      </w:r>
      <w:r>
        <w:rPr>
          <w:rFonts w:ascii="Times New Roman" w:eastAsia="Times New Roman" w:hAnsi="Times New Roman" w:cs="Times New Roman"/>
          <w:color w:val="000000"/>
        </w:rPr>
        <w:t>3−4</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对应的数为</w:t>
      </w:r>
      <w:r>
        <w:rPr>
          <w:rFonts w:ascii="Times New Roman" w:eastAsia="Times New Roman" w:hAnsi="Times New Roman" w:cs="Times New Roman"/>
          <w:color w:val="000000"/>
        </w:rPr>
        <w:t>−1−2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①</w:t>
      </w:r>
      <w:r>
        <w:rPr>
          <w:rFonts w:ascii="Times New Roman" w:eastAsia="Times New Roman" w:hAnsi="Times New Roman" w:cs="Times New Roman"/>
          <w:i/>
          <w:color w:val="000000"/>
        </w:rPr>
        <w:t>B</w:t>
      </w:r>
      <w:r>
        <w:rPr>
          <w:rFonts w:ascii="宋体" w:eastAsia="宋体" w:hAnsi="宋体" w:cs="宋体"/>
          <w:color w:val="000000"/>
        </w:rPr>
        <w:t>未追上</w:t>
      </w:r>
      <w:r>
        <w:rPr>
          <w:rFonts w:ascii="Times New Roman" w:eastAsia="Times New Roman" w:hAnsi="Times New Roman" w:cs="Times New Roman"/>
          <w:i/>
          <w:color w:val="000000"/>
        </w:rPr>
        <w:t>A</w:t>
      </w:r>
      <w:r>
        <w:rPr>
          <w:rFonts w:ascii="宋体" w:eastAsia="宋体" w:hAnsi="宋体" w:cs="宋体"/>
          <w:color w:val="000000"/>
        </w:rPr>
        <w:t>时，</w:t>
      </w:r>
      <w:r>
        <w:rPr>
          <w:rFonts w:ascii="Times New Roman" w:eastAsia="Times New Roman" w:hAnsi="Times New Roman" w:cs="Times New Roman"/>
          <w:i/>
          <w:color w:val="000000"/>
        </w:rPr>
        <w:t>PA</w:t>
      </w: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，则</w:t>
      </w:r>
      <w:r>
        <w:rPr>
          <w:rFonts w:ascii="Times New Roman" w:eastAsia="Times New Roman" w:hAnsi="Times New Roman" w:cs="Times New Roman"/>
          <w:i/>
          <w:color w:val="000000"/>
        </w:rPr>
        <w:t>P</w:t>
      </w:r>
      <w:r>
        <w:rPr>
          <w:rFonts w:ascii="宋体" w:eastAsia="宋体" w:hAnsi="宋体" w:cs="宋体"/>
          <w:color w:val="000000"/>
        </w:rPr>
        <w:t>为</w:t>
      </w:r>
      <w:r>
        <w:rPr>
          <w:rFonts w:ascii="Times New Roman" w:eastAsia="Times New Roman" w:hAnsi="Times New Roman" w:cs="Times New Roman"/>
          <w:i/>
          <w:color w:val="000000"/>
        </w:rPr>
        <w:t>AB</w:t>
      </w:r>
      <w:r>
        <w:rPr>
          <w:rFonts w:ascii="宋体" w:eastAsia="宋体" w:hAnsi="宋体" w:cs="宋体"/>
          <w:color w:val="000000"/>
        </w:rPr>
        <w:t>中点，</w:t>
      </w:r>
      <w:r>
        <w:rPr>
          <w:rFonts w:ascii="Times New Roman" w:eastAsia="Times New Roman" w:hAnsi="Times New Roman" w:cs="Times New Roman"/>
          <w:i/>
          <w:color w:val="000000"/>
        </w:rPr>
        <w:t>B</w:t>
      </w:r>
      <w:r>
        <w:rPr>
          <w:rFonts w:ascii="宋体" w:eastAsia="宋体" w:hAnsi="宋体" w:cs="宋体"/>
          <w:color w:val="000000"/>
        </w:rPr>
        <w:t>在</w:t>
      </w:r>
      <w:r>
        <w:rPr>
          <w:rFonts w:ascii="Times New Roman" w:eastAsia="Times New Roman" w:hAnsi="Times New Roman" w:cs="Times New Roman"/>
          <w:i/>
          <w:color w:val="000000"/>
        </w:rPr>
        <w:t>P</w:t>
      </w:r>
      <w:r>
        <w:rPr>
          <w:rFonts w:ascii="宋体" w:eastAsia="宋体" w:hAnsi="宋体" w:cs="宋体"/>
          <w:color w:val="000000"/>
        </w:rPr>
        <w:t>的右侧，</w:t>
      </w:r>
      <w:r>
        <w:rPr>
          <w:rFonts w:ascii="Times New Roman" w:eastAsia="Times New Roman" w:hAnsi="Times New Roman" w:cs="Times New Roman"/>
          <w:i/>
          <w:color w:val="000000"/>
        </w:rPr>
        <w:t>A</w:t>
      </w:r>
      <w:r>
        <w:rPr>
          <w:rFonts w:ascii="宋体" w:eastAsia="宋体" w:hAnsi="宋体" w:cs="宋体"/>
          <w:color w:val="000000"/>
        </w:rPr>
        <w:t>在</w:t>
      </w:r>
      <w:r>
        <w:rPr>
          <w:rFonts w:ascii="Times New Roman" w:eastAsia="Times New Roman" w:hAnsi="Times New Roman" w:cs="Times New Roman"/>
          <w:i/>
          <w:color w:val="000000"/>
        </w:rPr>
        <w:t>P</w:t>
      </w:r>
      <w:r>
        <w:rPr>
          <w:rFonts w:ascii="宋体" w:eastAsia="宋体" w:hAnsi="宋体" w:cs="宋体"/>
          <w:color w:val="000000"/>
        </w:rPr>
        <w:t>的左侧．</w:t>
      </w:r>
    </w:p>
    <w:p>
      <w:pPr>
        <w:spacing w:line="360" w:lineRule="auto"/>
        <w:jc w:val="left"/>
        <w:textAlignment w:val="center"/>
        <w:rPr>
          <w:rFonts w:ascii="宋体" w:eastAsia="宋体" w:hAnsi="宋体" w:cs="宋体"/>
          <w:color w:val="000000"/>
        </w:rPr>
      </w:pPr>
      <w:r>
        <w:rPr>
          <w:rFonts w:ascii="宋体" w:eastAsia="宋体" w:hAnsi="宋体" w:cs="宋体"/>
          <w:color w:val="000000"/>
        </w:rPr>
        <w:t>此时</w:t>
      </w:r>
      <w:r>
        <w:rPr>
          <w:rFonts w:ascii="Times New Roman" w:eastAsia="Times New Roman" w:hAnsi="Times New Roman" w:cs="Times New Roman"/>
          <w:i/>
          <w:color w:val="000000"/>
        </w:rPr>
        <w:t>PA</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color w:val="000000"/>
        </w:rPr>
        <w:t>3−4</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3−3</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依题意有</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3−3</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t</w:t>
      </w:r>
      <w:r>
        <w:rPr>
          <w:rFonts w:ascii="宋体" w:eastAsia="宋体" w:hAnsi="宋体" w:cs="宋体"/>
          <w:color w:val="000000"/>
        </w:rPr>
        <w:t>＝</w:t>
      </w:r>
      <w:r>
        <w:pict>
          <v:shape id="_x0000_i706647" type="#_x0000_t75" alt="学科网(www.zxxk.com)--教育资源门户，提供试卷、教案、课件、论文、素材以及各类教学资源下载，还有大量而丰富的教学相关资讯！" style="width:10.5pt;height:21pt" o:oleicon="f" o:ole="">
            <v:imagedata r:id="rId93" o:title="eqIdf89eef3148f2d4d09379767b4af6913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②</w:t>
      </w:r>
      <w:r>
        <w:rPr>
          <w:rFonts w:ascii="Times New Roman" w:eastAsia="Times New Roman" w:hAnsi="Times New Roman" w:cs="Times New Roman"/>
          <w:i/>
          <w:color w:val="000000"/>
        </w:rPr>
        <w:t>B</w:t>
      </w:r>
      <w:r>
        <w:rPr>
          <w:rFonts w:ascii="宋体" w:eastAsia="宋体" w:hAnsi="宋体" w:cs="宋体"/>
          <w:color w:val="000000"/>
        </w:rPr>
        <w:t>追上</w:t>
      </w:r>
      <w:r>
        <w:rPr>
          <w:rFonts w:ascii="Times New Roman" w:eastAsia="Times New Roman" w:hAnsi="Times New Roman" w:cs="Times New Roman"/>
          <w:i/>
          <w:color w:val="000000"/>
        </w:rPr>
        <w:t>A</w:t>
      </w:r>
      <w:r>
        <w:rPr>
          <w:rFonts w:ascii="宋体" w:eastAsia="宋体" w:hAnsi="宋体" w:cs="宋体"/>
          <w:color w:val="000000"/>
        </w:rPr>
        <w:t>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重合，此时</w:t>
      </w:r>
      <w:r>
        <w:rPr>
          <w:rFonts w:ascii="Times New Roman" w:eastAsia="Times New Roman" w:hAnsi="Times New Roman" w:cs="Times New Roman"/>
          <w:i/>
          <w:color w:val="000000"/>
        </w:rPr>
        <w:t>PA</w:t>
      </w: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表示同一个数，</w:t>
      </w:r>
    </w:p>
    <w:p>
      <w:pPr>
        <w:spacing w:line="360" w:lineRule="auto"/>
        <w:jc w:val="left"/>
        <w:textAlignment w:val="center"/>
        <w:rPr>
          <w:rFonts w:ascii="宋体" w:eastAsia="宋体" w:hAnsi="宋体" w:cs="宋体"/>
          <w:color w:val="000000"/>
        </w:rPr>
      </w:pPr>
      <w:r>
        <w:rPr>
          <w:rFonts w:ascii="宋体" w:eastAsia="宋体" w:hAnsi="宋体" w:cs="宋体"/>
          <w:color w:val="000000"/>
        </w:rPr>
        <w:t>依题意有</w:t>
      </w:r>
      <w:r>
        <w:rPr>
          <w:rFonts w:ascii="Times New Roman" w:eastAsia="Times New Roman" w:hAnsi="Times New Roman" w:cs="Times New Roman"/>
          <w:color w:val="000000"/>
        </w:rPr>
        <w:t>−1−2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3−4</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宋体" w:eastAsia="宋体" w:hAnsi="宋体" w:cs="宋体"/>
          <w:color w:val="000000"/>
        </w:rPr>
        <w:t>＝</w:t>
      </w:r>
      <w:r>
        <w:pict>
          <v:shape id="_x0000_i706648" type="#_x0000_t75" alt="学科网(www.zxxk.com)--教育资源门户，提供试卷、教案、课件、论文、素材以及各类教学资源下载，还有大量而丰富的教学相关资讯！" style="width:9.75pt;height:12.75pt" o:oleicon="f" o:ole="">
            <v:imagedata r:id="rId94" o:title="eqId61128ab996360a038e6e64d82fcba00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即运动</w:t>
      </w:r>
      <w:r>
        <w:pict>
          <v:shape id="_x0000_i706649" type="#_x0000_t75" alt="学科网(www.zxxk.com)--教育资源门户，提供试卷、教案、课件、论文、素材以及各类教学资源下载，还有大量而丰富的教学相关资讯！" style="width:10.5pt;height:21pt" o:oleicon="f" o:ole="">
            <v:imagedata r:id="rId95" o:title="eqIdf89eef3148f2d4d09379767b4af69132"/>
          </v:shape>
        </w:pict>
      </w:r>
      <w:r>
        <w:rPr>
          <w:rFonts w:ascii="宋体" w:eastAsia="宋体" w:hAnsi="宋体" w:cs="宋体"/>
          <w:color w:val="000000"/>
        </w:rPr>
        <w:t>秒或</w:t>
      </w:r>
      <w:r>
        <w:rPr>
          <w:rFonts w:ascii="Times New Roman" w:eastAsia="Times New Roman" w:hAnsi="Times New Roman" w:cs="Times New Roman"/>
          <w:color w:val="000000"/>
        </w:rPr>
        <w:t>2</w: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的距离相等．</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此题主要考查了数轴，一元一次方程的应用，关键是理解题意，表示出两点之间的距离，利用数形结合法列出方程．</w:t>
      </w:r>
    </w:p>
    <w:p>
      <w:pPr>
        <w:pStyle w:val="Heading2"/>
      </w:pPr>
      <w:r>
        <w:t>丰台区第十二中学</w:t>
      </w:r>
    </w:p>
    <w:p>
      <w:pPr>
        <w:spacing w:line="360" w:lineRule="auto"/>
        <w:jc w:val="left"/>
        <w:textAlignment w:val="center"/>
        <w:rPr>
          <w:color w:val="000000"/>
        </w:rPr>
      </w:pPr>
      <w:r>
        <w:rPr>
          <w:color w:val="000000"/>
        </w:rPr>
        <w:t xml:space="preserve">39.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是数轴上从左到右排列的三个点，分别对应的数为﹣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．某同学将刻度尺如图</w:t>
      </w:r>
      <w:r>
        <w:rPr>
          <w:rFonts w:ascii="Times New Roman" w:eastAsia="Times New Roman" w:hAnsi="Times New Roman" w:cs="Times New Roman"/>
          <w:color w:val="000000"/>
        </w:rPr>
        <w:t>2</w:t>
      </w:r>
      <w:r>
        <w:rPr>
          <w:rFonts w:ascii="宋体" w:eastAsia="宋体" w:hAnsi="宋体" w:cs="宋体"/>
          <w:color w:val="000000"/>
        </w:rPr>
        <w:t>放置，使刻度尺上的数字</w:t>
      </w:r>
      <w:r>
        <w:rPr>
          <w:rFonts w:ascii="Times New Roman" w:eastAsia="Times New Roman" w:hAnsi="Times New Roman" w:cs="Times New Roman"/>
          <w:color w:val="000000"/>
        </w:rPr>
        <w:t>0</w:t>
      </w:r>
      <w:r>
        <w:rPr>
          <w:rFonts w:ascii="宋体" w:eastAsia="宋体" w:hAnsi="宋体" w:cs="宋体"/>
          <w:color w:val="000000"/>
        </w:rPr>
        <w:t>对齐数轴上的点</w:t>
      </w:r>
      <w:r>
        <w:rPr>
          <w:rFonts w:ascii="Times New Roman" w:eastAsia="Times New Roman" w:hAnsi="Times New Roman" w:cs="Times New Roman"/>
          <w:i/>
          <w:color w:val="000000"/>
        </w:rPr>
        <w:t>A</w:t>
      </w:r>
      <w:r>
        <w:rPr>
          <w:rFonts w:ascii="宋体" w:eastAsia="宋体" w:hAnsi="宋体" w:cs="宋体"/>
          <w:color w:val="000000"/>
        </w:rPr>
        <w:t>，发现点</w:t>
      </w:r>
      <w:r>
        <w:rPr>
          <w:rFonts w:ascii="Times New Roman" w:eastAsia="Times New Roman" w:hAnsi="Times New Roman" w:cs="Times New Roman"/>
          <w:i/>
          <w:color w:val="000000"/>
        </w:rPr>
        <w:t>B</w:t>
      </w:r>
      <w:r>
        <w:rPr>
          <w:rFonts w:ascii="宋体" w:eastAsia="宋体" w:hAnsi="宋体" w:cs="宋体"/>
          <w:color w:val="000000"/>
        </w:rPr>
        <w:t>对齐刻度</w:t>
      </w:r>
      <w:r>
        <w:rPr>
          <w:rFonts w:ascii="Times New Roman" w:eastAsia="Times New Roman" w:hAnsi="Times New Roman" w:cs="Times New Roman"/>
          <w:color w:val="000000"/>
        </w:rPr>
        <w:t>1.8cm</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对齐刻度</w:t>
      </w:r>
      <w:r>
        <w:rPr>
          <w:rFonts w:ascii="Times New Roman" w:eastAsia="Times New Roman" w:hAnsi="Times New Roman" w:cs="Times New Roman"/>
          <w:color w:val="000000"/>
        </w:rPr>
        <w:t>5.4cm</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829175" cy="1162050"/>
            <wp:docPr id="26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 name=""/>
                    <pic:cNvPicPr>
                      <a:picLocks noChangeAspect="1"/>
                    </pic:cNvPicPr>
                  </pic:nvPicPr>
                  <pic:blipFill>
                    <a:blip r:embed="rId96"/>
                    <a:stretch>
                      <a:fillRect/>
                    </a:stretch>
                  </pic:blipFill>
                  <pic:spPr>
                    <a:xfrm>
                      <a:off x="0" y="0"/>
                      <a:ext cx="4829175" cy="11620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）求数轴上点</w:t>
      </w:r>
      <w:r>
        <w:rPr>
          <w:rFonts w:ascii="Times New Roman" w:eastAsia="Times New Roman" w:hAnsi="Times New Roman" w:cs="Times New Roman"/>
          <w:i/>
          <w:color w:val="000000"/>
        </w:rPr>
        <w:t>B</w:t>
      </w:r>
      <w:r>
        <w:rPr>
          <w:rFonts w:ascii="宋体" w:eastAsia="宋体" w:hAnsi="宋体" w:cs="宋体"/>
          <w:color w:val="000000"/>
        </w:rPr>
        <w:t>所对应的数</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是图</w:t>
      </w:r>
      <w:r>
        <w:rPr>
          <w:rFonts w:ascii="Times New Roman" w:eastAsia="Times New Roman" w:hAnsi="Times New Roman" w:cs="Times New Roman"/>
          <w:color w:val="000000"/>
        </w:rPr>
        <w:t>1</w:t>
      </w:r>
      <w:r>
        <w:rPr>
          <w:rFonts w:ascii="宋体" w:eastAsia="宋体" w:hAnsi="宋体" w:cs="宋体"/>
          <w:color w:val="000000"/>
        </w:rPr>
        <w:t>数轴上一点，</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的距离是到</w:t>
      </w:r>
      <w:r>
        <w:rPr>
          <w:rFonts w:ascii="Times New Roman" w:eastAsia="Times New Roman" w:hAnsi="Times New Roman" w:cs="Times New Roman"/>
          <w:i/>
          <w:color w:val="000000"/>
        </w:rPr>
        <w:t>B</w:t>
      </w:r>
      <w:r>
        <w:rPr>
          <w:rFonts w:ascii="宋体" w:eastAsia="宋体" w:hAnsi="宋体" w:cs="宋体"/>
          <w:color w:val="000000"/>
        </w:rPr>
        <w:t>的距离的两倍，求点</w:t>
      </w:r>
      <w:r>
        <w:rPr>
          <w:rFonts w:ascii="Times New Roman" w:eastAsia="Times New Roman" w:hAnsi="Times New Roman" w:cs="Times New Roman"/>
          <w:i/>
          <w:color w:val="000000"/>
        </w:rPr>
        <w:t>P</w:t>
      </w:r>
      <w:r>
        <w:rPr>
          <w:rFonts w:ascii="宋体" w:eastAsia="宋体" w:hAnsi="宋体" w:cs="宋体"/>
          <w:color w:val="000000"/>
        </w:rPr>
        <w:t>所表示的数；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）若点</w:t>
      </w:r>
      <w:r>
        <w:rPr>
          <w:rFonts w:ascii="Times New Roman" w:eastAsia="Times New Roman" w:hAnsi="Times New Roman" w:cs="Times New Roman"/>
          <w:i/>
          <w:color w:val="000000"/>
        </w:rPr>
        <w:t>Q</w:t>
      </w:r>
      <w:r>
        <w:rPr>
          <w:rFonts w:ascii="宋体" w:eastAsia="宋体" w:hAnsi="宋体" w:cs="宋体"/>
          <w:color w:val="000000"/>
        </w:rPr>
        <w:t>在数轴上表示的数为</w:t>
      </w:r>
      <w:r>
        <w:rPr>
          <w:rFonts w:ascii="Times New Roman" w:eastAsia="Times New Roman" w:hAnsi="Times New Roman" w:cs="Times New Roman"/>
          <w:i/>
          <w:color w:val="000000"/>
        </w:rPr>
        <w:t>x</w:t>
      </w:r>
      <w:r>
        <w:rPr>
          <w:rFonts w:ascii="宋体" w:eastAsia="宋体" w:hAnsi="宋体" w:cs="宋体"/>
          <w:color w:val="000000"/>
        </w:rPr>
        <w:t>，则</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的最小值为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的最大值为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650" type="#_x0000_t75" alt="学科网(www.zxxk.com)--教育资源门户，提供试卷、教案、课件、论文、素材以及各类教学资源下载，还有大量而丰富的教学相关资讯！" style="width:14.25pt;height:11.25pt" o:oleicon="f" o:ole="">
            <v:imagedata r:id="rId97" o:title="eqId274a9dc37509f01c2606fb3086a46f4f"/>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651" type="#_x0000_t75" alt="学科网(www.zxxk.com)--教育资源门户，提供试卷、教案、课件、论文、素材以及各类教学资源下载，还有大量而丰富的教学相关资讯！" style="width:6.95pt;height:13pt" o:oleicon="f" o:ole="">
            <v:imagedata r:id="rId98" o:title="eqIdbdaa19de263700a15fcf213d64a8cd57"/>
          </v:shape>
        </w:pict>
      </w:r>
      <w:r>
        <w:rPr>
          <w:rFonts w:ascii="宋体" w:eastAsia="宋体" w:hAnsi="宋体" w:cs="宋体"/>
          <w:color w:val="000000"/>
        </w:rPr>
        <w:t>或</w:t>
      </w:r>
      <w:r>
        <w:pict>
          <v:shape id="_x0000_i706652" type="#_x0000_t75" alt="学科网(www.zxxk.com)--教育资源门户，提供试卷、教案、课件、论文、素材以及各类教学资源下载，还有大量而丰富的教学相关资讯！" style="width:15.75pt;height:14.25pt" o:oleicon="f" o:ole="">
            <v:imagedata r:id="rId99"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6653" type="#_x0000_t75" alt="学科网(www.zxxk.com)--教育资源门户，提供试卷、教案、课件、论文、素材以及各类教学资源下载，还有大量而丰富的教学相关资讯！" style="width:9pt;height:14.25pt" o:oleicon="f" o:ole="">
            <v:imagedata r:id="rId100" o:title="eqIde8d02ea8c4988c5c28ab93f0d70fb55a"/>
          </v:shape>
        </w:pict>
      </w:r>
      <w:r>
        <w:rPr>
          <w:rFonts w:ascii="宋体" w:eastAsia="宋体" w:hAnsi="宋体" w:cs="宋体"/>
          <w:color w:val="000000"/>
        </w:rPr>
        <w:t>，</w:t>
      </w:r>
      <w:r>
        <w:pict>
          <v:shape id="_x0000_i706654" type="#_x0000_t75" alt="学科网(www.zxxk.com)--教育资源门户，提供试卷、教案、课件、论文、素材以及各类教学资源下载，还有大量而丰富的教学相关资讯！" style="width:9pt;height:14.25pt" o:oleicon="f" o:ole="">
            <v:imagedata r:id="rId100" o:title="eqIde8d02ea8c4988c5c28ab93f0d70fb55a"/>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pict>
          <v:shape id="_x0000_i706655" type="#_x0000_t75" alt="学科网(www.zxxk.com)--教育资源门户，提供试卷、教案、课件、论文、素材以及各类教学资源下载，还有大量而丰富的教学相关资讯！" style="width:21.25pt;height:14.2pt" o:oleicon="f" o:ole="">
            <v:imagedata r:id="rId101" o:title="eqId60ef95894ceebaf236170e8832dcf7e3"/>
          </v:shape>
        </w:pict>
      </w:r>
      <w:r>
        <w:rPr>
          <w:rFonts w:ascii="宋体" w:eastAsia="宋体" w:hAnsi="宋体" w:cs="宋体"/>
          <w:color w:val="000000"/>
        </w:rPr>
        <w:t>的距离求得单位为多少</w:t>
      </w:r>
      <w:r>
        <w:rPr>
          <w:rFonts w:ascii="Times New Roman" w:eastAsia="Times New Roman" w:hAnsi="Times New Roman" w:cs="Times New Roman"/>
          <w:color w:val="000000"/>
        </w:rPr>
        <w:t>cm</w:t>
      </w:r>
      <w:r>
        <w:rPr>
          <w:rFonts w:ascii="宋体" w:eastAsia="宋体" w:hAnsi="宋体" w:cs="宋体"/>
          <w:color w:val="000000"/>
        </w:rPr>
        <w:t>，再根据</w:t>
      </w:r>
      <w:r>
        <w:pict>
          <v:shape id="_x0000_i706656" type="#_x0000_t75" alt="学科网(www.zxxk.com)--教育资源门户，提供试卷、教案、课件、论文、素材以及各类教学资源下载，还有大量而丰富的教学相关资讯！" style="width:20.05pt;height:12.6pt" o:oleicon="f" o:ole="">
            <v:imagedata r:id="rId102" o:title="eqIdf52a58fbaf4fea03567e88a9f0f6e37e"/>
          </v:shape>
        </w:pict>
      </w:r>
      <w:r>
        <w:rPr>
          <w:rFonts w:ascii="宋体" w:eastAsia="宋体" w:hAnsi="宋体" w:cs="宋体"/>
          <w:color w:val="000000"/>
        </w:rPr>
        <w:t>长度求得</w:t>
      </w:r>
      <w:r>
        <w:pict>
          <v:shape id="_x0000_i706657" type="#_x0000_t75" alt="学科网(www.zxxk.com)--教育资源门户，提供试卷、教案、课件、论文、素材以及各类教学资源下载，还有大量而丰富的教学相关资讯！" style="width:20.05pt;height:12.6pt" o:oleicon="f" o:ole="">
            <v:imagedata r:id="rId102" o:title="eqIdf52a58fbaf4fea03567e88a9f0f6e37e"/>
          </v:shape>
        </w:pict>
      </w:r>
      <w:r>
        <w:rPr>
          <w:rFonts w:ascii="宋体" w:eastAsia="宋体" w:hAnsi="宋体" w:cs="宋体"/>
          <w:color w:val="000000"/>
        </w:rPr>
        <w:t>的距离即可求解；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pict>
          <v:shape id="_x0000_i706658" type="#_x0000_t75" alt="学科网(www.zxxk.com)--教育资源门户，提供试卷、教案、课件、论文、素材以及各类教学资源下载，还有大量而丰富的教学相关资讯！" style="width:11.25pt;height:12pt" o:oleicon="f" o:ole="">
            <v:imagedata r:id="rId103" o:title="eqIddad2a36927223bd70f426ba06aea4b45"/>
          </v:shape>
        </w:pict>
      </w:r>
      <w:r>
        <w:rPr>
          <w:rFonts w:ascii="宋体" w:eastAsia="宋体" w:hAnsi="宋体" w:cs="宋体"/>
          <w:color w:val="000000"/>
        </w:rPr>
        <w:t>点表示的数为</w:t>
      </w:r>
      <w:r>
        <w:pict>
          <v:shape id="_x0000_i706659" type="#_x0000_t75" alt="学科网(www.zxxk.com)--教育资源门户，提供试卷、教案、课件、论文、素材以及各类教学资源下载，还有大量而丰富的教学相关资讯！" style="width:9pt;height:9.75pt" o:oleicon="f" o:ole="">
            <v:imagedata r:id="rId104" o:title="eqId81dea63b8ce3e51adf66cf7b9982a248"/>
          </v:shape>
        </w:pict>
      </w:r>
      <w:r>
        <w:rPr>
          <w:rFonts w:ascii="宋体" w:eastAsia="宋体" w:hAnsi="宋体" w:cs="宋体"/>
          <w:color w:val="000000"/>
        </w:rPr>
        <w:t>，求得</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的距离和</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B</w:t>
      </w:r>
      <w:r>
        <w:rPr>
          <w:rFonts w:ascii="宋体" w:eastAsia="宋体" w:hAnsi="宋体" w:cs="宋体"/>
          <w:color w:val="000000"/>
        </w:rPr>
        <w:t>的距离，列方程求解即可；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）对点</w:t>
      </w:r>
      <w:r>
        <w:rPr>
          <w:rFonts w:ascii="Times New Roman" w:eastAsia="Times New Roman" w:hAnsi="Times New Roman" w:cs="Times New Roman"/>
          <w:i/>
          <w:color w:val="000000"/>
        </w:rPr>
        <w:t>Q</w:t>
      </w:r>
      <w:r>
        <w:rPr>
          <w:rFonts w:ascii="宋体" w:eastAsia="宋体" w:hAnsi="宋体" w:cs="宋体"/>
          <w:color w:val="000000"/>
        </w:rPr>
        <w:t>在数轴上表示的数</w:t>
      </w:r>
      <w:r>
        <w:rPr>
          <w:rFonts w:ascii="Times New Roman" w:eastAsia="Times New Roman" w:hAnsi="Times New Roman" w:cs="Times New Roman"/>
          <w:i/>
          <w:color w:val="000000"/>
        </w:rPr>
        <w:t>x</w:t>
      </w:r>
      <w:r>
        <w:rPr>
          <w:rFonts w:ascii="宋体" w:eastAsia="宋体" w:hAnsi="宋体" w:cs="宋体"/>
          <w:color w:val="000000"/>
        </w:rPr>
        <w:t>，分情况讨论求解即可．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）根据题意得</w:t>
      </w:r>
      <w:r>
        <w:pict>
          <v:shape id="_x0000_i706660" type="#_x0000_t75" alt="学科网(www.zxxk.com)--教育资源门户，提供试卷、教案、课件、论文、素材以及各类教学资源下载，还有大量而丰富的教学相关资讯！" style="width:21.25pt;height:14.2pt" o:oleicon="f" o:ole="">
            <v:imagedata r:id="rId105" o:title="eqId60ef95894ceebaf236170e8832dcf7e3"/>
          </v:shape>
        </w:pict>
      </w:r>
      <w:r>
        <w:rPr>
          <w:rFonts w:ascii="宋体" w:eastAsia="宋体" w:hAnsi="宋体" w:cs="宋体"/>
          <w:color w:val="000000"/>
        </w:rPr>
        <w:t>的距离为</w:t>
      </w:r>
      <w:r>
        <w:pict>
          <v:shape id="_x0000_i706661" type="#_x0000_t75" alt="学科网(www.zxxk.com)--教育资源门户，提供试卷、教案、课件、论文、素材以及各类教学资源下载，还有大量而丰富的教学相关资讯！" style="width:42.75pt;height:14.25pt" o:oleicon="f" o:ole="">
            <v:imagedata r:id="rId106" o:title="eqId536c89e44a2cb6746d7980f2112dce45"/>
          </v:shape>
        </w:pict>
      </w:r>
      <w:r>
        <w:rPr>
          <w:rFonts w:ascii="宋体" w:eastAsia="宋体" w:hAnsi="宋体" w:cs="宋体"/>
          <w:color w:val="000000"/>
        </w:rPr>
        <w:t>，</w:t>
      </w:r>
      <w:r>
        <w:pict>
          <v:shape id="_x0000_i706662" type="#_x0000_t75" alt="学科网(www.zxxk.com)--教育资源门户，提供试卷、教案、课件、论文、素材以及各类教学资源下载，还有大量而丰富的教学相关资讯！" style="width:21.25pt;height:14.2pt" o:oleicon="f" o:ole="">
            <v:imagedata r:id="rId105" o:title="eqId60ef95894ceebaf236170e8832dcf7e3"/>
          </v:shape>
        </w:pict>
      </w:r>
      <w:r>
        <w:rPr>
          <w:rFonts w:ascii="宋体" w:eastAsia="宋体" w:hAnsi="宋体" w:cs="宋体"/>
          <w:color w:val="000000"/>
        </w:rPr>
        <w:t>的长度为</w:t>
      </w:r>
      <w:r>
        <w:pict>
          <v:shape id="_x0000_i706663" type="#_x0000_t75" alt="学科网(www.zxxk.com)--教育资源门户，提供试卷、教案、课件、论文、素材以及各类教学资源下载，还有大量而丰富的教学相关资讯！" style="width:33pt;height:14.25pt" o:oleicon="f" o:ole="">
            <v:imagedata r:id="rId107" o:title="eqId833de899365616c5045a0d19954fbad4"/>
          </v:shape>
        </w:pict>
      </w:r>
      <w:r>
        <w:rPr>
          <w:rFonts w:ascii="宋体" w:eastAsia="宋体" w:hAnsi="宋体" w:cs="宋体"/>
          <w:color w:val="000000"/>
        </w:rPr>
        <w:t>，</w:t>
      </w:r>
      <w:r>
        <w:pict>
          <v:shape id="_x0000_i706664" type="#_x0000_t75" alt="学科网(www.zxxk.com)--教育资源门户，提供试卷、教案、课件、论文、素材以及各类教学资源下载，还有大量而丰富的教学相关资讯！" style="width:20.05pt;height:12.6pt" o:oleicon="f" o:ole="">
            <v:imagedata r:id="rId108" o:title="eqIdf52a58fbaf4fea03567e88a9f0f6e37e"/>
          </v:shape>
        </w:pict>
      </w:r>
      <w:r>
        <w:rPr>
          <w:rFonts w:ascii="宋体" w:eastAsia="宋体" w:hAnsi="宋体" w:cs="宋体"/>
          <w:color w:val="000000"/>
        </w:rPr>
        <w:t>的长度为</w:t>
      </w:r>
      <w:r>
        <w:pict>
          <v:shape id="_x0000_i706665" type="#_x0000_t75" alt="学科网(www.zxxk.com)--教育资源门户，提供试卷、教案、课件、论文、素材以及各类教学资源下载，还有大量而丰富的教学相关资讯！" style="width:32.25pt;height:14.25pt" o:oleicon="f" o:ole="">
            <v:imagedata r:id="rId109" o:title="eqId6055a2d6d1d72ff32b72c3cdff98f1c5"/>
          </v:shape>
        </w:pict>
      </w:r>
    </w:p>
    <w:p>
      <w:pPr>
        <w:spacing w:line="360" w:lineRule="auto"/>
        <w:jc w:val="left"/>
        <w:textAlignment w:val="center"/>
        <w:rPr>
          <w:color w:val="000000"/>
        </w:rPr>
      </w:pPr>
      <w:r>
        <w:rPr>
          <w:rFonts w:ascii="宋体" w:eastAsia="宋体" w:hAnsi="宋体" w:cs="宋体"/>
          <w:color w:val="000000"/>
        </w:rPr>
        <w:t>由此可知一个单位长度为</w:t>
      </w:r>
      <w:r>
        <w:pict>
          <v:shape id="_x0000_i706666" type="#_x0000_t75" alt="学科网(www.zxxk.com)--教育资源门户，提供试卷、教案、课件、论文、素材以及各类教学资源下载，还有大量而丰富的教学相关资讯！" style="width:57.75pt;height:30.75pt" o:oleicon="f" o:ole="">
            <v:imagedata r:id="rId110" o:title="eqId48955e8b0939e330cfda3e0671903b3e"/>
          </v:shape>
        </w:pict>
      </w:r>
    </w:p>
    <w:p>
      <w:pPr>
        <w:spacing w:line="360" w:lineRule="auto"/>
        <w:jc w:val="left"/>
        <w:textAlignment w:val="center"/>
        <w:rPr>
          <w:color w:val="000000"/>
        </w:rPr>
      </w:pPr>
      <w:r>
        <w:rPr>
          <w:rFonts w:ascii="宋体" w:eastAsia="宋体" w:hAnsi="宋体" w:cs="宋体"/>
          <w:color w:val="000000"/>
        </w:rPr>
        <w:t>则</w:t>
      </w:r>
      <w:r>
        <w:pict>
          <v:shape id="_x0000_i706667" type="#_x0000_t75" alt="学科网(www.zxxk.com)--教育资源门户，提供试卷、教案、课件、论文、素材以及各类教学资源下载，还有大量而丰富的教学相关资讯！" style="width:20.05pt;height:12.6pt" o:oleicon="f" o:ole="">
            <v:imagedata r:id="rId111" o:title="eqIdf52a58fbaf4fea03567e88a9f0f6e37e"/>
          </v:shape>
        </w:pict>
      </w:r>
      <w:r>
        <w:rPr>
          <w:rFonts w:ascii="宋体" w:eastAsia="宋体" w:hAnsi="宋体" w:cs="宋体"/>
          <w:color w:val="000000"/>
        </w:rPr>
        <w:t>的距离为</w:t>
      </w:r>
      <w:r>
        <w:pict>
          <v:shape id="_x0000_i706668" type="#_x0000_t75" alt="学科网(www.zxxk.com)--教育资源门户，提供试卷、教案、课件、论文、素材以及各类教学资源下载，还有大量而丰富的教学相关资讯！" style="width:60pt;height:14.25pt" o:oleicon="f" o:ole="">
            <v:imagedata r:id="rId112" o:title="eqIdc58004457bcf947456c2156bd32395a1"/>
          </v:shape>
        </w:pict>
      </w:r>
    </w:p>
    <w:p>
      <w:pPr>
        <w:spacing w:line="360" w:lineRule="auto"/>
        <w:jc w:val="left"/>
        <w:textAlignment w:val="center"/>
        <w:rPr>
          <w:color w:val="000000"/>
        </w:rPr>
      </w:pPr>
      <w:r>
        <w:pict>
          <v:shape id="_x0000_i706669" type="#_x0000_t75" alt="学科网(www.zxxk.com)--教育资源门户，提供试卷、教案、课件、论文、素材以及各类教学资源下载，还有大量而丰富的教学相关资讯！" style="width:9.75pt;height:10.5pt" o:oleicon="f" o:ole="">
            <v:imagedata r:id="rId113" o:title="eqId7f9e8449aad35c5d840a3395ea86df6d"/>
          </v:shape>
        </w:pict>
      </w:r>
      <w:r>
        <w:rPr>
          <w:rFonts w:ascii="宋体" w:eastAsia="宋体" w:hAnsi="宋体" w:cs="宋体"/>
          <w:color w:val="000000"/>
        </w:rPr>
        <w:t>在</w:t>
      </w:r>
      <w:r>
        <w:pict>
          <v:shape id="_x0000_i706670" type="#_x0000_t75" alt="学科网(www.zxxk.com)--教育资源门户，提供试卷、教案、课件、论文、素材以及各类教学资源下载，还有大量而丰富的教学相关资讯！" style="width:12pt;height:12pt" o:oleicon="f" o:ole="">
            <v:imagedata r:id="rId114" o:title="eqId5963abe8f421bd99a2aaa94831a951e9"/>
          </v:shape>
        </w:pict>
      </w:r>
      <w:r>
        <w:rPr>
          <w:rFonts w:ascii="宋体" w:eastAsia="宋体" w:hAnsi="宋体" w:cs="宋体"/>
          <w:color w:val="000000"/>
        </w:rPr>
        <w:t>的右边，∴数轴上点</w:t>
      </w:r>
      <w:r>
        <w:rPr>
          <w:rFonts w:ascii="Times New Roman" w:eastAsia="Times New Roman" w:hAnsi="Times New Roman" w:cs="Times New Roman"/>
          <w:i/>
          <w:color w:val="000000"/>
        </w:rPr>
        <w:t>B</w:t>
      </w:r>
      <w:r>
        <w:rPr>
          <w:rFonts w:ascii="宋体" w:eastAsia="宋体" w:hAnsi="宋体" w:cs="宋体"/>
          <w:color w:val="000000"/>
        </w:rPr>
        <w:t>所对应的数为</w:t>
      </w:r>
      <w:r>
        <w:pict>
          <v:shape id="_x0000_i706671" type="#_x0000_t75" alt="学科网(www.zxxk.com)--教育资源门户，提供试卷、教案、课件、论文、素材以及各类教学资源下载，还有大量而丰富的教学相关资讯！" style="width:56.95pt;height:13.85pt" o:oleicon="f" o:ole="">
            <v:imagedata r:id="rId115" o:title="eqId5f2ceec46b8ad9e7e9d529e2b3c82974"/>
          </v:shape>
        </w:pict>
      </w:r>
      <w:r>
        <w:rPr>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pict>
          <v:shape id="_x0000_i706672" type="#_x0000_t75" alt="学科网(www.zxxk.com)--教育资源门户，提供试卷、教案、课件、论文、素材以及各类教学资源下载，还有大量而丰富的教学相关资讯！" style="width:11.25pt;height:12pt" o:oleicon="f" o:ole="">
            <v:imagedata r:id="rId116" o:title="eqIddad2a36927223bd70f426ba06aea4b45"/>
          </v:shape>
        </w:pict>
      </w:r>
      <w:r>
        <w:rPr>
          <w:rFonts w:ascii="宋体" w:eastAsia="宋体" w:hAnsi="宋体" w:cs="宋体"/>
          <w:color w:val="000000"/>
        </w:rPr>
        <w:t>点表示的数为</w:t>
      </w:r>
      <w:r>
        <w:pict>
          <v:shape id="_x0000_i706673" type="#_x0000_t75" alt="学科网(www.zxxk.com)--教育资源门户，提供试卷、教案、课件、论文、素材以及各类教学资源下载，还有大量而丰富的教学相关资讯！" style="width:9pt;height:9.75pt" o:oleicon="f" o:ole="">
            <v:imagedata r:id="rId117" o:title="eqId81dea63b8ce3e51adf66cf7b9982a248"/>
          </v:shape>
        </w:pict>
      </w:r>
      <w:r>
        <w:rPr>
          <w:rFonts w:ascii="宋体" w:eastAsia="宋体" w:hAnsi="宋体" w:cs="宋体"/>
          <w:color w:val="000000"/>
        </w:rPr>
        <w:t>，则</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A</w:t>
      </w:r>
      <w:r>
        <w:rPr>
          <w:rFonts w:ascii="宋体" w:eastAsia="宋体" w:hAnsi="宋体" w:cs="宋体"/>
          <w:color w:val="000000"/>
        </w:rPr>
        <w:t>的距离为</w:t>
      </w:r>
      <w:r>
        <w:pict>
          <v:shape id="_x0000_i706674" type="#_x0000_t75" alt="学科网(www.zxxk.com)--教育资源门户，提供试卷、教案、课件、论文、素材以及各类教学资源下载，还有大量而丰富的教学相关资讯！" style="width:30pt;height:20.25pt" o:oleicon="f" o:ole="">
            <v:imagedata r:id="rId118" o:title="eqId7be80faf746b256c756264a51b9ba3e0"/>
          </v:shape>
        </w:pic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到</w:t>
      </w:r>
      <w:r>
        <w:rPr>
          <w:rFonts w:ascii="Times New Roman" w:eastAsia="Times New Roman" w:hAnsi="Times New Roman" w:cs="Times New Roman"/>
          <w:i/>
          <w:color w:val="000000"/>
        </w:rPr>
        <w:t>B</w:t>
      </w:r>
      <w:r>
        <w:rPr>
          <w:rFonts w:ascii="宋体" w:eastAsia="宋体" w:hAnsi="宋体" w:cs="宋体"/>
          <w:color w:val="000000"/>
        </w:rPr>
        <w:t>的距离为</w:t>
      </w:r>
      <w:r>
        <w:pict>
          <v:shape id="_x0000_i706675" type="#_x0000_t75" alt="学科网(www.zxxk.com)--教育资源门户，提供试卷、教案、课件、论文、素材以及各类教学资源下载，还有大量而丰富的教学相关资讯！" style="width:30pt;height:20.25pt" o:oleicon="f" o:ole="">
            <v:imagedata r:id="rId119" o:title="eqId2fe56a82278b144101fda1fa2cf59703"/>
          </v:shape>
        </w:pict>
      </w:r>
    </w:p>
    <w:p>
      <w:pPr>
        <w:spacing w:line="360" w:lineRule="auto"/>
        <w:jc w:val="left"/>
        <w:textAlignment w:val="center"/>
        <w:rPr>
          <w:color w:val="000000"/>
        </w:rPr>
      </w:pPr>
      <w:r>
        <w:rPr>
          <w:rFonts w:ascii="宋体" w:eastAsia="宋体" w:hAnsi="宋体" w:cs="宋体"/>
          <w:color w:val="000000"/>
        </w:rPr>
        <w:t>由题意可得：</w:t>
      </w:r>
      <w:r>
        <w:pict>
          <v:shape id="_x0000_i706676" type="#_x0000_t75" alt="学科网(www.zxxk.com)--教育资源门户，提供试卷、教案、课件、论文、素材以及各类教学资源下载，还有大量而丰富的教学相关资讯！" style="width:75.75pt;height:20.25pt" o:oleicon="f" o:ole="">
            <v:imagedata r:id="rId120" o:title="eqIddcec303a14b080f1a1c2ff6fc32bdf33"/>
          </v:shape>
        </w:pict>
      </w:r>
      <w:r>
        <w:rPr>
          <w:rFonts w:ascii="宋体" w:eastAsia="宋体" w:hAnsi="宋体" w:cs="宋体"/>
          <w:color w:val="000000"/>
        </w:rPr>
        <w:t>，即</w:t>
      </w:r>
      <w:r>
        <w:pict>
          <v:shape id="_x0000_i706677" type="#_x0000_t75" alt="学科网(www.zxxk.com)--教育资源门户，提供试卷、教案、课件、论文、素材以及各类教学资源下载，还有大量而丰富的教学相关资讯！" style="width:75pt;height:15.75pt" o:oleicon="f" o:ole="">
            <v:imagedata r:id="rId121" o:title="eqId405f6819cd56655a04dc3a11077c6f57"/>
          </v:shape>
        </w:pict>
      </w:r>
      <w:r>
        <w:rPr>
          <w:rFonts w:ascii="宋体" w:eastAsia="宋体" w:hAnsi="宋体" w:cs="宋体"/>
          <w:color w:val="000000"/>
        </w:rPr>
        <w:t>或</w:t>
      </w:r>
      <w:r>
        <w:pict>
          <v:shape id="_x0000_i706678" type="#_x0000_t75" alt="学科网(www.zxxk.com)--教育资源门户，提供试卷、教案、课件、论文、素材以及各类教学资源下载，还有大量而丰富的教学相关资讯！" style="width:81.75pt;height:15.75pt" o:oleicon="f" o:ole="">
            <v:imagedata r:id="rId122" o:title="eqIdccdba1f2163a047da1023e6451235d4a"/>
          </v:shape>
        </w:pict>
      </w:r>
    </w:p>
    <w:p>
      <w:pPr>
        <w:spacing w:line="360" w:lineRule="auto"/>
        <w:jc w:val="left"/>
        <w:textAlignment w:val="center"/>
        <w:rPr>
          <w:color w:val="000000"/>
        </w:rPr>
      </w:pPr>
      <w:r>
        <w:rPr>
          <w:rFonts w:ascii="宋体" w:eastAsia="宋体" w:hAnsi="宋体" w:cs="宋体"/>
          <w:color w:val="000000"/>
        </w:rPr>
        <w:t>解得</w:t>
      </w:r>
      <w:r>
        <w:pict>
          <v:shape id="_x0000_i706679" type="#_x0000_t75" alt="学科网(www.zxxk.com)--教育资源门户，提供试卷、教案、课件、论文、素材以及各类教学资源下载，还有大量而丰富的教学相关资讯！" style="width:26.1pt;height:14.15pt" o:oleicon="f" o:ole="">
            <v:imagedata r:id="rId123" o:title="eqId9b384412acba251d87902ab928902f16"/>
          </v:shape>
        </w:pict>
      </w:r>
      <w:r>
        <w:rPr>
          <w:rFonts w:ascii="宋体" w:eastAsia="宋体" w:hAnsi="宋体" w:cs="宋体"/>
          <w:color w:val="000000"/>
        </w:rPr>
        <w:t>或</w:t>
      </w:r>
      <w:r>
        <w:pict>
          <v:shape id="_x0000_i706680" type="#_x0000_t75" alt="学科网(www.zxxk.com)--教育资源门户，提供试卷、教案、课件、论文、素材以及各类教学资源下载，还有大量而丰富的教学相关资讯！" style="width:34.2pt;height:13.8pt" o:oleicon="f" o:ole="">
            <v:imagedata r:id="rId124" o:title="eqIdba53065eb180a682305fddb95d14b62f"/>
          </v:shape>
        </w:pict>
      </w:r>
    </w:p>
    <w:p>
      <w:pPr>
        <w:spacing w:line="360" w:lineRule="auto"/>
        <w:jc w:val="left"/>
        <w:textAlignment w:val="center"/>
        <w:rPr>
          <w:color w:val="000000"/>
        </w:rPr>
      </w:pPr>
      <w:r>
        <w:rPr>
          <w:rFonts w:ascii="宋体" w:eastAsia="宋体" w:hAnsi="宋体" w:cs="宋体"/>
          <w:color w:val="000000"/>
        </w:rPr>
        <w:t>故答案为</w:t>
      </w:r>
      <w:r>
        <w:pict>
          <v:shape id="_x0000_i706681" type="#_x0000_t75" alt="学科网(www.zxxk.com)--教育资源门户，提供试卷、教案、课件、论文、素材以及各类教学资源下载，还有大量而丰富的教学相关资讯！" style="width:6.95pt;height:13pt" o:oleicon="f" o:ole="">
            <v:imagedata r:id="rId125" o:title="eqIdbdaa19de263700a15fcf213d64a8cd57"/>
          </v:shape>
        </w:pict>
      </w:r>
      <w:r>
        <w:rPr>
          <w:rFonts w:ascii="宋体" w:eastAsia="宋体" w:hAnsi="宋体" w:cs="宋体"/>
          <w:color w:val="000000"/>
        </w:rPr>
        <w:t>或</w:t>
      </w:r>
      <w:r>
        <w:pict>
          <v:shape id="_x0000_i706682" type="#_x0000_t75" alt="学科网(www.zxxk.com)--教育资源门户，提供试卷、教案、课件、论文、素材以及各类教学资源下载，还有大量而丰富的教学相关资讯！" style="width:15.75pt;height:14.25pt" o:oleicon="f" o:ole="">
            <v:imagedata r:id="rId126" o:title="eqId81fb134b2b48acc99213fff6ccfee65f"/>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pict>
          <v:shape id="_x0000_i706683" type="#_x0000_t75" alt="学科网(www.zxxk.com)--教育资源门户，提供试卷、教案、课件、论文、素材以及各类教学资源下载，还有大量而丰富的教学相关资讯！" style="width:33.75pt;height:14.25pt" o:oleicon="f" o:ole="">
            <v:imagedata r:id="rId127" o:title="eqId241a0b2f4a6cbfb039c90a67adbea9c0"/>
          </v:shape>
        </w:pict>
      </w:r>
      <w:r>
        <w:rPr>
          <w:rFonts w:ascii="宋体" w:eastAsia="宋体" w:hAnsi="宋体" w:cs="宋体"/>
          <w:color w:val="000000"/>
        </w:rPr>
        <w:t>时，</w:t>
      </w:r>
      <w:r>
        <w:pict>
          <v:shape id="_x0000_i706684" type="#_x0000_t75" alt="学科网(www.zxxk.com)--教育资源门户，提供试卷、教案、课件、论文、素材以及各类教学资源下载，还有大量而丰富的教学相关资讯！" style="width:44pt;height:13.95pt" o:oleicon="f" o:ole="">
            <v:imagedata r:id="rId128" o:title="eqIdf864b4027a65d1b6feb8b2048d8c2b77"/>
          </v:shape>
        </w:pict>
      </w:r>
      <w:r>
        <w:rPr>
          <w:rFonts w:ascii="宋体" w:eastAsia="宋体" w:hAnsi="宋体" w:cs="宋体"/>
          <w:color w:val="000000"/>
        </w:rPr>
        <w:t>，</w:t>
      </w:r>
      <w:r>
        <w:pict>
          <v:shape id="_x0000_i706685" type="#_x0000_t75" alt="学科网(www.zxxk.com)--教育资源门户，提供试卷、教案、课件、论文、素材以及各类教学资源下载，还有大量而丰富的教学相关资讯！" style="width:44.25pt;height:14.25pt" o:oleicon="f" o:ole="">
            <v:imagedata r:id="rId129" o:title="eqId4a9860eea5590011b4a6db1a2b4dddfd"/>
          </v:shape>
        </w:pict>
      </w:r>
    </w:p>
    <w:p>
      <w:pPr>
        <w:spacing w:line="360" w:lineRule="auto"/>
        <w:jc w:val="left"/>
        <w:textAlignment w:val="center"/>
        <w:rPr>
          <w:color w:val="000000"/>
        </w:rPr>
      </w:pPr>
      <w:r>
        <w:rPr>
          <w:rFonts w:ascii="宋体" w:eastAsia="宋体" w:hAnsi="宋体" w:cs="宋体"/>
          <w:color w:val="000000"/>
        </w:rPr>
        <w:t>∴</w:t>
      </w:r>
      <w:r>
        <w:pict>
          <v:shape id="_x0000_i706686" type="#_x0000_t75" alt="学科网(www.zxxk.com)--教育资源门户，提供试卷、教案、课件、论文、素材以及各类教学资源下载，还有大量而丰富的教学相关资讯！" style="width:222pt;height:20.25pt" o:oleicon="f" o:ole="">
            <v:imagedata r:id="rId130" o:title="eqId26d1e0aace79c5612a9dce58e6ab4d40"/>
          </v:shape>
        </w:pict>
      </w:r>
    </w:p>
    <w:p>
      <w:pPr>
        <w:spacing w:line="360" w:lineRule="auto"/>
        <w:jc w:val="left"/>
        <w:textAlignment w:val="center"/>
        <w:rPr>
          <w:color w:val="000000"/>
        </w:rPr>
      </w:pPr>
      <w:r>
        <w:pict>
          <v:shape id="_x0000_i706687" type="#_x0000_t75" alt="学科网(www.zxxk.com)--教育资源门户，提供试卷、教案、课件、论文、素材以及各类教学资源下载，还有大量而丰富的教学相关资讯！" style="width:183.75pt;height:20.25pt" o:oleicon="f" o:ole="">
            <v:imagedata r:id="rId131" o:title="eqId7ac53eace24fcabf90971ac5b6141e89"/>
          </v:shape>
        </w:pict>
      </w:r>
    </w:p>
    <w:p>
      <w:pPr>
        <w:spacing w:line="360" w:lineRule="auto"/>
        <w:jc w:val="left"/>
        <w:textAlignment w:val="center"/>
        <w:rPr>
          <w:color w:val="000000"/>
        </w:rPr>
      </w:pPr>
      <w:r>
        <w:rPr>
          <w:rFonts w:ascii="宋体" w:eastAsia="宋体" w:hAnsi="宋体" w:cs="宋体"/>
          <w:color w:val="000000"/>
        </w:rPr>
        <w:t>当</w:t>
      </w:r>
      <w:r>
        <w:pict>
          <v:shape id="_x0000_i706688" type="#_x0000_t75" alt="学科网(www.zxxk.com)--教育资源门户，提供试卷、教案、课件、论文、素材以及各类教学资源下载，还有大量而丰富的教学相关资讯！" style="width:27.75pt;height:14.25pt" o:oleicon="f" o:ole="">
            <v:imagedata r:id="rId132" o:title="eqId16688590aa75a979cc269d934f1bf899"/>
          </v:shape>
        </w:pict>
      </w:r>
      <w:r>
        <w:rPr>
          <w:rFonts w:ascii="宋体" w:eastAsia="宋体" w:hAnsi="宋体" w:cs="宋体"/>
          <w:color w:val="000000"/>
        </w:rPr>
        <w:t>时，</w:t>
      </w:r>
      <w:r>
        <w:pict>
          <v:shape id="_x0000_i706689" type="#_x0000_t75" alt="学科网(www.zxxk.com)--教育资源门户，提供试卷、教案、课件、论文、素材以及各类教学资源下载，还有大量而丰富的教学相关资讯！" style="width:44.1pt;height:14.15pt" o:oleicon="f" o:ole="">
            <v:imagedata r:id="rId133" o:title="eqIdc74798b3e40a2f899de89815f6ddf67a"/>
          </v:shape>
        </w:pict>
      </w:r>
      <w:r>
        <w:rPr>
          <w:rFonts w:ascii="宋体" w:eastAsia="宋体" w:hAnsi="宋体" w:cs="宋体"/>
          <w:color w:val="000000"/>
        </w:rPr>
        <w:t>，</w:t>
      </w:r>
      <w:r>
        <w:pict>
          <v:shape id="_x0000_i706690" type="#_x0000_t75" alt="学科网(www.zxxk.com)--教育资源门户，提供试卷、教案、课件、论文、素材以及各类教学资源下载，还有大量而丰富的教学相关资讯！" style="width:44.25pt;height:14.25pt" o:oleicon="f" o:ole="">
            <v:imagedata r:id="rId134" o:title="eqId99d7066ade8f8dd37fe180739e073f5f"/>
          </v:shape>
        </w:pict>
      </w:r>
    </w:p>
    <w:p>
      <w:pPr>
        <w:spacing w:line="360" w:lineRule="auto"/>
        <w:jc w:val="left"/>
        <w:textAlignment w:val="center"/>
        <w:rPr>
          <w:color w:val="000000"/>
        </w:rPr>
      </w:pPr>
      <w:r>
        <w:rPr>
          <w:rFonts w:ascii="宋体" w:eastAsia="宋体" w:hAnsi="宋体" w:cs="宋体"/>
          <w:color w:val="000000"/>
        </w:rPr>
        <w:t>∴</w:t>
      </w:r>
      <w:r>
        <w:pict>
          <v:shape id="_x0000_i706691" type="#_x0000_t75" alt="学科网(www.zxxk.com)--教育资源门户，提供试卷、教案、课件、论文、素材以及各类教学资源下载，还有大量而丰富的教学相关资讯！" style="width:204.75pt;height:20.25pt" o:oleicon="f" o:ole="">
            <v:imagedata r:id="rId135" o:title="eqIdb352bdd6e568e603e3816d1f2386248b"/>
          </v:shape>
        </w:pict>
      </w:r>
    </w:p>
    <w:p>
      <w:pPr>
        <w:spacing w:line="360" w:lineRule="auto"/>
        <w:jc w:val="left"/>
        <w:textAlignment w:val="center"/>
        <w:rPr>
          <w:color w:val="000000"/>
        </w:rPr>
      </w:pPr>
      <w:r>
        <w:pict>
          <v:shape id="_x0000_i706692" type="#_x0000_t75" alt="学科网(www.zxxk.com)--教育资源门户，提供试卷、教案、课件、论文、素材以及各类教学资源下载，还有大量而丰富的教学相关资讯！" style="width:171pt;height:20.25pt" o:oleicon="f" o:ole="">
            <v:imagedata r:id="rId136" o:title="eqIdcab00546ffde1d1b51072e256dfb623a"/>
          </v:shape>
        </w:pict>
      </w:r>
    </w:p>
    <w:p>
      <w:pPr>
        <w:spacing w:line="360" w:lineRule="auto"/>
        <w:jc w:val="left"/>
        <w:textAlignment w:val="center"/>
        <w:rPr>
          <w:color w:val="000000"/>
        </w:rPr>
      </w:pPr>
      <w:r>
        <w:rPr>
          <w:rFonts w:ascii="宋体" w:eastAsia="宋体" w:hAnsi="宋体" w:cs="宋体"/>
          <w:color w:val="000000"/>
        </w:rPr>
        <w:t>当</w:t>
      </w:r>
      <w:r>
        <w:pict>
          <v:shape id="_x0000_i706693" type="#_x0000_t75" alt="学科网(www.zxxk.com)--教育资源门户，提供试卷、教案、课件、论文、素材以及各类教学资源下载，还有大量而丰富的教学相关资讯！" style="width:51.75pt;height:14.25pt" o:oleicon="f" o:ole="">
            <v:imagedata r:id="rId137" o:title="eqId4dec5c606049f273b9d6407328727a06"/>
          </v:shape>
        </w:pict>
      </w:r>
      <w:r>
        <w:rPr>
          <w:rFonts w:ascii="宋体" w:eastAsia="宋体" w:hAnsi="宋体" w:cs="宋体"/>
          <w:color w:val="000000"/>
        </w:rPr>
        <w:t>时，</w:t>
      </w:r>
      <w:r>
        <w:pict>
          <v:shape id="_x0000_i706694" type="#_x0000_t75" alt="学科网(www.zxxk.com)--教育资源门户，提供试卷、教案、课件、论文、素材以及各类教学资源下载，还有大量而丰富的教学相关资讯！" style="width:44.4pt;height:14.4pt" o:oleicon="f" o:ole="">
            <v:imagedata r:id="rId138" o:title="eqId456e1ba7bc5587e35daeb05fdda935dd"/>
          </v:shape>
        </w:pict>
      </w:r>
      <w:r>
        <w:rPr>
          <w:rFonts w:ascii="宋体" w:eastAsia="宋体" w:hAnsi="宋体" w:cs="宋体"/>
          <w:color w:val="000000"/>
        </w:rPr>
        <w:t>，</w:t>
      </w:r>
      <w:r>
        <w:pict>
          <v:shape id="_x0000_i706695" type="#_x0000_t75" alt="学科网(www.zxxk.com)--教育资源门户，提供试卷、教案、课件、论文、素材以及各类教学资源下载，还有大量而丰富的教学相关资讯！" style="width:44pt;height:13.95pt" o:oleicon="f" o:ole="">
            <v:imagedata r:id="rId139" o:title="eqId6626bb6bf8ef0002e305c9785912e4d3"/>
          </v:shape>
        </w:pict>
      </w:r>
    </w:p>
    <w:p>
      <w:pPr>
        <w:spacing w:line="360" w:lineRule="auto"/>
        <w:jc w:val="left"/>
        <w:textAlignment w:val="center"/>
        <w:rPr>
          <w:color w:val="000000"/>
        </w:rPr>
      </w:pPr>
      <w:r>
        <w:rPr>
          <w:rFonts w:ascii="宋体" w:eastAsia="宋体" w:hAnsi="宋体" w:cs="宋体"/>
          <w:color w:val="000000"/>
        </w:rPr>
        <w:t>∴</w:t>
      </w:r>
      <w:r>
        <w:pict>
          <v:shape id="_x0000_i706696" type="#_x0000_t75" alt="学科网(www.zxxk.com)--教育资源门户，提供试卷、教案、课件、论文、素材以及各类教学资源下载，还有大量而丰富的教学相关资讯！" style="width:165.75pt;height:20.25pt" o:oleicon="f" o:ole="">
            <v:imagedata r:id="rId140" o:title="eqIdd1dcc44cd15d10d35c587386d2148027"/>
          </v:shape>
        </w:pict>
      </w:r>
    </w:p>
    <w:p>
      <w:pPr>
        <w:spacing w:line="360" w:lineRule="auto"/>
        <w:jc w:val="left"/>
        <w:textAlignment w:val="center"/>
        <w:rPr>
          <w:color w:val="000000"/>
        </w:rPr>
      </w:pPr>
      <w:r>
        <w:pict>
          <v:shape id="_x0000_i706697" type="#_x0000_t75" alt="学科网(www.zxxk.com)--教育资源门户，提供试卷、教案、课件、论文、素材以及各类教学资源下载，还有大量而丰富的教学相关资讯！" style="width:209.25pt;height:20.25pt" o:oleicon="f" o:ole="">
            <v:imagedata r:id="rId141" o:title="eqIdd0fcb0c8090bf35c79b06300d7a23462"/>
          </v:shape>
        </w:pict>
      </w:r>
    </w:p>
    <w:p>
      <w:pPr>
        <w:spacing w:line="360" w:lineRule="auto"/>
        <w:jc w:val="left"/>
        <w:textAlignment w:val="center"/>
        <w:rPr>
          <w:color w:val="000000"/>
        </w:rPr>
      </w:pPr>
      <w:r>
        <w:rPr>
          <w:rFonts w:ascii="宋体" w:eastAsia="宋体" w:hAnsi="宋体" w:cs="宋体"/>
          <w:color w:val="000000"/>
        </w:rPr>
        <w:t>综上所述</w:t>
      </w:r>
      <w:r>
        <w:pict>
          <v:shape id="_x0000_i706698" type="#_x0000_t75" alt="学科网(www.zxxk.com)--教育资源门户，提供试卷、教案、课件、论文、素材以及各类教学资源下载，还有大量而丰富的教学相关资讯！" style="width:1in;height:20.25pt" o:oleicon="f" o:ole="">
            <v:imagedata r:id="rId142" o:title="eqId27b43cc870e23adf717383a44f7bb5ed"/>
          </v:shape>
        </w:pict>
      </w:r>
      <w:r>
        <w:rPr>
          <w:rFonts w:ascii="宋体" w:eastAsia="宋体" w:hAnsi="宋体" w:cs="宋体"/>
          <w:color w:val="000000"/>
        </w:rPr>
        <w:t>的最小值为</w:t>
      </w:r>
      <w:r>
        <w:pict>
          <v:shape id="_x0000_i706699" type="#_x0000_t75" alt="学科网(www.zxxk.com)--教育资源门户，提供试卷、教案、课件、论文、素材以及各类教学资源下载，还有大量而丰富的教学相关资讯！" style="width:9pt;height:14.25pt" o:oleicon="f" o:ole="">
            <v:imagedata r:id="rId143" o:title="eqIde8d02ea8c4988c5c28ab93f0d70fb55a"/>
          </v:shape>
        </w:pict>
      </w:r>
      <w:r>
        <w:rPr>
          <w:rFonts w:ascii="宋体" w:eastAsia="宋体" w:hAnsi="宋体" w:cs="宋体"/>
          <w:color w:val="000000"/>
        </w:rPr>
        <w:t>，</w:t>
      </w:r>
      <w:r>
        <w:pict>
          <v:shape id="_x0000_i706700" type="#_x0000_t75" alt="学科网(www.zxxk.com)--教育资源门户，提供试卷、教案、课件、论文、素材以及各类教学资源下载，还有大量而丰富的教学相关资讯！" style="width:1in;height:20.25pt" o:oleicon="f" o:ole="">
            <v:imagedata r:id="rId142" o:title="eqId27b43cc870e23adf717383a44f7bb5ed"/>
          </v:shape>
        </w:pict>
      </w:r>
      <w:r>
        <w:rPr>
          <w:rFonts w:ascii="宋体" w:eastAsia="宋体" w:hAnsi="宋体" w:cs="宋体"/>
          <w:color w:val="000000"/>
        </w:rPr>
        <w:t>的最大值为</w:t>
      </w:r>
      <w:r>
        <w:pict>
          <v:shape id="_x0000_i706701" type="#_x0000_t75" alt="学科网(www.zxxk.com)--教育资源门户，提供试卷、教案、课件、论文、素材以及各类教学资源下载，还有大量而丰富的教学相关资讯！" style="width:9pt;height:14.25pt" o:oleicon="f" o:ole="">
            <v:imagedata r:id="rId143" o:title="eqIde8d02ea8c4988c5c28ab93f0d70fb55a"/>
          </v:shape>
        </w:pict>
      </w:r>
    </w:p>
    <w:p>
      <w:pPr>
        <w:spacing w:line="360" w:lineRule="auto"/>
        <w:jc w:val="left"/>
        <w:textAlignment w:val="center"/>
        <w:rPr>
          <w:color w:val="000000"/>
        </w:rPr>
      </w:pPr>
      <w:r>
        <w:rPr>
          <w:rFonts w:ascii="宋体" w:eastAsia="宋体" w:hAnsi="宋体" w:cs="宋体"/>
          <w:color w:val="000000"/>
        </w:rPr>
        <w:t>故答案为</w:t>
      </w:r>
      <w:r>
        <w:pict>
          <v:shape id="_x0000_i706702" type="#_x0000_t75" alt="学科网(www.zxxk.com)--教育资源门户，提供试卷、教案、课件、论文、素材以及各类教学资源下载，还有大量而丰富的教学相关资讯！" style="width:9pt;height:14.25pt" o:oleicon="f" o:ole="">
            <v:imagedata r:id="rId144" o:title="eqIde8d02ea8c4988c5c28ab93f0d70fb55a"/>
          </v:shape>
        </w:pict>
      </w:r>
      <w:r>
        <w:rPr>
          <w:rFonts w:ascii="宋体" w:eastAsia="宋体" w:hAnsi="宋体" w:cs="宋体"/>
          <w:color w:val="000000"/>
        </w:rPr>
        <w:t>，</w:t>
      </w:r>
      <w:r>
        <w:pict>
          <v:shape id="_x0000_i706703" type="#_x0000_t75" alt="学科网(www.zxxk.com)--教育资源门户，提供试卷、教案、课件、论文、素材以及各类教学资源下载，还有大量而丰富的教学相关资讯！" style="width:9pt;height:14.25pt" o:oleicon="f" o:ole="">
            <v:imagedata r:id="rId144" o:title="eqIde8d02ea8c4988c5c28ab93f0d70fb55a"/>
          </v:shape>
        </w:pict>
      </w:r>
    </w:p>
    <w:p>
      <w:pPr>
        <w:spacing w:line="360" w:lineRule="auto"/>
        <w:jc w:val="left"/>
        <w:textAlignment w:val="center"/>
        <w:rPr>
          <w:color w:val="000000"/>
        </w:rPr>
      </w:pPr>
      <w:r>
        <w:rPr>
          <w:color w:val="000000"/>
        </w:rPr>
        <w:t>【点睛】</w:t>
      </w:r>
      <w:r>
        <w:rPr>
          <w:rFonts w:ascii="宋体" w:eastAsia="宋体" w:hAnsi="宋体" w:cs="宋体"/>
          <w:color w:val="000000"/>
        </w:rPr>
        <w:t>此题考查了数轴上的动点问题，涉及了数轴的定义，数轴上两点之间的距离，解题的关键是熟练掌握数轴的基本性质．</w:t>
      </w:r>
    </w:p>
    <w:p>
      <w:pPr>
        <w:spacing w:line="360" w:lineRule="auto"/>
        <w:jc w:val="left"/>
        <w:textAlignment w:val="center"/>
        <w:rPr>
          <w:color w:val="000000"/>
        </w:rPr>
      </w:pPr>
      <w:r>
        <w:rPr>
          <w:color w:val="000000"/>
        </w:rPr>
        <w:t xml:space="preserve">40. </w:t>
      </w:r>
      <w:r>
        <w:rPr>
          <w:rFonts w:ascii="宋体" w:eastAsia="宋体" w:hAnsi="宋体" w:cs="宋体"/>
          <w:color w:val="000000"/>
        </w:rPr>
        <w:t>将网格中相邻的两个数分别加上同一个数，称为一步变换</w:t>
      </w:r>
      <w:r>
        <w:rPr>
          <w:rFonts w:ascii="Times New Roman" w:eastAsia="Times New Roman" w:hAnsi="Times New Roman" w:cs="Times New Roman"/>
          <w:color w:val="000000"/>
        </w:rPr>
        <w:t>.</w:t>
      </w:r>
      <w:r>
        <w:rPr>
          <w:rFonts w:ascii="宋体" w:eastAsia="宋体" w:hAnsi="宋体" w:cs="宋体"/>
          <w:color w:val="000000"/>
        </w:rPr>
        <w:t>比如，我们可以用三步变换将网格</w:t>
      </w:r>
      <w:r>
        <w:rPr>
          <w:rFonts w:ascii="Times New Roman" w:eastAsia="Times New Roman" w:hAnsi="Times New Roman" w:cs="Times New Roman"/>
          <w:color w:val="000000"/>
        </w:rPr>
        <w:t>1</w:t>
      </w:r>
      <w:r>
        <w:rPr>
          <w:rFonts w:ascii="宋体" w:eastAsia="宋体" w:hAnsi="宋体" w:cs="宋体"/>
          <w:color w:val="000000"/>
        </w:rPr>
        <w:t>变成网格</w:t>
      </w:r>
      <w:r>
        <w:rPr>
          <w:rFonts w:ascii="Times New Roman" w:eastAsia="Times New Roman" w:hAnsi="Times New Roman" w:cs="Times New Roman"/>
          <w:color w:val="000000"/>
        </w:rPr>
        <w:t>2</w:t>
      </w:r>
      <w:r>
        <w:rPr>
          <w:rFonts w:ascii="宋体" w:eastAsia="宋体" w:hAnsi="宋体" w:cs="宋体"/>
          <w:color w:val="000000"/>
        </w:rPr>
        <w:t>，变换过程如图：</w:t>
      </w:r>
    </w:p>
    <w:p>
      <w:pPr>
        <w:spacing w:line="360" w:lineRule="auto"/>
        <w:jc w:val="left"/>
        <w:textAlignment w:val="center"/>
        <w:rPr>
          <w:color w:val="000000"/>
        </w:rPr>
      </w:pPr>
      <w:r>
        <w:rPr>
          <w:color w:val="000000"/>
        </w:rPr>
        <w:drawing>
          <wp:inline>
            <wp:extent cx="5181600" cy="1514475"/>
            <wp:docPr id="26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8" name=""/>
                    <pic:cNvPicPr>
                      <a:picLocks noChangeAspect="1"/>
                    </pic:cNvPicPr>
                  </pic:nvPicPr>
                  <pic:blipFill>
                    <a:blip r:embed="rId145"/>
                    <a:stretch>
                      <a:fillRect/>
                    </a:stretch>
                  </pic:blipFill>
                  <pic:spPr>
                    <a:xfrm>
                      <a:off x="0" y="0"/>
                      <a:ext cx="5181600" cy="1514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）用两步变换将网格</w:t>
      </w:r>
      <w:r>
        <w:rPr>
          <w:rFonts w:ascii="Times New Roman" w:eastAsia="Times New Roman" w:hAnsi="Times New Roman" w:cs="Times New Roman"/>
          <w:color w:val="000000"/>
        </w:rPr>
        <w:t>3</w:t>
      </w:r>
      <w:r>
        <w:rPr>
          <w:rFonts w:ascii="宋体" w:eastAsia="宋体" w:hAnsi="宋体" w:cs="宋体"/>
          <w:color w:val="000000"/>
        </w:rPr>
        <w:t>变成网格</w:t>
      </w:r>
      <w:r>
        <w:rPr>
          <w:rFonts w:ascii="Times New Roman" w:eastAsia="Times New Roman" w:hAnsi="Times New Roman" w:cs="Times New Roman"/>
          <w:color w:val="000000"/>
        </w:rPr>
        <w:t>4</w:t>
      </w:r>
      <w:r>
        <w:rPr>
          <w:rFonts w:ascii="宋体" w:eastAsia="宋体" w:hAnsi="宋体" w:cs="宋体"/>
          <w:color w:val="000000"/>
        </w:rPr>
        <w:t>，请在网格中填写第一步变换后的结果；</w:t>
      </w:r>
    </w:p>
    <w:p>
      <w:pPr>
        <w:spacing w:line="360" w:lineRule="auto"/>
        <w:jc w:val="left"/>
        <w:textAlignment w:val="center"/>
        <w:rPr>
          <w:color w:val="000000"/>
        </w:rPr>
      </w:pPr>
      <w:r>
        <w:rPr>
          <w:color w:val="000000"/>
        </w:rPr>
        <w:drawing>
          <wp:inline>
            <wp:extent cx="3971925" cy="1504950"/>
            <wp:docPr id="26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0" name=""/>
                    <pic:cNvPicPr>
                      <a:picLocks noChangeAspect="1"/>
                    </pic:cNvPicPr>
                  </pic:nvPicPr>
                  <pic:blipFill>
                    <a:blip r:embed="rId146"/>
                    <a:stretch>
                      <a:fillRect/>
                    </a:stretch>
                  </pic:blipFill>
                  <pic:spPr>
                    <a:xfrm>
                      <a:off x="0" y="0"/>
                      <a:ext cx="3971925" cy="1504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）若网格</w:t>
      </w:r>
      <w:r>
        <w:rPr>
          <w:rFonts w:ascii="Times New Roman" w:eastAsia="Times New Roman" w:hAnsi="Times New Roman" w:cs="Times New Roman"/>
          <w:color w:val="000000"/>
        </w:rPr>
        <w:t>5</w:t>
      </w:r>
      <w:r>
        <w:rPr>
          <w:rFonts w:ascii="宋体" w:eastAsia="宋体" w:hAnsi="宋体" w:cs="宋体"/>
          <w:color w:val="000000"/>
        </w:rPr>
        <w:t>经过三步变换可以变成网格</w:t>
      </w:r>
      <w:r>
        <w:rPr>
          <w:rFonts w:ascii="Times New Roman" w:eastAsia="Times New Roman" w:hAnsi="Times New Roman" w:cs="Times New Roman"/>
          <w:color w:val="000000"/>
        </w:rPr>
        <w:t>6</w: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的值（不用填写网格）；</w:t>
      </w:r>
    </w:p>
    <w:p>
      <w:pPr>
        <w:spacing w:line="360" w:lineRule="auto"/>
        <w:jc w:val="left"/>
        <w:textAlignment w:val="center"/>
        <w:rPr>
          <w:color w:val="000000"/>
        </w:rPr>
      </w:pPr>
      <w:r>
        <w:rPr>
          <w:color w:val="000000"/>
        </w:rPr>
        <w:drawing>
          <wp:inline>
            <wp:extent cx="5019675" cy="1447800"/>
            <wp:docPr id="26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 name=""/>
                    <pic:cNvPicPr>
                      <a:picLocks noChangeAspect="1"/>
                    </pic:cNvPicPr>
                  </pic:nvPicPr>
                  <pic:blipFill>
                    <a:blip r:embed="rId147"/>
                    <a:stretch>
                      <a:fillRect/>
                    </a:stretch>
                  </pic:blipFill>
                  <pic:spPr>
                    <a:xfrm>
                      <a:off x="0" y="0"/>
                      <a:ext cx="5019675" cy="14478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）若网格</w:t>
      </w:r>
      <w:r>
        <w:rPr>
          <w:rFonts w:ascii="Times New Roman" w:eastAsia="Times New Roman" w:hAnsi="Times New Roman" w:cs="Times New Roman"/>
          <w:color w:val="000000"/>
        </w:rPr>
        <w:t>7</w:t>
      </w:r>
      <w:r>
        <w:rPr>
          <w:rFonts w:ascii="宋体" w:eastAsia="宋体" w:hAnsi="宋体" w:cs="宋体"/>
          <w:color w:val="000000"/>
        </w:rPr>
        <w:t>经过若干步变换可以变成网格</w:t>
      </w:r>
      <w:r>
        <w:rPr>
          <w:rFonts w:ascii="Times New Roman" w:eastAsia="Times New Roman" w:hAnsi="Times New Roman" w:cs="Times New Roman"/>
          <w:color w:val="000000"/>
        </w:rPr>
        <w:t>8</w:t>
      </w:r>
      <w:r>
        <w:rPr>
          <w:rFonts w:ascii="宋体" w:eastAsia="宋体" w:hAnsi="宋体" w:cs="宋体"/>
          <w:color w:val="000000"/>
        </w:rPr>
        <w:t>，请直接写出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之间满足的关系．</w:t>
      </w:r>
    </w:p>
    <w:p>
      <w:pPr>
        <w:spacing w:line="360" w:lineRule="auto"/>
        <w:jc w:val="left"/>
        <w:textAlignment w:val="center"/>
        <w:rPr>
          <w:color w:val="000000"/>
        </w:rPr>
      </w:pPr>
      <w:r>
        <w:rPr>
          <w:color w:val="000000"/>
        </w:rPr>
        <w:drawing>
          <wp:inline>
            <wp:extent cx="2457450" cy="1476375"/>
            <wp:docPr id="26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 name=""/>
                    <pic:cNvPicPr>
                      <a:picLocks noChangeAspect="1"/>
                    </pic:cNvPicPr>
                  </pic:nvPicPr>
                  <pic:blipFill>
                    <a:blip r:embed="rId148"/>
                    <a:stretch>
                      <a:fillRect/>
                    </a:stretch>
                  </pic:blipFill>
                  <pic:spPr>
                    <a:xfrm>
                      <a:off x="0" y="0"/>
                      <a:ext cx="2457450" cy="14763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）第一行：</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；第二行：</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704" type="#_x0000_t75" alt="学科网(www.zxxk.com)--教育资源门户，提供试卷、教案、课件、论文、素材以及各类教学资源下载，还有大量而丰富的教学相关资讯！" style="width:30pt;height:31.2pt" o:oleicon="f" o:ole="">
            <v:imagedata r:id="rId149" o:title="eqIdf1e8ebd7c4463e7311f7ab4d7cd7d241"/>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2a+3b=0</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）根据第一步第一行减</w:t>
      </w:r>
      <w:r>
        <w:rPr>
          <w:rFonts w:ascii="Times New Roman" w:eastAsia="Times New Roman" w:hAnsi="Times New Roman" w:cs="Times New Roman"/>
          <w:color w:val="000000"/>
        </w:rPr>
        <w:t>2</w:t>
      </w:r>
      <w:r>
        <w:rPr>
          <w:rFonts w:ascii="宋体" w:eastAsia="宋体" w:hAnsi="宋体" w:cs="宋体"/>
          <w:color w:val="000000"/>
        </w:rPr>
        <w:t>，第二步第二列加</w:t>
      </w:r>
      <w:r>
        <w:rPr>
          <w:rFonts w:ascii="Times New Roman" w:eastAsia="Times New Roman" w:hAnsi="Times New Roman" w:cs="Times New Roman"/>
          <w:color w:val="000000"/>
        </w:rPr>
        <w:t>6</w:t>
      </w:r>
      <w:r>
        <w:rPr>
          <w:rFonts w:ascii="宋体" w:eastAsia="宋体" w:hAnsi="宋体" w:cs="宋体"/>
          <w:color w:val="000000"/>
        </w:rPr>
        <w:t>即可得解；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）根据第一步第二列上的数都减去</w:t>
      </w:r>
      <w:r>
        <w:rPr>
          <w:rFonts w:ascii="Times New Roman" w:eastAsia="Times New Roman" w:hAnsi="Times New Roman" w:cs="Times New Roman"/>
          <w:color w:val="000000"/>
        </w:rPr>
        <w:t>2x</w:t>
      </w:r>
      <w:r>
        <w:rPr>
          <w:rFonts w:ascii="宋体" w:eastAsia="宋体" w:hAnsi="宋体" w:cs="宋体"/>
          <w:color w:val="000000"/>
        </w:rPr>
        <w:t>，第二步第一列上的数都加</w:t>
      </w:r>
      <w:r>
        <w:rPr>
          <w:rFonts w:ascii="Times New Roman" w:eastAsia="Times New Roman" w:hAnsi="Times New Roman" w:cs="Times New Roman"/>
          <w:color w:val="000000"/>
        </w:rPr>
        <w:t>2</w:t>
      </w:r>
      <w:r>
        <w:rPr>
          <w:rFonts w:ascii="宋体" w:eastAsia="宋体" w:hAnsi="宋体" w:cs="宋体"/>
          <w:color w:val="000000"/>
        </w:rPr>
        <w:t>，第三步第一行上的数都减去（</w:t>
      </w:r>
      <w:r>
        <w:rPr>
          <w:rFonts w:ascii="Times New Roman" w:eastAsia="Times New Roman" w:hAnsi="Times New Roman" w:cs="Times New Roman"/>
          <w:color w:val="000000"/>
        </w:rPr>
        <w:t>1-2x</w:t>
      </w:r>
      <w:r>
        <w:rPr>
          <w:rFonts w:ascii="宋体" w:eastAsia="宋体" w:hAnsi="宋体" w:cs="宋体"/>
          <w:color w:val="000000"/>
        </w:rPr>
        <w:t>）可得方程（</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-(1-2x)=2</w:t>
      </w:r>
      <w:r>
        <w:rPr>
          <w:rFonts w:ascii="宋体" w:eastAsia="宋体" w:hAnsi="宋体" w:cs="宋体"/>
          <w:color w:val="000000"/>
        </w:rPr>
        <w:t>，解方程即可得解；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）根据第一步第二列上的数都减去</w:t>
      </w:r>
      <w:r>
        <w:rPr>
          <w:rFonts w:ascii="Times New Roman" w:eastAsia="Times New Roman" w:hAnsi="Times New Roman" w:cs="Times New Roman"/>
          <w:color w:val="000000"/>
        </w:rPr>
        <w:t>a</w:t>
      </w:r>
      <w:r>
        <w:rPr>
          <w:rFonts w:ascii="宋体" w:eastAsia="宋体" w:hAnsi="宋体" w:cs="宋体"/>
          <w:color w:val="000000"/>
        </w:rPr>
        <w:t>，第二步第一列上的数都减去</w:t>
      </w:r>
      <w:r>
        <w:rPr>
          <w:rFonts w:ascii="Times New Roman" w:eastAsia="Times New Roman" w:hAnsi="Times New Roman" w:cs="Times New Roman"/>
          <w:color w:val="000000"/>
        </w:rPr>
        <w:t>(1-3b)</w:t>
      </w:r>
      <w:r>
        <w:rPr>
          <w:rFonts w:ascii="宋体" w:eastAsia="宋体" w:hAnsi="宋体" w:cs="宋体"/>
          <w:color w:val="000000"/>
        </w:rPr>
        <w:t>，第三步第一行上的数都减去（</w:t>
      </w:r>
      <w:r>
        <w:rPr>
          <w:rFonts w:ascii="Times New Roman" w:eastAsia="Times New Roman" w:hAnsi="Times New Roman" w:cs="Times New Roman"/>
          <w:color w:val="000000"/>
        </w:rPr>
        <w:t>b-2-a</w:t>
      </w:r>
      <w:r>
        <w:rPr>
          <w:rFonts w:ascii="宋体" w:eastAsia="宋体" w:hAnsi="宋体" w:cs="宋体"/>
          <w:color w:val="000000"/>
        </w:rPr>
        <w:t>）可得等式，整理后可得解．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）第一步：第一行减去</w:t>
      </w:r>
      <w:r>
        <w:rPr>
          <w:rFonts w:ascii="Times New Roman" w:eastAsia="Times New Roman" w:hAnsi="Times New Roman" w:cs="Times New Roman"/>
          <w:color w:val="000000"/>
        </w:rPr>
        <w:t>2</w:t>
      </w:r>
      <w:r>
        <w:rPr>
          <w:rFonts w:ascii="宋体" w:eastAsia="宋体" w:hAnsi="宋体" w:cs="宋体"/>
          <w:color w:val="000000"/>
        </w:rPr>
        <w:t>，得</w:t>
      </w:r>
    </w:p>
    <w:tbl>
      <w:tblPr>
        <w:tblStyle w:val="TableNormal"/>
        <w:tblW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55"/>
        <w:gridCol w:w="855"/>
      </w:tblGrid>
      <w:tr>
        <w:tblPrEx>
          <w:tblW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r>
      <w:tr>
        <w:tblPrEx>
          <w:tblW w:w="1710" w:type="dxa"/>
          <w:tblCellMar>
            <w:top w:w="120" w:type="dxa"/>
            <w:left w:w="120" w:type="dxa"/>
            <w:bottom w:w="120" w:type="dxa"/>
            <w:right w:w="120" w:type="dxa"/>
          </w:tblCellMar>
        </w:tblPrEx>
        <w:trPr>
          <w:cantSplit w:val="0"/>
          <w:trHeight w:val="330"/>
        </w:trPr>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r>
    </w:tbl>
    <w:p>
      <w:pPr>
        <w:spacing w:line="360" w:lineRule="auto"/>
        <w:jc w:val="left"/>
        <w:textAlignment w:val="center"/>
        <w:rPr>
          <w:color w:val="000000"/>
        </w:rPr>
      </w:pPr>
      <w:r>
        <w:rPr>
          <w:rFonts w:ascii="宋体" w:eastAsia="宋体" w:hAnsi="宋体" w:cs="宋体"/>
          <w:color w:val="000000"/>
        </w:rPr>
        <w:t>第二步第二列加</w:t>
      </w:r>
      <w:r>
        <w:rPr>
          <w:rFonts w:ascii="Times New Roman" w:eastAsia="Times New Roman" w:hAnsi="Times New Roman" w:cs="Times New Roman"/>
          <w:color w:val="000000"/>
        </w:rPr>
        <w:t>6</w:t>
      </w:r>
      <w:r>
        <w:rPr>
          <w:rFonts w:ascii="宋体" w:eastAsia="宋体" w:hAnsi="宋体" w:cs="宋体"/>
          <w:color w:val="000000"/>
        </w:rPr>
        <w:t>，得</w:t>
      </w:r>
    </w:p>
    <w:tbl>
      <w:tblPr>
        <w:tblStyle w:val="TableNormal"/>
        <w:tblW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55"/>
        <w:gridCol w:w="855"/>
      </w:tblGrid>
      <w:tr>
        <w:tblPrEx>
          <w:tblW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r>
        <w:tblPrEx>
          <w:tblW w:w="1710" w:type="dxa"/>
          <w:tblCellMar>
            <w:top w:w="120" w:type="dxa"/>
            <w:left w:w="120" w:type="dxa"/>
            <w:bottom w:w="120" w:type="dxa"/>
            <w:right w:w="120" w:type="dxa"/>
          </w:tblCellMar>
        </w:tblPrEx>
        <w:trPr>
          <w:cantSplit w:val="0"/>
          <w:trHeight w:val="330"/>
        </w:trPr>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）第一步第二列上的数都减去</w:t>
      </w:r>
      <w:r>
        <w:rPr>
          <w:rFonts w:ascii="Times New Roman" w:eastAsia="Times New Roman" w:hAnsi="Times New Roman" w:cs="Times New Roman"/>
          <w:color w:val="000000"/>
        </w:rPr>
        <w:t>2x</w:t>
      </w:r>
      <w:r>
        <w:rPr>
          <w:rFonts w:ascii="宋体" w:eastAsia="宋体" w:hAnsi="宋体" w:cs="宋体"/>
          <w:color w:val="000000"/>
        </w:rPr>
        <w:t>，得：</w:t>
      </w:r>
    </w:p>
    <w:tbl>
      <w:tblPr>
        <w:tblStyle w:val="TableNormal"/>
        <w:tblW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55"/>
        <w:gridCol w:w="855"/>
      </w:tblGrid>
      <w:tr>
        <w:tblPrEx>
          <w:tblW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x-1</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1-2x</w:t>
            </w:r>
          </w:p>
        </w:tc>
      </w:tr>
      <w:tr>
        <w:tblPrEx>
          <w:tblW w:w="1710" w:type="dxa"/>
          <w:tblCellMar>
            <w:top w:w="120" w:type="dxa"/>
            <w:left w:w="120" w:type="dxa"/>
            <w:bottom w:w="120" w:type="dxa"/>
            <w:right w:w="120" w:type="dxa"/>
          </w:tblCellMar>
        </w:tblPrEx>
        <w:trPr>
          <w:cantSplit w:val="0"/>
          <w:trHeight w:val="330"/>
        </w:trPr>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bl>
    <w:p>
      <w:pPr>
        <w:spacing w:line="360" w:lineRule="auto"/>
        <w:jc w:val="left"/>
        <w:textAlignment w:val="center"/>
        <w:rPr>
          <w:color w:val="000000"/>
        </w:rPr>
      </w:pPr>
      <w:r>
        <w:rPr>
          <w:rFonts w:ascii="宋体" w:eastAsia="宋体" w:hAnsi="宋体" w:cs="宋体"/>
          <w:color w:val="000000"/>
        </w:rPr>
        <w:t>第二步第一列上的数都加</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得 :</w:t>
      </w:r>
    </w:p>
    <w:tbl>
      <w:tblPr>
        <w:tblStyle w:val="TableNormal"/>
        <w:tblW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855"/>
        <w:gridCol w:w="855"/>
      </w:tblGrid>
      <w:tr>
        <w:tblPrEx>
          <w:tblW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x+1</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1-2x</w:t>
            </w:r>
          </w:p>
        </w:tc>
      </w:tr>
      <w:tr>
        <w:tblPrEx>
          <w:tblW w:w="1710" w:type="dxa"/>
          <w:tblCellMar>
            <w:top w:w="120" w:type="dxa"/>
            <w:left w:w="120" w:type="dxa"/>
            <w:bottom w:w="120" w:type="dxa"/>
            <w:right w:w="120" w:type="dxa"/>
          </w:tblCellMar>
        </w:tblPrEx>
        <w:trPr>
          <w:cantSplit w:val="0"/>
          <w:trHeight w:val="330"/>
        </w:trPr>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85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bl>
    <w:p>
      <w:pPr>
        <w:spacing w:line="360" w:lineRule="auto"/>
        <w:jc w:val="left"/>
        <w:textAlignment w:val="center"/>
        <w:rPr>
          <w:color w:val="000000"/>
        </w:rPr>
      </w:pPr>
      <w:r>
        <w:rPr>
          <w:rFonts w:ascii="宋体" w:eastAsia="宋体" w:hAnsi="宋体" w:cs="宋体"/>
          <w:color w:val="000000"/>
        </w:rPr>
        <w:t>第三步第一行上的数都减去（</w:t>
      </w:r>
      <w:r>
        <w:rPr>
          <w:rFonts w:ascii="Times New Roman" w:eastAsia="Times New Roman" w:hAnsi="Times New Roman" w:cs="Times New Roman"/>
          <w:color w:val="000000"/>
        </w:rPr>
        <w:t>1-2x</w:t>
      </w:r>
      <w:r>
        <w:rPr>
          <w:rFonts w:ascii="宋体" w:eastAsia="宋体" w:hAnsi="宋体" w:cs="宋体"/>
          <w:color w:val="000000"/>
        </w:rPr>
        <w:t>），得：</w:t>
      </w:r>
    </w:p>
    <w:tbl>
      <w:tblPr>
        <w:tblStyle w:val="TableNormal"/>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440"/>
        <w:gridCol w:w="1440"/>
      </w:tblGrid>
      <w:tr>
        <w:tblPrEx>
          <w:tblW w:w="2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570"/>
        </w:trPr>
        <w:tc>
          <w:tcPr>
            <w:tcW w:w="14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x+1-(1-2x)</w:t>
            </w:r>
          </w:p>
        </w:tc>
        <w:tc>
          <w:tcPr>
            <w:tcW w:w="14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r>
        <w:tblPrEx>
          <w:tblW w:w="2880" w:type="dxa"/>
          <w:tblCellMar>
            <w:top w:w="120" w:type="dxa"/>
            <w:left w:w="120" w:type="dxa"/>
            <w:bottom w:w="120" w:type="dxa"/>
            <w:right w:w="120" w:type="dxa"/>
          </w:tblCellMar>
        </w:tblPrEx>
        <w:trPr>
          <w:cantSplit w:val="0"/>
          <w:trHeight w:val="495"/>
        </w:trPr>
        <w:tc>
          <w:tcPr>
            <w:tcW w:w="14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14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-(1-2x)=2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705" type="#_x0000_t75" alt="学科网(www.zxxk.com)--教育资源门户，提供试卷、教案、课件、论文、素材以及各类教学资源下载，还有大量而丰富的教学相关资讯！" style="width:30pt;height:31.2pt" o:oleicon="f" o:ole="">
            <v:imagedata r:id="rId150" o:title="eqIdf1e8ebd7c4463e7311f7ab4d7cd7d24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）第一步第二列上的数都减去</w:t>
      </w:r>
      <w:r>
        <w:rPr>
          <w:rFonts w:ascii="Times New Roman" w:eastAsia="Times New Roman" w:hAnsi="Times New Roman" w:cs="Times New Roman"/>
          <w:color w:val="000000"/>
        </w:rPr>
        <w:t>a</w:t>
      </w:r>
      <w:r>
        <w:rPr>
          <w:rFonts w:ascii="宋体" w:eastAsia="宋体" w:hAnsi="宋体" w:cs="宋体"/>
          <w:color w:val="000000"/>
        </w:rPr>
        <w:t>，得：</w:t>
      </w:r>
    </w:p>
    <w:tbl>
      <w:tblPr>
        <w:tblStyle w:val="TableNormal"/>
        <w:tblW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40"/>
        <w:gridCol w:w="1140"/>
      </w:tblGrid>
      <w:tr>
        <w:tblPrEx>
          <w:tblW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57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a+b</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b-2-a</w:t>
            </w:r>
          </w:p>
        </w:tc>
      </w:tr>
      <w:tr>
        <w:tblPrEx>
          <w:tblW w:w="2280" w:type="dxa"/>
          <w:tblCellMar>
            <w:top w:w="120" w:type="dxa"/>
            <w:left w:w="120" w:type="dxa"/>
            <w:bottom w:w="120" w:type="dxa"/>
            <w:right w:w="120" w:type="dxa"/>
          </w:tblCellMar>
        </w:tblPrEx>
        <w:trPr>
          <w:cantSplit w:val="0"/>
          <w:trHeight w:val="495"/>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1-3b</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a</w:t>
            </w:r>
          </w:p>
        </w:tc>
      </w:tr>
    </w:tbl>
    <w:p>
      <w:pPr>
        <w:spacing w:line="360" w:lineRule="auto"/>
        <w:jc w:val="left"/>
        <w:textAlignment w:val="center"/>
        <w:rPr>
          <w:color w:val="000000"/>
        </w:rPr>
      </w:pPr>
      <w:r>
        <w:rPr>
          <w:rFonts w:ascii="宋体" w:eastAsia="宋体" w:hAnsi="宋体" w:cs="宋体"/>
          <w:color w:val="000000"/>
        </w:rPr>
        <w:t>第二步第一列上的数都减去</w:t>
      </w:r>
      <w:r>
        <w:rPr>
          <w:rFonts w:ascii="Times New Roman" w:eastAsia="Times New Roman" w:hAnsi="Times New Roman" w:cs="Times New Roman"/>
          <w:color w:val="000000"/>
        </w:rPr>
        <w:t>(1-3b)</w:t>
      </w:r>
      <w:r>
        <w:rPr>
          <w:rFonts w:ascii="宋体" w:eastAsia="宋体" w:hAnsi="宋体" w:cs="宋体"/>
          <w:color w:val="000000"/>
        </w:rPr>
        <w:t>，</w:t>
      </w:r>
    </w:p>
    <w:tbl>
      <w:tblPr>
        <w:tblStyle w:val="TableNormal"/>
        <w:tblW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40"/>
        <w:gridCol w:w="1140"/>
      </w:tblGrid>
      <w:tr>
        <w:tblPrEx>
          <w:tblW w:w="2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57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a+b-(1-3b)</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b-2-a</w:t>
            </w:r>
          </w:p>
        </w:tc>
      </w:tr>
      <w:tr>
        <w:tblPrEx>
          <w:tblW w:w="2280" w:type="dxa"/>
          <w:tblCellMar>
            <w:top w:w="120" w:type="dxa"/>
            <w:left w:w="120" w:type="dxa"/>
            <w:bottom w:w="120" w:type="dxa"/>
            <w:right w:w="120" w:type="dxa"/>
          </w:tblCellMar>
        </w:tblPrEx>
        <w:trPr>
          <w:cantSplit w:val="0"/>
          <w:trHeight w:val="495"/>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bl>
    <w:p>
      <w:pPr>
        <w:spacing w:line="360" w:lineRule="auto"/>
        <w:jc w:val="left"/>
        <w:textAlignment w:val="center"/>
        <w:rPr>
          <w:color w:val="000000"/>
        </w:rPr>
      </w:pPr>
      <w:r>
        <w:rPr>
          <w:rFonts w:ascii="宋体" w:eastAsia="宋体" w:hAnsi="宋体" w:cs="宋体"/>
          <w:color w:val="000000"/>
        </w:rPr>
        <w:t>第三步第一行上的数都减去（</w:t>
      </w:r>
      <w:r>
        <w:rPr>
          <w:rFonts w:ascii="Times New Roman" w:eastAsia="Times New Roman" w:hAnsi="Times New Roman" w:cs="Times New Roman"/>
          <w:color w:val="000000"/>
        </w:rPr>
        <w:t>b-2-a</w:t>
      </w:r>
      <w:r>
        <w:rPr>
          <w:rFonts w:ascii="宋体" w:eastAsia="宋体" w:hAnsi="宋体" w:cs="宋体"/>
          <w:color w:val="000000"/>
        </w:rPr>
        <w:t>）</w:t>
      </w:r>
    </w:p>
    <w:tbl>
      <w:tblPr>
        <w:tblStyle w:val="TableNormal"/>
        <w:tblW w:w="3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845"/>
        <w:gridCol w:w="1845"/>
      </w:tblGrid>
      <w:tr>
        <w:tblPrEx>
          <w:tblW w:w="3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690"/>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a+b-(1-3b)-( b-2-a)</w:t>
            </w:r>
          </w:p>
        </w:tc>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r>
        <w:tblPrEx>
          <w:tblW w:w="3690" w:type="dxa"/>
          <w:tblCellMar>
            <w:top w:w="120" w:type="dxa"/>
            <w:left w:w="120" w:type="dxa"/>
            <w:bottom w:w="120" w:type="dxa"/>
            <w:right w:w="120" w:type="dxa"/>
          </w:tblCellMar>
        </w:tblPrEx>
        <w:trPr>
          <w:cantSplit w:val="0"/>
          <w:trHeight w:val="420"/>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0</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a+b-(1-3b)-( b-2-a)=1</w:t>
      </w:r>
    </w:p>
    <w:p>
      <w:pPr>
        <w:spacing w:line="360" w:lineRule="auto"/>
        <w:jc w:val="left"/>
        <w:textAlignment w:val="center"/>
        <w:rPr>
          <w:color w:val="000000"/>
        </w:rPr>
      </w:pPr>
      <w:r>
        <w:rPr>
          <w:rFonts w:ascii="宋体" w:eastAsia="宋体" w:hAnsi="宋体" w:cs="宋体"/>
          <w:color w:val="000000"/>
        </w:rPr>
        <w:t>整理得：</w:t>
      </w:r>
      <w:r>
        <w:rPr>
          <w:rFonts w:ascii="Times New Roman" w:eastAsia="Times New Roman" w:hAnsi="Times New Roman" w:cs="Times New Roman"/>
          <w:color w:val="000000"/>
        </w:rPr>
        <w:t>2a+3b=0</w:t>
      </w:r>
      <w:r>
        <w:rPr>
          <w:rFonts w:ascii="宋体" w:eastAsia="宋体" w:hAnsi="宋体" w:cs="宋体"/>
          <w:color w:val="000000"/>
        </w:rPr>
        <w:t>．</w:t>
      </w:r>
    </w:p>
    <w:p>
      <w:pPr>
        <w:spacing w:line="360" w:lineRule="auto"/>
        <w:jc w:val="left"/>
        <w:textAlignment w:val="center"/>
        <w:rPr>
          <w:color w:val="000000"/>
        </w:rPr>
        <w:sectPr w:rsidSect="00C321EB">
          <w:headerReference w:type="even" r:id="rId573"/>
          <w:footerReference w:type="even" r:id="rId574"/>
          <w:headerReference w:type="first" r:id="rId575"/>
          <w:footerReference w:type="first" r:id="rId576"/>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此题主要考查了数字的变化规律，整式的加减以及解一元一次方程，读懂题意，弄清数字之间的关系是解答此题的关键．</w:t>
      </w:r>
    </w:p>
    <w:p>
      <w:pPr>
        <w:pStyle w:val="Heading2"/>
      </w:pPr>
      <w:r>
        <w:t>二中</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已知数轴上三点</w:t>
      </w:r>
      <w:r>
        <w:pict>
          <v:shape id="_x0000_i706706" type="#_x0000_t75" alt="学科网(www.zxxk.com)--教育资源门户，提供试卷、教案、课件、论文、素材以及各类教学资源下载，还有大量而丰富的教学相关资讯！" style="width:14.25pt;height:10.5pt" o:oleicon="f" o:ole="">
            <v:imagedata r:id="rId151" o:title="eqIdac047e91852b91af639feec23a9598b2"/>
          </v:shape>
        </w:pict>
      </w:r>
      <w:r>
        <w:rPr>
          <w:rFonts w:ascii="宋体" w:eastAsia="宋体" w:hAnsi="宋体" w:cs="宋体"/>
          <w:color w:val="000000"/>
        </w:rPr>
        <w:t>，</w:t>
      </w:r>
      <w:r>
        <w:pict>
          <v:shape id="_x0000_i706707" type="#_x0000_t75" alt="学科网(www.zxxk.com)--教育资源门户，提供试卷、教案、课件、论文、素材以及各类教学资源下载，还有大量而丰富的教学相关资讯！" style="width:12pt;height:14.25pt" o:oleicon="f" o:ole="">
            <v:imagedata r:id="rId152" o:title="eqId1dde8112e8eb968fd042418dd632759e"/>
          </v:shape>
        </w:pict>
      </w:r>
      <w:r>
        <w:rPr>
          <w:rFonts w:ascii="宋体" w:eastAsia="宋体" w:hAnsi="宋体" w:cs="宋体"/>
          <w:color w:val="000000"/>
        </w:rPr>
        <w:t>，</w:t>
      </w:r>
      <w:r>
        <w:pict>
          <v:shape id="_x0000_i706708" type="#_x0000_t75" alt="学科网(www.zxxk.com)--教育资源门户，提供试卷、教案、课件、论文、素材以及各类教学资源下载，还有大量而丰富的教学相关资讯！" style="width:14.25pt;height:14.25pt" o:oleicon="f" o:ole="">
            <v:imagedata r:id="rId153" o:title="eqId54a5d7d3b6b63fe5c24c3907b7a8eaa3"/>
          </v:shape>
        </w:pict>
      </w:r>
      <w:r>
        <w:rPr>
          <w:rFonts w:ascii="宋体" w:eastAsia="宋体" w:hAnsi="宋体" w:cs="宋体"/>
          <w:color w:val="000000"/>
        </w:rPr>
        <w:t>对应的数分别为</w:t>
      </w:r>
      <w:r>
        <w:pict>
          <v:shape id="_x0000_i706709" type="#_x0000_t75" alt="学科网(www.zxxk.com)--教育资源门户，提供试卷、教案、课件、论文、素材以及各类教学资源下载，还有大量而丰富的教学相关资讯！" style="width:14.25pt;height:12pt" o:oleicon="f" o:ole="">
            <v:imagedata r:id="rId154"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pict>
          <v:shape id="_x0000_i706710" type="#_x0000_t75" alt="学科网(www.zxxk.com)--教育资源门户，提供试卷、教案、课件、论文、素材以及各类教学资源下载，还有大量而丰富的教学相关资讯！" style="width:11.25pt;height:12pt" o:oleicon="f" o:ole="">
            <v:imagedata r:id="rId155" o:title="eqIddad2a36927223bd70f426ba06aea4b45"/>
          </v:shape>
        </w:pict>
      </w:r>
      <w:r>
        <w:rPr>
          <w:rFonts w:ascii="宋体" w:eastAsia="宋体" w:hAnsi="宋体" w:cs="宋体"/>
          <w:color w:val="000000"/>
        </w:rPr>
        <w:t>为数轴上任意一点，其对应的数为</w:t>
      </w:r>
      <w:r>
        <w:pict>
          <v:shape id="_x0000_i706711" type="#_x0000_t75" alt="学科网(www.zxxk.com)--教育资源门户，提供试卷、教案、课件、论文、素材以及各类教学资源下载，还有大量而丰富的教学相关资讯！" style="width:9pt;height:9.75pt" o:oleicon="f" o:ole="">
            <v:imagedata r:id="rId156" o:title="eqId81dea63b8ce3e51adf66cf7b9982a2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点</w:t>
      </w:r>
      <w:r>
        <w:pict>
          <v:shape id="_x0000_i706712" type="#_x0000_t75" alt="学科网(www.zxxk.com)--教育资源门户，提供试卷、教案、课件、论文、素材以及各类教学资源下载，还有大量而丰富的教学相关资讯！" style="width:14.25pt;height:10.5pt" o:oleicon="f" o:ole="">
            <v:imagedata r:id="rId157" o:title="eqIdac047e91852b91af639feec23a9598b2"/>
          </v:shape>
        </w:pict>
      </w:r>
      <w:r>
        <w:rPr>
          <w:rFonts w:ascii="宋体" w:eastAsia="宋体" w:hAnsi="宋体" w:cs="宋体"/>
          <w:color w:val="000000"/>
        </w:rPr>
        <w:t>到点</w:t>
      </w:r>
      <w:r>
        <w:pict>
          <v:shape id="_x0000_i706713" type="#_x0000_t75" alt="学科网(www.zxxk.com)--教育资源门户，提供试卷、教案、课件、论文、素材以及各类教学资源下载，还有大量而丰富的教学相关资讯！" style="width:14.25pt;height:14.25pt" o:oleicon="f" o:ole="">
            <v:imagedata r:id="rId158" o:title="eqId54a5d7d3b6b63fe5c24c3907b7a8eaa3"/>
          </v:shape>
        </w:pict>
      </w:r>
      <w:r>
        <w:rPr>
          <w:rFonts w:ascii="宋体" w:eastAsia="宋体" w:hAnsi="宋体" w:cs="宋体"/>
          <w:color w:val="000000"/>
        </w:rPr>
        <w:t>的距离为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如果点</w:t>
      </w:r>
      <w:r>
        <w:pict>
          <v:shape id="_x0000_i706714" type="#_x0000_t75" alt="学科网(www.zxxk.com)--教育资源门户，提供试卷、教案、课件、论文、素材以及各类教学资源下载，还有大量而丰富的教学相关资讯！" style="width:11.25pt;height:12pt" o:oleicon="f" o:ole="">
            <v:imagedata r:id="rId159" o:title="eqIddad2a36927223bd70f426ba06aea4b45"/>
          </v:shape>
        </w:pict>
      </w:r>
      <w:r>
        <w:rPr>
          <w:rFonts w:ascii="宋体" w:eastAsia="宋体" w:hAnsi="宋体" w:cs="宋体"/>
          <w:color w:val="000000"/>
        </w:rPr>
        <w:t>到点</w:t>
      </w:r>
      <w:r>
        <w:pict>
          <v:shape id="_x0000_i706715" type="#_x0000_t75" alt="学科网(www.zxxk.com)--教育资源门户，提供试卷、教案、课件、论文、素材以及各类教学资源下载，还有大量而丰富的教学相关资讯！" style="width:14.25pt;height:10.5pt" o:oleicon="f" o:ole="">
            <v:imagedata r:id="rId160" o:title="eqIdac047e91852b91af639feec23a9598b2"/>
          </v:shape>
        </w:pict>
      </w:r>
      <w:r>
        <w:rPr>
          <w:rFonts w:ascii="宋体" w:eastAsia="宋体" w:hAnsi="宋体" w:cs="宋体"/>
          <w:color w:val="000000"/>
        </w:rPr>
        <w:t>、点</w:t>
      </w:r>
      <w:r>
        <w:pict>
          <v:shape id="_x0000_i706716" type="#_x0000_t75" alt="学科网(www.zxxk.com)--教育资源门户，提供试卷、教案、课件、论文、素材以及各类教学资源下载，还有大量而丰富的教学相关资讯！" style="width:14.25pt;height:14.25pt" o:oleicon="f" o:ole="">
            <v:imagedata r:id="rId161" o:title="eqId54a5d7d3b6b63fe5c24c3907b7a8eaa3"/>
          </v:shape>
        </w:pict>
      </w:r>
      <w:r>
        <w:rPr>
          <w:rFonts w:ascii="宋体" w:eastAsia="宋体" w:hAnsi="宋体" w:cs="宋体"/>
          <w:color w:val="000000"/>
        </w:rPr>
        <w:t>的距离相等，那么</w:t>
      </w:r>
      <w:r>
        <w:pict>
          <v:shape id="_x0000_i706717" type="#_x0000_t75" alt="学科网(www.zxxk.com)--教育资源门户，提供试卷、教案、课件、论文、素材以及各类教学资源下载，还有大量而丰富的教学相关资讯！" style="width:9pt;height:9.75pt" o:oleicon="f" o:ole="">
            <v:imagedata r:id="rId162" o:title="eqId81dea63b8ce3e51adf66cf7b9982a248"/>
          </v:shape>
        </w:pict>
      </w:r>
      <w:r>
        <w:rPr>
          <w:rFonts w:ascii="宋体" w:eastAsia="宋体" w:hAnsi="宋体" w:cs="宋体"/>
          <w:color w:val="000000"/>
        </w:rPr>
        <w:t>的值是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数轴上是否存在点</w:t>
      </w:r>
      <w:r>
        <w:pict>
          <v:shape id="_x0000_i706718" type="#_x0000_t75" alt="学科网(www.zxxk.com)--教育资源门户，提供试卷、教案、课件、论文、素材以及各类教学资源下载，还有大量而丰富的教学相关资讯！" style="width:11.25pt;height:12pt" o:oleicon="f" o:ole="">
            <v:imagedata r:id="rId163" o:title="eqIddad2a36927223bd70f426ba06aea4b45"/>
          </v:shape>
        </w:pict>
      </w:r>
      <w:r>
        <w:rPr>
          <w:rFonts w:ascii="宋体" w:eastAsia="宋体" w:hAnsi="宋体" w:cs="宋体"/>
          <w:color w:val="000000"/>
        </w:rPr>
        <w:t>，使点</w:t>
      </w:r>
      <w:r>
        <w:pict>
          <v:shape id="_x0000_i706719" type="#_x0000_t75" alt="学科网(www.zxxk.com)--教育资源门户，提供试卷、教案、课件、论文、素材以及各类教学资源下载，还有大量而丰富的教学相关资讯！" style="width:11.25pt;height:12pt" o:oleicon="f" o:ole="">
            <v:imagedata r:id="rId163" o:title="eqIddad2a36927223bd70f426ba06aea4b45"/>
          </v:shape>
        </w:pict>
      </w:r>
      <w:r>
        <w:rPr>
          <w:rFonts w:ascii="宋体" w:eastAsia="宋体" w:hAnsi="宋体" w:cs="宋体"/>
          <w:color w:val="000000"/>
        </w:rPr>
        <w:t>到点</w:t>
      </w:r>
      <w:r>
        <w:pict>
          <v:shape id="_x0000_i706720" type="#_x0000_t75" alt="学科网(www.zxxk.com)--教育资源门户，提供试卷、教案、课件、论文、素材以及各类教学资源下载，还有大量而丰富的教学相关资讯！" style="width:14.25pt;height:10.5pt" o:oleicon="f" o:ole="">
            <v:imagedata r:id="rId164" o:title="eqIdac047e91852b91af639feec23a9598b2"/>
          </v:shape>
        </w:pict>
      </w:r>
      <w:r>
        <w:rPr>
          <w:rFonts w:ascii="宋体" w:eastAsia="宋体" w:hAnsi="宋体" w:cs="宋体"/>
          <w:color w:val="000000"/>
        </w:rPr>
        <w:t>的距离是点</w:t>
      </w:r>
      <w:r>
        <w:pict>
          <v:shape id="_x0000_i706721" type="#_x0000_t75" alt="学科网(www.zxxk.com)--教育资源门户，提供试卷、教案、课件、论文、素材以及各类教学资源下载，还有大量而丰富的教学相关资讯！" style="width:11.25pt;height:12pt" o:oleicon="f" o:ole="">
            <v:imagedata r:id="rId163" o:title="eqIddad2a36927223bd70f426ba06aea4b45"/>
          </v:shape>
        </w:pict>
      </w:r>
      <w:r>
        <w:rPr>
          <w:rFonts w:ascii="宋体" w:eastAsia="宋体" w:hAnsi="宋体" w:cs="宋体"/>
          <w:color w:val="000000"/>
        </w:rPr>
        <w:t>到点</w:t>
      </w:r>
      <w:r>
        <w:pict>
          <v:shape id="_x0000_i706722" type="#_x0000_t75" alt="学科网(www.zxxk.com)--教育资源门户，提供试卷、教案、课件、论文、素材以及各类教学资源下载，还有大量而丰富的教学相关资讯！" style="width:14.25pt;height:14.25pt" o:oleicon="f" o:ole="">
            <v:imagedata r:id="rId165" o:title="eqId54a5d7d3b6b63fe5c24c3907b7a8eaa3"/>
          </v:shape>
        </w:pict>
      </w:r>
      <w:r>
        <w:rPr>
          <w:rFonts w:ascii="宋体" w:eastAsia="宋体" w:hAnsi="宋体" w:cs="宋体"/>
          <w:color w:val="000000"/>
        </w:rPr>
        <w:t>的距离的</w:t>
      </w:r>
      <w:r>
        <w:rPr>
          <w:rFonts w:ascii="Times New Roman" w:eastAsia="Times New Roman" w:hAnsi="Times New Roman" w:cs="Times New Roman"/>
          <w:color w:val="000000"/>
        </w:rPr>
        <w:t>3</w:t>
      </w:r>
      <w:r>
        <w:rPr>
          <w:rFonts w:ascii="宋体" w:eastAsia="宋体" w:hAnsi="宋体" w:cs="宋体"/>
          <w:color w:val="000000"/>
        </w:rPr>
        <w:t>倍？若存在，请你求出</w:t>
      </w:r>
      <w:r>
        <w:pict>
          <v:shape id="_x0000_i706723" type="#_x0000_t75" alt="学科网(www.zxxk.com)--教育资源门户，提供试卷、教案、课件、论文、素材以及各类教学资源下载，还有大量而丰富的教学相关资讯！" style="width:9pt;height:9.75pt" o:oleicon="f" o:ole="">
            <v:imagedata r:id="rId166" o:title="eqId81dea63b8ce3e51adf66cf7b9982a248"/>
          </v:shape>
        </w:pict>
      </w:r>
      <w:r>
        <w:rPr>
          <w:rFonts w:ascii="宋体" w:eastAsia="宋体" w:hAnsi="宋体" w:cs="宋体"/>
          <w:color w:val="000000"/>
        </w:rPr>
        <w:t>的值；若不存在，请说明理由．</w:t>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（1）</w:t>
      </w:r>
      <w:r>
        <w:rPr>
          <w:rFonts w:ascii="Times New Roman" w:eastAsia="Times New Roman" w:hAnsi="Times New Roman" w:cs="Times New Roman"/>
          <w:color w:val="000000"/>
        </w:rPr>
        <w:t>4</w:t>
      </w:r>
      <w:r>
        <w:rPr>
          <w:color w:val="000000"/>
        </w:rPr>
        <w:t xml:space="preserve">    </w:t>
      </w:r>
      <w:r>
        <w:rPr>
          <w:color w:val="000000"/>
        </w:rPr>
        <w:t>（2）</w:t>
      </w:r>
      <w:r>
        <w:rPr>
          <w:rFonts w:ascii="Times New Roman" w:eastAsia="Times New Roman" w:hAnsi="Times New Roman" w:cs="Times New Roman"/>
          <w:color w:val="000000"/>
        </w:rPr>
        <w:t>1</w:t>
      </w:r>
      <w:r>
        <w:rPr>
          <w:color w:val="000000"/>
        </w:rPr>
        <w:t xml:space="preserve">    </w:t>
      </w:r>
    </w:p>
    <w:p>
      <w:pPr>
        <w:spacing w:line="360" w:lineRule="auto"/>
        <w:textAlignment w:val="center"/>
        <w:rPr>
          <w:rFonts w:ascii="Times New Roman" w:eastAsia="Times New Roman" w:hAnsi="Times New Roman" w:cs="Times New Roman"/>
          <w:color w:val="000000"/>
        </w:rPr>
      </w:pPr>
      <w:r>
        <w:rPr>
          <w:color w:val="000000"/>
        </w:rPr>
        <w:t>（3）</w:t>
      </w:r>
      <w:r>
        <w:rPr>
          <w:rFonts w:ascii="宋体" w:eastAsia="宋体" w:hAnsi="宋体" w:cs="宋体"/>
          <w:color w:val="000000"/>
        </w:rPr>
        <w:t>存在，</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）用较大的数</w:t>
      </w:r>
      <w:r>
        <w:rPr>
          <w:rFonts w:ascii="Times New Roman" w:eastAsia="Times New Roman" w:hAnsi="Times New Roman" w:cs="Times New Roman"/>
          <w:color w:val="000000"/>
        </w:rPr>
        <w:t>3</w:t>
      </w:r>
      <w:r>
        <w:rPr>
          <w:rFonts w:ascii="宋体" w:eastAsia="宋体" w:hAnsi="宋体" w:cs="宋体"/>
          <w:color w:val="000000"/>
        </w:rPr>
        <w:t>减去较小的数</w:t>
      </w:r>
      <w:r>
        <w:pict>
          <v:shape id="_x0000_i706724" type="#_x0000_t75" alt="学科网(www.zxxk.com)--教育资源门户，提供试卷、教案、课件、论文、素材以及各类教学资源下载，还有大量而丰富的教学相关资讯！" style="width:14.25pt;height:12pt" o:oleicon="f" o:ole="">
            <v:imagedata r:id="rId167" o:title="eqIdacbc6a613224461ade69362d46550474"/>
          </v:shape>
        </w:pict>
      </w:r>
      <w:r>
        <w:rPr>
          <w:rFonts w:ascii="宋体" w:eastAsia="宋体" w:hAnsi="宋体" w:cs="宋体"/>
          <w:color w:val="000000"/>
        </w:rPr>
        <w:t>，即得到点</w:t>
      </w:r>
      <w:r>
        <w:pict>
          <v:shape id="_x0000_i706725" type="#_x0000_t75" alt="学科网(www.zxxk.com)--教育资源门户，提供试卷、教案、课件、论文、素材以及各类教学资源下载，还有大量而丰富的教学相关资讯！" style="width:14.25pt;height:10.5pt" o:oleicon="f" o:ole="">
            <v:imagedata r:id="rId168" o:title="eqIdac047e91852b91af639feec23a9598b2"/>
          </v:shape>
        </w:pict>
      </w:r>
      <w:r>
        <w:rPr>
          <w:rFonts w:ascii="宋体" w:eastAsia="宋体" w:hAnsi="宋体" w:cs="宋体"/>
          <w:color w:val="000000"/>
        </w:rPr>
        <w:t>与点</w:t>
      </w:r>
      <w:r>
        <w:pict>
          <v:shape id="_x0000_i706726" type="#_x0000_t75" alt="学科网(www.zxxk.com)--教育资源门户，提供试卷、教案、课件、论文、素材以及各类教学资源下载，还有大量而丰富的教学相关资讯！" style="width:14.25pt;height:14.25pt" o:oleicon="f" o:ole="">
            <v:imagedata r:id="rId169" o:title="eqId54a5d7d3b6b63fe5c24c3907b7a8eaa3"/>
          </v:shape>
        </w:pict>
      </w:r>
      <w:r>
        <w:rPr>
          <w:rFonts w:ascii="宋体" w:eastAsia="宋体" w:hAnsi="宋体" w:cs="宋体"/>
          <w:color w:val="000000"/>
        </w:rPr>
        <w:t>之间的距离；</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pict>
          <v:shape id="_x0000_i706727" type="#_x0000_t75" alt="学科网(www.zxxk.com)--教育资源门户，提供试卷、教案、课件、论文、素材以及各类教学资源下载，还有大量而丰富的教学相关资讯！" style="width:11.25pt;height:12pt" o:oleicon="f" o:ole="">
            <v:imagedata r:id="rId170" o:title="eqIddad2a36927223bd70f426ba06aea4b45"/>
          </v:shape>
        </w:pict>
      </w:r>
      <w:r>
        <w:rPr>
          <w:rFonts w:ascii="宋体" w:eastAsia="宋体" w:hAnsi="宋体" w:cs="宋体"/>
          <w:color w:val="000000"/>
        </w:rPr>
        <w:t>表示的数为</w:t>
      </w:r>
      <w:r>
        <w:pict>
          <v:shape id="_x0000_i706728" type="#_x0000_t75" alt="学科网(www.zxxk.com)--教育资源门户，提供试卷、教案、课件、论文、素材以及各类教学资源下载，还有大量而丰富的教学相关资讯！" style="width:9pt;height:9.75pt" o:oleicon="f" o:ole="">
            <v:imagedata r:id="rId171" o:title="eqId81dea63b8ce3e51adf66cf7b9982a248"/>
          </v:shape>
        </w:pict>
      </w:r>
      <w:r>
        <w:rPr>
          <w:rFonts w:ascii="宋体" w:eastAsia="宋体" w:hAnsi="宋体" w:cs="宋体"/>
          <w:color w:val="000000"/>
        </w:rPr>
        <w:t>，且点</w:t>
      </w:r>
      <w:r>
        <w:pict>
          <v:shape id="_x0000_i706729" type="#_x0000_t75" alt="学科网(www.zxxk.com)--教育资源门户，提供试卷、教案、课件、论文、素材以及各类教学资源下载，还有大量而丰富的教学相关资讯！" style="width:11.25pt;height:12pt" o:oleicon="f" o:ole="">
            <v:imagedata r:id="rId170" o:title="eqIddad2a36927223bd70f426ba06aea4b45"/>
          </v:shape>
        </w:pict>
      </w:r>
      <w:r>
        <w:rPr>
          <w:rFonts w:ascii="宋体" w:eastAsia="宋体" w:hAnsi="宋体" w:cs="宋体"/>
          <w:color w:val="000000"/>
        </w:rPr>
        <w:t>到点</w:t>
      </w:r>
      <w:r>
        <w:pict>
          <v:shape id="_x0000_i706730" type="#_x0000_t75" alt="学科网(www.zxxk.com)--教育资源门户，提供试卷、教案、课件、论文、素材以及各类教学资源下载，还有大量而丰富的教学相关资讯！" style="width:14.25pt;height:10.5pt" o:oleicon="f" o:ole="">
            <v:imagedata r:id="rId172" o:title="eqIdac047e91852b91af639feec23a9598b2"/>
          </v:shape>
        </w:pict>
      </w:r>
      <w:r>
        <w:rPr>
          <w:rFonts w:ascii="宋体" w:eastAsia="宋体" w:hAnsi="宋体" w:cs="宋体"/>
          <w:color w:val="000000"/>
        </w:rPr>
        <w:t>、点</w:t>
      </w:r>
      <w:r>
        <w:pict>
          <v:shape id="_x0000_i706731" type="#_x0000_t75" alt="学科网(www.zxxk.com)--教育资源门户，提供试卷、教案、课件、论文、素材以及各类教学资源下载，还有大量而丰富的教学相关资讯！" style="width:14.25pt;height:14.25pt" o:oleicon="f" o:ole="">
            <v:imagedata r:id="rId173" o:title="eqId54a5d7d3b6b63fe5c24c3907b7a8eaa3"/>
          </v:shape>
        </w:pict>
      </w:r>
      <w:r>
        <w:rPr>
          <w:rFonts w:ascii="宋体" w:eastAsia="宋体" w:hAnsi="宋体" w:cs="宋体"/>
          <w:color w:val="000000"/>
        </w:rPr>
        <w:t>的距离相等，则点</w:t>
      </w:r>
      <w:r>
        <w:pict>
          <v:shape id="_x0000_i706732" type="#_x0000_t75" alt="学科网(www.zxxk.com)--教育资源门户，提供试卷、教案、课件、论文、素材以及各类教学资源下载，还有大量而丰富的教学相关资讯！" style="width:11.25pt;height:12pt" o:oleicon="f" o:ole="">
            <v:imagedata r:id="rId170" o:title="eqIddad2a36927223bd70f426ba06aea4b45"/>
          </v:shape>
        </w:pict>
      </w:r>
      <w:r>
        <w:rPr>
          <w:rFonts w:ascii="宋体" w:eastAsia="宋体" w:hAnsi="宋体" w:cs="宋体"/>
          <w:color w:val="000000"/>
        </w:rPr>
        <w:t>一定在点</w:t>
      </w:r>
      <w:r>
        <w:pict>
          <v:shape id="_x0000_i706733" type="#_x0000_t75" alt="学科网(www.zxxk.com)--教育资源门户，提供试卷、教案、课件、论文、素材以及各类教学资源下载，还有大量而丰富的教学相关资讯！" style="width:14.25pt;height:10.5pt" o:oleicon="f" o:ole="">
            <v:imagedata r:id="rId172" o:title="eqIdac047e91852b91af639feec23a9598b2"/>
          </v:shape>
        </w:pict>
      </w:r>
      <w:r>
        <w:rPr>
          <w:rFonts w:ascii="宋体" w:eastAsia="宋体" w:hAnsi="宋体" w:cs="宋体"/>
          <w:color w:val="000000"/>
        </w:rPr>
        <w:t>与点</w:t>
      </w:r>
      <w:r>
        <w:pict>
          <v:shape id="_x0000_i706734" type="#_x0000_t75" alt="学科网(www.zxxk.com)--教育资源门户，提供试卷、教案、课件、论文、素材以及各类教学资源下载，还有大量而丰富的教学相关资讯！" style="width:14.25pt;height:14.25pt" o:oleicon="f" o:ole="">
            <v:imagedata r:id="rId173" o:title="eqId54a5d7d3b6b63fe5c24c3907b7a8eaa3"/>
          </v:shape>
        </w:pict>
      </w:r>
      <w:r>
        <w:rPr>
          <w:rFonts w:ascii="宋体" w:eastAsia="宋体" w:hAnsi="宋体" w:cs="宋体"/>
          <w:color w:val="000000"/>
        </w:rPr>
        <w:t>之间，且点</w:t>
      </w:r>
      <w:r>
        <w:pict>
          <v:shape id="_x0000_i706735" type="#_x0000_t75" alt="学科网(www.zxxk.com)--教育资源门户，提供试卷、教案、课件、论文、素材以及各类教学资源下载，还有大量而丰富的教学相关资讯！" style="width:11.25pt;height:12pt" o:oleicon="f" o:ole="">
            <v:imagedata r:id="rId170" o:title="eqIddad2a36927223bd70f426ba06aea4b45"/>
          </v:shape>
        </w:pict>
      </w:r>
      <w:r>
        <w:rPr>
          <w:rFonts w:ascii="宋体" w:eastAsia="宋体" w:hAnsi="宋体" w:cs="宋体"/>
          <w:color w:val="000000"/>
        </w:rPr>
        <w:t>到点</w:t>
      </w:r>
      <w:r>
        <w:pict>
          <v:shape id="_x0000_i706736" type="#_x0000_t75" alt="学科网(www.zxxk.com)--教育资源门户，提供试卷、教案、课件、论文、素材以及各类教学资源下载，还有大量而丰富的教学相关资讯！" style="width:14.25pt;height:10.5pt" o:oleicon="f" o:ole="">
            <v:imagedata r:id="rId172" o:title="eqIdac047e91852b91af639feec23a9598b2"/>
          </v:shape>
        </w:pict>
      </w:r>
      <w:r>
        <w:rPr>
          <w:rFonts w:ascii="宋体" w:eastAsia="宋体" w:hAnsi="宋体" w:cs="宋体"/>
          <w:color w:val="000000"/>
        </w:rPr>
        <w:t>的距离可表示为</w:t>
      </w:r>
      <w:r>
        <w:pict>
          <v:shape id="_x0000_i706737" type="#_x0000_t75" alt="学科网(www.zxxk.com)--教育资源门户，提供试卷、教案、课件、论文、素材以及各类教学资源下载，还有大量而丰富的教学相关资讯！" style="width:39.75pt;height:15.75pt" o:oleicon="f" o:ole="">
            <v:imagedata r:id="rId174" o:title="eqIdb989e04e0e67e8e0fb37b094e0b343c9"/>
          </v:shape>
        </w:pict>
      </w:r>
      <w:r>
        <w:rPr>
          <w:rFonts w:ascii="宋体" w:eastAsia="宋体" w:hAnsi="宋体" w:cs="宋体"/>
          <w:color w:val="000000"/>
        </w:rPr>
        <w:t>，点</w:t>
      </w:r>
      <w:r>
        <w:pict>
          <v:shape id="_x0000_i706738" type="#_x0000_t75" alt="学科网(www.zxxk.com)--教育资源门户，提供试卷、教案、课件、论文、素材以及各类教学资源下载，还有大量而丰富的教学相关资讯！" style="width:11.25pt;height:12pt" o:oleicon="f" o:ole="">
            <v:imagedata r:id="rId170" o:title="eqIddad2a36927223bd70f426ba06aea4b45"/>
          </v:shape>
        </w:pict>
      </w:r>
      <w:r>
        <w:rPr>
          <w:rFonts w:ascii="宋体" w:eastAsia="宋体" w:hAnsi="宋体" w:cs="宋体"/>
          <w:color w:val="000000"/>
        </w:rPr>
        <w:t>到点</w:t>
      </w:r>
      <w:r>
        <w:pict>
          <v:shape id="_x0000_i706739" type="#_x0000_t75" alt="学科网(www.zxxk.com)--教育资源门户，提供试卷、教案、课件、论文、素材以及各类教学资源下载，还有大量而丰富的教学相关资讯！" style="width:14.25pt;height:14.25pt" o:oleicon="f" o:ole="">
            <v:imagedata r:id="rId173" o:title="eqId54a5d7d3b6b63fe5c24c3907b7a8eaa3"/>
          </v:shape>
        </w:pict>
      </w:r>
      <w:r>
        <w:rPr>
          <w:rFonts w:ascii="宋体" w:eastAsia="宋体" w:hAnsi="宋体" w:cs="宋体"/>
          <w:color w:val="000000"/>
        </w:rPr>
        <w:t>的距离可表示为</w:t>
      </w:r>
      <w:r>
        <w:pict>
          <v:shape id="_x0000_i706740" type="#_x0000_t75" alt="学科网(www.zxxk.com)--教育资源门户，提供试卷、教案、课件、论文、素材以及各类教学资源下载，还有大量而丰富的教学相关资讯！" style="width:26pt;height:13.95pt" o:oleicon="f" o:ole="">
            <v:imagedata r:id="rId175" o:title="eqIdb006e43b900a09bbb6f043c8bbcfd021"/>
          </v:shape>
        </w:pict>
      </w:r>
      <w:r>
        <w:rPr>
          <w:rFonts w:ascii="宋体" w:eastAsia="宋体" w:hAnsi="宋体" w:cs="宋体"/>
          <w:color w:val="000000"/>
        </w:rPr>
        <w:t>，列方程求出</w:t>
      </w:r>
      <w:r>
        <w:pict>
          <v:shape id="_x0000_i706741" type="#_x0000_t75" alt="学科网(www.zxxk.com)--教育资源门户，提供试卷、教案、课件、论文、素材以及各类教学资源下载，还有大量而丰富的教学相关资讯！" style="width:9pt;height:9.75pt" o:oleicon="f" o:ole="">
            <v:imagedata r:id="rId171" o:title="eqId81dea63b8ce3e51adf66cf7b9982a248"/>
          </v:shape>
        </w:pict>
      </w:r>
      <w:r>
        <w:rPr>
          <w:rFonts w:ascii="宋体" w:eastAsia="宋体" w:hAnsi="宋体" w:cs="宋体"/>
          <w:color w:val="000000"/>
        </w:rPr>
        <w:t>的值即可；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）按点</w:t>
      </w:r>
      <w:r>
        <w:pict>
          <v:shape id="_x0000_i706742" type="#_x0000_t75" alt="学科网(www.zxxk.com)--教育资源门户，提供试卷、教案、课件、论文、素材以及各类教学资源下载，还有大量而丰富的教学相关资讯！" style="width:11.25pt;height:12pt" o:oleicon="f" o:ole="">
            <v:imagedata r:id="rId176" o:title="eqIddad2a36927223bd70f426ba06aea4b45"/>
          </v:shape>
        </w:pict>
      </w:r>
      <w:r>
        <w:rPr>
          <w:rFonts w:ascii="宋体" w:eastAsia="宋体" w:hAnsi="宋体" w:cs="宋体"/>
          <w:color w:val="000000"/>
        </w:rPr>
        <w:t>在点</w:t>
      </w:r>
      <w:r>
        <w:pict>
          <v:shape id="_x0000_i706743" type="#_x0000_t75" alt="学科网(www.zxxk.com)--教育资源门户，提供试卷、教案、课件、论文、素材以及各类教学资源下载，还有大量而丰富的教学相关资讯！" style="width:14.25pt;height:10.5pt" o:oleicon="f" o:ole="">
            <v:imagedata r:id="rId177" o:title="eqIdac047e91852b91af639feec23a9598b2"/>
          </v:shape>
        </w:pict>
      </w:r>
      <w:r>
        <w:rPr>
          <w:rFonts w:ascii="宋体" w:eastAsia="宋体" w:hAnsi="宋体" w:cs="宋体"/>
          <w:color w:val="000000"/>
        </w:rPr>
        <w:t>左侧、点</w:t>
      </w:r>
      <w:r>
        <w:pict>
          <v:shape id="_x0000_i706744" type="#_x0000_t75" alt="学科网(www.zxxk.com)--教育资源门户，提供试卷、教案、课件、论文、素材以及各类教学资源下载，还有大量而丰富的教学相关资讯！" style="width:11.25pt;height:12pt" o:oleicon="f" o:ole="">
            <v:imagedata r:id="rId176" o:title="eqIddad2a36927223bd70f426ba06aea4b45"/>
          </v:shape>
        </w:pict>
      </w:r>
      <w:r>
        <w:rPr>
          <w:rFonts w:ascii="宋体" w:eastAsia="宋体" w:hAnsi="宋体" w:cs="宋体"/>
          <w:color w:val="000000"/>
        </w:rPr>
        <w:t>在点</w:t>
      </w:r>
      <w:r>
        <w:pict>
          <v:shape id="_x0000_i706745" type="#_x0000_t75" alt="学科网(www.zxxk.com)--教育资源门户，提供试卷、教案、课件、论文、素材以及各类教学资源下载，还有大量而丰富的教学相关资讯！" style="width:14.25pt;height:10.5pt" o:oleicon="f" o:ole="">
            <v:imagedata r:id="rId177" o:title="eqIdac047e91852b91af639feec23a9598b2"/>
          </v:shape>
        </w:pict>
      </w:r>
      <w:r>
        <w:rPr>
          <w:rFonts w:ascii="宋体" w:eastAsia="宋体" w:hAnsi="宋体" w:cs="宋体"/>
          <w:color w:val="000000"/>
        </w:rPr>
        <w:t>与点</w:t>
      </w:r>
      <w:r>
        <w:pict>
          <v:shape id="_x0000_i706746" type="#_x0000_t75" alt="学科网(www.zxxk.com)--教育资源门户，提供试卷、教案、课件、论文、素材以及各类教学资源下载，还有大量而丰富的教学相关资讯！" style="width:14.25pt;height:14.25pt" o:oleicon="f" o:ole="">
            <v:imagedata r:id="rId178" o:title="eqId54a5d7d3b6b63fe5c24c3907b7a8eaa3"/>
          </v:shape>
        </w:pict>
      </w:r>
      <w:r>
        <w:rPr>
          <w:rFonts w:ascii="宋体" w:eastAsia="宋体" w:hAnsi="宋体" w:cs="宋体"/>
          <w:color w:val="000000"/>
        </w:rPr>
        <w:t>之间、点</w:t>
      </w:r>
      <w:r>
        <w:pict>
          <v:shape id="_x0000_i706747" type="#_x0000_t75" alt="学科网(www.zxxk.com)--教育资源门户，提供试卷、教案、课件、论文、素材以及各类教学资源下载，还有大量而丰富的教学相关资讯！" style="width:11.25pt;height:12pt" o:oleicon="f" o:ole="">
            <v:imagedata r:id="rId176" o:title="eqIddad2a36927223bd70f426ba06aea4b45"/>
          </v:shape>
        </w:pict>
      </w:r>
      <w:r>
        <w:rPr>
          <w:rFonts w:ascii="宋体" w:eastAsia="宋体" w:hAnsi="宋体" w:cs="宋体"/>
          <w:color w:val="000000"/>
        </w:rPr>
        <w:t>在点</w:t>
      </w:r>
      <w:r>
        <w:pict>
          <v:shape id="_x0000_i706748" type="#_x0000_t75" alt="学科网(www.zxxk.com)--教育资源门户，提供试卷、教案、课件、论文、素材以及各类教学资源下载，还有大量而丰富的教学相关资讯！" style="width:14.25pt;height:14.25pt" o:oleicon="f" o:ole="">
            <v:imagedata r:id="rId178" o:title="eqId54a5d7d3b6b63fe5c24c3907b7a8eaa3"/>
          </v:shape>
        </w:pict>
      </w:r>
      <w:r>
        <w:rPr>
          <w:rFonts w:ascii="宋体" w:eastAsia="宋体" w:hAnsi="宋体" w:cs="宋体"/>
          <w:color w:val="000000"/>
        </w:rPr>
        <w:t>右侧分类讨论，列方程求出</w:t>
      </w:r>
      <w:r>
        <w:pict>
          <v:shape id="_x0000_i706749" type="#_x0000_t75" alt="学科网(www.zxxk.com)--教育资源门户，提供试卷、教案、课件、论文、素材以及各类教学资源下载，还有大量而丰富的教学相关资讯！" style="width:9pt;height:9.75pt" o:oleicon="f" o:ole="">
            <v:imagedata r:id="rId179" o:title="eqId81dea63b8ce3e51adf66cf7b9982a248"/>
          </v:shape>
        </w:pict>
      </w:r>
      <w:r>
        <w:rPr>
          <w:rFonts w:ascii="宋体" w:eastAsia="宋体" w:hAnsi="宋体" w:cs="宋体"/>
          <w:color w:val="000000"/>
        </w:rPr>
        <w:t>的值即可．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解：因为点</w:t>
      </w:r>
      <w:r>
        <w:pict>
          <v:shape id="_x0000_i706750" type="#_x0000_t75" alt="学科网(www.zxxk.com)--教育资源门户，提供试卷、教案、课件、论文、素材以及各类教学资源下载，还有大量而丰富的教学相关资讯！" style="width:14.25pt;height:10.5pt" o:oleicon="f" o:ole="">
            <v:imagedata r:id="rId180" o:title="eqIdac047e91852b91af639feec23a9598b2"/>
          </v:shape>
        </w:pict>
      </w:r>
      <w:r>
        <w:rPr>
          <w:rFonts w:ascii="宋体" w:eastAsia="宋体" w:hAnsi="宋体" w:cs="宋体"/>
          <w:color w:val="000000"/>
        </w:rPr>
        <w:t>表示的数为</w:t>
      </w:r>
      <w:r>
        <w:pict>
          <v:shape id="_x0000_i706751" type="#_x0000_t75" alt="学科网(www.zxxk.com)--教育资源门户，提供试卷、教案、课件、论文、素材以及各类教学资源下载，还有大量而丰富的教学相关资讯！" style="width:14.25pt;height:12pt" o:oleicon="f" o:ole="">
            <v:imagedata r:id="rId181" o:title="eqIdacbc6a613224461ade69362d46550474"/>
          </v:shape>
        </w:pict>
      </w:r>
      <w:r>
        <w:rPr>
          <w:rFonts w:ascii="宋体" w:eastAsia="宋体" w:hAnsi="宋体" w:cs="宋体"/>
          <w:color w:val="000000"/>
        </w:rPr>
        <w:t>，点</w:t>
      </w:r>
      <w:r>
        <w:pict>
          <v:shape id="_x0000_i706752" type="#_x0000_t75" alt="学科网(www.zxxk.com)--教育资源门户，提供试卷、教案、课件、论文、素材以及各类教学资源下载，还有大量而丰富的教学相关资讯！" style="width:14.25pt;height:14.25pt" o:oleicon="f" o:ole="">
            <v:imagedata r:id="rId182" o:title="eqId54a5d7d3b6b63fe5c24c3907b7a8eaa3"/>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w:t>
      </w:r>
      <w:r>
        <w:pict>
          <v:shape id="_x0000_i706753" type="#_x0000_t75" alt="学科网(www.zxxk.com)--教育资源门户，提供试卷、教案、课件、论文、素材以及各类教学资源下载，还有大量而丰富的教学相关资讯！" style="width:57pt;height:15.75pt" o:oleicon="f" o:ole="">
            <v:imagedata r:id="rId183" o:title="eqIda61b16dd983484476f730a68c902fd2f"/>
          </v:shape>
        </w:pict>
      </w:r>
      <w:r>
        <w:rPr>
          <w:rFonts w:ascii="宋体" w:eastAsia="宋体" w:hAnsi="宋体" w:cs="宋体"/>
          <w:color w:val="000000"/>
        </w:rPr>
        <w:t>，所以点</w:t>
      </w:r>
      <w:r>
        <w:pict>
          <v:shape id="_x0000_i706754" type="#_x0000_t75" alt="学科网(www.zxxk.com)--教育资源门户，提供试卷、教案、课件、论文、素材以及各类教学资源下载，还有大量而丰富的教学相关资讯！" style="width:14.25pt;height:10.5pt" o:oleicon="f" o:ole="">
            <v:imagedata r:id="rId184" o:title="eqIdac047e91852b91af639feec23a9598b2"/>
          </v:shape>
        </w:pict>
      </w:r>
      <w:r>
        <w:rPr>
          <w:rFonts w:ascii="宋体" w:eastAsia="宋体" w:hAnsi="宋体" w:cs="宋体"/>
          <w:color w:val="000000"/>
        </w:rPr>
        <w:t>到点</w:t>
      </w:r>
      <w:r>
        <w:pict>
          <v:shape id="_x0000_i706755" type="#_x0000_t75" alt="学科网(www.zxxk.com)--教育资源门户，提供试卷、教案、课件、论文、素材以及各类教学资源下载，还有大量而丰富的教学相关资讯！" style="width:14.25pt;height:14.25pt" o:oleicon="f" o:ole="">
            <v:imagedata r:id="rId185" o:title="eqId54a5d7d3b6b63fe5c24c3907b7a8eaa3"/>
          </v:shape>
        </w:pict>
      </w:r>
      <w:r>
        <w:rPr>
          <w:rFonts w:ascii="宋体" w:eastAsia="宋体" w:hAnsi="宋体" w:cs="宋体"/>
          <w:color w:val="000000"/>
        </w:rPr>
        <w:t>的距离为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解：因为点</w:t>
      </w:r>
      <w:r>
        <w:pict>
          <v:shape id="_x0000_i706756" type="#_x0000_t75" alt="学科网(www.zxxk.com)--教育资源门户，提供试卷、教案、课件、论文、素材以及各类教学资源下载，还有大量而丰富的教学相关资讯！" style="width:11.25pt;height:12pt" o:oleicon="f" o:ole="">
            <v:imagedata r:id="rId186" o:title="eqIddad2a36927223bd70f426ba06aea4b45"/>
          </v:shape>
        </w:pict>
      </w:r>
      <w:r>
        <w:rPr>
          <w:rFonts w:ascii="宋体" w:eastAsia="宋体" w:hAnsi="宋体" w:cs="宋体"/>
          <w:color w:val="000000"/>
        </w:rPr>
        <w:t>表示的数为</w:t>
      </w:r>
      <w:r>
        <w:pict>
          <v:shape id="_x0000_i706757" type="#_x0000_t75" alt="学科网(www.zxxk.com)--教育资源门户，提供试卷、教案、课件、论文、素材以及各类教学资源下载，还有大量而丰富的教学相关资讯！" style="width:9pt;height:9.75pt" o:oleicon="f" o:ole="">
            <v:imagedata r:id="rId187" o:title="eqId81dea63b8ce3e51adf66cf7b9982a248"/>
          </v:shape>
        </w:pict>
      </w:r>
      <w:r>
        <w:rPr>
          <w:rFonts w:ascii="宋体" w:eastAsia="宋体" w:hAnsi="宋体" w:cs="宋体"/>
          <w:color w:val="000000"/>
        </w:rPr>
        <w:t>，且点</w:t>
      </w:r>
      <w:r>
        <w:pict>
          <v:shape id="_x0000_i706758" type="#_x0000_t75" alt="学科网(www.zxxk.com)--教育资源门户，提供试卷、教案、课件、论文、素材以及各类教学资源下载，还有大量而丰富的教学相关资讯！" style="width:11.25pt;height:12pt" o:oleicon="f" o:ole="">
            <v:imagedata r:id="rId186" o:title="eqIddad2a36927223bd70f426ba06aea4b45"/>
          </v:shape>
        </w:pict>
      </w:r>
      <w:r>
        <w:rPr>
          <w:rFonts w:ascii="宋体" w:eastAsia="宋体" w:hAnsi="宋体" w:cs="宋体"/>
          <w:color w:val="000000"/>
        </w:rPr>
        <w:t>到点</w:t>
      </w:r>
      <w:r>
        <w:pict>
          <v:shape id="_x0000_i706759" type="#_x0000_t75" alt="学科网(www.zxxk.com)--教育资源门户，提供试卷、教案、课件、论文、素材以及各类教学资源下载，还有大量而丰富的教学相关资讯！" style="width:14.25pt;height:10.5pt" o:oleicon="f" o:ole="">
            <v:imagedata r:id="rId188" o:title="eqIdac047e91852b91af639feec23a9598b2"/>
          </v:shape>
        </w:pict>
      </w:r>
      <w:r>
        <w:rPr>
          <w:rFonts w:ascii="宋体" w:eastAsia="宋体" w:hAnsi="宋体" w:cs="宋体"/>
          <w:color w:val="000000"/>
        </w:rPr>
        <w:t>、点</w:t>
      </w:r>
      <w:r>
        <w:pict>
          <v:shape id="_x0000_i706760" type="#_x0000_t75" alt="学科网(www.zxxk.com)--教育资源门户，提供试卷、教案、课件、论文、素材以及各类教学资源下载，还有大量而丰富的教学相关资讯！" style="width:14.25pt;height:14.25pt" o:oleicon="f" o:ole="">
            <v:imagedata r:id="rId189" o:title="eqId54a5d7d3b6b63fe5c24c3907b7a8eaa3"/>
          </v:shape>
        </w:pict>
      </w:r>
      <w:r>
        <w:rPr>
          <w:rFonts w:ascii="宋体" w:eastAsia="宋体" w:hAnsi="宋体" w:cs="宋体"/>
          <w:color w:val="000000"/>
        </w:rPr>
        <w:t>的距离相等，</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w:t>
      </w:r>
      <w:r>
        <w:pict>
          <v:shape id="_x0000_i706761" type="#_x0000_t75" alt="学科网(www.zxxk.com)--教育资源门户，提供试卷、教案、课件、论文、素材以及各类教学资源下载，还有大量而丰富的教学相关资讯！" style="width:73.8pt;height:16.2pt" o:oleicon="f" o:ole="">
            <v:imagedata r:id="rId190" o:title="eqId4e523e196219bc0b6a69adb8ee181d0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6762" type="#_x0000_t75" alt="学科网(www.zxxk.com)--教育资源门户，提供试卷、教案、课件、论文、素材以及各类教学资源下载，还有大量而丰富的教学相关资讯！" style="width:26.1pt;height:14.15pt" o:oleicon="f" o:ole="">
            <v:imagedata r:id="rId191" o:title="eqId9b384412acba251d87902ab928902f16"/>
          </v:shape>
        </w:pict>
      </w:r>
      <w:r>
        <w:rPr>
          <w:rFonts w:ascii="宋体" w:eastAsia="宋体" w:hAnsi="宋体" w:cs="宋体"/>
          <w:color w:val="000000"/>
        </w:rPr>
        <w:t>，所以</w:t>
      </w:r>
      <w:r>
        <w:pict>
          <v:shape id="_x0000_i706763" type="#_x0000_t75" alt="学科网(www.zxxk.com)--教育资源门户，提供试卷、教案、课件、论文、素材以及各类教学资源下载，还有大量而丰富的教学相关资讯！" style="width:9pt;height:9.75pt" o:oleicon="f" o:ole="">
            <v:imagedata r:id="rId192" o:title="eqId81dea63b8ce3e51adf66cf7b9982a248"/>
          </v:shape>
        </w:pict>
      </w:r>
      <w:r>
        <w:rPr>
          <w:rFonts w:ascii="宋体" w:eastAsia="宋体" w:hAnsi="宋体" w:cs="宋体"/>
          <w:color w:val="000000"/>
        </w:rPr>
        <w:t>的值为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解：存在，</w: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pict>
          <v:shape id="_x0000_i706764" type="#_x0000_t75" alt="学科网(www.zxxk.com)--教育资源门户，提供试卷、教案、课件、论文、素材以及各类教学资源下载，还有大量而丰富的教学相关资讯！" style="width:11.25pt;height:12pt" o:oleicon="f" o:ole="">
            <v:imagedata r:id="rId193" o:title="eqIddad2a36927223bd70f426ba06aea4b45"/>
          </v:shape>
        </w:pict>
      </w:r>
      <w:r>
        <w:rPr>
          <w:rFonts w:ascii="宋体" w:eastAsia="宋体" w:hAnsi="宋体" w:cs="宋体"/>
          <w:color w:val="000000"/>
        </w:rPr>
        <w:t>在点</w:t>
      </w:r>
      <w:r>
        <w:pict>
          <v:shape id="_x0000_i706765" type="#_x0000_t75" alt="学科网(www.zxxk.com)--教育资源门户，提供试卷、教案、课件、论文、素材以及各类教学资源下载，还有大量而丰富的教学相关资讯！" style="width:14.25pt;height:10.5pt" o:oleicon="f" o:ole="">
            <v:imagedata r:id="rId194" o:title="eqIdac047e91852b91af639feec23a9598b2"/>
          </v:shape>
        </w:pict>
      </w:r>
      <w:r>
        <w:rPr>
          <w:rFonts w:ascii="宋体" w:eastAsia="宋体" w:hAnsi="宋体" w:cs="宋体"/>
          <w:color w:val="000000"/>
        </w:rPr>
        <w:t>左侧时，则</w:t>
      </w:r>
      <w:r>
        <w:pict>
          <v:shape id="_x0000_i706766" type="#_x0000_t75" alt="学科网(www.zxxk.com)--教育资源门户，提供试卷、教案、课件、论文、素材以及各类教学资源下载，还有大量而丰富的教学相关资讯！" style="width:46pt;height:13pt" o:oleicon="f" o:ole="">
            <v:imagedata r:id="rId195" o:title="eqIdbfd982b3dd36c09a693825e40f3aa628"/>
          </v:shape>
        </w:pict>
      </w:r>
      <w:r>
        <w:rPr>
          <w:rFonts w:ascii="宋体" w:eastAsia="宋体" w:hAnsi="宋体" w:cs="宋体"/>
          <w:color w:val="000000"/>
        </w:rPr>
        <w:t>，不符合题意；</w: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pict>
          <v:shape id="_x0000_i706767" type="#_x0000_t75" alt="学科网(www.zxxk.com)--教育资源门户，提供试卷、教案、课件、论文、素材以及各类教学资源下载，还有大量而丰富的教学相关资讯！" style="width:11.25pt;height:12pt" o:oleicon="f" o:ole="">
            <v:imagedata r:id="rId196" o:title="eqIddad2a36927223bd70f426ba06aea4b45"/>
          </v:shape>
        </w:pict>
      </w:r>
      <w:r>
        <w:rPr>
          <w:rFonts w:ascii="宋体" w:eastAsia="宋体" w:hAnsi="宋体" w:cs="宋体"/>
          <w:color w:val="000000"/>
        </w:rPr>
        <w:t>在点</w:t>
      </w:r>
      <w:r>
        <w:pict>
          <v:shape id="_x0000_i706768" type="#_x0000_t75" alt="学科网(www.zxxk.com)--教育资源门户，提供试卷、教案、课件、论文、素材以及各类教学资源下载，还有大量而丰富的教学相关资讯！" style="width:14.25pt;height:10.5pt" o:oleicon="f" o:ole="">
            <v:imagedata r:id="rId197" o:title="eqIdac047e91852b91af639feec23a9598b2"/>
          </v:shape>
        </w:pict>
      </w:r>
      <w:r>
        <w:rPr>
          <w:rFonts w:ascii="宋体" w:eastAsia="宋体" w:hAnsi="宋体" w:cs="宋体"/>
          <w:color w:val="000000"/>
        </w:rPr>
        <w:t>与点</w:t>
      </w:r>
      <w:r>
        <w:pict>
          <v:shape id="_x0000_i706769" type="#_x0000_t75" alt="学科网(www.zxxk.com)--教育资源门户，提供试卷、教案、课件、论文、素材以及各类教学资源下载，还有大量而丰富的教学相关资讯！" style="width:14.25pt;height:14.25pt" o:oleicon="f" o:ole="">
            <v:imagedata r:id="rId198" o:title="eqId54a5d7d3b6b63fe5c24c3907b7a8eaa3"/>
          </v:shape>
        </w:pict>
      </w:r>
      <w:r>
        <w:rPr>
          <w:rFonts w:ascii="宋体" w:eastAsia="宋体" w:hAnsi="宋体" w:cs="宋体"/>
          <w:color w:val="000000"/>
        </w:rPr>
        <w:t>之间时，则</w:t>
      </w:r>
      <w:r>
        <w:pict>
          <v:shape id="_x0000_i706770" type="#_x0000_t75" alt="学科网(www.zxxk.com)--教育资源门户，提供试卷、教案、课件、论文、素材以及各类教学资源下载，还有大量而丰富的教学相关资讯！" style="width:90.75pt;height:20.25pt" o:oleicon="f" o:ole="">
            <v:imagedata r:id="rId199" o:title="eqIde703b0b9634efd876c387508b338f96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6771" type="#_x0000_t75" alt="学科网(www.zxxk.com)--教育资源门户，提供试卷、教案、课件、论文、素材以及各类教学资源下载，还有大量而丰富的教学相关资讯！" style="width:24.75pt;height:12.75pt" o:oleicon="f" o:ole="">
            <v:imagedata r:id="rId200" o:title="eqId707ea658f3a9359f5740d5aab48f79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pict>
          <v:shape id="_x0000_i706772" type="#_x0000_t75" alt="学科网(www.zxxk.com)--教育资源门户，提供试卷、教案、课件、论文、素材以及各类教学资源下载，还有大量而丰富的教学相关资讯！" style="width:11.25pt;height:12pt" o:oleicon="f" o:ole="">
            <v:imagedata r:id="rId201" o:title="eqIddad2a36927223bd70f426ba06aea4b45"/>
          </v:shape>
        </w:pict>
      </w:r>
      <w:r>
        <w:rPr>
          <w:rFonts w:ascii="宋体" w:eastAsia="宋体" w:hAnsi="宋体" w:cs="宋体"/>
          <w:color w:val="000000"/>
        </w:rPr>
        <w:t>在点</w:t>
      </w:r>
      <w:r>
        <w:pict>
          <v:shape id="_x0000_i706773" type="#_x0000_t75" alt="学科网(www.zxxk.com)--教育资源门户，提供试卷、教案、课件、论文、素材以及各类教学资源下载，还有大量而丰富的教学相关资讯！" style="width:14.25pt;height:14.25pt" o:oleicon="f" o:ole="">
            <v:imagedata r:id="rId202" o:title="eqId54a5d7d3b6b63fe5c24c3907b7a8eaa3"/>
          </v:shape>
        </w:pict>
      </w:r>
      <w:r>
        <w:rPr>
          <w:rFonts w:ascii="宋体" w:eastAsia="宋体" w:hAnsi="宋体" w:cs="宋体"/>
          <w:color w:val="000000"/>
        </w:rPr>
        <w:t>的右侧时，则</w:t>
      </w:r>
      <w:r>
        <w:pict>
          <v:shape id="_x0000_i706774" type="#_x0000_t75" alt="学科网(www.zxxk.com)--教育资源门户，提供试卷、教案、课件、论文、素材以及各类教学资源下载，还有大量而丰富的教学相关资讯！" style="width:90.75pt;height:20.25pt" o:oleicon="f" o:ole="">
            <v:imagedata r:id="rId203" o:title="eqIdbf39d71fff2ea373ceeef36c743bd2a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6775" type="#_x0000_t75" alt="学科网(www.zxxk.com)--教育资源门户，提供试卷、教案、课件、论文、素材以及各类教学资源下载，还有大量而丰富的教学相关资讯！" style="width:26.9pt;height:13.9pt" o:oleicon="f" o:ole="">
            <v:imagedata r:id="rId204" o:title="eqIdda322ac8867e8a47c6588601078abf1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综上所述，</w:t>
      </w:r>
      <w:r>
        <w:pict>
          <v:shape id="_x0000_i706776" type="#_x0000_t75" alt="学科网(www.zxxk.com)--教育资源门户，提供试卷、教案、课件、论文、素材以及各类教学资源下载，还有大量而丰富的教学相关资讯！" style="width:9pt;height:9.75pt" o:oleicon="f" o:ole="">
            <v:imagedata r:id="rId205" o:title="eqId81dea63b8ce3e51adf66cf7b9982a248"/>
          </v:shape>
        </w:pic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981450" cy="457200"/>
            <wp:docPr id="26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6" name=""/>
                    <pic:cNvPicPr>
                      <a:picLocks noChangeAspect="1"/>
                    </pic:cNvPicPr>
                  </pic:nvPicPr>
                  <pic:blipFill>
                    <a:blip r:embed="rId206"/>
                    <a:stretch>
                      <a:fillRect/>
                    </a:stretch>
                  </pic:blipFill>
                  <pic:spPr>
                    <a:xfrm>
                      <a:off x="0" y="0"/>
                      <a:ext cx="3981450" cy="4572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此题考查解一元一次方程、列一元一次方程解应用题、数轴上两点之间的距离，数轴上的动点问题的求解等知识与方法，解第（</w:t>
      </w:r>
      <w:r>
        <w:rPr>
          <w:rFonts w:ascii="Times New Roman" w:eastAsia="Times New Roman" w:hAnsi="Times New Roman" w:cs="Times New Roman"/>
          <w:color w:val="000000"/>
        </w:rPr>
        <w:t>3</w:t>
      </w:r>
      <w:r>
        <w:rPr>
          <w:rFonts w:ascii="宋体" w:eastAsia="宋体" w:hAnsi="宋体" w:cs="宋体"/>
          <w:color w:val="000000"/>
        </w:rPr>
        <w:t>）题时应分类讨论，以免丢解．</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阅读下面材料：</w:t>
      </w:r>
    </w:p>
    <w:p>
      <w:pPr>
        <w:spacing w:line="360" w:lineRule="auto"/>
        <w:jc w:val="left"/>
        <w:textAlignment w:val="center"/>
        <w:rPr>
          <w:rFonts w:ascii="宋体" w:eastAsia="宋体" w:hAnsi="宋体" w:cs="宋体"/>
          <w:color w:val="000000"/>
        </w:rPr>
      </w:pPr>
      <w:r>
        <w:rPr>
          <w:rFonts w:ascii="宋体" w:eastAsia="宋体" w:hAnsi="宋体" w:cs="宋体"/>
          <w:color w:val="000000"/>
        </w:rPr>
        <w:t>小曦在研究数学问题时遇到一个定义：对于排好顺序的三个数：</w:t>
      </w:r>
      <w:r>
        <w:pict>
          <v:shape id="_x0000_i706777" type="#_x0000_t75" alt="学科网(www.zxxk.com)--教育资源门户，提供试卷、教案、课件、论文、素材以及各类教学资源下载，还有大量而丰富的教学相关资讯！" style="width:13pt;height:19pt" o:oleicon="f" o:ole="">
            <v:imagedata r:id="rId207" o:title="eqIdc814128ea2139e33db94ea590e7c2223"/>
          </v:shape>
        </w:pict>
      </w:r>
      <w:r>
        <w:rPr>
          <w:rFonts w:ascii="宋体" w:eastAsia="宋体" w:hAnsi="宋体" w:cs="宋体"/>
          <w:color w:val="000000"/>
        </w:rPr>
        <w:t>，</w:t>
      </w:r>
      <w:r>
        <w:pict>
          <v:shape id="_x0000_i706778" type="#_x0000_t75" alt="学科网(www.zxxk.com)--教育资源门户，提供试卷、教案、课件、论文、素材以及各类教学资源下载，还有大量而丰富的教学相关资讯！" style="width:13.95pt;height:19pt" o:oleicon="f" o:ole="">
            <v:imagedata r:id="rId208" o:title="eqIdaec19b68e3add9d5bfcc6269a1855b87"/>
          </v:shape>
        </w:pict>
      </w:r>
      <w:r>
        <w:rPr>
          <w:rFonts w:ascii="宋体" w:eastAsia="宋体" w:hAnsi="宋体" w:cs="宋体"/>
          <w:color w:val="000000"/>
        </w:rPr>
        <w:t>，</w:t>
      </w:r>
      <w:r>
        <w:pict>
          <v:shape id="_x0000_i706779" type="#_x0000_t75" alt="学科网(www.zxxk.com)--教育资源门户，提供试卷、教案、课件、论文、素材以及各类教学资源下载，还有大量而丰富的教学相关资讯！" style="width:12.75pt;height:18pt" o:oleicon="f" o:ole="">
            <v:imagedata r:id="rId209" o:title="eqId291c25fc6a69d6d0ccfb8d839b9b4462"/>
          </v:shape>
        </w:pict>
      </w:r>
      <w:r>
        <w:rPr>
          <w:rFonts w:ascii="宋体" w:eastAsia="宋体" w:hAnsi="宋体" w:cs="宋体"/>
          <w:color w:val="000000"/>
        </w:rPr>
        <w:t>，称为数列</w:t>
      </w:r>
      <w:r>
        <w:pict>
          <v:shape id="_x0000_i706780" type="#_x0000_t75" alt="学科网(www.zxxk.com)--教育资源门户，提供试卷、教案、课件、论文、素材以及各类教学资源下载，还有大量而丰富的教学相关资讯！" style="width:13pt;height:19pt" o:oleicon="f" o:ole="">
            <v:imagedata r:id="rId207" o:title="eqIdc814128ea2139e33db94ea590e7c2223"/>
          </v:shape>
        </w:pict>
      </w:r>
      <w:r>
        <w:rPr>
          <w:rFonts w:ascii="宋体" w:eastAsia="宋体" w:hAnsi="宋体" w:cs="宋体"/>
          <w:color w:val="000000"/>
        </w:rPr>
        <w:t>，</w:t>
      </w:r>
      <w:r>
        <w:pict>
          <v:shape id="_x0000_i706781" type="#_x0000_t75" alt="学科网(www.zxxk.com)--教育资源门户，提供试卷、教案、课件、论文、素材以及各类教学资源下载，还有大量而丰富的教学相关资讯！" style="width:13.95pt;height:19pt" o:oleicon="f" o:ole="">
            <v:imagedata r:id="rId208" o:title="eqIdaec19b68e3add9d5bfcc6269a1855b87"/>
          </v:shape>
        </w:pict>
      </w:r>
      <w:r>
        <w:rPr>
          <w:rFonts w:ascii="宋体" w:eastAsia="宋体" w:hAnsi="宋体" w:cs="宋体"/>
          <w:color w:val="000000"/>
        </w:rPr>
        <w:t>，</w:t>
      </w:r>
      <w:r>
        <w:pict>
          <v:shape id="_x0000_i706782" type="#_x0000_t75" alt="学科网(www.zxxk.com)--教育资源门户，提供试卷、教案、课件、论文、素材以及各类教学资源下载，还有大量而丰富的教学相关资讯！" style="width:12.75pt;height:18pt" o:oleicon="f" o:ole="">
            <v:imagedata r:id="rId209" o:title="eqId291c25fc6a69d6d0ccfb8d839b9b4462"/>
          </v:shape>
        </w:pict>
      </w:r>
      <w:r>
        <w:rPr>
          <w:rFonts w:ascii="宋体" w:eastAsia="宋体" w:hAnsi="宋体" w:cs="宋体"/>
          <w:color w:val="000000"/>
        </w:rPr>
        <w:t>．计算</w:t>
      </w:r>
      <w:r>
        <w:pict>
          <v:shape id="_x0000_i706783" type="#_x0000_t75" alt="学科网(www.zxxk.com)--教育资源门户，提供试卷、教案、课件、论文、素材以及各类教学资源下载，还有大量而丰富的教学相关资讯！" style="width:18.75pt;height:15.75pt" o:oleicon="f" o:ole="">
            <v:imagedata r:id="rId210" o:title="eqIdfbcbd2a766b7cce3d1e35dd6b6c2530a"/>
          </v:shape>
        </w:pict>
      </w:r>
      <w:r>
        <w:rPr>
          <w:rFonts w:ascii="宋体" w:eastAsia="宋体" w:hAnsi="宋体" w:cs="宋体"/>
          <w:color w:val="000000"/>
        </w:rPr>
        <w:t>，</w:t>
      </w:r>
      <w:r>
        <w:pict>
          <v:shape id="_x0000_i706784" type="#_x0000_t75" alt="学科网(www.zxxk.com)--教育资源门户，提供试卷、教案、课件、论文、素材以及各类教学资源下载，还有大量而丰富的教学相关资讯！" style="width:39.75pt;height:27.75pt" o:oleicon="f" o:ole="">
            <v:imagedata r:id="rId211" o:title="eqId6d7dc1fab57ab7c4ed0a3b4102a79d0f"/>
          </v:shape>
        </w:pict>
      </w:r>
      <w:r>
        <w:rPr>
          <w:rFonts w:ascii="宋体" w:eastAsia="宋体" w:hAnsi="宋体" w:cs="宋体"/>
          <w:color w:val="000000"/>
        </w:rPr>
        <w:t>，</w:t>
      </w:r>
      <w:r>
        <w:pict>
          <v:shape id="_x0000_i706785" type="#_x0000_t75" alt="学科网(www.zxxk.com)--教育资源门户，提供试卷、教案、课件、论文、素材以及各类教学资源下载，还有大量而丰富的教学相关资讯！" style="width:59.25pt;height:27.75pt" o:oleicon="f" o:ole="">
            <v:imagedata r:id="rId212" o:title="eqId2db667fc3fa0590234f9fb3dc7b56311"/>
          </v:shape>
        </w:pict>
      </w:r>
      <w:r>
        <w:rPr>
          <w:rFonts w:ascii="宋体" w:eastAsia="宋体" w:hAnsi="宋体" w:cs="宋体"/>
          <w:color w:val="000000"/>
        </w:rPr>
        <w:t>，将这三个数的最小值称为数列</w:t>
      </w:r>
      <w:r>
        <w:pict>
          <v:shape id="_x0000_i706786" type="#_x0000_t75" alt="学科网(www.zxxk.com)--教育资源门户，提供试卷、教案、课件、论文、素材以及各类教学资源下载，还有大量而丰富的教学相关资讯！" style="width:13pt;height:19pt" o:oleicon="f" o:ole="">
            <v:imagedata r:id="rId207" o:title="eqIdc814128ea2139e33db94ea590e7c2223"/>
          </v:shape>
        </w:pict>
      </w:r>
      <w:r>
        <w:rPr>
          <w:rFonts w:ascii="宋体" w:eastAsia="宋体" w:hAnsi="宋体" w:cs="宋体"/>
          <w:color w:val="000000"/>
        </w:rPr>
        <w:t>，</w:t>
      </w:r>
      <w:r>
        <w:pict>
          <v:shape id="_x0000_i706787" type="#_x0000_t75" alt="学科网(www.zxxk.com)--教育资源门户，提供试卷、教案、课件、论文、素材以及各类教学资源下载，还有大量而丰富的教学相关资讯！" style="width:13.95pt;height:19pt" o:oleicon="f" o:ole="">
            <v:imagedata r:id="rId208" o:title="eqIdaec19b68e3add9d5bfcc6269a1855b87"/>
          </v:shape>
        </w:pict>
      </w:r>
      <w:r>
        <w:rPr>
          <w:rFonts w:ascii="宋体" w:eastAsia="宋体" w:hAnsi="宋体" w:cs="宋体"/>
          <w:color w:val="000000"/>
        </w:rPr>
        <w:t>，</w:t>
      </w:r>
      <w:r>
        <w:pict>
          <v:shape id="_x0000_i706788" type="#_x0000_t75" alt="学科网(www.zxxk.com)--教育资源门户，提供试卷、教案、课件、论文、素材以及各类教学资源下载，还有大量而丰富的教学相关资讯！" style="width:12.75pt;height:18pt" o:oleicon="f" o:ole="">
            <v:imagedata r:id="rId209" o:title="eqId291c25fc6a69d6d0ccfb8d839b9b4462"/>
          </v:shape>
        </w:pict>
      </w:r>
      <w:r>
        <w:rPr>
          <w:rFonts w:ascii="宋体" w:eastAsia="宋体" w:hAnsi="宋体" w:cs="宋体"/>
          <w:color w:val="000000"/>
        </w:rPr>
        <w:t>的价值．例如，对于数列</w:t>
      </w:r>
      <w:r>
        <w:rPr>
          <w:rFonts w:ascii="Times New Roman" w:eastAsia="Times New Roman" w:hAnsi="Times New Roman" w:cs="Times New Roman"/>
          <w:color w:val="000000"/>
        </w:rPr>
        <w:t>2</w:t>
      </w:r>
      <w:r>
        <w:rPr>
          <w:rFonts w:ascii="宋体" w:eastAsia="宋体" w:hAnsi="宋体" w:cs="宋体"/>
          <w:color w:val="000000"/>
        </w:rPr>
        <w:t>，</w:t>
      </w:r>
      <w:r>
        <w:pict>
          <v:shape id="_x0000_i706789" type="#_x0000_t75" alt="学科网(www.zxxk.com)--教育资源门户，提供试卷、教案、课件、论文、素材以及各类教学资源下载，还有大量而丰富的教学相关资讯！" style="width:14.25pt;height:12pt" o:oleicon="f" o:ole="">
            <v:imagedata r:id="rId213"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，因为</w:t>
      </w:r>
      <w:r>
        <w:pict>
          <v:shape id="_x0000_i706790" type="#_x0000_t75" alt="学科网(www.zxxk.com)--教育资源门户，提供试卷、教案、课件、论文、素材以及各类教学资源下载，还有大量而丰富的教学相关资讯！" style="width:30pt;height:15pt" o:oleicon="f" o:ole="">
            <v:imagedata r:id="rId214" o:title="eqId38025ab70b7875d5d615a3a931eb8b44"/>
          </v:shape>
        </w:pict>
      </w:r>
      <w:r>
        <w:rPr>
          <w:rFonts w:ascii="宋体" w:eastAsia="宋体" w:hAnsi="宋体" w:cs="宋体"/>
          <w:color w:val="000000"/>
        </w:rPr>
        <w:t>，</w:t>
      </w:r>
      <w:r>
        <w:pict>
          <v:shape id="_x0000_i706791" type="#_x0000_t75" alt="学科网(www.zxxk.com)--教育资源门户，提供试卷、教案、课件、论文、素材以及各类教学资源下载，还有大量而丰富的教学相关资讯！" style="width:60pt;height:27pt" o:oleicon="f" o:ole="">
            <v:imagedata r:id="rId215" o:title="eqId168fcd428e9d22f5518b6439e0db55d3"/>
          </v:shape>
        </w:pict>
      </w:r>
      <w:r>
        <w:rPr>
          <w:rFonts w:ascii="宋体" w:eastAsia="宋体" w:hAnsi="宋体" w:cs="宋体"/>
          <w:color w:val="000000"/>
        </w:rPr>
        <w:t>，</w:t>
      </w:r>
      <w:r>
        <w:pict>
          <v:shape id="_x0000_i706792" type="#_x0000_t75" alt="学科网(www.zxxk.com)--教育资源门户，提供试卷、教案、课件、论文、素材以及各类教学资源下载，还有大量而丰富的教学相关资讯！" style="width:72.85pt;height:27.85pt" o:oleicon="f" o:ole="">
            <v:imagedata r:id="rId216" o:title="eqIdb390ca80a1004dd3c54cefee456135b2"/>
          </v:shape>
        </w:pict>
      </w:r>
      <w:r>
        <w:rPr>
          <w:rFonts w:ascii="宋体" w:eastAsia="宋体" w:hAnsi="宋体" w:cs="宋体"/>
          <w:color w:val="000000"/>
        </w:rPr>
        <w:t>，所以数列</w:t>
      </w:r>
      <w:r>
        <w:rPr>
          <w:rFonts w:ascii="Times New Roman" w:eastAsia="Times New Roman" w:hAnsi="Times New Roman" w:cs="Times New Roman"/>
          <w:color w:val="000000"/>
        </w:rPr>
        <w:t>2</w:t>
      </w:r>
      <w:r>
        <w:rPr>
          <w:rFonts w:ascii="宋体" w:eastAsia="宋体" w:hAnsi="宋体" w:cs="宋体"/>
          <w:color w:val="000000"/>
        </w:rPr>
        <w:t>，</w:t>
      </w:r>
      <w:r>
        <w:pict>
          <v:shape id="_x0000_i706793" type="#_x0000_t75" alt="学科网(www.zxxk.com)--教育资源门户，提供试卷、教案、课件、论文、素材以及各类教学资源下载，还有大量而丰富的教学相关资讯！" style="width:14.25pt;height:12pt" o:oleicon="f" o:ole="">
            <v:imagedata r:id="rId213"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的价值为</w:t>
      </w:r>
      <w:r>
        <w:pict>
          <v:shape id="_x0000_i706794" type="#_x0000_t75" alt="学科网(www.zxxk.com)--教育资源门户，提供试卷、教案、课件、论文、素材以及各类教学资源下载，还有大量而丰富的教学相关资讯！" style="width:10.5pt;height:21pt" o:oleicon="f" o:ole="">
            <v:imagedata r:id="rId217" o:title="eqIdf89eef3148f2d4d09379767b4af6913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小曦进一步发现：当改变这三个数的顺序时，所得到的数列都可以按照上述方法计算其相应的价值．如数列</w:t>
      </w:r>
      <w:r>
        <w:pict>
          <v:shape id="_x0000_i706795" type="#_x0000_t75" alt="学科网(www.zxxk.com)--教育资源门户，提供试卷、教案、课件、论文、素材以及各类教学资源下载，还有大量而丰富的教学相关资讯！" style="width:14.25pt;height:12pt" o:oleicon="f" o:ole="">
            <v:imagedata r:id="rId218"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的价值为</w:t>
      </w:r>
      <w:r>
        <w:pict>
          <v:shape id="_x0000_i706796" type="#_x0000_t75" alt="学科网(www.zxxk.com)--教育资源门户，提供试卷、教案、课件、论文、素材以及各类教学资源下载，还有大量而丰富的教学相关资讯！" style="width:10.5pt;height:21pt" o:oleicon="f" o:ole="">
            <v:imagedata r:id="rId219" o:title="eqIdf89eef3148f2d4d09379767b4af69132"/>
          </v:shape>
        </w:pict>
      </w:r>
      <w:r>
        <w:rPr>
          <w:rFonts w:ascii="宋体" w:eastAsia="宋体" w:hAnsi="宋体" w:cs="宋体"/>
          <w:color w:val="000000"/>
        </w:rPr>
        <w:t>；数列</w:t>
      </w:r>
      <w:r>
        <w:rPr>
          <w:rFonts w:ascii="Times New Roman" w:eastAsia="Times New Roman" w:hAnsi="Times New Roman" w:cs="Times New Roman"/>
          <w:color w:val="000000"/>
        </w:rPr>
        <w:t>3</w:t>
      </w:r>
      <w:r>
        <w:rPr>
          <w:rFonts w:ascii="宋体" w:eastAsia="宋体" w:hAnsi="宋体" w:cs="宋体"/>
          <w:color w:val="000000"/>
        </w:rPr>
        <w:t>，</w:t>
      </w:r>
      <w:r>
        <w:pict>
          <v:shape id="_x0000_i706797" type="#_x0000_t75" alt="学科网(www.zxxk.com)--教育资源门户，提供试卷、教案、课件、论文、素材以及各类教学资源下载，还有大量而丰富的教学相关资讯！" style="width:14.25pt;height:12pt" o:oleicon="f" o:ole="">
            <v:imagedata r:id="rId218"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rPr>
          <w:rFonts w:ascii="Times New Roman" w:eastAsia="Times New Roman" w:hAnsi="Times New Roman" w:cs="Times New Roman"/>
          <w:color w:val="000000"/>
        </w:rPr>
        <w:t>1</w:t>
      </w:r>
      <w:r>
        <w:rPr>
          <w:rFonts w:ascii="宋体" w:eastAsia="宋体" w:hAnsi="宋体" w:cs="宋体"/>
          <w:color w:val="000000"/>
        </w:rPr>
        <w:t>；</w:t>
      </w:r>
      <w:r>
        <w:pict>
          <v:shape id="_x0000_i706798" type="#_x0000_t75" alt="学科网(www.zxxk.com)--教育资源门户，提供试卷、教案、课件、论文、素材以及各类教学资源下载，还有大量而丰富的教学相关资讯！" style="width:12.75pt;height:6pt" o:oleicon="f" o:ole="">
            <v:imagedata r:id="rId220" o:title="eqId07096af3b99fd1cb11c31f19a2c6408e"/>
          </v:shape>
        </w:pict>
      </w:r>
      <w:r>
        <w:rPr>
          <w:rFonts w:ascii="宋体" w:eastAsia="宋体" w:hAnsi="宋体" w:cs="宋体"/>
          <w:color w:val="000000"/>
        </w:rPr>
        <w:t>．经过研究，小曦发现，对于“</w:t>
      </w:r>
      <w:r>
        <w:rPr>
          <w:rFonts w:ascii="Times New Roman" w:eastAsia="Times New Roman" w:hAnsi="Times New Roman" w:cs="Times New Roman"/>
          <w:color w:val="000000"/>
        </w:rPr>
        <w:t>2</w:t>
      </w:r>
      <w:r>
        <w:rPr>
          <w:rFonts w:ascii="宋体" w:eastAsia="宋体" w:hAnsi="宋体" w:cs="宋体"/>
          <w:color w:val="000000"/>
        </w:rPr>
        <w:t>，</w:t>
      </w:r>
      <w:r>
        <w:pict>
          <v:shape id="_x0000_i706799" type="#_x0000_t75" alt="学科网(www.zxxk.com)--教育资源门户，提供试卷、教案、课件、论文、素材以及各类教学资源下载，还有大量而丰富的教学相关资讯！" style="width:14.25pt;height:12pt" o:oleicon="f" o:ole="">
            <v:imagedata r:id="rId218"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”这三个数，按照不同的排列顺序得到的不同数列中，价值的最小值为</w:t>
      </w:r>
      <w:r>
        <w:pict>
          <v:shape id="_x0000_i706800" type="#_x0000_t75" alt="学科网(www.zxxk.com)--教育资源门户，提供试卷、教案、课件、论文、素材以及各类教学资源下载，还有大量而丰富的教学相关资讯！" style="width:10.5pt;height:21pt" o:oleicon="f" o:ole="">
            <v:imagedata r:id="rId219" o:title="eqIdf89eef3148f2d4d09379767b4af6913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根据以上材料，回答下列问题：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数列</w:t>
      </w:r>
      <w:r>
        <w:pict>
          <v:shape id="_x0000_i706801" type="#_x0000_t75" alt="学科网(www.zxxk.com)--教育资源门户，提供试卷、教案、课件、论文、素材以及各类教学资源下载，还有大量而丰富的教学相关资讯！" style="width:15.75pt;height:12.75pt" o:oleicon="f" o:ole="">
            <v:imagedata r:id="rId221" o:title="eqId3edbd40e04e2a943051fa83d6e511add"/>
          </v:shape>
        </w:pict>
      </w:r>
      <w:r>
        <w:rPr>
          <w:rFonts w:ascii="宋体" w:eastAsia="宋体" w:hAnsi="宋体" w:cs="宋体"/>
          <w:color w:val="000000"/>
        </w:rPr>
        <w:t>，</w:t>
      </w:r>
      <w:r>
        <w:pict>
          <v:shape id="_x0000_i706802" type="#_x0000_t75" alt="学科网(www.zxxk.com)--教育资源门户，提供试卷、教案、课件、论文、素材以及各类教学资源下载，还有大量而丰富的教学相关资讯！" style="width:15.75pt;height:14.25pt" o:oleicon="f" o:ole="">
            <v:imagedata r:id="rId222"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将“</w:t>
      </w:r>
      <w:r>
        <w:pict>
          <v:shape id="_x0000_i706803" type="#_x0000_t75" alt="学科网(www.zxxk.com)--教育资源门户，提供试卷、教案、课件、论文、素材以及各类教学资源下载，还有大量而丰富的教学相关资讯！" style="width:16.5pt;height:14.25pt" o:oleicon="f" o:ole="">
            <v:imagedata r:id="rId223" o:title="eqId01317332a203c898536b1d0459f51d23"/>
          </v:shape>
        </w:pict>
      </w:r>
      <w:r>
        <w:rPr>
          <w:rFonts w:ascii="宋体" w:eastAsia="宋体" w:hAnsi="宋体" w:cs="宋体"/>
          <w:color w:val="000000"/>
        </w:rPr>
        <w:t>，</w:t>
      </w:r>
      <w:r>
        <w:pict>
          <v:shape id="_x0000_i706804" type="#_x0000_t75" alt="学科网(www.zxxk.com)--教育资源门户，提供试卷、教案、课件、论文、素材以及各类教学资源下载，还有大量而丰富的教学相关资讯！" style="width:15.75pt;height:14.25pt" o:oleicon="f" o:ole="">
            <v:imagedata r:id="rId224"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”这三个数按照不同的顺序排列，可得到若干个数列，这些数列的价值的最小值为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，取得价值最小值的数列为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（写出一个即可）；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将</w:t>
      </w:r>
      <w:r>
        <w:rPr>
          <w:rFonts w:ascii="Times New Roman" w:eastAsia="Times New Roman" w:hAnsi="Times New Roman" w:cs="Times New Roman"/>
          <w:color w:val="000000"/>
        </w:rPr>
        <w:t>2</w:t>
      </w:r>
      <w:r>
        <w:rPr>
          <w:rFonts w:ascii="宋体" w:eastAsia="宋体" w:hAnsi="宋体" w:cs="宋体"/>
          <w:color w:val="000000"/>
        </w:rPr>
        <w:t>，</w:t>
      </w:r>
      <w:r>
        <w:pict>
          <v:shape id="_x0000_i706805" type="#_x0000_t75" alt="学科网(www.zxxk.com)--教育资源门户，提供试卷、教案、课件、论文、素材以及各类教学资源下载，还有大量而丰富的教学相关资讯！" style="width:15pt;height:12.75pt" o:oleicon="f" o:ole="">
            <v:imagedata r:id="rId225" o:title="eqId4a94acdfb41489d5694b5a64b9e99754"/>
          </v:shape>
        </w:pict>
      </w:r>
      <w:r>
        <w:rPr>
          <w:rFonts w:ascii="宋体" w:eastAsia="宋体" w:hAnsi="宋体" w:cs="宋体"/>
          <w:color w:val="000000"/>
        </w:rPr>
        <w:t>，</w:t>
      </w:r>
      <w:r>
        <w:pict>
          <v:shape id="_x0000_i706806" type="#_x0000_t75" alt="学科网(www.zxxk.com)--教育资源门户，提供试卷、教案、课件、论文、素材以及各类教学资源下载，还有大量而丰富的教学相关资讯！" style="width:41.25pt;height:15.75pt" o:oleicon="f" o:ole="">
            <v:imagedata r:id="rId226" o:title="eqId399e7902cf319a4ecc40aebda074eda4"/>
          </v:shape>
        </w:pict>
      </w:r>
      <w:r>
        <w:rPr>
          <w:rFonts w:ascii="宋体" w:eastAsia="宋体" w:hAnsi="宋体" w:cs="宋体"/>
          <w:color w:val="000000"/>
        </w:rPr>
        <w:t>这三个数按照不同的顺序排列，可得到若干个数列，若这些数列的价值的最小值为</w:t>
      </w:r>
      <w:r>
        <w:rPr>
          <w:rFonts w:ascii="Times New Roman" w:eastAsia="Times New Roman" w:hAnsi="Times New Roman" w:cs="Times New Roman"/>
          <w:color w:val="000000"/>
        </w:rPr>
        <w:t>1</w:t>
      </w:r>
      <w:r>
        <w:rPr>
          <w:rFonts w:ascii="宋体" w:eastAsia="宋体" w:hAnsi="宋体" w:cs="宋体"/>
          <w:color w:val="000000"/>
        </w:rPr>
        <w:t>，则</w:t>
      </w:r>
      <w:r>
        <w:pict>
          <v:shape id="_x0000_i706807" type="#_x0000_t75" alt="学科网(www.zxxk.com)--教育资源门户，提供试卷、教案、课件、论文、素材以及各类教学资源下载，还有大量而丰富的教学相关资讯！" style="width:9pt;height:9.75pt" o:oleicon="f" o:ole="">
            <v:imagedata r:id="rId227" o:title="eqId0a6936d370d6a238a608ca56f87198de"/>
          </v:shape>
        </w:pict>
      </w:r>
      <w:r>
        <w:rPr>
          <w:rFonts w:ascii="宋体" w:eastAsia="宋体" w:hAnsi="宋体" w:cs="宋体"/>
          <w:color w:val="000000"/>
        </w:rPr>
        <w:t>的值为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pict>
          <v:shape id="_x0000_i706808" type="#_x0000_t75" alt="学科网(www.zxxk.com)--教育资源门户，提供试卷、教案、课件、论文、素材以及各类教学资源下载，还有大量而丰富的教学相关资讯！" style="width:11.25pt;height:30.7pt" o:oleicon="f" o:ole="">
            <v:imagedata r:id="rId228" o:title="eqIdcaa585b9257ed0798213a9ae9b87d291"/>
          </v:shape>
        </w:pict>
      </w:r>
      <w:r>
        <w:rPr>
          <w:color w:val="000000"/>
        </w:rPr>
        <w:t xml:space="preserve">    </w:t>
      </w:r>
    </w:p>
    <w:p>
      <w:pPr>
        <w:spacing w:line="360" w:lineRule="auto"/>
        <w:textAlignment w:val="center"/>
        <w:rPr>
          <w:rFonts w:ascii="宋体" w:eastAsia="宋体" w:hAnsi="宋体" w:cs="宋体"/>
          <w:color w:val="000000"/>
        </w:rPr>
      </w:pPr>
      <w:r>
        <w:rPr>
          <w:color w:val="000000"/>
        </w:rPr>
        <w:t>（2）</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809" type="#_x0000_t75" alt="学科网(www.zxxk.com)--教育资源门户，提供试卷、教案、课件、论文、素材以及各类教学资源下载，还有大量而丰富的教学相关资讯！" style="width:16.5pt;height:14.25pt" o:oleicon="f" o:ole="">
            <v:imagedata r:id="rId229" o:title="eqId01317332a203c898536b1d0459f51d23"/>
          </v:shape>
        </w:pict>
      </w:r>
      <w:r>
        <w:rPr>
          <w:rFonts w:ascii="宋体" w:eastAsia="宋体" w:hAnsi="宋体" w:cs="宋体"/>
          <w:color w:val="000000"/>
        </w:rPr>
        <w:t>，</w:t>
      </w:r>
      <w:r>
        <w:pict>
          <v:shape id="_x0000_i706810" type="#_x0000_t75" alt="学科网(www.zxxk.com)--教育资源门户，提供试卷、教案、课件、论文、素材以及各类教学资源下载，还有大量而丰富的教学相关资讯！" style="width:15.75pt;height:14.25pt" o:oleicon="f" o:ole="">
            <v:imagedata r:id="rId230" o:title="eqId81fb134b2b48acc99213fff6ccfee65f"/>
          </v:shape>
        </w:pict>
      </w:r>
      <w:r>
        <w:rPr>
          <w:rFonts w:ascii="宋体" w:eastAsia="宋体" w:hAnsi="宋体" w:cs="宋体"/>
          <w:color w:val="000000"/>
        </w:rPr>
        <w:t>（答案不唯一）</w:t>
      </w:r>
      <w:r>
        <w:rPr>
          <w:color w:val="000000"/>
        </w:rPr>
        <w:t xml:space="preserve">    </w:t>
      </w:r>
    </w:p>
    <w:p>
      <w:pPr>
        <w:spacing w:line="360" w:lineRule="auto"/>
        <w:textAlignment w:val="center"/>
        <w:rPr>
          <w:rFonts w:ascii="Times New Roman" w:eastAsia="Times New Roman" w:hAnsi="Times New Roman" w:cs="Times New Roman"/>
          <w:color w:val="000000"/>
        </w:rPr>
      </w:pPr>
      <w:r>
        <w:rPr>
          <w:color w:val="000000"/>
        </w:rPr>
        <w:t>（3）</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9</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）根据定义，代入直接可求；</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）数列共</w:t>
      </w:r>
      <w:r>
        <w:rPr>
          <w:rFonts w:ascii="Times New Roman" w:eastAsia="Times New Roman" w:hAnsi="Times New Roman" w:cs="Times New Roman"/>
          <w:color w:val="000000"/>
        </w:rPr>
        <w:t>6</w:t>
      </w:r>
      <w:r>
        <w:rPr>
          <w:rFonts w:ascii="宋体" w:eastAsia="宋体" w:hAnsi="宋体" w:cs="宋体"/>
          <w:color w:val="000000"/>
        </w:rPr>
        <w:t>种排列方式，分别求出每一种情况的价值，即可求解；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）分三种情况求解：①</w:t>
      </w:r>
      <w:r>
        <w:pict>
          <v:shape id="_x0000_i706811" type="#_x0000_t75" alt="学科网(www.zxxk.com)--教育资源门户，提供试卷、教案、课件、论文、素材以及各类教学资源下载，还有大量而丰富的教学相关资讯！" style="width:48pt;height:33pt" o:oleicon="f" o:ole="">
            <v:imagedata r:id="rId231" o:title="eqIdde98673aa0a9578eea565dc28fd162e4"/>
          </v:shape>
        </w:pict>
      </w:r>
      <w:r>
        <w:rPr>
          <w:rFonts w:ascii="宋体" w:eastAsia="宋体" w:hAnsi="宋体" w:cs="宋体"/>
          <w:color w:val="000000"/>
        </w:rPr>
        <w:t>，②</w:t>
      </w:r>
      <w:r>
        <w:pict>
          <v:shape id="_x0000_i706812" type="#_x0000_t75" alt="学科网(www.zxxk.com)--教育资源门户，提供试卷、教案、课件、论文、素材以及各类教学资源下载，还有大量而丰富的教学相关资讯！" style="width:54.75pt;height:33pt" o:oleicon="f" o:ole="">
            <v:imagedata r:id="rId232" o:title="eqId4061cc05a08f590b5541486d99a62cdf"/>
          </v:shape>
        </w:pict>
      </w:r>
      <w:r>
        <w:rPr>
          <w:rFonts w:ascii="宋体" w:eastAsia="宋体" w:hAnsi="宋体" w:cs="宋体"/>
          <w:color w:val="000000"/>
        </w:rPr>
        <w:t>，③</w:t>
      </w:r>
      <w:r>
        <w:pict>
          <v:shape id="_x0000_i706813" type="#_x0000_t75" alt="学科网(www.zxxk.com)--教育资源门户，提供试卷、教案、课件、论文、素材以及各类教学资源下载，还有大量而丰富的教学相关资讯！" style="width:80.25pt;height:33pt" o:oleicon="f" o:ole="">
            <v:imagedata r:id="rId233" o:title="eqId67940672ecc559950a42807ecd38d4fb"/>
          </v:shape>
        </w:pict>
      </w:r>
      <w:r>
        <w:rPr>
          <w:rFonts w:ascii="宋体" w:eastAsia="宋体" w:hAnsi="宋体" w:cs="宋体"/>
          <w:color w:val="000000"/>
        </w:rPr>
        <w:t>，分别求解</w:t>
      </w:r>
      <w:r>
        <w:rPr>
          <w:rFonts w:ascii="Times New Roman" w:eastAsia="Times New Roman" w:hAnsi="Times New Roman" w:cs="Times New Roman"/>
          <w:i/>
          <w:color w:val="000000"/>
        </w:rPr>
        <w:t>a</w:t>
      </w:r>
      <w:r>
        <w:rPr>
          <w:rFonts w:ascii="宋体" w:eastAsia="宋体" w:hAnsi="宋体" w:cs="宋体"/>
          <w:color w:val="000000"/>
        </w:rPr>
        <w:t>值，并将</w:t>
      </w:r>
      <w:r>
        <w:rPr>
          <w:rFonts w:ascii="Times New Roman" w:eastAsia="Times New Roman" w:hAnsi="Times New Roman" w:cs="Times New Roman"/>
          <w:i/>
          <w:color w:val="000000"/>
        </w:rPr>
        <w:t>a</w:t>
      </w:r>
      <w:r>
        <w:rPr>
          <w:rFonts w:ascii="宋体" w:eastAsia="宋体" w:hAnsi="宋体" w:cs="宋体"/>
          <w:color w:val="000000"/>
        </w:rPr>
        <w:t>代入检验即可．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eastAsia="宋体" w:hAnsi="宋体" w:cs="宋体"/>
          <w:color w:val="000000"/>
        </w:rPr>
      </w:pPr>
      <w:r>
        <w:pict>
          <v:shape id="_x0000_i706814" type="#_x0000_t75" alt="学科网(www.zxxk.com)--教育资源门户，提供试卷、教案、课件、论文、素材以及各类教学资源下载，还有大量而丰富的教学相关资讯！" style="width:42pt;height:15pt" o:oleicon="f" o:ole="">
            <v:imagedata r:id="rId234" o:title="eqId10ed4fd90b02f0a2b82f9a66c2c6f4da"/>
          </v:shape>
        </w:pict>
      </w:r>
      <w:r>
        <w:rPr>
          <w:rFonts w:ascii="宋体" w:eastAsia="宋体" w:hAnsi="宋体" w:cs="宋体"/>
          <w:color w:val="000000"/>
        </w:rPr>
        <w:t>，</w:t>
      </w:r>
      <w:r>
        <w:pict>
          <v:shape id="_x0000_i706815" type="#_x0000_t75" alt="学科网(www.zxxk.com)--教育资源门户，提供试卷、教案、课件、论文、素材以及各类教学资源下载，还有大量而丰富的教学相关资讯！" style="width:80.25pt;height:33pt" o:oleicon="f" o:ole="">
            <v:imagedata r:id="rId235" o:title="eqId1a7cbcdb9aff5866889d8e055865d240"/>
          </v:shape>
        </w:pict>
      </w:r>
      <w:r>
        <w:rPr>
          <w:rFonts w:ascii="宋体" w:eastAsia="宋体" w:hAnsi="宋体" w:cs="宋体"/>
          <w:color w:val="000000"/>
        </w:rPr>
        <w:t>，</w:t>
      </w:r>
      <w:r>
        <w:pict>
          <v:shape id="_x0000_i706816" type="#_x0000_t75" alt="学科网(www.zxxk.com)--教育资源门户，提供试卷、教案、课件、论文、素材以及各类教学资源下载，还有大量而丰富的教学相关资讯！" style="width:89.25pt;height:33pt" o:oleicon="f" o:ole="">
            <v:imagedata r:id="rId236" o:title="eqId245cb1fa6370c7fa9684b98d6fbf6ede"/>
          </v:shape>
        </w:pic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pict>
          <v:shape id="_x0000_i706817" type="#_x0000_t75" alt="学科网(www.zxxk.com)--教育资源门户，提供试卷、教案、课件、论文、素材以及各类教学资源下载，还有大量而丰富的教学相关资讯！" style="width:56.25pt;height:30.75pt" o:oleicon="f" o:ole="">
            <v:imagedata r:id="rId237" o:title="eqId1c40464649762f6d4ff51f8d8885e300"/>
          </v:shape>
        </w:pict>
      </w:r>
    </w:p>
    <w:p>
      <w:pPr>
        <w:spacing w:line="360" w:lineRule="auto"/>
        <w:jc w:val="left"/>
        <w:textAlignment w:val="center"/>
        <w:rPr>
          <w:rFonts w:ascii="宋体" w:eastAsia="宋体" w:hAnsi="宋体" w:cs="宋体"/>
          <w:color w:val="000000"/>
        </w:rPr>
      </w:pPr>
      <w:r>
        <w:pict>
          <v:shape id="_x0000_i706818" type="#_x0000_t75" alt="学科网(www.zxxk.com)--教育资源门户，提供试卷、教案、课件、论文、素材以及各类教学资源下载，还有大量而丰富的教学相关资讯！" style="width:9.75pt;height:9pt" o:oleicon="f" o:ole="">
            <v:imagedata r:id="rId238" o:title="eqId2de0d10ef8b748d4531250c37c5d3f9e"/>
          </v:shape>
        </w:pict>
      </w:r>
      <w:r>
        <w:rPr>
          <w:rFonts w:ascii="宋体" w:eastAsia="宋体" w:hAnsi="宋体" w:cs="宋体"/>
          <w:color w:val="000000"/>
        </w:rPr>
        <w:t>数列</w:t>
      </w:r>
      <w:r>
        <w:pict>
          <v:shape id="_x0000_i706819" type="#_x0000_t75" alt="学科网(www.zxxk.com)--教育资源门户，提供试卷、教案、课件、论文、素材以及各类教学资源下载，还有大量而丰富的教学相关资讯！" style="width:15.75pt;height:12.75pt" o:oleicon="f" o:ole="">
            <v:imagedata r:id="rId239" o:title="eqId3edbd40e04e2a943051fa83d6e511add"/>
          </v:shape>
        </w:pict>
      </w:r>
      <w:r>
        <w:rPr>
          <w:rFonts w:ascii="宋体" w:eastAsia="宋体" w:hAnsi="宋体" w:cs="宋体"/>
          <w:color w:val="000000"/>
        </w:rPr>
        <w:t>，</w:t>
      </w:r>
      <w:r>
        <w:pict>
          <v:shape id="_x0000_i706820" type="#_x0000_t75" alt="学科网(www.zxxk.com)--教育资源门户，提供试卷、教案、课件、论文、素材以及各类教学资源下载，还有大量而丰富的教学相关资讯！" style="width:15.75pt;height:14.25pt" o:oleicon="f" o:ole="">
            <v:imagedata r:id="rId240"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的价值为</w:t>
      </w:r>
      <w:r>
        <w:pict>
          <v:shape id="_x0000_i706821" type="#_x0000_t75" alt="学科网(www.zxxk.com)--教育资源门户，提供试卷、教案、课件、论文、素材以及各类教学资源下载，还有大量而丰富的教学相关资讯！" style="width:11.25pt;height:30.7pt" o:oleicon="f" o:ole="">
            <v:imagedata r:id="rId241" o:title="eqIdcaa585b9257ed0798213a9ae9b87d291"/>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06822" type="#_x0000_t75" alt="学科网(www.zxxk.com)--教育资源门户，提供试卷、教案、课件、论文、素材以及各类教学资源下载，还有大量而丰富的教学相关资讯！" style="width:11.25pt;height:30.7pt" o:oleicon="f" o:ole="">
            <v:imagedata r:id="rId242" o:title="eqIdcaa585b9257ed0798213a9ae9b87d291"/>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①当数列为</w:t>
      </w:r>
      <w:r>
        <w:rPr>
          <w:rFonts w:ascii="Times New Roman" w:eastAsia="Times New Roman" w:hAnsi="Times New Roman" w:cs="Times New Roman"/>
          <w:color w:val="000000"/>
        </w:rPr>
        <w:t>“</w:t>
      </w:r>
      <w:r>
        <w:pict>
          <v:shape id="_x0000_i706823" type="#_x0000_t75" alt="学科网(www.zxxk.com)--教育资源门户，提供试卷、教案、课件、论文、素材以及各类教学资源下载，还有大量而丰富的教学相关资讯！" style="width:16.5pt;height:14.25pt" o:oleicon="f" o:ole="">
            <v:imagedata r:id="rId243" o:title="eqId01317332a203c898536b1d0459f51d23"/>
          </v:shape>
        </w:pict>
      </w:r>
      <w:r>
        <w:rPr>
          <w:rFonts w:ascii="宋体" w:eastAsia="宋体" w:hAnsi="宋体" w:cs="宋体"/>
          <w:color w:val="000000"/>
        </w:rPr>
        <w:t>，</w:t>
      </w:r>
      <w:r>
        <w:pict>
          <v:shape id="_x0000_i706824" type="#_x0000_t75" alt="学科网(www.zxxk.com)--教育资源门户，提供试卷、教案、课件、论文、素材以及各类教学资源下载，还有大量而丰富的教学相关资讯！" style="width:15.75pt;height:14.25pt" o:oleicon="f" o:ole="">
            <v:imagedata r:id="rId244"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r>
        <w:pict>
          <v:shape id="_x0000_i706825" type="#_x0000_t75" alt="学科网(www.zxxk.com)--教育资源门户，提供试卷、教案、课件、论文、素材以及各类教学资源下载，还有大量而丰富的教学相关资讯！" style="width:40pt;height:16pt" o:oleicon="f" o:ole="">
            <v:imagedata r:id="rId245" o:title="eqId77e527b6a16120c66c01dd179a28f2a9"/>
          </v:shape>
        </w:pict>
      </w:r>
      <w:r>
        <w:rPr>
          <w:rFonts w:ascii="宋体" w:eastAsia="宋体" w:hAnsi="宋体" w:cs="宋体"/>
          <w:color w:val="000000"/>
        </w:rPr>
        <w:t>，</w:t>
      </w:r>
      <w:r>
        <w:pict>
          <v:shape id="_x0000_i706826" type="#_x0000_t75" alt="学科网(www.zxxk.com)--教育资源门户，提供试卷、教案、课件、论文、素材以及各类教学资源下载，还有大量而丰富的教学相关资讯！" style="width:72.75pt;height:33pt" o:oleicon="f" o:ole="">
            <v:imagedata r:id="rId246" o:title="eqId15de5fa6c4e3aa5018ec8c1cc626afb8"/>
          </v:shape>
        </w:pict>
      </w:r>
      <w:r>
        <w:rPr>
          <w:rFonts w:ascii="宋体" w:eastAsia="宋体" w:hAnsi="宋体" w:cs="宋体"/>
          <w:color w:val="000000"/>
        </w:rPr>
        <w:t>，</w:t>
      </w:r>
      <w:r>
        <w:pict>
          <v:shape id="_x0000_i706827" type="#_x0000_t75" alt="学科网(www.zxxk.com)--教育资源门户，提供试卷、教案、课件、论文、素材以及各类教学资源下载，还有大量而丰富的教学相关资讯！" style="width:87pt;height:33pt" o:oleicon="f" o:ole="">
            <v:imagedata r:id="rId247" o:title="eqId2d19b0d1f07f014282e432e4608fe6fa"/>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828" type="#_x0000_t75" alt="学科网(www.zxxk.com)--教育资源门户，提供试卷、教案、课件、论文、素材以及各类教学资源下载，还有大量而丰富的教学相关资讯！" style="width:48pt;height:31.15pt" o:oleicon="f" o:ole="">
            <v:imagedata r:id="rId248" o:title="eqId0d6c0af9c65d7589c3e51f724381fc7c"/>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∴其价值为</w:t>
      </w:r>
      <w:r>
        <w:pict>
          <v:shape id="_x0000_i706829" type="#_x0000_t75" alt="学科网(www.zxxk.com)--教育资源门户，提供试卷、教案、课件、论文、素材以及各类教学资源下载，还有大量而丰富的教学相关资讯！" style="width:11.25pt;height:30.75pt" o:oleicon="f" o:ole="">
            <v:imagedata r:id="rId249" o:title="eqIda391005600bdd69c96750589f9adb0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②当数列为</w:t>
      </w:r>
      <w:r>
        <w:rPr>
          <w:rFonts w:ascii="Times New Roman" w:eastAsia="Times New Roman" w:hAnsi="Times New Roman" w:cs="Times New Roman"/>
          <w:color w:val="000000"/>
        </w:rPr>
        <w:t>“</w:t>
      </w:r>
      <w:r>
        <w:pict>
          <v:shape id="_x0000_i706830" type="#_x0000_t75" alt="学科网(www.zxxk.com)--教育资源门户，提供试卷、教案、课件、论文、素材以及各类教学资源下载，还有大量而丰富的教学相关资讯！" style="width:16.5pt;height:14.25pt" o:oleicon="f" o:ole="">
            <v:imagedata r:id="rId250" o:title="eqId01317332a203c898536b1d0459f51d23"/>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831" type="#_x0000_t75" alt="学科网(www.zxxk.com)--教育资源门户，提供试卷、教案、课件、论文、素材以及各类教学资源下载，还有大量而丰富的教学相关资讯！" style="width:15.75pt;height:14.25pt" o:oleicon="f" o:ole="">
            <v:imagedata r:id="rId251" o:title="eqId81fb134b2b48acc99213fff6ccfee65f"/>
          </v:shape>
        </w:pict>
      </w:r>
      <w:r>
        <w:rPr>
          <w:rFonts w:ascii="Times New Roman" w:eastAsia="Times New Roman" w:hAnsi="Times New Roman" w:cs="Times New Roman"/>
          <w:color w:val="000000"/>
        </w:rPr>
        <w:t>”</w:t>
      </w:r>
      <w:r>
        <w:rPr>
          <w:rFonts w:ascii="宋体" w:eastAsia="宋体" w:hAnsi="宋体" w:cs="宋体"/>
          <w:color w:val="000000"/>
        </w:rPr>
        <w:t>时，</w:t>
      </w:r>
      <w:r>
        <w:pict>
          <v:shape id="_x0000_i706832" type="#_x0000_t75" alt="学科网(www.zxxk.com)--教育资源门户，提供试卷、教案、课件、论文、素材以及各类教学资源下载，还有大量而丰富的教学相关资讯！" style="width:40pt;height:16pt" o:oleicon="f" o:ole="">
            <v:imagedata r:id="rId252" o:title="eqId77e527b6a16120c66c01dd179a28f2a9"/>
          </v:shape>
        </w:pict>
      </w:r>
      <w:r>
        <w:rPr>
          <w:rFonts w:ascii="宋体" w:eastAsia="宋体" w:hAnsi="宋体" w:cs="宋体"/>
          <w:color w:val="000000"/>
        </w:rPr>
        <w:t>，</w:t>
      </w:r>
      <w:r>
        <w:pict>
          <v:shape id="_x0000_i706833" type="#_x0000_t75" alt="学科网(www.zxxk.com)--教育资源门户，提供试卷、教案、课件、论文、素材以及各类教学资源下载，还有大量而丰富的教学相关资讯！" style="width:57pt;height:33pt" o:oleicon="f" o:ole="">
            <v:imagedata r:id="rId253" o:title="eqId050c89c150966c67e81d9fa9c3f595d3"/>
          </v:shape>
        </w:pict>
      </w:r>
      <w:r>
        <w:rPr>
          <w:rFonts w:ascii="宋体" w:eastAsia="宋体" w:hAnsi="宋体" w:cs="宋体"/>
          <w:color w:val="000000"/>
        </w:rPr>
        <w:t>，</w:t>
      </w:r>
      <w:r>
        <w:pict>
          <v:shape id="_x0000_i706834" type="#_x0000_t75" alt="学科网(www.zxxk.com)--教育资源门户，提供试卷、教案、课件、论文、素材以及各类教学资源下载，还有大量而丰富的教学相关资讯！" style="width:87pt;height:33pt" o:oleicon="f" o:ole="">
            <v:imagedata r:id="rId254" o:title="eqIdb622b0a2ba1c09dc7b488d539251746e"/>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835" type="#_x0000_t75" alt="学科网(www.zxxk.com)--教育资源门户，提供试卷、教案、课件、论文、素材以及各类教学资源下载，还有大量而丰富的教学相关资讯！" style="width:48pt;height:31.15pt" o:oleicon="f" o:ole="">
            <v:imagedata r:id="rId255" o:title="eqIdf1121e360cbb613b76c5e5d08c5bcca4"/>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∴其价值为</w:t>
      </w:r>
      <w:r>
        <w:pict>
          <v:shape id="_x0000_i706836" type="#_x0000_t75" alt="学科网(www.zxxk.com)--教育资源门户，提供试卷、教案、课件、论文、素材以及各类教学资源下载，还有大量而丰富的教学相关资讯！" style="width:12pt;height:30.75pt" o:oleicon="f" o:ole="">
            <v:imagedata r:id="rId256" o:title="eqId533a7b702ada1dd80123e4041271d52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③当数列为</w:t>
      </w:r>
      <w:r>
        <w:rPr>
          <w:rFonts w:ascii="Times New Roman" w:eastAsia="Times New Roman" w:hAnsi="Times New Roman" w:cs="Times New Roman"/>
          <w:color w:val="000000"/>
        </w:rPr>
        <w:t>“</w:t>
      </w:r>
      <w:r>
        <w:pict>
          <v:shape id="_x0000_i706837" type="#_x0000_t75" alt="学科网(www.zxxk.com)--教育资源门户，提供试卷、教案、课件、论文、素材以及各类教学资源下载，还有大量而丰富的教学相关资讯！" style="width:15.75pt;height:14.25pt" o:oleicon="f" o:ole="">
            <v:imagedata r:id="rId257" o:title="eqId81fb134b2b48acc99213fff6ccfee65f"/>
          </v:shape>
        </w:pict>
      </w:r>
      <w:r>
        <w:rPr>
          <w:rFonts w:ascii="宋体" w:eastAsia="宋体" w:hAnsi="宋体" w:cs="宋体"/>
          <w:color w:val="000000"/>
        </w:rPr>
        <w:t>，</w:t>
      </w:r>
      <w:r>
        <w:pict>
          <v:shape id="_x0000_i706838" type="#_x0000_t75" alt="学科网(www.zxxk.com)--教育资源门户，提供试卷、教案、课件、论文、素材以及各类教学资源下载，还有大量而丰富的教学相关资讯！" style="width:16.5pt;height:14.25pt" o:oleicon="f" o:ole="">
            <v:imagedata r:id="rId258" o:title="eqId01317332a203c898536b1d0459f51d23"/>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r>
        <w:pict>
          <v:shape id="_x0000_i706839" type="#_x0000_t75" alt="学科网(www.zxxk.com)--教育资源门户，提供试卷、教案、课件、论文、素材以及各类教学资源下载，还有大量而丰富的教学相关资讯！" style="width:39pt;height:16pt" o:oleicon="f" o:ole="">
            <v:imagedata r:id="rId259" o:title="eqId47e0e64ea4fcdbc0bcde1203969752e0"/>
          </v:shape>
        </w:pict>
      </w:r>
      <w:r>
        <w:rPr>
          <w:rFonts w:ascii="宋体" w:eastAsia="宋体" w:hAnsi="宋体" w:cs="宋体"/>
          <w:color w:val="000000"/>
        </w:rPr>
        <w:t>，</w:t>
      </w:r>
      <w:r>
        <w:pict>
          <v:shape id="_x0000_i706840" type="#_x0000_t75" alt="学科网(www.zxxk.com)--教育资源门户，提供试卷、教案、课件、论文、素材以及各类教学资源下载，还有大量而丰富的教学相关资讯！" style="width:72.75pt;height:33pt" o:oleicon="f" o:ole="">
            <v:imagedata r:id="rId260" o:title="eqId0ac8e62d7cd68bf35d9ed2fdcf7ab0d2"/>
          </v:shape>
        </w:pict>
      </w:r>
      <w:r>
        <w:rPr>
          <w:rFonts w:ascii="宋体" w:eastAsia="宋体" w:hAnsi="宋体" w:cs="宋体"/>
          <w:color w:val="000000"/>
        </w:rPr>
        <w:t>，</w:t>
      </w:r>
      <w:r>
        <w:pict>
          <v:shape id="_x0000_i706841" type="#_x0000_t75" alt="学科网(www.zxxk.com)--教育资源门户，提供试卷、教案、课件、论文、素材以及各类教学资源下载，还有大量而丰富的教学相关资讯！" style="width:87pt;height:33pt" o:oleicon="f" o:ole="">
            <v:imagedata r:id="rId261" o:title="eqIde654b7200b00a10fd526730ae75d64df"/>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842" type="#_x0000_t75" alt="学科网(www.zxxk.com)--教育资源门户，提供试卷、教案、课件、论文、素材以及各类教学资源下载，还有大量而丰富的教学相关资讯！" style="width:48pt;height:31.15pt" o:oleicon="f" o:ole="">
            <v:imagedata r:id="rId262" o:title="eqId131acaf8f5bd0d76b19a6d1c789bab9a"/>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∴其价值为</w:t>
      </w:r>
      <w:r>
        <w:pict>
          <v:shape id="_x0000_i706843" type="#_x0000_t75" alt="学科网(www.zxxk.com)--教育资源门户，提供试卷、教案、课件、论文、素材以及各类教学资源下载，还有大量而丰富的教学相关资讯！" style="width:11.25pt;height:30.75pt" o:oleicon="f" o:ole="">
            <v:imagedata r:id="rId263" o:title="eqIda391005600bdd69c96750589f9adb0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④当数列为</w:t>
      </w:r>
      <w:r>
        <w:rPr>
          <w:rFonts w:ascii="Times New Roman" w:eastAsia="Times New Roman" w:hAnsi="Times New Roman" w:cs="Times New Roman"/>
          <w:color w:val="000000"/>
        </w:rPr>
        <w:t>“</w:t>
      </w:r>
      <w:r>
        <w:pict>
          <v:shape id="_x0000_i706844" type="#_x0000_t75" alt="学科网(www.zxxk.com)--教育资源门户，提供试卷、教案、课件、论文、素材以及各类教学资源下载，还有大量而丰富的教学相关资讯！" style="width:15.75pt;height:14.25pt" o:oleicon="f" o:ole="">
            <v:imagedata r:id="rId264"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845" type="#_x0000_t75" alt="学科网(www.zxxk.com)--教育资源门户，提供试卷、教案、课件、论文、素材以及各类教学资源下载，还有大量而丰富的教学相关资讯！" style="width:16.5pt;height:14.25pt" o:oleicon="f" o:ole="">
            <v:imagedata r:id="rId265" o:title="eqId01317332a203c898536b1d0459f51d23"/>
          </v:shape>
        </w:pict>
      </w:r>
      <w:r>
        <w:rPr>
          <w:rFonts w:ascii="Times New Roman" w:eastAsia="Times New Roman" w:hAnsi="Times New Roman" w:cs="Times New Roman"/>
          <w:color w:val="000000"/>
        </w:rPr>
        <w:t>”</w:t>
      </w:r>
      <w:r>
        <w:rPr>
          <w:rFonts w:ascii="宋体" w:eastAsia="宋体" w:hAnsi="宋体" w:cs="宋体"/>
          <w:color w:val="000000"/>
        </w:rPr>
        <w:t>时，</w:t>
      </w:r>
      <w:r>
        <w:pict>
          <v:shape id="_x0000_i706846" type="#_x0000_t75" alt="学科网(www.zxxk.com)--教育资源门户，提供试卷、教案、课件、论文、素材以及各类教学资源下载，还有大量而丰富的教学相关资讯！" style="width:39pt;height:16pt" o:oleicon="f" o:ole="">
            <v:imagedata r:id="rId266" o:title="eqId47e0e64ea4fcdbc0bcde1203969752e0"/>
          </v:shape>
        </w:pict>
      </w:r>
      <w:r>
        <w:rPr>
          <w:rFonts w:ascii="宋体" w:eastAsia="宋体" w:hAnsi="宋体" w:cs="宋体"/>
          <w:color w:val="000000"/>
        </w:rPr>
        <w:t>，</w:t>
      </w:r>
      <w:r>
        <w:pict>
          <v:shape id="_x0000_i706847" type="#_x0000_t75" alt="学科网(www.zxxk.com)--教育资源门户，提供试卷、教案、课件、论文、素材以及各类教学资源下载，还有大量而丰富的教学相关资讯！" style="width:56.25pt;height:30.75pt" o:oleicon="f" o:ole="">
            <v:imagedata r:id="rId267" o:title="eqId602e24541a23f331b19b2e56f0049060"/>
          </v:shape>
        </w:pict>
      </w:r>
      <w:r>
        <w:rPr>
          <w:rFonts w:ascii="宋体" w:eastAsia="宋体" w:hAnsi="宋体" w:cs="宋体"/>
          <w:color w:val="000000"/>
        </w:rPr>
        <w:t>，</w:t>
      </w:r>
      <w:r>
        <w:pict>
          <v:shape id="_x0000_i706848" type="#_x0000_t75" alt="学科网(www.zxxk.com)--教育资源门户，提供试卷、教案、课件、论文、素材以及各类教学资源下载，还有大量而丰富的教学相关资讯！" style="width:87pt;height:33pt" o:oleicon="f" o:ole="">
            <v:imagedata r:id="rId268" o:title="eqIdd58d3cfc0e83e7accf1630eb1ec4403f"/>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849" type="#_x0000_t75" alt="学科网(www.zxxk.com)--教育资源门户，提供试卷、教案、课件、论文、素材以及各类教学资源下载，还有大量而丰富的教学相关资讯！" style="width:43.15pt;height:31.15pt" o:oleicon="f" o:ole="">
            <v:imagedata r:id="rId269" o:title="eqId9e823f1d5463c90d2c3af537e70937d0"/>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∴其价值为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⑤当数列为</w:t>
      </w:r>
      <w:r>
        <w:rPr>
          <w:rFonts w:ascii="Times New Roman" w:eastAsia="Times New Roman" w:hAnsi="Times New Roman" w:cs="Times New Roman"/>
          <w:color w:val="000000"/>
        </w:rPr>
        <w:t>“1</w:t>
      </w:r>
      <w:r>
        <w:rPr>
          <w:rFonts w:ascii="宋体" w:eastAsia="宋体" w:hAnsi="宋体" w:cs="宋体"/>
          <w:color w:val="000000"/>
        </w:rPr>
        <w:t>，</w:t>
      </w:r>
      <w:r>
        <w:pict>
          <v:shape id="_x0000_i706850" type="#_x0000_t75" alt="学科网(www.zxxk.com)--教育资源门户，提供试卷、教案、课件、论文、素材以及各类教学资源下载，还有大量而丰富的教学相关资讯！" style="width:16.5pt;height:14.25pt" o:oleicon="f" o:ole="">
            <v:imagedata r:id="rId270" o:title="eqId01317332a203c898536b1d0459f51d23"/>
          </v:shape>
        </w:pict>
      </w:r>
      <w:r>
        <w:rPr>
          <w:rFonts w:ascii="宋体" w:eastAsia="宋体" w:hAnsi="宋体" w:cs="宋体"/>
          <w:color w:val="000000"/>
        </w:rPr>
        <w:t>，</w:t>
      </w:r>
      <w:r>
        <w:pict>
          <v:shape id="_x0000_i706851" type="#_x0000_t75" alt="学科网(www.zxxk.com)--教育资源门户，提供试卷、教案、课件、论文、素材以及各类教学资源下载，还有大量而丰富的教学相关资讯！" style="width:15.75pt;height:14.25pt" o:oleicon="f" o:ole="">
            <v:imagedata r:id="rId271" o:title="eqId81fb134b2b48acc99213fff6ccfee65f"/>
          </v:shape>
        </w:pict>
      </w:r>
      <w:r>
        <w:rPr>
          <w:rFonts w:ascii="Times New Roman" w:eastAsia="Times New Roman" w:hAnsi="Times New Roman" w:cs="Times New Roman"/>
          <w:color w:val="000000"/>
        </w:rPr>
        <w:t>”</w:t>
      </w:r>
      <w:r>
        <w:rPr>
          <w:rFonts w:ascii="宋体" w:eastAsia="宋体" w:hAnsi="宋体" w:cs="宋体"/>
          <w:color w:val="000000"/>
        </w:rPr>
        <w:t>时，</w:t>
      </w:r>
      <w:r>
        <w:pict>
          <v:shape id="_x0000_i706852" type="#_x0000_t75" alt="学科网(www.zxxk.com)--教育资源门户，提供试卷、教案、课件、论文、素材以及各类教学资源下载，还有大量而丰富的教学相关资讯！" style="width:29.25pt;height:15.75pt" o:oleicon="f" o:ole="">
            <v:imagedata r:id="rId272" o:title="eqIda95887ebde10072e961559be1c8472e2"/>
          </v:shape>
        </w:pict>
      </w:r>
      <w:r>
        <w:rPr>
          <w:rFonts w:ascii="宋体" w:eastAsia="宋体" w:hAnsi="宋体" w:cs="宋体"/>
          <w:color w:val="000000"/>
        </w:rPr>
        <w:t>，</w:t>
      </w:r>
      <w:r>
        <w:pict>
          <v:shape id="_x0000_i706853" type="#_x0000_t75" alt="学科网(www.zxxk.com)--教育资源门户，提供试卷、教案、课件、论文、素材以及各类教学资源下载，还有大量而丰富的教学相关资讯！" style="width:65.25pt;height:33pt" o:oleicon="f" o:ole="">
            <v:imagedata r:id="rId273" o:title="eqIdbc3787003c80f155e7e208d597291614"/>
          </v:shape>
        </w:pict>
      </w:r>
      <w:r>
        <w:rPr>
          <w:rFonts w:ascii="宋体" w:eastAsia="宋体" w:hAnsi="宋体" w:cs="宋体"/>
          <w:color w:val="000000"/>
        </w:rPr>
        <w:t>，</w:t>
      </w:r>
      <w:r>
        <w:pict>
          <v:shape id="_x0000_i706854" type="#_x0000_t75" alt="学科网(www.zxxk.com)--教育资源门户，提供试卷、教案、课件、论文、素材以及各类教学资源下载，还有大量而丰富的教学相关资讯！" style="width:95.25pt;height:33pt" o:oleicon="f" o:ole="">
            <v:imagedata r:id="rId274" o:title="eqIdd8a559230b03a4657ca82d47833ec39d"/>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855" type="#_x0000_t75" alt="学科网(www.zxxk.com)--教育资源门户，提供试卷、教案、课件、论文、素材以及各类教学资源下载，还有大量而丰富的教学相关资讯！" style="width:46.15pt;height:31.15pt" o:oleicon="f" o:ole="">
            <v:imagedata r:id="rId275" o:title="eqId0891dc5753363a683a4e09874cd4862e"/>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∴其价值为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⑥当数列为</w:t>
      </w:r>
      <w:r>
        <w:rPr>
          <w:rFonts w:ascii="Times New Roman" w:eastAsia="Times New Roman" w:hAnsi="Times New Roman" w:cs="Times New Roman"/>
          <w:color w:val="000000"/>
        </w:rPr>
        <w:t>“1</w:t>
      </w:r>
      <w:r>
        <w:rPr>
          <w:rFonts w:ascii="宋体" w:eastAsia="宋体" w:hAnsi="宋体" w:cs="宋体"/>
          <w:color w:val="000000"/>
        </w:rPr>
        <w:t>，</w:t>
      </w:r>
      <w:r>
        <w:pict>
          <v:shape id="_x0000_i706856" type="#_x0000_t75" alt="学科网(www.zxxk.com)--教育资源门户，提供试卷、教案、课件、论文、素材以及各类教学资源下载，还有大量而丰富的教学相关资讯！" style="width:15.75pt;height:14.25pt" o:oleicon="f" o:ole="">
            <v:imagedata r:id="rId276" o:title="eqId81fb134b2b48acc99213fff6ccfee65f"/>
          </v:shape>
        </w:pict>
      </w:r>
      <w:r>
        <w:rPr>
          <w:rFonts w:ascii="宋体" w:eastAsia="宋体" w:hAnsi="宋体" w:cs="宋体"/>
          <w:color w:val="000000"/>
        </w:rPr>
        <w:t>，</w:t>
      </w:r>
      <w:r>
        <w:pict>
          <v:shape id="_x0000_i706857" type="#_x0000_t75" alt="学科网(www.zxxk.com)--教育资源门户，提供试卷、教案、课件、论文、素材以及各类教学资源下载，还有大量而丰富的教学相关资讯！" style="width:16.5pt;height:14.25pt" o:oleicon="f" o:ole="">
            <v:imagedata r:id="rId277" o:title="eqId01317332a203c898536b1d0459f51d23"/>
          </v:shape>
        </w:pict>
      </w:r>
      <w:r>
        <w:rPr>
          <w:rFonts w:ascii="Times New Roman" w:eastAsia="Times New Roman" w:hAnsi="Times New Roman" w:cs="Times New Roman"/>
          <w:color w:val="000000"/>
        </w:rPr>
        <w:t>”</w:t>
      </w:r>
      <w:r>
        <w:rPr>
          <w:rFonts w:ascii="宋体" w:eastAsia="宋体" w:hAnsi="宋体" w:cs="宋体"/>
          <w:color w:val="000000"/>
        </w:rPr>
        <w:t>时，</w:t>
      </w:r>
      <w:r>
        <w:pict>
          <v:shape id="_x0000_i706858" type="#_x0000_t75" alt="学科网(www.zxxk.com)--教育资源门户，提供试卷、教案、课件、论文、素材以及各类教学资源下载，还有大量而丰富的教学相关资讯！" style="width:29.25pt;height:15.75pt" o:oleicon="f" o:ole="">
            <v:imagedata r:id="rId278" o:title="eqIda95887ebde10072e961559be1c8472e2"/>
          </v:shape>
        </w:pict>
      </w:r>
      <w:r>
        <w:rPr>
          <w:rFonts w:ascii="宋体" w:eastAsia="宋体" w:hAnsi="宋体" w:cs="宋体"/>
          <w:color w:val="000000"/>
        </w:rPr>
        <w:t>，</w:t>
      </w:r>
      <w:r>
        <w:pict>
          <v:shape id="_x0000_i706859" type="#_x0000_t75" alt="学科网(www.zxxk.com)--教育资源门户，提供试卷、教案、课件、论文、素材以及各类教学资源下载，还有大量而丰富的教学相关资讯！" style="width:60pt;height:33pt" o:oleicon="f" o:ole="">
            <v:imagedata r:id="rId279" o:title="eqId204d574e95d2b931c7e2e206ba230c0f"/>
          </v:shape>
        </w:pict>
      </w:r>
      <w:r>
        <w:rPr>
          <w:rFonts w:ascii="宋体" w:eastAsia="宋体" w:hAnsi="宋体" w:cs="宋体"/>
          <w:color w:val="000000"/>
        </w:rPr>
        <w:t>，</w:t>
      </w:r>
      <w:r>
        <w:pict>
          <v:shape id="_x0000_i706860" type="#_x0000_t75" alt="学科网(www.zxxk.com)--教育资源门户，提供试卷、教案、课件、论文、素材以及各类教学资源下载，还有大量而丰富的教学相关资讯！" style="width:95.25pt;height:33pt" o:oleicon="f" o:ole="">
            <v:imagedata r:id="rId280" o:title="eqIdd44e1a48de8f53f7d7d9f2c109057438"/>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861" type="#_x0000_t75" alt="学科网(www.zxxk.com)--教育资源门户，提供试卷、教案、课件、论文、素材以及各类教学资源下载，还有大量而丰富的教学相关资讯！" style="width:25.9pt;height:31.15pt" o:oleicon="f" o:ole="">
            <v:imagedata r:id="rId281" o:title="eqId3b3cad1abb7d85431846ad2be57fd091"/>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∴其价值为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当数列为：</w:t>
      </w:r>
      <w:r>
        <w:pict>
          <v:shape id="_x0000_i706862" type="#_x0000_t75" alt="学科网(www.zxxk.com)--教育资源门户，提供试卷、教案、课件、论文、素材以及各类教学资源下载，还有大量而丰富的教学相关资讯！" style="width:15.75pt;height:14.25pt" o:oleicon="f" o:ole="">
            <v:imagedata r:id="rId282"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863" type="#_x0000_t75" alt="学科网(www.zxxk.com)--教育资源门户，提供试卷、教案、课件、论文、素材以及各类教学资源下载，还有大量而丰富的教学相关资讯！" style="width:16.5pt;height:14.25pt" o:oleicon="f" o:ole="">
            <v:imagedata r:id="rId283" o:title="eqId01317332a203c898536b1d0459f51d23"/>
          </v:shape>
        </w:pict>
      </w:r>
      <w:r>
        <w:rPr>
          <w:rFonts w:ascii="宋体" w:eastAsia="宋体" w:hAnsi="宋体" w:cs="宋体"/>
          <w:color w:val="000000"/>
        </w:rPr>
        <w:t>或</w:t>
      </w:r>
      <w:r>
        <w:rPr>
          <w:rFonts w:ascii="Times New Roman" w:eastAsia="Times New Roman" w:hAnsi="Times New Roman" w:cs="Times New Roman"/>
          <w:color w:val="000000"/>
        </w:rPr>
        <w:t>1</w:t>
      </w:r>
      <w:r>
        <w:rPr>
          <w:rFonts w:ascii="宋体" w:eastAsia="宋体" w:hAnsi="宋体" w:cs="宋体"/>
          <w:color w:val="000000"/>
        </w:rPr>
        <w:t>，</w:t>
      </w:r>
      <w:r>
        <w:pict>
          <v:shape id="_x0000_i706864" type="#_x0000_t75" alt="学科网(www.zxxk.com)--教育资源门户，提供试卷、教案、课件、论文、素材以及各类教学资源下载，还有大量而丰富的教学相关资讯！" style="width:16.5pt;height:14.25pt" o:oleicon="f" o:ole="">
            <v:imagedata r:id="rId283" o:title="eqId01317332a203c898536b1d0459f51d23"/>
          </v:shape>
        </w:pict>
      </w:r>
      <w:r>
        <w:rPr>
          <w:rFonts w:ascii="宋体" w:eastAsia="宋体" w:hAnsi="宋体" w:cs="宋体"/>
          <w:color w:val="000000"/>
        </w:rPr>
        <w:t>，</w:t>
      </w:r>
      <w:r>
        <w:pict>
          <v:shape id="_x0000_i706865" type="#_x0000_t75" alt="学科网(www.zxxk.com)--教育资源门户，提供试卷、教案、课件、论文、素材以及各类教学资源下载，还有大量而丰富的教学相关资讯！" style="width:15.75pt;height:14.25pt" o:oleicon="f" o:ole="">
            <v:imagedata r:id="rId282" o:title="eqId81fb134b2b48acc99213fff6ccfee65f"/>
          </v:shape>
        </w:pict>
      </w:r>
      <w:r>
        <w:rPr>
          <w:rFonts w:ascii="宋体" w:eastAsia="宋体" w:hAnsi="宋体" w:cs="宋体"/>
          <w:color w:val="000000"/>
        </w:rPr>
        <w:t>或</w:t>
      </w:r>
      <w:r>
        <w:rPr>
          <w:rFonts w:ascii="Times New Roman" w:eastAsia="Times New Roman" w:hAnsi="Times New Roman" w:cs="Times New Roman"/>
          <w:color w:val="000000"/>
        </w:rPr>
        <w:t>1</w:t>
      </w:r>
      <w:r>
        <w:rPr>
          <w:rFonts w:ascii="宋体" w:eastAsia="宋体" w:hAnsi="宋体" w:cs="宋体"/>
          <w:color w:val="000000"/>
        </w:rPr>
        <w:t>，</w:t>
      </w:r>
      <w:r>
        <w:pict>
          <v:shape id="_x0000_i706866" type="#_x0000_t75" alt="学科网(www.zxxk.com)--教育资源门户，提供试卷、教案、课件、论文、素材以及各类教学资源下载，还有大量而丰富的教学相关资讯！" style="width:15.75pt;height:14.25pt" o:oleicon="f" o:ole="">
            <v:imagedata r:id="rId282" o:title="eqId81fb134b2b48acc99213fff6ccfee65f"/>
          </v:shape>
        </w:pict>
      </w:r>
      <w:r>
        <w:rPr>
          <w:rFonts w:ascii="宋体" w:eastAsia="宋体" w:hAnsi="宋体" w:cs="宋体"/>
          <w:color w:val="000000"/>
        </w:rPr>
        <w:t>，</w:t>
      </w:r>
      <w:r>
        <w:pict>
          <v:shape id="_x0000_i706867" type="#_x0000_t75" alt="学科网(www.zxxk.com)--教育资源门户，提供试卷、教案、课件、论文、素材以及各类教学资源下载，还有大量而丰富的教学相关资讯！" style="width:16.5pt;height:14.25pt" o:oleicon="f" o:ole="">
            <v:imagedata r:id="rId283" o:title="eqId01317332a203c898536b1d0459f51d23"/>
          </v:shape>
        </w:pict>
      </w:r>
      <w:r>
        <w:rPr>
          <w:rFonts w:ascii="宋体" w:eastAsia="宋体" w:hAnsi="宋体" w:cs="宋体"/>
          <w:color w:val="000000"/>
        </w:rPr>
        <w:t>时，数列的价值的最小值为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868" type="#_x0000_t75" alt="学科网(www.zxxk.com)--教育资源门户，提供试卷、教案、课件、论文、素材以及各类教学资源下载，还有大量而丰富的教学相关资讯！" style="width:16.5pt;height:14.25pt" o:oleicon="f" o:ole="">
            <v:imagedata r:id="rId284" o:title="eqId01317332a203c898536b1d0459f51d23"/>
          </v:shape>
        </w:pict>
      </w:r>
      <w:r>
        <w:rPr>
          <w:rFonts w:ascii="宋体" w:eastAsia="宋体" w:hAnsi="宋体" w:cs="宋体"/>
          <w:color w:val="000000"/>
        </w:rPr>
        <w:t>，</w:t>
      </w:r>
      <w:r>
        <w:pict>
          <v:shape id="_x0000_i706869" type="#_x0000_t75" alt="学科网(www.zxxk.com)--教育资源门户，提供试卷、教案、课件、论文、素材以及各类教学资源下载，还有大量而丰富的教学相关资讯！" style="width:15.75pt;height:14.25pt" o:oleicon="f" o:ole="">
            <v:imagedata r:id="rId285" o:title="eqId81fb134b2b48acc99213fff6ccfee65f"/>
          </v:shape>
        </w:pict>
      </w:r>
      <w:r>
        <w:rPr>
          <w:rFonts w:ascii="宋体" w:eastAsia="宋体" w:hAnsi="宋体" w:cs="宋体"/>
          <w:color w:val="000000"/>
        </w:rPr>
        <w:t>（答案不唯一）．</w: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解：①当</w:t>
      </w:r>
      <w:r>
        <w:pict>
          <v:shape id="_x0000_i706870" type="#_x0000_t75" alt="学科网(www.zxxk.com)--教育资源门户，提供试卷、教案、课件、论文、素材以及各类教学资源下载，还有大量而丰富的教学相关资讯！" style="width:48pt;height:33pt" o:oleicon="f" o:ole="">
            <v:imagedata r:id="rId286" o:title="eqIdde98673aa0a9578eea565dc28fd162e4"/>
          </v:shape>
        </w:pict>
      </w:r>
      <w:r>
        <w:rPr>
          <w:rFonts w:ascii="宋体" w:eastAsia="宋体" w:hAnsi="宋体" w:cs="宋体"/>
          <w:color w:val="000000"/>
        </w:rPr>
        <w:t>，则</w:t>
      </w:r>
      <w:r>
        <w:pict>
          <v:shape id="_x0000_i706871" type="#_x0000_t75" alt="学科网(www.zxxk.com)--教育资源门户，提供试卷、教案、课件、论文、素材以及各类教学资源下载，还有大量而丰富的教学相关资讯！" style="width:28pt;height:13.95pt" o:oleicon="f" o:ole="">
            <v:imagedata r:id="rId287" o:title="eqId3b4d795709b0abcf47bceec2250f2f9b"/>
          </v:shape>
        </w:pict>
      </w:r>
      <w:r>
        <w:rPr>
          <w:rFonts w:ascii="宋体" w:eastAsia="宋体" w:hAnsi="宋体" w:cs="宋体"/>
          <w:color w:val="000000"/>
        </w:rPr>
        <w:t>，不合题意；</w:t>
      </w:r>
    </w:p>
    <w:p>
      <w:pPr>
        <w:spacing w:line="360" w:lineRule="auto"/>
        <w:jc w:val="left"/>
        <w:textAlignment w:val="center"/>
        <w:rPr>
          <w:rFonts w:ascii="宋体" w:eastAsia="宋体" w:hAnsi="宋体" w:cs="宋体"/>
          <w:color w:val="000000"/>
        </w:rPr>
      </w:pPr>
      <w:r>
        <w:rPr>
          <w:rFonts w:ascii="宋体" w:eastAsia="宋体" w:hAnsi="宋体" w:cs="宋体"/>
          <w:color w:val="000000"/>
        </w:rPr>
        <w:t>②当</w:t>
      </w:r>
      <w:r>
        <w:pict>
          <v:shape id="_x0000_i706872" type="#_x0000_t75" alt="学科网(www.zxxk.com)--教育资源门户，提供试卷、教案、课件、论文、素材以及各类教学资源下载，还有大量而丰富的教学相关资讯！" style="width:54.75pt;height:33pt" o:oleicon="f" o:ole="">
            <v:imagedata r:id="rId288" o:title="eqId4061cc05a08f590b5541486d99a62cdf"/>
          </v:shape>
        </w:pict>
      </w:r>
      <w:r>
        <w:rPr>
          <w:rFonts w:ascii="宋体" w:eastAsia="宋体" w:hAnsi="宋体" w:cs="宋体"/>
          <w:color w:val="000000"/>
        </w:rPr>
        <w:t>，则</w:t>
      </w:r>
      <w:r>
        <w:pict>
          <v:shape id="_x0000_i706873" type="#_x0000_t75" alt="学科网(www.zxxk.com)--教育资源门户，提供试卷、教案、课件、论文、素材以及各类教学资源下载，还有大量而丰富的教学相关资讯！" style="width:28.15pt;height:14.1pt" o:oleicon="f" o:ole="">
            <v:imagedata r:id="rId289" o:title="eqIdab839d8569171afab5ed55c22013aa72"/>
          </v:shape>
        </w:pict>
      </w:r>
      <w:r>
        <w:rPr>
          <w:rFonts w:ascii="宋体" w:eastAsia="宋体" w:hAnsi="宋体" w:cs="宋体"/>
          <w:color w:val="000000"/>
        </w:rPr>
        <w:t>或</w:t>
      </w:r>
      <w:r>
        <w:rPr>
          <w:rFonts w:ascii="Times New Roman" w:eastAsia="Times New Roman" w:hAnsi="Times New Roman" w:cs="Times New Roman"/>
          <w:color w:val="000000"/>
        </w:rPr>
        <w:t>9</w:t>
      </w:r>
      <w:r>
        <w:rPr>
          <w:rFonts w:ascii="宋体" w:eastAsia="宋体" w:hAnsi="宋体" w:cs="宋体"/>
          <w:color w:val="000000"/>
        </w:rPr>
        <w:t>，当</w:t>
      </w:r>
      <w:r>
        <w:pict>
          <v:shape id="_x0000_i706874" type="#_x0000_t75" alt="学科网(www.zxxk.com)--教育资源门户，提供试卷、教案、课件、论文、素材以及各类教学资源下载，还有大量而丰富的教学相关资讯！" style="width:28.15pt;height:14.1pt" o:oleicon="f" o:ole="">
            <v:imagedata r:id="rId289" o:title="eqIdab839d8569171afab5ed55c22013aa72"/>
          </v:shape>
        </w:pict>
      </w:r>
      <w:r>
        <w:rPr>
          <w:rFonts w:ascii="宋体" w:eastAsia="宋体" w:hAnsi="宋体" w:cs="宋体"/>
          <w:color w:val="000000"/>
        </w:rPr>
        <w:t>时，</w:t>
      </w:r>
      <w:r>
        <w:pict>
          <v:shape id="_x0000_i706875" type="#_x0000_t75" alt="学科网(www.zxxk.com)--教育资源门户，提供试卷、教案、课件、论文、素材以及各类教学资源下载，还有大量而丰富的教学相关资讯！" style="width:96.75pt;height:33pt" o:oleicon="f" o:ole="">
            <v:imagedata r:id="rId290" o:title="eqId71c8c0103902ee61349edb167fca634e"/>
          </v:shape>
        </w:pict>
      </w:r>
      <w:r>
        <w:rPr>
          <w:rFonts w:ascii="宋体" w:eastAsia="宋体" w:hAnsi="宋体" w:cs="宋体"/>
          <w:color w:val="000000"/>
        </w:rPr>
        <w:t>，故</w:t>
      </w:r>
      <w:r>
        <w:pict>
          <v:shape id="_x0000_i706876" type="#_x0000_t75" alt="学科网(www.zxxk.com)--教育资源门户，提供试卷、教案、课件、论文、素材以及各类教学资源下载，还有大量而丰富的教学相关资讯！" style="width:28.15pt;height:14.1pt" o:oleicon="f" o:ole="">
            <v:imagedata r:id="rId289" o:title="eqIdab839d8569171afab5ed55c22013aa72"/>
          </v:shape>
        </w:pict>
      </w:r>
      <w:r>
        <w:rPr>
          <w:rFonts w:ascii="宋体" w:eastAsia="宋体" w:hAnsi="宋体" w:cs="宋体"/>
          <w:color w:val="000000"/>
        </w:rPr>
        <w:t>不合题意舍去；</w:t>
      </w:r>
    </w:p>
    <w:p>
      <w:pPr>
        <w:spacing w:line="360" w:lineRule="auto"/>
        <w:jc w:val="left"/>
        <w:textAlignment w:val="center"/>
        <w:rPr>
          <w:rFonts w:ascii="宋体" w:eastAsia="宋体" w:hAnsi="宋体" w:cs="宋体"/>
          <w:color w:val="000000"/>
        </w:rPr>
      </w:pPr>
      <w:r>
        <w:rPr>
          <w:rFonts w:ascii="宋体" w:eastAsia="宋体" w:hAnsi="宋体" w:cs="宋体"/>
          <w:color w:val="000000"/>
        </w:rPr>
        <w:t>③当</w:t>
      </w:r>
      <w:r>
        <w:pict>
          <v:shape id="_x0000_i706877" type="#_x0000_t75" alt="学科网(www.zxxk.com)--教育资源门户，提供试卷、教案、课件、论文、素材以及各类教学资源下载，还有大量而丰富的教学相关资讯！" style="width:80.25pt;height:33pt" o:oleicon="f" o:ole="">
            <v:imagedata r:id="rId291" o:title="eqId67940672ecc559950a42807ecd38d4fb"/>
          </v:shape>
        </w:pict>
      </w:r>
      <w:r>
        <w:rPr>
          <w:rFonts w:ascii="宋体" w:eastAsia="宋体" w:hAnsi="宋体" w:cs="宋体"/>
          <w:color w:val="000000"/>
        </w:rPr>
        <w:t>，则</w:t>
      </w:r>
      <w:r>
        <w:pict>
          <v:shape id="_x0000_i706878" type="#_x0000_t75" alt="学科网(www.zxxk.com)--教育资源门户，提供试卷、教案、课件、论文、素材以及各类教学资源下载，还有大量而丰富的教学相关资讯！" style="width:34pt;height:13pt" o:oleicon="f" o:ole="">
            <v:imagedata r:id="rId292" o:title="eqId36e15cbd7c42d7b15d7ba8d2b28ab8df"/>
          </v:shape>
        </w:pic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，当</w:t>
      </w:r>
      <w:r>
        <w:pict>
          <v:shape id="_x0000_i706879" type="#_x0000_t75" alt="学科网(www.zxxk.com)--教育资源门户，提供试卷、教案、课件、论文、素材以及各类教学资源下载，还有大量而丰富的教学相关资讯！" style="width:34pt;height:13pt" o:oleicon="f" o:ole="">
            <v:imagedata r:id="rId292" o:title="eqId36e15cbd7c42d7b15d7ba8d2b28ab8df"/>
          </v:shape>
        </w:pict>
      </w:r>
      <w:r>
        <w:rPr>
          <w:rFonts w:ascii="宋体" w:eastAsia="宋体" w:hAnsi="宋体" w:cs="宋体"/>
          <w:color w:val="000000"/>
        </w:rPr>
        <w:t>时，</w:t>
      </w:r>
      <w:r>
        <w:pict>
          <v:shape id="_x0000_i706880" type="#_x0000_t75" alt="学科网(www.zxxk.com)--教育资源门户，提供试卷、教案、课件、论文、素材以及各类教学资源下载，还有大量而丰富的教学相关资讯！" style="width:74.25pt;height:33pt" o:oleicon="f" o:ole="">
            <v:imagedata r:id="rId293" o:title="eqId892f8caee42231c0f2cc7dfa136c4f4a"/>
          </v:shape>
        </w:pict>
      </w:r>
      <w:r>
        <w:rPr>
          <w:rFonts w:ascii="宋体" w:eastAsia="宋体" w:hAnsi="宋体" w:cs="宋体"/>
          <w:color w:val="000000"/>
        </w:rPr>
        <w:t>，故</w:t>
      </w:r>
      <w:r>
        <w:pict>
          <v:shape id="_x0000_i706881" type="#_x0000_t75" alt="学科网(www.zxxk.com)--教育资源门户，提供试卷、教案、课件、论文、素材以及各类教学资源下载，还有大量而丰富的教学相关资讯！" style="width:34pt;height:13pt" o:oleicon="f" o:ole="">
            <v:imagedata r:id="rId292" o:title="eqId36e15cbd7c42d7b15d7ba8d2b28ab8df"/>
          </v:shape>
        </w:pict>
      </w:r>
      <w:r>
        <w:rPr>
          <w:rFonts w:ascii="宋体" w:eastAsia="宋体" w:hAnsi="宋体" w:cs="宋体"/>
          <w:color w:val="000000"/>
        </w:rPr>
        <w:t>不合题意舍去；</w:t>
      </w:r>
    </w:p>
    <w:p>
      <w:pPr>
        <w:spacing w:line="360" w:lineRule="auto"/>
        <w:jc w:val="left"/>
        <w:textAlignment w:val="center"/>
        <w:rPr>
          <w:rFonts w:ascii="Times New Roman" w:eastAsia="Times New Roman" w:hAnsi="Times New Roman" w:cs="Times New Roman"/>
          <w:color w:val="000000"/>
        </w:rPr>
      </w:pPr>
      <w:r>
        <w:pict>
          <v:shape id="_x0000_i706882" type="#_x0000_t75" alt="学科网(www.zxxk.com)--教育资源门户，提供试卷、教案、课件、论文、素材以及各类教学资源下载，还有大量而丰富的教学相关资讯！" style="width:18pt;height:11.25pt" o:oleicon="f" o:ole="">
            <v:imagedata r:id="rId294" o:title="eqId0fd73eaa3827941790b67134498ebd92"/>
          </v:shape>
        </w:pic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9</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本题考查了绝对值，有理数的大小比较，理解题意．解题的关键在于利用绝对值的性质进行计算．</w:t>
      </w:r>
    </w:p>
    <w:p>
      <w:pPr>
        <w:pStyle w:val="Heading2"/>
      </w:pPr>
      <w:r>
        <w:t>交大附中</w:t>
      </w:r>
    </w:p>
    <w:p>
      <w:pPr>
        <w:spacing w:line="360" w:lineRule="auto"/>
        <w:jc w:val="left"/>
        <w:textAlignment w:val="center"/>
        <w:rPr>
          <w:color w:val="000000"/>
        </w:rPr>
      </w:pPr>
      <w:r>
        <w:rPr>
          <w:color w:val="000000"/>
        </w:rPr>
        <w:t xml:space="preserve">27. </w:t>
      </w:r>
      <w:r>
        <w:rPr>
          <w:rFonts w:ascii="宋体" w:eastAsia="宋体" w:hAnsi="宋体" w:cs="宋体"/>
          <w:color w:val="000000"/>
        </w:rPr>
        <w:t>已知数轴上三点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O</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对应的数分别为﹣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color w:val="000000"/>
        </w:rPr>
        <w:t>P</w:t>
      </w:r>
      <w:r>
        <w:rPr>
          <w:rFonts w:ascii="宋体" w:eastAsia="宋体" w:hAnsi="宋体" w:cs="宋体"/>
          <w:color w:val="000000"/>
        </w:rPr>
        <w:t>为数轴上任意一点，且表示的数为</w:t>
      </w:r>
      <w:r>
        <w:rPr>
          <w:rFonts w:ascii="Times New Roman" w:eastAsia="Times New Roman" w:hAnsi="Times New Roman" w:cs="Times New Roman"/>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color w:val="000000"/>
        </w:rPr>
        <w:t>MN</w:t>
      </w:r>
      <w:r>
        <w:rPr>
          <w:rFonts w:ascii="宋体" w:eastAsia="宋体" w:hAnsi="宋体" w:cs="宋体"/>
          <w:color w:val="000000"/>
        </w:rPr>
        <w:t>的长为</w:t>
      </w:r>
      <w:r>
        <w:rPr>
          <w:rFonts w:ascii="Times New Roman" w:eastAsia="Times New Roman" w:hAnsi="Times New Roman" w:cs="Times New Roman"/>
          <w:color w:val="000000"/>
          <w:u w:val="single"/>
        </w:rPr>
        <w:t>_______</w:t>
      </w:r>
      <w:r>
        <w:rPr>
          <w:rFonts w:ascii="宋体" w:eastAsia="宋体" w:hAnsi="宋体" w:cs="宋体"/>
          <w:color w:val="000000"/>
        </w:rPr>
        <w:t>个单位长度；</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）如果点</w:t>
      </w:r>
      <w:r>
        <w:rPr>
          <w:rFonts w:ascii="Times New Roman" w:eastAsia="Times New Roman" w:hAnsi="Times New Roman" w:cs="Times New Roman"/>
          <w:color w:val="000000"/>
        </w:rPr>
        <w:t>P</w:t>
      </w:r>
      <w:r>
        <w:rPr>
          <w:rFonts w:ascii="宋体" w:eastAsia="宋体" w:hAnsi="宋体" w:cs="宋体"/>
          <w:color w:val="000000"/>
        </w:rPr>
        <w:t>到点</w:t>
      </w:r>
      <w:r>
        <w:rPr>
          <w:rFonts w:ascii="Times New Roman" w:eastAsia="Times New Roman" w:hAnsi="Times New Roman" w:cs="Times New Roman"/>
          <w:color w:val="000000"/>
        </w:rPr>
        <w:t>M</w:t>
      </w:r>
      <w:r>
        <w:rPr>
          <w:rFonts w:ascii="宋体" w:eastAsia="宋体" w:hAnsi="宋体" w:cs="宋体"/>
          <w:color w:val="000000"/>
        </w:rPr>
        <w:t>、点</w:t>
      </w:r>
      <w:r>
        <w:rPr>
          <w:rFonts w:ascii="Times New Roman" w:eastAsia="Times New Roman" w:hAnsi="Times New Roman" w:cs="Times New Roman"/>
          <w:color w:val="000000"/>
        </w:rPr>
        <w:t>N</w:t>
      </w:r>
      <w:r>
        <w:rPr>
          <w:rFonts w:ascii="宋体" w:eastAsia="宋体" w:hAnsi="宋体" w:cs="宋体"/>
          <w:color w:val="000000"/>
        </w:rPr>
        <w:t>的距离相等，那么</w:t>
      </w:r>
      <w:r>
        <w:rPr>
          <w:rFonts w:ascii="Times New Roman" w:eastAsia="Times New Roman" w:hAnsi="Times New Roman" w:cs="Times New Roman"/>
          <w:color w:val="000000"/>
        </w:rPr>
        <w:t>x</w:t>
      </w:r>
      <w:r>
        <w:rPr>
          <w:rFonts w:ascii="宋体" w:eastAsia="宋体" w:hAnsi="宋体" w:cs="宋体"/>
          <w:color w:val="000000"/>
        </w:rPr>
        <w:t>的值是</w:t>
      </w:r>
      <w:r>
        <w:rPr>
          <w:rFonts w:ascii="Times New Roman" w:eastAsia="Times New Roman" w:hAnsi="Times New Roman" w:cs="Times New Roman"/>
          <w:color w:val="000000"/>
          <w:u w:val="single"/>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）数轴上是否存在点</w:t>
      </w:r>
      <w:r>
        <w:rPr>
          <w:rFonts w:ascii="Times New Roman" w:eastAsia="Times New Roman" w:hAnsi="Times New Roman" w:cs="Times New Roman"/>
          <w:color w:val="000000"/>
        </w:rPr>
        <w:t>P</w:t>
      </w:r>
      <w:r>
        <w:rPr>
          <w:rFonts w:ascii="宋体" w:eastAsia="宋体" w:hAnsi="宋体" w:cs="宋体"/>
          <w:color w:val="000000"/>
        </w:rPr>
        <w:t>，使点</w:t>
      </w:r>
      <w:r>
        <w:rPr>
          <w:rFonts w:ascii="Times New Roman" w:eastAsia="Times New Roman" w:hAnsi="Times New Roman" w:cs="Times New Roman"/>
          <w:color w:val="000000"/>
        </w:rPr>
        <w:t>P</w:t>
      </w:r>
      <w:r>
        <w:rPr>
          <w:rFonts w:ascii="宋体" w:eastAsia="宋体" w:hAnsi="宋体" w:cs="宋体"/>
          <w:color w:val="000000"/>
        </w:rPr>
        <w:t>到点</w:t>
      </w:r>
      <w:r>
        <w:rPr>
          <w:rFonts w:ascii="Times New Roman" w:eastAsia="Times New Roman" w:hAnsi="Times New Roman" w:cs="Times New Roman"/>
          <w:color w:val="000000"/>
        </w:rPr>
        <w:t>M</w:t>
      </w:r>
      <w:r>
        <w:rPr>
          <w:rFonts w:ascii="宋体" w:eastAsia="宋体" w:hAnsi="宋体" w:cs="宋体"/>
          <w:color w:val="000000"/>
        </w:rPr>
        <w:t>、点</w:t>
      </w:r>
      <w:r>
        <w:rPr>
          <w:rFonts w:ascii="Times New Roman" w:eastAsia="Times New Roman" w:hAnsi="Times New Roman" w:cs="Times New Roman"/>
          <w:color w:val="000000"/>
        </w:rPr>
        <w:t>N</w:t>
      </w:r>
      <w:r>
        <w:rPr>
          <w:rFonts w:ascii="宋体" w:eastAsia="宋体" w:hAnsi="宋体" w:cs="宋体"/>
          <w:color w:val="000000"/>
        </w:rPr>
        <w:t>的距离之和是</w:t>
      </w:r>
      <w:r>
        <w:rPr>
          <w:rFonts w:ascii="Times New Roman" w:eastAsia="Times New Roman" w:hAnsi="Times New Roman" w:cs="Times New Roman"/>
          <w:color w:val="000000"/>
        </w:rPr>
        <w:t>8</w:t>
      </w:r>
      <w:r>
        <w:rPr>
          <w:rFonts w:ascii="宋体" w:eastAsia="宋体" w:hAnsi="宋体" w:cs="宋体"/>
          <w:color w:val="000000"/>
        </w:rPr>
        <w:t>？若存在，直接写出</w:t>
      </w:r>
      <w:r>
        <w:rPr>
          <w:rFonts w:ascii="Times New Roman" w:eastAsia="Times New Roman" w:hAnsi="Times New Roman" w:cs="Times New Roman"/>
          <w:color w:val="000000"/>
        </w:rPr>
        <w:t>x</w:t>
      </w:r>
      <w:r>
        <w:rPr>
          <w:rFonts w:ascii="宋体" w:eastAsia="宋体" w:hAnsi="宋体" w:cs="宋体"/>
          <w:color w:val="000000"/>
        </w:rPr>
        <w:t>的值：若不存在，请说明理由．</w:t>
      </w:r>
    </w:p>
    <w:p>
      <w:pPr>
        <w:spacing w:line="360" w:lineRule="auto"/>
        <w:jc w:val="left"/>
        <w:textAlignment w:val="center"/>
        <w:rPr>
          <w:color w:val="000000"/>
        </w:rPr>
      </w:pPr>
      <w:r>
        <w:rPr>
          <w:color w:val="000000"/>
        </w:rPr>
        <w:drawing>
          <wp:inline>
            <wp:extent cx="2362200" cy="371475"/>
            <wp:docPr id="26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 name=""/>
                    <pic:cNvPicPr>
                      <a:picLocks noChangeAspect="1"/>
                    </pic:cNvPicPr>
                  </pic:nvPicPr>
                  <pic:blipFill>
                    <a:blip r:embed="rId295"/>
                    <a:stretch>
                      <a:fillRect/>
                    </a:stretch>
                  </pic:blipFill>
                  <pic:spPr>
                    <a:xfrm>
                      <a:off x="0" y="0"/>
                      <a:ext cx="2362200" cy="3714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）存在，</w:t>
      </w:r>
      <w:r>
        <w:rPr>
          <w:rFonts w:ascii="Times New Roman" w:eastAsia="Times New Roman" w:hAnsi="Times New Roman" w:cs="Times New Roman"/>
          <w:color w:val="000000"/>
        </w:rPr>
        <w:t>x</w:t>
      </w:r>
      <w:r>
        <w:rPr>
          <w:rFonts w:ascii="宋体" w:eastAsia="宋体" w:hAnsi="宋体" w:cs="宋体"/>
          <w:color w:val="000000"/>
        </w:rPr>
        <w:t>的值是﹣</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）由两点距离公式可求解；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）由题意列出方程，即可求解；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）可分为点</w:t>
      </w:r>
      <w:r>
        <w:rPr>
          <w:rFonts w:ascii="Times New Roman" w:eastAsia="Times New Roman" w:hAnsi="Times New Roman" w:cs="Times New Roman"/>
          <w:color w:val="000000"/>
        </w:rPr>
        <w:t>P</w:t>
      </w:r>
      <w:r>
        <w:rPr>
          <w:rFonts w:ascii="宋体" w:eastAsia="宋体" w:hAnsi="宋体" w:cs="宋体"/>
          <w:color w:val="000000"/>
        </w:rPr>
        <w:t>在点</w:t>
      </w:r>
      <w:r>
        <w:rPr>
          <w:rFonts w:ascii="Times New Roman" w:eastAsia="Times New Roman" w:hAnsi="Times New Roman" w:cs="Times New Roman"/>
          <w:color w:val="000000"/>
        </w:rPr>
        <w:t>M</w:t>
      </w:r>
      <w:r>
        <w:rPr>
          <w:rFonts w:ascii="宋体" w:eastAsia="宋体" w:hAnsi="宋体" w:cs="宋体"/>
          <w:color w:val="000000"/>
        </w:rPr>
        <w:t>的左侧和点</w:t>
      </w:r>
      <w:r>
        <w:rPr>
          <w:rFonts w:ascii="Times New Roman" w:eastAsia="Times New Roman" w:hAnsi="Times New Roman" w:cs="Times New Roman"/>
          <w:color w:val="000000"/>
        </w:rPr>
        <w:t>P</w:t>
      </w:r>
      <w:r>
        <w:rPr>
          <w:rFonts w:ascii="宋体" w:eastAsia="宋体" w:hAnsi="宋体" w:cs="宋体"/>
          <w:color w:val="000000"/>
        </w:rPr>
        <w:t>在点</w:t>
      </w:r>
      <w:r>
        <w:rPr>
          <w:rFonts w:ascii="Times New Roman" w:eastAsia="Times New Roman" w:hAnsi="Times New Roman" w:cs="Times New Roman"/>
          <w:color w:val="000000"/>
        </w:rPr>
        <w:t>N</w:t>
      </w:r>
      <w:r>
        <w:rPr>
          <w:rFonts w:ascii="宋体" w:eastAsia="宋体" w:hAnsi="宋体" w:cs="宋体"/>
          <w:color w:val="000000"/>
        </w:rPr>
        <w:t>的右侧，点</w:t>
      </w:r>
      <w:r>
        <w:rPr>
          <w:rFonts w:ascii="Times New Roman" w:eastAsia="Times New Roman" w:hAnsi="Times New Roman" w:cs="Times New Roman"/>
          <w:color w:val="000000"/>
        </w:rPr>
        <w:t>P</w:t>
      </w:r>
      <w:r>
        <w:rPr>
          <w:rFonts w:ascii="宋体" w:eastAsia="宋体" w:hAnsi="宋体" w:cs="宋体"/>
          <w:color w:val="000000"/>
        </w:rPr>
        <w:t>在点</w:t>
      </w:r>
      <w:r>
        <w:rPr>
          <w:rFonts w:ascii="Times New Roman" w:eastAsia="Times New Roman" w:hAnsi="Times New Roman" w:cs="Times New Roman"/>
          <w:color w:val="000000"/>
        </w:rPr>
        <w:t>M</w:t>
      </w:r>
      <w:r>
        <w:rPr>
          <w:rFonts w:ascii="宋体" w:eastAsia="宋体" w:hAnsi="宋体" w:cs="宋体"/>
          <w:color w:val="000000"/>
        </w:rPr>
        <w:t>和点</w:t>
      </w:r>
      <w:r>
        <w:rPr>
          <w:rFonts w:ascii="Times New Roman" w:eastAsia="Times New Roman" w:hAnsi="Times New Roman" w:cs="Times New Roman"/>
          <w:color w:val="000000"/>
        </w:rPr>
        <w:t>N</w:t>
      </w:r>
      <w:r>
        <w:rPr>
          <w:rFonts w:ascii="宋体" w:eastAsia="宋体" w:hAnsi="宋体" w:cs="宋体"/>
          <w:color w:val="000000"/>
        </w:rPr>
        <w:t>之间三种情况计算．</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MN</w:t>
      </w:r>
      <w:r>
        <w:rPr>
          <w:rFonts w:ascii="宋体" w:eastAsia="宋体" w:hAnsi="宋体" w:cs="宋体"/>
          <w:color w:val="000000"/>
        </w:rPr>
        <w:t>的长＝</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color w:val="000000"/>
        </w:rPr>
        <w:t>P</w:t>
      </w:r>
      <w:r>
        <w:rPr>
          <w:rFonts w:ascii="宋体" w:eastAsia="宋体" w:hAnsi="宋体" w:cs="宋体"/>
          <w:color w:val="000000"/>
        </w:rPr>
        <w:t>到点</w:t>
      </w:r>
      <w:r>
        <w:rPr>
          <w:rFonts w:ascii="Times New Roman" w:eastAsia="Times New Roman" w:hAnsi="Times New Roman" w:cs="Times New Roman"/>
          <w:color w:val="000000"/>
        </w:rPr>
        <w:t>M</w:t>
      </w:r>
      <w:r>
        <w:rPr>
          <w:rFonts w:ascii="宋体" w:eastAsia="宋体" w:hAnsi="宋体" w:cs="宋体"/>
          <w:color w:val="000000"/>
        </w:rPr>
        <w:t>、点</w:t>
      </w:r>
      <w:r>
        <w:rPr>
          <w:rFonts w:ascii="Times New Roman" w:eastAsia="Times New Roman" w:hAnsi="Times New Roman" w:cs="Times New Roman"/>
          <w:color w:val="000000"/>
        </w:rPr>
        <w:t>N</w:t>
      </w:r>
      <w:r>
        <w:rPr>
          <w:rFonts w:ascii="宋体" w:eastAsia="宋体" w:hAnsi="宋体" w:cs="宋体"/>
          <w:color w:val="000000"/>
        </w:rPr>
        <w:t>的距离相等，</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）①当点</w:t>
      </w:r>
      <w:r>
        <w:rPr>
          <w:rFonts w:ascii="Times New Roman" w:eastAsia="Times New Roman" w:hAnsi="Times New Roman" w:cs="Times New Roman"/>
          <w:color w:val="000000"/>
        </w:rPr>
        <w:t>P</w:t>
      </w:r>
      <w:r>
        <w:rPr>
          <w:rFonts w:ascii="宋体" w:eastAsia="宋体" w:hAnsi="宋体" w:cs="宋体"/>
          <w:color w:val="000000"/>
        </w:rPr>
        <w:t>在点</w:t>
      </w:r>
      <w:r>
        <w:rPr>
          <w:rFonts w:ascii="Times New Roman" w:eastAsia="Times New Roman" w:hAnsi="Times New Roman" w:cs="Times New Roman"/>
          <w:color w:val="000000"/>
        </w:rPr>
        <w:t>M</w:t>
      </w:r>
      <w:r>
        <w:rPr>
          <w:rFonts w:ascii="宋体" w:eastAsia="宋体" w:hAnsi="宋体" w:cs="宋体"/>
          <w:color w:val="000000"/>
        </w:rPr>
        <w:t>的左侧时，</w:t>
      </w:r>
    </w:p>
    <w:p>
      <w:pPr>
        <w:spacing w:line="360" w:lineRule="auto"/>
        <w:jc w:val="left"/>
        <w:textAlignment w:val="center"/>
        <w:rPr>
          <w:color w:val="000000"/>
        </w:rPr>
      </w:pPr>
      <w:r>
        <w:rPr>
          <w:rFonts w:ascii="宋体" w:eastAsia="宋体" w:hAnsi="宋体" w:cs="宋体"/>
          <w:color w:val="000000"/>
        </w:rPr>
        <w:t>根据题意得：﹣</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x+3</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P</w:t>
      </w:r>
      <w:r>
        <w:rPr>
          <w:rFonts w:ascii="宋体" w:eastAsia="宋体" w:hAnsi="宋体" w:cs="宋体"/>
          <w:color w:val="000000"/>
        </w:rPr>
        <w:t>在点</w:t>
      </w:r>
      <w:r>
        <w:rPr>
          <w:rFonts w:ascii="Times New Roman" w:eastAsia="Times New Roman" w:hAnsi="Times New Roman" w:cs="Times New Roman"/>
          <w:color w:val="000000"/>
        </w:rPr>
        <w:t>M</w:t>
      </w:r>
      <w:r>
        <w:rPr>
          <w:rFonts w:ascii="宋体" w:eastAsia="宋体" w:hAnsi="宋体" w:cs="宋体"/>
          <w:color w:val="000000"/>
        </w:rPr>
        <w:t>和点</w:t>
      </w:r>
      <w:r>
        <w:rPr>
          <w:rFonts w:ascii="Times New Roman" w:eastAsia="Times New Roman" w:hAnsi="Times New Roman" w:cs="Times New Roman"/>
          <w:color w:val="000000"/>
        </w:rPr>
        <w:t>N</w:t>
      </w:r>
      <w:r>
        <w:rPr>
          <w:rFonts w:ascii="宋体" w:eastAsia="宋体" w:hAnsi="宋体" w:cs="宋体"/>
          <w:color w:val="000000"/>
        </w:rPr>
        <w:t>之间时，</w:t>
      </w:r>
      <w:r>
        <w:rPr>
          <w:rFonts w:ascii="Times New Roman" w:eastAsia="Times New Roman" w:hAnsi="Times New Roman" w:cs="Times New Roman"/>
          <w:color w:val="000000"/>
        </w:rPr>
        <w:t>PN+PM</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，不合题意，</w:t>
      </w:r>
    </w:p>
    <w:p>
      <w:pPr>
        <w:spacing w:line="360" w:lineRule="auto"/>
        <w:jc w:val="left"/>
        <w:textAlignment w:val="center"/>
        <w:rPr>
          <w:color w:val="000000"/>
        </w:rPr>
      </w:pPr>
      <w:r>
        <w:rPr>
          <w:rFonts w:ascii="宋体" w:eastAsia="宋体" w:hAnsi="宋体" w:cs="宋体"/>
          <w:color w:val="000000"/>
        </w:rPr>
        <w:t>③点</w:t>
      </w:r>
      <w:r>
        <w:rPr>
          <w:rFonts w:ascii="Times New Roman" w:eastAsia="Times New Roman" w:hAnsi="Times New Roman" w:cs="Times New Roman"/>
          <w:color w:val="000000"/>
        </w:rPr>
        <w:t>P</w:t>
      </w:r>
      <w:r>
        <w:rPr>
          <w:rFonts w:ascii="宋体" w:eastAsia="宋体" w:hAnsi="宋体" w:cs="宋体"/>
          <w:color w:val="000000"/>
        </w:rPr>
        <w:t>在点</w:t>
      </w:r>
      <w:r>
        <w:rPr>
          <w:rFonts w:ascii="Times New Roman" w:eastAsia="Times New Roman" w:hAnsi="Times New Roman" w:cs="Times New Roman"/>
          <w:color w:val="000000"/>
        </w:rPr>
        <w:t>N</w:t>
      </w:r>
      <w:r>
        <w:rPr>
          <w:rFonts w:ascii="宋体" w:eastAsia="宋体" w:hAnsi="宋体" w:cs="宋体"/>
          <w:color w:val="000000"/>
        </w:rPr>
        <w:t>的右侧时，</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color w:val="000000"/>
        </w:rPr>
        <w:t>x</w:t>
      </w:r>
      <w:r>
        <w:rPr>
          <w:rFonts w:ascii="宋体" w:eastAsia="宋体" w:hAnsi="宋体" w:cs="宋体"/>
          <w:color w:val="000000"/>
        </w:rPr>
        <w:t>的值是﹣</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此题是一元一次方程的应用，解题关键在于对数轴的掌握，包括数轴的三要素和数轴按照从左到右的顺序数值逐渐增大．</w:t>
      </w:r>
    </w:p>
    <w:p>
      <w:pPr>
        <w:spacing w:line="360" w:lineRule="auto"/>
        <w:jc w:val="left"/>
        <w:textAlignment w:val="center"/>
        <w:rPr>
          <w:color w:val="000000"/>
        </w:rPr>
      </w:pPr>
      <w:r>
        <w:rPr>
          <w:color w:val="000000"/>
        </w:rPr>
        <w:t xml:space="preserve">28. </w:t>
      </w:r>
      <w:r>
        <w:rPr>
          <w:rFonts w:ascii="宋体" w:eastAsia="宋体" w:hAnsi="宋体" w:cs="宋体"/>
          <w:color w:val="000000"/>
        </w:rPr>
        <w:t>将连续的偶数</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，…排成如下表，并用一个十字形框架框住其中的五个数，请你仔细观察十字形框架中的数字的规律，并回答下列问题：</w:t>
      </w:r>
    </w:p>
    <w:p>
      <w:pPr>
        <w:spacing w:line="360" w:lineRule="auto"/>
        <w:jc w:val="left"/>
        <w:textAlignment w:val="center"/>
        <w:rPr>
          <w:color w:val="000000"/>
        </w:rPr>
      </w:pPr>
      <w:r>
        <w:rPr>
          <w:color w:val="000000"/>
        </w:rPr>
        <w:drawing>
          <wp:inline>
            <wp:extent cx="1685925" cy="1238250"/>
            <wp:docPr id="26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 name=""/>
                    <pic:cNvPicPr>
                      <a:picLocks noChangeAspect="1"/>
                    </pic:cNvPicPr>
                  </pic:nvPicPr>
                  <pic:blipFill>
                    <a:blip r:embed="rId296"/>
                    <a:stretch>
                      <a:fillRect/>
                    </a:stretch>
                  </pic:blipFill>
                  <pic:spPr>
                    <a:xfrm>
                      <a:off x="0" y="0"/>
                      <a:ext cx="1685925" cy="12382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）十字框中的五个数的和等于</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）若将十字框上下左右移动，可框住另外的五个数，设中间的数为</w:t>
      </w:r>
      <w:r>
        <w:rPr>
          <w:rFonts w:ascii="Times New Roman" w:eastAsia="Times New Roman" w:hAnsi="Times New Roman" w:cs="Times New Roman"/>
          <w:i/>
          <w:color w:val="000000"/>
        </w:rPr>
        <w:t>x</w:t>
      </w:r>
      <w:r>
        <w:rPr>
          <w:rFonts w:ascii="宋体" w:eastAsia="宋体" w:hAnsi="宋体" w:cs="宋体"/>
          <w:color w:val="000000"/>
        </w:rPr>
        <w:t>，用代数式表示十字框中的五个数的和是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）在移动十字框的过程中，若框住的五个数的和等于</w:t>
      </w:r>
      <w:r>
        <w:rPr>
          <w:rFonts w:ascii="Times New Roman" w:eastAsia="Times New Roman" w:hAnsi="Times New Roman" w:cs="Times New Roman"/>
          <w:color w:val="000000"/>
        </w:rPr>
        <w:t>2020</w:t>
      </w:r>
      <w:r>
        <w:rPr>
          <w:rFonts w:ascii="宋体" w:eastAsia="宋体" w:hAnsi="宋体" w:cs="宋体"/>
          <w:color w:val="000000"/>
        </w:rPr>
        <w:t>，这五个数从小到大依次</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）框住的五个数的和能等于</w:t>
      </w:r>
      <w:r>
        <w:rPr>
          <w:rFonts w:ascii="Times New Roman" w:eastAsia="Times New Roman" w:hAnsi="Times New Roman" w:cs="Times New Roman"/>
          <w:color w:val="000000"/>
        </w:rPr>
        <w:t>2019</w:t>
      </w:r>
      <w:r>
        <w:rPr>
          <w:rFonts w:ascii="宋体" w:eastAsia="宋体" w:hAnsi="宋体" w:cs="宋体"/>
          <w:color w:val="000000"/>
        </w:rPr>
        <w:t>吗？</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80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）这五个数分别为：</w:t>
      </w:r>
      <w:r>
        <w:rPr>
          <w:rFonts w:ascii="Times New Roman" w:eastAsia="Times New Roman" w:hAnsi="Times New Roman" w:cs="Times New Roman"/>
          <w:color w:val="000000"/>
        </w:rPr>
        <w:t>394,402,404,406,414</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）不能</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）根据有理数的加法法则计算；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）根据图中数字的规律分别表示另外四个数，列式计算即可；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2</w:t>
      </w:r>
      <w:r>
        <w:rPr>
          <w:rFonts w:ascii="宋体" w:eastAsia="宋体" w:hAnsi="宋体" w:cs="宋体"/>
          <w:color w:val="000000"/>
        </w:rPr>
        <w:t>）列方程</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2020</w:t>
      </w:r>
      <w:r>
        <w:rPr>
          <w:rFonts w:ascii="宋体" w:eastAsia="宋体" w:hAnsi="宋体" w:cs="宋体"/>
          <w:color w:val="000000"/>
        </w:rPr>
        <w:t>，求解即可；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）列方程</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2019</w:t>
      </w:r>
      <w:r>
        <w:rPr>
          <w:rFonts w:ascii="宋体" w:eastAsia="宋体" w:hAnsi="宋体" w:cs="宋体"/>
          <w:color w:val="000000"/>
        </w:rPr>
        <w:t>，求解判断即可．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6+14+16+18+26=80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）设中间的数为</w:t>
      </w:r>
      <w:r>
        <w:rPr>
          <w:rFonts w:ascii="Times New Roman" w:eastAsia="Times New Roman" w:hAnsi="Times New Roman" w:cs="Times New Roman"/>
          <w:i/>
          <w:color w:val="000000"/>
        </w:rPr>
        <w:t>x</w:t>
      </w:r>
      <w:r>
        <w:rPr>
          <w:rFonts w:ascii="宋体" w:eastAsia="宋体" w:hAnsi="宋体" w:cs="宋体"/>
          <w:color w:val="000000"/>
        </w:rPr>
        <w:t>，则其他四个数分别为</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∴这五个数的和是</w:t>
      </w:r>
      <w:r>
        <w:rPr>
          <w:rFonts w:ascii="Times New Roman" w:eastAsia="Times New Roman" w:hAnsi="Times New Roman" w:cs="Times New Roman"/>
          <w:i/>
          <w:color w:val="000000"/>
        </w:rPr>
        <w:t>x-</w:t>
      </w:r>
      <w:r>
        <w:rPr>
          <w:rFonts w:ascii="Times New Roman" w:eastAsia="Times New Roman" w:hAnsi="Times New Roman" w:cs="Times New Roman"/>
          <w:color w:val="000000"/>
        </w:rPr>
        <w:t>10+</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+10=5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）得，设中间的数为</w:t>
      </w:r>
      <w:r>
        <w:rPr>
          <w:rFonts w:ascii="Times New Roman" w:eastAsia="Times New Roman" w:hAnsi="Times New Roman" w:cs="Times New Roman"/>
          <w:i/>
          <w:color w:val="000000"/>
        </w:rPr>
        <w:t>x</w:t>
      </w:r>
      <w:r>
        <w:rPr>
          <w:rFonts w:ascii="宋体" w:eastAsia="宋体" w:hAnsi="宋体" w:cs="宋体"/>
          <w:color w:val="000000"/>
        </w:rPr>
        <w:t>，则这五个数的和是</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2020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=404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∴这五个数分别为：</w:t>
      </w:r>
      <w:r>
        <w:rPr>
          <w:rFonts w:ascii="Times New Roman" w:eastAsia="Times New Roman" w:hAnsi="Times New Roman" w:cs="Times New Roman"/>
          <w:color w:val="000000"/>
        </w:rPr>
        <w:t>394</w:t>
      </w:r>
      <w:r>
        <w:rPr>
          <w:rFonts w:ascii="宋体" w:eastAsia="宋体" w:hAnsi="宋体" w:cs="宋体"/>
          <w:color w:val="000000"/>
        </w:rPr>
        <w:t>，</w:t>
      </w:r>
      <w:r>
        <w:rPr>
          <w:rFonts w:ascii="Times New Roman" w:eastAsia="Times New Roman" w:hAnsi="Times New Roman" w:cs="Times New Roman"/>
          <w:color w:val="000000"/>
        </w:rPr>
        <w:t>402</w:t>
      </w:r>
      <w:r>
        <w:rPr>
          <w:rFonts w:ascii="宋体" w:eastAsia="宋体" w:hAnsi="宋体" w:cs="宋体"/>
          <w:color w:val="000000"/>
        </w:rPr>
        <w:t>，</w:t>
      </w:r>
      <w:r>
        <w:rPr>
          <w:rFonts w:ascii="Times New Roman" w:eastAsia="Times New Roman" w:hAnsi="Times New Roman" w:cs="Times New Roman"/>
          <w:color w:val="000000"/>
        </w:rPr>
        <w:t>404</w:t>
      </w:r>
      <w:r>
        <w:rPr>
          <w:rFonts w:ascii="宋体" w:eastAsia="宋体" w:hAnsi="宋体" w:cs="宋体"/>
          <w:color w:val="000000"/>
        </w:rPr>
        <w:t>，</w:t>
      </w:r>
      <w:r>
        <w:rPr>
          <w:rFonts w:ascii="Times New Roman" w:eastAsia="Times New Roman" w:hAnsi="Times New Roman" w:cs="Times New Roman"/>
          <w:color w:val="000000"/>
        </w:rPr>
        <w:t>406</w:t>
      </w:r>
      <w:r>
        <w:rPr>
          <w:rFonts w:ascii="宋体" w:eastAsia="宋体" w:hAnsi="宋体" w:cs="宋体"/>
          <w:color w:val="000000"/>
        </w:rPr>
        <w:t>，</w:t>
      </w:r>
      <w:r>
        <w:rPr>
          <w:rFonts w:ascii="Times New Roman" w:eastAsia="Times New Roman" w:hAnsi="Times New Roman" w:cs="Times New Roman"/>
          <w:color w:val="000000"/>
        </w:rPr>
        <w:t>414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394,402,404,406,414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）得，设中间的数为</w:t>
      </w:r>
      <w:r>
        <w:rPr>
          <w:rFonts w:ascii="Times New Roman" w:eastAsia="Times New Roman" w:hAnsi="Times New Roman" w:cs="Times New Roman"/>
          <w:i/>
          <w:color w:val="000000"/>
        </w:rPr>
        <w:t>x</w:t>
      </w:r>
      <w:r>
        <w:rPr>
          <w:rFonts w:ascii="宋体" w:eastAsia="宋体" w:hAnsi="宋体" w:cs="宋体"/>
          <w:color w:val="000000"/>
        </w:rPr>
        <w:t>，则这五个数的和是</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2019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6883" type="#_x0000_t75" alt="学科网(www.zxxk.com)--教育资源门户，提供试卷、教案、课件、论文、素材以及各类教学资源下载，还有大量而丰富的教学相关资讯！" style="width:48pt;height:31.5pt" o:oleicon="f" o:ole="">
            <v:imagedata r:id="rId297" o:title="eqIdf33f74a0764d8e1dee0fbbe2e50067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是整数且为偶数，</w:t>
      </w:r>
    </w:p>
    <w:p>
      <w:pPr>
        <w:spacing w:line="360" w:lineRule="auto"/>
        <w:jc w:val="left"/>
        <w:textAlignment w:val="center"/>
        <w:rPr>
          <w:color w:val="000000"/>
        </w:rPr>
      </w:pPr>
      <w:r>
        <w:rPr>
          <w:rFonts w:ascii="宋体" w:eastAsia="宋体" w:hAnsi="宋体" w:cs="宋体"/>
          <w:color w:val="000000"/>
        </w:rPr>
        <w:t>∴框住的五个数的和不能等于</w:t>
      </w:r>
      <w:r>
        <w:rPr>
          <w:rFonts w:ascii="Times New Roman" w:eastAsia="Times New Roman" w:hAnsi="Times New Roman" w:cs="Times New Roman"/>
          <w:color w:val="000000"/>
        </w:rPr>
        <w:t>2019</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此题考查有理数的加法法则，列代数式的实际应用，解一元一次方程，熟练掌握各知识点并应用解决问题是解题的关键．</w:t>
      </w:r>
    </w:p>
    <w:p>
      <w:pPr>
        <w:pStyle w:val="Heading2"/>
      </w:pPr>
      <w:r>
        <w:t>北京师范大学亚太实验学校</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观察下列两个等式：</w:t>
      </w:r>
      <w:r>
        <w:pict>
          <v:shape id="_x0000_i706884" type="#_x0000_t75" alt="学科网(www.zxxk.com)--教育资源门户，提供试卷、教案、课件、论文、素材以及各类教学资源下载，还有大量而丰富的教学相关资讯！" style="width:1in;height:29pt" o:oleicon="f" o:ole="">
            <v:imagedata r:id="rId298" o:title="eqId870710225c1959027ed0962b2fa75e55"/>
          </v:shape>
        </w:pict>
      </w:r>
      <w:r>
        <w:rPr>
          <w:rFonts w:ascii="宋体" w:eastAsia="宋体" w:hAnsi="宋体" w:cs="宋体"/>
          <w:color w:val="000000"/>
        </w:rPr>
        <w:t>，</w:t>
      </w:r>
      <w:r>
        <w:pict>
          <v:shape id="_x0000_i706885" type="#_x0000_t75" alt="学科网(www.zxxk.com)--教育资源门户，提供试卷、教案、课件、论文、素材以及各类教学资源下载，还有大量而丰富的教学相关资讯！" style="width:1in;height:29pt" o:oleicon="f" o:ole="">
            <v:imagedata r:id="rId299" o:title="eqIdd4bd20b79d6911da7aa5b2492dd0d39a"/>
          </v:shape>
        </w:pict>
      </w:r>
      <w:r>
        <w:rPr>
          <w:rFonts w:ascii="宋体" w:eastAsia="宋体" w:hAnsi="宋体" w:cs="宋体"/>
          <w:color w:val="000000"/>
        </w:rPr>
        <w:t>，给出定义如下：</w:t>
      </w:r>
    </w:p>
    <w:p>
      <w:pPr>
        <w:spacing w:line="360" w:lineRule="auto"/>
        <w:jc w:val="left"/>
        <w:textAlignment w:val="center"/>
        <w:rPr>
          <w:rFonts w:ascii="宋体" w:eastAsia="宋体" w:hAnsi="宋体" w:cs="宋体"/>
          <w:color w:val="000000"/>
        </w:rPr>
      </w:pPr>
      <w:r>
        <w:rPr>
          <w:rFonts w:ascii="宋体" w:eastAsia="宋体" w:hAnsi="宋体" w:cs="宋体"/>
          <w:color w:val="000000"/>
        </w:rPr>
        <w:t>我们称使等式</w:t>
      </w:r>
      <w:r>
        <w:pict>
          <v:shape id="_x0000_i706886" type="#_x0000_t75" alt="学科网(www.zxxk.com)--教育资源门户，提供试卷、教案、课件、论文、素材以及各类教学资源下载，还有大量而丰富的教学相关资讯！" style="width:64.8pt;height:13.8pt" o:oleicon="f" o:ole="">
            <v:imagedata r:id="rId300" o:title="eqId74a88aa0824b26f6ba0b7c7491f5e8de"/>
          </v:shape>
        </w:pict>
      </w:r>
      <w:r>
        <w:rPr>
          <w:rFonts w:ascii="宋体" w:eastAsia="宋体" w:hAnsi="宋体" w:cs="宋体"/>
          <w:color w:val="000000"/>
        </w:rPr>
        <w:t>成立的一对有理数</w:t>
      </w:r>
      <w:r>
        <w:pict>
          <v:shape id="_x0000_i706887" type="#_x0000_t75" alt="学科网(www.zxxk.com)--教育资源门户，提供试卷、教案、课件、论文、素材以及各类教学资源下载，还有大量而丰富的教学相关资讯！" style="width:10pt;height:11.5pt" o:oleicon="f" o:ole="">
            <v:imagedata r:id="rId301" o:title="eqId0a6936d370d6a238a608ca56f87198de"/>
          </v:shape>
        </w:pict>
      </w:r>
      <w:r>
        <w:rPr>
          <w:rFonts w:ascii="宋体" w:eastAsia="宋体" w:hAnsi="宋体" w:cs="宋体"/>
          <w:color w:val="000000"/>
        </w:rPr>
        <w:t>，</w:t>
      </w:r>
      <w:r>
        <w:pict>
          <v:shape id="_x0000_i706888" type="#_x0000_t75" alt="学科网(www.zxxk.com)--教育资源门户，提供试卷、教案、课件、论文、素材以及各类教学资源下载，还有大量而丰富的教学相关资讯！" style="width:9.9pt;height:14.35pt" o:oleicon="f" o:ole="">
            <v:imagedata r:id="rId302" o:title="eqId2c94bb12cee76221e13f9ef955b0aab1"/>
          </v:shape>
        </w:pict>
      </w:r>
      <w:r>
        <w:rPr>
          <w:rFonts w:ascii="宋体" w:eastAsia="宋体" w:hAnsi="宋体" w:cs="宋体"/>
          <w:color w:val="000000"/>
        </w:rPr>
        <w:t>为“同生数对”，记为</w:t>
      </w:r>
      <w:r>
        <w:pict>
          <v:shape id="_x0000_i706889" type="#_x0000_t75" alt="学科网(www.zxxk.com)--教育资源门户，提供试卷、教案、课件、论文、素材以及各类教学资源下载，还有大量而丰富的教学相关资讯！" style="width:29.25pt;height:20.25pt" o:oleicon="f" o:ole="">
            <v:imagedata r:id="rId303" o:title="eqId4562f3225c98cf5cb11b47d98c9cc9c3"/>
          </v:shape>
        </w:pict>
      </w:r>
      <w:r>
        <w:rPr>
          <w:rFonts w:ascii="宋体" w:eastAsia="宋体" w:hAnsi="宋体" w:cs="宋体"/>
          <w:color w:val="000000"/>
        </w:rPr>
        <w:t>，如：数对</w:t>
      </w:r>
      <w:r>
        <w:pict>
          <v:shape id="_x0000_i706890" type="#_x0000_t75" alt="学科网(www.zxxk.com)--教育资源门户，提供试卷、教案、课件、论文、素材以及各类教学资源下载，还有大量而丰富的教学相关资讯！" style="width:33pt;height:34pt" o:oleicon="f" o:ole="">
            <v:imagedata r:id="rId304" o:title="eqId510fc16cc2fe1f08c2486971a779f5f4"/>
          </v:shape>
        </w:pict>
      </w:r>
      <w:r>
        <w:rPr>
          <w:rFonts w:ascii="宋体" w:eastAsia="宋体" w:hAnsi="宋体" w:cs="宋体"/>
          <w:color w:val="000000"/>
        </w:rPr>
        <w:t>，</w:t>
      </w:r>
      <w:r>
        <w:pict>
          <v:shape id="_x0000_i706891" type="#_x0000_t75" alt="学科网(www.zxxk.com)--教育资源门户，提供试卷、教案、课件、论文、素材以及各类教学资源下载，还有大量而丰富的教学相关资讯！" style="width:33pt;height:33.75pt" o:oleicon="f" o:ole="">
            <v:imagedata r:id="rId305" o:title="eqId5c4ed0d6e6b0ec8a73e84c4532a86f43"/>
          </v:shape>
        </w:pict>
      </w:r>
      <w:r>
        <w:rPr>
          <w:rFonts w:ascii="宋体" w:eastAsia="宋体" w:hAnsi="宋体" w:cs="宋体"/>
          <w:color w:val="000000"/>
        </w:rPr>
        <w:t>，都是“同生数对”．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）判断数对</w:t>
      </w:r>
      <w:r>
        <w:pict>
          <v:shape id="_x0000_i706892" type="#_x0000_t75" alt="学科网(www.zxxk.com)--教育资源门户，提供试卷、教案、课件、论文、素材以及各类教学资源下载，还有大量而丰富的教学相关资讯！" style="width:33.75pt;height:20.25pt" o:oleicon="f" o:ole="">
            <v:imagedata r:id="rId306" o:title="eqId29f48e1c656aace41360467f254e359d"/>
          </v:shape>
        </w:pict>
      </w:r>
      <w:r>
        <w:rPr>
          <w:rFonts w:ascii="宋体" w:eastAsia="宋体" w:hAnsi="宋体" w:cs="宋体"/>
          <w:color w:val="000000"/>
        </w:rPr>
        <w:t>，</w:t>
      </w:r>
      <w:r>
        <w:pict>
          <v:shape id="_x0000_i706893" type="#_x0000_t75" alt="学科网(www.zxxk.com)--教育资源门户，提供试卷、教案、课件、论文、素材以及各类教学资源下载，还有大量而丰富的教学相关资讯！" style="width:33pt;height:33.75pt" o:oleicon="f" o:ole="">
            <v:imagedata r:id="rId307" o:title="eqId79b23bd615504d9cd6e4bd141a9c432b"/>
          </v:shape>
        </w:pict>
      </w:r>
      <w:r>
        <w:rPr>
          <w:rFonts w:ascii="宋体" w:eastAsia="宋体" w:hAnsi="宋体" w:cs="宋体"/>
          <w:color w:val="000000"/>
        </w:rPr>
        <w:t>是不是“同生数对”，写出过程；</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06894" type="#_x0000_t75" alt="学科网(www.zxxk.com)--教育资源门户，提供试卷、教案、课件、论文、素材以及各类教学资源下载，还有大量而丰富的教学相关资讯！" style="width:29.25pt;height:20.25pt" o:oleicon="f" o:ole="">
            <v:imagedata r:id="rId308" o:title="eqId55663f98e1efea0f574d30388df9d1fd"/>
          </v:shape>
        </w:pict>
      </w:r>
      <w:r>
        <w:rPr>
          <w:rFonts w:ascii="宋体" w:eastAsia="宋体" w:hAnsi="宋体" w:cs="宋体"/>
          <w:color w:val="000000"/>
        </w:rPr>
        <w:t>是“同生数对”，求</w:t>
      </w:r>
      <w:r>
        <w:pict>
          <v:shape id="_x0000_i706895" type="#_x0000_t75" alt="学科网(www.zxxk.com)--教育资源门户，提供试卷、教案、课件、论文、素材以及各类教学资源下载，还有大量而丰富的教学相关资讯！" style="width:10pt;height:11.5pt" o:oleicon="f" o:ole="">
            <v:imagedata r:id="rId309" o:title="eqId0a6936d370d6a238a608ca56f87198de"/>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06896" type="#_x0000_t75" alt="学科网(www.zxxk.com)--教育资源门户，提供试卷、教案、课件、论文、素材以及各类教学资源下载，还有大量而丰富的教学相关资讯！" style="width:32.25pt;height:20.25pt" o:oleicon="f" o:ole="">
            <v:imagedata r:id="rId310" o:title="eqIdba7204f43679af6935e494c59d40c6ff"/>
          </v:shape>
        </w:pict>
      </w:r>
      <w:r>
        <w:rPr>
          <w:rFonts w:ascii="宋体" w:eastAsia="宋体" w:hAnsi="宋体" w:cs="宋体"/>
          <w:color w:val="000000"/>
        </w:rPr>
        <w:t>是“同生数对”，则</w:t>
      </w:r>
      <w:r>
        <w:pict>
          <v:shape id="_x0000_i706897" type="#_x0000_t75" alt="学科网(www.zxxk.com)--教育资源门户，提供试卷、教案、课件、论文、素材以及各类教学资源下载，还有大量而丰富的教学相关资讯！" style="width:45.75pt;height:20.25pt" o:oleicon="f" o:ole="">
            <v:imagedata r:id="rId311" o:title="eqId9ca2b4b9c974660340f58c3831b18764"/>
          </v:shape>
        </w:pict>
      </w:r>
      <w:r>
        <w:rPr>
          <w:rFonts w:ascii="Times New Roman" w:eastAsia="Times New Roman" w:hAnsi="Times New Roman" w:cs="Times New Roman"/>
          <w:color w:val="000000"/>
        </w:rPr>
        <w:t>______</w:t>
      </w:r>
      <w:r>
        <w:rPr>
          <w:rFonts w:ascii="宋体" w:eastAsia="宋体" w:hAnsi="宋体" w:cs="宋体"/>
          <w:color w:val="000000"/>
        </w:rPr>
        <w:t>“同生数对”（填“是”或“不是”）；说明理由；</w:t>
      </w:r>
    </w:p>
    <w:p>
      <w:pPr>
        <w:spacing w:line="360" w:lineRule="auto"/>
        <w:textAlignment w:val="center"/>
        <w:rPr>
          <w:color w:val="2E75B6"/>
        </w:rPr>
      </w:pPr>
      <w:r>
        <w:rPr>
          <w:color w:val="2E75B6"/>
        </w:rPr>
        <w:t>【26题答案】</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6898" type="#_x0000_t75" alt="学科网(www.zxxk.com)--教育资源门户，提供试卷、教案、课件、论文、素材以及各类教学资源下载，还有大量而丰富的教学相关资讯！" style="width:33.75pt;height:20.25pt" o:oleicon="f" o:ole="">
            <v:imagedata r:id="rId312" o:title="eqId29f48e1c656aace41360467f254e359d"/>
          </v:shape>
        </w:pict>
      </w:r>
      <w:r>
        <w:rPr>
          <w:rFonts w:ascii="宋体" w:eastAsia="宋体" w:hAnsi="宋体" w:cs="宋体"/>
          <w:color w:val="000000"/>
        </w:rPr>
        <w:t>不是同生数对；</w:t>
      </w:r>
      <w:r>
        <w:pict>
          <v:shape id="_x0000_i706899" type="#_x0000_t75" alt="学科网(www.zxxk.com)--教育资源门户，提供试卷、教案、课件、论文、素材以及各类教学资源下载，还有大量而丰富的教学相关资讯！" style="width:33pt;height:33.75pt" o:oleicon="f" o:ole="">
            <v:imagedata r:id="rId313" o:title="eqId79b23bd615504d9cd6e4bd141a9c432b"/>
          </v:shape>
        </w:pict>
      </w:r>
      <w:r>
        <w:rPr>
          <w:rFonts w:ascii="宋体" w:eastAsia="宋体" w:hAnsi="宋体" w:cs="宋体"/>
          <w:color w:val="000000"/>
        </w:rPr>
        <w:t>是同生数对；见解析；（</w:t>
      </w:r>
      <w:r>
        <w:rPr>
          <w:rFonts w:ascii="Times New Roman" w:eastAsia="Times New Roman" w:hAnsi="Times New Roman" w:cs="Times New Roman"/>
          <w:color w:val="000000"/>
        </w:rPr>
        <w:t>2</w:t>
      </w:r>
      <w:r>
        <w:rPr>
          <w:rFonts w:ascii="宋体" w:eastAsia="宋体" w:hAnsi="宋体" w:cs="宋体"/>
          <w:color w:val="000000"/>
        </w:rPr>
        <w:t>）</w:t>
      </w:r>
      <w:r>
        <w:pict>
          <v:shape id="_x0000_i706900" type="#_x0000_t75" alt="学科网(www.zxxk.com)--教育资源门户，提供试卷、教案、课件、论文、素材以及各类教学资源下载，还有大量而丰富的教学相关资讯！" style="width:35.25pt;height:14.25pt" o:oleicon="f" o:ole="">
            <v:imagedata r:id="rId314" o:title="eqIdf22a4a0dd7307a1323d25331e60782d8"/>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）是，见解析</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）根据“共生有理数对”的定义进行计算即可；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（2）根据“共生有理数对”的定义列出方程，解之即可；</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）只需要证明</w:t>
      </w:r>
      <w:r>
        <w:pict>
          <v:shape id="_x0000_i706901" type="#_x0000_t75" alt="学科网(www.zxxk.com)--教育资源门户，提供试卷、教案、课件、论文、素材以及各类教学资源下载，还有大量而丰富的教学相关资讯！" style="width:52.8pt;height:19.8pt" o:oleicon="f" o:ole="">
            <v:imagedata r:id="rId315" o:title="eqId9fcba7a1ea34d2dc90d467c5e7b3797c"/>
          </v:shape>
        </w:pict>
      </w:r>
      <w:r>
        <w:rPr>
          <w:rFonts w:ascii="宋体" w:eastAsia="宋体" w:hAnsi="宋体" w:cs="宋体"/>
          <w:color w:val="000000"/>
        </w:rPr>
        <w:t>与</w:t>
      </w:r>
      <w:r>
        <w:pict>
          <v:shape id="_x0000_i706902" type="#_x0000_t75" alt="学科网(www.zxxk.com)--教育资源门户，提供试卷、教案、课件、论文、素材以及各类教学资源下载，还有大量而丰富的教学相关资讯！" style="width:33.05pt;height:13.85pt" o:oleicon="f" o:ole="">
            <v:imagedata r:id="rId316" o:title="eqIdb125ce22459cfd48f5c4bbbe44f3de6b"/>
          </v:shape>
        </w:pict>
      </w:r>
      <w:r>
        <w:rPr>
          <w:rFonts w:ascii="宋体" w:eastAsia="宋体" w:hAnsi="宋体" w:cs="宋体"/>
          <w:color w:val="000000"/>
        </w:rPr>
        <w:t>是否相等即可判断得到答案</w: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06903" type="#_x0000_t75" alt="学科网(www.zxxk.com)--教育资源门户，提供试卷、教案、课件、论文、素材以及各类教学资源下载，还有大量而丰富的教学相关资讯！" style="width:55.2pt;height:13.8pt" o:oleicon="f" o:ole="">
            <v:imagedata r:id="rId317" o:title="eqIdf17b3a78b138a25943157d7eaadac01b"/>
          </v:shape>
        </w:pict>
      </w:r>
      <w:r>
        <w:rPr>
          <w:rFonts w:ascii="宋体" w:eastAsia="宋体" w:hAnsi="宋体" w:cs="宋体"/>
          <w:color w:val="000000"/>
        </w:rPr>
        <w:t>，</w:t>
      </w:r>
      <w:r>
        <w:pict>
          <v:shape id="_x0000_i706904" type="#_x0000_t75" alt="学科网(www.zxxk.com)--教育资源门户，提供试卷、教案、课件、论文、素材以及各类教学资源下载，还有大量而丰富的教学相关资讯！" style="width:76.5pt;height:19.5pt" o:oleicon="f" o:ole="">
            <v:imagedata r:id="rId318" o:title="eqIda8589eb262185a647e3c1c71b188f9f0"/>
          </v:shape>
        </w:pict>
      </w:r>
      <w:r>
        <w:rPr>
          <w:rFonts w:ascii="宋体" w:eastAsia="宋体" w:hAnsi="宋体" w:cs="宋体"/>
          <w:color w:val="000000"/>
        </w:rPr>
        <w:t>，</w:t>
      </w:r>
      <w:r>
        <w:pict>
          <v:shape id="_x0000_i706905" type="#_x0000_t75" alt="学科网(www.zxxk.com)--教育资源门户，提供试卷、教案、课件、论文、素材以及各类教学资源下载，还有大量而丰富的教学相关资讯！" style="width:40.5pt;height:13.5pt" o:oleicon="f" o:ole="">
            <v:imagedata r:id="rId319" o:title="eqIdbccfe6e08038efded3e1bc1856e835a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）不是同生数对；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906" type="#_x0000_t75" alt="学科网(www.zxxk.com)--教育资源门户，提供试卷、教案、课件、论文、素材以及各类教学资源下载，还有大量而丰富的教学相关资讯！" style="width:42.75pt;height:27.75pt" o:oleicon="f" o:ole="">
            <v:imagedata r:id="rId320" o:title="eqId8623cdae1ad72374e5e6076292634937"/>
          </v:shape>
        </w:pict>
      </w:r>
      <w:r>
        <w:rPr>
          <w:rFonts w:ascii="宋体" w:eastAsia="宋体" w:hAnsi="宋体" w:cs="宋体"/>
          <w:color w:val="000000"/>
        </w:rPr>
        <w:t>，</w:t>
      </w:r>
      <w:r>
        <w:pict>
          <v:shape id="_x0000_i706907" type="#_x0000_t75" alt="学科网(www.zxxk.com)--教育资源门户，提供试卷、教案、课件、论文、素材以及各类教学资源下载，还有大量而丰富的教学相关资讯！" style="width:60.75pt;height:30.75pt" o:oleicon="f" o:ole="">
            <v:imagedata r:id="rId321" o:title="eqId50fcc794f2facbb290344f4c07a8ac9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w:t>
      </w:r>
      <w:r>
        <w:rPr>
          <w:rFonts w:ascii="Times New Roman" w:eastAsia="Times New Roman" w:hAnsi="Times New Roman" w:cs="Times New Roman"/>
          <w:color w:val="000000"/>
        </w:rPr>
        <w:t>3</w:t>
      </w:r>
      <w:r>
        <w:rPr>
          <w:rFonts w:ascii="宋体" w:eastAsia="宋体" w:hAnsi="宋体" w:cs="宋体"/>
          <w:color w:val="000000"/>
        </w:rPr>
        <w:t>，</w:t>
      </w:r>
      <w:r>
        <w:pict>
          <v:shape id="_x0000_i706908" type="#_x0000_t75" alt="学科网(www.zxxk.com)--教育资源门户，提供试卷、教案、课件、论文、素材以及各类教学资源下载，还有大量而丰富的教学相关资讯！" style="width:14.25pt;height:28.5pt" o:oleicon="f" o:ole="">
            <v:imagedata r:id="rId322" o:title="eqIdf89eef3148f2d4d09379767b4af69132"/>
          </v:shape>
        </w:pict>
      </w:r>
      <w:r>
        <w:rPr>
          <w:rFonts w:ascii="宋体" w:eastAsia="宋体" w:hAnsi="宋体" w:cs="宋体"/>
          <w:color w:val="000000"/>
        </w:rPr>
        <w:t>）是同生数对；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，3）是同生数对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909" type="#_x0000_t75" alt="学科网(www.zxxk.com)--教育资源门户，提供试卷、教案、课件、论文、素材以及各类教学资源下载，还有大量而丰富的教学相关资讯！" style="width:66pt;height:13.5pt" o:oleicon="f" o:ole="">
            <v:imagedata r:id="rId323" o:title="eqId033ecaa2c1f4853a2891c17fd05acd47"/>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910" type="#_x0000_t75" alt="学科网(www.zxxk.com)--教育资源门户，提供试卷、教案、课件、论文、素材以及各类教学资源下载，还有大量而丰富的教学相关资讯！" style="width:35.25pt;height:14.25pt" o:oleicon="f" o:ole="">
            <v:imagedata r:id="rId324" o:title="eqIdf22a4a0dd7307a1323d25331e60782d8"/>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w:t>
      </w:r>
    </w:p>
    <w:p>
      <w:pPr>
        <w:spacing w:line="360" w:lineRule="auto"/>
        <w:jc w:val="left"/>
        <w:textAlignment w:val="center"/>
        <w:rPr>
          <w:rFonts w:ascii="宋体" w:eastAsia="宋体" w:hAnsi="宋体" w:cs="宋体"/>
          <w:color w:val="000000"/>
        </w:rPr>
      </w:pPr>
      <w:r>
        <w:rPr>
          <w:rFonts w:ascii="宋体" w:eastAsia="宋体" w:hAnsi="宋体" w:cs="宋体"/>
          <w:color w:val="000000"/>
        </w:rPr>
        <w:t>理由：</w:t>
      </w:r>
      <w:r>
        <w:pict>
          <v:shape id="_x0000_i706911" type="#_x0000_t75" alt="学科网(www.zxxk.com)--教育资源门户，提供试卷、教案、课件、论文、素材以及各类教学资源下载，还有大量而丰富的教学相关资讯！" style="width:97.3pt;height:19.7pt" o:oleicon="f" o:ole="">
            <v:imagedata r:id="rId325" o:title="eqId63e2d0b61bcfedd3010290c5399a742a"/>
          </v:shape>
        </w:pict>
      </w:r>
      <w:r>
        <w:rPr>
          <w:rFonts w:ascii="宋体" w:eastAsia="宋体" w:hAnsi="宋体" w:cs="宋体"/>
          <w:color w:val="000000"/>
        </w:rPr>
        <w:t>，</w:t>
      </w:r>
      <w:r>
        <w:pict>
          <v:shape id="_x0000_i706912" type="#_x0000_t75" alt="学科网(www.zxxk.com)--教育资源门户，提供试卷、教案、课件、论文、素材以及各类教学资源下载，还有大量而丰富的教学相关资讯！" style="width:102.45pt;height:19.7pt" o:oleicon="f" o:ole="">
            <v:imagedata r:id="rId326" o:title="eqIdb00610fa9cdaef83f92b1e7f148e0f1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w:t>
      </w:r>
      <w:r>
        <w:pict>
          <v:shape id="_x0000_i706913" type="#_x0000_t75" alt="学科网(www.zxxk.com)--教育资源门户，提供试卷、教案、课件、论文、素材以及各类教学资源下载，还有大量而丰富的教学相关资讯！" style="width:32.25pt;height:20.25pt" o:oleicon="f" o:ole="">
            <v:imagedata r:id="rId327" o:title="eqId8c4875cbb59fb4c729ca0cb96be6d53f"/>
          </v:shape>
        </w:pict>
      </w:r>
      <w:r>
        <w:rPr>
          <w:rFonts w:ascii="宋体" w:eastAsia="宋体" w:hAnsi="宋体" w:cs="宋体"/>
          <w:color w:val="000000"/>
        </w:rPr>
        <w:t>是“同生数对；”</w:t>
      </w:r>
    </w:p>
    <w:p>
      <w:pPr>
        <w:spacing w:line="360" w:lineRule="auto"/>
        <w:jc w:val="left"/>
        <w:textAlignment w:val="center"/>
        <w:rPr>
          <w:rFonts w:ascii="宋体" w:eastAsia="宋体" w:hAnsi="宋体" w:cs="宋体"/>
          <w:color w:val="000000"/>
        </w:rPr>
      </w:pPr>
      <w:r>
        <w:rPr>
          <w:color w:val="000000"/>
        </w:rPr>
        <w:t>∴</w:t>
      </w:r>
      <w:r>
        <w:pict>
          <v:shape id="_x0000_i706914" type="#_x0000_t75" alt="学科网(www.zxxk.com)--教育资源门户，提供试卷、教案、课件、论文、素材以及各类教学资源下载，还有大量而丰富的教学相关资讯！" style="width:69.75pt;height:14.25pt" o:oleicon="f" o:ole="">
            <v:imagedata r:id="rId328" o:title="eqId94382c23584319e1183a8ce48da7324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w:t>
      </w:r>
      <w:r>
        <w:pict>
          <v:shape id="_x0000_i706915" type="#_x0000_t75" alt="学科网(www.zxxk.com)--教育资源门户，提供试卷、教案、课件、论文、素材以及各类教学资源下载，还有大量而丰富的教学相关资讯！" style="width:78pt;height:14.25pt" o:oleicon="f" o:ole="">
            <v:imagedata r:id="rId329" o:title="eqId5dbd81b5ba20c41ce0b14a47deb56b5d"/>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w:t>
      </w:r>
      <w:r>
        <w:pict>
          <v:shape id="_x0000_i706916" type="#_x0000_t75" alt="学科网(www.zxxk.com)--教育资源门户，提供试卷、教案、课件、论文、素材以及各类教学资源下载，还有大量而丰富的教学相关资讯！" style="width:45.75pt;height:20.25pt" o:oleicon="f" o:ole="">
            <v:imagedata r:id="rId330" o:title="eqIdc4eebd695a0ac2aeae8af0afd52033aa"/>
          </v:shape>
        </w:pict>
      </w:r>
      <w:r>
        <w:rPr>
          <w:rFonts w:ascii="宋体" w:eastAsia="宋体" w:hAnsi="宋体" w:cs="宋体"/>
          <w:color w:val="000000"/>
        </w:rPr>
        <w:t>是“同生数对”．</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本题考查了有理数的加减乘除混合运算，掌握“共生有理数对”的定义是解题的关键</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阅读下面信息：</w:t>
      </w:r>
    </w:p>
    <w:p>
      <w:pPr>
        <w:spacing w:line="360" w:lineRule="auto"/>
        <w:jc w:val="left"/>
        <w:textAlignment w:val="center"/>
        <w:rPr>
          <w:rFonts w:ascii="宋体" w:eastAsia="宋体" w:hAnsi="宋体" w:cs="宋体"/>
          <w:color w:val="000000"/>
        </w:rPr>
      </w:pPr>
      <w:r>
        <w:rPr>
          <w:rFonts w:ascii="宋体" w:eastAsia="宋体" w:hAnsi="宋体" w:cs="宋体"/>
          <w:color w:val="000000"/>
        </w:rPr>
        <w:t>①数轴上两点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表示数分别为</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，那么点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之间的距记为</w:t>
      </w:r>
      <w:r>
        <w:rPr>
          <w:rFonts w:ascii="Times New Roman" w:eastAsia="Times New Roman" w:hAnsi="Times New Roman" w:cs="Times New Roman"/>
          <w:color w:val="000000"/>
        </w:rPr>
        <w:t>|</w:t>
      </w:r>
      <w:r>
        <w:rPr>
          <w:rFonts w:ascii="Times New Roman" w:eastAsia="Times New Roman" w:hAnsi="Times New Roman" w:cs="Times New Roman"/>
          <w:i/>
          <w:color w:val="000000"/>
        </w:rPr>
        <w:t>MN</w:t>
      </w:r>
      <w:r>
        <w:rPr>
          <w:rFonts w:ascii="Times New Roman" w:eastAsia="Times New Roman" w:hAnsi="Times New Roman" w:cs="Times New Roman"/>
          <w:color w:val="000000"/>
        </w:rPr>
        <w:t>|</w:t>
      </w:r>
      <w:r>
        <w:rPr>
          <w:rFonts w:ascii="宋体" w:eastAsia="宋体" w:hAnsi="宋体" w:cs="宋体"/>
          <w:color w:val="000000"/>
        </w:rPr>
        <w:t>且</w:t>
      </w:r>
      <w:r>
        <w:rPr>
          <w:rFonts w:ascii="Times New Roman" w:eastAsia="Times New Roman" w:hAnsi="Times New Roman" w:cs="Times New Roman"/>
          <w:color w:val="000000"/>
        </w:rPr>
        <w:t>|</w:t>
      </w:r>
      <w:r>
        <w:rPr>
          <w:rFonts w:ascii="Times New Roman" w:eastAsia="Times New Roman" w:hAnsi="Times New Roman" w:cs="Times New Roman"/>
          <w:i/>
          <w:color w:val="000000"/>
        </w:rPr>
        <w:t>MN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②当数轴上三点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满足</w:t>
      </w:r>
      <w:r>
        <w:rPr>
          <w:rFonts w:ascii="Times New Roman" w:eastAsia="Times New Roman" w:hAnsi="Times New Roman" w:cs="Times New Roman"/>
          <w:color w:val="000000"/>
        </w:rPr>
        <w:t>|</w:t>
      </w:r>
      <w:r>
        <w:rPr>
          <w:rFonts w:ascii="Times New Roman" w:eastAsia="Times New Roman" w:hAnsi="Times New Roman" w:cs="Times New Roman"/>
          <w:i/>
          <w:color w:val="000000"/>
        </w:rPr>
        <w:t>CA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w:t>
      </w:r>
      <w:r>
        <w:rPr>
          <w:rFonts w:ascii="Times New Roman" w:eastAsia="Times New Roman" w:hAnsi="Times New Roman" w:cs="Times New Roman"/>
          <w:i/>
          <w:color w:val="000000"/>
        </w:rPr>
        <w:t>CB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）时，则称点</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相关点”．例如，当点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color w:val="000000"/>
        </w:rPr>
        <w:t>|</w:t>
      </w:r>
      <w:r>
        <w:rPr>
          <w:rFonts w:ascii="Times New Roman" w:eastAsia="Times New Roman" w:hAnsi="Times New Roman" w:cs="Times New Roman"/>
          <w:i/>
          <w:color w:val="000000"/>
        </w:rPr>
        <w:t>CA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CB</w:t>
      </w:r>
      <w:r>
        <w:rPr>
          <w:rFonts w:ascii="Times New Roman" w:eastAsia="Times New Roman" w:hAnsi="Times New Roman" w:cs="Times New Roman"/>
          <w:color w:val="000000"/>
        </w:rPr>
        <w:t>|</w:t>
      </w:r>
      <w:r>
        <w:rPr>
          <w:rFonts w:ascii="宋体" w:eastAsia="宋体" w:hAnsi="宋体" w:cs="宋体"/>
          <w:color w:val="000000"/>
        </w:rPr>
        <w:t>，所以</w:t>
      </w:r>
      <w:r>
        <w:rPr>
          <w:rFonts w:ascii="Times New Roman" w:eastAsia="Times New Roman" w:hAnsi="Times New Roman" w:cs="Times New Roman"/>
          <w:i/>
          <w:color w:val="000000"/>
        </w:rPr>
        <w:t>C</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根据以上信息，回答下列问题：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在数轴上表示的数分别为</w:t>
      </w:r>
      <w:r>
        <w:rPr>
          <w:rFonts w:ascii="Times New Roman" w:eastAsia="Times New Roman" w:hAnsi="Times New Roman" w:cs="Times New Roman"/>
          <w:color w:val="000000"/>
        </w:rPr>
        <w:t>6</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，动点</w:t>
      </w:r>
      <w:r>
        <w:rPr>
          <w:rFonts w:ascii="Times New Roman" w:eastAsia="Times New Roman" w:hAnsi="Times New Roman" w:cs="Times New Roman"/>
          <w:i/>
          <w:color w:val="000000"/>
        </w:rPr>
        <w:t>P</w:t>
      </w:r>
      <w:r>
        <w:rPr>
          <w:rFonts w:ascii="宋体" w:eastAsia="宋体" w:hAnsi="宋体" w:cs="宋体"/>
          <w:color w:val="000000"/>
        </w:rPr>
        <w:t>在数轴上表示的数为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相关点”，则</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x</w:t>
      </w:r>
      <w:r>
        <w:rPr>
          <w:rFonts w:ascii="宋体" w:eastAsia="宋体" w:hAnsi="宋体" w:cs="宋体"/>
          <w:color w:val="000000"/>
        </w:rPr>
        <w:t>满足</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，且点</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相关点”，则</w:t>
      </w:r>
      <w:r>
        <w:rPr>
          <w:rFonts w:ascii="Times New Roman" w:eastAsia="Times New Roman" w:hAnsi="Times New Roman" w:cs="Times New Roman"/>
          <w:i/>
          <w:color w:val="000000"/>
        </w:rPr>
        <w:t>k</w:t>
      </w:r>
      <w:r>
        <w:rPr>
          <w:rFonts w:ascii="宋体" w:eastAsia="宋体" w:hAnsi="宋体" w:cs="宋体"/>
          <w:color w:val="000000"/>
        </w:rPr>
        <w:t>的取值范围是</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）若动点</w:t>
      </w:r>
      <w:r>
        <w:rPr>
          <w:rFonts w:ascii="Times New Roman" w:eastAsia="Times New Roman" w:hAnsi="Times New Roman" w:cs="Times New Roman"/>
          <w:i/>
          <w:color w:val="000000"/>
        </w:rPr>
        <w:t>P</w:t>
      </w:r>
      <w:r>
        <w:rPr>
          <w:rFonts w:ascii="宋体" w:eastAsia="宋体" w:hAnsi="宋体" w:cs="宋体"/>
          <w:color w:val="000000"/>
        </w:rPr>
        <w:t>从</w:t>
      </w:r>
      <w:r>
        <w:rPr>
          <w:rFonts w:ascii="Times New Roman" w:eastAsia="Times New Roman" w:hAnsi="Times New Roman" w:cs="Times New Roman"/>
          <w:i/>
          <w:color w:val="000000"/>
        </w:rPr>
        <w:t>A</w:t>
      </w:r>
      <w:r>
        <w:rPr>
          <w:rFonts w:ascii="宋体" w:eastAsia="宋体" w:hAnsi="宋体" w:cs="宋体"/>
          <w:color w:val="000000"/>
        </w:rPr>
        <w:t>点出发以每秒</w:t>
      </w:r>
      <w:r>
        <w:rPr>
          <w:rFonts w:ascii="Times New Roman" w:eastAsia="Times New Roman" w:hAnsi="Times New Roman" w:cs="Times New Roman"/>
          <w:color w:val="000000"/>
        </w:rPr>
        <w:t>1</w:t>
      </w:r>
      <w:r>
        <w:rPr>
          <w:rFonts w:ascii="宋体" w:eastAsia="宋体" w:hAnsi="宋体" w:cs="宋体"/>
          <w:color w:val="000000"/>
        </w:rPr>
        <w:t>个单位的速度向左运动，同时动点</w:t>
      </w:r>
      <w:r>
        <w:rPr>
          <w:rFonts w:ascii="Times New Roman" w:eastAsia="Times New Roman" w:hAnsi="Times New Roman" w:cs="Times New Roman"/>
          <w:i/>
          <w:color w:val="000000"/>
        </w:rPr>
        <w:t>Q</w:t>
      </w:r>
      <w:r>
        <w:rPr>
          <w:rFonts w:ascii="宋体" w:eastAsia="宋体" w:hAnsi="宋体" w:cs="宋体"/>
          <w:color w:val="000000"/>
        </w:rPr>
        <w:t>从</w:t>
      </w:r>
      <w:r>
        <w:rPr>
          <w:rFonts w:ascii="Times New Roman" w:eastAsia="Times New Roman" w:hAnsi="Times New Roman" w:cs="Times New Roman"/>
          <w:i/>
          <w:color w:val="000000"/>
        </w:rPr>
        <w:t>B</w:t>
      </w:r>
      <w:r>
        <w:rPr>
          <w:rFonts w:ascii="宋体" w:eastAsia="宋体" w:hAnsi="宋体" w:cs="宋体"/>
          <w:color w:val="000000"/>
        </w:rPr>
        <w:t>点出发以每秒</w:t>
      </w:r>
      <w:r>
        <w:rPr>
          <w:rFonts w:ascii="Times New Roman" w:eastAsia="Times New Roman" w:hAnsi="Times New Roman" w:cs="Times New Roman"/>
          <w:color w:val="000000"/>
        </w:rPr>
        <w:t>2</w:t>
      </w:r>
      <w:r>
        <w:rPr>
          <w:rFonts w:ascii="宋体" w:eastAsia="宋体" w:hAnsi="宋体" w:cs="宋体"/>
          <w:color w:val="000000"/>
        </w:rPr>
        <w:t>个单位的速度向右运动，运动</w:t>
      </w:r>
      <w:r>
        <w:rPr>
          <w:rFonts w:ascii="Times New Roman" w:eastAsia="Times New Roman" w:hAnsi="Times New Roman" w:cs="Times New Roman"/>
          <w:i/>
          <w:color w:val="000000"/>
        </w:rPr>
        <w:t>t</w:t>
      </w:r>
      <w:r>
        <w:rPr>
          <w:rFonts w:ascii="宋体" w:eastAsia="宋体" w:hAnsi="宋体" w:cs="宋体"/>
          <w:color w:val="000000"/>
        </w:rPr>
        <w:t>秒时，点</w:t>
      </w:r>
      <w:r>
        <w:rPr>
          <w:rFonts w:ascii="Times New Roman" w:eastAsia="Times New Roman" w:hAnsi="Times New Roman" w:cs="Times New Roman"/>
          <w:i/>
          <w:color w:val="000000"/>
        </w:rPr>
        <w:t>Q</w:t>
      </w:r>
      <w:r>
        <w:rPr>
          <w:rFonts w:ascii="宋体" w:eastAsia="宋体" w:hAnsi="宋体" w:cs="宋体"/>
          <w:color w:val="000000"/>
        </w:rPr>
        <w:t>恰好是“</w:t>
      </w:r>
      <w:r>
        <w:rPr>
          <w:rFonts w:ascii="Times New Roman" w:eastAsia="Times New Roman" w:hAnsi="Times New Roman" w:cs="Times New Roman"/>
          <w:i/>
          <w:color w:val="000000"/>
        </w:rPr>
        <w:t>P</w:t>
      </w:r>
      <w:r>
        <w:rPr>
          <w:rFonts w:ascii="宋体" w:eastAsia="宋体" w:hAnsi="宋体" w:cs="宋体"/>
          <w:color w:val="000000"/>
        </w:rPr>
        <w:t>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相关点”，求</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textAlignment w:val="center"/>
        <w:rPr>
          <w:color w:val="2E75B6"/>
        </w:rPr>
      </w:pPr>
      <w:r>
        <w:rPr>
          <w:color w:val="2E75B6"/>
        </w:rPr>
        <w:t>【27题答案】</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或</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6917" type="#_x0000_t75" alt="学科网(www.zxxk.com)--教育资源门户，提供试卷、教案、课件、论文、素材以及各类教学资源下载，还有大量而丰富的教学相关资讯！" style="width:47.15pt;height:31.15pt" o:oleicon="f" o:ole="">
            <v:imagedata r:id="rId331" o:title="eqIdfd2cc205907292765d1803c4ffb47aae"/>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或</w:t>
      </w:r>
      <w:r>
        <w:pict>
          <v:shape id="_x0000_i706918" type="#_x0000_t75" alt="学科网(www.zxxk.com)--教育资源门户，提供试卷、教案、课件、论文、素材以及各类教学资源下载，还有大量而丰富的教学相关资讯！" style="width:18.15pt;height:30.85pt" o:oleicon="f" o:ole="">
            <v:imagedata r:id="rId332" o:title="eqId88819f8e8257e060979442e5b56bdd52"/>
          </v:shape>
        </w:pic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相关点</w:t>
      </w:r>
      <w:r>
        <w:rPr>
          <w:rFonts w:ascii="Times New Roman" w:eastAsia="Times New Roman" w:hAnsi="Times New Roman" w:cs="Times New Roman"/>
          <w:color w:val="000000"/>
        </w:rPr>
        <w:t>”</w:t>
      </w:r>
      <w:r>
        <w:rPr>
          <w:rFonts w:ascii="宋体" w:eastAsia="宋体" w:hAnsi="宋体" w:cs="宋体"/>
          <w:color w:val="000000"/>
        </w:rPr>
        <w:t>的定义，分点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左边和点</w:t>
      </w:r>
      <w:r>
        <w:rPr>
          <w:rFonts w:ascii="Times New Roman" w:eastAsia="Times New Roman" w:hAnsi="Times New Roman" w:cs="Times New Roman"/>
          <w:i/>
          <w:color w:val="000000"/>
        </w:rPr>
        <w:t>P</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之间列方程求解即可；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）首先求出</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w:t>
      </w:r>
      <w:r>
        <w:rPr>
          <w:rFonts w:ascii="Times New Roman" w:eastAsia="Times New Roman" w:hAnsi="Times New Roman" w:cs="Times New Roman"/>
          <w:i/>
          <w:color w:val="000000"/>
        </w:rPr>
        <w:t>x</w:t>
      </w:r>
      <w:r>
        <w:rPr>
          <w:rFonts w:ascii="宋体" w:eastAsia="宋体" w:hAnsi="宋体" w:cs="宋体"/>
          <w:color w:val="000000"/>
        </w:rPr>
        <w:t>的取值范围，再根据点</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相关点</w:t>
      </w:r>
      <w:r>
        <w:rPr>
          <w:rFonts w:ascii="Times New Roman" w:eastAsia="Times New Roman" w:hAnsi="Times New Roman" w:cs="Times New Roman"/>
          <w:color w:val="000000"/>
        </w:rPr>
        <w:t>”</w:t>
      </w:r>
      <w:r>
        <w:rPr>
          <w:rFonts w:ascii="宋体" w:eastAsia="宋体" w:hAnsi="宋体" w:cs="宋体"/>
          <w:color w:val="000000"/>
        </w:rPr>
        <w:t>列出相应方程，求出得到</w:t>
      </w:r>
      <w:r>
        <w:rPr>
          <w:rFonts w:ascii="Times New Roman" w:eastAsia="Times New Roman" w:hAnsi="Times New Roman" w:cs="Times New Roman"/>
          <w:i/>
          <w:color w:val="000000"/>
        </w:rPr>
        <w:t>x</w:t>
      </w:r>
      <w:r>
        <w:rPr>
          <w:rFonts w:ascii="宋体" w:eastAsia="宋体" w:hAnsi="宋体" w:cs="宋体"/>
          <w:color w:val="000000"/>
        </w:rPr>
        <w:t>的不等式组，解出不等式组即可得到</w:t>
      </w:r>
      <w:r>
        <w:rPr>
          <w:rFonts w:ascii="Times New Roman" w:eastAsia="Times New Roman" w:hAnsi="Times New Roman" w:cs="Times New Roman"/>
          <w:i/>
          <w:color w:val="000000"/>
        </w:rPr>
        <w:t>k</w:t>
      </w:r>
      <w:r>
        <w:rPr>
          <w:rFonts w:ascii="宋体" w:eastAsia="宋体" w:hAnsi="宋体" w:cs="宋体"/>
          <w:color w:val="000000"/>
        </w:rPr>
        <w:t>的取值范围；</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）分别表示出</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，根据题意分两种情况列出方程求解即可．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）根据题意得，</w:t>
      </w:r>
      <w:r>
        <w:rPr>
          <w:rFonts w:ascii="Times New Roman" w:eastAsia="Times New Roman" w:hAnsi="Times New Roman" w:cs="Times New Roman"/>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PB</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情形①：当点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的左边时，则有，</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），解得，</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情形②：点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间，则有，</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），解得，</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12</w:t>
      </w:r>
      <w:r>
        <w:rPr>
          <w:rFonts w:ascii="宋体" w:eastAsia="宋体" w:hAnsi="宋体" w:cs="宋体"/>
          <w:color w:val="000000"/>
        </w:rPr>
        <w:t>或</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pict>
          <v:shape id="_x0000_i706919" type="#_x0000_t75" alt="学科网(www.zxxk.com)--教育资源门户，提供试卷、教案、课件、论文、素材以及各类教学资源下载，还有大量而丰富的教学相关资讯！" style="width:33.75pt;height:30.75pt" o:oleicon="f" o:ole="">
            <v:imagedata r:id="rId333" o:title="eqId443d44d41b70f0613de20eeb74e92d1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pict>
          <v:shape id="_x0000_i706920" type="#_x0000_t75" alt="学科网(www.zxxk.com)--教育资源门户，提供试卷、教案、课件、论文、素材以及各类教学资源下载，还有大量而丰富的教学相关资讯！" style="width:33.75pt;height:30.75pt" o:oleicon="f" o:ole="">
            <v:imagedata r:id="rId334" o:title="eqId443d44d41b70f0613de20eeb74e92d1e"/>
          </v:shape>
        </w:pict>
      </w:r>
      <w:r>
        <w:rPr>
          <w:rFonts w:ascii="Times New Roman" w:eastAsia="Times New Roman" w:hAnsi="Times New Roman" w:cs="Times New Roman"/>
          <w:color w:val="000000"/>
        </w:rPr>
        <w:t>≤1</w:t>
      </w:r>
      <w:r>
        <w:rPr>
          <w:rFonts w:ascii="宋体" w:eastAsia="宋体" w:hAnsi="宋体" w:cs="宋体"/>
          <w:color w:val="000000"/>
        </w:rPr>
        <w:t>，即：﹣</w:t>
      </w:r>
      <w:r>
        <w:rPr>
          <w:rFonts w:ascii="Times New Roman" w:eastAsia="Times New Roman" w:hAnsi="Times New Roman" w:cs="Times New Roman"/>
          <w:color w:val="000000"/>
        </w:rPr>
        <w:t>2≤</w:t>
      </w:r>
      <w:r>
        <w:pict>
          <v:shape id="_x0000_i706921" type="#_x0000_t75" alt="学科网(www.zxxk.com)--教育资源门户，提供试卷、教案、课件、论文、素材以及各类教学资源下载，还有大量而丰富的教学相关资讯！" style="width:65.25pt;height:30.75pt" o:oleicon="f" o:ole="">
            <v:imagedata r:id="rId335" o:title="eqIdf353c4b23a1c13fc583d8483b2aeb863"/>
          </v:shape>
        </w:pic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pict>
          <v:shape id="_x0000_i706922" type="#_x0000_t75" alt="学科网(www.zxxk.com)--教育资源门户，提供试卷、教案、课件、论文、素材以及各类教学资源下载，还有大量而丰富的教学相关资讯！" style="width:27pt;height:30.75pt" o:oleicon="f" o:ole="">
            <v:imagedata r:id="rId336" o:title="eqId956fe8dac78e3d5b1453c1d1ac7a0b8e"/>
          </v:shape>
        </w:pic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+1≤9</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k</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又</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k</w:t>
      </w:r>
      <w:r>
        <w:rPr>
          <w:rFonts w:ascii="Times New Roman" w:eastAsia="Times New Roman" w:hAnsi="Times New Roman" w:cs="Times New Roman"/>
          <w:color w:val="000000"/>
        </w:rPr>
        <w:t>≥</w:t>
      </w:r>
      <w:r>
        <w:pict>
          <v:shape id="_x0000_i706923" type="#_x0000_t75" alt="学科网(www.zxxk.com)--教育资源门户，提供试卷、教案、课件、论文、素材以及各类教学资源下载，还有大量而丰富的教学相关资讯！" style="width:12.25pt;height:31.25pt" o:oleicon="f" o:ole="">
            <v:imagedata r:id="rId337" o:title="eqIdfd72ee6ae527cd10405540b75979d95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6924" type="#_x0000_t75" alt="学科网(www.zxxk.com)--教育资源门户，提供试卷、教案、课件、论文、素材以及各类教学资源下载，还有大量而丰富的教学相关资讯！" style="width:47.15pt;height:31.15pt" o:oleicon="f" o:ole="">
            <v:imagedata r:id="rId338" o:title="eqIdfd2cc205907292765d1803c4ffb47aa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06925" type="#_x0000_t75" alt="学科网(www.zxxk.com)--教育资源门户，提供试卷、教案、课件、论文、素材以及各类教学资源下载，还有大量而丰富的教学相关资讯！" style="width:47.15pt;height:31.15pt" o:oleicon="f" o:ole="">
            <v:imagedata r:id="rId339" o:title="eqIdfd2cc205907292765d1803c4ffb47aa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）∵运动</w:t>
      </w:r>
      <w:r>
        <w:rPr>
          <w:rFonts w:ascii="Times New Roman" w:eastAsia="Times New Roman" w:hAnsi="Times New Roman" w:cs="Times New Roman"/>
          <w:i/>
          <w:color w:val="000000"/>
        </w:rPr>
        <w:t>t</w:t>
      </w:r>
      <w:r>
        <w:rPr>
          <w:rFonts w:ascii="宋体" w:eastAsia="宋体" w:hAnsi="宋体" w:cs="宋体"/>
          <w:color w:val="000000"/>
        </w:rPr>
        <w:t>秒后，</w:t>
      </w:r>
      <w:r>
        <w:rPr>
          <w:rFonts w:ascii="Times New Roman" w:eastAsia="Times New Roman" w:hAnsi="Times New Roman" w:cs="Times New Roman"/>
          <w:i/>
          <w:color w:val="000000"/>
        </w:rPr>
        <w:t>P</w:t>
      </w:r>
      <w:r>
        <w:rPr>
          <w:rFonts w:ascii="宋体" w:eastAsia="宋体" w:hAnsi="宋体" w:cs="宋体"/>
          <w:color w:val="000000"/>
        </w:rPr>
        <w:t>表示的数为</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color w:val="000000"/>
        </w:rPr>
        <w:t>3+2</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恰好是“</w:t>
      </w:r>
      <w:r>
        <w:rPr>
          <w:rFonts w:ascii="Times New Roman" w:eastAsia="Times New Roman" w:hAnsi="Times New Roman" w:cs="Times New Roman"/>
          <w:i/>
          <w:color w:val="000000"/>
        </w:rPr>
        <w:t>P</w:t>
      </w:r>
      <w:r>
        <w:rPr>
          <w:rFonts w:ascii="宋体" w:eastAsia="宋体" w:hAnsi="宋体" w:cs="宋体"/>
          <w:color w:val="000000"/>
        </w:rPr>
        <w:t>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QP</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QA</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9+3</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9+2</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9+3</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9+2</w:t>
      </w:r>
      <w:r>
        <w:rPr>
          <w:rFonts w:ascii="Times New Roman" w:eastAsia="Times New Roman" w:hAnsi="Times New Roman" w:cs="Times New Roman"/>
          <w:i/>
          <w:color w:val="000000"/>
        </w:rPr>
        <w:t>t</w:t>
      </w:r>
      <w:r>
        <w:rPr>
          <w:rFonts w:ascii="宋体" w:eastAsia="宋体" w:hAnsi="宋体" w:cs="宋体"/>
          <w:color w:val="000000"/>
        </w:rPr>
        <w:t>），或﹣</w:t>
      </w:r>
      <w:r>
        <w:rPr>
          <w:rFonts w:ascii="Times New Roman" w:eastAsia="Times New Roman" w:hAnsi="Times New Roman" w:cs="Times New Roman"/>
          <w:color w:val="000000"/>
        </w:rPr>
        <w:t>9+3</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9+2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或</w:t>
      </w:r>
      <w:r>
        <w:rPr>
          <w:rFonts w:ascii="Times New Roman" w:eastAsia="Times New Roman" w:hAnsi="Times New Roman" w:cs="Times New Roman"/>
          <w:i/>
          <w:color w:val="000000"/>
        </w:rPr>
        <w:t>t</w:t>
      </w:r>
      <w:r>
        <w:rPr>
          <w:rFonts w:ascii="宋体" w:eastAsia="宋体" w:hAnsi="宋体" w:cs="宋体"/>
          <w:color w:val="000000"/>
        </w:rPr>
        <w:t>＝</w:t>
      </w:r>
      <w:r>
        <w:pict>
          <v:shape id="_x0000_i706926" type="#_x0000_t75" alt="学科网(www.zxxk.com)--教育资源门户，提供试卷、教案、课件、论文、素材以及各类教学资源下载，还有大量而丰富的教学相关资讯！" style="width:18.15pt;height:30.85pt" o:oleicon="f" o:ole="">
            <v:imagedata r:id="rId340" o:title="eqId88819f8e8257e060979442e5b56bdd5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本题考查了一元一次方程在数轴上的动点问题中的应用，理清题中的数量关系并正确列式是解题的关键．</w:t>
      </w:r>
    </w:p>
    <w:p w:rsidR="005B1167" w:rsidP="00322108">
      <w:pPr>
        <w:ind w:firstLine="284" w:firstLineChars="135"/>
        <w:jc w:val="left"/>
        <w:rPr>
          <w:rFonts w:ascii="Calibri" w:hAnsi="Calibri" w:cs="Times New Roman"/>
        </w:rPr>
      </w:pPr>
      <w:r>
        <w:rPr>
          <w:rFonts w:ascii="宋体" w:eastAsia="宋体" w:hAnsi="宋体" w:cs="宋体"/>
          <w:color w:val="000000"/>
        </w:rPr>
        <w:br w:type="page"/>
      </w:r>
      <w:r>
        <w:rPr>
          <w:noProof/>
        </w:rPr>
        <w:drawing>
          <wp:inline distT="0" distB="0" distL="0" distR="0">
            <wp:extent cx="1723810" cy="485714"/>
            <wp:effectExtent l="0" t="0" r="0" b="0"/>
            <wp:docPr id="268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 name=""/>
                    <pic:cNvPicPr/>
                  </pic:nvPicPr>
                  <pic:blipFill>
                    <a:blip r:embed="rId341"/>
                    <a:stretch>
                      <a:fillRect/>
                    </a:stretch>
                  </pic:blipFill>
                  <pic:spPr>
                    <a:xfrm>
                      <a:off x="0" y="0"/>
                      <a:ext cx="1723810" cy="485714"/>
                    </a:xfrm>
                    <a:prstGeom prst="rect">
                      <a:avLst/>
                    </a:prstGeom>
                  </pic:spPr>
                </pic:pic>
              </a:graphicData>
            </a:graphic>
          </wp:inline>
        </w:drawing>
      </w:r>
    </w:p>
    <w:p>
      <w:pPr>
        <w:pStyle w:val="Heading2"/>
      </w:pPr>
      <w:r>
        <w:t>北京教育学院附属中学</w:t>
      </w:r>
    </w:p>
    <w:p>
      <w:pPr>
        <w:pStyle w:val="Normal"/>
        <w:spacing w:lineRule="auto" w:line="360"/>
        <w:jc w:val="start"/>
        <w:textAlignment w:val="center"/>
        <w:rPr/>
      </w:pPr>
      <w:r>
        <w:rPr>
          <w:rFonts w:eastAsia="宋体;SimSun" w:cs="宋体;SimSun" w:ascii="宋体;SimSun" w:hAnsi="宋体;SimSun"/>
          <w:color w:val="000000"/>
        </w:rPr>
        <w:t xml:space="preserve">32. </w:t>
      </w:r>
      <w:r>
        <w:rPr/>
        <w:t>填表并回答问题：</w:t>
      </w:r>
    </w:p>
    <w:tbl>
      <w:tblPr>
        <w:tblW w:w="7480" w:type="dxa"/>
        <w:jc w:val="start"/>
        <w:tblInd w:w="0" w:type="dxa"/>
        <w:tblLayout w:type="fixed"/>
        <w:tblCellMar>
          <w:top w:w="75" w:type="dxa"/>
          <w:start w:w="120" w:type="dxa"/>
          <w:bottom w:w="75" w:type="dxa"/>
          <w:end w:w="120" w:type="dxa"/>
        </w:tblCellMar>
      </w:tblPr>
      <w:tblGrid>
        <w:gridCol w:w="1540"/>
        <w:gridCol w:w="1485"/>
        <w:gridCol w:w="1485"/>
        <w:gridCol w:w="1485"/>
        <w:gridCol w:w="1485"/>
      </w:tblGrid>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i/>
                <w:color w:val="000000"/>
                <w:kern w:val="2"/>
                <w:sz w:val="21"/>
                <w:szCs w:val="24"/>
                <w:lang w:bidi="ar-SA"/>
              </w:rPr>
            </w:pPr>
            <w:r>
              <w:rPr>
                <w:rFonts w:eastAsia="Times New Roman" w:cs="Times New Roman"/>
                <w:i/>
                <w:color w:val="000000"/>
                <w:kern w:val="2"/>
                <w:sz w:val="21"/>
                <w:szCs w:val="24"/>
                <w:lang w:bidi="ar-SA"/>
              </w:rPr>
              <w:t>x</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0</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2</w:t>
            </w:r>
          </w:p>
        </w:tc>
      </w:tr>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i/>
                <w:color w:val="000000"/>
                <w:kern w:val="2"/>
                <w:sz w:val="21"/>
                <w:szCs w:val="24"/>
                <w:lang w:bidi="ar-SA"/>
              </w:rPr>
            </w:pPr>
            <w:r>
              <w:rPr>
                <w:rFonts w:eastAsia="Times New Roman" w:cs="Times New Roman"/>
                <w:i/>
                <w:color w:val="000000"/>
                <w:kern w:val="2"/>
                <w:sz w:val="21"/>
                <w:szCs w:val="24"/>
                <w:lang w:bidi="ar-SA"/>
              </w:rPr>
              <w:t>y</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2</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3</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3</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r>
      <w:tr>
        <w:trPr>
          <w:trHeight w:val="360"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w:t>
            </w:r>
            <w:r>
              <w:rPr>
                <w:rFonts w:eastAsia="Times New Roman" w:cs="Times New Roman"/>
                <w:i/>
                <w:color w:val="000000"/>
                <w:kern w:val="2"/>
                <w:sz w:val="21"/>
                <w:szCs w:val="24"/>
                <w:lang w:bidi="ar-SA"/>
              </w:rPr>
              <w:t>x</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ascii="宋体;SimSun" w:hAnsi="宋体;SimSun" w:cs="宋体;SimSun"/>
                <w:color w:val="000000"/>
                <w:kern w:val="2"/>
                <w:sz w:val="21"/>
                <w:szCs w:val="24"/>
                <w:lang w:bidi="ar-SA"/>
              </w:rPr>
              <w:t>）（</w:t>
            </w:r>
            <w:r>
              <w:rPr>
                <w:rFonts w:eastAsia="Times New Roman" w:cs="Times New Roman"/>
                <w:i/>
                <w:color w:val="000000"/>
                <w:kern w:val="2"/>
                <w:sz w:val="21"/>
                <w:szCs w:val="24"/>
                <w:lang w:bidi="ar-SA"/>
              </w:rPr>
              <w:t>x</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ascii="宋体;SimSun" w:hAnsi="宋体;SimSun" w:cs="宋体;SimSun"/>
                <w:color w:val="000000"/>
                <w:kern w:val="2"/>
                <w:sz w:val="21"/>
                <w:szCs w:val="24"/>
                <w:lang w:bidi="ar-SA"/>
              </w:rPr>
              <w:t>）</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r>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i/>
                <w:color w:val="000000"/>
                <w:kern w:val="2"/>
                <w:sz w:val="21"/>
                <w:szCs w:val="24"/>
                <w:lang w:bidi="ar-SA"/>
              </w:rPr>
              <w:t>x</w:t>
            </w:r>
            <w:r>
              <w:rPr>
                <w:rFonts w:eastAsia="Times New Roman" w:cs="Times New Roman"/>
                <w:color w:val="000000"/>
                <w:kern w:val="2"/>
                <w:sz w:val="21"/>
                <w:szCs w:val="24"/>
                <w:vertAlign w:val="superscript"/>
                <w:lang w:bidi="ar-SA"/>
              </w:rPr>
              <w:t>2</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eastAsia="Times New Roman" w:cs="Times New Roman"/>
                <w:color w:val="000000"/>
                <w:kern w:val="2"/>
                <w:sz w:val="21"/>
                <w:szCs w:val="24"/>
                <w:vertAlign w:val="superscript"/>
                <w:lang w:bidi="ar-SA"/>
              </w:rPr>
              <w:t>2</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ascii="Times New Roman" w:hAnsi="Times New Roman"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Style w:val="DefaultParagraphFont"/>
                <w:rFonts w:eastAsia="宋体;SimSun" w:cs="宋体;SimSun"/>
                <w:color w:val="000000"/>
                <w:kern w:val="2"/>
                <w:sz w:val="21"/>
                <w:szCs w:val="24"/>
                <w:lang w:bidi="ar-SA"/>
              </w:rPr>
            </w:pPr>
            <w:r>
              <w:rPr/>
            </w:r>
          </w:p>
        </w:tc>
      </w:tr>
    </w:tbl>
    <w:p>
      <w:pPr>
        <w:pStyle w:val="Normal"/>
        <w:spacing w:lineRule="auto" w:line="360"/>
        <w:jc w:val="start"/>
        <w:textAlignment w:val="center"/>
        <w:rPr/>
      </w:pPr>
      <w:r>
        <w:rPr>
          <w:rStyle w:val="DefaultParagraphFont"/>
          <w:rFonts w:ascii="宋体;SimSun" w:hAnsi="宋体;SimSun" w:cs="宋体;SimSun"/>
          <w:color w:val="000000"/>
          <w:kern w:val="2"/>
          <w:sz w:val="21"/>
          <w:szCs w:val="24"/>
          <w:lang w:bidi="ar-SA"/>
        </w:rPr>
        <w:t>（</w:t>
      </w:r>
      <w:r>
        <w:rPr>
          <w:rStyle w:val="DefaultParagraphFont"/>
          <w:rFonts w:eastAsia="Times New Roman" w:cs="Times New Roman"/>
          <w:color w:val="000000"/>
          <w:kern w:val="2"/>
          <w:sz w:val="21"/>
          <w:szCs w:val="24"/>
          <w:lang w:bidi="ar-SA"/>
        </w:rPr>
        <w:t>1</w:t>
      </w:r>
      <w:r>
        <w:rPr>
          <w:rStyle w:val="DefaultParagraphFont"/>
          <w:rFonts w:ascii="宋体;SimSun" w:hAnsi="宋体;SimSun" w:cs="宋体;SimSun"/>
          <w:color w:val="000000"/>
          <w:kern w:val="2"/>
          <w:sz w:val="21"/>
          <w:szCs w:val="24"/>
          <w:lang w:bidi="ar-SA"/>
        </w:rPr>
        <w:t>）观察并填出上表，你有何发现，将你的发现写在下面横线上．</w:t>
      </w:r>
      <w:r>
        <w:rPr>
          <w:rStyle w:val="DefaultParagraphFont"/>
          <w:rFonts w:eastAsia="Times New Roman" w:cs="Times New Roman"/>
          <w:color w:val="000000"/>
          <w:kern w:val="2"/>
          <w:sz w:val="21"/>
          <w:szCs w:val="24"/>
          <w:lang w:bidi="ar-SA"/>
        </w:rPr>
        <w:t>______________________</w:t>
      </w:r>
      <w:r>
        <w:rPr>
          <w:rStyle w:val="DefaultParagraphFont"/>
          <w:rFonts w:ascii="宋体;SimSun" w:hAnsi="宋体;SimSun" w:cs="宋体;SimSun"/>
          <w:color w:val="000000"/>
          <w:kern w:val="2"/>
          <w:sz w:val="21"/>
          <w:szCs w:val="24"/>
          <w:lang w:bidi="ar-SA"/>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）利用你发现的结果计算：</w:t>
      </w:r>
      <w:r>
        <w:rPr/>
        <w:pict>
          <v:shape id="_x0000_i706927" type="_x0000_tole_rId534" style="width:71.25pt;height:15.75pt" filled="f" o:ole="">
            <v:imagedata r:id="rId342" o:title=""/>
          </v:shape>
        </w:pict>
      </w:r>
      <w:r>
        <w:rPr>
          <w:rFonts w:ascii="宋体;SimSun" w:hAnsi="宋体;SimSun" w:cs="宋体;SimSun"/>
          <w:color w:val="000000"/>
        </w:rPr>
        <w:t>．</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）填表见解析，</w:t>
      </w:r>
      <w:r>
        <w:rPr/>
        <w:pict>
          <v:shape id="_x0000_i706928" type="_x0000_tole_rId536" style="width:111.75pt;height:18pt" filled="f" o:ole="">
            <v:imagedata r:id="rId343" o:title=""/>
          </v:shape>
        </w:pic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Times New Roman" w:cs="Times New Roman"/>
          <w:color w:val="000000"/>
        </w:rPr>
        <w:t>8028</w:t>
      </w:r>
      <w:r>
        <w:rPr>
          <w:rFonts w:ascii="宋体;SimSun" w:hAnsi="宋体;SimSun" w:cs="宋体;SimSun"/>
          <w:color w:val="000000"/>
        </w:rPr>
        <w:t>．</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）根据表格数据和已知式子填表推导即可；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）根据（</w:t>
      </w:r>
      <w:r>
        <w:rPr>
          <w:rFonts w:eastAsia="Times New Roman" w:cs="Times New Roman"/>
          <w:color w:val="000000"/>
        </w:rPr>
        <w:t>1</w:t>
      </w:r>
      <w:r>
        <w:rPr>
          <w:rFonts w:ascii="宋体;SimSun" w:hAnsi="宋体;SimSun" w:cs="宋体;SimSun"/>
          <w:color w:val="000000"/>
        </w:rPr>
        <w:t>）中得到的结果计算即可；</w:t>
      </w:r>
    </w:p>
    <w:p>
      <w:pPr>
        <w:pStyle w:val="Normal"/>
        <w:spacing w:lineRule="auto" w:line="360"/>
        <w:jc w:val="start"/>
        <w:textAlignment w:val="center"/>
        <w:rPr/>
      </w:pPr>
      <w:r>
        <w:rPr>
          <w:rFonts w:ascii="宋体;SimSun" w:hAnsi="宋体;SimSun" w:cs="宋体;SimSun"/>
          <w:color w:val="000000"/>
        </w:rPr>
        <w:t>【详解】</w:t>
      </w:r>
      <w:r>
        <w:rPr>
          <w:rFonts w:ascii="宋体;SimSun" w:hAnsi="宋体;SimSun" w:cs="宋体;SimSun"/>
          <w:color w:val="000000"/>
        </w:rPr>
        <w:t>（</w:t>
      </w:r>
      <w:r>
        <w:rPr>
          <w:rFonts w:eastAsia="宋体;SimSun" w:cs="宋体;SimSun" w:ascii="宋体;SimSun" w:hAnsi="宋体;SimSun"/>
          <w:color w:val="000000"/>
        </w:rPr>
        <w:t>1</w:t>
      </w:r>
      <w:r>
        <w:rPr/>
        <w:t>）填表如下：</w:t>
      </w:r>
    </w:p>
    <w:tbl>
      <w:tblPr>
        <w:tblW w:w="7480" w:type="dxa"/>
        <w:jc w:val="start"/>
        <w:tblInd w:w="0" w:type="dxa"/>
        <w:tblLayout w:type="fixed"/>
        <w:tblCellMar>
          <w:top w:w="75" w:type="dxa"/>
          <w:start w:w="120" w:type="dxa"/>
          <w:bottom w:w="75" w:type="dxa"/>
          <w:end w:w="120" w:type="dxa"/>
        </w:tblCellMar>
      </w:tblPr>
      <w:tblGrid>
        <w:gridCol w:w="1540"/>
        <w:gridCol w:w="1485"/>
        <w:gridCol w:w="1485"/>
        <w:gridCol w:w="1485"/>
        <w:gridCol w:w="1485"/>
      </w:tblGrid>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i/>
                <w:color w:val="000000"/>
                <w:kern w:val="2"/>
                <w:sz w:val="21"/>
                <w:szCs w:val="24"/>
                <w:lang w:bidi="ar-SA"/>
              </w:rPr>
            </w:pPr>
            <w:r>
              <w:rPr>
                <w:rFonts w:eastAsia="Times New Roman" w:cs="Times New Roman"/>
                <w:i/>
                <w:color w:val="000000"/>
                <w:kern w:val="2"/>
                <w:sz w:val="21"/>
                <w:szCs w:val="24"/>
                <w:lang w:bidi="ar-SA"/>
              </w:rPr>
              <w:t>x</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0</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2</w:t>
            </w:r>
          </w:p>
        </w:tc>
      </w:tr>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i/>
                <w:color w:val="000000"/>
                <w:kern w:val="2"/>
                <w:sz w:val="21"/>
                <w:szCs w:val="24"/>
                <w:lang w:bidi="ar-SA"/>
              </w:rPr>
            </w:pPr>
            <w:r>
              <w:rPr>
                <w:rFonts w:eastAsia="Times New Roman" w:cs="Times New Roman"/>
                <w:i/>
                <w:color w:val="000000"/>
                <w:kern w:val="2"/>
                <w:sz w:val="21"/>
                <w:szCs w:val="24"/>
                <w:lang w:bidi="ar-SA"/>
              </w:rPr>
              <w:t>y</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2</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3</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3</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1</w:t>
            </w:r>
          </w:p>
        </w:tc>
      </w:tr>
      <w:tr>
        <w:trPr>
          <w:trHeight w:val="360"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宋体;SimSun" w:hAnsi="宋体;SimSun" w:eastAsia="宋体;SimSun" w:cs="宋体;SimSun"/>
                <w:color w:val="000000"/>
                <w:kern w:val="2"/>
                <w:sz w:val="21"/>
                <w:szCs w:val="24"/>
                <w:lang w:bidi="ar-SA"/>
              </w:rPr>
            </w:pPr>
            <w:r>
              <w:rPr>
                <w:rFonts w:ascii="宋体;SimSun" w:hAnsi="宋体;SimSun" w:cs="宋体;SimSun"/>
                <w:color w:val="000000"/>
                <w:kern w:val="2"/>
                <w:sz w:val="21"/>
                <w:szCs w:val="24"/>
                <w:lang w:bidi="ar-SA"/>
              </w:rPr>
              <w:t>（</w:t>
            </w:r>
            <w:r>
              <w:rPr>
                <w:rFonts w:eastAsia="Times New Roman" w:cs="Times New Roman"/>
                <w:i/>
                <w:color w:val="000000"/>
                <w:kern w:val="2"/>
                <w:sz w:val="21"/>
                <w:szCs w:val="24"/>
                <w:lang w:bidi="ar-SA"/>
              </w:rPr>
              <w:t>x</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ascii="宋体;SimSun" w:hAnsi="宋体;SimSun" w:cs="宋体;SimSun"/>
                <w:color w:val="000000"/>
                <w:kern w:val="2"/>
                <w:sz w:val="21"/>
                <w:szCs w:val="24"/>
                <w:lang w:bidi="ar-SA"/>
              </w:rPr>
              <w:t>）（</w:t>
            </w:r>
            <w:r>
              <w:rPr>
                <w:rFonts w:eastAsia="Times New Roman" w:cs="Times New Roman"/>
                <w:i/>
                <w:color w:val="000000"/>
                <w:kern w:val="2"/>
                <w:sz w:val="21"/>
                <w:szCs w:val="24"/>
                <w:lang w:bidi="ar-SA"/>
              </w:rPr>
              <w:t>x</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ascii="宋体;SimSun" w:hAnsi="宋体;SimSun" w:cs="宋体;SimSun"/>
                <w:color w:val="000000"/>
                <w:kern w:val="2"/>
                <w:sz w:val="21"/>
                <w:szCs w:val="24"/>
                <w:lang w:bidi="ar-SA"/>
              </w:rPr>
              <w:t>）</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eastAsia="宋体;SimSun" w:cs="宋体;SimSun"/>
                <w:color w:val="000000"/>
                <w:kern w:val="2"/>
                <w:sz w:val="21"/>
                <w:szCs w:val="24"/>
                <w:lang w:bidi="ar-SA"/>
              </w:rPr>
            </w:pPr>
            <w:r>
              <w:rPr/>
              <w:pict>
                <v:shape id="_x0000_i706929" type="_x0000_tole_rId538" style="width:15.75pt;height:14.25pt" filled="f" o:ole="">
                  <v:imagedata r:id="rId344" o:title=""/>
                </v:shape>
              </w:pic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eastAsia="宋体;SimSun" w:cs="宋体;SimSun"/>
                <w:color w:val="000000"/>
                <w:kern w:val="2"/>
                <w:sz w:val="21"/>
                <w:szCs w:val="24"/>
                <w:lang w:bidi="ar-SA"/>
              </w:rPr>
            </w:pPr>
            <w:r>
              <w:rPr/>
              <w:pict>
                <v:shape id="_x0000_i706930" type="_x0000_tole_rId540" style="width:15pt;height:12.75pt" filled="f" o:ole="">
                  <v:imagedata r:id="rId345" o:title=""/>
                </v:shape>
              </w:pic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eastAsia="宋体;SimSun" w:cs="宋体;SimSun"/>
                <w:color w:val="000000"/>
                <w:kern w:val="2"/>
                <w:sz w:val="21"/>
                <w:szCs w:val="24"/>
                <w:lang w:bidi="ar-SA"/>
              </w:rPr>
            </w:pPr>
            <w:r>
              <w:rPr/>
              <w:pict>
                <v:shape id="_x0000_i706931" type="_x0000_tole_rId542" style="width:15.75pt;height:14.25pt" filled="f" o:ole="">
                  <v:imagedata r:id="rId346" o:title=""/>
                </v:shape>
              </w:pic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3</w:t>
            </w:r>
          </w:p>
        </w:tc>
      </w:tr>
      <w:tr>
        <w:trPr>
          <w:trHeight w:val="375" w:hRule="atLeast"/>
        </w:trPr>
        <w:tc>
          <w:tcPr>
            <w:tcW w:w="15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i/>
                <w:color w:val="000000"/>
                <w:kern w:val="2"/>
                <w:sz w:val="21"/>
                <w:szCs w:val="24"/>
                <w:lang w:bidi="ar-SA"/>
              </w:rPr>
              <w:t>x</w:t>
            </w:r>
            <w:r>
              <w:rPr>
                <w:rFonts w:eastAsia="Times New Roman" w:cs="Times New Roman"/>
                <w:color w:val="000000"/>
                <w:kern w:val="2"/>
                <w:sz w:val="21"/>
                <w:szCs w:val="24"/>
                <w:vertAlign w:val="superscript"/>
                <w:lang w:bidi="ar-SA"/>
              </w:rPr>
              <w:t>2</w:t>
            </w:r>
            <w:r>
              <w:rPr>
                <w:rFonts w:eastAsia="Times New Roman" w:cs="Times New Roman"/>
                <w:color w:val="000000"/>
                <w:kern w:val="2"/>
                <w:sz w:val="21"/>
                <w:szCs w:val="24"/>
                <w:lang w:bidi="ar-SA"/>
              </w:rPr>
              <w:t>-</w:t>
            </w:r>
            <w:r>
              <w:rPr>
                <w:rFonts w:eastAsia="Times New Roman" w:cs="Times New Roman"/>
                <w:i/>
                <w:color w:val="000000"/>
                <w:kern w:val="2"/>
                <w:sz w:val="21"/>
                <w:szCs w:val="24"/>
                <w:lang w:bidi="ar-SA"/>
              </w:rPr>
              <w:t>y</w:t>
            </w:r>
            <w:r>
              <w:rPr>
                <w:rFonts w:eastAsia="Times New Roman" w:cs="Times New Roman"/>
                <w:color w:val="000000"/>
                <w:kern w:val="2"/>
                <w:sz w:val="21"/>
                <w:szCs w:val="24"/>
                <w:vertAlign w:val="superscript"/>
                <w:lang w:bidi="ar-SA"/>
              </w:rPr>
              <w:t>2</w: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eastAsia="宋体;SimSun" w:cs="宋体;SimSun"/>
                <w:color w:val="000000"/>
                <w:kern w:val="2"/>
                <w:sz w:val="21"/>
                <w:szCs w:val="24"/>
                <w:lang w:bidi="ar-SA"/>
              </w:rPr>
            </w:pPr>
            <w:r>
              <w:rPr/>
              <w:pict>
                <v:shape id="_x0000_i706932" type="_x0000_tole_rId544" style="width:15.75pt;height:14.25pt" filled="f" o:ole="">
                  <v:imagedata r:id="rId347" o:title=""/>
                </v:shape>
              </w:pic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eastAsia="宋体;SimSun" w:cs="宋体;SimSun"/>
                <w:color w:val="000000"/>
                <w:kern w:val="2"/>
                <w:sz w:val="21"/>
                <w:szCs w:val="24"/>
                <w:lang w:bidi="ar-SA"/>
              </w:rPr>
            </w:pPr>
            <w:r>
              <w:rPr/>
              <w:pict>
                <v:shape id="_x0000_i706933" type="_x0000_tole_rId546" style="width:15pt;height:12.75pt" filled="f" o:ole="">
                  <v:imagedata r:id="rId348" o:title=""/>
                </v:shape>
              </w:pic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eastAsia="宋体;SimSun" w:cs="宋体;SimSun"/>
                <w:color w:val="000000"/>
                <w:kern w:val="2"/>
                <w:sz w:val="21"/>
                <w:szCs w:val="24"/>
                <w:lang w:bidi="ar-SA"/>
              </w:rPr>
            </w:pPr>
            <w:r>
              <w:rPr/>
              <w:pict>
                <v:shape id="_x0000_i706934" type="_x0000_tole_rId548" style="width:15.75pt;height:14.25pt" filled="f" o:ole="">
                  <v:imagedata r:id="rId349" o:title=""/>
                </v:shape>
              </w:pict>
            </w:r>
          </w:p>
        </w:tc>
        <w:tc>
          <w:tcPr>
            <w:tcW w:w="148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Style w:val="DefaultParagraphFont"/>
                <w:rFonts w:ascii="Times New Roman" w:hAnsi="Times New Roman" w:eastAsia="Times New Roman" w:cs="Times New Roman"/>
                <w:color w:val="000000"/>
                <w:kern w:val="2"/>
                <w:sz w:val="21"/>
                <w:szCs w:val="24"/>
                <w:lang w:bidi="ar-SA"/>
              </w:rPr>
            </w:pPr>
            <w:r>
              <w:rPr>
                <w:rFonts w:eastAsia="Times New Roman" w:cs="Times New Roman"/>
                <w:color w:val="000000"/>
                <w:kern w:val="2"/>
                <w:sz w:val="21"/>
                <w:szCs w:val="24"/>
                <w:lang w:bidi="ar-SA"/>
              </w:rPr>
              <w:t>3</w:t>
            </w:r>
          </w:p>
        </w:tc>
      </w:tr>
    </w:tbl>
    <w:p>
      <w:pPr>
        <w:pStyle w:val="Normal"/>
        <w:spacing w:lineRule="auto" w:line="360"/>
        <w:jc w:val="start"/>
        <w:textAlignment w:val="center"/>
        <w:rPr/>
      </w:pPr>
      <w:r>
        <w:rPr>
          <w:rStyle w:val="DefaultParagraphFont"/>
          <w:rFonts w:ascii="宋体;SimSun" w:hAnsi="宋体;SimSun" w:cs="宋体;SimSun"/>
          <w:color w:val="000000"/>
          <w:kern w:val="2"/>
          <w:sz w:val="21"/>
          <w:szCs w:val="24"/>
          <w:lang w:bidi="ar-SA"/>
        </w:rPr>
        <w:t>得到的结论为</w:t>
      </w:r>
      <w:r>
        <w:rPr>
          <w:rStyle w:val="DefaultParagraphFont"/>
          <w:rFonts w:ascii="Times New Roman" w:hAnsi="Times New Roman" w:cs="Times New Roman" w:eastAsia="Times New Roman"/>
          <w:color w:val="000000"/>
          <w:kern w:val="2"/>
          <w:sz w:val="21"/>
          <w:szCs w:val="24"/>
          <w:lang w:bidi="ar-SA"/>
        </w:rPr>
        <w:pict>
          <v:shape id="_x0000_i706935" type="_x0000_tole_rId550" style="width:111.75pt;height:18pt" filled="f" o:ole="">
            <v:imagedata r:id="rId350" o:title=""/>
          </v:shape>
        </w:pict>
      </w:r>
      <w:r>
        <w:rPr>
          <w:rStyle w:val="DefaultParagraphFont"/>
          <w:rFonts w:ascii="宋体;SimSun" w:hAnsi="宋体;SimSun" w:cs="宋体;SimSun"/>
          <w:color w:val="000000"/>
          <w:kern w:val="2"/>
          <w:sz w:val="21"/>
          <w:szCs w:val="24"/>
          <w:lang w:bidi="ar-SA"/>
        </w:rPr>
        <w:t>；</w:t>
      </w:r>
    </w:p>
    <w:p>
      <w:pPr>
        <w:pStyle w:val="Normal"/>
        <w:spacing w:lineRule="auto" w:line="360"/>
        <w:jc w:val="start"/>
        <w:textAlignment w:val="center"/>
        <w:rPr/>
      </w:pPr>
      <w:r>
        <w:rPr>
          <w:rFonts w:ascii="宋体;SimSun" w:hAnsi="宋体;SimSun" w:cs="宋体;SimSun"/>
          <w:color w:val="000000"/>
        </w:rPr>
        <w:t>故答案是：</w:t>
      </w:r>
      <w:r>
        <w:rPr/>
        <w:pict>
          <v:shape id="_x0000_i706936" type="_x0000_tole_rId552" style="width:111.75pt;height:18pt" filled="f" o:ole="">
            <v:imagedata r:id="rId351"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pict>
          <v:shape id="_x0000_i706937" type="_x0000_tole_rId554" style="width:307.7pt;height:19.8pt" filled="f" o:ole="">
            <v:imagedata r:id="rId352" o:title=""/>
          </v:shape>
        </w:pic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本题主要考查了平方差公式的推导与应用，准确计算是解题的关键．</w:t>
      </w:r>
    </w:p>
    <w:p>
      <w:pPr>
        <w:pStyle w:val="Normal"/>
        <w:spacing w:lineRule="auto" w:line="360"/>
        <w:jc w:val="start"/>
        <w:textAlignment w:val="center"/>
        <w:rPr/>
      </w:pPr>
      <w:r>
        <w:rPr>
          <w:color w:val="000000"/>
        </w:rPr>
        <w:t xml:space="preserve">33. </w:t>
      </w:r>
      <w:r>
        <w:rPr>
          <w:rFonts w:ascii="宋体;SimSun" w:hAnsi="宋体;SimSun" w:cs="宋体;SimSun"/>
          <w:color w:val="000000"/>
        </w:rPr>
        <w:t>阅读材料，回答下列问题：</w:t>
      </w:r>
    </w:p>
    <w:p>
      <w:pPr>
        <w:pStyle w:val="Normal"/>
        <w:spacing w:lineRule="auto" w:line="360"/>
        <w:jc w:val="start"/>
        <w:textAlignment w:val="center"/>
        <w:rPr/>
      </w:pPr>
      <w:r>
        <w:rPr>
          <w:rFonts w:ascii="宋体;SimSun" w:hAnsi="宋体;SimSun" w:cs="宋体;SimSun"/>
          <w:color w:val="000000"/>
        </w:rPr>
        <w:t>观察题中每对数在数轴上的对应点间的距离：</w:t>
      </w:r>
      <w:r>
        <w:rPr>
          <w:rFonts w:eastAsia="Times New Roman" w:cs="Times New Roman"/>
          <w:color w:val="000000"/>
        </w:rPr>
        <w:t>4</w:t>
      </w:r>
      <w:r>
        <w:rPr>
          <w:rFonts w:ascii="宋体;SimSun" w:hAnsi="宋体;SimSun" w:cs="宋体;SimSun"/>
          <w:color w:val="000000"/>
        </w:rPr>
        <w:t>与</w:t>
      </w:r>
      <w:r>
        <w:rPr/>
        <w:pict>
          <v:shape id="_x0000_i706938" type="_x0000_tole_rId556" style="width:15.75pt;height:12.75pt" filled="f" o:ole="">
            <v:imagedata r:id="rId353" o:title=""/>
          </v:shape>
        </w:pict>
      </w: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与</w:t>
      </w:r>
      <w:r>
        <w:rPr>
          <w:rFonts w:eastAsia="Times New Roman" w:cs="Times New Roman"/>
          <w:color w:val="000000"/>
        </w:rPr>
        <w:t>5</w:t>
      </w:r>
      <w:r>
        <w:rPr>
          <w:rFonts w:ascii="宋体;SimSun" w:hAnsi="宋体;SimSun" w:cs="宋体;SimSun"/>
          <w:color w:val="000000"/>
        </w:rPr>
        <w:t>，</w:t>
      </w:r>
      <w:r>
        <w:rPr/>
        <w:pict>
          <v:shape id="_x0000_i706939" type="_x0000_tole_rId558" style="width:15.75pt;height:12.75pt" filled="f" o:ole="">
            <v:imagedata r:id="rId354" o:title=""/>
          </v:shape>
        </w:pict>
      </w:r>
      <w:r>
        <w:rPr>
          <w:rFonts w:ascii="宋体;SimSun" w:hAnsi="宋体;SimSun" w:cs="宋体;SimSun"/>
          <w:color w:val="000000"/>
        </w:rPr>
        <w:t>与</w:t>
      </w:r>
      <w:r>
        <w:rPr/>
        <w:pict>
          <v:shape id="_x0000_i706940" type="_x0000_tole_rId560" style="width:16.5pt;height:14.25pt" filled="f" o:ole="">
            <v:imagedata r:id="rId355" o:title=""/>
          </v:shape>
        </w:pict>
      </w:r>
      <w:r>
        <w:rPr>
          <w:rFonts w:ascii="宋体;SimSun" w:hAnsi="宋体;SimSun" w:cs="宋体;SimSun"/>
          <w:color w:val="000000"/>
        </w:rPr>
        <w:t>，</w:t>
      </w:r>
      <w:r>
        <w:rPr/>
        <w:pict>
          <v:shape id="_x0000_i706941" type="_x0000_tole_rId562" style="width:15.75pt;height:12.75pt" filled="f" o:ole="">
            <v:imagedata r:id="rId356" o:title=""/>
          </v:shape>
        </w:pict>
      </w:r>
      <w:r>
        <w:rPr>
          <w:rFonts w:ascii="宋体;SimSun" w:hAnsi="宋体;SimSun" w:cs="宋体;SimSun"/>
          <w:color w:val="000000"/>
        </w:rPr>
        <w:t>与</w:t>
      </w:r>
      <w:r>
        <w:rPr>
          <w:rFonts w:eastAsia="Times New Roman" w:cs="Times New Roman"/>
          <w:color w:val="000000"/>
        </w:rPr>
        <w:t>3</w:t>
      </w:r>
      <w:r>
        <w:rPr>
          <w:rFonts w:ascii="宋体;SimSun" w:hAnsi="宋体;SimSun" w:cs="宋体;SimSun"/>
          <w:color w:val="000000"/>
        </w:rPr>
        <w:t>．并计算两个数的差的绝对值，回答问题：</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）所得距离与这两个数的差的绝对值的数量关系是</w:t>
      </w:r>
      <w:r>
        <w:rPr>
          <w:rFonts w:eastAsia="Times New Roman" w:cs="Times New Roman"/>
          <w:color w:val="000000"/>
        </w:rPr>
        <w:t>_______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）若数轴上的点</w:t>
      </w:r>
      <w:r>
        <w:rPr>
          <w:rFonts w:eastAsia="Times New Roman" w:cs="Times New Roman"/>
          <w:i/>
          <w:color w:val="000000"/>
        </w:rPr>
        <w:t>A</w:t>
      </w:r>
      <w:r>
        <w:rPr>
          <w:rFonts w:ascii="宋体;SimSun" w:hAnsi="宋体;SimSun" w:cs="宋体;SimSun"/>
          <w:color w:val="000000"/>
        </w:rPr>
        <w:t>表示的数为</w:t>
      </w:r>
      <w:r>
        <w:rPr/>
        <w:pict>
          <v:shape id="_x0000_i706942" type="_x0000_tole_rId564" style="width:9.65pt;height:11.3pt" filled="f" o:ole="">
            <v:imagedata r:id="rId357" o:title=""/>
          </v:shape>
        </w:pict>
      </w:r>
      <w:r>
        <w:rPr>
          <w:rFonts w:ascii="宋体;SimSun" w:hAnsi="宋体;SimSun" w:cs="宋体;SimSun"/>
          <w:color w:val="000000"/>
        </w:rPr>
        <w:t>，点</w:t>
      </w:r>
      <w:r>
        <w:rPr>
          <w:rFonts w:eastAsia="Times New Roman" w:cs="Times New Roman"/>
          <w:i/>
          <w:color w:val="000000"/>
        </w:rPr>
        <w:t>B</w:t>
      </w:r>
      <w:r>
        <w:rPr>
          <w:rFonts w:ascii="宋体;SimSun" w:hAnsi="宋体;SimSun" w:cs="宋体;SimSun"/>
          <w:color w:val="000000"/>
        </w:rPr>
        <w:t>表示的数为</w:t>
      </w:r>
      <w:r>
        <w:rPr/>
        <w:pict>
          <v:shape id="_x0000_i706943" type="_x0000_tole_rId566" style="width:15pt;height:12.75pt" filled="f" o:ole="">
            <v:imagedata r:id="rId358" o:title=""/>
          </v:shape>
        </w:pict>
      </w:r>
      <w:r>
        <w:rPr>
          <w:rFonts w:ascii="宋体;SimSun" w:hAnsi="宋体;SimSun" w:cs="宋体;SimSun"/>
          <w:color w:val="000000"/>
        </w:rPr>
        <w:t>，则</w:t>
      </w:r>
      <w:r>
        <w:rPr>
          <w:rFonts w:eastAsia="Times New Roman" w:cs="Times New Roman"/>
          <w:i/>
          <w:color w:val="000000"/>
        </w:rPr>
        <w:t>A</w:t>
      </w:r>
      <w:r>
        <w:rPr>
          <w:rFonts w:ascii="宋体;SimSun" w:hAnsi="宋体;SimSun" w:cs="宋体;SimSun"/>
          <w:color w:val="000000"/>
        </w:rPr>
        <w:t>与</w:t>
      </w:r>
      <w:r>
        <w:rPr>
          <w:rFonts w:eastAsia="Times New Roman" w:cs="Times New Roman"/>
          <w:i/>
          <w:color w:val="000000"/>
        </w:rPr>
        <w:t>B</w:t>
      </w:r>
      <w:r>
        <w:rPr>
          <w:rFonts w:ascii="宋体;SimSun" w:hAnsi="宋体;SimSun" w:cs="宋体;SimSun"/>
          <w:color w:val="000000"/>
        </w:rPr>
        <w:t>两点间的距离可以表示为</w:t>
      </w:r>
      <w:r>
        <w:rPr>
          <w:rFonts w:eastAsia="Times New Roman" w:cs="Times New Roman"/>
          <w:color w:val="000000"/>
        </w:rPr>
        <w:t>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）结合数轴可得</w:t>
      </w:r>
      <w:r>
        <w:rPr/>
        <w:pict>
          <v:shape id="_x0000_i706944" type="_x0000_tole_rId568" style="width:66.75pt;height:20.25pt" filled="f" o:ole="">
            <v:imagedata r:id="rId360" o:title=""/>
          </v:shape>
        </w:pict>
      </w:r>
      <w:r>
        <w:rPr>
          <w:rFonts w:ascii="宋体;SimSun" w:hAnsi="宋体;SimSun" w:cs="宋体;SimSun"/>
          <w:color w:val="000000"/>
        </w:rPr>
        <w:drawing>
          <wp:inline distT="0" distB="0" distL="0" distR="0">
            <wp:extent cx="133350" cy="177800"/>
            <wp:effectExtent l="0" t="0" r="0" b="0"/>
            <wp:docPr id="2683"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4" name="Image9"/>
                    <pic:cNvPicPr>
                      <a:picLocks noChangeAspect="1" noChangeArrowheads="1"/>
                    </pic:cNvPicPr>
                  </pic:nvPicPr>
                  <pic:blipFill>
                    <a:blip r:embed="rId35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最小值为</w:t>
      </w:r>
      <w:r>
        <w:rPr>
          <w:rFonts w:eastAsia="Times New Roman" w:cs="Times New Roman"/>
          <w:color w:val="000000"/>
        </w:rPr>
        <w:t>______</w:t>
      </w:r>
      <w:r>
        <w:rPr>
          <w:rFonts w:ascii="宋体;SimSun" w:hAnsi="宋体;SimSun" w:cs="宋体;SimSun"/>
          <w:color w:val="000000"/>
        </w:rPr>
        <w:t>，此时</w:t>
      </w:r>
      <w:r>
        <w:rPr>
          <w:rFonts w:eastAsia="Times New Roman" w:cs="Times New Roman"/>
          <w:i/>
          <w:color w:val="000000"/>
        </w:rPr>
        <w:t>x</w:t>
      </w:r>
      <w:r>
        <w:rPr>
          <w:rFonts w:ascii="宋体;SimSun" w:hAnsi="宋体;SimSun" w:cs="宋体;SimSun"/>
          <w:color w:val="000000"/>
        </w:rPr>
        <w:t>的取值范围是</w:t>
      </w:r>
      <w:r>
        <w:rPr>
          <w:rFonts w:eastAsia="Times New Roman" w:cs="Times New Roman"/>
          <w:color w:val="000000"/>
        </w:rPr>
        <w:t>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4</w:t>
      </w:r>
      <w:r>
        <w:rPr>
          <w:rFonts w:ascii="宋体;SimSun" w:hAnsi="宋体;SimSun" w:cs="宋体;SimSun"/>
          <w:color w:val="000000"/>
        </w:rPr>
        <w:t>）若关于</w:t>
      </w:r>
      <w:r>
        <w:rPr/>
        <w:pict>
          <v:shape id="_x0000_i706945" type="_x0000_tole_rId571" style="width:9.65pt;height:11.3pt" filled="f" o:ole="">
            <v:imagedata r:id="rId361" o:title=""/>
          </v:shape>
        </w:pict>
      </w:r>
      <w:r>
        <w:rPr>
          <w:rFonts w:ascii="宋体;SimSun" w:hAnsi="宋体;SimSun" w:cs="宋体;SimSun"/>
          <w:color w:val="000000"/>
        </w:rPr>
        <w:t>的方程</w:t>
      </w:r>
      <w:r>
        <w:rPr/>
        <w:pict>
          <v:shape id="_x0000_i706946" type="_x0000_tole_rId573" style="width:117.75pt;height:20.25pt" filled="f" o:ole="">
            <v:imagedata r:id="rId362" o:title=""/>
          </v:shape>
        </w:pict>
      </w:r>
      <w:r>
        <w:rPr>
          <w:rFonts w:ascii="宋体;SimSun" w:hAnsi="宋体;SimSun" w:cs="宋体;SimSun"/>
          <w:color w:val="000000"/>
        </w:rPr>
        <w:t>无解，则</w:t>
      </w:r>
      <w:r>
        <w:rPr/>
        <w:pict>
          <v:shape id="_x0000_i706947" type="_x0000_tole_rId575" style="width:10pt;height:11.5pt" filled="f" o:ole="">
            <v:imagedata r:id="rId363" o:title=""/>
          </v:shape>
        </w:pict>
      </w:r>
      <w:r>
        <w:rPr>
          <w:rFonts w:ascii="宋体;SimSun" w:hAnsi="宋体;SimSun" w:cs="宋体;SimSun"/>
          <w:color w:val="000000"/>
        </w:rPr>
        <w:t>的取值范围是</w:t>
      </w:r>
      <w:r>
        <w:rPr>
          <w:rFonts w:eastAsia="Times New Roman" w:cs="Times New Roman"/>
          <w:color w:val="000000"/>
        </w:rPr>
        <w:t>_______</w:t>
      </w:r>
      <w:r>
        <w:rPr>
          <w:rFonts w:ascii="宋体;SimSun" w:hAnsi="宋体;SimSun" w:cs="宋体;SimSun"/>
          <w:color w:val="000000"/>
        </w:rPr>
        <w:t>．</w:t>
      </w:r>
    </w:p>
    <w:p>
      <w:pPr>
        <w:pStyle w:val="Normal"/>
        <w:spacing w:lineRule="auto" w:line="360"/>
        <w:textAlignment w:val="center"/>
        <w:rPr>
          <w:rFonts w:ascii="宋体;SimSun" w:hAnsi="宋体;SimSun" w:eastAsia="宋体;SimSun" w:cs="宋体;SimSun"/>
          <w:color w:val="000000"/>
        </w:rPr>
      </w:pPr>
      <w:r>
        <w:rPr>
          <w:color w:val="2E75B6"/>
        </w:rPr>
        <w:t>【答案】</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）相等；（</w:t>
      </w:r>
      <w:r>
        <w:rPr>
          <w:rFonts w:eastAsia="Times New Roman" w:cs="Times New Roman"/>
          <w:color w:val="000000"/>
        </w:rPr>
        <w:t>2</w:t>
      </w:r>
      <w:r>
        <w:rPr>
          <w:rFonts w:ascii="宋体;SimSun" w:hAnsi="宋体;SimSun" w:cs="宋体;SimSun"/>
          <w:color w:val="000000"/>
        </w:rPr>
        <w:t>）</w:t>
      </w:r>
      <w:r>
        <w:rPr/>
        <w:pict>
          <v:shape id="_x0000_i706948" type="_x0000_tole_rId577" style="width:32.25pt;height:15.75pt" filled="f" o:ole="">
            <v:imagedata r:id="rId364" o:title=""/>
          </v:shape>
        </w:pict>
      </w: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w:t>
      </w:r>
      <w:r>
        <w:rPr>
          <w:rFonts w:eastAsia="Times New Roman" w:cs="Times New Roman"/>
          <w:color w:val="000000"/>
        </w:rPr>
        <w:t>5</w:t>
      </w:r>
      <w:r>
        <w:rPr>
          <w:rFonts w:ascii="宋体;SimSun" w:hAnsi="宋体;SimSun" w:cs="宋体;SimSun"/>
          <w:color w:val="000000"/>
        </w:rPr>
        <w:t>，</w:t>
      </w:r>
      <w:r>
        <w:rPr/>
        <w:pict>
          <v:shape id="_x0000_i706949" type="_x0000_tole_rId579" style="width:52pt;height:13.95pt" filled="f" o:ole="">
            <v:imagedata r:id="rId365" o:title=""/>
          </v:shape>
        </w:pict>
      </w:r>
      <w:r>
        <w:rPr>
          <w:rFonts w:ascii="宋体;SimSun" w:hAnsi="宋体;SimSun" w:cs="宋体;SimSun"/>
          <w:color w:val="000000"/>
        </w:rPr>
        <w:t>；（</w:t>
      </w:r>
      <w:r>
        <w:rPr>
          <w:rFonts w:eastAsia="Times New Roman" w:cs="Times New Roman"/>
          <w:color w:val="000000"/>
        </w:rPr>
        <w:t>4</w:t>
      </w:r>
      <w:r>
        <w:rPr>
          <w:rFonts w:ascii="宋体;SimSun" w:hAnsi="宋体;SimSun" w:cs="宋体;SimSun"/>
          <w:color w:val="000000"/>
        </w:rPr>
        <w:t>）</w:t>
      </w:r>
      <w:r>
        <w:rPr/>
        <w:pict>
          <v:shape id="_x0000_i706950" type="_x0000_tole_rId581" style="width:27.75pt;height:14.25pt" filled="f" o:ole="">
            <v:imagedata r:id="rId366" o:title=""/>
          </v:shape>
        </w:pic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）根据数轴上两点之间的距离可得出结论；</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）根据数轴上两点之间的距离可得结果；</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）把</w:t>
      </w:r>
      <w:r>
        <w:rPr/>
        <w:pict>
          <v:shape id="_x0000_i706951" type="_x0000_tole_rId583" style="width:9.65pt;height:11.3pt" filled="f" o:ole="">
            <v:imagedata r:id="rId367" o:title=""/>
          </v:shape>
        </w:pict>
      </w:r>
      <w:r>
        <w:rPr>
          <w:rFonts w:ascii="宋体;SimSun" w:hAnsi="宋体;SimSun" w:cs="宋体;SimSun"/>
          <w:color w:val="000000"/>
        </w:rPr>
        <w:t>的取值范围分成</w:t>
      </w:r>
      <w:r>
        <w:rPr/>
        <w:pict>
          <v:shape id="_x0000_i706952" type="_x0000_tole_rId585" style="width:34pt;height:13.95pt" filled="f" o:ole="">
            <v:imagedata r:id="rId368" o:title=""/>
          </v:shape>
        </w:pict>
      </w:r>
      <w:r>
        <w:rPr>
          <w:rFonts w:ascii="宋体;SimSun" w:hAnsi="宋体;SimSun" w:cs="宋体;SimSun"/>
          <w:color w:val="000000"/>
        </w:rPr>
        <w:t>，</w:t>
      </w:r>
      <w:r>
        <w:rPr/>
        <w:pict>
          <v:shape id="_x0000_i706953" type="_x0000_tole_rId587" style="width:52pt;height:13.95pt" filled="f" o:ole="">
            <v:imagedata r:id="rId369" o:title=""/>
          </v:shape>
        </w:pict>
      </w:r>
      <w:r>
        <w:rPr>
          <w:rFonts w:ascii="宋体;SimSun" w:hAnsi="宋体;SimSun" w:cs="宋体;SimSun"/>
          <w:color w:val="000000"/>
        </w:rPr>
        <w:t>和</w:t>
      </w:r>
      <w:r>
        <w:rPr/>
        <w:pict>
          <v:shape id="_x0000_i706954" type="_x0000_tole_rId589" style="width:27.85pt;height:13.9pt" filled="f" o:ole="">
            <v:imagedata r:id="rId370" o:title=""/>
          </v:shape>
        </w:pict>
      </w:r>
      <w:r>
        <w:rPr>
          <w:rFonts w:ascii="宋体;SimSun" w:hAnsi="宋体;SimSun" w:cs="宋体;SimSun"/>
          <w:color w:val="000000"/>
        </w:rPr>
        <w:t>三类进行讨论，求出最小值及</w:t>
      </w:r>
      <w:r>
        <w:rPr/>
        <w:pict>
          <v:shape id="_x0000_i706955" type="_x0000_tole_rId591" style="width:9.65pt;height:11.3pt" filled="f" o:ole="">
            <v:imagedata r:id="rId371" o:title=""/>
          </v:shape>
        </w:pict>
      </w:r>
      <w:r>
        <w:rPr>
          <w:rFonts w:ascii="宋体;SimSun" w:hAnsi="宋体;SimSun" w:cs="宋体;SimSun"/>
          <w:color w:val="000000"/>
        </w:rPr>
        <w:t>对应的取值范围即可；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4</w:t>
      </w:r>
      <w:r>
        <w:rPr>
          <w:rFonts w:ascii="宋体;SimSun" w:hAnsi="宋体;SimSun" w:cs="宋体;SimSun"/>
          <w:color w:val="000000"/>
        </w:rPr>
        <w:t>）把</w:t>
      </w:r>
      <w:r>
        <w:rPr/>
        <w:pict>
          <v:shape id="_x0000_i706956" type="_x0000_tole_rId593" style="width:9.65pt;height:11.3pt" filled="f" o:ole="">
            <v:imagedata r:id="rId372" o:title=""/>
          </v:shape>
        </w:pict>
      </w:r>
      <w:r>
        <w:rPr>
          <w:rFonts w:ascii="宋体;SimSun" w:hAnsi="宋体;SimSun" w:cs="宋体;SimSun"/>
          <w:color w:val="000000"/>
        </w:rPr>
        <w:t>的取值范围分成</w:t>
      </w:r>
      <w:r>
        <w:rPr/>
        <w:pict>
          <v:shape id="_x0000_i706957" type="_x0000_tole_rId595" style="width:33pt;height:13.5pt" filled="f" o:ole="">
            <v:imagedata r:id="rId373" o:title=""/>
          </v:shape>
        </w:pict>
      </w:r>
      <w:r>
        <w:rPr>
          <w:rFonts w:ascii="宋体;SimSun" w:hAnsi="宋体;SimSun" w:cs="宋体;SimSun"/>
          <w:color w:val="000000"/>
        </w:rPr>
        <w:t>，</w:t>
      </w:r>
      <w:r>
        <w:rPr/>
        <w:pict>
          <v:shape id="_x0000_i706958" type="_x0000_tole_rId597" style="width:48.75pt;height:14.25pt" filled="f" o:ole="">
            <v:imagedata r:id="rId374" o:title=""/>
          </v:shape>
        </w:pict>
      </w:r>
      <w:r>
        <w:rPr>
          <w:rFonts w:ascii="宋体;SimSun" w:hAnsi="宋体;SimSun" w:cs="宋体;SimSun"/>
          <w:color w:val="000000"/>
        </w:rPr>
        <w:t>，</w:t>
      </w:r>
      <w:r>
        <w:rPr/>
        <w:pict>
          <v:shape id="_x0000_i706959" type="_x0000_tole_rId599" style="width:40.2pt;height:13.8pt" filled="f" o:ole="">
            <v:imagedata r:id="rId375" o:title=""/>
          </v:shape>
        </w:pict>
      </w:r>
      <w:r>
        <w:rPr>
          <w:rFonts w:ascii="宋体;SimSun" w:hAnsi="宋体;SimSun" w:cs="宋体;SimSun"/>
          <w:color w:val="000000"/>
        </w:rPr>
        <w:t>和</w:t>
      </w:r>
      <w:r>
        <w:rPr/>
        <w:pict>
          <v:shape id="_x0000_i706960" type="_x0000_tole_rId601" style="width:27pt;height:14pt" filled="f" o:ole="">
            <v:imagedata r:id="rId376" o:title=""/>
          </v:shape>
        </w:pict>
      </w:r>
      <w:r>
        <w:rPr>
          <w:rFonts w:ascii="宋体;SimSun" w:hAnsi="宋体;SimSun" w:cs="宋体;SimSun"/>
          <w:color w:val="000000"/>
        </w:rPr>
        <w:t>四类进行讨论，求出最小值，由于方程</w:t>
      </w:r>
      <w:r>
        <w:rPr/>
        <w:pict>
          <v:shape id="_x0000_i706961" type="_x0000_tole_rId603" style="width:117.6pt;height:20.4pt" filled="f" o:ole="">
            <v:imagedata r:id="rId377" o:title=""/>
          </v:shape>
        </w:pict>
      </w:r>
      <w:r>
        <w:rPr>
          <w:rFonts w:ascii="宋体;SimSun" w:hAnsi="宋体;SimSun" w:cs="宋体;SimSun"/>
          <w:color w:val="000000"/>
        </w:rPr>
        <w:t>无解，则</w:t>
      </w:r>
      <w:r>
        <w:rPr/>
        <w:pict>
          <v:shape id="_x0000_i706962" type="_x0000_tole_rId605" style="width:10pt;height:11.5pt" filled="f" o:ole="">
            <v:imagedata r:id="rId378" o:title=""/>
          </v:shape>
        </w:pict>
      </w:r>
      <w:r>
        <w:rPr>
          <w:rFonts w:ascii="宋体;SimSun" w:hAnsi="宋体;SimSun" w:cs="宋体;SimSun"/>
          <w:color w:val="000000"/>
        </w:rPr>
        <w:t>小于最小值即可得出答案．</w:t>
      </w:r>
    </w:p>
    <w:p>
      <w:pPr>
        <w:pStyle w:val="Normal"/>
        <w:spacing w:lineRule="auto" w:line="360"/>
        <w:jc w:val="start"/>
        <w:textAlignment w:val="center"/>
        <w:rPr/>
      </w:pPr>
      <w:r>
        <w:rPr>
          <w:color w:val="000000"/>
        </w:rPr>
        <w:t>【详解】</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）由题可知，数轴上两点距离</w:t>
      </w:r>
      <w:r>
        <w:rPr>
          <w:rFonts w:eastAsia="Cambria Math" w:cs="Cambria Math" w:ascii="Cambria Math" w:hAnsi="Cambria Math"/>
          <w:color w:val="000000"/>
        </w:rPr>
        <w:t>=</w:t>
      </w:r>
      <w:r>
        <w:rPr>
          <w:rFonts w:ascii="宋体;SimSun" w:hAnsi="宋体;SimSun" w:cs="宋体;SimSun"/>
          <w:color w:val="000000"/>
        </w:rPr>
        <w:t>两点表示的数的差的绝对值，</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故答案为：相等；</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）由（</w:t>
      </w:r>
      <w:r>
        <w:rPr>
          <w:rFonts w:eastAsia="Times New Roman" w:cs="Times New Roman"/>
          <w:color w:val="000000"/>
        </w:rPr>
        <w:t>1</w:t>
      </w:r>
      <w:r>
        <w:rPr>
          <w:rFonts w:ascii="宋体;SimSun" w:hAnsi="宋体;SimSun" w:cs="宋体;SimSun"/>
          <w:color w:val="000000"/>
        </w:rPr>
        <w:t>）可知：</w:t>
      </w:r>
      <w:r>
        <w:rPr/>
        <w:pict>
          <v:shape id="_x0000_i706963" type="_x0000_tole_rId607" style="width:109.2pt;height:19.8pt" filled="f" o:ole="">
            <v:imagedata r:id="rId379"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pict>
          <v:shape id="_x0000_i706964" type="_x0000_tole_rId609" style="width:28pt;height:20.5pt" filled="f" o:ole="">
            <v:imagedata r:id="rId380"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）①当</w:t>
      </w:r>
      <w:r>
        <w:rPr/>
        <w:pict>
          <v:shape id="_x0000_i706965" type="_x0000_tole_rId611" style="width:34pt;height:13.95pt" filled="f" o:ole="">
            <v:imagedata r:id="rId381" o:title=""/>
          </v:shape>
        </w:pict>
      </w:r>
      <w:r>
        <w:rPr>
          <w:rFonts w:ascii="宋体;SimSun" w:hAnsi="宋体;SimSun" w:cs="宋体;SimSun"/>
          <w:color w:val="000000"/>
        </w:rPr>
        <w:t>时，</w:t>
      </w:r>
      <w:r>
        <w:rPr/>
        <w:pict>
          <v:shape id="_x0000_i706966" type="_x0000_tole_rId613" style="width:43.5pt;height:14.25pt" filled="f" o:ole="">
            <v:imagedata r:id="rId382" o:title=""/>
          </v:shape>
        </w:pict>
      </w:r>
      <w:r>
        <w:rPr>
          <w:rFonts w:ascii="宋体;SimSun" w:hAnsi="宋体;SimSun" w:cs="宋体;SimSun"/>
          <w:color w:val="000000"/>
        </w:rPr>
        <w:t>，</w:t>
      </w:r>
      <w:r>
        <w:rPr/>
        <w:pict>
          <v:shape id="_x0000_i706967" type="_x0000_tole_rId615" style="width:42.75pt;height:14.25pt" filled="f" o:ole="">
            <v:imagedata r:id="rId383" o:title=""/>
          </v:shape>
        </w:pict>
      </w:r>
      <w:r>
        <w:rPr>
          <w:rFonts w:ascii="宋体;SimSun" w:hAnsi="宋体;SimSun" w:cs="宋体;SimSun"/>
          <w:color w:val="000000"/>
        </w:rPr>
        <w:t>，</w:t>
      </w:r>
    </w:p>
    <w:p>
      <w:pPr>
        <w:pStyle w:val="Normal"/>
        <w:spacing w:lineRule="auto" w:line="360"/>
        <w:jc w:val="start"/>
        <w:textAlignment w:val="center"/>
        <w:rPr/>
      </w:pPr>
      <w:r>
        <w:rPr/>
        <w:pict>
          <v:shape id="_x0000_i706968" type="_x0000_tole_rId617" style="width:304.3pt;height:19.8pt" filled="f" o:ole="">
            <v:imagedata r:id="rId384"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当</w:t>
      </w:r>
      <w:r>
        <w:rPr/>
        <w:pict>
          <v:shape id="_x0000_i706969" type="_x0000_tole_rId619" style="width:52pt;height:13.95pt" filled="f" o:ole="">
            <v:imagedata r:id="rId385" o:title=""/>
          </v:shape>
        </w:pict>
      </w:r>
      <w:r>
        <w:rPr>
          <w:rFonts w:ascii="宋体;SimSun" w:hAnsi="宋体;SimSun" w:cs="宋体;SimSun"/>
          <w:color w:val="000000"/>
        </w:rPr>
        <w:t>时，</w:t>
      </w:r>
      <w:r>
        <w:rPr/>
        <w:pict>
          <v:shape id="_x0000_i706970" type="_x0000_tole_rId621" style="width:43.5pt;height:14.25pt" filled="f" o:ole="">
            <v:imagedata r:id="rId386" o:title=""/>
          </v:shape>
        </w:pict>
      </w:r>
      <w:r>
        <w:rPr>
          <w:rFonts w:ascii="宋体;SimSun" w:hAnsi="宋体;SimSun" w:cs="宋体;SimSun"/>
          <w:color w:val="000000"/>
        </w:rPr>
        <w:t>，</w:t>
      </w:r>
      <w:r>
        <w:rPr/>
        <w:pict>
          <v:shape id="_x0000_i706971" type="_x0000_tole_rId623" style="width:44pt;height:14pt" filled="f" o:ole="">
            <v:imagedata r:id="rId387" o:title=""/>
          </v:shape>
        </w:pict>
      </w:r>
      <w:r>
        <w:rPr>
          <w:rFonts w:ascii="宋体;SimSun" w:hAnsi="宋体;SimSun" w:cs="宋体;SimSun"/>
          <w:color w:val="000000"/>
        </w:rPr>
        <w:t>，</w:t>
      </w:r>
    </w:p>
    <w:p>
      <w:pPr>
        <w:pStyle w:val="Normal"/>
        <w:spacing w:lineRule="auto" w:line="360"/>
        <w:jc w:val="start"/>
        <w:textAlignment w:val="center"/>
        <w:rPr/>
      </w:pPr>
      <w:r>
        <w:rPr/>
        <w:pict>
          <v:shape id="_x0000_i706972" type="_x0000_tole_rId625" style="width:259.8pt;height:19.8pt" filled="f" o:ole="">
            <v:imagedata r:id="rId388"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③</w:t>
      </w:r>
      <w:r>
        <w:rPr>
          <w:rFonts w:ascii="宋体;SimSun" w:hAnsi="宋体;SimSun" w:cs="宋体;SimSun"/>
          <w:color w:val="000000"/>
        </w:rPr>
        <w:t>当</w:t>
      </w:r>
      <w:r>
        <w:rPr/>
        <w:pict>
          <v:shape id="_x0000_i706973" type="_x0000_tole_rId627" style="width:27.85pt;height:13.9pt" filled="f" o:ole="">
            <v:imagedata r:id="rId389" o:title=""/>
          </v:shape>
        </w:pict>
      </w:r>
      <w:r>
        <w:rPr>
          <w:rFonts w:ascii="宋体;SimSun" w:hAnsi="宋体;SimSun" w:cs="宋体;SimSun"/>
          <w:color w:val="000000"/>
        </w:rPr>
        <w:t>时，</w:t>
      </w:r>
      <w:r>
        <w:rPr/>
        <w:pict>
          <v:shape id="_x0000_i706974" type="_x0000_tole_rId629" style="width:44pt;height:13.95pt" filled="f" o:ole="">
            <v:imagedata r:id="rId390" o:title=""/>
          </v:shape>
        </w:pict>
      </w:r>
      <w:r>
        <w:rPr>
          <w:rFonts w:ascii="宋体;SimSun" w:hAnsi="宋体;SimSun" w:cs="宋体;SimSun"/>
          <w:color w:val="000000"/>
        </w:rPr>
        <w:t>，</w:t>
      </w:r>
      <w:r>
        <w:rPr/>
        <w:pict>
          <v:shape id="_x0000_i706975" type="_x0000_tole_rId631" style="width:44pt;height:14pt" filled="f" o:ole="">
            <v:imagedata r:id="rId391" o:title=""/>
          </v:shape>
        </w:pict>
      </w:r>
      <w:r>
        <w:rPr>
          <w:rFonts w:ascii="宋体;SimSun" w:hAnsi="宋体;SimSun" w:cs="宋体;SimSun"/>
          <w:color w:val="000000"/>
        </w:rPr>
        <w:t>，</w:t>
      </w:r>
    </w:p>
    <w:p>
      <w:pPr>
        <w:pStyle w:val="Normal"/>
        <w:spacing w:lineRule="auto" w:line="360"/>
        <w:jc w:val="start"/>
        <w:textAlignment w:val="center"/>
        <w:rPr/>
      </w:pPr>
      <w:r>
        <w:rPr/>
        <w:pict>
          <v:shape id="_x0000_i706976" type="_x0000_tole_rId633" style="width:283.65pt;height:19.8pt" filled="f" o:ole="">
            <v:imagedata r:id="rId392" o:title=""/>
          </v:shape>
        </w:pict>
      </w:r>
      <w:r>
        <w:rPr>
          <w:rFonts w:ascii="宋体;SimSun" w:hAnsi="宋体;SimSun" w:cs="宋体;SimSun"/>
          <w:color w:val="000000"/>
        </w:rPr>
        <w:t>，</w:t>
      </w:r>
    </w:p>
    <w:p>
      <w:pPr>
        <w:pStyle w:val="Normal"/>
        <w:spacing w:lineRule="auto" w:line="360"/>
        <w:jc w:val="start"/>
        <w:textAlignment w:val="center"/>
        <w:rPr/>
      </w:pPr>
      <w:r>
        <w:rPr/>
        <w:pict>
          <v:shape id="_x0000_i706977" type="_x0000_tole_rId635" style="width:11.25pt;height:9.75pt" filled="f" o:ole="">
            <v:imagedata r:id="rId393" o:title=""/>
          </v:shape>
        </w:pict>
      </w:r>
      <w:r>
        <w:rPr>
          <w:rFonts w:ascii="宋体;SimSun" w:hAnsi="宋体;SimSun" w:cs="宋体;SimSun"/>
          <w:color w:val="000000"/>
        </w:rPr>
        <w:t>当</w:t>
      </w:r>
      <w:r>
        <w:rPr/>
        <w:pict>
          <v:shape id="_x0000_i706978" type="_x0000_tole_rId637" style="width:52pt;height:13.95pt" filled="f" o:ole="">
            <v:imagedata r:id="rId394" o:title=""/>
          </v:shape>
        </w:pict>
      </w:r>
      <w:r>
        <w:rPr>
          <w:rFonts w:ascii="宋体;SimSun" w:hAnsi="宋体;SimSun" w:cs="宋体;SimSun"/>
          <w:color w:val="000000"/>
        </w:rPr>
        <w:t>时，</w:t>
      </w:r>
      <w:r>
        <w:rPr/>
        <w:pict>
          <v:shape id="_x0000_i706979" type="_x0000_tole_rId639" style="width:66.6pt;height:20.4pt" filled="f" o:ole="">
            <v:imagedata r:id="rId395" o:title=""/>
          </v:shape>
        </w:pict>
      </w:r>
      <w:r>
        <w:rPr>
          <w:rFonts w:ascii="宋体;SimSun" w:hAnsi="宋体;SimSun" w:cs="宋体;SimSun"/>
          <w:color w:val="000000"/>
        </w:rPr>
        <w:t>有最小值为</w:t>
      </w:r>
      <w:r>
        <w:rPr>
          <w:rFonts w:eastAsia="Times New Roman" w:cs="Times New Roman"/>
          <w:color w:val="000000"/>
        </w:rPr>
        <w:t>5</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rFonts w:eastAsia="Times New Roman" w:cs="Times New Roman"/>
          <w:color w:val="000000"/>
        </w:rPr>
        <w:t>5</w:t>
      </w:r>
      <w:r>
        <w:rPr>
          <w:rFonts w:ascii="宋体;SimSun" w:hAnsi="宋体;SimSun" w:cs="宋体;SimSun"/>
          <w:color w:val="000000"/>
        </w:rPr>
        <w:t>，</w:t>
      </w:r>
      <w:r>
        <w:rPr/>
        <w:pict>
          <v:shape id="_x0000_i706980" type="_x0000_tole_rId641" style="width:52pt;height:13.95pt" filled="f" o:ole="">
            <v:imagedata r:id="rId396"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4</w:t>
      </w:r>
      <w:r>
        <w:rPr>
          <w:rFonts w:ascii="宋体;SimSun" w:hAnsi="宋体;SimSun" w:cs="宋体;SimSun"/>
          <w:color w:val="000000"/>
        </w:rPr>
        <w:t>）①当</w:t>
      </w:r>
      <w:r>
        <w:rPr/>
        <w:pict>
          <v:shape id="_x0000_i706981" type="_x0000_tole_rId643" style="width:33pt;height:13.5pt" filled="f" o:ole="">
            <v:imagedata r:id="rId397" o:title=""/>
          </v:shape>
        </w:pict>
      </w:r>
      <w:r>
        <w:rPr>
          <w:rFonts w:ascii="宋体;SimSun" w:hAnsi="宋体;SimSun" w:cs="宋体;SimSun"/>
          <w:color w:val="000000"/>
        </w:rPr>
        <w:t>时，</w:t>
      </w:r>
      <w:r>
        <w:rPr/>
        <w:pict>
          <v:shape id="_x0000_i706982" type="_x0000_tole_rId645" style="width:42pt;height:13.95pt" filled="f" o:ole="">
            <v:imagedata r:id="rId398" o:title=""/>
          </v:shape>
        </w:pict>
      </w:r>
      <w:r>
        <w:rPr>
          <w:rFonts w:ascii="宋体;SimSun" w:hAnsi="宋体;SimSun" w:cs="宋体;SimSun"/>
          <w:color w:val="000000"/>
        </w:rPr>
        <w:t>，</w:t>
      </w:r>
      <w:r>
        <w:rPr/>
        <w:pict>
          <v:shape id="_x0000_i706983" type="_x0000_tole_rId647" style="width:42pt;height:13.8pt" filled="f" o:ole="">
            <v:imagedata r:id="rId399" o:title=""/>
          </v:shape>
        </w:pict>
      </w:r>
      <w:r>
        <w:rPr>
          <w:rFonts w:ascii="宋体;SimSun" w:hAnsi="宋体;SimSun" w:cs="宋体;SimSun"/>
          <w:color w:val="000000"/>
        </w:rPr>
        <w:t>，</w:t>
      </w:r>
      <w:r>
        <w:rPr/>
        <w:pict>
          <v:shape id="_x0000_i706984" type="_x0000_tole_rId649" style="width:44.25pt;height:14.25pt" filled="f" o:ole="">
            <v:imagedata r:id="rId400" o:title=""/>
          </v:shape>
        </w:pict>
      </w:r>
      <w:r>
        <w:rPr>
          <w:rFonts w:ascii="宋体;SimSun" w:hAnsi="宋体;SimSun" w:cs="宋体;SimSun"/>
          <w:color w:val="000000"/>
        </w:rPr>
        <w:t>，</w:t>
      </w:r>
    </w:p>
    <w:p>
      <w:pPr>
        <w:pStyle w:val="Normal"/>
        <w:spacing w:lineRule="auto" w:line="360"/>
        <w:jc w:val="start"/>
        <w:textAlignment w:val="center"/>
        <w:rPr/>
      </w:pPr>
      <w:r>
        <w:rPr/>
        <w:pict>
          <v:shape id="_x0000_i706985" type="_x0000_tole_rId651" style="width:301.3pt;height:19.8pt" filled="f" o:ole="">
            <v:imagedata r:id="rId401"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color w:val="000000"/>
        </w:rPr>
        <w:t>当</w:t>
      </w:r>
      <w:r>
        <w:rPr/>
        <w:pict>
          <v:shape id="_x0000_i706986" type="_x0000_tole_rId653" style="width:48.75pt;height:14.25pt" filled="f" o:ole="">
            <v:imagedata r:id="rId402" o:title=""/>
          </v:shape>
        </w:pict>
      </w:r>
      <w:r>
        <w:rPr>
          <w:rFonts w:ascii="宋体;SimSun" w:hAnsi="宋体;SimSun" w:cs="宋体;SimSun"/>
          <w:color w:val="000000"/>
        </w:rPr>
        <w:t>时，</w:t>
      </w:r>
      <w:r>
        <w:rPr/>
        <w:pict>
          <v:shape id="_x0000_i706987" type="_x0000_tole_rId655" style="width:42pt;height:13.95pt" filled="f" o:ole="">
            <v:imagedata r:id="rId403" o:title=""/>
          </v:shape>
        </w:pict>
      </w:r>
      <w:r>
        <w:rPr>
          <w:rFonts w:ascii="宋体;SimSun" w:hAnsi="宋体;SimSun" w:cs="宋体;SimSun"/>
          <w:color w:val="000000"/>
        </w:rPr>
        <w:t>，</w:t>
      </w:r>
      <w:r>
        <w:rPr/>
        <w:pict>
          <v:shape id="_x0000_i706988" type="_x0000_tole_rId657" style="width:42pt;height:13.95pt" filled="f" o:ole="">
            <v:imagedata r:id="rId404" o:title=""/>
          </v:shape>
        </w:pict>
      </w:r>
      <w:r>
        <w:rPr>
          <w:rFonts w:ascii="宋体;SimSun" w:hAnsi="宋体;SimSun" w:cs="宋体;SimSun"/>
          <w:color w:val="000000"/>
        </w:rPr>
        <w:t>，</w:t>
      </w:r>
      <w:r>
        <w:rPr/>
        <w:pict>
          <v:shape id="_x0000_i706989" type="_x0000_tole_rId659" style="width:44.25pt;height:14.25pt" filled="f" o:ole="">
            <v:imagedata r:id="rId405" o:title=""/>
          </v:shape>
        </w:pict>
      </w:r>
      <w:r>
        <w:rPr>
          <w:rFonts w:ascii="宋体;SimSun" w:hAnsi="宋体;SimSun" w:cs="宋体;SimSun"/>
          <w:color w:val="000000"/>
        </w:rPr>
        <w:t>，</w:t>
      </w:r>
    </w:p>
    <w:p>
      <w:pPr>
        <w:pStyle w:val="Normal"/>
        <w:spacing w:lineRule="auto" w:line="360"/>
        <w:jc w:val="start"/>
        <w:textAlignment w:val="center"/>
        <w:rPr/>
      </w:pPr>
      <w:r>
        <w:rPr/>
        <w:pict>
          <v:shape id="_x0000_i706990" type="_x0000_tole_rId661" style="width:279pt;height:19.8pt" filled="f" o:ole="">
            <v:imagedata r:id="rId406" o:title=""/>
          </v:shape>
        </w:pict>
      </w:r>
      <w:r>
        <w:rPr>
          <w:rFonts w:ascii="宋体;SimSun" w:hAnsi="宋体;SimSun" w:cs="宋体;SimSun"/>
          <w:color w:val="000000"/>
        </w:rPr>
        <w:t>，</w:t>
      </w:r>
    </w:p>
    <w:p>
      <w:pPr>
        <w:pStyle w:val="Normal"/>
        <w:spacing w:lineRule="auto" w:line="360"/>
        <w:jc w:val="start"/>
        <w:textAlignment w:val="center"/>
        <w:rPr/>
      </w:pPr>
      <w:r>
        <w:rPr/>
        <w:pict>
          <v:shape id="_x0000_i706991" type="_x0000_tole_rId663" style="width:144pt;height:19.8pt" filled="f" o:ole="">
            <v:imagedata r:id="rId407"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③</w:t>
      </w:r>
      <w:r>
        <w:rPr>
          <w:rFonts w:ascii="宋体;SimSun" w:hAnsi="宋体;SimSun" w:cs="宋体;SimSun"/>
          <w:color w:val="000000"/>
        </w:rPr>
        <w:t>当</w:t>
      </w:r>
      <w:r>
        <w:rPr/>
        <w:pict>
          <v:shape id="_x0000_i706992" type="_x0000_tole_rId665" style="width:40.2pt;height:13.8pt" filled="f" o:ole="">
            <v:imagedata r:id="rId408" o:title=""/>
          </v:shape>
        </w:pict>
      </w:r>
      <w:r>
        <w:rPr>
          <w:rFonts w:ascii="宋体;SimSun" w:hAnsi="宋体;SimSun" w:cs="宋体;SimSun"/>
          <w:color w:val="000000"/>
        </w:rPr>
        <w:t>时，</w:t>
      </w:r>
      <w:r>
        <w:rPr/>
        <w:pict>
          <v:shape id="_x0000_i706993" type="_x0000_tole_rId667" style="width:42pt;height:13.95pt" filled="f" o:ole="">
            <v:imagedata r:id="rId409" o:title=""/>
          </v:shape>
        </w:pict>
      </w:r>
      <w:r>
        <w:rPr>
          <w:rFonts w:ascii="宋体;SimSun" w:hAnsi="宋体;SimSun" w:cs="宋体;SimSun"/>
          <w:color w:val="000000"/>
        </w:rPr>
        <w:t>，</w:t>
      </w:r>
      <w:r>
        <w:rPr/>
        <w:pict>
          <v:shape id="_x0000_i706994" type="_x0000_tole_rId669" style="width:42pt;height:13.95pt" filled="f" o:ole="">
            <v:imagedata r:id="rId410" o:title=""/>
          </v:shape>
        </w:pict>
      </w:r>
      <w:r>
        <w:rPr>
          <w:rFonts w:ascii="宋体;SimSun" w:hAnsi="宋体;SimSun" w:cs="宋体;SimSun"/>
          <w:color w:val="000000"/>
        </w:rPr>
        <w:t>，</w:t>
      </w:r>
      <w:r>
        <w:rPr/>
        <w:pict>
          <v:shape id="_x0000_i706995" type="_x0000_tole_rId671" style="width:44.25pt;height:14.25pt" filled="f" o:ole="">
            <v:imagedata r:id="rId411" o:title=""/>
          </v:shape>
        </w:pict>
      </w:r>
      <w:r>
        <w:rPr>
          <w:rFonts w:ascii="宋体;SimSun" w:hAnsi="宋体;SimSun" w:cs="宋体;SimSun"/>
          <w:color w:val="000000"/>
        </w:rPr>
        <w:t>，</w:t>
      </w:r>
    </w:p>
    <w:p>
      <w:pPr>
        <w:pStyle w:val="Normal"/>
        <w:spacing w:lineRule="auto" w:line="360"/>
        <w:jc w:val="start"/>
        <w:textAlignment w:val="center"/>
        <w:rPr>
          <w:color w:val="000000"/>
        </w:rPr>
      </w:pPr>
      <w:r>
        <w:rPr/>
        <w:pict>
          <v:shape id="_x0000_i706996" type="_x0000_tole_rId673" style="width:265.2pt;height:19.8pt" filled="f" o:ole="">
            <v:imagedata r:id="rId412" o:title=""/>
          </v:shape>
        </w:pict>
      </w:r>
    </w:p>
    <w:p>
      <w:pPr>
        <w:pStyle w:val="Normal"/>
        <w:spacing w:lineRule="auto" w:line="360"/>
        <w:jc w:val="start"/>
        <w:textAlignment w:val="center"/>
        <w:rPr/>
      </w:pPr>
      <w:r>
        <w:rPr/>
        <w:pict>
          <v:shape id="_x0000_i706997" type="_x0000_tole_rId675" style="width:150pt;height:19.8pt" filled="f" o:ole="">
            <v:imagedata r:id="rId413"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④</w:t>
      </w:r>
      <w:r>
        <w:rPr>
          <w:rFonts w:ascii="宋体;SimSun" w:hAnsi="宋体;SimSun" w:cs="宋体;SimSun"/>
          <w:color w:val="000000"/>
        </w:rPr>
        <w:t>当</w:t>
      </w:r>
      <w:r>
        <w:rPr/>
        <w:pict>
          <v:shape id="_x0000_i706998" type="_x0000_tole_rId677" style="width:27pt;height:14pt" filled="f" o:ole="">
            <v:imagedata r:id="rId414" o:title=""/>
          </v:shape>
        </w:pict>
      </w:r>
      <w:r>
        <w:rPr>
          <w:rFonts w:ascii="宋体;SimSun" w:hAnsi="宋体;SimSun" w:cs="宋体;SimSun"/>
          <w:color w:val="000000"/>
        </w:rPr>
        <w:t>时，</w:t>
      </w:r>
      <w:r>
        <w:rPr/>
        <w:pict>
          <v:shape id="_x0000_i706999" type="_x0000_tole_rId679" style="width:42pt;height:13.95pt" filled="f" o:ole="">
            <v:imagedata r:id="rId415" o:title=""/>
          </v:shape>
        </w:pict>
      </w:r>
      <w:r>
        <w:rPr>
          <w:rFonts w:ascii="宋体;SimSun" w:hAnsi="宋体;SimSun" w:cs="宋体;SimSun"/>
          <w:color w:val="000000"/>
        </w:rPr>
        <w:t>，</w:t>
      </w:r>
      <w:r>
        <w:rPr/>
        <w:pict>
          <v:shape id="_x0000_i707000" type="_x0000_tole_rId681" style="width:42pt;height:13.95pt" filled="f" o:ole="">
            <v:imagedata r:id="rId416" o:title=""/>
          </v:shape>
        </w:pict>
      </w:r>
      <w:r>
        <w:rPr>
          <w:rFonts w:ascii="宋体;SimSun" w:hAnsi="宋体;SimSun" w:cs="宋体;SimSun"/>
          <w:color w:val="000000"/>
        </w:rPr>
        <w:t>，</w:t>
      </w:r>
      <w:r>
        <w:rPr/>
        <w:pict>
          <v:shape id="_x0000_i707001" type="_x0000_tole_rId683" style="width:39.75pt;height:12.75pt" filled="f" o:ole="">
            <v:imagedata r:id="rId417" o:title=""/>
          </v:shape>
        </w:pict>
      </w:r>
      <w:r>
        <w:rPr>
          <w:rFonts w:ascii="宋体;SimSun" w:hAnsi="宋体;SimSun" w:cs="宋体;SimSun"/>
          <w:color w:val="000000"/>
        </w:rPr>
        <w:t>，</w:t>
      </w:r>
    </w:p>
    <w:p>
      <w:pPr>
        <w:pStyle w:val="Normal"/>
        <w:spacing w:lineRule="auto" w:line="360"/>
        <w:jc w:val="start"/>
        <w:textAlignment w:val="center"/>
        <w:rPr/>
      </w:pPr>
      <w:r>
        <w:rPr/>
        <w:pict>
          <v:shape id="_x0000_i707002" type="_x0000_tole_rId685" style="width:292.8pt;height:19.8pt" filled="f" o:ole="">
            <v:imagedata r:id="rId418" o:title=""/>
          </v:shape>
        </w:pict>
      </w:r>
      <w:r>
        <w:rPr>
          <w:rFonts w:ascii="宋体;SimSun" w:hAnsi="宋体;SimSun" w:cs="宋体;SimSun"/>
          <w:color w:val="000000"/>
        </w:rPr>
        <w:t>，</w:t>
      </w:r>
    </w:p>
    <w:p>
      <w:pPr>
        <w:pStyle w:val="Normal"/>
        <w:spacing w:lineRule="auto" w:line="360"/>
        <w:jc w:val="start"/>
        <w:textAlignment w:val="center"/>
        <w:rPr/>
      </w:pPr>
      <w:r>
        <w:rPr/>
        <w:pict>
          <v:shape id="_x0000_i707003" type="_x0000_tole_rId687" style="width:109.2pt;height:19.8pt" filled="f" o:ole="">
            <v:imagedata r:id="rId419" o:title=""/>
          </v:shape>
        </w:pict>
      </w:r>
      <w:r>
        <w:rPr>
          <w:rFonts w:ascii="宋体;SimSun" w:hAnsi="宋体;SimSun" w:cs="宋体;SimSun"/>
          <w:color w:val="000000"/>
        </w:rPr>
        <w:t>最小值为</w:t>
      </w:r>
      <w:r>
        <w:rPr>
          <w:rFonts w:eastAsia="Times New Roman" w:cs="Times New Roman"/>
          <w:color w:val="000000"/>
        </w:rPr>
        <w:t>6</w:t>
      </w:r>
      <w:r>
        <w:rPr>
          <w:rFonts w:ascii="宋体;SimSun" w:hAnsi="宋体;SimSun" w:cs="宋体;SimSun"/>
          <w:color w:val="000000"/>
        </w:rPr>
        <w:t>，</w:t>
      </w:r>
    </w:p>
    <w:p>
      <w:pPr>
        <w:pStyle w:val="Normal"/>
        <w:spacing w:lineRule="auto" w:line="360"/>
        <w:jc w:val="start"/>
        <w:textAlignment w:val="center"/>
        <w:rPr/>
      </w:pPr>
      <w:r>
        <w:rPr/>
        <w:pict>
          <v:shape id="_x0000_i707004" type="_x0000_tole_rId689" style="width:11.25pt;height:9.75pt" filled="f" o:ole="">
            <v:imagedata r:id="rId420" o:title=""/>
          </v:shape>
        </w:pict>
      </w:r>
      <w:r>
        <w:rPr>
          <w:rFonts w:ascii="宋体;SimSun" w:hAnsi="宋体;SimSun" w:cs="宋体;SimSun"/>
          <w:color w:val="000000"/>
        </w:rPr>
        <w:t>方程</w:t>
      </w:r>
      <w:r>
        <w:rPr/>
        <w:pict>
          <v:shape id="_x0000_i707005" type="_x0000_tole_rId691" style="width:117.6pt;height:20.4pt" filled="f" o:ole="">
            <v:imagedata r:id="rId421" o:title=""/>
          </v:shape>
        </w:pict>
      </w:r>
      <w:r>
        <w:rPr>
          <w:rFonts w:ascii="宋体;SimSun" w:hAnsi="宋体;SimSun" w:cs="宋体;SimSun"/>
          <w:color w:val="000000"/>
        </w:rPr>
        <w:t>无解，</w:t>
      </w:r>
    </w:p>
    <w:p>
      <w:pPr>
        <w:pStyle w:val="Normal"/>
        <w:spacing w:lineRule="auto" w:line="360"/>
        <w:jc w:val="start"/>
        <w:textAlignment w:val="center"/>
        <w:rPr/>
      </w:pPr>
      <w:r>
        <w:rPr/>
        <w:pict>
          <v:shape id="_x0000_i707006" type="_x0000_tole_rId693" style="width:37.4pt;height:14.05pt" filled="f" o:ole="">
            <v:imagedata r:id="rId422" o:title=""/>
          </v:shape>
        </w:pic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pict>
          <v:shape id="_x0000_i707007" type="_x0000_tole_rId695" style="width:27.75pt;height:14.25pt" filled="f" o:ole="">
            <v:imagedata r:id="rId423" o:title=""/>
          </v:shape>
        </w:pic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本题考查数轴上两点的距离以及绝对值的意义，掌握分类讨论的思想方法求最值是解题的关键．</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6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 name="图片 1"/>
                    <pic:cNvPicPr>
                      <a:picLocks noChangeAspect="1" noChangeArrowheads="1"/>
                    </pic:cNvPicPr>
                  </pic:nvPicPr>
                  <pic:blipFill>
                    <a:blip r:embed="rId424"/>
                    <a:srcRect l="-21" t="-74" r="-21" b="-74"/>
                    <a:stretch>
                      <a:fillRect/>
                    </a:stretch>
                  </pic:blipFill>
                  <pic:spPr bwMode="auto">
                    <a:xfrm>
                      <a:off x="0" y="0"/>
                      <a:ext cx="1724025" cy="485775"/>
                    </a:xfrm>
                    <a:prstGeom prst="rect">
                      <a:avLst/>
                    </a:prstGeom>
                    <a:noFill/>
                  </pic:spPr>
                </pic:pic>
              </a:graphicData>
            </a:graphic>
          </wp:inline>
        </w:drawing>
      </w:r>
    </w:p>
    <w:p>
      <w:pPr>
        <w:pStyle w:val="Heading2"/>
      </w:pPr>
      <w:r>
        <w:t>北京景山学校</w:t>
      </w:r>
    </w:p>
    <w:p>
      <w:pPr>
        <w:spacing w:line="360" w:lineRule="auto"/>
        <w:jc w:val="left"/>
        <w:textAlignment w:val="center"/>
        <w:rPr>
          <w:color w:val="000000"/>
        </w:rPr>
      </w:pPr>
      <w:r>
        <w:rPr>
          <w:color w:val="000000"/>
        </w:rPr>
        <w:t xml:space="preserve">27. </w:t>
      </w:r>
      <w:r>
        <w:rPr>
          <w:rFonts w:ascii="宋体" w:eastAsia="宋体" w:hAnsi="宋体" w:cs="宋体"/>
          <w:color w:val="000000"/>
        </w:rPr>
        <w:t>在有些情况下，不需要计算出结果也能把绝对值符号去掉，例如：|</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）根据上面的规律，把下列各式写成去掉绝对值符号的形式：</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07008" type="#_x0000_t75" alt="学科网(www.zxxk.com)--教育资源门户，提供试卷、教案、课件、论文、素材以及各类教学资源下载，还有大量而丰富的教学相关资讯！" style="width:10.5pt;height:21pt" o:oleicon="f" o:ole="">
            <v:imagedata r:id="rId425" o:title="eqIdf89eef3148f2d4d09379767b4af69132"/>
          </v:shape>
        </w:pict>
      </w:r>
      <w:r>
        <w:rPr>
          <w:rFonts w:ascii="宋体" w:eastAsia="宋体" w:hAnsi="宋体" w:cs="宋体"/>
          <w:color w:val="000000"/>
        </w:rPr>
        <w:t>＋</w:t>
      </w:r>
      <w:r>
        <w:pict>
          <v:shape id="_x0000_i707009" type="#_x0000_t75" alt="学科网(www.zxxk.com)--教育资源门户，提供试卷、教案、课件、论文、素材以及各类教学资源下载，还有大量而丰富的教学相关资讯！" style="width:10.9pt;height:31.1pt" o:oleicon="f" o:ole="">
            <v:imagedata r:id="rId426" o:title="eqIdd3ffd5c35bba71ea54c28622b6cf505d"/>
          </v:shape>
        </w:pic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）用简单的方法计算：|</w:t>
      </w:r>
      <w:r>
        <w:pict>
          <v:shape id="_x0000_i707010" type="#_x0000_t75" alt="学科网(www.zxxk.com)--教育资源门户，提供试卷、教案、课件、论文、素材以及各类教学资源下载，还有大量而丰富的教学相关资讯！" style="width:11.25pt;height:30.75pt" o:oleicon="f" o:ole="">
            <v:imagedata r:id="rId427" o:title="eqId4dac452fbb5ef6dd653e7fbbef639484"/>
          </v:shape>
        </w:pict>
      </w:r>
      <w:r>
        <w:rPr>
          <w:rFonts w:ascii="宋体" w:eastAsia="宋体" w:hAnsi="宋体" w:cs="宋体"/>
          <w:color w:val="000000"/>
        </w:rPr>
        <w:t>－</w:t>
      </w:r>
      <w:r>
        <w:pict>
          <v:shape id="_x0000_i707011" type="#_x0000_t75" alt="学科网(www.zxxk.com)--教育资源门户，提供试卷、教案、课件、论文、素材以及各类教学资源下载，还有大量而丰富的教学相关资讯！" style="width:10.5pt;height:21pt" o:oleicon="f" o:ole="">
            <v:imagedata r:id="rId428" o:title="eqIdf89eef3148f2d4d09379767b4af69132"/>
          </v:shape>
        </w:pict>
      </w:r>
      <w:r>
        <w:rPr>
          <w:rFonts w:ascii="宋体" w:eastAsia="宋体" w:hAnsi="宋体" w:cs="宋体"/>
          <w:color w:val="000000"/>
        </w:rPr>
        <w:t>|＋|</w:t>
      </w:r>
      <w:r>
        <w:pict>
          <v:shape id="_x0000_i707012" type="#_x0000_t75" alt="学科网(www.zxxk.com)--教育资源门户，提供试卷、教案、课件、论文、素材以及各类教学资源下载，还有大量而丰富的教学相关资讯！" style="width:11.9pt;height:31.2pt" o:oleicon="f" o:ole="">
            <v:imagedata r:id="rId429" o:title="eqId56d266a04f3dc7483eddbc26c5e487db"/>
          </v:shape>
        </w:pict>
      </w:r>
      <w:r>
        <w:rPr>
          <w:rFonts w:ascii="宋体" w:eastAsia="宋体" w:hAnsi="宋体" w:cs="宋体"/>
          <w:color w:val="000000"/>
        </w:rPr>
        <w:t>－</w:t>
      </w:r>
      <w:r>
        <w:pict>
          <v:shape id="_x0000_i707013" type="#_x0000_t75" alt="学科网(www.zxxk.com)--教育资源门户，提供试卷、教案、课件、论文、素材以及各类教学资源下载，还有大量而丰富的教学相关资讯！" style="width:11.25pt;height:30.75pt" o:oleicon="f" o:ole="">
            <v:imagedata r:id="rId427" o:title="eqId4dac452fbb5ef6dd653e7fbbef639484"/>
          </v:shape>
        </w:pict>
      </w:r>
      <w:r>
        <w:rPr>
          <w:rFonts w:ascii="宋体" w:eastAsia="宋体" w:hAnsi="宋体" w:cs="宋体"/>
          <w:color w:val="000000"/>
        </w:rPr>
        <w:t>|＋|</w:t>
      </w:r>
      <w:r>
        <w:pict>
          <v:shape id="_x0000_i707014" type="#_x0000_t75" alt="学科网(www.zxxk.com)--教育资源门户，提供试卷、教案、课件、论文、素材以及各类教学资源下载，还有大量而丰富的教学相关资讯！" style="width:10.9pt;height:31.1pt" o:oleicon="f" o:ole="">
            <v:imagedata r:id="rId430" o:title="eqIdd3ffd5c35bba71ea54c28622b6cf505d"/>
          </v:shape>
        </w:pict>
      </w:r>
      <w:r>
        <w:rPr>
          <w:rFonts w:ascii="宋体" w:eastAsia="宋体" w:hAnsi="宋体" w:cs="宋体"/>
          <w:color w:val="000000"/>
        </w:rPr>
        <w:t>－</w:t>
      </w:r>
      <w:r>
        <w:pict>
          <v:shape id="_x0000_i707015" type="#_x0000_t75" alt="学科网(www.zxxk.com)--教育资源门户，提供试卷、教案、课件、论文、素材以及各类教学资源下载，还有大量而丰富的教学相关资讯！" style="width:11.9pt;height:31.2pt" o:oleicon="f" o:ole="">
            <v:imagedata r:id="rId429" o:title="eqId56d266a04f3dc7483eddbc26c5e487db"/>
          </v:shape>
        </w:pict>
      </w:r>
      <w:r>
        <w:rPr>
          <w:rFonts w:ascii="宋体" w:eastAsia="宋体" w:hAnsi="宋体" w:cs="宋体"/>
          <w:color w:val="000000"/>
        </w:rPr>
        <w:t>|＋……＋|</w:t>
      </w:r>
      <w:r>
        <w:pict>
          <v:shape id="_x0000_i707016" type="#_x0000_t75" alt="学科网(www.zxxk.com)--教育资源门户，提供试卷、教案、课件、论文、素材以及各类教学资源下载，还有大量而丰富的教学相关资讯！" style="width:29.25pt;height:30.75pt" o:oleicon="f" o:ole="">
            <v:imagedata r:id="rId431" o:title="eqId566aa5510995d49577ed20eae12fa066"/>
          </v:shape>
        </w:pict>
      </w:r>
      <w:r>
        <w:rPr>
          <w:rFonts w:ascii="宋体" w:eastAsia="宋体" w:hAnsi="宋体" w:cs="宋体"/>
          <w:color w:val="000000"/>
        </w:rPr>
        <w:t>－</w:t>
      </w:r>
      <w:r>
        <w:pict>
          <v:shape id="_x0000_i707017" type="#_x0000_t75" alt="学科网(www.zxxk.com)--教育资源门户，提供试卷、教案、课件、论文、素材以及各类教学资源下载，还有大量而丰富的教学相关资讯！" style="width:30pt;height:31pt" o:oleicon="f" o:ole="">
            <v:imagedata r:id="rId432" o:title="eqId3cd209afb2cdb0743fd5f7367648ae83"/>
          </v:shape>
        </w:pic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7+2</w:t>
      </w:r>
      <w:r>
        <w:rPr>
          <w:rFonts w:ascii="宋体" w:eastAsia="宋体" w:hAnsi="宋体" w:cs="宋体"/>
          <w:color w:val="000000"/>
        </w:rPr>
        <w:t>；②</w:t>
      </w:r>
      <w:r>
        <w:pict>
          <v:shape id="_x0000_i707018" type="#_x0000_t75" alt="学科网(www.zxxk.com)--教育资源门户，提供试卷、教案、课件、论文、素材以及各类教学资源下载，还有大量而丰富的教学相关资讯！" style="width:29.25pt;height:30.75pt" o:oleicon="f" o:ole="">
            <v:imagedata r:id="rId433" o:title="eqIda28be097c307cfa834da0a8776cc935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019" type="#_x0000_t75" alt="学科网(www.zxxk.com)--教育资源门户，提供试卷、教案、课件、论文、素材以及各类教学资源下载，还有大量而丰富的教学相关资讯！" style="width:30pt;height:30.75pt" o:oleicon="f" o:ole="">
            <v:imagedata r:id="rId434" o:title="eqId7b8eb8b8fe2e5668ebc642d882017ab8"/>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）①②根据正数的绝对值等于本身，负数的绝对值是其相反数可得答案；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）根据绝对值的性质化简，再相互抵消可得答案．</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w:t>
      </w:r>
      <w:r>
        <w:pict>
          <v:shape id="_x0000_i707020" type="#_x0000_t75" alt="学科网(www.zxxk.com)--教育资源门户，提供试卷、教案、课件、论文、素材以及各类教学资源下载，还有大量而丰富的教学相关资讯！" style="width:41.25pt;height:14.25pt" o:oleicon="f" o:ole="">
            <v:imagedata r:id="rId435" o:title="eqIda33fd2aea8e94380e050ca14c806ddf3"/>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7+2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07021" type="#_x0000_t75" alt="学科网(www.zxxk.com)--教育资源门户，提供试卷、教案、课件、论文、素材以及各类教学资源下载，还有大量而丰富的教学相关资讯！" style="width:54.75pt;height:30.75pt" o:oleicon="f" o:ole="">
            <v:imagedata r:id="rId436" o:title="eqId9c6ec4633cc1f6fce50d6a40d4f24984"/>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7022" type="#_x0000_t75" alt="学科网(www.zxxk.com)--教育资源门户，提供试卷、教案、课件、论文、素材以及各类教学资源下载，还有大量而丰富的教学相关资讯！" style="width:10.5pt;height:21pt" o:oleicon="f" o:ole="">
            <v:imagedata r:id="rId437" o:title="eqIdf89eef3148f2d4d09379767b4af69132"/>
          </v:shape>
        </w:pict>
      </w:r>
      <w:r>
        <w:rPr>
          <w:rFonts w:ascii="宋体" w:eastAsia="宋体" w:hAnsi="宋体" w:cs="宋体"/>
          <w:color w:val="000000"/>
        </w:rPr>
        <w:t>＋</w:t>
      </w:r>
      <w:r>
        <w:pict>
          <v:shape id="_x0000_i707023" type="#_x0000_t75" alt="学科网(www.zxxk.com)--教育资源门户，提供试卷、教案、课件、论文、素材以及各类教学资源下载，还有大量而丰富的教学相关资讯！" style="width:10.9pt;height:31.1pt" o:oleicon="f" o:ole="">
            <v:imagedata r:id="rId438" o:title="eqIdd3ffd5c35bba71ea54c28622b6cf505d"/>
          </v:shape>
        </w:pict>
      </w:r>
      <w:r>
        <w:rPr>
          <w:rFonts w:ascii="宋体" w:eastAsia="宋体" w:hAnsi="宋体" w:cs="宋体"/>
          <w:color w:val="000000"/>
        </w:rPr>
        <w:t>|＝</w:t>
      </w:r>
      <w:r>
        <w:pict>
          <v:shape id="_x0000_i707024" type="#_x0000_t75" alt="学科网(www.zxxk.com)--教育资源门户，提供试卷、教案、课件、论文、素材以及各类教学资源下载，还有大量而丰富的教学相关资讯！" style="width:29.25pt;height:30.75pt" o:oleicon="f" o:ole="">
            <v:imagedata r:id="rId439" o:title="eqIda28be097c307cfa834da0a8776cc93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）原式＝</w:t>
      </w:r>
      <w:r>
        <w:pict>
          <v:shape id="_x0000_i707025" type="#_x0000_t75" alt="学科网(www.zxxk.com)--教育资源门户，提供试卷、教案、课件、论文、素材以及各类教学资源下载，还有大量而丰富的教学相关资讯！" style="width:188.25pt;height:30.75pt" o:oleicon="f" o:ole="">
            <v:imagedata r:id="rId440" o:title="eqIdd4f2971a4f83149538c0edfc1f70136f"/>
          </v:shape>
        </w:pict>
      </w:r>
      <w:r>
        <w:rPr>
          <w:rFonts w:ascii="宋体" w:eastAsia="宋体" w:hAnsi="宋体" w:cs="宋体"/>
          <w:color w:val="000000"/>
        </w:rPr>
        <w:t xml:space="preserve"> ，</w:t>
      </w:r>
    </w:p>
    <w:p>
      <w:pPr>
        <w:spacing w:line="360" w:lineRule="auto"/>
        <w:jc w:val="left"/>
        <w:textAlignment w:val="center"/>
        <w:rPr>
          <w:color w:val="000000"/>
        </w:rPr>
      </w:pPr>
      <w:r>
        <w:pict>
          <v:shape id="_x0000_i707026" type="#_x0000_t75" alt="学科网(www.zxxk.com)--教育资源门户，提供试卷、教案、课件、论文、素材以及各类教学资源下载，还有大量而丰富的教学相关资讯！" style="width:56.25pt;height:30.75pt" o:oleicon="f" o:ole="">
            <v:imagedata r:id="rId441" o:title="eqIdac6c7b4497a5f3dd86aa02e72e941b2c"/>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7027" type="#_x0000_t75" alt="学科网(www.zxxk.com)--教育资源门户，提供试卷、教案、课件、论文、素材以及各类教学资源下载，还有大量而丰富的教学相关资讯！" style="width:30pt;height:30.75pt" o:oleicon="f" o:ole="">
            <v:imagedata r:id="rId442" o:title="eqId7b8eb8b8fe2e5668ebc642d882017ab8"/>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本题考查有理数的混合运算，熟练地掌握运算法则和绝对值的性质是解题关键．</w:t>
      </w:r>
    </w:p>
    <w:p>
      <w:pPr>
        <w:spacing w:line="360" w:lineRule="auto"/>
        <w:jc w:val="left"/>
        <w:textAlignment w:val="center"/>
        <w:rPr>
          <w:color w:val="000000"/>
        </w:rPr>
      </w:pPr>
      <w:r>
        <w:rPr>
          <w:color w:val="000000"/>
        </w:rPr>
        <w:t xml:space="preserve">28. </w:t>
      </w:r>
      <w:r>
        <w:rPr>
          <w:rFonts w:ascii="宋体" w:eastAsia="宋体" w:hAnsi="宋体" w:cs="宋体"/>
          <w:color w:val="000000"/>
        </w:rPr>
        <w:t>阅读绝对值拓展材料：|</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i/>
          <w:color w:val="000000"/>
        </w:rPr>
        <w:t>a</w:t>
      </w:r>
      <w:r>
        <w:rPr>
          <w:rFonts w:ascii="宋体" w:eastAsia="宋体" w:hAnsi="宋体" w:cs="宋体"/>
          <w:color w:val="000000"/>
        </w:rPr>
        <w:t>在数轴上的对应点与原点的距离，如：|</w:t>
      </w:r>
      <w:r>
        <w:rPr>
          <w:rFonts w:ascii="Times New Roman" w:eastAsia="Times New Roman" w:hAnsi="Times New Roman" w:cs="Times New Roman"/>
          <w:color w:val="000000"/>
        </w:rPr>
        <w:t>5</w: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在数轴上的对应点到原点的距离而|</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|，即|</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在数轴上对应的两点之间的距离，类似的，|</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）|表示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在数轴上对应的两点之间的距离．一般地，点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在数轴上分别表示有理数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，那么</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之间的距离可表示为|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根据上述材料，回答下列问题．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）数轴上表示</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的两点之间的距离是</w:t>
      </w:r>
      <w:r>
        <w:rPr>
          <w:rFonts w:ascii="宋体" w:eastAsia="宋体" w:hAnsi="宋体" w:cs="宋体"/>
          <w:color w:val="000000"/>
          <w:u w:val="single"/>
        </w:rPr>
        <w:t xml:space="preserve">     </w:t>
      </w:r>
      <w:r>
        <w:rPr>
          <w:rFonts w:ascii="宋体" w:eastAsia="宋体" w:hAnsi="宋体" w:cs="宋体"/>
          <w:color w:val="000000"/>
        </w:rPr>
        <w:t>，数轴上表示</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的两点之间的距离是</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）借助数轴解决问题：如果|</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，那么</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|可以理解为数轴上表示</w:t>
      </w:r>
      <w:r>
        <w:rPr>
          <w:rFonts w:ascii="Times New Roman" w:eastAsia="Times New Roman" w:hAnsi="Times New Roman" w:cs="Times New Roman"/>
          <w:i/>
          <w:color w:val="000000"/>
        </w:rPr>
        <w:t>x</w:t>
      </w:r>
      <w:r>
        <w:rPr>
          <w:rFonts w:ascii="宋体" w:eastAsia="宋体" w:hAnsi="宋体" w:cs="宋体"/>
          <w:color w:val="000000"/>
          <w:position w:val="0"/>
        </w:rPr>
        <w:drawing>
          <wp:inline>
            <wp:extent cx="133350" cy="177800"/>
            <wp:docPr id="268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8" name=""/>
                    <pic:cNvPicPr>
                      <a:picLocks noChangeAspect="1"/>
                    </pic:cNvPicPr>
                  </pic:nvPicPr>
                  <pic:blipFill>
                    <a:blip r:embed="rId44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点到表示</w:t>
      </w:r>
      <w:r>
        <w:rPr>
          <w:rFonts w:ascii="宋体" w:eastAsia="宋体" w:hAnsi="宋体" w:cs="宋体"/>
          <w:color w:val="000000"/>
          <w:u w:val="single"/>
        </w:rPr>
        <w:t xml:space="preserve">     </w:t>
      </w:r>
      <w:r>
        <w:rPr>
          <w:rFonts w:ascii="宋体" w:eastAsia="宋体" w:hAnsi="宋体" w:cs="宋体"/>
          <w:color w:val="000000"/>
        </w:rPr>
        <w:t>和</w:t>
      </w:r>
      <w:r>
        <w:rPr>
          <w:rFonts w:ascii="宋体" w:eastAsia="宋体" w:hAnsi="宋体" w:cs="宋体"/>
          <w:color w:val="000000"/>
          <w:u w:val="single"/>
        </w:rPr>
        <w:t xml:space="preserve">     </w:t>
      </w:r>
      <w:r>
        <w:rPr>
          <w:rFonts w:ascii="宋体" w:eastAsia="宋体" w:hAnsi="宋体" w:cs="宋体"/>
          <w:color w:val="000000"/>
        </w:rPr>
        <w:t>这两个点的距离之和，则|</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|的最小值是</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xml:space="preserve">4 </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）根据阅读材料提供的两点间的距离计算即可；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）清楚</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2|=1</w:t>
      </w:r>
      <w:r>
        <w:rPr>
          <w:rFonts w:ascii="宋体" w:eastAsia="宋体" w:hAnsi="宋体" w:cs="宋体"/>
          <w:color w:val="000000"/>
        </w:rPr>
        <w:t>表示的是数</w:t>
      </w:r>
      <w:r>
        <w:rPr>
          <w:rFonts w:ascii="Times New Roman" w:eastAsia="Times New Roman" w:hAnsi="Times New Roman" w:cs="Times New Roman"/>
          <w:i/>
          <w:color w:val="000000"/>
        </w:rPr>
        <w:t>x</w:t>
      </w:r>
      <w:r>
        <w:rPr>
          <w:rFonts w:ascii="宋体" w:eastAsia="宋体" w:hAnsi="宋体" w:cs="宋体"/>
          <w:color w:val="000000"/>
        </w:rPr>
        <w:t>表示的点与数－</w:t>
      </w:r>
      <w:r>
        <w:rPr>
          <w:rFonts w:ascii="Times New Roman" w:eastAsia="Times New Roman" w:hAnsi="Times New Roman" w:cs="Times New Roman"/>
          <w:color w:val="000000"/>
        </w:rPr>
        <w:t>2</w:t>
      </w:r>
      <w:r>
        <w:rPr>
          <w:rFonts w:ascii="宋体" w:eastAsia="宋体" w:hAnsi="宋体" w:cs="宋体"/>
          <w:color w:val="000000"/>
        </w:rPr>
        <w:t>表示的点之间的距离为</w:t>
      </w:r>
      <w:r>
        <w:rPr>
          <w:rFonts w:ascii="Times New Roman" w:eastAsia="Times New Roman" w:hAnsi="Times New Roman" w:cs="Times New Roman"/>
          <w:color w:val="000000"/>
        </w:rPr>
        <w:t>1,</w:t>
      </w:r>
      <w:r>
        <w:rPr>
          <w:rFonts w:ascii="宋体" w:eastAsia="宋体" w:hAnsi="宋体" w:cs="宋体"/>
          <w:color w:val="000000"/>
        </w:rPr>
        <w:t>因此借助数轴即可完成；</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表示数轴上表示</w:t>
      </w:r>
      <w:r>
        <w:rPr>
          <w:rFonts w:ascii="Times New Roman" w:eastAsia="Times New Roman" w:hAnsi="Times New Roman" w:cs="Times New Roman"/>
          <w:i/>
          <w:color w:val="000000"/>
        </w:rPr>
        <w:t>x</w:t>
      </w:r>
      <w:r>
        <w:rPr>
          <w:rFonts w:ascii="宋体" w:eastAsia="宋体" w:hAnsi="宋体" w:cs="宋体"/>
          <w:color w:val="000000"/>
        </w:rPr>
        <w:t>的点与表示－</w:t>
      </w:r>
      <w:r>
        <w:rPr>
          <w:rFonts w:ascii="Times New Roman" w:eastAsia="Times New Roman" w:hAnsi="Times New Roman" w:cs="Times New Roman"/>
          <w:color w:val="000000"/>
        </w:rPr>
        <w:t>2</w:t>
      </w:r>
      <w:r>
        <w:rPr>
          <w:rFonts w:ascii="宋体" w:eastAsia="宋体" w:hAnsi="宋体" w:cs="宋体"/>
          <w:color w:val="000000"/>
        </w:rPr>
        <w:t>的点间的距离，</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表示数轴上表示</w:t>
      </w:r>
      <w:r>
        <w:rPr>
          <w:rFonts w:ascii="Times New Roman" w:eastAsia="Times New Roman" w:hAnsi="Times New Roman" w:cs="Times New Roman"/>
          <w:i/>
          <w:color w:val="000000"/>
        </w:rPr>
        <w:t>x</w:t>
      </w:r>
      <w:r>
        <w:rPr>
          <w:rFonts w:ascii="宋体" w:eastAsia="宋体" w:hAnsi="宋体" w:cs="宋体"/>
          <w:color w:val="000000"/>
        </w:rPr>
        <w:t>的点与表示</w:t>
      </w:r>
      <w:r>
        <w:rPr>
          <w:rFonts w:ascii="Times New Roman" w:eastAsia="Times New Roman" w:hAnsi="Times New Roman" w:cs="Times New Roman"/>
          <w:color w:val="000000"/>
        </w:rPr>
        <w:t>1</w:t>
      </w:r>
      <w:r>
        <w:rPr>
          <w:rFonts w:ascii="宋体" w:eastAsia="宋体" w:hAnsi="宋体" w:cs="宋体"/>
          <w:color w:val="000000"/>
        </w:rPr>
        <w:t>的点间的距离，因此</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可以理解为数轴上表示</w:t>
      </w:r>
      <w:r>
        <w:rPr>
          <w:rFonts w:ascii="Times New Roman" w:eastAsia="Times New Roman" w:hAnsi="Times New Roman" w:cs="Times New Roman"/>
          <w:i/>
          <w:color w:val="000000"/>
        </w:rPr>
        <w:t>x</w:t>
      </w:r>
      <w:r>
        <w:rPr>
          <w:rFonts w:ascii="宋体" w:eastAsia="宋体" w:hAnsi="宋体" w:cs="宋体"/>
          <w:color w:val="000000"/>
        </w:rPr>
        <w:t>的点到表示－</w:t>
      </w:r>
      <w:r>
        <w:rPr>
          <w:rFonts w:ascii="Times New Roman" w:eastAsia="Times New Roman" w:hAnsi="Times New Roman" w:cs="Times New Roman"/>
          <w:color w:val="000000"/>
        </w:rPr>
        <w:t>2</w:t>
      </w:r>
      <w:r>
        <w:rPr>
          <w:rFonts w:ascii="宋体" w:eastAsia="宋体" w:hAnsi="宋体" w:cs="宋体"/>
          <w:color w:val="000000"/>
        </w:rPr>
        <w:t>和表示</w:t>
      </w:r>
      <w:r>
        <w:rPr>
          <w:rFonts w:ascii="Times New Roman" w:eastAsia="Times New Roman" w:hAnsi="Times New Roman" w:cs="Times New Roman"/>
          <w:color w:val="000000"/>
        </w:rPr>
        <w:t>1</w:t>
      </w:r>
      <w:r>
        <w:rPr>
          <w:rFonts w:ascii="宋体" w:eastAsia="宋体" w:hAnsi="宋体" w:cs="宋体"/>
          <w:color w:val="000000"/>
        </w:rPr>
        <w:t>这两个点的距离之和，因而可以求得其最小值．</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）由题意得：数轴上表示</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的两点之间的距离是</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；数轴上表示</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的两点之间的距离是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2|=1</w:t>
      </w:r>
      <w:r>
        <w:rPr>
          <w:rFonts w:ascii="宋体" w:eastAsia="宋体" w:hAnsi="宋体" w:cs="宋体"/>
          <w:color w:val="000000"/>
        </w:rPr>
        <w:t>表示的是数</w:t>
      </w:r>
      <w:r>
        <w:rPr>
          <w:rFonts w:ascii="Times New Roman" w:eastAsia="Times New Roman" w:hAnsi="Times New Roman" w:cs="Times New Roman"/>
          <w:i/>
          <w:color w:val="000000"/>
        </w:rPr>
        <w:t>x</w:t>
      </w:r>
      <w:r>
        <w:rPr>
          <w:rFonts w:ascii="宋体" w:eastAsia="宋体" w:hAnsi="宋体" w:cs="宋体"/>
          <w:color w:val="000000"/>
        </w:rPr>
        <w:t>表示的点与数－</w:t>
      </w:r>
      <w:r>
        <w:rPr>
          <w:rFonts w:ascii="Times New Roman" w:eastAsia="Times New Roman" w:hAnsi="Times New Roman" w:cs="Times New Roman"/>
          <w:color w:val="000000"/>
        </w:rPr>
        <w:t>2</w:t>
      </w:r>
      <w:r>
        <w:rPr>
          <w:rFonts w:ascii="宋体" w:eastAsia="宋体" w:hAnsi="宋体" w:cs="宋体"/>
          <w:color w:val="000000"/>
        </w:rPr>
        <w:t>表示的点之间的距离为</w:t>
      </w:r>
      <w:r>
        <w:rPr>
          <w:rFonts w:ascii="Times New Roman" w:eastAsia="Times New Roman" w:hAnsi="Times New Roman" w:cs="Times New Roman"/>
          <w:color w:val="000000"/>
        </w:rPr>
        <w:t>1</w:t>
      </w:r>
      <w:r>
        <w:rPr>
          <w:rFonts w:ascii="宋体" w:eastAsia="宋体" w:hAnsi="宋体" w:cs="宋体"/>
          <w:color w:val="000000"/>
        </w:rPr>
        <w:t>，由数轴知，</w:t>
      </w:r>
      <w:r>
        <w:rPr>
          <w:rFonts w:ascii="Times New Roman" w:eastAsia="Times New Roman" w:hAnsi="Times New Roman" w:cs="Times New Roman"/>
          <w:i/>
          <w:color w:val="000000"/>
        </w:rPr>
        <w:t>x</w:t>
      </w:r>
      <w:r>
        <w:rPr>
          <w:rFonts w:ascii="宋体" w:eastAsia="宋体" w:hAnsi="宋体" w:cs="宋体"/>
          <w:color w:val="000000"/>
        </w:rPr>
        <w:t>的值为－</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3</w:t>
      </w:r>
    </w:p>
    <w:p>
      <w:pPr>
        <w:spacing w:line="360" w:lineRule="auto"/>
        <w:jc w:val="left"/>
        <w:textAlignment w:val="center"/>
        <w:rPr>
          <w:color w:val="000000"/>
        </w:rPr>
      </w:pPr>
      <w:r>
        <w:rPr>
          <w:color w:val="000000"/>
        </w:rPr>
        <w:drawing>
          <wp:inline>
            <wp:extent cx="2562225" cy="723900"/>
            <wp:docPr id="26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 name=""/>
                    <pic:cNvPicPr>
                      <a:picLocks noChangeAspect="1"/>
                    </pic:cNvPicPr>
                  </pic:nvPicPr>
                  <pic:blipFill>
                    <a:blip r:embed="rId444"/>
                    <a:stretch>
                      <a:fillRect/>
                    </a:stretch>
                  </pic:blipFill>
                  <pic:spPr>
                    <a:xfrm>
                      <a:off x="0" y="0"/>
                      <a:ext cx="2562225" cy="723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）由题意知，</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可以理解为数轴上表示</w:t>
      </w:r>
      <w:r>
        <w:rPr>
          <w:rFonts w:ascii="Times New Roman" w:eastAsia="Times New Roman" w:hAnsi="Times New Roman" w:cs="Times New Roman"/>
          <w:i/>
          <w:color w:val="000000"/>
        </w:rPr>
        <w:t>x</w:t>
      </w:r>
      <w:r>
        <w:rPr>
          <w:rFonts w:ascii="宋体" w:eastAsia="宋体" w:hAnsi="宋体" w:cs="宋体"/>
          <w:color w:val="000000"/>
        </w:rPr>
        <w:t>的点到表示－</w:t>
      </w:r>
      <w:r>
        <w:rPr>
          <w:rFonts w:ascii="Times New Roman" w:eastAsia="Times New Roman" w:hAnsi="Times New Roman" w:cs="Times New Roman"/>
          <w:color w:val="000000"/>
        </w:rPr>
        <w:t>2</w:t>
      </w:r>
      <w:r>
        <w:rPr>
          <w:rFonts w:ascii="宋体" w:eastAsia="宋体" w:hAnsi="宋体" w:cs="宋体"/>
          <w:color w:val="000000"/>
        </w:rPr>
        <w:t>和表示</w:t>
      </w:r>
      <w:r>
        <w:rPr>
          <w:rFonts w:ascii="Times New Roman" w:eastAsia="Times New Roman" w:hAnsi="Times New Roman" w:cs="Times New Roman"/>
          <w:color w:val="000000"/>
        </w:rPr>
        <w:t>1</w:t>
      </w:r>
      <w:r>
        <w:rPr>
          <w:rFonts w:ascii="宋体" w:eastAsia="宋体" w:hAnsi="宋体" w:cs="宋体"/>
          <w:color w:val="000000"/>
        </w:rPr>
        <w:t>这两个点的距离之和，如图，当</w:t>
      </w:r>
      <w:r>
        <w:pict>
          <v:shape id="_x0000_i707028" type="#_x0000_t75" alt="学科网(www.zxxk.com)--教育资源门户，提供试卷、教案、课件、论文、素材以及各类教学资源下载，还有大量而丰富的教学相关资讯！" style="width:49.95pt;height:13.95pt" o:oleicon="f" o:ole="">
            <v:imagedata r:id="rId445" o:title="eqIdd544d676ba61b4315817833fdf5c01eb"/>
          </v:shape>
        </w:pict>
      </w:r>
      <w:r>
        <w:rPr>
          <w:rFonts w:ascii="宋体" w:eastAsia="宋体" w:hAnsi="宋体" w:cs="宋体"/>
          <w:color w:val="000000"/>
        </w:rPr>
        <w:t>时，</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；当</w:t>
      </w:r>
      <w:r>
        <w:pict>
          <v:shape id="_x0000_i707029" type="#_x0000_t75" alt="学科网(www.zxxk.com)--教育资源门户，提供试卷、教案、课件、论文、素材以及各类教学资源下载，还有大量而丰富的教学相关资讯！" style="width:25.8pt;height:14.25pt" o:oleicon="f" o:ole="">
            <v:imagedata r:id="rId446" o:title="eqId0fde64f4d3c38e43fbdee24eadc4b0dd"/>
          </v:shape>
        </w:pict>
      </w:r>
      <w:r>
        <w:rPr>
          <w:rFonts w:ascii="宋体" w:eastAsia="宋体" w:hAnsi="宋体" w:cs="宋体"/>
          <w:color w:val="000000"/>
        </w:rPr>
        <w:t>或</w:t>
      </w:r>
      <w:r>
        <w:pict>
          <v:shape id="_x0000_i707030" type="#_x0000_t75" alt="学科网(www.zxxk.com)--教育资源门户，提供试卷、教案、课件、论文、素材以及各类教学资源下载，还有大量而丰富的教学相关资讯！" style="width:33.75pt;height:14.25pt" o:oleicon="f" o:ole="">
            <v:imagedata r:id="rId447" o:title="eqId5eeb69dcd17cd8448b0ed90fc02a7f3c"/>
          </v:shape>
        </w:pict>
      </w:r>
      <w:r>
        <w:rPr>
          <w:rFonts w:ascii="宋体" w:eastAsia="宋体" w:hAnsi="宋体" w:cs="宋体"/>
          <w:color w:val="000000"/>
        </w:rPr>
        <w:t>时，</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1|&gt;3</w:t>
      </w:r>
      <w:r>
        <w:rPr>
          <w:rFonts w:ascii="宋体" w:eastAsia="宋体" w:hAnsi="宋体" w:cs="宋体"/>
          <w:color w:val="000000"/>
        </w:rPr>
        <w:t>；故其最小值为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p>
    <w:p>
      <w:pPr>
        <w:spacing w:line="360" w:lineRule="auto"/>
        <w:jc w:val="left"/>
        <w:textAlignment w:val="center"/>
        <w:rPr>
          <w:color w:val="000000"/>
        </w:rPr>
      </w:pPr>
      <w:r>
        <w:rPr>
          <w:color w:val="000000"/>
        </w:rPr>
        <w:drawing>
          <wp:inline>
            <wp:extent cx="3390900" cy="3543300"/>
            <wp:docPr id="26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 name=""/>
                    <pic:cNvPicPr>
                      <a:picLocks noChangeAspect="1"/>
                    </pic:cNvPicPr>
                  </pic:nvPicPr>
                  <pic:blipFill>
                    <a:blip r:embed="rId448"/>
                    <a:stretch>
                      <a:fillRect/>
                    </a:stretch>
                  </pic:blipFill>
                  <pic:spPr>
                    <a:xfrm>
                      <a:off x="0" y="0"/>
                      <a:ext cx="3390900" cy="3543300"/>
                    </a:xfrm>
                    <a:prstGeom prst="rect">
                      <a:avLst/>
                    </a:prstGeom>
                  </pic:spPr>
                </pic:pic>
              </a:graphicData>
            </a:graphic>
          </wp:inline>
        </w:drawing>
      </w:r>
    </w:p>
    <w:p>
      <w:pPr>
        <w:spacing w:line="360" w:lineRule="auto"/>
        <w:jc w:val="left"/>
        <w:textAlignment w:val="center"/>
        <w:rPr>
          <w:color w:val="000000"/>
        </w:rPr>
        <w:sectPr w:rsidSect="00C321EB">
          <w:headerReference w:type="even" r:id="rId253"/>
          <w:footerReference w:type="even" r:id="rId254"/>
          <w:headerReference w:type="first" r:id="rId255"/>
          <w:footerReference w:type="first" r:id="rId256"/>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本题是材料阅读题，考查了数轴上两点间的距离及其应用，理解材料并借助数轴是关键．</w:t>
      </w:r>
    </w:p>
    <w:p>
      <w:pPr>
        <w:pStyle w:val="Heading2"/>
      </w:pPr>
      <w:r>
        <w:t>北京汇文中学</w:t>
      </w:r>
    </w:p>
    <w:p>
      <w:pPr>
        <w:spacing w:line="360" w:lineRule="auto"/>
        <w:jc w:val="left"/>
        <w:textAlignment w:val="center"/>
        <w:rPr>
          <w:rFonts w:ascii="宋体" w:eastAsia="宋体" w:hAnsi="宋体" w:cs="宋体"/>
          <w:color w:val="000000"/>
        </w:rPr>
      </w:pPr>
      <w:r>
        <w:rPr>
          <w:color w:val="000000"/>
        </w:rPr>
        <w:t xml:space="preserve">32. </w:t>
      </w:r>
      <w:r>
        <w:rPr>
          <w:rFonts w:ascii="宋体" w:eastAsia="宋体" w:hAnsi="宋体" w:cs="宋体"/>
          <w:color w:val="000000"/>
        </w:rPr>
        <w:t>观察下列两个等式：</w:t>
      </w:r>
      <w:r>
        <w:pict>
          <v:shape id="_x0000_i707031" type="#_x0000_t75" alt="学科网(www.zxxk.com)--教育资源门户，提供试卷、教案、课件、论文、素材以及各类教学资源下载，还有大量而丰富的教学相关资讯！" style="width:88.85pt;height:30.65pt;mso-position-horizontal-relative:page;mso-position-vertical-relative:page" o:oleicon="f" o:ole="">
            <v:imagedata r:id="rId449" o:title="eqId7b9630936042642e3d7ad968ed98de50"/>
          </v:shape>
        </w:pict>
      </w:r>
      <w:r>
        <w:rPr>
          <w:rFonts w:ascii="宋体" w:eastAsia="宋体" w:hAnsi="宋体" w:cs="宋体"/>
          <w:color w:val="000000"/>
        </w:rPr>
        <w:t>，</w:t>
      </w:r>
      <w:r>
        <w:pict>
          <v:shape id="_x0000_i707032" type="#_x0000_t75" alt="学科网(www.zxxk.com)--教育资源门户，提供试卷、教案、课件、论文、素材以及各类教学资源下载，还有大量而丰富的教学相关资讯！" style="width:92.45pt;height:30.65pt;mso-position-horizontal-relative:page;mso-position-vertical-relative:page" o:oleicon="f" o:ole="">
            <v:imagedata r:id="rId450" o:title="eqId3aaa7ece99330eb9a3d4fd16836b002a"/>
          </v:shape>
        </w:pict>
      </w:r>
      <w:r>
        <w:rPr>
          <w:rFonts w:ascii="宋体" w:eastAsia="宋体" w:hAnsi="宋体" w:cs="宋体"/>
          <w:color w:val="000000"/>
        </w:rPr>
        <w:t>．给出定义如下：我们称使等式</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ab</w:t>
      </w:r>
      <w:r>
        <w:rPr>
          <w:rFonts w:ascii="Times New Roman" w:eastAsia="Times New Roman" w:hAnsi="Times New Roman" w:cs="Times New Roman"/>
          <w:color w:val="000000"/>
        </w:rPr>
        <w:t>-1</w:t>
      </w:r>
      <w:r>
        <w:rPr>
          <w:rFonts w:ascii="宋体" w:eastAsia="宋体" w:hAnsi="宋体" w:cs="宋体"/>
          <w:color w:val="000000"/>
        </w:rPr>
        <w:t>成立的一对有理数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为“同心有理数对”，记为</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，如：数对</w:t>
      </w:r>
      <w:r>
        <w:rPr>
          <w:rFonts w:ascii="Times New Roman" w:eastAsia="Times New Roman" w:hAnsi="Times New Roman" w:cs="Times New Roman"/>
          <w:color w:val="000000"/>
        </w:rPr>
        <w:t>(1</w:t>
      </w:r>
      <w:r>
        <w:rPr>
          <w:rFonts w:ascii="宋体" w:eastAsia="宋体" w:hAnsi="宋体" w:cs="宋体"/>
          <w:color w:val="000000"/>
        </w:rPr>
        <w:t>，</w:t>
      </w:r>
      <w:r>
        <w:pict>
          <v:shape id="_x0000_i707033" type="#_x0000_t75" alt="学科网(www.zxxk.com)--教育资源门户，提供试卷、教案、课件、论文、素材以及各类教学资源下载，还有大量而丰富的教学相关资讯！" style="width:11.25pt;height:27.75pt" o:oleicon="f" o:ole="">
            <v:imagedata r:id="rId451" o:title="eqIdbf31876698721a199c7c53c6b320aa86"/>
          </v:shape>
        </w:pic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034" type="#_x0000_t75" alt="学科网(www.zxxk.com)--教育资源门户，提供试卷、教案、课件、论文、素材以及各类教学资源下载，还有大量而丰富的教学相关资讯！" style="width:10.95pt;height:31.1pt" o:oleicon="f" o:ole="">
            <v:imagedata r:id="rId452" o:title="eqIdeac97e6740365c85ad857aff85cefbe5"/>
          </v:shape>
        </w:pict>
      </w:r>
      <w:r>
        <w:rPr>
          <w:rFonts w:ascii="Times New Roman" w:eastAsia="Times New Roman" w:hAnsi="Times New Roman" w:cs="Times New Roman"/>
          <w:color w:val="000000"/>
        </w:rPr>
        <w:t>)</w:t>
      </w:r>
      <w:r>
        <w:rPr>
          <w:rFonts w:ascii="宋体" w:eastAsia="宋体" w:hAnsi="宋体" w:cs="宋体"/>
          <w:color w:val="000000"/>
        </w:rPr>
        <w:t>，都是“同心有理数对”．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）数对</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035" type="#_x0000_t75" alt="学科网(www.zxxk.com)--教育资源门户，提供试卷、教案、课件、论文、素材以及各类教学资源下载，还有大量而丰富的教学相关资讯！" style="width:12.25pt;height:31.25pt" o:oleicon="f" o:ole="">
            <v:imagedata r:id="rId453" o:title="eqIdfa5a1a2ee471c67aa5264c0991d05421"/>
          </v:shape>
        </w:pict>
      </w:r>
      <w:r>
        <w:rPr>
          <w:rFonts w:ascii="Times New Roman" w:eastAsia="Times New Roman" w:hAnsi="Times New Roman" w:cs="Times New Roman"/>
          <w:color w:val="000000"/>
        </w:rPr>
        <w:t>)</w:t>
      </w:r>
      <w:r>
        <w:rPr>
          <w:rFonts w:ascii="宋体" w:eastAsia="宋体" w:hAnsi="宋体" w:cs="宋体"/>
          <w:color w:val="000000"/>
        </w:rPr>
        <w:t>是“同心有理数对”的是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是“同心有理数对”，求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position w:val="0"/>
        </w:rPr>
        <w:drawing>
          <wp:inline>
            <wp:extent cx="132080" cy="167640"/>
            <wp:docPr id="269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4" name=""/>
                    <pic:cNvPicPr>
                      <a:picLocks noChangeAspect="1"/>
                    </pic:cNvPicPr>
                  </pic:nvPicPr>
                  <pic:blipFill>
                    <a:blip r:embed="rId454"/>
                    <a:stretch>
                      <a:fillRect/>
                    </a:stretch>
                  </pic:blipFill>
                  <pic:spPr>
                    <a:xfrm>
                      <a:off x="0" y="0"/>
                      <a:ext cx="132080" cy="167640"/>
                    </a:xfrm>
                    <a:prstGeom prst="rect">
                      <a:avLst/>
                    </a:prstGeom>
                  </pic:spPr>
                </pic:pic>
              </a:graphicData>
            </a:graphic>
          </wp:inline>
        </w:drawing>
      </w:r>
      <w:r>
        <w:rPr>
          <w:rFonts w:ascii="宋体" w:eastAsia="宋体" w:hAnsi="宋体" w:cs="宋体"/>
          <w:color w:val="000000"/>
        </w:rPr>
        <w:t>“同心有理数对”，则</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“同心有理数对”（填“是”或“不是”），并说明理由．</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036" type="#_x0000_t75" alt="学科网(www.zxxk.com)--教育资源门户，提供试卷、教案、课件、论文、素材以及各类教学资源下载，还有大量而丰富的教学相关资讯！" style="width:12.25pt;height:31.25pt" o:oleicon="f" o:ole="">
            <v:imagedata r:id="rId455" o:title="eqIdfa5a1a2ee471c67aa5264c0991d05421"/>
          </v:shape>
        </w:pic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037" type="#_x0000_t75" alt="学科网(www.zxxk.com)--教育资源门户，提供试卷、教案、课件、论文、素材以及各类教学资源下载，还有大量而丰富的教学相关资讯！" style="width:20.25pt;height:30.75pt" o:oleicon="f" o:ole="">
            <v:imagedata r:id="rId456" o:title="eqId22fa97ba44fcdff4770b4419537474e8"/>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）是，见解析</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）根据：使等式</w:t>
      </w:r>
      <w:r>
        <w:pict>
          <v:shape id="_x0000_i707038" type="#_x0000_t75" alt="学科网(www.zxxk.com)--教育资源门户，提供试卷、教案、课件、论文、素材以及各类教学资源下载，还有大量而丰富的教学相关资讯！" style="width:71pt;height:14pt" o:oleicon="f" o:ole="">
            <v:imagedata r:id="rId457" o:title="eqId7d702799a24eca1df84f6fb19e3bf5b2"/>
          </v:shape>
        </w:pict>
      </w:r>
      <w:r>
        <w:rPr>
          <w:rFonts w:ascii="Times New Roman" w:eastAsia="Times New Roman" w:hAnsi="Times New Roman" w:cs="Times New Roman"/>
          <w:color w:val="000000"/>
        </w:rPr>
        <w:t xml:space="preserve"> </w:t>
      </w:r>
      <w:r>
        <w:rPr>
          <w:rFonts w:ascii="宋体" w:eastAsia="宋体" w:hAnsi="宋体" w:cs="宋体"/>
          <w:color w:val="000000"/>
        </w:rPr>
        <w:t>成立的一对有理数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，判断出数对（</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039" type="#_x0000_t75" alt="学科网(www.zxxk.com)--教育资源门户，提供试卷、教案、课件、论文、素材以及各类教学资源下载，还有大量而丰富的教学相关资讯！" style="width:12.25pt;height:31.25pt" o:oleicon="f" o:ole="">
            <v:imagedata r:id="rId458" o:title="eqIdfa5a1a2ee471c67aa5264c0991d05421"/>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的是哪个即可．</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，可得：</w:t>
      </w:r>
      <w:r>
        <w:pict>
          <v:shape id="_x0000_i707040" type="#_x0000_t75" alt="学科网(www.zxxk.com)--教育资源门户，提供试卷、教案、课件、论文、素材以及各类教学资源下载，还有大量而丰富的教学相关资讯！" style="width:64pt;height:14pt" o:oleicon="f" o:ole="">
            <v:imagedata r:id="rId459" o:title="eqIda5aa6268583597a9b5b8d39da4d28bf0"/>
          </v:shape>
        </w:pict>
      </w:r>
      <w:r>
        <w:rPr>
          <w:rFonts w:ascii="Times New Roman" w:eastAsia="Times New Roman" w:hAnsi="Times New Roman" w:cs="Times New Roman"/>
          <w:color w:val="000000"/>
        </w:rPr>
        <w:t xml:space="preserve"> </w:t>
      </w:r>
      <w:r>
        <w:rPr>
          <w:rFonts w:ascii="宋体" w:eastAsia="宋体" w:hAnsi="宋体" w:cs="宋体"/>
          <w:color w:val="000000"/>
        </w:rPr>
        <w:t>，据此求出</w:t>
      </w:r>
      <w:r>
        <w:rPr>
          <w:rFonts w:ascii="Times New Roman" w:eastAsia="Times New Roman" w:hAnsi="Times New Roman" w:cs="Times New Roman"/>
          <w:i/>
          <w:color w:val="000000"/>
        </w:rPr>
        <w:t>a</w:t>
      </w:r>
      <w:r>
        <w:rPr>
          <w:rFonts w:ascii="宋体" w:eastAsia="宋体" w:hAnsi="宋体" w:cs="宋体"/>
          <w:color w:val="000000"/>
        </w:rPr>
        <w:t>的值是多少即可．</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，可得：</w:t>
      </w:r>
      <w:r>
        <w:pict>
          <v:shape id="_x0000_i707041" type="#_x0000_t75" alt="学科网(www.zxxk.com)--教育资源门户，提供试卷、教案、课件、论文、素材以及各类教学资源下载，还有大量而丰富的教学相关资讯！" style="width:76pt;height:14pt" o:oleicon="f" o:ole="">
            <v:imagedata r:id="rId460" o:title="eqIda5ec5c7b1ca5571d7c7cac353317fe6f"/>
          </v:shape>
        </w:pict>
      </w:r>
      <w:r>
        <w:rPr>
          <w:rFonts w:ascii="宋体" w:eastAsia="宋体" w:hAnsi="宋体" w:cs="宋体"/>
          <w:color w:val="000000"/>
        </w:rPr>
        <w:t>，据此判断出（</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）是不是同心有理数对即可．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-3-1=-4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×1-1=-7</w:t>
      </w:r>
      <w:r>
        <w:rPr>
          <w:rFonts w:ascii="宋体" w:eastAsia="宋体" w:hAnsi="宋体" w:cs="宋体"/>
          <w:color w:val="000000"/>
        </w:rPr>
        <w:t>，</w:t>
      </w:r>
      <w:r>
        <w:rPr>
          <w:rFonts w:ascii="Times New Roman" w:eastAsia="Times New Roman" w:hAnsi="Times New Roman" w:cs="Times New Roman"/>
          <w:color w:val="000000"/>
        </w:rPr>
        <w:t>-4≠-7</w:t>
      </w:r>
      <w:r>
        <w:rPr>
          <w:rFonts w:ascii="宋体" w:eastAsia="宋体" w:hAnsi="宋体" w:cs="宋体"/>
          <w:color w:val="000000"/>
        </w:rPr>
        <w:t>，</w:t>
      </w:r>
      <w:r>
        <w:rPr>
          <w:color w:val="000000"/>
        </w:rPr>
        <w:br/>
      </w:r>
      <w:r>
        <w:rPr>
          <w:rFonts w:ascii="宋体" w:eastAsia="宋体" w:hAnsi="宋体" w:cs="宋体"/>
          <w:color w:val="000000"/>
        </w:rPr>
        <w:t>∴数对（</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）不是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pict>
          <v:shape id="_x0000_i707042" type="#_x0000_t75" alt="学科网(www.zxxk.com)--教育资源门户，提供试卷、教案、课件、论文、素材以及各类教学资源下载，还有大量而丰富的教学相关资讯！" style="width:12.25pt;height:31.25pt" o:oleicon="f" o:ole="">
            <v:imagedata r:id="rId461" o:title="eqIdfa5a1a2ee471c67aa5264c0991d05421"/>
          </v:shape>
        </w:pict>
      </w:r>
      <w:r>
        <w:rPr>
          <w:rFonts w:ascii="Times New Roman" w:eastAsia="Times New Roman" w:hAnsi="Times New Roman" w:cs="Times New Roman"/>
          <w:color w:val="000000"/>
        </w:rPr>
        <w:t>=</w:t>
      </w:r>
      <w:r>
        <w:pict>
          <v:shape id="_x0000_i707043" type="#_x0000_t75" alt="学科网(www.zxxk.com)--教育资源门户，提供试卷、教案、课件、论文、素材以及各类教学资源下载，还有大量而丰富的教学相关资讯！" style="width:15.75pt;height:30.75pt" o:oleicon="f" o:ole="">
            <v:imagedata r:id="rId462" o:title="eqId2febca1ab6fa19ccd4b04f7082e55f5b"/>
          </v:shape>
        </w:pict>
      </w:r>
      <w:r>
        <w:rPr>
          <w:rFonts w:ascii="宋体" w:eastAsia="宋体" w:hAnsi="宋体" w:cs="宋体"/>
          <w:color w:val="000000"/>
        </w:rPr>
        <w:t>，</w:t>
      </w:r>
      <w:r>
        <w:rPr>
          <w:rFonts w:ascii="Times New Roman" w:eastAsia="Times New Roman" w:hAnsi="Times New Roman" w:cs="Times New Roman"/>
          <w:color w:val="000000"/>
        </w:rPr>
        <w:t>2×3×</w:t>
      </w:r>
      <w:r>
        <w:pict>
          <v:shape id="_x0000_i707044" type="#_x0000_t75" alt="学科网(www.zxxk.com)--教育资源门户，提供试卷、教案、课件、论文、素材以及各类教学资源下载，还有大量而丰富的教学相关资讯！" style="width:12.25pt;height:31.25pt" o:oleicon="f" o:ole="">
            <v:imagedata r:id="rId461" o:title="eqIdfa5a1a2ee471c67aa5264c0991d05421"/>
          </v:shape>
        </w:pict>
      </w:r>
      <w:r>
        <w:rPr>
          <w:rFonts w:ascii="Times New Roman" w:eastAsia="Times New Roman" w:hAnsi="Times New Roman" w:cs="Times New Roman"/>
          <w:color w:val="000000"/>
        </w:rPr>
        <w:t>-1=</w:t>
      </w:r>
      <w:r>
        <w:pict>
          <v:shape id="_x0000_i707045" type="#_x0000_t75" alt="学科网(www.zxxk.com)--教育资源门户，提供试卷、教案、课件、论文、素材以及各类教学资源下载，还有大量而丰富的教学相关资讯！" style="width:15.75pt;height:30.75pt" o:oleicon="f" o:ole="">
            <v:imagedata r:id="rId462" o:title="eqId2febca1ab6fa19ccd4b04f7082e55f5b"/>
          </v:shape>
        </w:pic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pict>
          <v:shape id="_x0000_i707046" type="#_x0000_t75" alt="学科网(www.zxxk.com)--教育资源门户，提供试卷、教案、课件、论文、素材以及各类教学资源下载，还有大量而丰富的教学相关资讯！" style="width:12.25pt;height:31.25pt" o:oleicon="f" o:ole="">
            <v:imagedata r:id="rId461" o:title="eqIdfa5a1a2ee471c67aa5264c0991d05421"/>
          </v:shape>
        </w:pict>
      </w:r>
      <w:r>
        <w:rPr>
          <w:rFonts w:ascii="Times New Roman" w:eastAsia="Times New Roman" w:hAnsi="Times New Roman" w:cs="Times New Roman"/>
          <w:color w:val="000000"/>
        </w:rPr>
        <w:t>=2×3×</w:t>
      </w:r>
      <w:r>
        <w:pict>
          <v:shape id="_x0000_i707047" type="#_x0000_t75" alt="学科网(www.zxxk.com)--教育资源门户，提供试卷、教案、课件、论文、素材以及各类教学资源下载，还有大量而丰富的教学相关资讯！" style="width:12.25pt;height:31.25pt" o:oleicon="f" o:ole="">
            <v:imagedata r:id="rId461" o:title="eqIdfa5a1a2ee471c67aa5264c0991d05421"/>
          </v:shape>
        </w:pict>
      </w:r>
      <w:r>
        <w:rPr>
          <w:rFonts w:ascii="Times New Roman" w:eastAsia="Times New Roman" w:hAnsi="Times New Roman" w:cs="Times New Roman"/>
          <w:color w:val="000000"/>
        </w:rPr>
        <w:t>-1</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048" type="#_x0000_t75" alt="学科网(www.zxxk.com)--教育资源门户，提供试卷、教案、课件、论文、素材以及各类教学资源下载，还有大量而丰富的教学相关资讯！" style="width:12.25pt;height:31.25pt" o:oleicon="f" o:ole="">
            <v:imagedata r:id="rId461" o:title="eqIdfa5a1a2ee471c67aa5264c0991d05421"/>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w:t>
      </w:r>
      <w:r>
        <w:rPr>
          <w:color w:val="000000"/>
        </w:rPr>
        <w:br/>
      </w:r>
      <w:r>
        <w:rPr>
          <w:rFonts w:ascii="宋体" w:eastAsia="宋体" w:hAnsi="宋体" w:cs="宋体"/>
          <w:color w:val="000000"/>
        </w:rPr>
        <w:t>∴数对（</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049" type="#_x0000_t75" alt="学科网(www.zxxk.com)--教育资源门户，提供试卷、教案、课件、论文、素材以及各类教学资源下载，还有大量而丰富的教学相关资讯！" style="width:12.25pt;height:31.25pt" o:oleicon="f" o:ole="">
            <v:imagedata r:id="rId461" o:title="eqIdfa5a1a2ee471c67aa5264c0991d05421"/>
          </v:shape>
        </w:pic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的是（</w:t>
      </w:r>
      <w:r>
        <w:rPr>
          <w:rFonts w:ascii="Times New Roman" w:eastAsia="Times New Roman" w:hAnsi="Times New Roman" w:cs="Times New Roman"/>
          <w:color w:val="000000"/>
        </w:rPr>
        <w:t>3</w:t>
      </w:r>
      <w:r>
        <w:rPr>
          <w:rFonts w:ascii="宋体" w:eastAsia="宋体" w:hAnsi="宋体" w:cs="宋体"/>
          <w:color w:val="000000"/>
        </w:rPr>
        <w:t>，</w:t>
      </w:r>
      <w:r>
        <w:pict>
          <v:shape id="_x0000_i707050" type="#_x0000_t75" alt="学科网(www.zxxk.com)--教育资源门户，提供试卷、教案、课件、论文、素材以及各类教学资源下载，还有大量而丰富的教学相关资讯！" style="width:12.25pt;height:31.25pt" o:oleicon="f" o:ole="">
            <v:imagedata r:id="rId461" o:title="eqIdfa5a1a2ee471c67aa5264c0991d05421"/>
          </v:shape>
        </w:pic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r>
        <w:pict>
          <v:shape id="_x0000_i707051" type="#_x0000_t75" alt="学科网(www.zxxk.com)--教育资源门户，提供试卷、教案、课件、论文、素材以及各类教学资源下载，还有大量而丰富的教学相关资讯！" style="width:12.25pt;height:31.25pt" o:oleicon="f" o:ole="">
            <v:imagedata r:id="rId461" o:title="eqIdfa5a1a2ee471c67aa5264c0991d05421"/>
          </v:shape>
        </w:pic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-4=8</w:t>
      </w:r>
      <w:r>
        <w:rPr>
          <w:rFonts w:ascii="Times New Roman" w:eastAsia="Times New Roman" w:hAnsi="Times New Roman" w:cs="Times New Roman"/>
          <w:i/>
          <w:color w:val="000000"/>
        </w:rPr>
        <w:t>a</w:t>
      </w:r>
      <w:r>
        <w:rPr>
          <w:rFonts w:ascii="Times New Roman" w:eastAsia="Times New Roman" w:hAnsi="Times New Roman" w:cs="Times New Roman"/>
          <w:color w:val="000000"/>
        </w:rPr>
        <w:t>-1</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pict>
          <v:shape id="_x0000_i707052" type="#_x0000_t75" alt="学科网(www.zxxk.com)--教育资源门户，提供试卷、教案、课件、论文、素材以及各类教学资源下载，还有大量而丰富的教学相关资讯！" style="width:20.25pt;height:30.75pt" o:oleicon="f" o:ole="">
            <v:imagedata r:id="rId463" o:title="eqId22fa97ba44fcdff4770b4419537474e8"/>
          </v:shape>
        </w:pic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Times New Roman" w:eastAsia="Times New Roman" w:hAnsi="Times New Roman" w:cs="Times New Roman"/>
          <w:i/>
          <w:color w:val="000000"/>
        </w:rPr>
        <w:t>mn</w:t>
      </w:r>
      <w:r>
        <w:rPr>
          <w:rFonts w:ascii="Times New Roman" w:eastAsia="Times New Roman" w:hAnsi="Times New Roman" w:cs="Times New Roman"/>
          <w:color w:val="000000"/>
        </w:rPr>
        <w:t>-1</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Times New Roman" w:eastAsia="Times New Roman" w:hAnsi="Times New Roman" w:cs="Times New Roman"/>
          <w:i/>
          <w:color w:val="000000"/>
        </w:rPr>
        <w:t>mn</w:t>
      </w:r>
      <w:r>
        <w:rPr>
          <w:rFonts w:ascii="Times New Roman" w:eastAsia="Times New Roman" w:hAnsi="Times New Roman" w:cs="Times New Roman"/>
          <w:color w:val="000000"/>
        </w:rPr>
        <w:t>-1</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同心有理数对</w:t>
      </w:r>
      <w:r>
        <w:rPr>
          <w:rFonts w:ascii="Times New Roman" w:eastAsia="Times New Roman" w:hAnsi="Times New Roman" w:cs="Times New Roman"/>
          <w:color w:val="000000"/>
        </w:rPr>
        <w:t>”</w:t>
      </w:r>
      <w:r>
        <w:rPr>
          <w:rFonts w:ascii="宋体" w:eastAsia="宋体" w:hAnsi="宋体" w:cs="宋体"/>
          <w:color w:val="000000"/>
        </w:rPr>
        <w:t>．</w:t>
      </w:r>
      <w:r>
        <w:rPr>
          <w:color w:val="000000"/>
        </w:rPr>
        <w:br/>
      </w:r>
      <w:r>
        <w:rPr>
          <w:rFonts w:ascii="宋体" w:eastAsia="宋体" w:hAnsi="宋体" w:cs="宋体"/>
          <w:color w:val="000000"/>
        </w:rPr>
        <w:t>故答案为：是．</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此题主要考查了有理数的运算，理解新定义：同心有理数对的含义是解本题的关键．</w:t>
      </w:r>
    </w:p>
    <w:p>
      <w:pPr>
        <w:spacing w:line="360" w:lineRule="auto"/>
        <w:jc w:val="left"/>
        <w:textAlignment w:val="center"/>
        <w:rPr>
          <w:rFonts w:ascii="宋体" w:eastAsia="宋体" w:hAnsi="宋体" w:cs="宋体"/>
          <w:color w:val="000000"/>
        </w:rPr>
      </w:pPr>
      <w:r>
        <w:rPr>
          <w:color w:val="000000"/>
        </w:rPr>
        <w:t xml:space="preserve">33. </w:t>
      </w:r>
      <w:r>
        <w:rPr>
          <w:rFonts w:ascii="宋体" w:eastAsia="宋体" w:hAnsi="宋体" w:cs="宋体"/>
          <w:color w:val="000000"/>
        </w:rPr>
        <w:t>对数轴上的点</w:t>
      </w:r>
      <w:r>
        <w:rPr>
          <w:rFonts w:ascii="Times New Roman" w:eastAsia="Times New Roman" w:hAnsi="Times New Roman" w:cs="Times New Roman"/>
          <w:i/>
          <w:color w:val="000000"/>
        </w:rPr>
        <w:t>T</w:t>
      </w:r>
      <w:r>
        <w:rPr>
          <w:rFonts w:ascii="宋体" w:eastAsia="宋体" w:hAnsi="宋体" w:cs="宋体"/>
          <w:color w:val="000000"/>
        </w:rPr>
        <w:t>进行如下操作：将点</w:t>
      </w:r>
      <w:r>
        <w:rPr>
          <w:rFonts w:ascii="Times New Roman" w:eastAsia="Times New Roman" w:hAnsi="Times New Roman" w:cs="Times New Roman"/>
          <w:i/>
          <w:color w:val="000000"/>
        </w:rPr>
        <w:t>T</w:t>
      </w:r>
      <w:r>
        <w:rPr>
          <w:rFonts w:ascii="宋体" w:eastAsia="宋体" w:hAnsi="宋体" w:cs="宋体"/>
          <w:color w:val="000000"/>
        </w:rPr>
        <w:t>沿数轴水平方向，以每秒</w:t>
      </w:r>
      <w:r>
        <w:rPr>
          <w:rFonts w:ascii="Times New Roman" w:eastAsia="Times New Roman" w:hAnsi="Times New Roman" w:cs="Times New Roman"/>
          <w:i/>
          <w:color w:val="000000"/>
        </w:rPr>
        <w:t>m</w:t>
      </w:r>
      <w:r>
        <w:rPr>
          <w:rFonts w:ascii="宋体" w:eastAsia="宋体" w:hAnsi="宋体" w:cs="宋体"/>
          <w:color w:val="000000"/>
        </w:rPr>
        <w:t>个单位长度的速度，向右平移</w:t>
      </w:r>
      <w:r>
        <w:rPr>
          <w:rFonts w:ascii="Times New Roman" w:eastAsia="Times New Roman" w:hAnsi="Times New Roman" w:cs="Times New Roman"/>
          <w:i/>
          <w:color w:val="000000"/>
        </w:rPr>
        <w:t>n</w:t>
      </w:r>
      <w:r>
        <w:rPr>
          <w:rFonts w:ascii="宋体" w:eastAsia="宋体" w:hAnsi="宋体" w:cs="宋体"/>
          <w:color w:val="000000"/>
        </w:rPr>
        <w:t>秒，得到点</w:t>
      </w:r>
      <w:r>
        <w:pict>
          <v:shape id="_x0000_i707053" type="#_x0000_t75" alt="学科网(www.zxxk.com)--教育资源门户，提供试卷、教案、课件、论文、素材以及各类教学资源下载，还有大量而丰富的教学相关资讯！" style="width:14.25pt;height:14.25pt" o:oleicon="f" o:ole="">
            <v:imagedata r:id="rId464" o:title="eqId9e01c77ea8aec0f14e3e6c37ed374cda"/>
          </v:shape>
        </w:pict>
      </w:r>
      <w:r>
        <w:rPr>
          <w:rFonts w:ascii="宋体" w:eastAsia="宋体" w:hAnsi="宋体" w:cs="宋体"/>
          <w:color w:val="000000"/>
        </w:rPr>
        <w:t>．称这样的操作为点</w:t>
      </w:r>
      <w:r>
        <w:rPr>
          <w:rFonts w:ascii="Times New Roman" w:eastAsia="Times New Roman" w:hAnsi="Times New Roman" w:cs="Times New Roman"/>
          <w:i/>
          <w:color w:val="000000"/>
        </w:rPr>
        <w:t>T</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07054" type="#_x0000_t75" alt="学科网(www.zxxk.com)--教育资源门户，提供试卷、教案、课件、论文、素材以及各类教学资源下载，还有大量而丰富的教学相关资讯！" style="width:14.25pt;height:14.25pt" o:oleicon="f" o:ole="">
            <v:imagedata r:id="rId464" o:title="eqId9e01c77ea8aec0f14e3e6c37ed374cda"/>
          </v:shape>
        </w:pict>
      </w:r>
      <w:r>
        <w:rPr>
          <w:rFonts w:ascii="宋体" w:eastAsia="宋体" w:hAnsi="宋体" w:cs="宋体"/>
          <w:color w:val="000000"/>
        </w:rPr>
        <w:t>称为点</w:t>
      </w:r>
      <w:r>
        <w:rPr>
          <w:rFonts w:ascii="Times New Roman" w:eastAsia="Times New Roman" w:hAnsi="Times New Roman" w:cs="Times New Roman"/>
          <w:i/>
          <w:color w:val="000000"/>
        </w:rPr>
        <w:t>T</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w:t>
      </w:r>
    </w:p>
    <w:p>
      <w:pPr>
        <w:spacing w:line="360" w:lineRule="auto"/>
        <w:jc w:val="left"/>
        <w:textAlignment w:val="center"/>
        <w:rPr>
          <w:rFonts w:ascii="宋体" w:eastAsia="宋体" w:hAnsi="宋体" w:cs="宋体"/>
          <w:color w:val="000000"/>
        </w:rPr>
      </w:pPr>
      <w:r>
        <w:rPr>
          <w:rFonts w:ascii="宋体" w:eastAsia="宋体" w:hAnsi="宋体" w:cs="宋体"/>
          <w:color w:val="000000"/>
        </w:rPr>
        <w:t>①如果点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-6</w:t>
      </w:r>
      <w:r>
        <w:rPr>
          <w:rFonts w:ascii="宋体" w:eastAsia="宋体" w:hAnsi="宋体" w:cs="宋体"/>
          <w:color w:val="000000"/>
        </w:rPr>
        <w:t>，那么点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07055" type="#_x0000_t75" alt="学科网(www.zxxk.com)--教育资源门户，提供试卷、教案、课件、论文、素材以及各类教学资源下载，还有大量而丰富的教学相关资讯！" style="width:12.75pt;height:12pt" o:oleicon="f" o:ole="">
            <v:imagedata r:id="rId465" o:title="eqIde7c314398e26ffc7164b82946eeb4273"/>
          </v:shape>
        </w:pic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i/>
          <w:color w:val="000000"/>
        </w:rPr>
        <w:t>m</w:t>
      </w:r>
      <w:r>
        <w:rPr>
          <w:rFonts w:ascii="宋体" w:eastAsia="宋体" w:hAnsi="宋体" w:cs="宋体"/>
          <w:color w:val="000000"/>
        </w:rPr>
        <w:t>速移”点</w:t>
      </w:r>
      <w:r>
        <w:pict>
          <v:shape id="_x0000_i707056" type="#_x0000_t75" alt="学科网(www.zxxk.com)--教育资源门户，提供试卷、教案、课件、论文、素材以及各类教学资源下载，还有大量而丰富的教学相关资讯！" style="width:13.95pt;height:13pt" o:oleicon="f" o:ole="">
            <v:imagedata r:id="rId466" o:title="eqId3953cec61ac602ce5eb59b7912352179"/>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，那么点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③数轴上的点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，如果</w:t>
      </w:r>
      <w:r>
        <w:pict>
          <v:shape id="_x0000_i707057" type="#_x0000_t75" alt="学科网(www.zxxk.com)--教育资源门户，提供试卷、教案、课件、论文、素材以及各类教学资源下载，还有大量而丰富的教学相关资讯！" style="width:60.95pt;height:13.95pt" o:oleicon="f" o:ole="">
            <v:imagedata r:id="rId467" o:title="eqId15fe40ad77df8799f4802aca25d96d9d"/>
          </v:shape>
        </w:pict>
      </w:r>
      <w:r>
        <w:rPr>
          <w:rFonts w:ascii="宋体" w:eastAsia="宋体" w:hAnsi="宋体" w:cs="宋体"/>
          <w:color w:val="000000"/>
        </w:rPr>
        <w:t>，那么点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两点间的距离为</w:t>
      </w:r>
      <w:r>
        <w:rPr>
          <w:rFonts w:ascii="Times New Roman" w:eastAsia="Times New Roman" w:hAnsi="Times New Roman" w:cs="Times New Roman"/>
          <w:color w:val="000000"/>
        </w:rPr>
        <w:t>2</w:t>
      </w:r>
      <w:r>
        <w:rPr>
          <w:rFonts w:ascii="宋体" w:eastAsia="宋体" w:hAnsi="宋体" w:cs="宋体"/>
          <w:color w:val="000000"/>
        </w:rPr>
        <w:t>，且点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F</w:t>
      </w:r>
      <w:r>
        <w:rPr>
          <w:rFonts w:ascii="宋体" w:eastAsia="宋体" w:hAnsi="宋体" w:cs="宋体"/>
          <w:color w:val="000000"/>
        </w:rPr>
        <w:t>的左侧，点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通过“</w:t>
      </w:r>
      <w:r>
        <w:rPr>
          <w:rFonts w:ascii="Times New Roman" w:eastAsia="Times New Roman" w:hAnsi="Times New Roman" w:cs="Times New Roman"/>
          <w:color w:val="000000"/>
        </w:rPr>
        <w:t>2</w:t>
      </w:r>
      <w:r>
        <w:rPr>
          <w:rFonts w:ascii="宋体" w:eastAsia="宋体" w:hAnsi="宋体" w:cs="宋体"/>
          <w:color w:val="000000"/>
        </w:rPr>
        <w:t>速移”分别向右平移</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秒，得到点</w:t>
      </w:r>
      <w:r>
        <w:pict>
          <v:shape id="_x0000_i707058" type="#_x0000_t75" alt="学科网(www.zxxk.com)--教育资源门户，提供试卷、教案、课件、论文、素材以及各类教学资源下载，还有大量而丰富的教学相关资讯！" style="width:14.9pt;height:12.95pt" o:oleicon="f" o:ole="">
            <v:imagedata r:id="rId468" o:title="eqIdd3b1a5427d8ff23df0f3ec194756c84c"/>
          </v:shape>
        </w:pict>
      </w:r>
      <w:r>
        <w:rPr>
          <w:rFonts w:ascii="宋体" w:eastAsia="宋体" w:hAnsi="宋体" w:cs="宋体"/>
          <w:color w:val="000000"/>
        </w:rPr>
        <w:t>，</w:t>
      </w:r>
      <w:r>
        <w:pict>
          <v:shape id="_x0000_i707059" type="#_x0000_t75" alt="学科网(www.zxxk.com)--教育资源门户，提供试卷、教案、课件、论文、素材以及各类教学资源下载，还有大量而丰富的教学相关资讯！" style="width:15.75pt;height:14.25pt" o:oleicon="f" o:ole="">
            <v:imagedata r:id="rId469" o:title="eqIdf8e55590555905eb4f57889bbd16e39a"/>
          </v:shape>
        </w:pict>
      </w:r>
      <w:r>
        <w:rPr>
          <w:rFonts w:ascii="宋体" w:eastAsia="宋体" w:hAnsi="宋体" w:cs="宋体"/>
          <w:color w:val="000000"/>
        </w:rPr>
        <w:t>，如果</w:t>
      </w:r>
      <w:r>
        <w:pict>
          <v:shape id="_x0000_i707060" type="#_x0000_t75" alt="学科网(www.zxxk.com)--教育资源门户，提供试卷、教案、课件、论文、素材以及各类教学资源下载，还有大量而丰富的教学相关资讯！" style="width:24.75pt;height:12.75pt" o:oleicon="f" o:ole="">
            <v:imagedata r:id="rId470" o:title="eqId7e07b15cfb3b56c8a836832a85c0d1ef"/>
          </v:shape>
        </w:pic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EF</w:t>
      </w:r>
      <w:r>
        <w:rPr>
          <w:rFonts w:ascii="宋体" w:eastAsia="宋体" w:hAnsi="宋体" w:cs="宋体"/>
          <w:color w:val="000000"/>
        </w:rPr>
        <w:t>，请直接用等式表示</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的数量关系．</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-3</w:t>
      </w:r>
      <w:r>
        <w:rPr>
          <w:rFonts w:ascii="宋体" w:eastAsia="宋体" w:hAnsi="宋体" w:cs="宋体"/>
          <w:color w:val="000000"/>
        </w:rPr>
        <w:t>；②</w:t>
      </w:r>
      <w:r>
        <w:rPr>
          <w:rFonts w:ascii="Times New Roman" w:eastAsia="Times New Roman" w:hAnsi="Times New Roman" w:cs="Times New Roman"/>
          <w:color w:val="000000"/>
        </w:rPr>
        <w:t>0</w:t>
      </w:r>
      <w:r>
        <w:rPr>
          <w:rFonts w:ascii="宋体" w:eastAsia="宋体" w:hAnsi="宋体" w:cs="宋体"/>
          <w:color w:val="000000"/>
        </w:rPr>
        <w:t>；③</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）①由</w:t>
      </w:r>
      <w:r>
        <w:pict>
          <v:shape id="_x0000_i707061" type="#_x0000_t75" alt="学科网(www.zxxk.com)--教育资源门户，提供试卷、教案、课件、论文、素材以及各类教学资源下载，还有大量而丰富的教学相关资讯！" style="width:9.15pt;height:8.05pt" o:oleicon="f" o:ole="">
            <v:imagedata r:id="rId471" o:title="eqId4b700fa9aeb1016aa71f76e4b6bb212e"/>
          </v:shape>
        </w:pict>
      </w:r>
      <w:r>
        <w:rPr>
          <w:rFonts w:ascii="Times New Roman" w:eastAsia="Times New Roman" w:hAnsi="Times New Roman" w:cs="Times New Roman"/>
          <w:color w:val="000000"/>
        </w:rPr>
        <w:t>6+1×3=</w:t>
      </w:r>
      <w:r>
        <w:pict>
          <v:shape id="_x0000_i707062" type="#_x0000_t75" alt="学科网(www.zxxk.com)--教育资源门户，提供试卷、教案、课件、论文、素材以及各类教学资源下载，还有大量而丰富的教学相关资讯！" style="width:9.15pt;height:8.05pt" o:oleicon="f" o:ole="">
            <v:imagedata r:id="rId471" o:title="eqId4b700fa9aeb1016aa71f76e4b6bb212e"/>
          </v:shape>
        </w:pict>
      </w:r>
      <w:r>
        <w:rPr>
          <w:rFonts w:ascii="Times New Roman" w:eastAsia="Times New Roman" w:hAnsi="Times New Roman" w:cs="Times New Roman"/>
          <w:color w:val="000000"/>
        </w:rPr>
        <w:t>3</w:t>
      </w:r>
      <w:r>
        <w:rPr>
          <w:rFonts w:ascii="宋体" w:eastAsia="宋体" w:hAnsi="宋体" w:cs="宋体"/>
          <w:color w:val="000000"/>
        </w:rPr>
        <w:t>，即可得出对应点</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表示的数为</w:t>
      </w:r>
      <w:r>
        <w:pict>
          <v:shape id="_x0000_i707063" type="#_x0000_t75" alt="学科网(www.zxxk.com)--教育资源门户，提供试卷、教案、课件、论文、素材以及各类教学资源下载，还有大量而丰富的教学相关资讯！" style="width:9.15pt;height:8.05pt" o:oleicon="f" o:ole="">
            <v:imagedata r:id="rId471" o:title="eqId4b700fa9aeb1016aa71f76e4b6bb212e"/>
          </v:shape>
        </w:pic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b</w:t>
      </w:r>
      <w:r>
        <w:rPr>
          <w:rFonts w:ascii="宋体" w:eastAsia="宋体" w:hAnsi="宋体" w:cs="宋体"/>
          <w:color w:val="000000"/>
        </w:rPr>
        <w:t>，根据题意列出方程计算即可求解；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③设点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c</w:t>
      </w:r>
      <w:r>
        <w:rPr>
          <w:rFonts w:ascii="宋体" w:eastAsia="宋体" w:hAnsi="宋体" w:cs="宋体"/>
          <w:color w:val="000000"/>
        </w:rPr>
        <w:t>，则</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i/>
          <w:color w:val="000000"/>
        </w:rPr>
        <w:t>c</w:t>
      </w:r>
      <w:r>
        <w:rPr>
          <w:rFonts w:ascii="Times New Roman" w:eastAsia="Times New Roman" w:hAnsi="Times New Roman" w:cs="Times New Roman"/>
          <w:color w:val="000000"/>
        </w:rPr>
        <w:t>+3</w:t>
      </w:r>
      <w:r>
        <w:rPr>
          <w:rFonts w:ascii="宋体" w:eastAsia="宋体" w:hAnsi="宋体" w:cs="宋体"/>
          <w:color w:val="000000"/>
        </w:rPr>
        <w:t>，根据题意得到方程</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-2|=2|</w:t>
      </w:r>
      <w:r>
        <w:rPr>
          <w:rFonts w:ascii="Times New Roman" w:eastAsia="Times New Roman" w:hAnsi="Times New Roman" w:cs="Times New Roman"/>
          <w:i/>
          <w:color w:val="000000"/>
        </w:rPr>
        <w:t>c</w:t>
      </w:r>
      <w:r>
        <w:rPr>
          <w:rFonts w:ascii="Times New Roman" w:eastAsia="Times New Roman" w:hAnsi="Times New Roman" w:cs="Times New Roman"/>
          <w:color w:val="000000"/>
        </w:rPr>
        <w:t>+3-2|</w:t>
      </w:r>
      <w:r>
        <w:rPr>
          <w:rFonts w:ascii="宋体" w:eastAsia="宋体" w:hAnsi="宋体" w:cs="宋体"/>
          <w:color w:val="000000"/>
        </w:rPr>
        <w:t>，解方程即可求解；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右侧时，</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左侧时，两种情况进行讨论即可求解．</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）①∵点</w:t>
      </w:r>
      <w:r>
        <w:rPr>
          <w:rFonts w:ascii="Times New Roman" w:eastAsia="Times New Roman" w:hAnsi="Times New Roman" w:cs="Times New Roman"/>
          <w:i/>
          <w:color w:val="000000"/>
        </w:rPr>
        <w:t>A</w:t>
      </w:r>
      <w:r>
        <w:rPr>
          <w:rFonts w:ascii="宋体" w:eastAsia="宋体" w:hAnsi="宋体" w:cs="宋体"/>
          <w:color w:val="000000"/>
        </w:rPr>
        <w:t>表示的数为</w:t>
      </w:r>
      <w:r>
        <w:pict>
          <v:shape id="_x0000_i707064" type="#_x0000_t75" alt="学科网(www.zxxk.com)--教育资源门户，提供试卷、教案、课件、论文、素材以及各类教学资源下载，还有大量而丰富的教学相关资讯！" style="width:16.5pt;height:14.25pt" o:oleicon="f" o:ole="">
            <v:imagedata r:id="rId472" o:title="eqId01317332a203c898536b1d0459f51d2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065" type="#_x0000_t75" alt="学科网(www.zxxk.com)--教育资源门户，提供试卷、教案、课件、论文、素材以及各类教学资源下载，还有大量而丰富的教学相关资讯！" style="width:69.75pt;height:14.25pt" o:oleicon="f" o:ole="">
            <v:imagedata r:id="rId473" o:title="eqId3a68b98b94a822386875872b1d2d3e8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表示的数为</w:t>
      </w:r>
      <w:r>
        <w:pict>
          <v:shape id="_x0000_i707066" type="#_x0000_t75" alt="学科网(www.zxxk.com)--教育资源门户，提供试卷、教案、课件、论文、素材以及各类教学资源下载，还有大量而丰富的教学相关资讯！" style="width:15.75pt;height:14.25pt" o:oleicon="f" o:ole="">
            <v:imagedata r:id="rId474" o:title="eqId81fb134b2b48acc99213fff6ccfee65f"/>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07067" type="#_x0000_t75" alt="学科网(www.zxxk.com)--教育资源门户，提供试卷、教案、课件、论文、素材以及各类教学资源下载，还有大量而丰富的教学相关资讯！" style="width:15.75pt;height:14.25pt" o:oleicon="f" o:ole="">
            <v:imagedata r:id="rId475" o:title="eqId81fb134b2b48acc99213fff6ccfee65f"/>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b</w:t>
      </w:r>
      <w:r>
        <w:rPr>
          <w:rFonts w:ascii="宋体" w:eastAsia="宋体" w:hAnsi="宋体" w:cs="宋体"/>
          <w:color w:val="000000"/>
        </w:rPr>
        <w:t>，依题意有</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i/>
          <w:color w:val="000000"/>
        </w:rPr>
        <w:t>b</w:t>
      </w:r>
      <w:r>
        <w:rPr>
          <w:rFonts w:ascii="Times New Roman" w:eastAsia="Times New Roman" w:hAnsi="Times New Roman" w:cs="Times New Roman"/>
          <w:color w:val="000000"/>
        </w:rPr>
        <w:t>+3×1=3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b</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③设点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c</w:t>
      </w:r>
      <w:r>
        <w:rPr>
          <w:rFonts w:ascii="宋体" w:eastAsia="宋体" w:hAnsi="宋体" w:cs="宋体"/>
          <w:color w:val="000000"/>
        </w:rPr>
        <w:t>，则</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i/>
          <w:color w:val="000000"/>
        </w:rPr>
        <w:t>c</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根据题意得</w:t>
      </w:r>
      <w:r>
        <w:pict>
          <v:shape id="_x0000_i707068" type="#_x0000_t75" alt="学科网(www.zxxk.com)--教育资源门户，提供试卷、教案、课件、论文、素材以及各类教学资源下载，还有大量而丰富的教学相关资讯！" style="width:90.75pt;height:20.25pt" o:oleicon="f" o:ole="">
            <v:imagedata r:id="rId476" o:title="eqId369a12761fc71b7f95de99ad3237048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7069" type="#_x0000_t75" alt="学科网(www.zxxk.com)--教育资源门户，提供试卷、教案、课件、论文、素材以及各类教学资源下载，还有大量而丰富的教学相关资讯！" style="width:34pt;height:13.95pt" o:oleicon="f" o:ole="">
            <v:imagedata r:id="rId477" o:title="eqIdbaf9b4a0c45a830e90b3c469d3083c95"/>
          </v:shape>
        </w:pict>
      </w:r>
      <w:r>
        <w:rPr>
          <w:rFonts w:ascii="宋体" w:eastAsia="宋体" w:hAnsi="宋体" w:cs="宋体"/>
          <w:color w:val="000000"/>
        </w:rPr>
        <w:t>或</w:t>
      </w:r>
      <w:r>
        <w:rPr>
          <w:rFonts w:ascii="Times New Roman" w:eastAsia="Times New Roman" w:hAnsi="Times New Roman" w:cs="Times New Roman"/>
          <w:i/>
          <w:color w:val="000000"/>
        </w:rPr>
        <w:t>c</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07070" type="#_x0000_t75" alt="学科网(www.zxxk.com)--教育资源门户，提供试卷、教案、课件、论文、素材以及各类教学资源下载，还有大量而丰富的教学相关资讯！" style="width:15.75pt;height:12.75pt" o:oleicon="f" o:ole="">
            <v:imagedata r:id="rId478" o:title="eqId3edbd40e04e2a943051fa83d6e511add"/>
          </v:shape>
        </w:pict>
      </w:r>
      <w:r>
        <w:rPr>
          <w:rFonts w:ascii="宋体" w:eastAsia="宋体" w:hAnsi="宋体" w:cs="宋体"/>
          <w:color w:val="000000"/>
        </w:rPr>
        <w:t>或</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E</w:t>
      </w:r>
      <w:r>
        <w:rPr>
          <w:rFonts w:ascii="宋体" w:eastAsia="宋体" w:hAnsi="宋体" w:cs="宋体"/>
          <w:color w:val="000000"/>
        </w:rPr>
        <w:t>表示的数为</w:t>
      </w:r>
      <w:r>
        <w:rPr>
          <w:rFonts w:ascii="Times New Roman" w:eastAsia="Times New Roman" w:hAnsi="Times New Roman" w:cs="Times New Roman"/>
          <w:i/>
          <w:color w:val="000000"/>
        </w:rPr>
        <w:t>e</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e</w:t>
      </w:r>
      <w:r>
        <w:rPr>
          <w:rFonts w:ascii="Times New Roman" w:eastAsia="Times New Roman" w:hAnsi="Times New Roman" w:cs="Times New Roman"/>
          <w:color w:val="000000"/>
        </w:rPr>
        <w:t>+2</w:t>
      </w:r>
      <w:r>
        <w:rPr>
          <w:rFonts w:ascii="宋体" w:eastAsia="宋体" w:hAnsi="宋体" w:cs="宋体"/>
          <w:color w:val="000000"/>
        </w:rPr>
        <w:t>，则</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表示的数为</w:t>
      </w:r>
      <w:r>
        <w:rPr>
          <w:rFonts w:ascii="Times New Roman" w:eastAsia="Times New Roman" w:hAnsi="Times New Roman" w:cs="Times New Roman"/>
          <w:i/>
          <w:color w:val="000000"/>
        </w:rPr>
        <w:t>e</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e</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右侧时，</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F</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i/>
          <w:color w:val="000000"/>
        </w:rPr>
        <w:t>E</w:t>
      </w:r>
      <w:r>
        <w:rPr>
          <w:rFonts w:ascii="Times New Roman" w:eastAsia="Times New Roman" w:hAnsi="Times New Roman" w:cs="Times New Roman"/>
          <w:color w:val="000000"/>
        </w:rPr>
        <w:t>'</w:t>
      </w:r>
      <w:r>
        <w:rPr>
          <w:rFonts w:ascii="宋体" w:eastAsia="宋体" w:hAnsi="宋体" w:cs="宋体"/>
          <w:color w:val="000000"/>
        </w:rPr>
        <w:t>左侧时，</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e</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综上所述，</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宋体" w:eastAsia="宋体" w:hAnsi="宋体" w:cs="宋体"/>
          <w:color w:val="000000"/>
        </w:rPr>
        <w:t>的数量关系为</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本题考查了一元一次方程的应用，新概念</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速移</w:t>
      </w:r>
      <w:r>
        <w:rPr>
          <w:rFonts w:ascii="Times New Roman" w:eastAsia="Times New Roman" w:hAnsi="Times New Roman" w:cs="Times New Roman"/>
          <w:color w:val="000000"/>
        </w:rPr>
        <w:t>”</w:t>
      </w:r>
      <w:r>
        <w:rPr>
          <w:rFonts w:ascii="宋体" w:eastAsia="宋体" w:hAnsi="宋体" w:cs="宋体"/>
          <w:color w:val="000000"/>
        </w:rPr>
        <w:t>、数轴、两点间的距离、绝对值等知识；熟练掌握数轴上两点间的距离是解题的关键．</w:t>
      </w:r>
    </w:p>
    <w:p>
      <w:pPr>
        <w:pStyle w:val="Heading2"/>
      </w:pPr>
      <w:r>
        <w:t>十二中钱学森中学</w:t>
      </w:r>
    </w:p>
    <w:p>
      <w:pPr>
        <w:spacing w:line="360" w:lineRule="auto"/>
        <w:jc w:val="left"/>
        <w:textAlignment w:val="center"/>
        <w:rPr>
          <w:rFonts w:ascii="宋体" w:eastAsia="宋体" w:hAnsi="宋体" w:cs="宋体"/>
          <w:color w:val="000000"/>
        </w:rPr>
      </w:pPr>
      <w:r>
        <w:rPr>
          <w:color w:val="000000"/>
        </w:rPr>
        <w:t xml:space="preserve">23. </w:t>
      </w:r>
      <w:r>
        <w:rPr>
          <w:rFonts w:ascii="宋体" w:eastAsia="宋体" w:hAnsi="宋体" w:cs="宋体"/>
          <w:color w:val="000000"/>
        </w:rPr>
        <w:t>甲、乙两家体育用品商店出售同样的乒乓球拍和乒乓球，乒乓球拍每副定价为</w:t>
      </w:r>
      <w:r>
        <w:rPr>
          <w:rFonts w:ascii="Times New Roman" w:eastAsia="Times New Roman" w:hAnsi="Times New Roman" w:cs="Times New Roman"/>
          <w:color w:val="000000"/>
        </w:rPr>
        <w:t>30</w:t>
      </w:r>
      <w:r>
        <w:rPr>
          <w:rFonts w:ascii="宋体" w:eastAsia="宋体" w:hAnsi="宋体" w:cs="宋体"/>
          <w:color w:val="000000"/>
        </w:rPr>
        <w:t>元，乒乓球每盒定价为</w:t>
      </w:r>
      <w:r>
        <w:rPr>
          <w:rFonts w:ascii="Times New Roman" w:eastAsia="Times New Roman" w:hAnsi="Times New Roman" w:cs="Times New Roman"/>
          <w:color w:val="000000"/>
        </w:rPr>
        <w:t>10</w:t>
      </w:r>
      <w:r>
        <w:rPr>
          <w:rFonts w:ascii="宋体" w:eastAsia="宋体" w:hAnsi="宋体" w:cs="宋体"/>
          <w:color w:val="000000"/>
        </w:rPr>
        <w:t>元．现两家商店搞促销活动，甲商店的优惠方案：每买一副乒乓球拍赠一盒乒乓球；乙商店的优惠方案：按定价的</w:t>
      </w:r>
      <w:r>
        <w:rPr>
          <w:rFonts w:ascii="Times New Roman" w:eastAsia="Times New Roman" w:hAnsi="Times New Roman" w:cs="Times New Roman"/>
          <w:color w:val="000000"/>
        </w:rPr>
        <w:t>9</w:t>
      </w:r>
      <w:r>
        <w:rPr>
          <w:rFonts w:ascii="宋体" w:eastAsia="宋体" w:hAnsi="宋体" w:cs="宋体"/>
          <w:color w:val="000000"/>
        </w:rPr>
        <w:t>折出售．某班需购买乒乓球拍</w:t>
      </w:r>
      <w:r>
        <w:rPr>
          <w:rFonts w:ascii="Times New Roman" w:eastAsia="Times New Roman" w:hAnsi="Times New Roman" w:cs="Times New Roman"/>
          <w:color w:val="000000"/>
        </w:rPr>
        <w:t>6</w:t>
      </w:r>
      <w:r>
        <w:rPr>
          <w:rFonts w:ascii="宋体" w:eastAsia="宋体" w:hAnsi="宋体" w:cs="宋体"/>
          <w:color w:val="000000"/>
        </w:rPr>
        <w:t>副，乒乓球若干盒（不少于</w:t>
      </w:r>
      <w:r>
        <w:rPr>
          <w:rFonts w:ascii="Times New Roman" w:eastAsia="Times New Roman" w:hAnsi="Times New Roman" w:cs="Times New Roman"/>
          <w:color w:val="000000"/>
        </w:rPr>
        <w:t>6</w:t>
      </w:r>
      <w:r>
        <w:rPr>
          <w:rFonts w:ascii="宋体" w:eastAsia="宋体" w:hAnsi="宋体" w:cs="宋体"/>
          <w:color w:val="000000"/>
        </w:rPr>
        <w:t>盒）．</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用代数式表示（所填式子需化简）：当购买乒乓球拍</w:t>
      </w:r>
      <w:r>
        <w:rPr>
          <w:rFonts w:ascii="Times New Roman" w:eastAsia="Times New Roman" w:hAnsi="Times New Roman" w:cs="Times New Roman"/>
          <w:color w:val="000000"/>
        </w:rPr>
        <w:t>6</w:t>
      </w:r>
      <w:r>
        <w:rPr>
          <w:rFonts w:ascii="宋体" w:eastAsia="宋体" w:hAnsi="宋体" w:cs="宋体"/>
          <w:color w:val="000000"/>
        </w:rPr>
        <w:t>副，乒乓球</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，且</w:t>
      </w:r>
      <w:r>
        <w:rPr>
          <w:rFonts w:ascii="Times New Roman" w:eastAsia="Times New Roman" w:hAnsi="Times New Roman" w:cs="Times New Roman"/>
          <w:i/>
          <w:color w:val="000000"/>
        </w:rPr>
        <w:t>x</w:t>
      </w:r>
      <w:r>
        <w:rPr>
          <w:rFonts w:ascii="宋体" w:eastAsia="宋体" w:hAnsi="宋体" w:cs="宋体"/>
          <w:color w:val="000000"/>
        </w:rPr>
        <w:t>为整数）盒时，在甲商店购买共需付款</w:t>
      </w:r>
      <w:r>
        <w:rPr>
          <w:rFonts w:ascii="宋体" w:eastAsia="宋体" w:hAnsi="宋体" w:cs="宋体"/>
          <w:color w:val="000000"/>
          <w:u w:val="single"/>
        </w:rPr>
        <w:t xml:space="preserve"> 　     </w:t>
      </w:r>
      <w:r>
        <w:rPr>
          <w:rFonts w:ascii="宋体" w:eastAsia="宋体" w:hAnsi="宋体" w:cs="宋体"/>
          <w:color w:val="000000"/>
        </w:rPr>
        <w:t>元，在乙商店购买共需付款</w:t>
      </w:r>
      <w:r>
        <w:rPr>
          <w:rFonts w:ascii="宋体" w:eastAsia="宋体" w:hAnsi="宋体" w:cs="宋体"/>
          <w:color w:val="000000"/>
          <w:u w:val="single"/>
        </w:rPr>
        <w:t xml:space="preserve"> 　     </w: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当购买乒乓球拍</w:t>
      </w:r>
      <w:r>
        <w:rPr>
          <w:rFonts w:ascii="Times New Roman" w:eastAsia="Times New Roman" w:hAnsi="Times New Roman" w:cs="Times New Roman"/>
          <w:color w:val="000000"/>
        </w:rPr>
        <w:t>6</w:t>
      </w:r>
      <w:r>
        <w:rPr>
          <w:rFonts w:ascii="宋体" w:eastAsia="宋体" w:hAnsi="宋体" w:cs="宋体"/>
          <w:color w:val="000000"/>
        </w:rPr>
        <w:t>副，乒乓球</w:t>
      </w:r>
      <w:r>
        <w:rPr>
          <w:rFonts w:ascii="Times New Roman" w:eastAsia="Times New Roman" w:hAnsi="Times New Roman" w:cs="Times New Roman"/>
          <w:color w:val="000000"/>
        </w:rPr>
        <w:t>15</w:t>
      </w:r>
      <w:r>
        <w:rPr>
          <w:rFonts w:ascii="宋体" w:eastAsia="宋体" w:hAnsi="宋体" w:cs="宋体"/>
          <w:color w:val="000000"/>
        </w:rPr>
        <w:t>盒时，到哪家商店购买比较省钱？说出你的理由；</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当购买乒乓球拍</w:t>
      </w:r>
      <w:r>
        <w:rPr>
          <w:rFonts w:ascii="Times New Roman" w:eastAsia="Times New Roman" w:hAnsi="Times New Roman" w:cs="Times New Roman"/>
          <w:color w:val="000000"/>
        </w:rPr>
        <w:t>6</w:t>
      </w:r>
      <w:r>
        <w:rPr>
          <w:rFonts w:ascii="宋体" w:eastAsia="宋体" w:hAnsi="宋体" w:cs="宋体"/>
          <w:color w:val="000000"/>
        </w:rPr>
        <w:t>副，乒乓球</w:t>
      </w:r>
      <w:r>
        <w:rPr>
          <w:rFonts w:ascii="Times New Roman" w:eastAsia="Times New Roman" w:hAnsi="Times New Roman" w:cs="Times New Roman"/>
          <w:color w:val="000000"/>
        </w:rPr>
        <w:t>15</w:t>
      </w:r>
      <w:r>
        <w:rPr>
          <w:rFonts w:ascii="宋体" w:eastAsia="宋体" w:hAnsi="宋体" w:cs="宋体"/>
          <w:color w:val="000000"/>
        </w:rPr>
        <w:t>盒时，你能给出一种更省钱的购买方案吗？试写出你的购买方案，并求出此时需付款多少元．</w:t>
      </w:r>
    </w:p>
    <w:p>
      <w:pPr>
        <w:spacing w:line="360" w:lineRule="auto"/>
        <w:textAlignment w:val="center"/>
        <w:rPr>
          <w:rFonts w:ascii="新宋体" w:eastAsia="新宋体" w:hAnsi="新宋体" w:cs="新宋体"/>
          <w:color w:val="000000"/>
        </w:rPr>
      </w:pPr>
      <w:r>
        <w:rPr>
          <w:color w:val="2E75B6"/>
        </w:rPr>
        <w:t>【答案】</w:t>
      </w:r>
      <w:r>
        <w:rPr>
          <w:color w:val="000000"/>
        </w:rPr>
        <w:t>（1）</w:t>
      </w:r>
      <w:r>
        <w:rPr>
          <w:rFonts w:ascii="新宋体" w:eastAsia="新宋体" w:hAnsi="新宋体" w:cs="新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x</w:t>
      </w:r>
      <w:r>
        <w:rPr>
          <w:rFonts w:ascii="Times New Roman" w:eastAsia="Times New Roman" w:hAnsi="Times New Roman" w:cs="Times New Roman"/>
          <w:color w:val="000000"/>
        </w:rPr>
        <w:t>+120</w:t>
      </w:r>
      <w:r>
        <w:rPr>
          <w:rFonts w:ascii="新宋体" w:eastAsia="新宋体" w:hAnsi="新宋体" w:cs="新宋体"/>
          <w:color w:val="000000"/>
        </w:rPr>
        <w:t>），（</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Times New Roman" w:eastAsia="Times New Roman" w:hAnsi="Times New Roman" w:cs="Times New Roman"/>
          <w:color w:val="000000"/>
        </w:rPr>
        <w:t>+162</w:t>
      </w:r>
      <w:r>
        <w:rPr>
          <w:rFonts w:ascii="新宋体" w:eastAsia="新宋体" w:hAnsi="新宋体" w:cs="新宋体"/>
          <w:color w:val="000000"/>
        </w:rPr>
        <w:t>）</w:t>
      </w:r>
      <w:r>
        <w:rPr>
          <w:color w:val="000000"/>
        </w:rPr>
        <w:t xml:space="preserve">    </w:t>
      </w:r>
    </w:p>
    <w:p>
      <w:pPr>
        <w:spacing w:line="360" w:lineRule="auto"/>
        <w:textAlignment w:val="center"/>
        <w:rPr>
          <w:rFonts w:ascii="新宋体" w:eastAsia="新宋体" w:hAnsi="新宋体" w:cs="新宋体"/>
          <w:color w:val="000000"/>
        </w:rPr>
      </w:pPr>
      <w:r>
        <w:rPr>
          <w:color w:val="000000"/>
        </w:rPr>
        <w:t>（2）</w:t>
      </w:r>
      <w:r>
        <w:rPr>
          <w:rFonts w:ascii="新宋体" w:eastAsia="新宋体" w:hAnsi="新宋体" w:cs="新宋体"/>
          <w:color w:val="000000"/>
        </w:rPr>
        <w:t>甲商店购买省钱，见解析</w:t>
      </w:r>
      <w:r>
        <w:rPr>
          <w:color w:val="000000"/>
        </w:rPr>
        <w:t xml:space="preserve">    </w:t>
      </w:r>
    </w:p>
    <w:p>
      <w:pPr>
        <w:spacing w:line="360" w:lineRule="auto"/>
        <w:textAlignment w:val="center"/>
        <w:rPr>
          <w:rFonts w:ascii="新宋体" w:eastAsia="新宋体" w:hAnsi="新宋体" w:cs="新宋体"/>
          <w:color w:val="000000"/>
        </w:rPr>
      </w:pPr>
      <w:r>
        <w:rPr>
          <w:color w:val="000000"/>
        </w:rPr>
        <w:t>（3）</w:t>
      </w:r>
      <w:r>
        <w:rPr>
          <w:rFonts w:ascii="新宋体" w:eastAsia="新宋体" w:hAnsi="新宋体" w:cs="新宋体"/>
          <w:color w:val="000000"/>
        </w:rPr>
        <w:t>先到甲商店购买</w:t>
      </w:r>
      <w:r>
        <w:rPr>
          <w:rFonts w:ascii="Times New Roman" w:eastAsia="Times New Roman" w:hAnsi="Times New Roman" w:cs="Times New Roman"/>
          <w:color w:val="000000"/>
        </w:rPr>
        <w:t>6</w:t>
      </w:r>
      <w:r>
        <w:rPr>
          <w:rFonts w:ascii="新宋体" w:eastAsia="新宋体" w:hAnsi="新宋体" w:cs="新宋体"/>
          <w:color w:val="000000"/>
        </w:rPr>
        <w:t>副球拍，获赠</w:t>
      </w:r>
      <w:r>
        <w:rPr>
          <w:rFonts w:ascii="Times New Roman" w:eastAsia="Times New Roman" w:hAnsi="Times New Roman" w:cs="Times New Roman"/>
          <w:color w:val="000000"/>
        </w:rPr>
        <w:t>6</w:t>
      </w:r>
      <w:r>
        <w:rPr>
          <w:rFonts w:ascii="新宋体" w:eastAsia="新宋体" w:hAnsi="新宋体" w:cs="新宋体"/>
          <w:color w:val="000000"/>
        </w:rPr>
        <w:t>盒球，再到乙商店购买</w:t>
      </w:r>
      <w:r>
        <w:rPr>
          <w:rFonts w:ascii="Times New Roman" w:eastAsia="Times New Roman" w:hAnsi="Times New Roman" w:cs="Times New Roman"/>
          <w:color w:val="000000"/>
        </w:rPr>
        <w:t>9</w:t>
      </w:r>
      <w:r>
        <w:rPr>
          <w:rFonts w:ascii="新宋体" w:eastAsia="新宋体" w:hAnsi="新宋体" w:cs="新宋体"/>
          <w:color w:val="000000"/>
        </w:rPr>
        <w:t>盒球，所需金额为</w:t>
      </w:r>
      <w:r>
        <w:rPr>
          <w:rFonts w:ascii="Times New Roman" w:eastAsia="Times New Roman" w:hAnsi="Times New Roman" w:cs="Times New Roman"/>
          <w:color w:val="000000"/>
        </w:rPr>
        <w:t>261</w:t>
      </w:r>
      <w:r>
        <w:rPr>
          <w:rFonts w:ascii="新宋体" w:eastAsia="新宋体" w:hAnsi="新宋体" w:cs="新宋体"/>
          <w:color w:val="000000"/>
        </w:rPr>
        <w:t>元</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）根据两个商店的优惠办法以及单价、数量、总价之间的关系可得答案；</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）把</w:t>
      </w:r>
      <w:r>
        <w:rPr>
          <w:rFonts w:ascii="Times New Roman" w:eastAsia="Times New Roman" w:hAnsi="Times New Roman" w:cs="Times New Roman"/>
          <w:color w:val="000000"/>
        </w:rPr>
        <w:t>x=15</w:t>
      </w:r>
      <w:r>
        <w:rPr>
          <w:rFonts w:ascii="宋体" w:eastAsia="宋体" w:hAnsi="宋体" w:cs="宋体"/>
          <w:color w:val="000000"/>
        </w:rPr>
        <w:t>代入计算即可；</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）先到甲商店购买</w:t>
      </w:r>
      <w:r>
        <w:rPr>
          <w:rFonts w:ascii="Times New Roman" w:eastAsia="Times New Roman" w:hAnsi="Times New Roman" w:cs="Times New Roman"/>
          <w:color w:val="000000"/>
        </w:rPr>
        <w:t>6</w:t>
      </w:r>
      <w:r>
        <w:rPr>
          <w:rFonts w:ascii="宋体" w:eastAsia="宋体" w:hAnsi="宋体" w:cs="宋体"/>
          <w:color w:val="000000"/>
        </w:rPr>
        <w:t>副球拍，获赠</w:t>
      </w:r>
      <w:r>
        <w:rPr>
          <w:rFonts w:ascii="Times New Roman" w:eastAsia="Times New Roman" w:hAnsi="Times New Roman" w:cs="Times New Roman"/>
          <w:color w:val="000000"/>
        </w:rPr>
        <w:t>6</w:t>
      </w:r>
      <w:r>
        <w:rPr>
          <w:rFonts w:ascii="宋体" w:eastAsia="宋体" w:hAnsi="宋体" w:cs="宋体"/>
          <w:color w:val="000000"/>
        </w:rPr>
        <w:t>盒球，再到乙商店购买</w:t>
      </w:r>
      <w:r>
        <w:rPr>
          <w:rFonts w:ascii="Times New Roman" w:eastAsia="Times New Roman" w:hAnsi="Times New Roman" w:cs="Times New Roman"/>
          <w:color w:val="000000"/>
        </w:rPr>
        <w:t>9</w:t>
      </w:r>
      <w:r>
        <w:rPr>
          <w:rFonts w:ascii="宋体" w:eastAsia="宋体" w:hAnsi="宋体" w:cs="宋体"/>
          <w:color w:val="000000"/>
        </w:rPr>
        <w:t>盒球即可．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甲商店所用金额</w:t>
      </w:r>
      <w:r>
        <w:rPr>
          <w:rFonts w:ascii="Times New Roman" w:eastAsia="Times New Roman" w:hAnsi="Times New Roman" w:cs="Times New Roman"/>
          <w:color w:val="000000"/>
        </w:rPr>
        <w:t>30×6+10×</w:t>
      </w:r>
      <w:r>
        <w:rPr>
          <w:rFonts w:ascii="新宋体" w:eastAsia="新宋体" w:hAnsi="新宋体" w:cs="新宋体"/>
          <w:color w:val="000000"/>
        </w:rPr>
        <w:t>（</w:t>
      </w:r>
      <w:r>
        <w:rPr>
          <w:rFonts w:ascii="Times New Roman" w:eastAsia="Times New Roman" w:hAnsi="Times New Roman" w:cs="Times New Roman"/>
          <w:i/>
          <w:color w:val="000000"/>
        </w:rPr>
        <w:t>x</w:t>
      </w:r>
      <w:r>
        <w:rPr>
          <w:rFonts w:ascii="新宋体" w:eastAsia="新宋体" w:hAnsi="新宋体" w:cs="新宋体"/>
          <w:color w:val="000000"/>
        </w:rPr>
        <w:t>﹣</w:t>
      </w:r>
      <w:r>
        <w:rPr>
          <w:rFonts w:ascii="Times New Roman" w:eastAsia="Times New Roman" w:hAnsi="Times New Roman" w:cs="Times New Roman"/>
          <w:color w:val="000000"/>
        </w:rPr>
        <w:t>6</w:t>
      </w:r>
      <w:r>
        <w:rPr>
          <w:rFonts w:ascii="新宋体" w:eastAsia="新宋体" w:hAnsi="新宋体" w:cs="新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x</w:t>
      </w:r>
      <w:r>
        <w:rPr>
          <w:rFonts w:ascii="Times New Roman" w:eastAsia="Times New Roman" w:hAnsi="Times New Roman" w:cs="Times New Roman"/>
          <w:color w:val="000000"/>
        </w:rPr>
        <w:t>+120</w:t>
      </w:r>
      <w:r>
        <w:rPr>
          <w:rFonts w:ascii="新宋体" w:eastAsia="新宋体" w:hAnsi="新宋体" w:cs="新宋体"/>
          <w:color w:val="000000"/>
        </w:rPr>
        <w:t>）元，</w:t>
      </w:r>
    </w:p>
    <w:p>
      <w:pPr>
        <w:spacing w:line="360" w:lineRule="auto"/>
        <w:ind w:left="270"/>
        <w:jc w:val="left"/>
        <w:textAlignment w:val="center"/>
        <w:rPr>
          <w:rFonts w:ascii="新宋体" w:eastAsia="新宋体" w:hAnsi="新宋体" w:cs="新宋体"/>
          <w:color w:val="000000"/>
        </w:rPr>
      </w:pPr>
      <w:r>
        <w:rPr>
          <w:rFonts w:ascii="新宋体" w:eastAsia="新宋体" w:hAnsi="新宋体" w:cs="新宋体"/>
          <w:color w:val="000000"/>
        </w:rPr>
        <w:t>乙商店所用金额</w:t>
      </w:r>
      <w:r>
        <w:rPr>
          <w:rFonts w:ascii="Times New Roman" w:eastAsia="Times New Roman" w:hAnsi="Times New Roman" w:cs="Times New Roman"/>
          <w:color w:val="000000"/>
        </w:rPr>
        <w:t>30×90%×6+10×90%×</w:t>
      </w:r>
      <w:r>
        <w:rPr>
          <w:rFonts w:ascii="Times New Roman" w:eastAsia="Times New Roman" w:hAnsi="Times New Roman" w:cs="Times New Roman"/>
          <w:i/>
          <w:color w:val="000000"/>
        </w:rPr>
        <w:t>x</w:t>
      </w:r>
      <w:r>
        <w:rPr>
          <w:rFonts w:ascii="新宋体" w:eastAsia="新宋体" w:hAnsi="新宋体" w:cs="新宋体"/>
          <w:color w:val="000000"/>
        </w:rPr>
        <w:t>＝（</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Times New Roman" w:eastAsia="Times New Roman" w:hAnsi="Times New Roman" w:cs="Times New Roman"/>
          <w:color w:val="000000"/>
        </w:rPr>
        <w:t>+162</w:t>
      </w:r>
      <w:r>
        <w:rPr>
          <w:rFonts w:ascii="新宋体" w:eastAsia="新宋体" w:hAnsi="新宋体" w:cs="新宋体"/>
          <w:color w:val="000000"/>
        </w:rPr>
        <w:t>）元，</w:t>
      </w:r>
    </w:p>
    <w:p>
      <w:pPr>
        <w:spacing w:line="360" w:lineRule="auto"/>
        <w:ind w:left="270"/>
        <w:jc w:val="left"/>
        <w:textAlignment w:val="center"/>
        <w:rPr>
          <w:rFonts w:ascii="新宋体" w:eastAsia="新宋体" w:hAnsi="新宋体" w:cs="新宋体"/>
          <w:color w:val="000000"/>
        </w:rPr>
      </w:pPr>
      <w:r>
        <w:rPr>
          <w:rFonts w:ascii="新宋体" w:eastAsia="新宋体" w:hAnsi="新宋体" w:cs="新宋体"/>
          <w:color w:val="000000"/>
        </w:rPr>
        <w:t>故答案为：（</w:t>
      </w:r>
      <w:r>
        <w:rPr>
          <w:rFonts w:ascii="Times New Roman" w:eastAsia="Times New Roman" w:hAnsi="Times New Roman" w:cs="Times New Roman"/>
          <w:color w:val="000000"/>
        </w:rPr>
        <w:t>10</w:t>
      </w:r>
      <w:r>
        <w:rPr>
          <w:rFonts w:ascii="Times New Roman" w:eastAsia="Times New Roman" w:hAnsi="Times New Roman" w:cs="Times New Roman"/>
          <w:i/>
          <w:color w:val="000000"/>
        </w:rPr>
        <w:t>x</w:t>
      </w:r>
      <w:r>
        <w:rPr>
          <w:rFonts w:ascii="Times New Roman" w:eastAsia="Times New Roman" w:hAnsi="Times New Roman" w:cs="Times New Roman"/>
          <w:color w:val="000000"/>
        </w:rPr>
        <w:t>+120</w:t>
      </w:r>
      <w:r>
        <w:rPr>
          <w:rFonts w:ascii="新宋体" w:eastAsia="新宋体" w:hAnsi="新宋体" w:cs="新宋体"/>
          <w:color w:val="000000"/>
        </w:rPr>
        <w:t>），（</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Times New Roman" w:eastAsia="Times New Roman" w:hAnsi="Times New Roman" w:cs="Times New Roman"/>
          <w:color w:val="000000"/>
        </w:rPr>
        <w:t>+162</w:t>
      </w:r>
      <w:r>
        <w:rPr>
          <w:rFonts w:ascii="新宋体" w:eastAsia="新宋体" w:hAnsi="新宋体" w:cs="新宋体"/>
          <w:color w:val="000000"/>
        </w:rPr>
        <w:t>）；</w:t>
      </w:r>
    </w:p>
    <w:p>
      <w:pPr>
        <w:spacing w:line="360" w:lineRule="auto"/>
        <w:ind w:left="270"/>
        <w:jc w:val="left"/>
        <w:textAlignment w:val="center"/>
        <w:rPr>
          <w:color w:val="000000"/>
        </w:rPr>
      </w:pPr>
      <w:r>
        <w:rPr>
          <w:color w:val="000000"/>
        </w:rPr>
        <w:t>【小问2详解】</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当</w:t>
      </w:r>
      <w:r>
        <w:rPr>
          <w:rFonts w:ascii="Times New Roman" w:eastAsia="Times New Roman" w:hAnsi="Times New Roman" w:cs="Times New Roman"/>
          <w:i/>
          <w:color w:val="000000"/>
        </w:rPr>
        <w:t>x</w:t>
      </w:r>
      <w:r>
        <w:rPr>
          <w:rFonts w:ascii="新宋体" w:eastAsia="新宋体" w:hAnsi="新宋体" w:cs="新宋体"/>
          <w:color w:val="000000"/>
        </w:rPr>
        <w:t>＝</w:t>
      </w:r>
      <w:r>
        <w:rPr>
          <w:rFonts w:ascii="Times New Roman" w:eastAsia="Times New Roman" w:hAnsi="Times New Roman" w:cs="Times New Roman"/>
          <w:color w:val="000000"/>
        </w:rPr>
        <w:t>15</w:t>
      </w:r>
      <w:r>
        <w:rPr>
          <w:rFonts w:ascii="新宋体" w:eastAsia="新宋体" w:hAnsi="新宋体" w:cs="新宋体"/>
          <w:color w:val="000000"/>
        </w:rPr>
        <w:t>时，甲商店所用金额</w:t>
      </w:r>
      <w:r>
        <w:rPr>
          <w:rFonts w:ascii="Times New Roman" w:eastAsia="Times New Roman" w:hAnsi="Times New Roman" w:cs="Times New Roman"/>
          <w:color w:val="000000"/>
        </w:rPr>
        <w:t>10</w:t>
      </w:r>
      <w:r>
        <w:rPr>
          <w:rFonts w:ascii="Times New Roman" w:eastAsia="Times New Roman" w:hAnsi="Times New Roman" w:cs="Times New Roman"/>
          <w:i/>
          <w:color w:val="000000"/>
        </w:rPr>
        <w:t>x</w:t>
      </w:r>
      <w:r>
        <w:rPr>
          <w:rFonts w:ascii="Times New Roman" w:eastAsia="Times New Roman" w:hAnsi="Times New Roman" w:cs="Times New Roman"/>
          <w:color w:val="000000"/>
        </w:rPr>
        <w:t>+120</w:t>
      </w:r>
      <w:r>
        <w:rPr>
          <w:rFonts w:ascii="新宋体" w:eastAsia="新宋体" w:hAnsi="新宋体" w:cs="新宋体"/>
          <w:color w:val="000000"/>
        </w:rPr>
        <w:t>＝</w:t>
      </w:r>
      <w:r>
        <w:rPr>
          <w:rFonts w:ascii="Times New Roman" w:eastAsia="Times New Roman" w:hAnsi="Times New Roman" w:cs="Times New Roman"/>
          <w:color w:val="000000"/>
        </w:rPr>
        <w:t>270</w:t>
      </w:r>
      <w:r>
        <w:rPr>
          <w:rFonts w:ascii="新宋体" w:eastAsia="新宋体" w:hAnsi="新宋体" w:cs="新宋体"/>
          <w:color w:val="000000"/>
        </w:rPr>
        <w:t>（元），</w:t>
      </w:r>
    </w:p>
    <w:p>
      <w:pPr>
        <w:spacing w:line="360" w:lineRule="auto"/>
        <w:ind w:left="270"/>
        <w:jc w:val="left"/>
        <w:textAlignment w:val="center"/>
        <w:rPr>
          <w:rFonts w:ascii="新宋体" w:eastAsia="新宋体" w:hAnsi="新宋体" w:cs="新宋体"/>
          <w:color w:val="000000"/>
        </w:rPr>
      </w:pPr>
      <w:r>
        <w:rPr>
          <w:rFonts w:ascii="新宋体" w:eastAsia="新宋体" w:hAnsi="新宋体" w:cs="新宋体"/>
          <w:color w:val="000000"/>
        </w:rPr>
        <w:t>乙商店所用金额</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Times New Roman" w:eastAsia="Times New Roman" w:hAnsi="Times New Roman" w:cs="Times New Roman"/>
          <w:color w:val="000000"/>
        </w:rPr>
        <w:t>+162</w:t>
      </w:r>
      <w:r>
        <w:rPr>
          <w:rFonts w:ascii="新宋体" w:eastAsia="新宋体" w:hAnsi="新宋体" w:cs="新宋体"/>
          <w:color w:val="000000"/>
        </w:rPr>
        <w:t>＝</w:t>
      </w:r>
      <w:r>
        <w:rPr>
          <w:rFonts w:ascii="Times New Roman" w:eastAsia="Times New Roman" w:hAnsi="Times New Roman" w:cs="Times New Roman"/>
          <w:color w:val="000000"/>
        </w:rPr>
        <w:t>297</w:t>
      </w:r>
      <w:r>
        <w:rPr>
          <w:rFonts w:ascii="新宋体" w:eastAsia="新宋体" w:hAnsi="新宋体" w:cs="新宋体"/>
          <w:color w:val="000000"/>
        </w:rPr>
        <w:t>（元），</w:t>
      </w:r>
    </w:p>
    <w:p>
      <w:pPr>
        <w:spacing w:line="360" w:lineRule="auto"/>
        <w:ind w:left="270"/>
        <w:jc w:val="left"/>
        <w:textAlignment w:val="center"/>
        <w:rPr>
          <w:rFonts w:ascii="新宋体" w:eastAsia="新宋体" w:hAnsi="新宋体" w:cs="新宋体"/>
          <w:color w:val="000000"/>
        </w:rPr>
      </w:pPr>
      <w:r>
        <w:rPr>
          <w:rFonts w:ascii="新宋体" w:eastAsia="新宋体" w:hAnsi="新宋体" w:cs="新宋体"/>
          <w:color w:val="000000"/>
        </w:rPr>
        <w:t>由于</w:t>
      </w:r>
      <w:r>
        <w:rPr>
          <w:rFonts w:ascii="Times New Roman" w:eastAsia="Times New Roman" w:hAnsi="Times New Roman" w:cs="Times New Roman"/>
          <w:color w:val="000000"/>
        </w:rPr>
        <w:t>270</w:t>
      </w:r>
      <w:r>
        <w:rPr>
          <w:rFonts w:ascii="新宋体" w:eastAsia="新宋体" w:hAnsi="新宋体" w:cs="新宋体"/>
          <w:color w:val="000000"/>
        </w:rPr>
        <w:t>＜</w:t>
      </w:r>
      <w:r>
        <w:rPr>
          <w:rFonts w:ascii="Times New Roman" w:eastAsia="Times New Roman" w:hAnsi="Times New Roman" w:cs="Times New Roman"/>
          <w:color w:val="000000"/>
        </w:rPr>
        <w:t>297</w:t>
      </w:r>
      <w:r>
        <w:rPr>
          <w:rFonts w:ascii="新宋体" w:eastAsia="新宋体" w:hAnsi="新宋体" w:cs="新宋体"/>
          <w:color w:val="000000"/>
        </w:rPr>
        <w:t>，</w:t>
      </w:r>
    </w:p>
    <w:p>
      <w:pPr>
        <w:spacing w:line="360" w:lineRule="auto"/>
        <w:ind w:left="270"/>
        <w:jc w:val="left"/>
        <w:textAlignment w:val="center"/>
        <w:rPr>
          <w:rFonts w:ascii="新宋体" w:eastAsia="新宋体" w:hAnsi="新宋体" w:cs="新宋体"/>
          <w:color w:val="000000"/>
        </w:rPr>
      </w:pPr>
      <w:r>
        <w:rPr>
          <w:rFonts w:ascii="新宋体" w:eastAsia="新宋体" w:hAnsi="新宋体" w:cs="新宋体"/>
          <w:color w:val="000000"/>
        </w:rPr>
        <w:t>所以在甲商店购买省钱；</w:t>
      </w:r>
    </w:p>
    <w:p>
      <w:pPr>
        <w:spacing w:line="360" w:lineRule="auto"/>
        <w:ind w:left="270"/>
        <w:jc w:val="left"/>
        <w:textAlignment w:val="center"/>
        <w:rPr>
          <w:color w:val="000000"/>
        </w:rPr>
      </w:pPr>
      <w:r>
        <w:rPr>
          <w:color w:val="000000"/>
        </w:rPr>
        <w:t>【小问3详解】</w:t>
      </w:r>
    </w:p>
    <w:p>
      <w:pPr>
        <w:spacing w:line="360" w:lineRule="auto"/>
        <w:ind w:left="270"/>
        <w:jc w:val="left"/>
        <w:textAlignment w:val="center"/>
        <w:rPr>
          <w:rFonts w:ascii="新宋体" w:eastAsia="新宋体" w:hAnsi="新宋体" w:cs="新宋体"/>
          <w:color w:val="000000"/>
        </w:rPr>
      </w:pPr>
      <w:r>
        <w:rPr>
          <w:rFonts w:ascii="新宋体" w:eastAsia="新宋体" w:hAnsi="新宋体" w:cs="新宋体"/>
          <w:color w:val="000000"/>
        </w:rPr>
        <w:t>先到甲商店购买</w:t>
      </w:r>
      <w:r>
        <w:rPr>
          <w:rFonts w:ascii="Times New Roman" w:eastAsia="Times New Roman" w:hAnsi="Times New Roman" w:cs="Times New Roman"/>
          <w:color w:val="000000"/>
        </w:rPr>
        <w:t>6</w:t>
      </w:r>
      <w:r>
        <w:rPr>
          <w:rFonts w:ascii="新宋体" w:eastAsia="新宋体" w:hAnsi="新宋体" w:cs="新宋体"/>
          <w:color w:val="000000"/>
        </w:rPr>
        <w:t>副球拍，获赠</w:t>
      </w:r>
      <w:r>
        <w:rPr>
          <w:rFonts w:ascii="Times New Roman" w:eastAsia="Times New Roman" w:hAnsi="Times New Roman" w:cs="Times New Roman"/>
          <w:color w:val="000000"/>
        </w:rPr>
        <w:t>6</w:t>
      </w:r>
      <w:r>
        <w:rPr>
          <w:rFonts w:ascii="新宋体" w:eastAsia="新宋体" w:hAnsi="新宋体" w:cs="新宋体"/>
          <w:color w:val="000000"/>
        </w:rPr>
        <w:t>盒球，再到乙商店购买</w:t>
      </w:r>
      <w:r>
        <w:rPr>
          <w:rFonts w:ascii="Times New Roman" w:eastAsia="Times New Roman" w:hAnsi="Times New Roman" w:cs="Times New Roman"/>
          <w:color w:val="000000"/>
        </w:rPr>
        <w:t>9</w:t>
      </w:r>
      <w:r>
        <w:rPr>
          <w:rFonts w:ascii="新宋体" w:eastAsia="新宋体" w:hAnsi="新宋体" w:cs="新宋体"/>
          <w:color w:val="000000"/>
        </w:rPr>
        <w:t>盒球，所需金额为：</w:t>
      </w:r>
    </w:p>
    <w:p>
      <w:pPr>
        <w:spacing w:line="360" w:lineRule="auto"/>
        <w:ind w:left="270"/>
        <w:jc w:val="left"/>
        <w:textAlignment w:val="center"/>
        <w:rPr>
          <w:rFonts w:ascii="新宋体" w:eastAsia="新宋体" w:hAnsi="新宋体" w:cs="新宋体"/>
          <w:color w:val="000000"/>
        </w:rPr>
      </w:pPr>
      <w:r>
        <w:rPr>
          <w:rFonts w:ascii="Times New Roman" w:eastAsia="Times New Roman" w:hAnsi="Times New Roman" w:cs="Times New Roman"/>
          <w:color w:val="000000"/>
        </w:rPr>
        <w:t>30×6+10×90%×9</w:t>
      </w:r>
      <w:r>
        <w:rPr>
          <w:rFonts w:ascii="新宋体" w:eastAsia="新宋体" w:hAnsi="新宋体" w:cs="新宋体"/>
          <w:color w:val="000000"/>
        </w:rPr>
        <w:t>＝</w:t>
      </w:r>
      <w:r>
        <w:rPr>
          <w:rFonts w:ascii="Times New Roman" w:eastAsia="Times New Roman" w:hAnsi="Times New Roman" w:cs="Times New Roman"/>
          <w:color w:val="000000"/>
        </w:rPr>
        <w:t>261</w:t>
      </w:r>
      <w:r>
        <w:rPr>
          <w:rFonts w:ascii="新宋体" w:eastAsia="新宋体" w:hAnsi="新宋体" w:cs="新宋体"/>
          <w:color w:val="000000"/>
        </w:rPr>
        <w:t>（元），</w:t>
      </w:r>
    </w:p>
    <w:p>
      <w:pPr>
        <w:spacing w:line="360" w:lineRule="auto"/>
        <w:ind w:left="270"/>
        <w:jc w:val="left"/>
        <w:textAlignment w:val="center"/>
        <w:rPr>
          <w:rFonts w:ascii="新宋体" w:eastAsia="新宋体" w:hAnsi="新宋体" w:cs="新宋体"/>
          <w:color w:val="000000"/>
        </w:rPr>
      </w:pPr>
      <w:r>
        <w:rPr>
          <w:rFonts w:ascii="新宋体" w:eastAsia="新宋体" w:hAnsi="新宋体" w:cs="新宋体"/>
          <w:color w:val="000000"/>
        </w:rPr>
        <w:t>答：先到甲商店购买</w:t>
      </w:r>
      <w:r>
        <w:rPr>
          <w:rFonts w:ascii="Times New Roman" w:eastAsia="Times New Roman" w:hAnsi="Times New Roman" w:cs="Times New Roman"/>
          <w:color w:val="000000"/>
        </w:rPr>
        <w:t>6</w:t>
      </w:r>
      <w:r>
        <w:rPr>
          <w:rFonts w:ascii="新宋体" w:eastAsia="新宋体" w:hAnsi="新宋体" w:cs="新宋体"/>
          <w:color w:val="000000"/>
        </w:rPr>
        <w:t>副球拍，获赠</w:t>
      </w:r>
      <w:r>
        <w:rPr>
          <w:rFonts w:ascii="Times New Roman" w:eastAsia="Times New Roman" w:hAnsi="Times New Roman" w:cs="Times New Roman"/>
          <w:color w:val="000000"/>
        </w:rPr>
        <w:t>6</w:t>
      </w:r>
      <w:r>
        <w:rPr>
          <w:rFonts w:ascii="新宋体" w:eastAsia="新宋体" w:hAnsi="新宋体" w:cs="新宋体"/>
          <w:color w:val="000000"/>
        </w:rPr>
        <w:t>盒球，再到乙商店购买</w:t>
      </w:r>
      <w:r>
        <w:rPr>
          <w:rFonts w:ascii="Times New Roman" w:eastAsia="Times New Roman" w:hAnsi="Times New Roman" w:cs="Times New Roman"/>
          <w:color w:val="000000"/>
        </w:rPr>
        <w:t>9</w:t>
      </w:r>
      <w:r>
        <w:rPr>
          <w:rFonts w:ascii="新宋体" w:eastAsia="新宋体" w:hAnsi="新宋体" w:cs="新宋体"/>
          <w:color w:val="000000"/>
        </w:rPr>
        <w:t>盒球，所需金额为</w:t>
      </w:r>
      <w:r>
        <w:rPr>
          <w:rFonts w:ascii="Times New Roman" w:eastAsia="Times New Roman" w:hAnsi="Times New Roman" w:cs="Times New Roman"/>
          <w:color w:val="000000"/>
        </w:rPr>
        <w:t>261</w:t>
      </w:r>
      <w:r>
        <w:rPr>
          <w:rFonts w:ascii="新宋体" w:eastAsia="新宋体" w:hAnsi="新宋体" w:cs="新宋体"/>
          <w:color w:val="000000"/>
        </w:rPr>
        <w:t>元．</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本题考查列代数式以及代数式求值，理解两个商店的优惠办法是解决问题的关键．</w:t>
      </w:r>
    </w:p>
    <w:p>
      <w:pPr>
        <w:spacing w:line="360" w:lineRule="auto"/>
        <w:jc w:val="left"/>
        <w:textAlignment w:val="center"/>
        <w:rPr>
          <w:rFonts w:ascii="宋体" w:eastAsia="宋体" w:hAnsi="宋体" w:cs="宋体"/>
          <w:color w:val="000000"/>
        </w:rPr>
      </w:pPr>
      <w:r>
        <w:rPr>
          <w:color w:val="000000"/>
        </w:rPr>
        <w:t xml:space="preserve">24. </w:t>
      </w:r>
      <w:r>
        <w:rPr>
          <w:rFonts w:ascii="宋体" w:eastAsia="宋体" w:hAnsi="宋体" w:cs="宋体"/>
          <w:color w:val="000000"/>
        </w:rPr>
        <w:t>平移和翻折是初中数学两种重要的图形变化</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平移运动</w:t>
      </w:r>
    </w:p>
    <w:p>
      <w:pPr>
        <w:spacing w:line="360" w:lineRule="auto"/>
        <w:jc w:val="left"/>
        <w:textAlignment w:val="center"/>
        <w:rPr>
          <w:rFonts w:ascii="宋体" w:eastAsia="宋体" w:hAnsi="宋体" w:cs="宋体"/>
          <w:color w:val="000000"/>
          <w:u w:val="single"/>
        </w:rPr>
      </w:pPr>
      <w:r>
        <w:rPr>
          <w:rFonts w:ascii="宋体" w:eastAsia="宋体" w:hAnsi="宋体" w:cs="宋体"/>
          <w:color w:val="000000"/>
        </w:rPr>
        <w:t>①把笔尖放在数轴的原点处，先向负方向移动</w:t>
      </w:r>
      <w:r>
        <w:rPr>
          <w:rFonts w:ascii="Times New Roman" w:eastAsia="Times New Roman" w:hAnsi="Times New Roman" w:cs="Times New Roman"/>
          <w:color w:val="000000"/>
        </w:rPr>
        <w:t>3</w:t>
      </w:r>
      <w:r>
        <w:rPr>
          <w:rFonts w:ascii="宋体" w:eastAsia="宋体" w:hAnsi="宋体" w:cs="宋体"/>
          <w:color w:val="000000"/>
        </w:rPr>
        <w:t>个单位长度，再向正方向移动</w:t>
      </w:r>
      <w:r>
        <w:rPr>
          <w:rFonts w:ascii="Times New Roman" w:eastAsia="Times New Roman" w:hAnsi="Times New Roman" w:cs="Times New Roman"/>
          <w:color w:val="000000"/>
        </w:rPr>
        <w:t>2</w:t>
      </w:r>
      <w:r>
        <w:rPr>
          <w:rFonts w:ascii="宋体" w:eastAsia="宋体" w:hAnsi="宋体" w:cs="宋体"/>
          <w:color w:val="000000"/>
        </w:rPr>
        <w:t>个单位长度，这时笔尖的位置表示什么数？用算式表示以上过程及结果是</w:t>
      </w:r>
      <w:r>
        <w:rPr>
          <w:rFonts w:ascii="宋体" w:eastAsia="宋体" w:hAnsi="宋体" w:cs="宋体"/>
          <w:color w:val="000000"/>
          <w:u w:val="single"/>
        </w:rPr>
        <w:t xml:space="preserve"> 　     </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jc w:val="left"/>
        <w:textAlignment w:val="center"/>
        <w:rPr>
          <w:rFonts w:ascii="宋体" w:eastAsia="宋体" w:hAnsi="宋体" w:cs="宋体"/>
          <w:color w:val="000000"/>
        </w:rPr>
      </w:pPr>
      <w:r>
        <w:rPr>
          <w:rFonts w:ascii="宋体" w:eastAsia="宋体" w:hAnsi="宋体" w:cs="宋体"/>
          <w:color w:val="000000"/>
        </w:rPr>
        <w:t>②一机器人从原点</w:t>
      </w:r>
      <w:r>
        <w:rPr>
          <w:rFonts w:ascii="Times New Roman" w:eastAsia="Times New Roman" w:hAnsi="Times New Roman" w:cs="Times New Roman"/>
          <w:i/>
          <w:color w:val="000000"/>
        </w:rPr>
        <w:t>O</w:t>
      </w:r>
      <w:r>
        <w:rPr>
          <w:rFonts w:ascii="宋体" w:eastAsia="宋体" w:hAnsi="宋体" w:cs="宋体"/>
          <w:color w:val="000000"/>
        </w:rPr>
        <w:t>开始，第</w:t>
      </w:r>
      <w:r>
        <w:rPr>
          <w:rFonts w:ascii="Times New Roman" w:eastAsia="Times New Roman" w:hAnsi="Times New Roman" w:cs="Times New Roman"/>
          <w:color w:val="000000"/>
        </w:rPr>
        <w:t>1</w:t>
      </w:r>
      <w:r>
        <w:rPr>
          <w:rFonts w:ascii="宋体" w:eastAsia="宋体" w:hAnsi="宋体" w:cs="宋体"/>
          <w:color w:val="000000"/>
        </w:rPr>
        <w:t>次向左跳</w:t>
      </w:r>
      <w:r>
        <w:rPr>
          <w:rFonts w:ascii="Times New Roman" w:eastAsia="Times New Roman" w:hAnsi="Times New Roman" w:cs="Times New Roman"/>
          <w:color w:val="000000"/>
        </w:rPr>
        <w:t>1</w:t>
      </w:r>
      <w:r>
        <w:rPr>
          <w:rFonts w:ascii="宋体" w:eastAsia="宋体" w:hAnsi="宋体" w:cs="宋体"/>
          <w:color w:val="000000"/>
        </w:rPr>
        <w:t>个单位，紧接着第</w:t>
      </w:r>
      <w:r>
        <w:rPr>
          <w:rFonts w:ascii="Times New Roman" w:eastAsia="Times New Roman" w:hAnsi="Times New Roman" w:cs="Times New Roman"/>
          <w:color w:val="000000"/>
        </w:rPr>
        <w:t>2</w:t>
      </w:r>
      <w:r>
        <w:rPr>
          <w:rFonts w:ascii="宋体" w:eastAsia="宋体" w:hAnsi="宋体" w:cs="宋体"/>
          <w:color w:val="000000"/>
        </w:rPr>
        <w:t>次向右跳</w:t>
      </w:r>
      <w:r>
        <w:rPr>
          <w:rFonts w:ascii="Times New Roman" w:eastAsia="Times New Roman" w:hAnsi="Times New Roman" w:cs="Times New Roman"/>
          <w:color w:val="000000"/>
        </w:rPr>
        <w:t>2</w:t>
      </w:r>
      <w:r>
        <w:rPr>
          <w:rFonts w:ascii="宋体" w:eastAsia="宋体" w:hAnsi="宋体" w:cs="宋体"/>
          <w:color w:val="000000"/>
        </w:rPr>
        <w:t>个单位，第</w:t>
      </w:r>
      <w:r>
        <w:rPr>
          <w:rFonts w:ascii="Times New Roman" w:eastAsia="Times New Roman" w:hAnsi="Times New Roman" w:cs="Times New Roman"/>
          <w:color w:val="000000"/>
        </w:rPr>
        <w:t>3</w:t>
      </w:r>
      <w:r>
        <w:rPr>
          <w:rFonts w:ascii="宋体" w:eastAsia="宋体" w:hAnsi="宋体" w:cs="宋体"/>
          <w:color w:val="000000"/>
        </w:rPr>
        <w:t>次向左跳</w:t>
      </w:r>
      <w:r>
        <w:rPr>
          <w:rFonts w:ascii="Times New Roman" w:eastAsia="Times New Roman" w:hAnsi="Times New Roman" w:cs="Times New Roman"/>
          <w:color w:val="000000"/>
        </w:rPr>
        <w:t>3</w:t>
      </w:r>
      <w:r>
        <w:rPr>
          <w:rFonts w:ascii="宋体" w:eastAsia="宋体" w:hAnsi="宋体" w:cs="宋体"/>
          <w:color w:val="000000"/>
        </w:rPr>
        <w:t>个单位，第</w:t>
      </w:r>
      <w:r>
        <w:rPr>
          <w:rFonts w:ascii="Times New Roman" w:eastAsia="Times New Roman" w:hAnsi="Times New Roman" w:cs="Times New Roman"/>
          <w:color w:val="000000"/>
        </w:rPr>
        <w:t>4</w:t>
      </w:r>
      <w:r>
        <w:rPr>
          <w:rFonts w:ascii="宋体" w:eastAsia="宋体" w:hAnsi="宋体" w:cs="宋体"/>
          <w:color w:val="000000"/>
        </w:rPr>
        <w:t>次向右跳</w:t>
      </w:r>
      <w:r>
        <w:rPr>
          <w:rFonts w:ascii="Times New Roman" w:eastAsia="Times New Roman" w:hAnsi="Times New Roman" w:cs="Times New Roman"/>
          <w:color w:val="000000"/>
        </w:rPr>
        <w:t>4</w:t>
      </w:r>
      <w:r>
        <w:rPr>
          <w:rFonts w:ascii="宋体" w:eastAsia="宋体" w:hAnsi="宋体" w:cs="宋体"/>
          <w:color w:val="000000"/>
        </w:rPr>
        <w:t>个单位，…，依次规律跳，当它跳</w:t>
      </w:r>
      <w:r>
        <w:rPr>
          <w:rFonts w:ascii="Times New Roman" w:eastAsia="Times New Roman" w:hAnsi="Times New Roman" w:cs="Times New Roman"/>
          <w:color w:val="000000"/>
        </w:rPr>
        <w:t>2017</w:t>
      </w:r>
      <w:r>
        <w:rPr>
          <w:rFonts w:ascii="宋体" w:eastAsia="宋体" w:hAnsi="宋体" w:cs="宋体"/>
          <w:color w:val="000000"/>
        </w:rPr>
        <w:t>次时，落在数轴上的点表示的数是</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翻折变换</w:t>
      </w:r>
    </w:p>
    <w:p>
      <w:pPr>
        <w:spacing w:line="360" w:lineRule="auto"/>
        <w:jc w:val="left"/>
        <w:textAlignment w:val="center"/>
        <w:rPr>
          <w:rFonts w:ascii="宋体" w:eastAsia="宋体" w:hAnsi="宋体" w:cs="宋体"/>
          <w:color w:val="000000"/>
        </w:rPr>
      </w:pPr>
      <w:r>
        <w:rPr>
          <w:rFonts w:ascii="宋体" w:eastAsia="宋体" w:hAnsi="宋体" w:cs="宋体"/>
          <w:color w:val="000000"/>
        </w:rPr>
        <w:t>①若折叠纸条，表示﹣</w:t>
      </w:r>
      <w:r>
        <w:rPr>
          <w:rFonts w:ascii="Times New Roman" w:eastAsia="Times New Roman" w:hAnsi="Times New Roman" w:cs="Times New Roman"/>
          <w:color w:val="000000"/>
        </w:rPr>
        <w:t>1</w:t>
      </w:r>
      <w:r>
        <w:rPr>
          <w:rFonts w:ascii="宋体" w:eastAsia="宋体" w:hAnsi="宋体" w:cs="宋体"/>
          <w:color w:val="000000"/>
        </w:rPr>
        <w:t>的点与表示</w:t>
      </w:r>
      <w:r>
        <w:rPr>
          <w:rFonts w:ascii="Times New Roman" w:eastAsia="Times New Roman" w:hAnsi="Times New Roman" w:cs="Times New Roman"/>
          <w:color w:val="000000"/>
        </w:rPr>
        <w:t>3</w:t>
      </w:r>
      <w:r>
        <w:rPr>
          <w:rFonts w:ascii="宋体" w:eastAsia="宋体" w:hAnsi="宋体" w:cs="宋体"/>
          <w:color w:val="000000"/>
        </w:rPr>
        <w:t>的点重合，则表示</w:t>
      </w:r>
      <w:r>
        <w:rPr>
          <w:rFonts w:ascii="Times New Roman" w:eastAsia="Times New Roman" w:hAnsi="Times New Roman" w:cs="Times New Roman"/>
          <w:color w:val="000000"/>
        </w:rPr>
        <w:t>2017</w:t>
      </w:r>
      <w:r>
        <w:rPr>
          <w:rFonts w:ascii="宋体" w:eastAsia="宋体" w:hAnsi="宋体" w:cs="宋体"/>
          <w:color w:val="000000"/>
        </w:rPr>
        <w:t>的点与表示</w:t>
      </w:r>
      <w:r>
        <w:rPr>
          <w:rFonts w:ascii="宋体" w:eastAsia="宋体" w:hAnsi="宋体" w:cs="宋体"/>
          <w:color w:val="000000"/>
          <w:u w:val="single"/>
        </w:rPr>
        <w:t xml:space="preserve"> 　     </w:t>
      </w:r>
      <w:r>
        <w:rPr>
          <w:rFonts w:ascii="宋体" w:eastAsia="宋体" w:hAnsi="宋体" w:cs="宋体"/>
          <w:color w:val="000000"/>
        </w:rPr>
        <w:t>的点重合；</w:t>
      </w:r>
    </w:p>
    <w:p>
      <w:pPr>
        <w:spacing w:line="360" w:lineRule="auto"/>
        <w:jc w:val="left"/>
        <w:textAlignment w:val="center"/>
        <w:rPr>
          <w:rFonts w:ascii="宋体" w:eastAsia="宋体" w:hAnsi="宋体" w:cs="宋体"/>
          <w:color w:val="000000"/>
        </w:rPr>
      </w:pPr>
      <w:r>
        <w:rPr>
          <w:rFonts w:ascii="宋体" w:eastAsia="宋体" w:hAnsi="宋体" w:cs="宋体"/>
          <w:color w:val="000000"/>
        </w:rPr>
        <w:t>②若数轴上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两点之间的距离为</w:t>
      </w:r>
      <w:r>
        <w:rPr>
          <w:rFonts w:ascii="Times New Roman" w:eastAsia="Times New Roman" w:hAnsi="Times New Roman" w:cs="Times New Roman"/>
          <w:color w:val="000000"/>
        </w:rPr>
        <w:t>2018</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在</w:t>
      </w:r>
      <w:r>
        <w:rPr>
          <w:rFonts w:ascii="Times New Roman" w:eastAsia="Times New Roman" w:hAnsi="Times New Roman" w:cs="Times New Roman"/>
          <w:i/>
          <w:color w:val="000000"/>
        </w:rPr>
        <w:t>B</w:t>
      </w:r>
      <w:r>
        <w:rPr>
          <w:rFonts w:ascii="宋体" w:eastAsia="宋体" w:hAnsi="宋体" w:cs="宋体"/>
          <w:color w:val="000000"/>
        </w:rPr>
        <w:t>的左侧，且折痕与①折痕相同），且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两点经折叠后重合，则</w:t>
      </w:r>
      <w:r>
        <w:rPr>
          <w:rFonts w:ascii="Times New Roman" w:eastAsia="Times New Roman" w:hAnsi="Times New Roman" w:cs="Times New Roman"/>
          <w:i/>
          <w:color w:val="000000"/>
        </w:rPr>
        <w:t>A</w:t>
      </w:r>
      <w:r>
        <w:rPr>
          <w:rFonts w:ascii="宋体" w:eastAsia="宋体" w:hAnsi="宋体" w:cs="宋体"/>
          <w:color w:val="000000"/>
        </w:rPr>
        <w:t>点表示</w:t>
      </w:r>
      <w:r>
        <w:rPr>
          <w:rFonts w:ascii="宋体" w:eastAsia="宋体" w:hAnsi="宋体" w:cs="宋体"/>
          <w:color w:val="000000"/>
          <w:u w:val="single"/>
        </w:rPr>
        <w:t xml:space="preserve"> 　     </w:t>
      </w:r>
      <w:r>
        <w:rPr>
          <w:rFonts w:ascii="Times New Roman" w:eastAsia="Times New Roman" w:hAnsi="Times New Roman" w:cs="Times New Roman"/>
          <w:i/>
          <w:color w:val="000000"/>
        </w:rPr>
        <w:t>B</w:t>
      </w:r>
      <w:r>
        <w:rPr>
          <w:rFonts w:ascii="宋体" w:eastAsia="宋体" w:hAnsi="宋体" w:cs="宋体"/>
          <w:color w:val="000000"/>
        </w:rPr>
        <w:t>点表示</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③若数轴上折叠重合的两点的数分别为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，折叠中间点表示的数为</w:t>
      </w:r>
      <w:r>
        <w:rPr>
          <w:rFonts w:ascii="宋体" w:eastAsia="宋体" w:hAnsi="宋体" w:cs="宋体"/>
          <w:color w:val="000000"/>
          <w:u w:val="single"/>
        </w:rPr>
        <w:t xml:space="preserve"> 　     </w:t>
      </w:r>
      <w:r>
        <w:rPr>
          <w:rFonts w:ascii="宋体" w:eastAsia="宋体" w:hAnsi="宋体" w:cs="宋体"/>
          <w:color w:val="000000"/>
        </w:rPr>
        <w:t>．（用含有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的式子表示）</w:t>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（1）</w:t>
      </w:r>
      <w:r>
        <w:rPr>
          <w:rFonts w:ascii="宋体" w:eastAsia="宋体" w:hAnsi="宋体" w:cs="宋体"/>
          <w:color w:val="000000"/>
        </w:rPr>
        <w:t>①</w:t>
      </w:r>
      <w:r>
        <w:rPr>
          <w:rFonts w:ascii="Times New Roman" w:eastAsia="Times New Roman" w:hAnsi="Times New Roman" w:cs="Times New Roman"/>
          <w:i/>
          <w:color w:val="000000"/>
        </w:rPr>
        <w:t>D</w:t>
      </w:r>
      <w:r>
        <w:rPr>
          <w:rFonts w:ascii="新宋体" w:eastAsia="新宋体" w:hAnsi="新宋体" w:cs="新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②</w:t>
      </w:r>
      <w:r>
        <w:rPr>
          <w:rFonts w:ascii="新宋体" w:eastAsia="新宋体" w:hAnsi="新宋体" w:cs="新宋体"/>
          <w:color w:val="000000"/>
        </w:rPr>
        <w:t>﹣</w:t>
      </w:r>
      <w:r>
        <w:rPr>
          <w:rFonts w:ascii="Times New Roman" w:eastAsia="Times New Roman" w:hAnsi="Times New Roman" w:cs="Times New Roman"/>
          <w:color w:val="000000"/>
        </w:rPr>
        <w:t>1009</w:t>
      </w:r>
      <w:r>
        <w:rPr>
          <w:color w:val="000000"/>
        </w:rPr>
        <w:t xml:space="preserve">    </w:t>
      </w:r>
    </w:p>
    <w:p>
      <w:pPr>
        <w:spacing w:line="360" w:lineRule="auto"/>
        <w:textAlignment w:val="center"/>
        <w:rPr>
          <w:rFonts w:ascii="宋体" w:eastAsia="宋体" w:hAnsi="宋体" w:cs="宋体"/>
          <w:color w:val="000000"/>
        </w:rPr>
      </w:pPr>
      <w:r>
        <w:rPr>
          <w:color w:val="000000"/>
        </w:rPr>
        <w:t>（2）</w:t>
      </w:r>
      <w:r>
        <w:rPr>
          <w:rFonts w:ascii="宋体" w:eastAsia="宋体" w:hAnsi="宋体" w:cs="宋体"/>
          <w:color w:val="000000"/>
        </w:rPr>
        <w:t>①</w:t>
      </w:r>
      <w:r>
        <w:rPr>
          <w:rFonts w:ascii="新宋体" w:eastAsia="新宋体" w:hAnsi="新宋体" w:cs="新宋体"/>
          <w:color w:val="000000"/>
        </w:rPr>
        <w:t>﹣</w:t>
      </w:r>
      <w:r>
        <w:rPr>
          <w:rFonts w:ascii="Times New Roman" w:eastAsia="Times New Roman" w:hAnsi="Times New Roman" w:cs="Times New Roman"/>
          <w:color w:val="000000"/>
        </w:rPr>
        <w:t>2015</w:t>
      </w:r>
      <w:r>
        <w:rPr>
          <w:rFonts w:ascii="新宋体" w:eastAsia="新宋体" w:hAnsi="新宋体" w:cs="新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②</w:t>
      </w:r>
      <w:r>
        <w:rPr>
          <w:rFonts w:ascii="新宋体" w:eastAsia="新宋体" w:hAnsi="新宋体" w:cs="新宋体"/>
          <w:color w:val="000000"/>
        </w:rPr>
        <w:t>﹣</w:t>
      </w:r>
      <w:r>
        <w:rPr>
          <w:rFonts w:ascii="Times New Roman" w:eastAsia="Times New Roman" w:hAnsi="Times New Roman" w:cs="Times New Roman"/>
          <w:color w:val="000000"/>
        </w:rPr>
        <w:t>1008</w:t>
      </w:r>
      <w:r>
        <w:rPr>
          <w:rFonts w:ascii="新宋体" w:eastAsia="新宋体" w:hAnsi="新宋体" w:cs="新宋体"/>
          <w:color w:val="000000"/>
        </w:rPr>
        <w:t>，</w:t>
      </w:r>
      <w:r>
        <w:rPr>
          <w:rFonts w:ascii="Times New Roman" w:eastAsia="Times New Roman" w:hAnsi="Times New Roman" w:cs="Times New Roman"/>
          <w:color w:val="000000"/>
        </w:rPr>
        <w:t>1010</w:t>
      </w:r>
      <w:r>
        <w:rPr>
          <w:rFonts w:ascii="新宋体" w:eastAsia="新宋体" w:hAnsi="新宋体" w:cs="新宋体"/>
          <w:color w:val="000000"/>
        </w:rPr>
        <w:t>；</w:t>
      </w:r>
      <w:r>
        <w:rPr>
          <w:rFonts w:ascii="宋体" w:eastAsia="宋体" w:hAnsi="宋体" w:cs="宋体"/>
          <w:color w:val="000000"/>
        </w:rPr>
        <w:t>③</w:t>
      </w:r>
      <w:r>
        <w:pict>
          <v:shape id="_x0000_i707071" type="#_x0000_t75" alt="学科网(www.zxxk.com)--教育资源门户，提供试卷、教案、课件、论文、素材以及各类教学资源下载，还有大量而丰富的教学相关资讯！" style="width:27.75pt;height:30.75pt" o:oleicon="f" o:ole="">
            <v:imagedata r:id="rId479" o:title="eqIde2f89a8b5cf6996a6455375e405bfb9d"/>
          </v:shape>
        </w:pict>
      </w:r>
    </w:p>
    <w:p>
      <w:pPr>
        <w:spacing w:line="360" w:lineRule="auto"/>
        <w:textAlignment w:val="center"/>
        <w:rPr>
          <w:color w:val="000000"/>
        </w:rPr>
      </w:pPr>
      <w:r>
        <w:rPr>
          <w:color w:val="2E75B6"/>
        </w:rPr>
        <w:t>【解析】</w:t>
      </w:r>
    </w:p>
    <w:p>
      <w:pPr>
        <w:spacing w:line="360" w:lineRule="auto"/>
        <w:jc w:val="left"/>
        <w:textAlignment w:val="center"/>
        <w:rPr>
          <w:rFonts w:ascii="新宋体" w:eastAsia="新宋体" w:hAnsi="新宋体" w:cs="新宋体"/>
          <w:color w:val="000000"/>
        </w:rPr>
      </w:pPr>
      <w:r>
        <w:rPr>
          <w:color w:val="000000"/>
        </w:rPr>
        <w:t>【分析】</w:t>
      </w: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w:t>
      </w:r>
      <w:r>
        <w:rPr>
          <w:rFonts w:ascii="宋体" w:eastAsia="宋体" w:hAnsi="宋体" w:cs="宋体"/>
          <w:color w:val="000000"/>
        </w:rPr>
        <w:t>①</w:t>
      </w:r>
      <w:r>
        <w:rPr>
          <w:rFonts w:ascii="新宋体" w:eastAsia="新宋体" w:hAnsi="新宋体" w:cs="新宋体"/>
          <w:color w:val="000000"/>
        </w:rPr>
        <w:t>根据有理数的加法法则即可判断；</w:t>
      </w:r>
      <w:r>
        <w:rPr>
          <w:rFonts w:ascii="宋体" w:eastAsia="宋体" w:hAnsi="宋体" w:cs="宋体"/>
          <w:color w:val="000000"/>
        </w:rPr>
        <w:t>②</w:t>
      </w:r>
      <w:r>
        <w:rPr>
          <w:rFonts w:ascii="新宋体" w:eastAsia="新宋体" w:hAnsi="新宋体" w:cs="新宋体"/>
          <w:color w:val="000000"/>
        </w:rPr>
        <w:t>探究规律，利用规律即可解决问题；</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w:t>
      </w:r>
      <w:r>
        <w:rPr>
          <w:rFonts w:ascii="宋体" w:eastAsia="宋体" w:hAnsi="宋体" w:cs="宋体"/>
          <w:color w:val="000000"/>
        </w:rPr>
        <w:t>①</w:t>
      </w:r>
      <w:r>
        <w:rPr>
          <w:rFonts w:ascii="新宋体" w:eastAsia="新宋体" w:hAnsi="新宋体" w:cs="新宋体"/>
          <w:color w:val="000000"/>
        </w:rPr>
        <w:t>根据对称中心是</w:t>
      </w:r>
      <w:r>
        <w:rPr>
          <w:rFonts w:ascii="Times New Roman" w:eastAsia="Times New Roman" w:hAnsi="Times New Roman" w:cs="Times New Roman"/>
          <w:color w:val="000000"/>
        </w:rPr>
        <w:t>1</w:t>
      </w:r>
      <w:r>
        <w:rPr>
          <w:rFonts w:ascii="新宋体" w:eastAsia="新宋体" w:hAnsi="新宋体" w:cs="新宋体"/>
          <w:color w:val="000000"/>
        </w:rPr>
        <w:t>，即可解决问题；</w:t>
      </w:r>
      <w:r>
        <w:rPr>
          <w:rFonts w:ascii="宋体" w:eastAsia="宋体" w:hAnsi="宋体" w:cs="宋体"/>
          <w:color w:val="000000"/>
        </w:rPr>
        <w:t>②</w:t>
      </w:r>
      <w:r>
        <w:rPr>
          <w:rFonts w:ascii="新宋体" w:eastAsia="新宋体" w:hAnsi="新宋体" w:cs="新宋体"/>
          <w:color w:val="000000"/>
        </w:rPr>
        <w:t>由对称中心是</w:t>
      </w:r>
      <w:r>
        <w:rPr>
          <w:rFonts w:ascii="Times New Roman" w:eastAsia="Times New Roman" w:hAnsi="Times New Roman" w:cs="Times New Roman"/>
          <w:color w:val="000000"/>
        </w:rPr>
        <w:t>1</w:t>
      </w:r>
      <w:r>
        <w:rPr>
          <w:rFonts w:ascii="新宋体" w:eastAsia="新宋体" w:hAnsi="新宋体" w:cs="新宋体"/>
          <w:color w:val="000000"/>
        </w:rPr>
        <w:t>，</w:t>
      </w:r>
      <w:r>
        <w:rPr>
          <w:rFonts w:ascii="Times New Roman" w:eastAsia="Times New Roman" w:hAnsi="Times New Roman" w:cs="Times New Roman"/>
          <w:i/>
          <w:color w:val="000000"/>
        </w:rPr>
        <w:t>AB</w:t>
      </w:r>
      <w:r>
        <w:rPr>
          <w:rFonts w:ascii="新宋体" w:eastAsia="新宋体" w:hAnsi="新宋体" w:cs="新宋体"/>
          <w:color w:val="000000"/>
        </w:rPr>
        <w:t>＝</w:t>
      </w:r>
      <w:r>
        <w:rPr>
          <w:rFonts w:ascii="Times New Roman" w:eastAsia="Times New Roman" w:hAnsi="Times New Roman" w:cs="Times New Roman"/>
          <w:color w:val="000000"/>
        </w:rPr>
        <w:t>2018</w:t>
      </w:r>
      <w:r>
        <w:rPr>
          <w:rFonts w:ascii="新宋体" w:eastAsia="新宋体" w:hAnsi="新宋体" w:cs="新宋体"/>
          <w:color w:val="000000"/>
        </w:rPr>
        <w:t>，可知</w:t>
      </w:r>
      <w:r>
        <w:rPr>
          <w:rFonts w:ascii="Times New Roman" w:eastAsia="Times New Roman" w:hAnsi="Times New Roman" w:cs="Times New Roman"/>
          <w:i/>
          <w:color w:val="000000"/>
        </w:rPr>
        <w:t>A</w:t>
      </w:r>
      <w:r>
        <w:rPr>
          <w:rFonts w:ascii="新宋体" w:eastAsia="新宋体" w:hAnsi="新宋体" w:cs="新宋体"/>
          <w:color w:val="000000"/>
        </w:rPr>
        <w:t>点是</w:t>
      </w:r>
      <w:r>
        <w:rPr>
          <w:rFonts w:ascii="Times New Roman" w:eastAsia="Times New Roman" w:hAnsi="Times New Roman" w:cs="Times New Roman"/>
          <w:color w:val="000000"/>
        </w:rPr>
        <w:t>1</w:t>
      </w:r>
      <w:r>
        <w:rPr>
          <w:rFonts w:ascii="新宋体" w:eastAsia="新宋体" w:hAnsi="新宋体" w:cs="新宋体"/>
          <w:color w:val="000000"/>
        </w:rPr>
        <w:t>左边距</w:t>
      </w:r>
      <w:r>
        <w:rPr>
          <w:rFonts w:ascii="Times New Roman" w:eastAsia="Times New Roman" w:hAnsi="Times New Roman" w:cs="Times New Roman"/>
          <w:color w:val="000000"/>
        </w:rPr>
        <w:t>1</w:t>
      </w:r>
      <w:r>
        <w:rPr>
          <w:rFonts w:ascii="新宋体" w:eastAsia="新宋体" w:hAnsi="新宋体" w:cs="新宋体"/>
          <w:color w:val="000000"/>
        </w:rPr>
        <w:t>为</w:t>
      </w:r>
      <w:r>
        <w:rPr>
          <w:rFonts w:ascii="Times New Roman" w:eastAsia="Times New Roman" w:hAnsi="Times New Roman" w:cs="Times New Roman"/>
          <w:color w:val="000000"/>
        </w:rPr>
        <w:t>1009</w:t>
      </w:r>
      <w:r>
        <w:rPr>
          <w:rFonts w:ascii="新宋体" w:eastAsia="新宋体" w:hAnsi="新宋体" w:cs="新宋体"/>
          <w:color w:val="000000"/>
        </w:rPr>
        <w:t>个单位的点表示的数，</w:t>
      </w:r>
      <w:r>
        <w:rPr>
          <w:rFonts w:ascii="Times New Roman" w:eastAsia="Times New Roman" w:hAnsi="Times New Roman" w:cs="Times New Roman"/>
          <w:i/>
          <w:color w:val="000000"/>
        </w:rPr>
        <w:t>B</w:t>
      </w:r>
      <w:r>
        <w:rPr>
          <w:rFonts w:ascii="新宋体" w:eastAsia="新宋体" w:hAnsi="新宋体" w:cs="新宋体"/>
          <w:color w:val="000000"/>
        </w:rPr>
        <w:t>点是</w:t>
      </w:r>
      <w:r>
        <w:rPr>
          <w:rFonts w:ascii="Times New Roman" w:eastAsia="Times New Roman" w:hAnsi="Times New Roman" w:cs="Times New Roman"/>
          <w:color w:val="000000"/>
        </w:rPr>
        <w:t>1</w:t>
      </w:r>
      <w:r>
        <w:rPr>
          <w:rFonts w:ascii="新宋体" w:eastAsia="新宋体" w:hAnsi="新宋体" w:cs="新宋体"/>
          <w:color w:val="000000"/>
        </w:rPr>
        <w:t>右边距</w:t>
      </w:r>
      <w:r>
        <w:rPr>
          <w:rFonts w:ascii="Times New Roman" w:eastAsia="Times New Roman" w:hAnsi="Times New Roman" w:cs="Times New Roman"/>
          <w:color w:val="000000"/>
        </w:rPr>
        <w:t>1</w:t>
      </w:r>
      <w:r>
        <w:rPr>
          <w:rFonts w:ascii="新宋体" w:eastAsia="新宋体" w:hAnsi="新宋体" w:cs="新宋体"/>
          <w:color w:val="000000"/>
        </w:rPr>
        <w:t>为</w:t>
      </w:r>
      <w:r>
        <w:rPr>
          <w:rFonts w:ascii="Times New Roman" w:eastAsia="Times New Roman" w:hAnsi="Times New Roman" w:cs="Times New Roman"/>
          <w:color w:val="000000"/>
        </w:rPr>
        <w:t>1009</w:t>
      </w:r>
      <w:r>
        <w:rPr>
          <w:rFonts w:ascii="新宋体" w:eastAsia="新宋体" w:hAnsi="新宋体" w:cs="新宋体"/>
          <w:color w:val="000000"/>
        </w:rPr>
        <w:t>个单位的点表示的数，即可求出点</w:t>
      </w:r>
      <w:r>
        <w:rPr>
          <w:rFonts w:ascii="Times New Roman" w:eastAsia="Times New Roman" w:hAnsi="Times New Roman" w:cs="Times New Roman"/>
          <w:i/>
          <w:color w:val="000000"/>
        </w:rPr>
        <w:t>A</w:t>
      </w:r>
      <w:r>
        <w:rPr>
          <w:rFonts w:ascii="新宋体" w:eastAsia="新宋体" w:hAnsi="新宋体" w:cs="新宋体"/>
          <w:color w:val="000000"/>
        </w:rPr>
        <w:t>、</w:t>
      </w:r>
      <w:r>
        <w:rPr>
          <w:rFonts w:ascii="Times New Roman" w:eastAsia="Times New Roman" w:hAnsi="Times New Roman" w:cs="Times New Roman"/>
          <w:i/>
          <w:color w:val="000000"/>
        </w:rPr>
        <w:t>B</w:t>
      </w:r>
      <w:r>
        <w:rPr>
          <w:rFonts w:ascii="新宋体" w:eastAsia="新宋体" w:hAnsi="新宋体" w:cs="新宋体"/>
          <w:color w:val="000000"/>
        </w:rPr>
        <w:t>所表示的数；</w:t>
      </w:r>
      <w:r>
        <w:rPr>
          <w:rFonts w:ascii="宋体" w:eastAsia="宋体" w:hAnsi="宋体" w:cs="宋体"/>
          <w:color w:val="000000"/>
        </w:rPr>
        <w:t>③</w:t>
      </w:r>
      <w:r>
        <w:rPr>
          <w:rFonts w:ascii="新宋体" w:eastAsia="新宋体" w:hAnsi="新宋体" w:cs="新宋体"/>
          <w:color w:val="000000"/>
        </w:rPr>
        <w:t>利用中点坐标公式即可解决问题．</w:t>
      </w:r>
    </w:p>
    <w:p>
      <w:pPr>
        <w:spacing w:line="360" w:lineRule="auto"/>
        <w:jc w:val="left"/>
        <w:textAlignment w:val="center"/>
        <w:rPr>
          <w:color w:val="000000"/>
        </w:rPr>
      </w:pPr>
      <w:r>
        <w:rPr>
          <w:color w:val="000000"/>
        </w:rPr>
        <w:t>【小问1详解】</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解：</w:t>
      </w:r>
      <w:r>
        <w:rPr>
          <w:rFonts w:ascii="宋体" w:eastAsia="宋体" w:hAnsi="宋体" w:cs="宋体"/>
          <w:color w:val="000000"/>
        </w:rPr>
        <w:t>①</w:t>
      </w:r>
      <w:r>
        <w:rPr>
          <w:rFonts w:ascii="新宋体" w:eastAsia="新宋体" w:hAnsi="新宋体" w:cs="新宋体"/>
          <w:color w:val="000000"/>
        </w:rPr>
        <w:t>把笔尖放在数轴的原点处，先向负方向移动</w:t>
      </w:r>
      <w:r>
        <w:rPr>
          <w:rFonts w:ascii="Times New Roman" w:eastAsia="Times New Roman" w:hAnsi="Times New Roman" w:cs="Times New Roman"/>
          <w:color w:val="000000"/>
        </w:rPr>
        <w:t>3</w:t>
      </w:r>
      <w:r>
        <w:rPr>
          <w:rFonts w:ascii="新宋体" w:eastAsia="新宋体" w:hAnsi="新宋体" w:cs="新宋体"/>
          <w:color w:val="000000"/>
        </w:rPr>
        <w:t>个单位长度，再向正方向移动</w:t>
      </w:r>
      <w:r>
        <w:rPr>
          <w:rFonts w:ascii="Times New Roman" w:eastAsia="Times New Roman" w:hAnsi="Times New Roman" w:cs="Times New Roman"/>
          <w:color w:val="000000"/>
        </w:rPr>
        <w:t>2</w:t>
      </w:r>
      <w:r>
        <w:rPr>
          <w:rFonts w:ascii="新宋体" w:eastAsia="新宋体" w:hAnsi="新宋体" w:cs="新宋体"/>
          <w:color w:val="000000"/>
        </w:rPr>
        <w:t>个单位长度，这时笔尖的位置表示的数为（﹣</w:t>
      </w:r>
      <w:r>
        <w:rPr>
          <w:rFonts w:ascii="Times New Roman" w:eastAsia="Times New Roman" w:hAnsi="Times New Roman" w:cs="Times New Roman"/>
          <w:color w:val="000000"/>
        </w:rPr>
        <w:t>3</w:t>
      </w:r>
      <w:r>
        <w:rPr>
          <w:rFonts w:ascii="新宋体" w:eastAsia="新宋体" w:hAnsi="新宋体" w:cs="新宋体"/>
          <w:color w:val="000000"/>
        </w:rPr>
        <w:t>）</w: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故选</w:t>
      </w:r>
      <w:r>
        <w:rPr>
          <w:rFonts w:ascii="Times New Roman" w:eastAsia="Times New Roman" w:hAnsi="Times New Roman" w:cs="Times New Roman"/>
          <w:i/>
          <w:color w:val="000000"/>
        </w:rPr>
        <w:t>D</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Calibri" w:eastAsia="Calibri" w:hAnsi="Calibri" w:cs="Calibri"/>
          <w:color w:val="000000"/>
        </w:rPr>
        <w:t>②</w:t>
      </w:r>
      <w:r>
        <w:rPr>
          <w:rFonts w:ascii="新宋体" w:eastAsia="新宋体" w:hAnsi="新宋体" w:cs="新宋体"/>
          <w:color w:val="000000"/>
        </w:rPr>
        <w:t>一机器人从数轴原点处</w:t>
      </w:r>
      <w:r>
        <w:rPr>
          <w:rFonts w:ascii="Times New Roman" w:eastAsia="Times New Roman" w:hAnsi="Times New Roman" w:cs="Times New Roman"/>
          <w:i/>
          <w:color w:val="000000"/>
        </w:rPr>
        <w:t>O</w:t>
      </w:r>
      <w:r>
        <w:rPr>
          <w:rFonts w:ascii="新宋体" w:eastAsia="新宋体" w:hAnsi="新宋体" w:cs="新宋体"/>
          <w:color w:val="000000"/>
        </w:rPr>
        <w:t>开始，第</w:t>
      </w:r>
      <w:r>
        <w:rPr>
          <w:rFonts w:ascii="Times New Roman" w:eastAsia="Times New Roman" w:hAnsi="Times New Roman" w:cs="Times New Roman"/>
          <w:color w:val="000000"/>
        </w:rPr>
        <w:t>1</w:t>
      </w:r>
      <w:r>
        <w:rPr>
          <w:rFonts w:ascii="新宋体" w:eastAsia="新宋体" w:hAnsi="新宋体" w:cs="新宋体"/>
          <w:color w:val="000000"/>
        </w:rPr>
        <w:t>次向负方向跳一个单位，紧接着第</w:t>
      </w:r>
      <w:r>
        <w:rPr>
          <w:rFonts w:ascii="Times New Roman" w:eastAsia="Times New Roman" w:hAnsi="Times New Roman" w:cs="Times New Roman"/>
          <w:color w:val="000000"/>
        </w:rPr>
        <w:t>2</w:t>
      </w:r>
      <w:r>
        <w:rPr>
          <w:rFonts w:ascii="新宋体" w:eastAsia="新宋体" w:hAnsi="新宋体" w:cs="新宋体"/>
          <w:color w:val="000000"/>
        </w:rPr>
        <w:t>次向正方向跳</w:t>
      </w:r>
      <w:r>
        <w:rPr>
          <w:rFonts w:ascii="Times New Roman" w:eastAsia="Times New Roman" w:hAnsi="Times New Roman" w:cs="Times New Roman"/>
          <w:color w:val="000000"/>
        </w:rPr>
        <w:t>2</w:t>
      </w:r>
      <w:r>
        <w:rPr>
          <w:rFonts w:ascii="新宋体" w:eastAsia="新宋体" w:hAnsi="新宋体" w:cs="新宋体"/>
          <w:color w:val="000000"/>
        </w:rPr>
        <w:t>个单位，第</w:t>
      </w:r>
      <w:r>
        <w:rPr>
          <w:rFonts w:ascii="Times New Roman" w:eastAsia="Times New Roman" w:hAnsi="Times New Roman" w:cs="Times New Roman"/>
          <w:color w:val="000000"/>
        </w:rPr>
        <w:t>3</w:t>
      </w:r>
      <w:r>
        <w:rPr>
          <w:rFonts w:ascii="新宋体" w:eastAsia="新宋体" w:hAnsi="新宋体" w:cs="新宋体"/>
          <w:color w:val="000000"/>
        </w:rPr>
        <w:t>次向负方向跳</w:t>
      </w:r>
      <w:r>
        <w:rPr>
          <w:rFonts w:ascii="Times New Roman" w:eastAsia="Times New Roman" w:hAnsi="Times New Roman" w:cs="Times New Roman"/>
          <w:color w:val="000000"/>
        </w:rPr>
        <w:t>3</w:t>
      </w:r>
      <w:r>
        <w:rPr>
          <w:rFonts w:ascii="新宋体" w:eastAsia="新宋体" w:hAnsi="新宋体" w:cs="新宋体"/>
          <w:color w:val="000000"/>
        </w:rPr>
        <w:t>个单位，第</w:t>
      </w:r>
      <w:r>
        <w:rPr>
          <w:rFonts w:ascii="Times New Roman" w:eastAsia="Times New Roman" w:hAnsi="Times New Roman" w:cs="Times New Roman"/>
          <w:color w:val="000000"/>
        </w:rPr>
        <w:t>4</w:t>
      </w:r>
      <w:r>
        <w:rPr>
          <w:rFonts w:ascii="新宋体" w:eastAsia="新宋体" w:hAnsi="新宋体" w:cs="新宋体"/>
          <w:color w:val="000000"/>
        </w:rPr>
        <w:t>次向正方向跳</w:t>
      </w:r>
      <w:r>
        <w:rPr>
          <w:rFonts w:ascii="Times New Roman" w:eastAsia="Times New Roman" w:hAnsi="Times New Roman" w:cs="Times New Roman"/>
          <w:color w:val="000000"/>
        </w:rPr>
        <w:t>4</w:t>
      </w:r>
      <w:r>
        <w:rPr>
          <w:rFonts w:ascii="新宋体" w:eastAsia="新宋体" w:hAnsi="新宋体" w:cs="新宋体"/>
          <w:color w:val="000000"/>
        </w:rPr>
        <w:t>个单位，…，</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依次规律跳，</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当它跳</w:t>
      </w:r>
      <w:r>
        <w:rPr>
          <w:rFonts w:ascii="Times New Roman" w:eastAsia="Times New Roman" w:hAnsi="Times New Roman" w:cs="Times New Roman"/>
          <w:color w:val="000000"/>
        </w:rPr>
        <w:t>2017</w:t>
      </w:r>
      <w:r>
        <w:rPr>
          <w:rFonts w:ascii="新宋体" w:eastAsia="新宋体" w:hAnsi="新宋体" w:cs="新宋体"/>
          <w:color w:val="000000"/>
        </w:rPr>
        <w:t>次时，落在数轴上的点表示的数是（﹣</w:t>
      </w:r>
      <w:r>
        <w:rPr>
          <w:rFonts w:ascii="Times New Roman" w:eastAsia="Times New Roman" w:hAnsi="Times New Roman" w:cs="Times New Roman"/>
          <w:color w:val="000000"/>
        </w:rPr>
        <w:t>1</w:t>
      </w:r>
      <w:r>
        <w:rPr>
          <w:rFonts w:ascii="新宋体" w:eastAsia="新宋体" w:hAnsi="新宋体" w:cs="新宋体"/>
          <w:color w:val="000000"/>
        </w:rPr>
        <w:t>）</w: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w: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3</w:t>
      </w:r>
      <w:r>
        <w:rPr>
          <w:rFonts w:ascii="新宋体" w:eastAsia="新宋体" w:hAnsi="新宋体" w:cs="新宋体"/>
          <w:color w:val="000000"/>
        </w:rPr>
        <w:t>）</w: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+4</w:t>
      </w:r>
      <w:r>
        <w:rPr>
          <w:rFonts w:ascii="新宋体" w:eastAsia="新宋体" w:hAnsi="新宋体" w:cs="新宋体"/>
          <w:color w:val="000000"/>
        </w:rPr>
        <w:t>）</w: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+2016</w:t>
      </w:r>
      <w:r>
        <w:rPr>
          <w:rFonts w:ascii="新宋体" w:eastAsia="新宋体" w:hAnsi="新宋体" w:cs="新宋体"/>
          <w:color w:val="000000"/>
        </w:rPr>
        <w:t>）</w:t>
      </w:r>
      <w:r>
        <w:rPr>
          <w:rFonts w:ascii="Times New Roman" w:eastAsia="Times New Roman" w:hAnsi="Times New Roman" w:cs="Times New Roman"/>
          <w:color w:val="000000"/>
        </w:rPr>
        <w:t>+</w:t>
      </w:r>
      <w:r>
        <w:rPr>
          <w:rFonts w:ascii="新宋体" w:eastAsia="新宋体" w:hAnsi="新宋体" w:cs="新宋体"/>
          <w:color w:val="000000"/>
        </w:rPr>
        <w:t>（﹣</w:t>
      </w:r>
      <w:r>
        <w:rPr>
          <w:rFonts w:ascii="Times New Roman" w:eastAsia="Times New Roman" w:hAnsi="Times New Roman" w:cs="Times New Roman"/>
          <w:color w:val="000000"/>
        </w:rPr>
        <w:t>2017</w:t>
      </w: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w:t>
      </w:r>
      <w:r>
        <w:rPr>
          <w:rFonts w:ascii="Times New Roman" w:eastAsia="Times New Roman" w:hAnsi="Times New Roman" w:cs="Times New Roman"/>
          <w:color w:val="000000"/>
        </w:rPr>
        <w:t>1008+</w:t>
      </w:r>
      <w:r>
        <w:rPr>
          <w:rFonts w:ascii="新宋体" w:eastAsia="新宋体" w:hAnsi="新宋体" w:cs="新宋体"/>
          <w:color w:val="000000"/>
        </w:rPr>
        <w:t>（﹣</w:t>
      </w:r>
      <w:r>
        <w:rPr>
          <w:rFonts w:ascii="Times New Roman" w:eastAsia="Times New Roman" w:hAnsi="Times New Roman" w:cs="Times New Roman"/>
          <w:color w:val="000000"/>
        </w:rPr>
        <w:t>2017</w:t>
      </w:r>
      <w:r>
        <w:rPr>
          <w:rFonts w:ascii="新宋体" w:eastAsia="新宋体" w:hAnsi="新宋体" w:cs="新宋体"/>
          <w:color w:val="000000"/>
        </w:rPr>
        <w:t>）＝﹣</w:t>
      </w:r>
      <w:r>
        <w:rPr>
          <w:rFonts w:ascii="Times New Roman" w:eastAsia="Times New Roman" w:hAnsi="Times New Roman" w:cs="Times New Roman"/>
          <w:color w:val="000000"/>
        </w:rPr>
        <w:t>1009</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故答案为：﹣</w:t>
      </w:r>
      <w:r>
        <w:rPr>
          <w:rFonts w:ascii="Times New Roman" w:eastAsia="Times New Roman" w:hAnsi="Times New Roman" w:cs="Times New Roman"/>
          <w:color w:val="000000"/>
        </w:rPr>
        <w:t>1009</w:t>
      </w:r>
      <w:r>
        <w:rPr>
          <w:rFonts w:ascii="新宋体" w:eastAsia="新宋体" w:hAnsi="新宋体" w:cs="新宋体"/>
          <w:color w:val="000000"/>
        </w:rPr>
        <w:t>．</w:t>
      </w:r>
    </w:p>
    <w:p>
      <w:pPr>
        <w:spacing w:line="360" w:lineRule="auto"/>
        <w:jc w:val="left"/>
        <w:textAlignment w:val="center"/>
        <w:rPr>
          <w:color w:val="000000"/>
        </w:rPr>
      </w:pPr>
      <w:r>
        <w:rPr>
          <w:color w:val="000000"/>
          <w:position w:val="0"/>
        </w:rPr>
        <w:drawing>
          <wp:inline>
            <wp:extent cx="95250" cy="171450"/>
            <wp:docPr id="269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 name=""/>
                    <pic:cNvPicPr>
                      <a:picLocks noChangeAspect="1"/>
                    </pic:cNvPicPr>
                  </pic:nvPicPr>
                  <pic:blipFill>
                    <a:blip r:embed="rId480"/>
                    <a:stretch>
                      <a:fillRect/>
                    </a:stretch>
                  </pic:blipFill>
                  <pic:spPr>
                    <a:xfrm>
                      <a:off x="0" y="0"/>
                      <a:ext cx="95250" cy="171450"/>
                    </a:xfrm>
                    <a:prstGeom prst="rect">
                      <a:avLst/>
                    </a:prstGeom>
                  </pic:spPr>
                </pic:pic>
              </a:graphicData>
            </a:graphic>
          </wp:inline>
        </w:drawing>
      </w:r>
      <w:r>
        <w:rPr>
          <w:color w:val="000000"/>
        </w:rPr>
        <w:t>小问2详解】</w:t>
      </w:r>
    </w:p>
    <w:p>
      <w:pPr>
        <w:spacing w:line="360" w:lineRule="auto"/>
        <w:jc w:val="left"/>
        <w:textAlignment w:val="center"/>
        <w:rPr>
          <w:rFonts w:ascii="新宋体" w:eastAsia="新宋体" w:hAnsi="新宋体" w:cs="新宋体"/>
          <w:color w:val="000000"/>
        </w:rPr>
      </w:pPr>
      <w:r>
        <w:rPr>
          <w:color w:val="000000"/>
        </w:rPr>
        <w:t xml:space="preserve">①若折叠纸条，表示﹣1的点与表示3的点重合， </w:t>
      </w:r>
      <w:r>
        <w:pict>
          <v:shape id="_x0000_i707072" type="#_x0000_t75" alt="学科网(www.zxxk.com)--教育资源门户，提供试卷、教案、课件、论文、素材以及各类教学资源下载，还有大量而丰富的教学相关资讯！" style="width:33.2pt;height:30.7pt" o:oleicon="f" o:ole="">
            <v:imagedata r:id="rId481" o:title="eqIdaa26f8e9cc59fd711a258c4c2fe37c75"/>
          </v:shape>
        </w:pict>
      </w:r>
      <w:r>
        <w:rPr>
          <w:rFonts w:ascii="新宋体" w:eastAsia="新宋体" w:hAnsi="新宋体" w:cs="新宋体"/>
          <w:color w:val="000000"/>
        </w:rPr>
        <w:t>＝</w:t>
      </w:r>
      <w:r>
        <w:rPr>
          <w:color w:val="000000"/>
        </w:rPr>
        <w:t>1</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∴对称中心为</w:t>
      </w:r>
      <w:r>
        <w:rPr>
          <w:rFonts w:ascii="Times New Roman" w:eastAsia="Times New Roman" w:hAnsi="Times New Roman" w:cs="Times New Roman"/>
          <w:color w:val="000000"/>
        </w:rPr>
        <w:t>1</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w:t>
      </w:r>
      <w:r>
        <w:rPr>
          <w:rFonts w:ascii="Times New Roman" w:eastAsia="Times New Roman" w:hAnsi="Times New Roman" w:cs="Times New Roman"/>
          <w:color w:val="000000"/>
        </w:rPr>
        <w:t>2017</w:t>
      </w: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w:t>
      </w:r>
      <w:r>
        <w:rPr>
          <w:rFonts w:ascii="Times New Roman" w:eastAsia="Times New Roman" w:hAnsi="Times New Roman" w:cs="Times New Roman"/>
          <w:color w:val="000000"/>
        </w:rPr>
        <w:t>2016</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w:t>
      </w:r>
      <w:r>
        <w:rPr>
          <w:rFonts w:ascii="Times New Roman" w:eastAsia="Times New Roman" w:hAnsi="Times New Roman" w:cs="Times New Roman"/>
          <w:color w:val="000000"/>
        </w:rPr>
        <w:t>2016</w:t>
      </w:r>
      <w:r>
        <w:rPr>
          <w:rFonts w:ascii="新宋体" w:eastAsia="新宋体" w:hAnsi="新宋体" w:cs="新宋体"/>
          <w:color w:val="000000"/>
        </w:rPr>
        <w:t>＝﹣</w:t>
      </w:r>
      <w:r>
        <w:rPr>
          <w:rFonts w:ascii="Times New Roman" w:eastAsia="Times New Roman" w:hAnsi="Times New Roman" w:cs="Times New Roman"/>
          <w:color w:val="000000"/>
        </w:rPr>
        <w:t>2015</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∴表示</w:t>
      </w:r>
      <w:r>
        <w:rPr>
          <w:rFonts w:ascii="Times New Roman" w:eastAsia="Times New Roman" w:hAnsi="Times New Roman" w:cs="Times New Roman"/>
          <w:color w:val="000000"/>
        </w:rPr>
        <w:t>2017</w:t>
      </w:r>
      <w:r>
        <w:rPr>
          <w:rFonts w:ascii="新宋体" w:eastAsia="新宋体" w:hAnsi="新宋体" w:cs="新宋体"/>
          <w:color w:val="000000"/>
        </w:rPr>
        <w:t>的点与表示﹣</w:t>
      </w:r>
      <w:r>
        <w:rPr>
          <w:rFonts w:ascii="Times New Roman" w:eastAsia="Times New Roman" w:hAnsi="Times New Roman" w:cs="Times New Roman"/>
          <w:color w:val="000000"/>
        </w:rPr>
        <w:t>2015</w:t>
      </w:r>
      <w:r>
        <w:rPr>
          <w:rFonts w:ascii="新宋体" w:eastAsia="新宋体" w:hAnsi="新宋体" w:cs="新宋体"/>
          <w:color w:val="000000"/>
        </w:rPr>
        <w:t>的点重合，</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故答案为：﹣</w:t>
      </w:r>
      <w:r>
        <w:rPr>
          <w:rFonts w:ascii="Times New Roman" w:eastAsia="Times New Roman" w:hAnsi="Times New Roman" w:cs="Times New Roman"/>
          <w:color w:val="000000"/>
        </w:rPr>
        <w:t>2015</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宋体" w:eastAsia="宋体" w:hAnsi="宋体" w:cs="宋体"/>
          <w:color w:val="000000"/>
        </w:rPr>
        <w:t>②</w:t>
      </w:r>
      <w:r>
        <w:rPr>
          <w:rFonts w:ascii="新宋体" w:eastAsia="新宋体" w:hAnsi="新宋体" w:cs="新宋体"/>
          <w:color w:val="000000"/>
        </w:rPr>
        <w:t>∵对称中心为</w:t>
      </w:r>
      <w:r>
        <w:rPr>
          <w:rFonts w:ascii="Times New Roman" w:eastAsia="Times New Roman" w:hAnsi="Times New Roman" w:cs="Times New Roman"/>
          <w:color w:val="000000"/>
        </w:rPr>
        <w:t>1</w:t>
      </w:r>
      <w:r>
        <w:rPr>
          <w:rFonts w:ascii="新宋体" w:eastAsia="新宋体" w:hAnsi="新宋体" w:cs="新宋体"/>
          <w:color w:val="000000"/>
        </w:rPr>
        <w:t>，</w:t>
      </w:r>
      <w:r>
        <w:rPr>
          <w:rFonts w:ascii="Times New Roman" w:eastAsia="Times New Roman" w:hAnsi="Times New Roman" w:cs="Times New Roman"/>
          <w:i/>
          <w:color w:val="000000"/>
        </w:rPr>
        <w:t>AB</w:t>
      </w:r>
      <w:r>
        <w:rPr>
          <w:rFonts w:ascii="新宋体" w:eastAsia="新宋体" w:hAnsi="新宋体" w:cs="新宋体"/>
          <w:color w:val="000000"/>
        </w:rPr>
        <w:t>＝</w:t>
      </w:r>
      <w:r>
        <w:rPr>
          <w:rFonts w:ascii="Times New Roman" w:eastAsia="Times New Roman" w:hAnsi="Times New Roman" w:cs="Times New Roman"/>
          <w:color w:val="000000"/>
        </w:rPr>
        <w:t>2018</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∴点</w:t>
      </w:r>
      <w:r>
        <w:rPr>
          <w:i/>
          <w:color w:val="000000"/>
        </w:rPr>
        <w:t>A</w:t>
      </w:r>
      <w:r>
        <w:rPr>
          <w:rFonts w:ascii="新宋体" w:eastAsia="新宋体" w:hAnsi="新宋体" w:cs="新宋体"/>
          <w:color w:val="000000"/>
        </w:rPr>
        <w:t>所表示的数为：</w:t>
      </w:r>
      <w:r>
        <w:rPr>
          <w:color w:val="000000"/>
        </w:rPr>
        <w:t>1</w:t>
      </w:r>
      <w:r>
        <w:rPr>
          <w:rFonts w:ascii="新宋体" w:eastAsia="新宋体" w:hAnsi="新宋体" w:cs="新宋体"/>
          <w:color w:val="000000"/>
        </w:rPr>
        <w:t>﹣</w:t>
      </w:r>
      <w:r>
        <w:pict>
          <v:shape id="_x0000_i707073" type="#_x0000_t75" alt="学科网(www.zxxk.com)--教育资源门户，提供试卷、教案、课件、论文、素材以及各类教学资源下载，还有大量而丰富的教学相关资讯！" style="width:29.25pt;height:32.25pt" o:oleicon="f" o:ole="">
            <v:imagedata r:id="rId482" o:title="eqIdf09cd461d86b57558761a1d5a9d6273d"/>
          </v:shape>
        </w:pict>
      </w:r>
      <w:r>
        <w:rPr>
          <w:rFonts w:ascii="新宋体" w:eastAsia="新宋体" w:hAnsi="新宋体" w:cs="新宋体"/>
          <w:color w:val="000000"/>
        </w:rPr>
        <w:t>＝﹣</w:t>
      </w:r>
      <w:r>
        <w:rPr>
          <w:color w:val="000000"/>
        </w:rPr>
        <w:t>1008</w:t>
      </w:r>
      <w:r>
        <w:rPr>
          <w:rFonts w:ascii="新宋体" w:eastAsia="新宋体" w:hAnsi="新宋体" w:cs="新宋体"/>
          <w:color w:val="000000"/>
        </w:rPr>
        <w:t>，点</w:t>
      </w:r>
      <w:r>
        <w:rPr>
          <w:i/>
          <w:color w:val="000000"/>
        </w:rPr>
        <w:t>B</w:t>
      </w:r>
      <w:r>
        <w:rPr>
          <w:rFonts w:ascii="新宋体" w:eastAsia="新宋体" w:hAnsi="新宋体" w:cs="新宋体"/>
          <w:color w:val="000000"/>
        </w:rPr>
        <w:t>所表示的数为：</w:t>
      </w:r>
      <w:r>
        <w:rPr>
          <w:color w:val="000000"/>
        </w:rPr>
        <w:t>1+</w:t>
      </w:r>
      <w:r>
        <w:pict>
          <v:shape id="_x0000_i707074" type="#_x0000_t75" alt="学科网(www.zxxk.com)--教育资源门户，提供试卷、教案、课件、论文、素材以及各类教学资源下载，还有大量而丰富的教学相关资讯！" style="width:29.25pt;height:32.25pt" o:oleicon="f" o:ole="">
            <v:imagedata r:id="rId482" o:title="eqIdf09cd461d86b57558761a1d5a9d6273d"/>
          </v:shape>
        </w:pict>
      </w:r>
      <w:r>
        <w:rPr>
          <w:rFonts w:ascii="新宋体" w:eastAsia="新宋体" w:hAnsi="新宋体" w:cs="新宋体"/>
          <w:color w:val="000000"/>
        </w:rPr>
        <w:t>＝</w:t>
      </w:r>
      <w:r>
        <w:rPr>
          <w:color w:val="000000"/>
        </w:rPr>
        <w:t>1010</w: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rFonts w:ascii="新宋体" w:eastAsia="新宋体" w:hAnsi="新宋体" w:cs="新宋体"/>
          <w:color w:val="000000"/>
        </w:rPr>
        <w:t>故答案为：﹣</w:t>
      </w:r>
      <w:r>
        <w:rPr>
          <w:rFonts w:ascii="Times New Roman" w:eastAsia="Times New Roman" w:hAnsi="Times New Roman" w:cs="Times New Roman"/>
          <w:color w:val="000000"/>
        </w:rPr>
        <w:t>1008</w:t>
      </w:r>
      <w:r>
        <w:rPr>
          <w:rFonts w:ascii="新宋体" w:eastAsia="新宋体" w:hAnsi="新宋体" w:cs="新宋体"/>
          <w:color w:val="000000"/>
        </w:rPr>
        <w:t>，</w:t>
      </w:r>
      <w:r>
        <w:rPr>
          <w:rFonts w:ascii="Times New Roman" w:eastAsia="Times New Roman" w:hAnsi="Times New Roman" w:cs="Times New Roman"/>
          <w:color w:val="000000"/>
        </w:rPr>
        <w:t>1010</w:t>
      </w:r>
      <w:r>
        <w:rPr>
          <w:rFonts w:ascii="新宋体" w:eastAsia="新宋体" w:hAnsi="新宋体" w:cs="新宋体"/>
          <w:color w:val="000000"/>
        </w:rPr>
        <w:t>；</w:t>
      </w:r>
    </w:p>
    <w:p>
      <w:pPr>
        <w:spacing w:line="360" w:lineRule="auto"/>
        <w:jc w:val="left"/>
        <w:textAlignment w:val="center"/>
        <w:rPr>
          <w:color w:val="000000"/>
        </w:rPr>
      </w:pPr>
      <w:r>
        <w:rPr>
          <w:rFonts w:ascii="Calibri" w:eastAsia="Calibri" w:hAnsi="Calibri" w:cs="Calibri"/>
          <w:color w:val="000000"/>
        </w:rPr>
        <w:t>③</w:t>
      </w:r>
      <w:r>
        <w:rPr>
          <w:rFonts w:ascii="新宋体" w:eastAsia="新宋体" w:hAnsi="新宋体" w:cs="新宋体"/>
          <w:color w:val="000000"/>
        </w:rPr>
        <w:t>若数轴上折叠重合的两点的数分别为</w:t>
      </w:r>
      <w:r>
        <w:rPr>
          <w:i/>
          <w:color w:val="000000"/>
        </w:rPr>
        <w:t>a</w:t>
      </w:r>
      <w:r>
        <w:rPr>
          <w:rFonts w:ascii="新宋体" w:eastAsia="新宋体" w:hAnsi="新宋体" w:cs="新宋体"/>
          <w:color w:val="000000"/>
        </w:rPr>
        <w:t>，</w:t>
      </w:r>
      <w:r>
        <w:rPr>
          <w:i/>
          <w:color w:val="000000"/>
        </w:rPr>
        <w:t>b</w:t>
      </w:r>
      <w:r>
        <w:rPr>
          <w:rFonts w:ascii="新宋体" w:eastAsia="新宋体" w:hAnsi="新宋体" w:cs="新宋体"/>
          <w:color w:val="000000"/>
        </w:rPr>
        <w:t>，折叠中间点表示的数为</w:t>
      </w:r>
      <w:r>
        <w:pict>
          <v:shape id="_x0000_i707075" type="#_x0000_t75" alt="学科网(www.zxxk.com)--教育资源门户，提供试卷、教案、课件、论文、素材以及各类教学资源下载，还有大量而丰富的教学相关资讯！" style="width:27.75pt;height:30.75pt" o:oleicon="f" o:ole="">
            <v:imagedata r:id="rId483" o:title="eqIde2f89a8b5cf6996a6455375e405bfb9d"/>
          </v:shape>
        </w:pict>
      </w:r>
      <w:r>
        <w:rPr>
          <w:color w:val="000000"/>
        </w:rPr>
        <w:t>；</w:t>
      </w:r>
    </w:p>
    <w:p>
      <w:pPr>
        <w:spacing w:line="360" w:lineRule="auto"/>
        <w:jc w:val="left"/>
        <w:textAlignment w:val="center"/>
        <w:rPr>
          <w:rFonts w:ascii="新宋体" w:eastAsia="新宋体" w:hAnsi="新宋体" w:cs="新宋体"/>
          <w:color w:val="000000"/>
        </w:rPr>
      </w:pPr>
      <w:r>
        <w:rPr>
          <w:rFonts w:ascii="宋体" w:eastAsia="宋体" w:hAnsi="宋体" w:cs="宋体"/>
          <w:color w:val="000000"/>
        </w:rPr>
        <w:t>故答案为：</w:t>
      </w:r>
      <w:r>
        <w:pict>
          <v:shape id="_x0000_i707076" type="#_x0000_t75" alt="学科网(www.zxxk.com)--教育资源门户，提供试卷、教案、课件、论文、素材以及各类教学资源下载，还有大量而丰富的教学相关资讯！" style="width:27.75pt;height:30.75pt" o:oleicon="f" o:ole="">
            <v:imagedata r:id="rId484" o:title="eqIde2f89a8b5cf6996a6455375e405bfb9d"/>
          </v:shape>
        </w:pict>
      </w:r>
      <w:r>
        <w:rPr>
          <w:rFonts w:ascii="新宋体" w:eastAsia="新宋体" w:hAnsi="新宋体" w:cs="新宋体"/>
          <w:color w:val="000000"/>
        </w:rPr>
        <w:t>．</w:t>
      </w:r>
    </w:p>
    <w:p>
      <w:pPr>
        <w:spacing w:line="360" w:lineRule="auto"/>
        <w:jc w:val="left"/>
        <w:textAlignment w:val="center"/>
        <w:rPr>
          <w:rFonts w:ascii="新宋体" w:eastAsia="新宋体" w:hAnsi="新宋体" w:cs="新宋体"/>
          <w:color w:val="000000"/>
        </w:rPr>
      </w:pPr>
      <w:r>
        <w:rPr>
          <w:color w:val="000000"/>
        </w:rPr>
        <w:t>【点睛】</w:t>
      </w:r>
      <w:r>
        <w:rPr>
          <w:rFonts w:ascii="新宋体" w:eastAsia="新宋体" w:hAnsi="新宋体" w:cs="新宋体"/>
          <w:color w:val="000000"/>
        </w:rPr>
        <w:t>本题考查了数轴、有理数的加减混合运算、折叠等知识，理解题意，灵活应用所学知识是解决问题的关键．</w:t>
      </w:r>
    </w:p>
    <w:p>
      <w:pPr>
        <w:pStyle w:val="Heading2"/>
      </w:pPr>
      <w:r>
        <w:t>师范大学附属中学</w:t>
      </w:r>
    </w:p>
    <w:p>
      <w:pPr>
        <w:spacing w:line="360" w:lineRule="auto"/>
        <w:jc w:val="left"/>
        <w:textAlignment w:val="center"/>
        <w:rPr>
          <w:rFonts w:ascii="宋体" w:eastAsia="宋体" w:hAnsi="宋体" w:cs="宋体"/>
          <w:color w:val="000000"/>
        </w:rPr>
      </w:pPr>
      <w:r>
        <w:rPr>
          <w:color w:val="000000"/>
        </w:rPr>
        <w:t xml:space="preserve">31. </w:t>
      </w:r>
      <w:r>
        <w:rPr>
          <w:rFonts w:ascii="宋体" w:eastAsia="宋体" w:hAnsi="宋体" w:cs="宋体"/>
          <w:color w:val="000000"/>
        </w:rPr>
        <w:t>数学家欧拉最先把关于</w:t>
      </w:r>
      <w:r>
        <w:pict>
          <v:shape id="_x0000_i707077" type="#_x0000_t75" alt="学科网(www.zxxk.com)--教育资源门户，提供试卷、教案、课件、论文、素材以及各类教学资源下载，还有大量而丰富的教学相关资讯！" style="width:9pt;height:9.75pt" o:oleicon="f" o:ole="">
            <v:imagedata r:id="rId485" o:title="eqId81dea63b8ce3e51adf66cf7b9982a248"/>
          </v:shape>
        </w:pict>
      </w:r>
      <w:r>
        <w:rPr>
          <w:rFonts w:ascii="宋体" w:eastAsia="宋体" w:hAnsi="宋体" w:cs="宋体"/>
          <w:color w:val="000000"/>
        </w:rPr>
        <w:t>的多项式用记号</w:t>
      </w:r>
      <w:r>
        <w:pict>
          <v:shape id="_x0000_i707078" type="#_x0000_t75" alt="学科网(www.zxxk.com)--教育资源门户，提供试卷、教案、课件、论文、素材以及各类教学资源下载，还有大量而丰富的教学相关资讯！" style="width:29pt;height:20pt" o:oleicon="f" o:ole="">
            <v:imagedata r:id="rId486" o:title="eqId09f86f37ec8e15846bd731ab4fcdbacd"/>
          </v:shape>
        </w:pict>
      </w:r>
      <w:r>
        <w:rPr>
          <w:rFonts w:ascii="宋体" w:eastAsia="宋体" w:hAnsi="宋体" w:cs="宋体"/>
          <w:color w:val="000000"/>
        </w:rPr>
        <w:t>来表示，例如</w:t>
      </w:r>
      <w:r>
        <w:pict>
          <v:shape id="_x0000_i707079" type="#_x0000_t75" alt="学科网(www.zxxk.com)--教育资源门户，提供试卷、教案、课件、论文、素材以及各类教学资源下载，还有大量而丰富的教学相关资讯！" style="width:91pt;height:20pt" o:oleicon="f" o:ole="">
            <v:imagedata r:id="rId487" o:title="eqIdc58cbded0c91457fdf2ef7fd1e7db1ff"/>
          </v:shape>
        </w:pict>
      </w:r>
      <w:r>
        <w:rPr>
          <w:rFonts w:ascii="宋体" w:eastAsia="宋体" w:hAnsi="宋体" w:cs="宋体"/>
          <w:color w:val="000000"/>
        </w:rPr>
        <w:t>，并把</w:t>
      </w:r>
      <w:r>
        <w:pict>
          <v:shape id="_x0000_i707080" type="#_x0000_t75" alt="学科网(www.zxxk.com)--教育资源门户，提供试卷、教案、课件、论文、素材以及各类教学资源下载，还有大量而丰富的教学相关资讯！" style="width:18.75pt;height:11.25pt" o:oleicon="f" o:ole="">
            <v:imagedata r:id="rId488" o:title="eqId4ec0618ae3a4fde6d6220010af229b9a"/>
          </v:shape>
        </w:pict>
      </w:r>
      <w:r>
        <w:rPr>
          <w:rFonts w:ascii="宋体" w:eastAsia="宋体" w:hAnsi="宋体" w:cs="宋体"/>
          <w:color w:val="000000"/>
        </w:rPr>
        <w:t>常数</w:t>
      </w:r>
      <w:r>
        <w:pict>
          <v:shape id="_x0000_i707081" type="#_x0000_t75" alt="学科网(www.zxxk.com)--教育资源门户，提供试卷、教案、课件、论文、素材以及各类教学资源下载，还有大量而丰富的教学相关资讯！" style="width:9pt;height:9.75pt" o:oleicon="f" o:ole="">
            <v:imagedata r:id="rId489" o:title="eqId0a6936d370d6a238a608ca56f87198de"/>
          </v:shape>
        </w:pict>
      </w:r>
      <w:r>
        <w:rPr>
          <w:rFonts w:ascii="宋体" w:eastAsia="宋体" w:hAnsi="宋体" w:cs="宋体"/>
          <w:color w:val="000000"/>
        </w:rPr>
        <w:t>时多项式的值用</w:t>
      </w:r>
      <w:r>
        <w:pict>
          <v:shape id="_x0000_i707082" type="#_x0000_t75" alt="学科网(www.zxxk.com)--教育资源门户，提供试卷、教案、课件、论文、素材以及各类教学资源下载，还有大量而丰富的教学相关资讯！" style="width:29.25pt;height:20.25pt" o:oleicon="f" o:ole="">
            <v:imagedata r:id="rId490" o:title="eqId2f484115a9df1b6060d6b14df85c6f38"/>
          </v:shape>
        </w:pict>
      </w:r>
      <w:r>
        <w:rPr>
          <w:rFonts w:ascii="宋体" w:eastAsia="宋体" w:hAnsi="宋体" w:cs="宋体"/>
          <w:color w:val="000000"/>
        </w:rPr>
        <w:t>来表示，例如</w:t>
      </w:r>
      <w:r>
        <w:pict>
          <v:shape id="_x0000_i707083" type="#_x0000_t75" alt="学科网(www.zxxk.com)--教育资源门户，提供试卷、教案、课件、论文、素材以及各类教学资源下载，还有大量而丰富的教学相关资讯！" style="width:26.1pt;height:14.15pt" o:oleicon="f" o:ole="">
            <v:imagedata r:id="rId491" o:title="eqId9b384412acba251d87902ab928902f16"/>
          </v:shape>
        </w:pict>
      </w:r>
      <w:r>
        <w:rPr>
          <w:rFonts w:ascii="宋体" w:eastAsia="宋体" w:hAnsi="宋体" w:cs="宋体"/>
          <w:color w:val="000000"/>
        </w:rPr>
        <w:t>时多项式</w:t>
      </w:r>
      <w:r>
        <w:pict>
          <v:shape id="_x0000_i707084" type="#_x0000_t75" alt="学科网(www.zxxk.com)--教育资源门户，提供试卷、教案、课件、论文、素材以及各类教学资源下载，还有大量而丰富的教学相关资讯！" style="width:53.25pt;height:15.75pt" o:oleicon="f" o:ole="">
            <v:imagedata r:id="rId492" o:title="eqIdacefdacd5c80d7bd7a515422b3ee6ce7"/>
          </v:shape>
        </w:pict>
      </w:r>
      <w:r>
        <w:rPr>
          <w:rFonts w:ascii="宋体" w:eastAsia="宋体" w:hAnsi="宋体" w:cs="宋体"/>
          <w:color w:val="000000"/>
        </w:rPr>
        <w:t>的值记为</w:t>
      </w:r>
      <w:r>
        <w:pict>
          <v:shape id="_x0000_i707085" type="#_x0000_t75" alt="学科网(www.zxxk.com)--教育资源门户，提供试卷、教案、课件、论文、素材以及各类教学资源下载，还有大量而丰富的教学相关资讯！" style="width:115.8pt;height:19.8pt" o:oleicon="f" o:ole="">
            <v:imagedata r:id="rId493" o:title="eqIdd3158b3c43f8af02f6006f32aa68dcd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若规定</w:t>
      </w:r>
      <w:r>
        <w:pict>
          <v:shape id="_x0000_i707086" type="#_x0000_t75" alt="学科网(www.zxxk.com)--教育资源门户，提供试卷、教案、课件、论文、素材以及各类教学资源下载，还有大量而丰富的教学相关资讯！" style="width:69pt;height:20.25pt;mso-position-horizontal-relative:page;mso-position-vertical-relative:page;mso-wrap-style:square" o:oleicon="f" o:ole="">
            <v:imagedata r:id="rId494" o:title="eqId5998bc3d6c9721bf695323668d63a9c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①</w:t>
      </w:r>
      <w:r>
        <w:pict>
          <v:shape id="_x0000_i707087" type="#_x0000_t75" alt="学科网(www.zxxk.com)--教育资源门户，提供试卷、教案、课件、论文、素材以及各类教学资源下载，还有大量而丰富的教学相关资讯！" style="width:33.9pt;height:19.95pt" o:oleicon="f" o:ole="">
            <v:imagedata r:id="rId495" o:title="eqIda32822a106d217ffdec43557a236f786"/>
          </v:shape>
        </w:pict>
      </w:r>
      <w:r>
        <w:rPr>
          <w:rFonts w:ascii="宋体" w:eastAsia="宋体" w:hAnsi="宋体" w:cs="宋体"/>
          <w:color w:val="000000"/>
        </w:rPr>
        <w:t>的值是</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②若</w:t>
      </w:r>
      <w:r>
        <w:pict>
          <v:shape id="_x0000_i707088" type="#_x0000_t75" alt="学科网(www.zxxk.com)--教育资源门户，提供试卷、教案、课件、论文、素材以及各类教学资源下载，还有大量而丰富的教学相关资讯！" style="width:47.25pt;height:20.25pt" o:oleicon="f" o:ole="">
            <v:imagedata r:id="rId496" o:title="eqIdf73c69e17414e1ee37762b7b78ca0418"/>
          </v:shape>
        </w:pict>
      </w:r>
      <w:r>
        <w:rPr>
          <w:rFonts w:ascii="宋体" w:eastAsia="宋体" w:hAnsi="宋体" w:cs="宋体"/>
          <w:color w:val="000000"/>
        </w:rPr>
        <w:t>，</w:t>
      </w:r>
      <w:r>
        <w:pict>
          <v:shape id="_x0000_i707089" type="#_x0000_t75" alt="学科网(www.zxxk.com)--教育资源门户，提供试卷、教案、课件、论文、素材以及各类教学资源下载，还有大量而丰富的教学相关资讯！" style="width:9pt;height:9.75pt" o:oleicon="f" o:ole="">
            <v:imagedata r:id="rId497" o:title="eqId81dea63b8ce3e51adf66cf7b9982a248"/>
          </v:shape>
        </w:pict>
      </w:r>
      <w:r>
        <w:rPr>
          <w:rFonts w:ascii="宋体" w:eastAsia="宋体" w:hAnsi="宋体" w:cs="宋体"/>
          <w:color w:val="000000"/>
        </w:rPr>
        <w:t>的值是</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若规定</w:t>
      </w:r>
      <w:r>
        <w:pict>
          <v:shape id="_x0000_i707090" type="#_x0000_t75" alt="学科网(www.zxxk.com)--教育资源门户，提供试卷、教案、课件、论文、素材以及各类教学资源下载，还有大量而丰富的教学相关资讯！" style="width:66.75pt;height:20.25pt" o:oleicon="f" o:ole="">
            <v:imagedata r:id="rId498" o:title="eqId5b2b7eaf303dcd66e8901788a75145bb"/>
          </v:shape>
        </w:pict>
      </w:r>
      <w:r>
        <w:rPr>
          <w:rFonts w:ascii="宋体" w:eastAsia="宋体" w:hAnsi="宋体" w:cs="宋体"/>
          <w:color w:val="000000"/>
        </w:rPr>
        <w:t>，</w:t>
      </w:r>
      <w:r>
        <w:pict>
          <v:shape id="_x0000_i707091" type="#_x0000_t75" alt="学科网(www.zxxk.com)--教育资源门户，提供试卷、教案、课件、论文、素材以及各类教学资源下载，还有大量而丰富的教学相关资讯！" style="width:64.8pt;height:19.8pt" o:oleicon="f" o:ole="">
            <v:imagedata r:id="rId499" o:title="eqId894d102df52ad0b096cb3c43cc1bb77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①有没有能使</w:t>
      </w:r>
      <w:r>
        <w:pict>
          <v:shape id="_x0000_i707092" type="#_x0000_t75" alt="学科网(www.zxxk.com)--教育资源门户，提供试卷、教案、课件、论文、素材以及各类教学资源下载，还有大量而丰富的教学相关资讯！" style="width:62.85pt;height:20.05pt" o:oleicon="f" o:ole="">
            <v:imagedata r:id="rId500" o:title="eqIdaacf3f0e1424b7ed50d58a4c7ec9b378"/>
          </v:shape>
        </w:pict>
      </w:r>
      <w:r>
        <w:rPr>
          <w:rFonts w:ascii="宋体" w:eastAsia="宋体" w:hAnsi="宋体" w:cs="宋体"/>
          <w:color w:val="000000"/>
        </w:rPr>
        <w:t>成立的</w:t>
      </w:r>
      <w:r>
        <w:pict>
          <v:shape id="_x0000_i707093" type="#_x0000_t75" alt="学科网(www.zxxk.com)--教育资源门户，提供试卷、教案、课件、论文、素材以及各类教学资源下载，还有大量而丰富的教学相关资讯！" style="width:9pt;height:9.75pt" o:oleicon="f" o:ole="">
            <v:imagedata r:id="rId501" o:title="eqId81dea63b8ce3e51adf66cf7b9982a248"/>
          </v:shape>
        </w:pict>
      </w:r>
      <w:r>
        <w:rPr>
          <w:rFonts w:ascii="宋体" w:eastAsia="宋体" w:hAnsi="宋体" w:cs="宋体"/>
          <w:color w:val="000000"/>
        </w:rPr>
        <w:t>的值，若有，求出此时</w:t>
      </w:r>
      <w:r>
        <w:pict>
          <v:shape id="_x0000_i707094" type="#_x0000_t75" alt="学科网(www.zxxk.com)--教育资源门户，提供试卷、教案、课件、论文、素材以及各类教学资源下载，还有大量而丰富的教学相关资讯！" style="width:9pt;height:9.75pt" o:oleicon="f" o:ole="">
            <v:imagedata r:id="rId501" o:title="eqId81dea63b8ce3e51adf66cf7b9982a248"/>
          </v:shape>
        </w:pict>
      </w:r>
      <w:r>
        <w:rPr>
          <w:rFonts w:ascii="宋体" w:eastAsia="宋体" w:hAnsi="宋体" w:cs="宋体"/>
          <w:color w:val="000000"/>
        </w:rPr>
        <w:t>的值，若没有，请说明理由，</w:t>
      </w:r>
    </w:p>
    <w:p>
      <w:pPr>
        <w:spacing w:line="360" w:lineRule="auto"/>
        <w:jc w:val="left"/>
        <w:textAlignment w:val="center"/>
        <w:rPr>
          <w:rFonts w:ascii="宋体" w:eastAsia="宋体" w:hAnsi="宋体" w:cs="宋体"/>
          <w:color w:val="000000"/>
        </w:rPr>
      </w:pPr>
      <w:r>
        <w:rPr>
          <w:rFonts w:ascii="宋体" w:eastAsia="宋体" w:hAnsi="宋体" w:cs="宋体"/>
          <w:color w:val="000000"/>
        </w:rPr>
        <w:t>②直接写出</w:t>
      </w:r>
      <w:r>
        <w:pict>
          <v:shape id="_x0000_i707095" type="#_x0000_t75" alt="学科网(www.zxxk.com)--教育资源门户，提供试卷、教案、课件、论文、素材以及各类教学资源下载，还有大量而丰富的教学相关资讯！" style="width:62pt;height:20pt" o:oleicon="f" o:ole="">
            <v:imagedata r:id="rId502" o:title="eqId839f0adde40b6450f59c39e62ae16e88"/>
          </v:shape>
        </w:pict>
      </w:r>
      <w:r>
        <w:rPr>
          <w:rFonts w:ascii="宋体" w:eastAsia="宋体" w:hAnsi="宋体" w:cs="宋体"/>
          <w:color w:val="000000"/>
        </w:rPr>
        <w:t>的最小值和此时</w:t>
      </w:r>
      <w:r>
        <w:pict>
          <v:shape id="_x0000_i707096" type="#_x0000_t75" alt="学科网(www.zxxk.com)--教育资源门户，提供试卷、教案、课件、论文、素材以及各类教学资源下载，还有大量而丰富的教学相关资讯！" style="width:9pt;height:9.75pt" o:oleicon="f" o:ole="">
            <v:imagedata r:id="rId503" o:title="eqId81dea63b8ce3e51adf66cf7b9982a248"/>
          </v:shape>
        </w:pict>
      </w:r>
      <w:r>
        <w:rPr>
          <w:rFonts w:ascii="宋体" w:eastAsia="宋体" w:hAnsi="宋体" w:cs="宋体"/>
          <w:color w:val="000000"/>
        </w:rPr>
        <w:t>满足的条件．</w:t>
      </w:r>
    </w:p>
    <w:p>
      <w:pPr>
        <w:spacing w:line="360" w:lineRule="auto"/>
        <w:textAlignment w:val="center"/>
        <w:rPr>
          <w:rFonts w:ascii="宋体" w:eastAsia="宋体" w:hAnsi="宋体" w:cs="宋体"/>
          <w:color w:val="000000"/>
        </w:rPr>
      </w:pPr>
      <w:r>
        <w:rPr>
          <w:color w:val="2E75B6"/>
        </w:rPr>
        <w:t>【答案】</w:t>
      </w:r>
      <w:r>
        <w:rPr>
          <w:color w:val="000000"/>
        </w:rPr>
        <w:t>（1）</w:t>
      </w:r>
      <w:r>
        <w:rPr>
          <w:rFonts w:ascii="宋体" w:eastAsia="宋体" w:hAnsi="宋体" w:cs="宋体"/>
          <w:color w:val="000000"/>
        </w:rPr>
        <w:t>①</w:t>
      </w:r>
      <w:r>
        <w:rPr>
          <w:rFonts w:ascii="Times New Roman" w:eastAsia="Times New Roman" w:hAnsi="Times New Roman" w:cs="Times New Roman"/>
          <w:color w:val="000000"/>
        </w:rPr>
        <w:t>-5</w:t>
      </w:r>
      <w:r>
        <w:rPr>
          <w:rFonts w:ascii="宋体" w:eastAsia="宋体" w:hAnsi="宋体" w:cs="宋体"/>
          <w:color w:val="000000"/>
        </w:rPr>
        <w:t>；②</w:t>
      </w:r>
      <w:r>
        <w:rPr>
          <w:rFonts w:ascii="Times New Roman" w:eastAsia="Times New Roman" w:hAnsi="Times New Roman" w:cs="Times New Roman"/>
          <w:color w:val="000000"/>
        </w:rPr>
        <w:t>5</w:t>
      </w:r>
      <w:r>
        <w:rPr>
          <w:rFonts w:ascii="宋体" w:eastAsia="宋体" w:hAnsi="宋体" w:cs="宋体"/>
          <w:color w:val="000000"/>
        </w:rPr>
        <w:t>，</w:t>
      </w:r>
      <w:r>
        <w:rPr>
          <w:color w:val="000000"/>
        </w:rPr>
        <w:t xml:space="preserve">    </w:t>
      </w:r>
    </w:p>
    <w:p>
      <w:pPr>
        <w:spacing w:line="360" w:lineRule="auto"/>
        <w:textAlignment w:val="center"/>
        <w:rPr>
          <w:rFonts w:ascii="Times New Roman" w:eastAsia="Times New Roman" w:hAnsi="Times New Roman" w:cs="Times New Roman"/>
          <w:color w:val="000000"/>
        </w:rPr>
      </w:pPr>
      <w:r>
        <w:rPr>
          <w:color w:val="000000"/>
        </w:rPr>
        <w:t>（2）</w:t>
      </w:r>
      <w:r>
        <w:rPr>
          <w:rFonts w:ascii="宋体" w:eastAsia="宋体" w:hAnsi="宋体" w:cs="宋体"/>
          <w:color w:val="000000"/>
        </w:rPr>
        <w:t>①有，</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pict>
          <v:shape id="_x0000_i707097" type="#_x0000_t75" alt="学科网(www.zxxk.com)--教育资源门户，提供试卷、教案、课件、论文、素材以及各类教学资源下载，还有大量而丰富的教学相关资讯！" style="width:20.2pt;height:31.1pt" o:oleicon="f" o:ole="">
            <v:imagedata r:id="rId504" o:title="eqId3389f53711264b0acba3ba6019f8b908"/>
          </v:shape>
        </w:pict>
      </w:r>
      <w:r>
        <w:rPr>
          <w:rFonts w:ascii="宋体" w:eastAsia="宋体" w:hAnsi="宋体" w:cs="宋体"/>
          <w:color w:val="000000"/>
        </w:rPr>
        <w:t>，见解析；②</w:t>
      </w:r>
      <w:r>
        <w:pict>
          <v:shape id="_x0000_i707098" type="#_x0000_t75" alt="学科网(www.zxxk.com)--教育资源门户，提供试卷、教案、课件、论文、素材以及各类教学资源下载，还有大量而丰富的教学相关资讯！" style="width:62pt;height:20pt" o:oleicon="f" o:ole="">
            <v:imagedata r:id="rId505" o:title="eqId839f0adde40b6450f59c39e62ae16e88"/>
          </v:shape>
        </w:pict>
      </w:r>
      <w:r>
        <w:rPr>
          <w:rFonts w:ascii="宋体" w:eastAsia="宋体" w:hAnsi="宋体" w:cs="宋体"/>
          <w:color w:val="000000"/>
        </w:rPr>
        <w:t>的最小值是</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）①当</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时，计算</w:t>
      </w:r>
      <w:r>
        <w:pict>
          <v:shape id="_x0000_i707099" type="#_x0000_t75" alt="学科网(www.zxxk.com)--教育资源门户，提供试卷、教案、课件、论文、素材以及各类教学资源下载，还有大量而丰富的教学相关资讯！" style="width:54.75pt;height:15.75pt" o:oleicon="f" o:ole="">
            <v:imagedata r:id="rId506" o:title="eqId86b8e76485035eb694c6ed8d686b73ed"/>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②计算</w:t>
      </w:r>
      <w:r>
        <w:pict>
          <v:shape id="_x0000_i707100" type="#_x0000_t75" alt="学科网(www.zxxk.com)--教育资源门户，提供试卷、教案、课件、论文、素材以及各类教学资源下载，还有大量而丰富的教学相关资讯！" style="width:51pt;height:14.25pt" o:oleicon="f" o:ole="">
            <v:imagedata r:id="rId507" o:title="eqId82e7eb7f9ea82c228f211881d33cffcb"/>
          </v:shape>
        </w:pict>
      </w:r>
      <w:r>
        <w:rPr>
          <w:rFonts w:ascii="宋体" w:eastAsia="宋体" w:hAnsi="宋体" w:cs="宋体"/>
          <w:color w:val="000000"/>
        </w:rPr>
        <w:t>，求得</w:t>
      </w:r>
      <w:r>
        <w:rPr>
          <w:rFonts w:ascii="Times New Roman" w:eastAsia="Times New Roman" w:hAnsi="Times New Roman" w:cs="Times New Roman"/>
          <w:i/>
          <w:color w:val="000000"/>
        </w:rPr>
        <w:t>x</w:t>
      </w:r>
      <w:r>
        <w:rPr>
          <w:rFonts w:ascii="宋体" w:eastAsia="宋体" w:hAnsi="宋体" w:cs="宋体"/>
          <w:color w:val="000000"/>
        </w:rPr>
        <w:t>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pict>
          <v:shape id="_x0000_i707101" type="#_x0000_t75" alt="学科网(www.zxxk.com)--教育资源门户，提供试卷、教案、课件、论文、素材以及各类教学资源下载，还有大量而丰富的教学相关资讯！" style="width:61.2pt;height:13.8pt" o:oleicon="f" o:ole="">
            <v:imagedata r:id="rId508" o:title="eqId30e5850178398e57f0dfc64a516802d6"/>
          </v:shape>
        </w:pict>
      </w:r>
      <w:r>
        <w:rPr>
          <w:rFonts w:ascii="宋体" w:eastAsia="宋体" w:hAnsi="宋体" w:cs="宋体"/>
          <w:color w:val="000000"/>
        </w:rPr>
        <w:t>或</w:t>
      </w:r>
      <w:r>
        <w:pict>
          <v:shape id="_x0000_i707102" type="#_x0000_t75" alt="学科网(www.zxxk.com)--教育资源门户，提供试卷、教案、课件、论文、素材以及各类教学资源下载，还有大量而丰富的教学相关资讯！" style="width:75.75pt;height:15.75pt" o:oleicon="f" o:ole="">
            <v:imagedata r:id="rId509" o:title="eqId1c772574243af78d17c0f1b726b6d38a"/>
          </v:shape>
        </w:pict>
      </w:r>
      <w:r>
        <w:rPr>
          <w:rFonts w:ascii="宋体" w:eastAsia="宋体" w:hAnsi="宋体" w:cs="宋体"/>
          <w:color w:val="000000"/>
        </w:rPr>
        <w:t>，解方程即可；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②</w:t>
      </w:r>
      <w:r>
        <w:pict>
          <v:shape id="_x0000_i707103" type="#_x0000_t75" alt="学科网(www.zxxk.com)--教育资源门户，提供试卷、教案、课件、论文、素材以及各类教学资源下载，还有大量而丰富的教学相关资讯！" style="width:71.25pt;height:20.25pt" o:oleicon="f" o:ole="">
            <v:imagedata r:id="rId510" o:title="eqIda802e678361f82f7b4e777676749b7ab"/>
          </v:shape>
        </w:pict>
      </w:r>
      <w:r>
        <w:rPr>
          <w:rFonts w:ascii="宋体" w:eastAsia="宋体" w:hAnsi="宋体" w:cs="宋体"/>
          <w:color w:val="000000"/>
        </w:rPr>
        <w:t>表示动点</w:t>
      </w:r>
      <w:r>
        <w:rPr>
          <w:rFonts w:ascii="Times New Roman" w:eastAsia="Times New Roman" w:hAnsi="Times New Roman" w:cs="Times New Roman"/>
          <w:i/>
          <w:color w:val="000000"/>
        </w:rPr>
        <w:t>x</w:t>
      </w:r>
      <w:r>
        <w:rPr>
          <w:rFonts w:ascii="宋体" w:eastAsia="宋体" w:hAnsi="宋体" w:cs="宋体"/>
          <w:color w:val="000000"/>
        </w:rPr>
        <w:t>到</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的距离和，按照</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分别计算比较结果即可．</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pict>
          <v:shape id="_x0000_i707104" type="#_x0000_t75" alt="学科网(www.zxxk.com)--教育资源门户，提供试卷、教案、课件、论文、素材以及各类教学资源下载，还有大量而丰富的教学相关资讯！" style="width:69pt;height:20.25pt;mso-position-horizontal-relative:page;mso-position-vertical-relative:page;mso-wrap-style:square" o:oleicon="f" o:ole="">
            <v:imagedata r:id="rId511" o:title="eqId5998bc3d6c9721bf695323668d63a9c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color w:val="000000"/>
        </w:rPr>
        <w:t xml:space="preserve"> </w:t>
      </w:r>
      <w:r>
        <w:pict>
          <v:shape id="_x0000_i707105" type="#_x0000_t75" alt="学科网(www.zxxk.com)--教育资源门户，提供试卷、教案、课件、论文、素材以及各类教学资源下载，还有大量而丰富的教学相关资讯！" style="width:54.75pt;height:15.75pt" o:oleicon="f" o:ole="">
            <v:imagedata r:id="rId512" o:title="eqId86b8e76485035eb694c6ed8d686b73ed"/>
          </v:shape>
        </w:pic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06" type="#_x0000_t75" alt="学科网(www.zxxk.com)--教育资源门户，提供试卷、教案、课件、论文、素材以及各类教学资源下载，还有大量而丰富的教学相关资讯！" style="width:33.9pt;height:19.95pt" o:oleicon="f" o:ole="">
            <v:imagedata r:id="rId513" o:title="eqIda32822a106d217ffdec43557a236f786"/>
          </v:shape>
        </w:pict>
      </w:r>
      <w:r>
        <w:rPr>
          <w:rFonts w:ascii="宋体" w:eastAsia="宋体" w:hAnsi="宋体" w:cs="宋体"/>
          <w:color w:val="000000"/>
        </w:rPr>
        <w:t>的值是</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w:t>
      </w:r>
      <w:r>
        <w:pict>
          <v:shape id="_x0000_i707107" type="#_x0000_t75" alt="学科网(www.zxxk.com)--教育资源门户，提供试卷、教案、课件、论文、素材以及各类教学资源下载，还有大量而丰富的教学相关资讯！" style="width:69pt;height:20.25pt;mso-position-horizontal-relative:page;mso-position-vertical-relative:page;mso-wrap-style:square" o:oleicon="f" o:ole="">
            <v:imagedata r:id="rId514" o:title="eqId5998bc3d6c9721bf695323668d63a9c9"/>
          </v:shape>
        </w:pict>
      </w:r>
      <w:r>
        <w:rPr>
          <w:rFonts w:ascii="宋体" w:eastAsia="宋体" w:hAnsi="宋体" w:cs="宋体"/>
          <w:color w:val="000000"/>
        </w:rPr>
        <w:t>，</w:t>
      </w:r>
      <w:r>
        <w:pict>
          <v:shape id="_x0000_i707108" type="#_x0000_t75" alt="学科网(www.zxxk.com)--教育资源门户，提供试卷、教案、课件、论文、素材以及各类教学资源下载，还有大量而丰富的教学相关资讯！" style="width:47.25pt;height:20.25pt" o:oleicon="f" o:ole="">
            <v:imagedata r:id="rId515" o:title="eqIdf73c69e17414e1ee37762b7b78ca0418"/>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09" type="#_x0000_t75" alt="学科网(www.zxxk.com)--教育资源门户，提供试卷、教案、课件、论文、素材以及各类教学资源下载，还有大量而丰富的教学相关资讯！" style="width:41.25pt;height:14.25pt" o:oleicon="f" o:ole="">
            <v:imagedata r:id="rId516" o:title="eqId61f3b0655a60e218f370702a93ddc9f0"/>
          </v:shape>
        </w:pic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①有，</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pict>
          <v:shape id="_x0000_i707110" type="#_x0000_t75" alt="学科网(www.zxxk.com)--教育资源门户，提供试卷、教案、课件、论文、素材以及各类教学资源下载，还有大量而丰富的教学相关资讯！" style="width:20.2pt;height:31.1pt" o:oleicon="f" o:ole="">
            <v:imagedata r:id="rId517" o:title="eqId3389f53711264b0acba3ba6019f8b908"/>
          </v:shape>
        </w:pict>
      </w:r>
      <w:r>
        <w:rPr>
          <w:rFonts w:ascii="宋体" w:eastAsia="宋体" w:hAnsi="宋体" w:cs="宋体"/>
          <w:color w:val="000000"/>
        </w:rPr>
        <w:t>，理由如下：</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11" type="#_x0000_t75" alt="学科网(www.zxxk.com)--教育资源门户，提供试卷、教案、课件、论文、素材以及各类教学资源下载，还有大量而丰富的教学相关资讯！" style="width:66.75pt;height:20.25pt" o:oleicon="f" o:ole="">
            <v:imagedata r:id="rId518" o:title="eqId5b2b7eaf303dcd66e8901788a75145bb"/>
          </v:shape>
        </w:pict>
      </w:r>
      <w:r>
        <w:rPr>
          <w:rFonts w:ascii="宋体" w:eastAsia="宋体" w:hAnsi="宋体" w:cs="宋体"/>
          <w:color w:val="000000"/>
        </w:rPr>
        <w:t>，</w:t>
      </w:r>
      <w:r>
        <w:pict>
          <v:shape id="_x0000_i707112" type="#_x0000_t75" alt="学科网(www.zxxk.com)--教育资源门户，提供试卷、教案、课件、论文、素材以及各类教学资源下载，还有大量而丰富的教学相关资讯！" style="width:64.8pt;height:19.8pt" o:oleicon="f" o:ole="">
            <v:imagedata r:id="rId519" o:title="eqId894d102df52ad0b096cb3c43cc1bb776"/>
          </v:shape>
        </w:pict>
      </w:r>
      <w:r>
        <w:rPr>
          <w:rFonts w:ascii="宋体" w:eastAsia="宋体" w:hAnsi="宋体" w:cs="宋体"/>
          <w:color w:val="000000"/>
        </w:rPr>
        <w:t>，且</w:t>
      </w:r>
      <w:r>
        <w:pict>
          <v:shape id="_x0000_i707113" type="#_x0000_t75" alt="学科网(www.zxxk.com)--教育资源门户，提供试卷、教案、课件、论文、素材以及各类教学资源下载，还有大量而丰富的教学相关资讯！" style="width:62.85pt;height:20.05pt" o:oleicon="f" o:ole="">
            <v:imagedata r:id="rId520" o:title="eqIdaacf3f0e1424b7ed50d58a4c7ec9b37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14" type="#_x0000_t75" alt="学科网(www.zxxk.com)--教育资源门户，提供试卷、教案、课件、论文、素材以及各类教学资源下载，还有大量而丰富的教学相关资讯！" style="width:61.2pt;height:13.8pt" o:oleicon="f" o:ole="">
            <v:imagedata r:id="rId521" o:title="eqId30e5850178398e57f0dfc64a516802d6"/>
          </v:shape>
        </w:pict>
      </w:r>
      <w:r>
        <w:rPr>
          <w:rFonts w:ascii="宋体" w:eastAsia="宋体" w:hAnsi="宋体" w:cs="宋体"/>
          <w:color w:val="000000"/>
        </w:rPr>
        <w:t>，无解；</w:t>
      </w:r>
    </w:p>
    <w:p>
      <w:pPr>
        <w:spacing w:line="360" w:lineRule="auto"/>
        <w:jc w:val="left"/>
        <w:textAlignment w:val="center"/>
        <w:rPr>
          <w:rFonts w:ascii="宋体" w:eastAsia="宋体" w:hAnsi="宋体" w:cs="宋体"/>
          <w:color w:val="000000"/>
        </w:rPr>
      </w:pPr>
      <w:r>
        <w:rPr>
          <w:rFonts w:ascii="宋体" w:eastAsia="宋体" w:hAnsi="宋体" w:cs="宋体"/>
          <w:color w:val="000000"/>
        </w:rPr>
        <w:t>或</w:t>
      </w:r>
      <w:r>
        <w:pict>
          <v:shape id="_x0000_i707115" type="#_x0000_t75" alt="学科网(www.zxxk.com)--教育资源门户，提供试卷、教案、课件、论文、素材以及各类教学资源下载，还有大量而丰富的教学相关资讯！" style="width:75.75pt;height:15.75pt" o:oleicon="f" o:ole="">
            <v:imagedata r:id="rId522" o:title="eqId1c772574243af78d17c0f1b726b6d38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pict>
          <v:shape id="_x0000_i707116" type="#_x0000_t75" alt="学科网(www.zxxk.com)--教育资源门户，提供试卷、教案、课件、论文、素材以及各类教学资源下载，还有大量而丰富的教学相关资讯！" style="width:20.2pt;height:31.1pt" o:oleicon="f" o:ole="">
            <v:imagedata r:id="rId523" o:title="eqId3389f53711264b0acba3ba6019f8b90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故当</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pict>
          <v:shape id="_x0000_i707117" type="#_x0000_t75" alt="学科网(www.zxxk.com)--教育资源门户，提供试卷、教案、课件、论文、素材以及各类教学资源下载，还有大量而丰富的教学相关资讯！" style="width:20.2pt;height:31.1pt" o:oleicon="f" o:ole="">
            <v:imagedata r:id="rId524" o:title="eqId3389f53711264b0acba3ba6019f8b908"/>
          </v:shape>
        </w:pict>
      </w:r>
      <w:r>
        <w:rPr>
          <w:rFonts w:ascii="宋体" w:eastAsia="宋体" w:hAnsi="宋体" w:cs="宋体"/>
          <w:color w:val="000000"/>
        </w:rPr>
        <w:t>时，</w:t>
      </w:r>
      <w:r>
        <w:pict>
          <v:shape id="_x0000_i707118" type="#_x0000_t75" alt="学科网(www.zxxk.com)--教育资源门户，提供试卷、教案、课件、论文、素材以及各类教学资源下载，还有大量而丰富的教学相关资讯！" style="width:62.85pt;height:20.05pt" o:oleicon="f" o:ole="">
            <v:imagedata r:id="rId525" o:title="eqIdaacf3f0e1424b7ed50d58a4c7ec9b37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②设动点</w:t>
      </w:r>
      <w:r>
        <w:rPr>
          <w:rFonts w:ascii="Times New Roman" w:eastAsia="Times New Roman" w:hAnsi="Times New Roman" w:cs="Times New Roman"/>
          <w:i/>
          <w:color w:val="000000"/>
        </w:rPr>
        <w:t>P</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则</w:t>
      </w:r>
      <w:r>
        <w:pict>
          <v:shape id="_x0000_i707119" type="#_x0000_t75" alt="学科网(www.zxxk.com)--教育资源门户，提供试卷、教案、课件、论文、素材以及各类教学资源下载，还有大量而丰富的教学相关资讯！" style="width:71.25pt;height:20.25pt" o:oleicon="f" o:ole="">
            <v:imagedata r:id="rId526" o:title="eqIda802e678361f82f7b4e777676749b7ab"/>
          </v:shape>
        </w:pict>
      </w:r>
      <w:r>
        <w:rPr>
          <w:rFonts w:ascii="宋体" w:eastAsia="宋体" w:hAnsi="宋体" w:cs="宋体"/>
          <w:color w:val="000000"/>
        </w:rPr>
        <w:t>表示数轴上动点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的距离和即</w:t>
      </w: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时，如图所示，</w:t>
      </w:r>
    </w:p>
    <w:p>
      <w:pPr>
        <w:spacing w:line="360" w:lineRule="auto"/>
        <w:jc w:val="left"/>
        <w:textAlignment w:val="center"/>
        <w:rPr>
          <w:color w:val="000000"/>
        </w:rPr>
      </w:pPr>
      <w:r>
        <w:rPr>
          <w:color w:val="000000"/>
        </w:rPr>
        <w:drawing>
          <wp:inline>
            <wp:extent cx="3067050" cy="495300"/>
            <wp:docPr id="26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8" name=""/>
                    <pic:cNvPicPr>
                      <a:picLocks noChangeAspect="1"/>
                    </pic:cNvPicPr>
                  </pic:nvPicPr>
                  <pic:blipFill>
                    <a:blip r:embed="rId527"/>
                    <a:stretch>
                      <a:fillRect/>
                    </a:stretch>
                  </pic:blipFill>
                  <pic:spPr>
                    <a:xfrm>
                      <a:off x="0" y="0"/>
                      <a:ext cx="3067050" cy="4953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时，如图所示，</w:t>
      </w:r>
    </w:p>
    <w:p>
      <w:pPr>
        <w:spacing w:line="360" w:lineRule="auto"/>
        <w:jc w:val="left"/>
        <w:textAlignment w:val="center"/>
        <w:rPr>
          <w:color w:val="000000"/>
        </w:rPr>
      </w:pPr>
      <w:r>
        <w:rPr>
          <w:color w:val="000000"/>
        </w:rPr>
        <w:drawing>
          <wp:inline>
            <wp:extent cx="2914650" cy="476250"/>
            <wp:docPr id="269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 name=""/>
                    <pic:cNvPicPr>
                      <a:picLocks noChangeAspect="1"/>
                    </pic:cNvPicPr>
                  </pic:nvPicPr>
                  <pic:blipFill>
                    <a:blip r:embed="rId528"/>
                    <a:stretch>
                      <a:fillRect/>
                    </a:stretch>
                  </pic:blipFill>
                  <pic:spPr>
                    <a:xfrm>
                      <a:off x="0" y="0"/>
                      <a:ext cx="2914650" cy="4762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时，如图所示，</w:t>
      </w:r>
    </w:p>
    <w:p>
      <w:pPr>
        <w:spacing w:line="360" w:lineRule="auto"/>
        <w:jc w:val="left"/>
        <w:textAlignment w:val="center"/>
        <w:rPr>
          <w:rFonts w:ascii="宋体" w:eastAsia="宋体" w:hAnsi="宋体" w:cs="宋体"/>
          <w:color w:val="000000"/>
        </w:rPr>
      </w:pPr>
      <w:r>
        <w:rPr>
          <w:color w:val="000000"/>
        </w:rPr>
        <w:drawing>
          <wp:inline>
            <wp:extent cx="2876550" cy="571500"/>
            <wp:docPr id="27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2" name=""/>
                    <pic:cNvPicPr>
                      <a:picLocks noChangeAspect="1"/>
                    </pic:cNvPicPr>
                  </pic:nvPicPr>
                  <pic:blipFill>
                    <a:blip r:embed="rId529"/>
                    <a:stretch>
                      <a:fillRect/>
                    </a:stretch>
                  </pic:blipFill>
                  <pic:spPr>
                    <a:xfrm>
                      <a:off x="0" y="0"/>
                      <a:ext cx="2876550" cy="571500"/>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Times New Roman" w:eastAsia="Times New Roman" w:hAnsi="Times New Roman" w:cs="Times New Roman"/>
          <w:i/>
          <w:color w:val="000000"/>
        </w:rPr>
        <w:t>PB</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+3+2-</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Times New Roman" w:eastAsia="Times New Roman" w:hAnsi="Times New Roman" w:cs="Times New Roman"/>
          <w:i/>
          <w:color w:val="000000"/>
        </w:rPr>
        <w:t>AB</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故当</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时，</w:t>
      </w:r>
      <w:r>
        <w:pict>
          <v:shape id="_x0000_i707120" type="#_x0000_t75" alt="学科网(www.zxxk.com)--教育资源门户，提供试卷、教案、课件、论文、素材以及各类教学资源下载，还有大量而丰富的教学相关资讯！" style="width:62pt;height:20pt" o:oleicon="f" o:ole="">
            <v:imagedata r:id="rId530" o:title="eqId839f0adde40b6450f59c39e62ae16e88"/>
          </v:shape>
        </w:pict>
      </w:r>
      <w:r>
        <w:rPr>
          <w:rFonts w:ascii="宋体" w:eastAsia="宋体" w:hAnsi="宋体" w:cs="宋体"/>
          <w:color w:val="000000"/>
        </w:rPr>
        <w:t>有最小值，且为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本题考查了求函数值，自变量的值，解方程，绝对值的化简，数轴上的动点问题，熟练掌握绝对值的化简，数轴上的动点问题是解题的关键．</w:t>
      </w:r>
    </w:p>
    <w:p>
      <w:pPr>
        <w:spacing w:line="360" w:lineRule="auto"/>
        <w:jc w:val="left"/>
        <w:textAlignment w:val="center"/>
        <w:rPr>
          <w:rFonts w:ascii="宋体" w:eastAsia="宋体" w:hAnsi="宋体" w:cs="宋体"/>
          <w:color w:val="000000"/>
        </w:rPr>
      </w:pPr>
      <w:r>
        <w:rPr>
          <w:color w:val="000000"/>
        </w:rPr>
        <w:t xml:space="preserve">32. </w:t>
      </w:r>
      <w:r>
        <w:rPr>
          <w:rFonts w:ascii="宋体" w:eastAsia="宋体" w:hAnsi="宋体" w:cs="宋体"/>
          <w:color w:val="000000"/>
        </w:rPr>
        <w:t>小兵喜欢研究数学问题，在学习一元一次方程后，他给出一个新定义：若</w:t>
      </w:r>
      <w:r>
        <w:pict>
          <v:shape id="_x0000_i707121" type="#_x0000_t75" alt="学科网(www.zxxk.com)--教育资源门户，提供试卷、教案、课件、论文、素材以及各类教学资源下载，还有大量而丰富的教学相关资讯！" style="width:10.5pt;height:14.25pt" o:oleicon="f" o:ole="">
            <v:imagedata r:id="rId531" o:title="eqId79b752f0f189e5d8666daea73e145dff"/>
          </v:shape>
        </w:pict>
      </w:r>
      <w:r>
        <w:rPr>
          <w:rFonts w:ascii="宋体" w:eastAsia="宋体" w:hAnsi="宋体" w:cs="宋体"/>
          <w:color w:val="000000"/>
        </w:rPr>
        <w:t>是关于</w:t>
      </w:r>
      <w:r>
        <w:pict>
          <v:shape id="_x0000_i707122" type="#_x0000_t75" alt="学科网(www.zxxk.com)--教育资源门户，提供试卷、教案、课件、论文、素材以及各类教学资源下载，还有大量而丰富的教学相关资讯！" style="width:9pt;height:9.75pt" o:oleicon="f" o:ole="">
            <v:imagedata r:id="rId532" o:title="eqId81dea63b8ce3e51adf66cf7b9982a248"/>
          </v:shape>
        </w:pict>
      </w:r>
      <w:r>
        <w:rPr>
          <w:rFonts w:ascii="宋体" w:eastAsia="宋体" w:hAnsi="宋体" w:cs="宋体"/>
          <w:color w:val="000000"/>
        </w:rPr>
        <w:t>的一元一次方程</w:t>
      </w:r>
      <w:r>
        <w:pict>
          <v:shape id="_x0000_i707123" type="#_x0000_t75" alt="学科网(www.zxxk.com)--教育资源门户，提供试卷、教案、课件、论文、素材以及各类教学资源下载，还有大量而丰富的教学相关资讯！" style="width:81.75pt;height:15.75pt" o:oleicon="f" o:ole="">
            <v:imagedata r:id="rId533" o:title="eqId4fb0125bbedc5e1e589258e14a9a2a89"/>
          </v:shape>
        </w:pict>
      </w:r>
      <w:r>
        <w:rPr>
          <w:rFonts w:ascii="宋体" w:eastAsia="宋体" w:hAnsi="宋体" w:cs="宋体"/>
          <w:color w:val="000000"/>
        </w:rPr>
        <w:t>的解，</w:t>
      </w:r>
      <w:r>
        <w:pict>
          <v:shape id="_x0000_i707124" type="#_x0000_t75" alt="学科网(www.zxxk.com)--教育资源门户，提供试卷、教案、课件、论文、素材以及各类教学资源下载，还有大量而丰富的教学相关资讯！" style="width:13.8pt;height:18pt" o:oleicon="f" o:ole="">
            <v:imagedata r:id="rId534" o:title="eqId8112f9185c7d48b015d9cd0525616b31"/>
          </v:shape>
        </w:pict>
      </w:r>
      <w:r>
        <w:rPr>
          <w:rFonts w:ascii="宋体" w:eastAsia="宋体" w:hAnsi="宋体" w:cs="宋体"/>
          <w:color w:val="000000"/>
        </w:rPr>
        <w:t>是关于</w:t>
      </w:r>
      <w:r>
        <w:pict>
          <v:shape id="_x0000_i707125" type="#_x0000_t75" alt="学科网(www.zxxk.com)--教育资源门户，提供试卷、教案、课件、论文、素材以及各类教学资源下载，还有大量而丰富的教学相关资讯！" style="width:9.75pt;height:12pt" o:oleicon="f" o:ole="">
            <v:imagedata r:id="rId535" o:title="eqIdd053b14c8588eee2acbbe44fc37a6886"/>
          </v:shape>
        </w:pict>
      </w:r>
      <w:r>
        <w:rPr>
          <w:rFonts w:ascii="宋体" w:eastAsia="宋体" w:hAnsi="宋体" w:cs="宋体"/>
          <w:color w:val="000000"/>
        </w:rPr>
        <w:t>的方程的所有解的其中一个解，且</w:t>
      </w:r>
      <w:r>
        <w:pict>
          <v:shape id="_x0000_i707126" type="#_x0000_t75" alt="学科网(www.zxxk.com)--教育资源门户，提供试卷、教案、课件、论文、素材以及各类教学资源下载，还有大量而丰富的教学相关资讯！" style="width:29.05pt;height:18.15pt" o:oleicon="f" o:ole="">
            <v:imagedata r:id="rId536" o:title="eqId8750c7a9d012d136a878dc8f4233dfb7"/>
          </v:shape>
        </w:pict>
      </w:r>
      <w:r>
        <w:rPr>
          <w:rFonts w:ascii="宋体" w:eastAsia="宋体" w:hAnsi="宋体" w:cs="宋体"/>
          <w:color w:val="000000"/>
        </w:rPr>
        <w:t>满足</w:t>
      </w:r>
      <w:r>
        <w:pict>
          <v:shape id="_x0000_i707127" type="#_x0000_t75" alt="学科网(www.zxxk.com)--教育资源门户，提供试卷、教案、课件、论文、素材以及各类教学资源下载，还有大量而丰富的教学相关资讯！" style="width:65pt;height:18pt" o:oleicon="f" o:ole="">
            <v:imagedata r:id="rId537" o:title="eqId4fe0b97c94fcc4b66a7c844802488343"/>
          </v:shape>
        </w:pict>
      </w:r>
      <w:r>
        <w:rPr>
          <w:rFonts w:ascii="宋体" w:eastAsia="宋体" w:hAnsi="宋体" w:cs="宋体"/>
          <w:color w:val="000000"/>
        </w:rPr>
        <w:t>，则称关于</w:t>
      </w:r>
      <w:r>
        <w:pict>
          <v:shape id="_x0000_i707128" type="#_x0000_t75" alt="学科网(www.zxxk.com)--教育资源门户，提供试卷、教案、课件、论文、素材以及各类教学资源下载，还有大量而丰富的教学相关资讯！" style="width:9.75pt;height:12pt" o:oleicon="f" o:ole="">
            <v:imagedata r:id="rId535" o:title="eqIdd053b14c8588eee2acbbe44fc37a6886"/>
          </v:shape>
        </w:pict>
      </w:r>
      <w:r>
        <w:rPr>
          <w:rFonts w:ascii="宋体" w:eastAsia="宋体" w:hAnsi="宋体" w:cs="宋体"/>
          <w:color w:val="000000"/>
        </w:rPr>
        <w:t>的方程为关于</w:t>
      </w:r>
      <w:r>
        <w:pict>
          <v:shape id="_x0000_i707129" type="#_x0000_t75" alt="学科网(www.zxxk.com)--教育资源门户，提供试卷、教案、课件、论文、素材以及各类教学资源下载，还有大量而丰富的教学相关资讯！" style="width:9pt;height:9.75pt" o:oleicon="f" o:ole="">
            <v:imagedata r:id="rId532" o:title="eqId81dea63b8ce3e51adf66cf7b9982a248"/>
          </v:shape>
        </w:pict>
      </w:r>
      <w:r>
        <w:rPr>
          <w:rFonts w:ascii="宋体" w:eastAsia="宋体" w:hAnsi="宋体" w:cs="宋体"/>
          <w:color w:val="000000"/>
        </w:rPr>
        <w:t>的一元一次方程的“友好方程”．例如：一元一次方程</w:t>
      </w:r>
      <w:r>
        <w:pict>
          <v:shape id="_x0000_i707130" type="#_x0000_t75" alt="学科网(www.zxxk.com)--教育资源门户，提供试卷、教案、课件、论文、素材以及各类教学资源下载，还有大量而丰富的教学相关资讯！" style="width:78.5pt;height:14.5pt" o:oleicon="f" o:ole="">
            <v:imagedata r:id="rId538" o:title="eqId34486f9ce6dee214428f86871ff566a4"/>
          </v:shape>
        </w:pict>
      </w:r>
      <w:r>
        <w:rPr>
          <w:rFonts w:ascii="宋体" w:eastAsia="宋体" w:hAnsi="宋体" w:cs="宋体"/>
          <w:color w:val="000000"/>
        </w:rPr>
        <w:t>的解是</w:t>
      </w:r>
      <w:r>
        <w:pict>
          <v:shape id="_x0000_i707131" type="#_x0000_t75" alt="学科网(www.zxxk.com)--教育资源门户，提供试卷、教案、课件、论文、素材以及各类教学资源下载，还有大量而丰富的教学相关资讯！" style="width:38pt;height:18pt" o:oleicon="f" o:ole="">
            <v:imagedata r:id="rId539" o:title="eqIdd96b681df3d2004a08723e353d8577d9"/>
          </v:shape>
        </w:pict>
      </w:r>
      <w:r>
        <w:rPr>
          <w:rFonts w:ascii="宋体" w:eastAsia="宋体" w:hAnsi="宋体" w:cs="宋体"/>
          <w:color w:val="000000"/>
        </w:rPr>
        <w:t>，方程</w:t>
      </w:r>
      <w:r>
        <w:pict>
          <v:shape id="_x0000_i707132" type="#_x0000_t75" alt="学科网(www.zxxk.com)--教育资源门户，提供试卷、教案、课件、论文、素材以及各类教学资源下载，还有大量而丰富的教学相关资讯！" style="width:48.5pt;height:18pt" o:oleicon="f" o:ole="">
            <v:imagedata r:id="rId540" o:title="eqId0702a68bf4a4c96d826b7711fa4471a0"/>
          </v:shape>
        </w:pict>
      </w:r>
      <w:r>
        <w:rPr>
          <w:rFonts w:ascii="宋体" w:eastAsia="宋体" w:hAnsi="宋体" w:cs="宋体"/>
          <w:color w:val="000000"/>
        </w:rPr>
        <w:t>的所有解是</w:t>
      </w:r>
      <w:r>
        <w:pict>
          <v:shape id="_x0000_i707133" type="#_x0000_t75" alt="学科网(www.zxxk.com)--教育资源门户，提供试卷、教案、课件、论文、素材以及各类教学资源下载，还有大量而丰富的教学相关资讯！" style="width:26.25pt;height:15.75pt" o:oleicon="f" o:ole="">
            <v:imagedata r:id="rId541" o:title="eqIdc50866229ec5a3640fb250f9bd2192b3"/>
          </v:shape>
        </w:pict>
      </w:r>
      <w:r>
        <w:rPr>
          <w:rFonts w:ascii="宋体" w:eastAsia="宋体" w:hAnsi="宋体" w:cs="宋体"/>
          <w:color w:val="000000"/>
        </w:rPr>
        <w:t>或</w:t>
      </w:r>
      <w:r>
        <w:pict>
          <v:shape id="_x0000_i707134" type="#_x0000_t75" alt="学科网(www.zxxk.com)--教育资源门户，提供试卷、教案、课件、论文、素材以及各类教学资源下载，还有大量而丰富的教学相关资讯！" style="width:33.75pt;height:15.75pt" o:oleicon="f" o:ole="">
            <v:imagedata r:id="rId542" o:title="eqIdeefa44964db83759aff6fc8dd7ef8f28"/>
          </v:shape>
        </w:pict>
      </w:r>
      <w:r>
        <w:rPr>
          <w:rFonts w:ascii="宋体" w:eastAsia="宋体" w:hAnsi="宋体" w:cs="宋体"/>
          <w:color w:val="000000"/>
        </w:rPr>
        <w:t>，当</w:t>
      </w:r>
      <w:r>
        <w:pict>
          <v:shape id="_x0000_i707135" type="#_x0000_t75" alt="学科网(www.zxxk.com)--教育资源门户，提供试卷、教案、课件、论文、素材以及各类教学资源下载，还有大量而丰富的教学相关资讯！" style="width:31pt;height:18pt" o:oleicon="f" o:ole="">
            <v:imagedata r:id="rId543" o:title="eqId17cb836b46af835d192dab3696dd8e2a"/>
          </v:shape>
        </w:pict>
      </w:r>
      <w:r>
        <w:rPr>
          <w:rFonts w:ascii="宋体" w:eastAsia="宋体" w:hAnsi="宋体" w:cs="宋体"/>
          <w:color w:val="000000"/>
        </w:rPr>
        <w:t>时，</w:t>
      </w:r>
      <w:r>
        <w:pict>
          <v:shape id="_x0000_i707136" type="#_x0000_t75" alt="学科网(www.zxxk.com)--教育资源门户，提供试卷、教案、课件、论文、素材以及各类教学资源下载，还有大量而丰富的教学相关资讯！" style="width:65pt;height:18pt" o:oleicon="f" o:ole="">
            <v:imagedata r:id="rId537" o:title="eqId4fe0b97c94fcc4b66a7c844802488343"/>
          </v:shape>
        </w:pict>
      </w:r>
      <w:r>
        <w:rPr>
          <w:rFonts w:ascii="宋体" w:eastAsia="宋体" w:hAnsi="宋体" w:cs="宋体"/>
          <w:color w:val="000000"/>
        </w:rPr>
        <w:t>，所以</w:t>
      </w:r>
      <w:r>
        <w:pict>
          <v:shape id="_x0000_i707137" type="#_x0000_t75" alt="学科网(www.zxxk.com)--教育资源门户，提供试卷、教案、课件、论文、素材以及各类教学资源下载，还有大量而丰富的教学相关资讯！" style="width:48.5pt;height:18pt" o:oleicon="f" o:ole="">
            <v:imagedata r:id="rId540" o:title="eqId0702a68bf4a4c96d826b7711fa4471a0"/>
          </v:shape>
        </w:pict>
      </w:r>
      <w:r>
        <w:rPr>
          <w:rFonts w:ascii="宋体" w:eastAsia="宋体" w:hAnsi="宋体" w:cs="宋体"/>
          <w:color w:val="000000"/>
        </w:rPr>
        <w:t>为一元一次方程</w:t>
      </w:r>
      <w:r>
        <w:pict>
          <v:shape id="_x0000_i707138" type="#_x0000_t75" alt="学科网(www.zxxk.com)--教育资源门户，提供试卷、教案、课件、论文、素材以及各类教学资源下载，还有大量而丰富的教学相关资讯！" style="width:78.5pt;height:14.5pt" o:oleicon="f" o:ole="">
            <v:imagedata r:id="rId538" o:title="eqId34486f9ce6dee214428f86871ff566a4"/>
          </v:shape>
        </w:pict>
      </w:r>
      <w:r>
        <w:rPr>
          <w:rFonts w:ascii="宋体" w:eastAsia="宋体" w:hAnsi="宋体" w:cs="宋体"/>
          <w:color w:val="000000"/>
        </w:rPr>
        <w:t>的“友好方程”</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）已知关于的方程：①</w:t>
      </w:r>
      <w:r>
        <w:pict>
          <v:shape id="_x0000_i707139" type="#_x0000_t75" alt="学科网(www.zxxk.com)--教育资源门户，提供试卷、教案、课件、论文、素材以及各类教学资源下载，还有大量而丰富的教学相关资讯！" style="width:50.5pt;height:16pt" o:oleicon="f" o:ole="">
            <v:imagedata r:id="rId544" o:title="eqId3f64d524d7105b9a521ce3f92af52aa7"/>
          </v:shape>
        </w:pict>
      </w:r>
      <w:r>
        <w:rPr>
          <w:rFonts w:ascii="宋体" w:eastAsia="宋体" w:hAnsi="宋体" w:cs="宋体"/>
          <w:color w:val="000000"/>
        </w:rPr>
        <w:t>，②</w:t>
      </w:r>
      <w:r>
        <w:pict>
          <v:shape id="_x0000_i707140" type="#_x0000_t75" alt="学科网(www.zxxk.com)--教育资源门户，提供试卷、教案、课件、论文、素材以及各类教学资源下载，还有大量而丰富的教学相关资讯！" style="width:34pt;height:16pt" o:oleicon="f" o:ole="">
            <v:imagedata r:id="rId545" o:title="eqIdc4aca615af784237b9abbff0338c9a4f"/>
          </v:shape>
        </w:pict>
      </w:r>
      <w:r>
        <w:rPr>
          <w:rFonts w:ascii="宋体" w:eastAsia="宋体" w:hAnsi="宋体" w:cs="宋体"/>
          <w:color w:val="000000"/>
        </w:rPr>
        <w:t>，哪个方程是一元一次方程</w:t>
      </w:r>
      <w:r>
        <w:pict>
          <v:shape id="_x0000_i707141" type="#_x0000_t75" alt="学科网(www.zxxk.com)--教育资源门户，提供试卷、教案、课件、论文、素材以及各类教学资源下载，还有大量而丰富的教学相关资讯！" style="width:83pt;height:14.5pt" o:oleicon="f" o:ole="">
            <v:imagedata r:id="rId546" o:title="eqId899bc911ec7dc64f8efbaedc303e469f"/>
          </v:shape>
        </w:pict>
      </w:r>
      <w:r>
        <w:rPr>
          <w:rFonts w:ascii="宋体" w:eastAsia="宋体" w:hAnsi="宋体" w:cs="宋体"/>
          <w:color w:val="000000"/>
        </w:rPr>
        <w:t>的“友好方程”？请直接写出正确的序号是_________．</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）若关于</w:t>
      </w:r>
      <w:r>
        <w:pict>
          <v:shape id="_x0000_i707142" type="#_x0000_t75" alt="学科网(www.zxxk.com)--教育资源门户，提供试卷、教案、课件、论文、素材以及各类教学资源下载，还有大量而丰富的教学相关资讯！" style="width:9.75pt;height:12pt" o:oleicon="f" o:ole="">
            <v:imagedata r:id="rId547" o:title="eqIdd053b14c8588eee2acbbe44fc37a6886"/>
          </v:shape>
        </w:pict>
      </w:r>
      <w:r>
        <w:rPr>
          <w:rFonts w:ascii="宋体" w:eastAsia="宋体" w:hAnsi="宋体" w:cs="宋体"/>
          <w:color w:val="000000"/>
        </w:rPr>
        <w:t>的方程</w:t>
      </w:r>
      <w:r>
        <w:pict>
          <v:shape id="_x0000_i707143" type="#_x0000_t75" alt="学科网(www.zxxk.com)--教育资源门户，提供试卷、教案、课件、论文、素材以及各类教学资源下载，还有大量而丰富的教学相关资讯！" style="width:73pt;height:16pt" o:oleicon="f" o:ole="">
            <v:imagedata r:id="rId548" o:title="eqId7af06f9b7350662600ad107cf83f9876"/>
          </v:shape>
        </w:pict>
      </w:r>
      <w:r>
        <w:rPr>
          <w:rFonts w:ascii="宋体" w:eastAsia="宋体" w:hAnsi="宋体" w:cs="宋体"/>
          <w:color w:val="000000"/>
        </w:rPr>
        <w:t>是关于</w:t>
      </w:r>
      <w:r>
        <w:pict>
          <v:shape id="_x0000_i707144" type="#_x0000_t75" alt="学科网(www.zxxk.com)--教育资源门户，提供试卷、教案、课件、论文、素材以及各类教学资源下载，还有大量而丰富的教学相关资讯！" style="width:9pt;height:9.75pt" o:oleicon="f" o:ole="">
            <v:imagedata r:id="rId549" o:title="eqId81dea63b8ce3e51adf66cf7b9982a248"/>
          </v:shape>
        </w:pict>
      </w:r>
      <w:r>
        <w:rPr>
          <w:rFonts w:ascii="宋体" w:eastAsia="宋体" w:hAnsi="宋体" w:cs="宋体"/>
          <w:color w:val="000000"/>
        </w:rPr>
        <w:t>的一元一次方程</w:t>
      </w:r>
      <w:r>
        <w:pict>
          <v:shape id="_x0000_i707145" type="#_x0000_t75" alt="学科网(www.zxxk.com)--教育资源门户，提供试卷、教案、课件、论文、素材以及各类教学资源下载，还有大量而丰富的教学相关资讯！" style="width:91pt;height:31pt" o:oleicon="f" o:ole="">
            <v:imagedata r:id="rId550" o:title="eqIde18906ec70181094576f28a37e047dc1"/>
          </v:shape>
        </w:pict>
      </w:r>
      <w:r>
        <w:rPr>
          <w:rFonts w:ascii="宋体" w:eastAsia="宋体" w:hAnsi="宋体" w:cs="宋体"/>
          <w:color w:val="000000"/>
        </w:rPr>
        <w:t>的“友好方程”，请求出</w:t>
      </w:r>
      <w:r>
        <w:pict>
          <v:shape id="_x0000_i707146" type="#_x0000_t75" alt="学科网(www.zxxk.com)--教育资源门户，提供试卷、教案、课件、论文、素材以及各类教学资源下载，还有大量而丰富的教学相关资讯！" style="width:9pt;height:9.75pt" o:oleicon="f" o:ole="">
            <v:imagedata r:id="rId551" o:title="eqId0a6936d370d6a238a608ca56f87198de"/>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）如关于</w:t>
      </w:r>
      <w:r>
        <w:pict>
          <v:shape id="_x0000_i707147" type="#_x0000_t75" alt="学科网(www.zxxk.com)--教育资源门户，提供试卷、教案、课件、论文、素材以及各类教学资源下载，还有大量而丰富的教学相关资讯！" style="width:9.75pt;height:12pt" o:oleicon="f" o:ole="">
            <v:imagedata r:id="rId552" o:title="eqIdd053b14c8588eee2acbbe44fc37a6886"/>
          </v:shape>
        </w:pict>
      </w:r>
      <w:r>
        <w:rPr>
          <w:rFonts w:ascii="宋体" w:eastAsia="宋体" w:hAnsi="宋体" w:cs="宋体"/>
          <w:color w:val="000000"/>
        </w:rPr>
        <w:t>的方程</w:t>
      </w:r>
      <w:r>
        <w:pict>
          <v:shape id="_x0000_i707148" type="#_x0000_t75" alt="学科网(www.zxxk.com)--教育资源门户，提供试卷、教案、课件、论文、素材以及各类教学资源下载，还有大量而丰富的教学相关资讯！" style="width:148pt;height:31pt" o:oleicon="f" o:ole="">
            <v:imagedata r:id="rId553" o:title="eqId0dc2c63628566c37960bdbd2b82a9eee"/>
          </v:shape>
        </w:pict>
      </w:r>
      <w:r>
        <w:rPr>
          <w:rFonts w:ascii="宋体" w:eastAsia="宋体" w:hAnsi="宋体" w:cs="宋体"/>
          <w:color w:val="000000"/>
        </w:rPr>
        <w:t>是关于</w:t>
      </w:r>
      <w:r>
        <w:pict>
          <v:shape id="_x0000_i707149" type="#_x0000_t75" alt="学科网(www.zxxk.com)--教育资源门户，提供试卷、教案、课件、论文、素材以及各类教学资源下载，还有大量而丰富的教学相关资讯！" style="width:9pt;height:9.75pt" o:oleicon="f" o:ole="">
            <v:imagedata r:id="rId554" o:title="eqId81dea63b8ce3e51adf66cf7b9982a248"/>
          </v:shape>
        </w:pict>
      </w:r>
      <w:r>
        <w:rPr>
          <w:rFonts w:ascii="宋体" w:eastAsia="宋体" w:hAnsi="宋体" w:cs="宋体"/>
          <w:color w:val="000000"/>
        </w:rPr>
        <w:t>的一元一次方程</w:t>
      </w:r>
      <w:r>
        <w:pict>
          <v:shape id="_x0000_i707150" type="#_x0000_t75" alt="学科网(www.zxxk.com)--教育资源门户，提供试卷、教案、课件、论文、素材以及各类教学资源下载，还有大量而丰富的教学相关资讯！" style="width:78.5pt;height:14.5pt" o:oleicon="f" o:ole="">
            <v:imagedata r:id="rId555" o:title="eqId097b76a8cc95108098e832ffb9a50085"/>
          </v:shape>
        </w:pict>
      </w:r>
      <w:r>
        <w:rPr>
          <w:rFonts w:ascii="宋体" w:eastAsia="宋体" w:hAnsi="宋体" w:cs="宋体"/>
          <w:color w:val="000000"/>
        </w:rPr>
        <w:t>的“友好方程”，请直接写出</w:t>
      </w:r>
      <w:r>
        <w:pict>
          <v:shape id="_x0000_i707151" type="#_x0000_t75" alt="学科网(www.zxxk.com)--教育资源门户，提供试卷、教案、课件、论文、素材以及各类教学资源下载，还有大量而丰富的教学相关资讯！" style="width:30.75pt;height:30.75pt" o:oleicon="f" o:ole="">
            <v:imagedata r:id="rId556" o:title="eqId87bbe8077a32b7a2e9085a71c708c112"/>
          </v:shape>
        </w:pict>
      </w:r>
      <w:r>
        <w:rPr>
          <w:rFonts w:ascii="宋体" w:eastAsia="宋体" w:hAnsi="宋体" w:cs="宋体"/>
          <w:color w:val="000000"/>
        </w:rPr>
        <w:t>的值．</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）②；（</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95</w:t>
      </w:r>
      <w:r>
        <w:rPr>
          <w:rFonts w:ascii="宋体" w:eastAsia="宋体" w:hAnsi="宋体" w:cs="宋体"/>
          <w:color w:val="000000"/>
        </w:rPr>
        <w:t>或</w:t>
      </w:r>
      <w:r>
        <w:rPr>
          <w:rFonts w:ascii="Times New Roman" w:eastAsia="Times New Roman" w:hAnsi="Times New Roman" w:cs="Times New Roman"/>
          <w:color w:val="000000"/>
        </w:rPr>
        <w:t>97</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16</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）先求出一元一次方程</w:t>
      </w:r>
      <w:r>
        <w:pict>
          <v:shape id="_x0000_i707152" type="#_x0000_t75" alt="学科网(www.zxxk.com)--教育资源门户，提供试卷、教案、课件、论文、素材以及各类教学资源下载，还有大量而丰富的教学相关资讯！" style="width:83pt;height:14.5pt" o:oleicon="f" o:ole="">
            <v:imagedata r:id="rId557" o:title="eqId899bc911ec7dc64f8efbaedc303e469f"/>
          </v:shape>
        </w:pict>
      </w:r>
      <w:r>
        <w:rPr>
          <w:rFonts w:ascii="宋体" w:eastAsia="宋体" w:hAnsi="宋体" w:cs="宋体"/>
          <w:color w:val="000000"/>
        </w:rPr>
        <w:t>的解，再解方程</w:t>
      </w:r>
      <w:r>
        <w:pict>
          <v:shape id="_x0000_i707153" type="#_x0000_t75" alt="学科网(www.zxxk.com)--教育资源门户，提供试卷、教案、课件、论文、素材以及各类教学资源下载，还有大量而丰富的教学相关资讯！" style="width:50.5pt;height:16pt" o:oleicon="f" o:ole="">
            <v:imagedata r:id="rId558" o:title="eqId3f64d524d7105b9a521ce3f92af52aa7"/>
          </v:shape>
        </w:pict>
      </w:r>
      <w:r>
        <w:rPr>
          <w:rFonts w:ascii="宋体" w:eastAsia="宋体" w:hAnsi="宋体" w:cs="宋体"/>
          <w:color w:val="000000"/>
        </w:rPr>
        <w:t>和</w:t>
      </w:r>
      <w:r>
        <w:pict>
          <v:shape id="_x0000_i707154" type="#_x0000_t75" alt="学科网(www.zxxk.com)--教育资源门户，提供试卷、教案、课件、论文、素材以及各类教学资源下载，还有大量而丰富的教学相关资讯！" style="width:34pt;height:16pt" o:oleicon="f" o:ole="">
            <v:imagedata r:id="rId559" o:title="eqIdc4aca615af784237b9abbff0338c9a4f"/>
          </v:shape>
        </w:pict>
      </w:r>
      <w:r>
        <w:rPr>
          <w:rFonts w:ascii="宋体" w:eastAsia="宋体" w:hAnsi="宋体" w:cs="宋体"/>
          <w:color w:val="000000"/>
        </w:rPr>
        <w:t>，根据“友好方程”的定义去判断；</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）解出方程</w:t>
      </w:r>
      <w:r>
        <w:pict>
          <v:shape id="_x0000_i707155" type="#_x0000_t75" alt="学科网(www.zxxk.com)--教育资源门户，提供试卷、教案、课件、论文、素材以及各类教学资源下载，还有大量而丰富的教学相关资讯！" style="width:73pt;height:16pt" o:oleicon="f" o:ole="">
            <v:imagedata r:id="rId560" o:title="eqId7af06f9b7350662600ad107cf83f9876"/>
          </v:shape>
        </w:pict>
      </w:r>
      <w:r>
        <w:rPr>
          <w:rFonts w:ascii="宋体" w:eastAsia="宋体" w:hAnsi="宋体" w:cs="宋体"/>
          <w:color w:val="000000"/>
        </w:rPr>
        <w:t>的解，一元一次方程</w:t>
      </w:r>
      <w:r>
        <w:pict>
          <v:shape id="_x0000_i707156" type="#_x0000_t75" alt="学科网(www.zxxk.com)--教育资源门户，提供试卷、教案、课件、论文、素材以及各类教学资源下载，还有大量而丰富的教学相关资讯！" style="width:91pt;height:31pt" o:oleicon="f" o:ole="">
            <v:imagedata r:id="rId561" o:title="eqIde18906ec70181094576f28a37e047dc1"/>
          </v:shape>
        </w:pict>
      </w:r>
      <w:r>
        <w:rPr>
          <w:rFonts w:ascii="宋体" w:eastAsia="宋体" w:hAnsi="宋体" w:cs="宋体"/>
          <w:color w:val="000000"/>
        </w:rPr>
        <w:t>的解是</w:t>
      </w:r>
      <w:r>
        <w:pict>
          <v:shape id="_x0000_i707157" type="#_x0000_t75" alt="学科网(www.zxxk.com)--教育资源门户，提供试卷、教案、课件、论文、素材以及各类教学资源下载，还有大量而丰富的教学相关资讯！" style="width:39.75pt;height:12.75pt" o:oleicon="f" o:ole="">
            <v:imagedata r:id="rId562" o:title="eqId8541c9eb91e6c7b6b02eeb64fc5d7d0e"/>
          </v:shape>
        </w:pict>
      </w:r>
      <w:r>
        <w:rPr>
          <w:rFonts w:ascii="宋体" w:eastAsia="宋体" w:hAnsi="宋体" w:cs="宋体"/>
          <w:color w:val="000000"/>
        </w:rPr>
        <w:t>，分类讨论，令</w:t>
      </w:r>
      <w:r>
        <w:pict>
          <v:shape id="_x0000_i707158" type="#_x0000_t75" alt="学科网(www.zxxk.com)--教育资源门户，提供试卷、教案、课件、论文、素材以及各类教学资源下载，还有大量而丰富的教学相关资讯！" style="width:65pt;height:18pt" o:oleicon="f" o:ole="">
            <v:imagedata r:id="rId563" o:title="eqId4fe0b97c94fcc4b66a7c844802488343"/>
          </v:shape>
        </w:pict>
      </w:r>
      <w:r>
        <w:rPr>
          <w:rFonts w:ascii="宋体" w:eastAsia="宋体" w:hAnsi="宋体" w:cs="宋体"/>
          <w:color w:val="000000"/>
        </w:rPr>
        <w:t>，求出</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）一元一次方程</w:t>
      </w:r>
      <w:r>
        <w:pict>
          <v:shape id="_x0000_i707159" type="#_x0000_t75" alt="学科网(www.zxxk.com)--教育资源门户，提供试卷、教案、课件、论文、素材以及各类教学资源下载，还有大量而丰富的教学相关资讯！" style="width:78.5pt;height:14.5pt" o:oleicon="f" o:ole="">
            <v:imagedata r:id="rId564" o:title="eqId097b76a8cc95108098e832ffb9a50085"/>
          </v:shape>
        </w:pict>
      </w:r>
      <w:r>
        <w:rPr>
          <w:rFonts w:ascii="宋体" w:eastAsia="宋体" w:hAnsi="宋体" w:cs="宋体"/>
          <w:color w:val="000000"/>
        </w:rPr>
        <w:t>解得</w:t>
      </w:r>
      <w:r>
        <w:pict>
          <v:shape id="_x0000_i707160" type="#_x0000_t75" alt="学科网(www.zxxk.com)--教育资源门户，提供试卷、教案、课件、论文、素材以及各类教学资源下载，还有大量而丰富的教学相关资讯！" style="width:127pt;height:31pt" o:oleicon="f" o:ole="">
            <v:imagedata r:id="rId565" o:title="eqIde202a0211cb67259db0eb84bd5b6acea"/>
          </v:shape>
        </w:pict>
      </w:r>
      <w:r>
        <w:rPr>
          <w:rFonts w:ascii="宋体" w:eastAsia="宋体" w:hAnsi="宋体" w:cs="宋体"/>
          <w:color w:val="000000"/>
        </w:rPr>
        <w:t>，由</w:t>
      </w:r>
      <w:r>
        <w:pict>
          <v:shape id="_x0000_i707161" type="#_x0000_t75" alt="学科网(www.zxxk.com)--教育资源门户，提供试卷、教案、课件、论文、素材以及各类教学资源下载，还有大量而丰富的教学相关资讯！" style="width:65pt;height:18pt" o:oleicon="f" o:ole="">
            <v:imagedata r:id="rId566" o:title="eqId4fe0b97c94fcc4b66a7c844802488343"/>
          </v:shape>
        </w:pict>
      </w:r>
      <w:r>
        <w:rPr>
          <w:rFonts w:ascii="宋体" w:eastAsia="宋体" w:hAnsi="宋体" w:cs="宋体"/>
          <w:color w:val="000000"/>
        </w:rPr>
        <w:t>得</w:t>
      </w:r>
      <w:r>
        <w:pict>
          <v:shape id="_x0000_i707162" type="#_x0000_t75" alt="学科网(www.zxxk.com)--教育资源门户，提供试卷、教案、课件、论文、素材以及各类教学资源下载，还有大量而丰富的教学相关资讯！" style="width:111pt;height:31pt" o:oleicon="f" o:ole="">
            <v:imagedata r:id="rId567" o:title="eqId2aa78274f4f0a1015b489d6f5e256184"/>
          </v:shape>
        </w:pict>
      </w:r>
      <w:r>
        <w:rPr>
          <w:rFonts w:ascii="宋体" w:eastAsia="宋体" w:hAnsi="宋体" w:cs="宋体"/>
          <w:color w:val="000000"/>
        </w:rPr>
        <w:t>，把它代入关于</w:t>
      </w:r>
      <w:r>
        <w:rPr>
          <w:rFonts w:ascii="Times New Roman" w:eastAsia="Times New Roman" w:hAnsi="Times New Roman" w:cs="Times New Roman"/>
          <w:i/>
          <w:color w:val="000000"/>
        </w:rPr>
        <w:t>y</w:t>
      </w:r>
      <w:r>
        <w:rPr>
          <w:rFonts w:ascii="宋体" w:eastAsia="宋体" w:hAnsi="宋体" w:cs="宋体"/>
          <w:color w:val="000000"/>
        </w:rPr>
        <w:t>的方程即可求出结果．</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）一元一次方程</w:t>
      </w:r>
      <w:r>
        <w:pict>
          <v:shape id="_x0000_i707163" type="#_x0000_t75" alt="学科网(www.zxxk.com)--教育资源门户，提供试卷、教案、课件、论文、素材以及各类教学资源下载，还有大量而丰富的教学相关资讯！" style="width:83pt;height:14.5pt" o:oleicon="f" o:ole="">
            <v:imagedata r:id="rId568" o:title="eqId899bc911ec7dc64f8efbaedc303e469f"/>
          </v:shape>
        </w:pict>
      </w:r>
      <w:r>
        <w:rPr>
          <w:rFonts w:ascii="宋体" w:eastAsia="宋体" w:hAnsi="宋体" w:cs="宋体"/>
          <w:color w:val="000000"/>
        </w:rPr>
        <w:t>的解是</w:t>
      </w:r>
      <w:r>
        <w:pict>
          <v:shape id="_x0000_i707164" type="#_x0000_t75" alt="学科网(www.zxxk.com)--教育资源门户，提供试卷、教案、课件、论文、素材以及各类教学资源下载，还有大量而丰富的教学相关资讯！" style="width:43pt;height:18pt" o:oleicon="f" o:ole="">
            <v:imagedata r:id="rId569" o:title="eqIda48d68772c542f54d544c9357c3a52b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方程</w:t>
      </w:r>
      <w:r>
        <w:pict>
          <v:shape id="_x0000_i707165" type="#_x0000_t75" alt="学科网(www.zxxk.com)--教育资源门户，提供试卷、教案、课件、论文、素材以及各类教学资源下载，还有大量而丰富的教学相关资讯！" style="width:50.5pt;height:16pt" o:oleicon="f" o:ole="">
            <v:imagedata r:id="rId570" o:title="eqId3f64d524d7105b9a521ce3f92af52aa7"/>
          </v:shape>
        </w:pict>
      </w:r>
      <w:r>
        <w:rPr>
          <w:rFonts w:ascii="宋体" w:eastAsia="宋体" w:hAnsi="宋体" w:cs="宋体"/>
          <w:color w:val="000000"/>
        </w:rPr>
        <w:t>的解是</w:t>
      </w:r>
      <w:r>
        <w:pict>
          <v:shape id="_x0000_i707166" type="#_x0000_t75" alt="学科网(www.zxxk.com)--教育资源门户，提供试卷、教案、课件、论文、素材以及各类教学资源下载，还有大量而丰富的教学相关资讯！" style="width:25.2pt;height:15pt" o:oleicon="f" o:ole="">
            <v:imagedata r:id="rId571" o:title="eqIdc9355031ea0b2dc9cef3777621bc6d38"/>
          </v:shape>
        </w:pict>
      </w:r>
      <w:r>
        <w:rPr>
          <w:rFonts w:ascii="宋体" w:eastAsia="宋体" w:hAnsi="宋体" w:cs="宋体"/>
          <w:color w:val="000000"/>
        </w:rPr>
        <w:t>，</w:t>
      </w:r>
      <w:r>
        <w:pict>
          <v:shape id="_x0000_i707167" type="#_x0000_t75" alt="学科网(www.zxxk.com)--教育资源门户，提供试卷、教案、课件、论文、素材以及各类教学资源下载，还有大量而丰富的教学相关资讯！" style="width:65pt;height:18pt" o:oleicon="f" o:ole="">
            <v:imagedata r:id="rId572" o:title="eqIdbb81ef3579e21fb49da22274fffc60e5"/>
          </v:shape>
        </w:pict>
      </w:r>
      <w:r>
        <w:rPr>
          <w:rFonts w:ascii="宋体" w:eastAsia="宋体" w:hAnsi="宋体" w:cs="宋体"/>
          <w:color w:val="000000"/>
        </w:rPr>
        <w:t>，故不是“友好方程”，</w:t>
      </w:r>
    </w:p>
    <w:p>
      <w:pPr>
        <w:spacing w:line="360" w:lineRule="auto"/>
        <w:jc w:val="left"/>
        <w:textAlignment w:val="center"/>
        <w:rPr>
          <w:rFonts w:ascii="宋体" w:eastAsia="宋体" w:hAnsi="宋体" w:cs="宋体"/>
          <w:color w:val="000000"/>
        </w:rPr>
      </w:pPr>
      <w:r>
        <w:rPr>
          <w:rFonts w:ascii="宋体" w:eastAsia="宋体" w:hAnsi="宋体" w:cs="宋体"/>
          <w:color w:val="000000"/>
        </w:rPr>
        <w:t>方程</w:t>
      </w:r>
      <w:r>
        <w:pict>
          <v:shape id="_x0000_i707168" type="#_x0000_t75" alt="学科网(www.zxxk.com)--教育资源门户，提供试卷、教案、课件、论文、素材以及各类教学资源下载，还有大量而丰富的教学相关资讯！" style="width:34pt;height:16pt" o:oleicon="f" o:ole="">
            <v:imagedata r:id="rId573" o:title="eqIdc4aca615af784237b9abbff0338c9a4f"/>
          </v:shape>
        </w:pict>
      </w:r>
      <w:r>
        <w:rPr>
          <w:rFonts w:ascii="宋体" w:eastAsia="宋体" w:hAnsi="宋体" w:cs="宋体"/>
          <w:color w:val="000000"/>
        </w:rPr>
        <w:t>的解是</w:t>
      </w:r>
      <w:r>
        <w:pict>
          <v:shape id="_x0000_i707169" type="#_x0000_t75" alt="学科网(www.zxxk.com)--教育资源门户，提供试卷、教案、课件、论文、素材以及各类教学资源下载，还有大量而丰富的教学相关资讯！" style="width:26pt;height:15pt" o:oleicon="f" o:ole="">
            <v:imagedata r:id="rId574" o:title="eqId107babba45f110012183dc4dc54490f7"/>
          </v:shape>
        </w:pict>
      </w:r>
      <w:r>
        <w:rPr>
          <w:rFonts w:ascii="宋体" w:eastAsia="宋体" w:hAnsi="宋体" w:cs="宋体"/>
          <w:color w:val="000000"/>
        </w:rPr>
        <w:t>或</w:t>
      </w:r>
      <w:r>
        <w:pict>
          <v:shape id="_x0000_i707170" type="#_x0000_t75" alt="学科网(www.zxxk.com)--教育资源门户，提供试卷、教案、课件、论文、素材以及各类教学资源下载，还有大量而丰富的教学相关资讯！" style="width:30.75pt;height:15pt" o:oleicon="f" o:ole="">
            <v:imagedata r:id="rId575" o:title="eqIdcd24f3c4bc9f9a75d4b28630bb630d2b"/>
          </v:shape>
        </w:pict>
      </w:r>
      <w:r>
        <w:rPr>
          <w:rFonts w:ascii="宋体" w:eastAsia="宋体" w:hAnsi="宋体" w:cs="宋体"/>
          <w:color w:val="000000"/>
        </w:rPr>
        <w:t>，当</w:t>
      </w:r>
      <w:r>
        <w:pict>
          <v:shape id="_x0000_i707171" type="#_x0000_t75" alt="学科网(www.zxxk.com)--教育资源门户，提供试卷、教案、课件、论文、素材以及各类教学资源下载，还有大量而丰富的教学相关资讯！" style="width:39.75pt;height:18pt" o:oleicon="f" o:ole="">
            <v:imagedata r:id="rId576" o:title="eqId8faa47316e8d6c9631775a9d170bd26e"/>
          </v:shape>
        </w:pict>
      </w:r>
      <w:r>
        <w:rPr>
          <w:rFonts w:ascii="宋体" w:eastAsia="宋体" w:hAnsi="宋体" w:cs="宋体"/>
          <w:color w:val="000000"/>
        </w:rPr>
        <w:t>时，</w:t>
      </w:r>
      <w:r>
        <w:pict>
          <v:shape id="_x0000_i707172" type="#_x0000_t75" alt="学科网(www.zxxk.com)--教育资源门户，提供试卷、教案、课件、论文、素材以及各类教学资源下载，还有大量而丰富的教学相关资讯！" style="width:65pt;height:18pt" o:oleicon="f" o:ole="">
            <v:imagedata r:id="rId577" o:title="eqId4fe0b97c94fcc4b66a7c844802488343"/>
          </v:shape>
        </w:pict>
      </w:r>
      <w:r>
        <w:rPr>
          <w:rFonts w:ascii="宋体" w:eastAsia="宋体" w:hAnsi="宋体" w:cs="宋体"/>
          <w:color w:val="000000"/>
        </w:rPr>
        <w:t>，故是“友好方程”，</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故答案是：②；</w:t>
      </w:r>
    </w:p>
    <w:p>
      <w:pPr>
        <w:spacing w:line="360" w:lineRule="auto"/>
        <w:jc w:val="left"/>
        <w:textAlignment w:val="center"/>
        <w:rPr>
          <w:rFonts w:ascii="宋体" w:eastAsia="宋体" w:hAnsi="宋体" w:cs="宋体"/>
          <w:color w:val="000000"/>
        </w:rPr>
      </w:pPr>
      <w:r>
        <w:rPr>
          <w:rFonts w:ascii="宋体" w:eastAsia="宋体" w:hAnsi="宋体" w:cs="宋体"/>
          <w:color w:val="000000"/>
        </w:rPr>
        <w:t>（2）方程</w:t>
      </w:r>
      <w:r>
        <w:pict>
          <v:shape id="_x0000_i707173" type="#_x0000_t75" alt="学科网(www.zxxk.com)--教育资源门户，提供试卷、教案、课件、论文、素材以及各类教学资源下载，还有大量而丰富的教学相关资讯！" style="width:73pt;height:16pt" o:oleicon="f" o:ole="">
            <v:imagedata r:id="rId578" o:title="eqId7af06f9b7350662600ad107cf83f9876"/>
          </v:shape>
        </w:pict>
      </w:r>
      <w:r>
        <w:rPr>
          <w:rFonts w:ascii="宋体" w:eastAsia="宋体" w:hAnsi="宋体" w:cs="宋体"/>
          <w:color w:val="000000"/>
        </w:rPr>
        <w:t>的解是</w:t>
      </w:r>
      <w:r>
        <w:pict>
          <v:shape id="_x0000_i707174" type="#_x0000_t75" alt="学科网(www.zxxk.com)--教育资源门户，提供试卷、教案、课件、论文、素材以及各类教学资源下载，还有大量而丰富的教学相关资讯！" style="width:26pt;height:15pt" o:oleicon="f" o:ole="">
            <v:imagedata r:id="rId579" o:title="eqId107babba45f110012183dc4dc54490f7"/>
          </v:shape>
        </w:pict>
      </w:r>
      <w:r>
        <w:rPr>
          <w:rFonts w:ascii="宋体" w:eastAsia="宋体" w:hAnsi="宋体" w:cs="宋体"/>
          <w:color w:val="000000"/>
        </w:rPr>
        <w:t>或</w:t>
      </w:r>
      <w:r>
        <w:pict>
          <v:shape id="_x0000_i707175" type="#_x0000_t75" alt="学科网(www.zxxk.com)--教育资源门户，提供试卷、教案、课件、论文、素材以及各类教学资源下载，还有大量而丰富的教学相关资讯！" style="width:26.25pt;height:15pt" o:oleicon="f" o:ole="">
            <v:imagedata r:id="rId580" o:title="eqIde2a7df955fc17e92fd86302f8c34664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一元一次方程</w:t>
      </w:r>
      <w:r>
        <w:pict>
          <v:shape id="_x0000_i707176" type="#_x0000_t75" alt="学科网(www.zxxk.com)--教育资源门户，提供试卷、教案、课件、论文、素材以及各类教学资源下载，还有大量而丰富的教学相关资讯！" style="width:91pt;height:31pt" o:oleicon="f" o:ole="">
            <v:imagedata r:id="rId581" o:title="eqIde18906ec70181094576f28a37e047dc1"/>
          </v:shape>
        </w:pict>
      </w:r>
      <w:r>
        <w:rPr>
          <w:rFonts w:ascii="宋体" w:eastAsia="宋体" w:hAnsi="宋体" w:cs="宋体"/>
          <w:color w:val="000000"/>
        </w:rPr>
        <w:t>的解是</w:t>
      </w:r>
      <w:r>
        <w:pict>
          <v:shape id="_x0000_i707177" type="#_x0000_t75" alt="学科网(www.zxxk.com)--教育资源门户，提供试卷、教案、课件、论文、素材以及各类教学资源下载，还有大量而丰富的教学相关资讯！" style="width:39.75pt;height:12.75pt" o:oleicon="f" o:ole="">
            <v:imagedata r:id="rId582" o:title="eqId8541c9eb91e6c7b6b02eeb64fc5d7d0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若</w:t>
      </w:r>
      <w:r>
        <w:pict>
          <v:shape id="_x0000_i707178" type="#_x0000_t75" alt="学科网(www.zxxk.com)--教育资源门户，提供试卷、教案、课件、论文、素材以及各类教学资源下载，还有大量而丰富的教学相关资讯！" style="width:33pt;height:18pt" o:oleicon="f" o:ole="">
            <v:imagedata r:id="rId583" o:title="eqId5257c9f416914e1f3cbe156bcc234db0"/>
          </v:shape>
        </w:pict>
      </w:r>
      <w:r>
        <w:rPr>
          <w:rFonts w:ascii="宋体" w:eastAsia="宋体" w:hAnsi="宋体" w:cs="宋体"/>
          <w:color w:val="000000"/>
        </w:rPr>
        <w:t>，</w:t>
      </w:r>
      <w:r>
        <w:pict>
          <v:shape id="_x0000_i707179" type="#_x0000_t75" alt="学科网(www.zxxk.com)--教育资源门户，提供试卷、教案、课件、论文、素材以及各类教学资源下载，还有大量而丰富的教学相关资讯！" style="width:65pt;height:18pt" o:oleicon="f" o:ole="">
            <v:imagedata r:id="rId584" o:title="eqId4fe0b97c94fcc4b66a7c844802488343"/>
          </v:shape>
        </w:pict>
      </w:r>
      <w:r>
        <w:rPr>
          <w:rFonts w:ascii="宋体" w:eastAsia="宋体" w:hAnsi="宋体" w:cs="宋体"/>
          <w:color w:val="000000"/>
        </w:rPr>
        <w:t>，则</w:t>
      </w:r>
      <w:r>
        <w:pict>
          <v:shape id="_x0000_i707180" type="#_x0000_t75" alt="学科网(www.zxxk.com)--教育资源门户，提供试卷、教案、课件、论文、素材以及各类教学资源下载，还有大量而丰富的教学相关资讯！" style="width:71pt;height:14pt" o:oleicon="f" o:ole="">
            <v:imagedata r:id="rId585" o:title="eqId495908d8b51894222d2298b9b489d68d"/>
          </v:shape>
        </w:pict>
      </w:r>
      <w:r>
        <w:rPr>
          <w:rFonts w:ascii="宋体" w:eastAsia="宋体" w:hAnsi="宋体" w:cs="宋体"/>
          <w:color w:val="000000"/>
        </w:rPr>
        <w:t>，解得</w:t>
      </w:r>
      <w:r>
        <w:pict>
          <v:shape id="_x0000_i707181" type="#_x0000_t75" alt="学科网(www.zxxk.com)--教育资源门户，提供试卷、教案、课件、论文、素材以及各类教学资源下载，还有大量而丰富的教学相关资讯！" style="width:33.75pt;height:14.25pt" o:oleicon="f" o:ole="">
            <v:imagedata r:id="rId586" o:title="eqId0d0eea8fffe55a37f3f0faf9cf732d3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若</w:t>
      </w:r>
      <w:r>
        <w:pict>
          <v:shape id="_x0000_i707182" type="#_x0000_t75" alt="学科网(www.zxxk.com)--教育资源门户，提供试卷、教案、课件、论文、素材以及各类教学资源下载，还有大量而丰富的教学相关资讯！" style="width:32.9pt;height:18.15pt" o:oleicon="f" o:ole="">
            <v:imagedata r:id="rId587" o:title="eqIde7e1f7355b75ffa35680037ac95bd788"/>
          </v:shape>
        </w:pict>
      </w:r>
      <w:r>
        <w:rPr>
          <w:rFonts w:ascii="宋体" w:eastAsia="宋体" w:hAnsi="宋体" w:cs="宋体"/>
          <w:color w:val="000000"/>
        </w:rPr>
        <w:t>，</w:t>
      </w:r>
      <w:r>
        <w:pict>
          <v:shape id="_x0000_i707183" type="#_x0000_t75" alt="学科网(www.zxxk.com)--教育资源门户，提供试卷、教案、课件、论文、素材以及各类教学资源下载，还有大量而丰富的教学相关资讯！" style="width:65pt;height:18pt" o:oleicon="f" o:ole="">
            <v:imagedata r:id="rId588" o:title="eqId4fe0b97c94fcc4b66a7c844802488343"/>
          </v:shape>
        </w:pict>
      </w:r>
      <w:r>
        <w:rPr>
          <w:rFonts w:ascii="宋体" w:eastAsia="宋体" w:hAnsi="宋体" w:cs="宋体"/>
          <w:color w:val="000000"/>
        </w:rPr>
        <w:t>，则</w:t>
      </w:r>
      <w:r>
        <w:pict>
          <v:shape id="_x0000_i707184" type="#_x0000_t75" alt="学科网(www.zxxk.com)--教育资源门户，提供试卷、教案、课件、论文、素材以及各类教学资源下载，还有大量而丰富的教学相关资讯！" style="width:71pt;height:14pt" o:oleicon="f" o:ole="">
            <v:imagedata r:id="rId589" o:title="eqId5acd716dde514ba7bdc2ecdb0b532d4f"/>
          </v:shape>
        </w:pict>
      </w:r>
      <w:r>
        <w:rPr>
          <w:rFonts w:ascii="宋体" w:eastAsia="宋体" w:hAnsi="宋体" w:cs="宋体"/>
          <w:color w:val="000000"/>
        </w:rPr>
        <w:t>，解得</w:t>
      </w:r>
      <w:r>
        <w:pict>
          <v:shape id="_x0000_i707185" type="#_x0000_t75" alt="学科网(www.zxxk.com)--教育资源门户，提供试卷、教案、课件、论文、素材以及各类教学资源下载，还有大量而丰富的教学相关资讯！" style="width:30pt;height:12.75pt" o:oleicon="f" o:ole="">
            <v:imagedata r:id="rId590" o:title="eqIdee90082e24d201f6aec988ace2d1bf3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w:t>
      </w:r>
      <w:r>
        <w:rPr>
          <w:rFonts w:ascii="Times New Roman" w:eastAsia="Times New Roman" w:hAnsi="Times New Roman" w:cs="Times New Roman"/>
          <w:i/>
          <w:color w:val="000000"/>
        </w:rPr>
        <w:t>a</w:t>
      </w:r>
      <w:r>
        <w:rPr>
          <w:rFonts w:ascii="宋体" w:eastAsia="宋体" w:hAnsi="宋体" w:cs="宋体"/>
          <w:color w:val="000000"/>
        </w:rPr>
        <w:t>的值是</w:t>
      </w:r>
      <w:r>
        <w:rPr>
          <w:rFonts w:ascii="Times New Roman" w:eastAsia="Times New Roman" w:hAnsi="Times New Roman" w:cs="Times New Roman"/>
          <w:color w:val="000000"/>
        </w:rPr>
        <w:t>95</w:t>
      </w:r>
      <w:r>
        <w:rPr>
          <w:rFonts w:ascii="宋体" w:eastAsia="宋体" w:hAnsi="宋体" w:cs="宋体"/>
          <w:color w:val="000000"/>
        </w:rPr>
        <w:t>或</w:t>
      </w:r>
      <w:r>
        <w:rPr>
          <w:rFonts w:ascii="Times New Roman" w:eastAsia="Times New Roman" w:hAnsi="Times New Roman" w:cs="Times New Roman"/>
          <w:color w:val="000000"/>
        </w:rPr>
        <w:t>97</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186" type="#_x0000_t75" alt="学科网(www.zxxk.com)--教育资源门户，提供试卷、教案、课件、论文、素材以及各类教学资源下载，还有大量而丰富的教学相关资讯！" style="width:78.5pt;height:14.5pt" o:oleicon="f" o:ole="">
            <v:imagedata r:id="rId591" o:title="eqId097b76a8cc95108098e832ffb9a50085"/>
          </v:shape>
        </w:pict>
      </w:r>
      <w:r>
        <w:rPr>
          <w:rFonts w:ascii="宋体" w:eastAsia="宋体" w:hAnsi="宋体" w:cs="宋体"/>
          <w:color w:val="000000"/>
        </w:rPr>
        <w:t>，解得</w:t>
      </w:r>
      <w:r>
        <w:pict>
          <v:shape id="_x0000_i707187" type="#_x0000_t75" alt="学科网(www.zxxk.com)--教育资源门户，提供试卷、教案、课件、论文、素材以及各类教学资源下载，还有大量而丰富的教学相关资讯！" style="width:127pt;height:31pt" o:oleicon="f" o:ole="">
            <v:imagedata r:id="rId592" o:title="eqIde202a0211cb67259db0eb84bd5b6ace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88" type="#_x0000_t75" alt="学科网(www.zxxk.com)--教育资源门户，提供试卷、教案、课件、论文、素材以及各类教学资源下载，还有大量而丰富的教学相关资讯！" style="width:65pt;height:18pt" o:oleicon="f" o:ole="">
            <v:imagedata r:id="rId593" o:title="eqId4fe0b97c94fcc4b66a7c84480248834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89" type="#_x0000_t75" alt="学科网(www.zxxk.com)--教育资源门户，提供试卷、教案、课件、论文、素材以及各类教学资源下载，还有大量而丰富的教学相关资讯！" style="width:111pt;height:31pt" o:oleicon="f" o:ole="">
            <v:imagedata r:id="rId594" o:title="eqId2aa78274f4f0a1015b489d6f5e25618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90" type="#_x0000_t75" alt="学科网(www.zxxk.com)--教育资源门户，提供试卷、教案、课件、论文、素材以及各类教学资源下载，还有大量而丰富的教学相关资讯！" style="width:2in;height:33pt" o:oleicon="f" o:ole="">
            <v:imagedata r:id="rId595" o:title="eqIdc42daf831d874766bb0df176fa92bb3f"/>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91" type="#_x0000_t75" alt="学科网(www.zxxk.com)--教育资源门户，提供试卷、教案、课件、论文、素材以及各类教学资源下载，还有大量而丰富的教学相关资讯！" style="width:189pt;height:34pt" o:oleicon="f" o:ole="">
            <v:imagedata r:id="rId596" o:title="eqId5ee23c6fc1e8f2bd07119d427557c867"/>
          </v:shape>
        </w:pict>
      </w:r>
    </w:p>
    <w:p>
      <w:pPr>
        <w:spacing w:line="360" w:lineRule="auto"/>
        <w:jc w:val="left"/>
        <w:textAlignment w:val="center"/>
        <w:rPr>
          <w:color w:val="000000"/>
        </w:rPr>
      </w:pPr>
      <w:r>
        <w:pict>
          <v:shape id="_x0000_i707192" type="#_x0000_t75" alt="学科网(www.zxxk.com)--教育资源门户，提供试卷、教案、课件、论文、素材以及各类教学资源下载，还有大量而丰富的教学相关资讯！" style="width:134pt;height:34pt" o:oleicon="f" o:ole="">
            <v:imagedata r:id="rId597" o:title="eqId2e6079cc3f45b48261f1acf66ab081b5"/>
          </v:shape>
        </w:pict>
      </w:r>
    </w:p>
    <w:p>
      <w:pPr>
        <w:spacing w:line="360" w:lineRule="auto"/>
        <w:jc w:val="left"/>
        <w:textAlignment w:val="center"/>
        <w:rPr>
          <w:rFonts w:ascii="宋体" w:eastAsia="宋体" w:hAnsi="宋体" w:cs="宋体"/>
          <w:color w:val="000000"/>
        </w:rPr>
      </w:pPr>
      <w:r>
        <w:pict>
          <v:shape id="_x0000_i707193" type="#_x0000_t75" alt="学科网(www.zxxk.com)--教育资源门户，提供试卷、教案、课件、论文、素材以及各类教学资源下载，还有大量而丰富的教学相关资讯！" style="width:78pt;height:34pt" o:oleicon="f" o:ole="">
            <v:imagedata r:id="rId598" o:title="eqId49e387e904e58ef46c5a4abb075ca6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∵分母</w:t>
      </w:r>
      <w:r>
        <w:rPr>
          <w:rFonts w:ascii="Times New Roman" w:eastAsia="Times New Roman" w:hAnsi="Times New Roman" w:cs="Times New Roman"/>
          <w:i/>
          <w:color w:val="000000"/>
        </w:rPr>
        <w:t>m</w:t>
      </w:r>
      <w:r>
        <w:rPr>
          <w:rFonts w:ascii="宋体" w:eastAsia="宋体" w:hAnsi="宋体" w:cs="宋体"/>
          <w:color w:val="000000"/>
        </w:rPr>
        <w:t>不能为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94" type="#_x0000_t75" alt="学科网(www.zxxk.com)--教育资源门户，提供试卷、教案、课件、论文、素材以及各类教学资源下载，还有大量而丰富的教学相关资讯！" style="width:57pt;height:31pt" o:oleicon="f" o:ole="">
            <v:imagedata r:id="rId599" o:title="eqId7098436959f9cff9b586fe20d1cea313"/>
          </v:shape>
        </w:pict>
      </w:r>
      <w:r>
        <w:rPr>
          <w:rFonts w:ascii="宋体" w:eastAsia="宋体" w:hAnsi="宋体" w:cs="宋体"/>
          <w:color w:val="000000"/>
        </w:rPr>
        <w:t>，即</w:t>
      </w:r>
      <w:r>
        <w:pict>
          <v:shape id="_x0000_i707195" type="#_x0000_t75" alt="学科网(www.zxxk.com)--教育资源门户，提供试卷、教案、课件、论文、素材以及各类教学资源下载，还有大量而丰富的教学相关资讯！" style="width:39pt;height:31pt" o:oleicon="f" o:ole="">
            <v:imagedata r:id="rId600" o:title="eqId9e34e77771f7f36231e51be1e914550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96" type="#_x0000_t75" alt="学科网(www.zxxk.com)--教育资源门户，提供试卷、教案、课件、论文、素材以及各类教学资源下载，还有大量而丰富的教学相关资讯！" style="width:37pt;height:31pt" o:oleicon="f" o:ole="">
            <v:imagedata r:id="rId601" o:title="eqId7f1b91c2098e110081098f34de0e768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197" type="#_x0000_t75" alt="学科网(www.zxxk.com)--教育资源门户，提供试卷、教案、课件、论文、素材以及各类教学资源下载，还有大量而丰富的教学相关资讯！" style="width:91pt;height:31pt" o:oleicon="f" o:ole="">
            <v:imagedata r:id="rId602" o:title="eqId55f674c3d9967a5b1e41cb3ff58528a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本题考查解一元一次方程，解题的关键是理解题目中定义的“友好方程”，通过解一元一次方程的方法求解．</w:t>
      </w:r>
    </w:p>
    <w:p>
      <w:pPr>
        <w:pStyle w:val="Heading2"/>
      </w:pPr>
      <w:r>
        <w:t>平谷区峪口中学</w:t>
      </w:r>
    </w:p>
    <w:p>
      <w:pPr>
        <w:pStyle w:val="Normal"/>
        <w:spacing w:lineRule="auto" w:line="360"/>
        <w:jc w:val="start"/>
        <w:textAlignment w:val="center"/>
        <w:rPr/>
      </w:pPr>
      <w:r>
        <w:rPr>
          <w:color w:val="000000"/>
        </w:rPr>
        <w:t xml:space="preserve">32. </w:t>
      </w:r>
      <w:r>
        <w:rPr>
          <w:rFonts w:eastAsia="Times New Roman" w:cs="Times New Roman"/>
          <w:color w:val="000000"/>
        </w:rPr>
        <w:t>34</w:t>
      </w:r>
      <w:r>
        <w:rPr>
          <w:rFonts w:eastAsia="宋体;SimSun" w:cs="宋体;SimSun" w:ascii="宋体;SimSun" w:hAnsi="宋体;SimSun"/>
          <w:color w:val="000000"/>
        </w:rPr>
        <w:t>÷</w:t>
      </w:r>
      <w:r>
        <w:rPr>
          <w:rFonts w:ascii="宋体;SimSun" w:hAnsi="宋体;SimSun" w:cs="宋体;SimSun"/>
          <w:color w:val="000000"/>
        </w:rPr>
        <w:t>（－</w:t>
      </w:r>
      <w:r>
        <w:rPr>
          <w:rFonts w:eastAsia="Times New Roman" w:cs="Times New Roman"/>
          <w:color w:val="000000"/>
        </w:rPr>
        <w:t>27</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宋体;SimSun" w:cs="宋体;SimSun" w:ascii="宋体;SimSun" w:hAnsi="宋体;SimSun"/>
          <w:color w:val="000000"/>
        </w:rPr>
        <w:t>×</w:t>
      </w:r>
      <w:r>
        <w:rPr>
          <w:rFonts w:ascii="宋体;SimSun" w:hAnsi="宋体;SimSun" w:cs="宋体;SimSun"/>
          <w:color w:val="000000"/>
        </w:rPr>
        <w:t>（－</w:t>
      </w:r>
      <w:r>
        <w:rPr/>
        <w:pict>
          <v:shape id="_x0000_i707198" type="_x0000_tole_rId201" style="width:12pt;height:31.2pt" filled="f" o:ole="">
            <v:imagedata r:id="rId603" o:title=""/>
          </v:shape>
        </w:pict>
      </w:r>
      <w:r>
        <w:rPr>
          <w:rFonts w:ascii="宋体;SimSun" w:hAnsi="宋体;SimSun" w:cs="宋体;SimSun"/>
          <w:color w:val="000000"/>
        </w:rPr>
        <w:t>）＋</w:t>
      </w:r>
      <w:r>
        <w:rPr>
          <w:rFonts w:eastAsia="Times New Roman" w:cs="Times New Roman"/>
          <w:color w:val="000000"/>
        </w:rPr>
        <w:t>23</w:t>
      </w:r>
      <w:r>
        <w:rPr>
          <w:rFonts w:ascii="宋体;SimSun" w:hAnsi="宋体;SimSun" w:cs="宋体;SimSun"/>
          <w:color w:val="000000"/>
        </w:rPr>
        <w:t>〕</w:t>
      </w:r>
    </w:p>
    <w:p>
      <w:pPr>
        <w:pStyle w:val="Normal"/>
        <w:spacing w:lineRule="auto" w:line="360"/>
        <w:textAlignment w:val="center"/>
        <w:rPr>
          <w:color w:val="000000"/>
        </w:rPr>
      </w:pPr>
      <w:r>
        <w:rPr>
          <w:color w:val="2E75B6"/>
        </w:rPr>
        <w:t>【答案】</w:t>
      </w:r>
      <w:r>
        <w:rPr/>
        <w:pict>
          <v:shape id="_x0000_i707199" type="_x0000_tole_rId203" style="width:33.8pt;height:27.55pt" filled="f" o:ole="">
            <v:imagedata r:id="rId604" o:title=""/>
          </v:shape>
        </w:pic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color w:val="000000"/>
        </w:rPr>
        <w:t>先算括号内的，再算乘除，最后算加减即可求出值．</w:t>
      </w:r>
    </w:p>
    <w:p>
      <w:pPr>
        <w:pStyle w:val="Normal"/>
        <w:spacing w:lineRule="auto" w:line="360"/>
        <w:textAlignment w:val="center"/>
        <w:rPr>
          <w:rFonts w:ascii="Times New Roman" w:hAnsi="Times New Roman" w:eastAsia="Times New Roman" w:cs="Times New Roman"/>
          <w:color w:val="000000"/>
        </w:rPr>
      </w:pPr>
      <w:r>
        <w:rPr>
          <w:color w:val="000000"/>
        </w:rPr>
        <w:t>【详解】</w:t>
      </w:r>
      <w:r>
        <w:rPr>
          <w:rFonts w:ascii="宋体;SimSun" w:hAnsi="宋体;SimSun" w:cs="宋体;SimSun"/>
          <w:color w:val="000000"/>
        </w:rPr>
        <w:t>解：原式</w:t>
      </w:r>
      <w:r>
        <w:rPr>
          <w:rFonts w:eastAsia="Times New Roman" w:cs="Times New Roman"/>
          <w:color w:val="000000"/>
        </w:rPr>
        <w:t>=</w:t>
      </w:r>
      <w:r>
        <w:rPr/>
        <w:pict>
          <v:shape id="_x0000_i707200" type="_x0000_tole_rId205" style="width:65.75pt;height:27.55pt" filled="f" o:ole="">
            <v:imagedata r:id="rId605" o:title=""/>
          </v:shape>
        </w:pic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color w:val="000000"/>
        </w:rPr>
        <w:t>=</w:t>
      </w:r>
      <w:r>
        <w:rPr/>
        <w:pict>
          <v:shape id="_x0000_i707201" type="_x0000_tole_rId207" style="width:44.45pt;height:27.55pt" filled="f" o:ole="">
            <v:imagedata r:id="rId606" o:title=""/>
          </v:shape>
        </w:pict>
      </w:r>
    </w:p>
    <w:p>
      <w:pPr>
        <w:pStyle w:val="Normal"/>
        <w:spacing w:lineRule="auto" w:line="360"/>
        <w:jc w:val="start"/>
        <w:textAlignment w:val="center"/>
        <w:rPr>
          <w:rFonts w:ascii="Times New Roman" w:hAnsi="Times New Roman" w:eastAsia="Times New Roman" w:cs="Times New Roman"/>
          <w:color w:val="000000"/>
        </w:rPr>
      </w:pPr>
      <w:r>
        <w:rPr>
          <w:rFonts w:eastAsia="Times New Roman" w:cs="Times New Roman"/>
          <w:color w:val="000000"/>
        </w:rPr>
        <w:t>=</w:t>
      </w:r>
      <w:r>
        <w:rPr/>
        <w:pict>
          <v:shape id="_x0000_i707202" type="_x0000_tole_rId209" style="width:33.8pt;height:27.55pt" filled="f" o:ole="">
            <v:imagedata r:id="rId607" o:title=""/>
          </v:shape>
        </w:pict>
      </w:r>
    </w:p>
    <w:p>
      <w:pPr>
        <w:pStyle w:val="Normal"/>
        <w:spacing w:lineRule="auto" w:line="360"/>
        <w:jc w:val="start"/>
        <w:textAlignment w:val="center"/>
        <w:rPr/>
      </w:pPr>
      <w:r>
        <w:rPr>
          <w:color w:val="000000"/>
        </w:rPr>
        <w:t>【点睛】</w:t>
      </w:r>
      <w:r>
        <w:rPr>
          <w:rFonts w:ascii="宋体;SimSun" w:hAnsi="宋体;SimSun" w:cs="宋体;SimSun"/>
          <w:color w:val="000000"/>
        </w:rPr>
        <w:t>此题考查了有理数的混合运算，熟练掌握运算法则及运算律是解本题的关键．</w:t>
      </w:r>
    </w:p>
    <w:p>
      <w:pPr>
        <w:pStyle w:val="Normal"/>
        <w:spacing w:lineRule="auto" w:line="360"/>
        <w:jc w:val="start"/>
        <w:textAlignment w:val="center"/>
        <w:rPr/>
      </w:pPr>
      <w:r>
        <w:rPr>
          <w:rFonts w:ascii="宋体;SimSun" w:hAnsi="宋体;SimSun" w:cs="宋体;SimSun"/>
          <w:b/>
          <w:color w:val="000000"/>
          <w:sz w:val="24"/>
        </w:rPr>
        <w:t>五、解答题：（</w:t>
      </w:r>
      <w:r>
        <w:rPr>
          <w:rFonts w:eastAsia="Times New Roman" w:cs="Times New Roman"/>
          <w:b/>
          <w:color w:val="000000"/>
          <w:sz w:val="24"/>
        </w:rPr>
        <w:t>5</w:t>
      </w:r>
      <w:r>
        <w:rPr>
          <w:rFonts w:ascii="宋体;SimSun" w:hAnsi="宋体;SimSun" w:cs="宋体;SimSun"/>
          <w:b/>
          <w:color w:val="000000"/>
          <w:sz w:val="24"/>
        </w:rPr>
        <w:t>分）</w:t>
      </w:r>
    </w:p>
    <w:p>
      <w:pPr>
        <w:pStyle w:val="Normal"/>
        <w:spacing w:lineRule="auto" w:line="360"/>
        <w:jc w:val="start"/>
        <w:textAlignment w:val="center"/>
        <w:rPr/>
      </w:pPr>
      <w:r>
        <w:rPr>
          <w:color w:val="000000"/>
        </w:rPr>
        <w:t xml:space="preserve">33. </w:t>
      </w:r>
      <w:r>
        <w:rPr>
          <w:rFonts w:ascii="宋体;SimSun" w:hAnsi="宋体;SimSun" w:cs="宋体;SimSun"/>
          <w:color w:val="000000"/>
        </w:rPr>
        <w:t>同学们都知道，</w:t>
      </w:r>
      <w:r>
        <w:rPr>
          <w:rFonts w:eastAsia="宋体;SimSun" w:cs="宋体;SimSun" w:ascii="宋体;SimSun" w:hAnsi="宋体;SimSun"/>
          <w:color w:val="000000"/>
        </w:rPr>
        <w:t>|</w:t>
      </w:r>
      <w:r>
        <w:rPr>
          <w:rFonts w:eastAsia="Times New Roman" w:cs="Times New Roman"/>
          <w:color w:val="000000"/>
        </w:rPr>
        <w:t>5</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宋体;SimSun" w:cs="宋体;SimSun" w:ascii="宋体;SimSun" w:hAnsi="宋体;SimSun"/>
          <w:color w:val="000000"/>
        </w:rPr>
        <w:t>|</w:t>
      </w:r>
      <w:r>
        <w:rPr>
          <w:rFonts w:ascii="宋体;SimSun" w:hAnsi="宋体;SimSun" w:cs="宋体;SimSun"/>
          <w:color w:val="000000"/>
        </w:rPr>
        <w:t>表示</w:t>
      </w:r>
      <w:r>
        <w:rPr>
          <w:rFonts w:eastAsia="Times New Roman" w:cs="Times New Roman"/>
          <w:color w:val="000000"/>
        </w:rPr>
        <w:t>5</w:t>
      </w:r>
      <w:r>
        <w:rPr>
          <w:rFonts w:ascii="宋体;SimSun" w:hAnsi="宋体;SimSun" w:cs="宋体;SimSun"/>
          <w:color w:val="000000"/>
        </w:rPr>
        <w:t>与－</w:t>
      </w:r>
      <w:r>
        <w:rPr>
          <w:rFonts w:eastAsia="Times New Roman" w:cs="Times New Roman"/>
          <w:color w:val="000000"/>
        </w:rPr>
        <w:t>2</w:t>
      </w:r>
      <w:r>
        <w:rPr>
          <w:rFonts w:ascii="宋体;SimSun" w:hAnsi="宋体;SimSun" w:cs="宋体;SimSun"/>
          <w:color w:val="000000"/>
        </w:rPr>
        <w:t>之差的绝对值，实际上也可理解为</w:t>
      </w:r>
      <w:r>
        <w:rPr>
          <w:rFonts w:eastAsia="Times New Roman" w:cs="Times New Roman"/>
          <w:color w:val="000000"/>
        </w:rPr>
        <w:t>5</w:t>
      </w:r>
      <w:r>
        <w:rPr>
          <w:rFonts w:ascii="宋体;SimSun" w:hAnsi="宋体;SimSun" w:cs="宋体;SimSun"/>
          <w:color w:val="000000"/>
        </w:rPr>
        <w:t>与－</w:t>
      </w:r>
      <w:r>
        <w:rPr>
          <w:rFonts w:eastAsia="Times New Roman" w:cs="Times New Roman"/>
          <w:color w:val="000000"/>
        </w:rPr>
        <w:t>2</w:t>
      </w:r>
      <w:r>
        <w:rPr>
          <w:rFonts w:ascii="宋体;SimSun" w:hAnsi="宋体;SimSun" w:cs="宋体;SimSun"/>
          <w:color w:val="000000"/>
        </w:rPr>
        <w:t>两数在数轴上所对的两点之间的距离．试探索：</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）求</w:t>
      </w:r>
      <w:r>
        <w:rPr>
          <w:rFonts w:eastAsia="宋体;SimSun" w:cs="宋体;SimSun" w:ascii="宋体;SimSun" w:hAnsi="宋体;SimSun"/>
          <w:color w:val="000000"/>
        </w:rPr>
        <w:t>|</w:t>
      </w:r>
      <w:r>
        <w:rPr>
          <w:rFonts w:eastAsia="Times New Roman" w:cs="Times New Roman"/>
          <w:color w:val="000000"/>
        </w:rPr>
        <w:t>5</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宋体;SimSun" w:cs="宋体;SimSun" w:ascii="宋体;SimSun" w:hAnsi="宋体;SimSun"/>
          <w:color w:val="000000"/>
        </w:rPr>
        <w:t>|</w:t>
      </w:r>
      <w:r>
        <w:rPr>
          <w:rFonts w:ascii="宋体;SimSun" w:hAnsi="宋体;SimSun" w:cs="宋体;SimSun"/>
          <w:color w:val="000000"/>
        </w:rPr>
        <w:t>＝</w:t>
      </w:r>
      <w:r>
        <w:rPr>
          <w:rFonts w:eastAsia="宋体;SimSun" w:cs="宋体;SimSun" w:ascii="宋体;SimSun" w:hAnsi="宋体;SimSun"/>
          <w:color w:val="000000"/>
        </w:rPr>
        <w:t>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）若</w:t>
      </w:r>
      <w:r>
        <w:rPr/>
        <w:pict>
          <v:shape id="_x0000_i707203" type="_x0000_tole_rId211" style="width:48pt;height:20pt" filled="f" o:ole="">
            <v:imagedata r:id="rId608" o:title=""/>
          </v:shape>
        </w:pict>
      </w:r>
      <w:r>
        <w:rPr>
          <w:rFonts w:ascii="宋体;SimSun" w:hAnsi="宋体;SimSun" w:cs="宋体;SimSun"/>
          <w:color w:val="000000"/>
        </w:rPr>
        <w:t>成立，则</w:t>
      </w:r>
      <w:r>
        <w:rPr>
          <w:rFonts w:eastAsia="Times New Roman" w:cs="Times New Roman"/>
          <w:i/>
          <w:color w:val="000000"/>
        </w:rPr>
        <w:t>x</w:t>
      </w:r>
      <w:r>
        <w:rPr>
          <w:rFonts w:ascii="宋体;SimSun" w:hAnsi="宋体;SimSun" w:cs="宋体;SimSun"/>
          <w:color w:val="000000"/>
        </w:rPr>
        <w:t>＝</w:t>
      </w:r>
      <w:r>
        <w:rPr>
          <w:rFonts w:eastAsia="宋体;SimSun" w:cs="宋体;SimSun" w:ascii="宋体;SimSun" w:hAnsi="宋体;SimSun"/>
          <w:color w:val="000000"/>
        </w:rPr>
        <w:t>_________</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）请你写出</w:t>
      </w:r>
      <w:r>
        <w:rPr/>
        <w:pict>
          <v:shape id="_x0000_i707204" type="_x0000_tole_rId213" style="width:65.25pt;height:20.25pt" filled="f" o:ole="">
            <v:imagedata r:id="rId610" o:title=""/>
          </v:shape>
        </w:pict>
      </w:r>
      <w:r>
        <w:rPr>
          <w:rFonts w:ascii="宋体;SimSun" w:hAnsi="宋体;SimSun" w:cs="宋体;SimSun"/>
          <w:color w:val="000000"/>
        </w:rPr>
        <w:drawing>
          <wp:inline distT="0" distB="0" distL="0" distR="0">
            <wp:extent cx="133350" cy="177800"/>
            <wp:effectExtent l="0" t="0" r="0" b="0"/>
            <wp:docPr id="2703"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4" name="Image12"/>
                    <pic:cNvPicPr>
                      <a:picLocks noChangeAspect="1" noChangeArrowheads="1"/>
                    </pic:cNvPicPr>
                  </pic:nvPicPr>
                  <pic:blipFill>
                    <a:blip r:embed="rId609"/>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最小值为</w:t>
      </w:r>
      <w:r>
        <w:rPr>
          <w:rFonts w:eastAsia="宋体;SimSun" w:cs="宋体;SimSun" w:ascii="宋体;SimSun" w:hAnsi="宋体;SimSun"/>
          <w:color w:val="000000"/>
        </w:rPr>
        <w:t>________</w:t>
      </w:r>
      <w:r>
        <w:rPr>
          <w:rFonts w:ascii="宋体;SimSun" w:hAnsi="宋体;SimSun" w:cs="宋体;SimSun"/>
          <w:color w:val="000000"/>
        </w:rPr>
        <w:t>．并确定相应的</w:t>
      </w:r>
      <w:r>
        <w:rPr>
          <w:rFonts w:eastAsia="Times New Roman" w:cs="Times New Roman"/>
          <w:i/>
          <w:color w:val="000000"/>
        </w:rPr>
        <w:t>x</w:t>
      </w:r>
      <w:r>
        <w:rPr>
          <w:rFonts w:ascii="宋体;SimSun" w:hAnsi="宋体;SimSun" w:cs="宋体;SimSun"/>
          <w:color w:val="000000"/>
        </w:rPr>
        <w:t>的取值范围是</w:t>
      </w:r>
      <w:r>
        <w:rPr>
          <w:rFonts w:eastAsia="宋体;SimSun" w:cs="宋体;SimSun" w:ascii="宋体;SimSun" w:hAnsi="宋体;SimSun"/>
          <w:color w:val="000000"/>
        </w:rPr>
        <w:t>______</w:t>
      </w:r>
      <w:r>
        <w:rPr>
          <w:rFonts w:ascii="宋体;SimSun" w:hAnsi="宋体;SimSun" w:cs="宋体;SimSun"/>
          <w:color w:val="000000"/>
        </w:rPr>
        <w:t>．</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w:t>
      </w:r>
      <w:r>
        <w:rPr>
          <w:rFonts w:eastAsia="Times New Roman" w:cs="Times New Roman"/>
          <w:color w:val="000000"/>
        </w:rPr>
        <w:t>7</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Times New Roman" w:cs="Times New Roman"/>
          <w:color w:val="000000"/>
        </w:rPr>
        <w:t>5</w:t>
      </w:r>
      <w:r>
        <w:rPr>
          <w:rFonts w:ascii="宋体;SimSun" w:hAnsi="宋体;SimSun" w:cs="宋体;SimSun"/>
          <w:color w:val="000000"/>
        </w:rPr>
        <w:t>或</w:t>
      </w:r>
      <w:r>
        <w:rPr>
          <w:rFonts w:eastAsia="Times New Roman" w:cs="Times New Roman"/>
          <w:color w:val="000000"/>
        </w:rPr>
        <w:t>1</w:t>
      </w: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w:t>
      </w:r>
      <w:r>
        <w:rPr>
          <w:rFonts w:eastAsia="Times New Roman" w:cs="Times New Roman"/>
          <w:color w:val="000000"/>
        </w:rPr>
        <w:t>1≤</w:t>
      </w:r>
      <w:r>
        <w:rPr>
          <w:rFonts w:eastAsia="Times New Roman" w:cs="Times New Roman"/>
          <w:i/>
          <w:color w:val="000000"/>
        </w:rPr>
        <w:t>x</w:t>
      </w:r>
      <w:r>
        <w:rPr>
          <w:rFonts w:eastAsia="Times New Roman" w:cs="Times New Roman"/>
          <w:color w:val="000000"/>
        </w:rPr>
        <w:t>≤2</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）根据</w:t>
      </w:r>
      <w:r>
        <w:rPr>
          <w:rFonts w:eastAsia="Times New Roman" w:cs="Times New Roman"/>
          <w:color w:val="000000"/>
        </w:rPr>
        <w:t>5</w:t>
      </w:r>
      <w:r>
        <w:rPr>
          <w:rFonts w:ascii="宋体;SimSun" w:hAnsi="宋体;SimSun" w:cs="宋体;SimSun"/>
          <w:color w:val="000000"/>
        </w:rPr>
        <w:t>与</w:t>
      </w:r>
      <w:r>
        <w:rPr>
          <w:rFonts w:eastAsia="Times New Roman" w:cs="Times New Roman"/>
          <w:color w:val="000000"/>
        </w:rPr>
        <w:t>-2</w:t>
      </w:r>
      <w:r>
        <w:rPr>
          <w:rFonts w:ascii="宋体;SimSun" w:hAnsi="宋体;SimSun" w:cs="宋体;SimSun"/>
          <w:color w:val="000000"/>
        </w:rPr>
        <w:t>两数在数轴上所对的两点之间的距离为</w:t>
      </w:r>
      <w:r>
        <w:rPr>
          <w:rFonts w:eastAsia="Times New Roman" w:cs="Times New Roman"/>
          <w:color w:val="000000"/>
        </w:rPr>
        <w:t>7</w:t>
      </w:r>
      <w:r>
        <w:rPr>
          <w:rFonts w:ascii="宋体;SimSun" w:hAnsi="宋体;SimSun" w:cs="宋体;SimSun"/>
          <w:color w:val="000000"/>
        </w:rPr>
        <w:t>得到答案；</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）根据题意可得方程</w:t>
      </w:r>
      <w:r>
        <w:rPr>
          <w:rFonts w:eastAsia="Times New Roman" w:cs="Times New Roman"/>
          <w:i/>
          <w:color w:val="000000"/>
        </w:rPr>
        <w:t>x</w:t>
      </w:r>
      <w:r>
        <w:rPr>
          <w:rFonts w:eastAsia="Times New Roman" w:cs="Times New Roman"/>
          <w:color w:val="000000"/>
        </w:rPr>
        <w:t>-3=±2</w:t>
      </w:r>
      <w:r>
        <w:rPr>
          <w:rFonts w:ascii="宋体;SimSun" w:hAnsi="宋体;SimSun" w:cs="宋体;SimSun"/>
          <w:color w:val="000000"/>
        </w:rPr>
        <w:t>，再解即可；</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）分情况讨论，去绝对值化简，从而确定</w:t>
      </w:r>
      <w:r>
        <w:rPr>
          <w:rFonts w:eastAsia="Times New Roman" w:cs="Times New Roman"/>
          <w:i/>
          <w:color w:val="000000"/>
        </w:rPr>
        <w:t>x</w:t>
      </w:r>
      <w:r>
        <w:rPr>
          <w:rFonts w:ascii="宋体;SimSun" w:hAnsi="宋体;SimSun" w:cs="宋体;SimSun"/>
          <w:color w:val="000000"/>
        </w:rPr>
        <w:t>的最小值．</w:t>
      </w:r>
    </w:p>
    <w:p>
      <w:pPr>
        <w:pStyle w:val="Normal"/>
        <w:spacing w:lineRule="auto" w:line="360"/>
        <w:jc w:val="start"/>
        <w:textAlignment w:val="center"/>
        <w:rPr/>
      </w:pPr>
      <w:r>
        <w:rPr>
          <w:color w:val="000000"/>
        </w:rPr>
        <w:t>【详解】</w:t>
      </w:r>
      <w:r>
        <w:rPr>
          <w:rFonts w:ascii="宋体;SimSun" w:hAnsi="宋体;SimSun" w:cs="宋体;SimSun"/>
          <w:color w:val="000000"/>
        </w:rPr>
        <w:t>解：（</w:t>
      </w:r>
      <w:r>
        <w:rPr>
          <w:rFonts w:eastAsia="Times New Roman" w:cs="Times New Roman"/>
          <w:color w:val="000000"/>
        </w:rPr>
        <w:t>1</w:t>
      </w:r>
      <w:r>
        <w:rPr>
          <w:rFonts w:ascii="宋体;SimSun" w:hAnsi="宋体;SimSun" w:cs="宋体;SimSun"/>
          <w:color w:val="000000"/>
        </w:rPr>
        <w:t>）</w:t>
      </w:r>
      <w:r>
        <w:rPr>
          <w:rFonts w:eastAsia="Times New Roman" w:cs="Times New Roman"/>
          <w:color w:val="000000"/>
        </w:rPr>
        <w:t>|5</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Times New Roman" w:cs="Times New Roman"/>
          <w:color w:val="000000"/>
        </w:rPr>
        <w:t>|</w:t>
      </w:r>
      <w:r>
        <w:rPr>
          <w:rFonts w:ascii="宋体;SimSun" w:hAnsi="宋体;SimSun" w:cs="宋体;SimSun"/>
          <w:color w:val="000000"/>
        </w:rPr>
        <w:t>＝</w:t>
      </w:r>
      <w:r>
        <w:rPr>
          <w:rFonts w:eastAsia="Times New Roman" w:cs="Times New Roman"/>
          <w:color w:val="000000"/>
        </w:rPr>
        <w:t>|5+2|</w:t>
      </w:r>
      <w:r>
        <w:rPr>
          <w:rFonts w:ascii="宋体;SimSun" w:hAnsi="宋体;SimSun" w:cs="宋体;SimSun"/>
          <w:color w:val="000000"/>
        </w:rPr>
        <w:t>＝</w:t>
      </w:r>
      <w:r>
        <w:rPr>
          <w:rFonts w:eastAsia="Times New Roman" w:cs="Times New Roman"/>
          <w:color w:val="000000"/>
        </w:rPr>
        <w:t>7</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rFonts w:eastAsia="Times New Roman" w:cs="Times New Roman"/>
          <w:color w:val="000000"/>
        </w:rPr>
        <w:t>7</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rFonts w:eastAsia="Times New Roman" w:cs="Times New Roman"/>
          <w:color w:val="000000"/>
        </w:rPr>
        <w:t>|</w:t>
      </w:r>
      <w:r>
        <w:rPr>
          <w:rFonts w:eastAsia="Times New Roman" w:cs="Times New Roman"/>
          <w:i/>
          <w:color w:val="000000"/>
        </w:rPr>
        <w:t>x</w:t>
      </w:r>
      <w:r>
        <w:rPr>
          <w:rFonts w:eastAsia="Times New Roman" w:cs="Times New Roman"/>
          <w:color w:val="000000"/>
        </w:rPr>
        <w:t>-3|=2</w:t>
      </w:r>
      <w:r>
        <w:rPr>
          <w:rFonts w:ascii="宋体;SimSun" w:hAnsi="宋体;SimSun" w:cs="宋体;SimSun"/>
          <w:color w:val="000000"/>
        </w:rPr>
        <w:t>成立，</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i/>
          <w:color w:val="000000"/>
        </w:rPr>
        <w:t>x</w:t>
      </w:r>
      <w:r>
        <w:rPr>
          <w:rFonts w:eastAsia="Times New Roman" w:cs="Times New Roman"/>
          <w:color w:val="000000"/>
        </w:rPr>
        <w:t>-3=±2</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i/>
          <w:color w:val="000000"/>
        </w:rPr>
        <w:t>x</w:t>
      </w:r>
      <w:r>
        <w:rPr>
          <w:rFonts w:eastAsia="Times New Roman" w:cs="Times New Roman"/>
          <w:color w:val="000000"/>
        </w:rPr>
        <w:t>=5</w:t>
      </w:r>
      <w:r>
        <w:rPr>
          <w:rFonts w:ascii="宋体;SimSun" w:hAnsi="宋体;SimSun" w:cs="宋体;SimSun"/>
          <w:color w:val="000000"/>
        </w:rPr>
        <w:t>或</w:t>
      </w:r>
      <w:r>
        <w:rPr>
          <w:rFonts w:eastAsia="Times New Roman" w:cs="Times New Roman"/>
          <w:color w:val="000000"/>
        </w:rPr>
        <w:t>1</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rFonts w:eastAsia="Times New Roman" w:cs="Times New Roman"/>
          <w:color w:val="000000"/>
        </w:rPr>
        <w:t>5</w:t>
      </w:r>
      <w:r>
        <w:rPr>
          <w:rFonts w:ascii="宋体;SimSun" w:hAnsi="宋体;SimSun" w:cs="宋体;SimSun"/>
          <w:color w:val="000000"/>
        </w:rPr>
        <w:t>或</w:t>
      </w:r>
      <w:r>
        <w:rPr>
          <w:rFonts w:eastAsia="Times New Roman" w:cs="Times New Roman"/>
          <w:color w:val="000000"/>
        </w:rPr>
        <w:t>1</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）当</w:t>
      </w:r>
      <w:r>
        <w:rPr>
          <w:rFonts w:eastAsia="Times New Roman" w:cs="Times New Roman"/>
          <w:i/>
          <w:color w:val="000000"/>
        </w:rPr>
        <w:t>x</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时，</w:t>
      </w:r>
    </w:p>
    <w:p>
      <w:pPr>
        <w:pStyle w:val="Normal"/>
        <w:spacing w:lineRule="auto" w:line="360"/>
        <w:jc w:val="start"/>
        <w:textAlignment w:val="center"/>
        <w:rPr/>
      </w:pPr>
      <w:r>
        <w:rPr>
          <w:rFonts w:ascii="宋体;SimSun" w:hAnsi="宋体;SimSun" w:cs="宋体;SimSun"/>
          <w:color w:val="000000"/>
        </w:rPr>
        <w:t>原式</w:t>
      </w:r>
      <w:r>
        <w:rPr>
          <w:rFonts w:eastAsia="Times New Roman" w:cs="Times New Roman"/>
          <w:color w:val="000000"/>
        </w:rPr>
        <w:t>=-</w:t>
      </w:r>
      <w:r>
        <w:rPr>
          <w:rFonts w:eastAsia="Times New Roman" w:cs="Times New Roman"/>
          <w:i/>
          <w:color w:val="000000"/>
        </w:rPr>
        <w:t>x</w:t>
      </w:r>
      <w:r>
        <w:rPr>
          <w:rFonts w:eastAsia="Times New Roman" w:cs="Times New Roman"/>
          <w:color w:val="000000"/>
        </w:rPr>
        <w:t>+1-</w:t>
      </w:r>
      <w:r>
        <w:rPr>
          <w:rFonts w:eastAsia="Times New Roman" w:cs="Times New Roman"/>
          <w:i/>
          <w:color w:val="000000"/>
        </w:rPr>
        <w:t>x</w:t>
      </w:r>
      <w:r>
        <w:rPr>
          <w:rFonts w:eastAsia="Times New Roman" w:cs="Times New Roman"/>
          <w:color w:val="000000"/>
        </w:rPr>
        <w:t>+2=-2</w:t>
      </w:r>
      <w:r>
        <w:rPr>
          <w:rFonts w:eastAsia="Times New Roman" w:cs="Times New Roman"/>
          <w:i/>
          <w:color w:val="000000"/>
        </w:rPr>
        <w:t>x</w:t>
      </w:r>
      <w:r>
        <w:rPr>
          <w:rFonts w:eastAsia="Times New Roman" w:cs="Times New Roman"/>
          <w:color w:val="000000"/>
        </w:rPr>
        <w:t>+3</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当</w:t>
      </w:r>
      <w:r>
        <w:rPr>
          <w:rFonts w:eastAsia="Times New Roman" w:cs="Times New Roman"/>
          <w:color w:val="000000"/>
        </w:rPr>
        <w:t>1≤</w:t>
      </w:r>
      <w:r>
        <w:rPr>
          <w:rFonts w:eastAsia="Times New Roman" w:cs="Times New Roman"/>
          <w:i/>
          <w:color w:val="000000"/>
        </w:rPr>
        <w:t>x</w:t>
      </w:r>
      <w:r>
        <w:rPr>
          <w:rFonts w:eastAsia="Times New Roman" w:cs="Times New Roman"/>
          <w:color w:val="000000"/>
        </w:rPr>
        <w:t>≤2</w:t>
      </w:r>
      <w:r>
        <w:rPr>
          <w:rFonts w:ascii="宋体;SimSun" w:hAnsi="宋体;SimSun" w:cs="宋体;SimSun"/>
          <w:color w:val="000000"/>
        </w:rPr>
        <w:t>时，</w:t>
      </w:r>
    </w:p>
    <w:p>
      <w:pPr>
        <w:pStyle w:val="Normal"/>
        <w:spacing w:lineRule="auto" w:line="360"/>
        <w:jc w:val="start"/>
        <w:textAlignment w:val="center"/>
        <w:rPr/>
      </w:pPr>
      <w:r>
        <w:rPr>
          <w:rFonts w:ascii="宋体;SimSun" w:hAnsi="宋体;SimSun" w:cs="宋体;SimSun"/>
          <w:color w:val="000000"/>
        </w:rPr>
        <w:t>原式</w:t>
      </w:r>
      <w:r>
        <w:rPr>
          <w:rFonts w:eastAsia="Times New Roman" w:cs="Times New Roman"/>
          <w:color w:val="000000"/>
        </w:rPr>
        <w:t>=</w:t>
      </w:r>
      <w:r>
        <w:rPr>
          <w:rFonts w:eastAsia="Times New Roman" w:cs="Times New Roman"/>
          <w:i/>
          <w:color w:val="000000"/>
        </w:rPr>
        <w:t>x</w:t>
      </w:r>
      <w:r>
        <w:rPr>
          <w:rFonts w:eastAsia="Times New Roman" w:cs="Times New Roman"/>
          <w:color w:val="000000"/>
        </w:rPr>
        <w:t>-1-</w:t>
      </w:r>
      <w:r>
        <w:rPr>
          <w:rFonts w:eastAsia="Times New Roman" w:cs="Times New Roman"/>
          <w:i/>
          <w:color w:val="000000"/>
        </w:rPr>
        <w:t>x</w:t>
      </w:r>
      <w:r>
        <w:rPr>
          <w:rFonts w:eastAsia="Times New Roman" w:cs="Times New Roman"/>
          <w:color w:val="000000"/>
        </w:rPr>
        <w:t>+2=1</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当</w:t>
      </w:r>
      <w:r>
        <w:rPr>
          <w:rFonts w:eastAsia="Times New Roman" w:cs="Times New Roman"/>
          <w:i/>
          <w:color w:val="000000"/>
        </w:rPr>
        <w:t>x</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时，</w:t>
      </w:r>
    </w:p>
    <w:p>
      <w:pPr>
        <w:pStyle w:val="Normal"/>
        <w:spacing w:lineRule="auto" w:line="360"/>
        <w:jc w:val="start"/>
        <w:textAlignment w:val="center"/>
        <w:rPr/>
      </w:pPr>
      <w:r>
        <w:rPr>
          <w:rFonts w:ascii="宋体;SimSun" w:hAnsi="宋体;SimSun" w:cs="宋体;SimSun"/>
          <w:color w:val="000000"/>
        </w:rPr>
        <w:t>原式</w:t>
      </w:r>
      <w:r>
        <w:rPr>
          <w:rFonts w:eastAsia="Times New Roman" w:cs="Times New Roman"/>
          <w:color w:val="000000"/>
        </w:rPr>
        <w:t>=</w:t>
      </w:r>
      <w:r>
        <w:rPr>
          <w:rFonts w:eastAsia="Times New Roman" w:cs="Times New Roman"/>
          <w:i/>
          <w:color w:val="000000"/>
        </w:rPr>
        <w:t>x</w:t>
      </w:r>
      <w:r>
        <w:rPr>
          <w:rFonts w:eastAsia="Times New Roman" w:cs="Times New Roman"/>
          <w:color w:val="000000"/>
        </w:rPr>
        <w:t>-1+</w:t>
      </w:r>
      <w:r>
        <w:rPr>
          <w:rFonts w:eastAsia="Times New Roman" w:cs="Times New Roman"/>
          <w:i/>
          <w:color w:val="000000"/>
        </w:rPr>
        <w:t>x</w:t>
      </w:r>
      <w:r>
        <w:rPr>
          <w:rFonts w:eastAsia="Times New Roman" w:cs="Times New Roman"/>
          <w:color w:val="000000"/>
        </w:rPr>
        <w:t>-2=2</w:t>
      </w:r>
      <w:r>
        <w:rPr>
          <w:rFonts w:eastAsia="Times New Roman" w:cs="Times New Roman"/>
          <w:i/>
          <w:color w:val="000000"/>
        </w:rPr>
        <w:t>x</w:t>
      </w:r>
      <w:r>
        <w:rPr>
          <w:rFonts w:eastAsia="Times New Roman" w:cs="Times New Roman"/>
          <w:color w:val="000000"/>
        </w:rPr>
        <w:t>-3</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rFonts w:eastAsia="Times New Roman" w:cs="Times New Roman"/>
          <w:color w:val="000000"/>
        </w:rPr>
        <w:t>|</w:t>
      </w:r>
      <w:r>
        <w:rPr>
          <w:rFonts w:eastAsia="Times New Roman" w:cs="Times New Roman"/>
          <w:i/>
          <w:color w:val="000000"/>
        </w:rPr>
        <w:t>x</w:t>
      </w:r>
      <w:r>
        <w:rPr>
          <w:rFonts w:eastAsia="Times New Roman" w:cs="Times New Roman"/>
          <w:color w:val="000000"/>
        </w:rPr>
        <w:t>-1|+|</w:t>
      </w:r>
      <w:r>
        <w:rPr>
          <w:rFonts w:eastAsia="Times New Roman" w:cs="Times New Roman"/>
          <w:i/>
          <w:color w:val="000000"/>
        </w:rPr>
        <w:t>x</w:t>
      </w:r>
      <w:r>
        <w:rPr>
          <w:rFonts w:eastAsia="Times New Roman" w:cs="Times New Roman"/>
          <w:color w:val="000000"/>
        </w:rPr>
        <w:t>-2|</w:t>
      </w:r>
      <w:r>
        <w:rPr>
          <w:rFonts w:ascii="宋体;SimSun" w:hAnsi="宋体;SimSun" w:cs="宋体;SimSun"/>
          <w:color w:val="000000"/>
        </w:rPr>
        <w:t>的最小值是</w:t>
      </w:r>
      <w:r>
        <w:rPr>
          <w:rFonts w:eastAsia="Times New Roman" w:cs="Times New Roman"/>
          <w:color w:val="000000"/>
        </w:rPr>
        <w:t>1</w:t>
      </w:r>
      <w:r>
        <w:rPr>
          <w:rFonts w:ascii="宋体;SimSun" w:hAnsi="宋体;SimSun" w:cs="宋体;SimSun"/>
          <w:color w:val="000000"/>
        </w:rPr>
        <w:t>，</w:t>
      </w:r>
    </w:p>
    <w:p>
      <w:pPr>
        <w:pStyle w:val="Normal"/>
        <w:spacing w:lineRule="auto" w:line="360"/>
        <w:jc w:val="start"/>
        <w:textAlignment w:val="center"/>
        <w:rPr/>
      </w:pPr>
      <w:r>
        <w:rPr>
          <w:rFonts w:ascii="宋体;SimSun" w:hAnsi="宋体;SimSun" w:cs="宋体;SimSun"/>
          <w:color w:val="000000"/>
        </w:rPr>
        <w:t>故答案为：</w:t>
      </w:r>
      <w:r>
        <w:rPr>
          <w:rFonts w:eastAsia="Times New Roman" w:cs="Times New Roman"/>
          <w:color w:val="000000"/>
        </w:rPr>
        <w:t>3</w:t>
      </w:r>
      <w:r>
        <w:rPr>
          <w:rFonts w:ascii="宋体;SimSun" w:hAnsi="宋体;SimSun" w:cs="宋体;SimSun"/>
          <w:color w:val="000000"/>
        </w:rPr>
        <w:t>，</w:t>
      </w:r>
      <w:r>
        <w:rPr>
          <w:rFonts w:eastAsia="Times New Roman" w:cs="Times New Roman"/>
          <w:color w:val="000000"/>
        </w:rPr>
        <w:t>1≤</w:t>
      </w:r>
      <w:r>
        <w:rPr>
          <w:rFonts w:eastAsia="Times New Roman" w:cs="Times New Roman"/>
          <w:i/>
          <w:color w:val="000000"/>
        </w:rPr>
        <w:t>x</w:t>
      </w:r>
      <w:r>
        <w:rPr>
          <w:rFonts w:eastAsia="Times New Roman" w:cs="Times New Roman"/>
          <w:color w:val="000000"/>
        </w:rPr>
        <w:t>≤2</w: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本题主要考查了去绝对值和数轴相联系的综合试题以及去绝对值的方法，难度较大，去绝对值的关键是确定绝对值里面的数的正负性．</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7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 name="图片 1"/>
                    <pic:cNvPicPr>
                      <a:picLocks noChangeAspect="1" noChangeArrowheads="1"/>
                    </pic:cNvPicPr>
                  </pic:nvPicPr>
                  <pic:blipFill>
                    <a:blip r:embed="rId611"/>
                    <a:srcRect l="-21" t="-74" r="-21" b="-74"/>
                    <a:stretch>
                      <a:fillRect/>
                    </a:stretch>
                  </pic:blipFill>
                  <pic:spPr bwMode="auto">
                    <a:xfrm>
                      <a:off x="0" y="0"/>
                      <a:ext cx="1724025" cy="485775"/>
                    </a:xfrm>
                    <a:prstGeom prst="rect">
                      <a:avLst/>
                    </a:prstGeom>
                    <a:noFill/>
                  </pic:spPr>
                </pic:pic>
              </a:graphicData>
            </a:graphic>
          </wp:inline>
        </w:drawing>
      </w:r>
    </w:p>
    <w:p>
      <w:pPr>
        <w:pStyle w:val="Heading2"/>
      </w:pPr>
      <w:r>
        <w:t>徐悲鸿中学</w:t>
      </w:r>
    </w:p>
    <w:p>
      <w:pPr>
        <w:spacing w:before="105" w:line="360" w:lineRule="auto"/>
        <w:jc w:val="left"/>
        <w:textAlignment w:val="center"/>
        <w:rPr>
          <w:color w:val="000000"/>
        </w:rPr>
      </w:pPr>
      <w:r>
        <w:rPr>
          <w:color w:val="000000"/>
        </w:rPr>
        <w:t xml:space="preserve">30.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是一个长为</w:t>
      </w:r>
      <w:r>
        <w:rPr>
          <w:rFonts w:ascii="Times New Roman" w:eastAsia="Times New Roman" w:hAnsi="Times New Roman" w:cs="Times New Roman"/>
          <w:color w:val="000000"/>
        </w:rPr>
        <w:t>2</w:t>
      </w:r>
      <w:r>
        <w:pict>
          <v:shape id="_x0000_i707205" type="#_x0000_t75" alt="学科网(www.zxxk.com)--教育资源门户，提供试卷、教案、课件、论文、素材以及各类教学资源下载，还有大量而丰富的教学相关资讯！" style="width:9pt;height:9.75pt" o:oleicon="f" o:ole="">
            <v:imagedata r:id="rId612" o:title="eqId0a6936d370d6a238a608ca56f87198de"/>
          </v:shape>
        </w:pict>
      </w:r>
      <w:r>
        <w:rPr>
          <w:rFonts w:ascii="宋体" w:eastAsia="宋体" w:hAnsi="宋体" w:cs="宋体"/>
          <w:color w:val="000000"/>
        </w:rPr>
        <w:t>，宽为</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宋体" w:eastAsia="宋体" w:hAnsi="宋体" w:cs="宋体"/>
          <w:color w:val="000000"/>
        </w:rPr>
        <w:t>的长方形，沿图中虚线用剪刀平均分成四个小长方形，然后按照图</w:t>
      </w:r>
      <w:r>
        <w:rPr>
          <w:rFonts w:ascii="Times New Roman" w:eastAsia="Times New Roman" w:hAnsi="Times New Roman" w:cs="Times New Roman"/>
          <w:color w:val="000000"/>
        </w:rPr>
        <w:t>2</w:t>
      </w:r>
      <w:r>
        <w:rPr>
          <w:rFonts w:ascii="宋体" w:eastAsia="宋体" w:hAnsi="宋体" w:cs="宋体"/>
          <w:color w:val="000000"/>
        </w:rPr>
        <w:t>的方式拼成一个大正方形．</w:t>
      </w:r>
    </w:p>
    <w:p>
      <w:pPr>
        <w:spacing w:before="105" w:line="360" w:lineRule="auto"/>
        <w:jc w:val="left"/>
        <w:textAlignment w:val="center"/>
        <w:rPr>
          <w:color w:val="000000"/>
        </w:rPr>
      </w:pPr>
      <w:r>
        <w:rPr>
          <w:color w:val="000000"/>
        </w:rPr>
        <w:drawing>
          <wp:inline>
            <wp:extent cx="2943225" cy="1457325"/>
            <wp:docPr id="27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 name=""/>
                    <pic:cNvPicPr>
                      <a:picLocks noChangeAspect="1"/>
                    </pic:cNvPicPr>
                  </pic:nvPicPr>
                  <pic:blipFill>
                    <a:blip r:embed="rId613"/>
                    <a:stretch>
                      <a:fillRect/>
                    </a:stretch>
                  </pic:blipFill>
                  <pic:spPr>
                    <a:xfrm>
                      <a:off x="0" y="0"/>
                      <a:ext cx="2943225" cy="1457325"/>
                    </a:xfrm>
                    <a:prstGeom prst="rect">
                      <a:avLst/>
                    </a:prstGeom>
                  </pic:spPr>
                </pic:pic>
              </a:graphicData>
            </a:graphic>
          </wp:inline>
        </w:drawing>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中，中间空白正方形的边长等于</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）请用两种不同的方法表示图</w:t>
      </w:r>
      <w:r>
        <w:rPr>
          <w:rFonts w:ascii="Times New Roman" w:eastAsia="Times New Roman" w:hAnsi="Times New Roman" w:cs="Times New Roman"/>
          <w:color w:val="000000"/>
        </w:rPr>
        <w:t>2</w:t>
      </w:r>
      <w:r>
        <w:rPr>
          <w:rFonts w:ascii="宋体" w:eastAsia="宋体" w:hAnsi="宋体" w:cs="宋体"/>
          <w:color w:val="000000"/>
        </w:rPr>
        <w:t>中空白正方形的面积：</w:t>
      </w:r>
    </w:p>
    <w:p>
      <w:pPr>
        <w:spacing w:before="105" w:line="360" w:lineRule="auto"/>
        <w:jc w:val="left"/>
        <w:textAlignment w:val="center"/>
        <w:rPr>
          <w:color w:val="000000"/>
        </w:rPr>
      </w:pPr>
      <w:r>
        <w:rPr>
          <w:rFonts w:ascii="宋体" w:eastAsia="宋体" w:hAnsi="宋体" w:cs="宋体"/>
          <w:color w:val="000000"/>
        </w:rPr>
        <w:t>方法</w:t>
      </w:r>
      <w:r>
        <w:rPr>
          <w:rFonts w:ascii="Times New Roman" w:eastAsia="Times New Roman" w:hAnsi="Times New Roman" w:cs="Times New Roman"/>
          <w:color w:val="000000"/>
        </w:rPr>
        <w:t>1</w:t>
      </w:r>
      <w:r>
        <w:rPr>
          <w:rFonts w:ascii="Times New Roman" w:eastAsia="Times New Roman" w:hAnsi="Times New Roman" w:cs="Times New Roman"/>
          <w:color w:val="000000"/>
          <w:u w:val="single"/>
        </w:rPr>
        <w:t xml:space="preserve">              </w:t>
      </w:r>
      <w:r>
        <w:rPr>
          <w:rFonts w:ascii="宋体" w:eastAsia="宋体" w:hAnsi="宋体" w:cs="宋体"/>
          <w:color w:val="000000"/>
        </w:rPr>
        <w:t>；方法</w:t>
      </w:r>
      <w:r>
        <w:rPr>
          <w:rFonts w:ascii="Times New Roman" w:eastAsia="Times New Roman" w:hAnsi="Times New Roman" w:cs="Times New Roman"/>
          <w:color w:val="000000"/>
        </w:rPr>
        <w:t>2</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）比较（</w:t>
      </w:r>
      <w:r>
        <w:rPr>
          <w:rFonts w:ascii="Times New Roman" w:eastAsia="Times New Roman" w:hAnsi="Times New Roman" w:cs="Times New Roman"/>
          <w:color w:val="000000"/>
        </w:rPr>
        <w:t>2</w:t>
      </w:r>
      <w:r>
        <w:rPr>
          <w:rFonts w:ascii="宋体" w:eastAsia="宋体" w:hAnsi="宋体" w:cs="宋体"/>
          <w:color w:val="000000"/>
        </w:rPr>
        <w:t>）中的方法</w:t>
      </w:r>
      <w:r>
        <w:rPr>
          <w:rFonts w:ascii="Times New Roman" w:eastAsia="Times New Roman" w:hAnsi="Times New Roman" w:cs="Times New Roman"/>
          <w:color w:val="000000"/>
        </w:rPr>
        <w:t>1</w:t>
      </w:r>
      <w:r>
        <w:rPr>
          <w:rFonts w:ascii="宋体" w:eastAsia="宋体" w:hAnsi="宋体" w:cs="宋体"/>
          <w:color w:val="000000"/>
        </w:rPr>
        <w:t>和方法</w:t>
      </w:r>
      <w:r>
        <w:rPr>
          <w:rFonts w:ascii="Times New Roman" w:eastAsia="Times New Roman" w:hAnsi="Times New Roman" w:cs="Times New Roman"/>
          <w:color w:val="000000"/>
        </w:rPr>
        <w:t>2</w:t>
      </w:r>
      <w:r>
        <w:rPr>
          <w:rFonts w:ascii="宋体" w:eastAsia="宋体" w:hAnsi="宋体" w:cs="宋体"/>
          <w:color w:val="000000"/>
        </w:rPr>
        <w:t>，试写出</w:t>
      </w:r>
      <w:r>
        <w:pict>
          <v:shape id="_x0000_i707206" type="#_x0000_t75" alt="学科网(www.zxxk.com)--教育资源门户，提供试卷、教案、课件、论文、素材以及各类教学资源下载，还有大量而丰富的教学相关资讯！" style="width:39pt;height:18pt" o:oleicon="f" o:ole="">
            <v:imagedata r:id="rId614" o:title="eqId852e23a0022ffca4e65022de59697c15"/>
          </v:shape>
        </w:pict>
      </w:r>
      <w:r>
        <w:rPr>
          <w:rFonts w:ascii="宋体" w:eastAsia="宋体" w:hAnsi="宋体" w:cs="宋体"/>
          <w:color w:val="000000"/>
        </w:rPr>
        <w:t>，</w:t>
      </w:r>
      <w:r>
        <w:pict>
          <v:shape id="_x0000_i707207" type="#_x0000_t75" alt="学科网(www.zxxk.com)--教育资源门户，提供试卷、教案、课件、论文、素材以及各类教学资源下载，还有大量而丰富的教学相关资讯！" style="width:39pt;height:18pt" o:oleicon="f" o:ole="">
            <v:imagedata r:id="rId615" o:title="eqId4d966d2f37a11dc6c1e6fbb411b588fe"/>
          </v:shape>
        </w:pict>
      </w:r>
      <w:r>
        <w:rPr>
          <w:rFonts w:ascii="宋体" w:eastAsia="宋体" w:hAnsi="宋体" w:cs="宋体"/>
          <w:color w:val="000000"/>
        </w:rPr>
        <w:t>，</w:t>
      </w:r>
      <w:r>
        <w:pict>
          <v:shape id="_x0000_i707208" type="#_x0000_t75" alt="学科网(www.zxxk.com)--教育资源门户，提供试卷、教案、课件、论文、素材以及各类教学资源下载，还有大量而丰富的教学相关资讯！" style="width:15.75pt;height:14.25pt" o:oleicon="f" o:ole="">
            <v:imagedata r:id="rId616" o:title="eqId18f0281e6bbdbe08beeccb55adf84536"/>
          </v:shape>
        </w:pict>
      </w:r>
      <w:r>
        <w:rPr>
          <w:rFonts w:ascii="宋体" w:eastAsia="宋体" w:hAnsi="宋体" w:cs="宋体"/>
          <w:color w:val="000000"/>
        </w:rPr>
        <w:t>这三个代数式之间的等量关系：</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）若</w:t>
      </w:r>
      <w:r>
        <w:pict>
          <v:shape id="_x0000_i707209" type="#_x0000_t75" alt="学科网(www.zxxk.com)--教育资源门户，提供试卷、教案、课件、论文、素材以及各类教学资源下载，还有大量而丰富的教学相关资讯！" style="width:57pt;height:17.5pt" o:oleicon="f" o:ole="">
            <v:imagedata r:id="rId617" o:title="eqId28e59f3a640974d9bdec3e4d5d7c4e0f"/>
          </v:shape>
        </w:pict>
      </w:r>
      <w:r>
        <w:rPr>
          <w:rFonts w:ascii="宋体" w:eastAsia="宋体" w:hAnsi="宋体" w:cs="宋体"/>
          <w:color w:val="000000"/>
        </w:rPr>
        <w:t>，</w:t>
      </w:r>
      <w:r>
        <w:pict>
          <v:shape id="_x0000_i707210" type="#_x0000_t75" alt="学科网(www.zxxk.com)--教育资源门户，提供试卷、教案、课件、论文、素材以及各类教学资源下载，还有大量而丰富的教学相关资讯！" style="width:57pt;height:18pt" o:oleicon="f" o:ole="">
            <v:imagedata r:id="rId618" o:title="eqId7cc2b20e66f8ef58d679971376d2e6ce"/>
          </v:shape>
        </w:pict>
      </w:r>
      <w:r>
        <w:rPr>
          <w:rFonts w:ascii="宋体" w:eastAsia="宋体" w:hAnsi="宋体" w:cs="宋体"/>
          <w:color w:val="000000"/>
        </w:rPr>
        <w:t>，请利用（</w:t>
      </w:r>
      <w:r>
        <w:rPr>
          <w:rFonts w:ascii="Times New Roman" w:eastAsia="Times New Roman" w:hAnsi="Times New Roman" w:cs="Times New Roman"/>
          <w:color w:val="000000"/>
        </w:rPr>
        <w:t>3</w:t>
      </w:r>
      <w:r>
        <w:rPr>
          <w:rFonts w:ascii="宋体" w:eastAsia="宋体" w:hAnsi="宋体" w:cs="宋体"/>
          <w:color w:val="000000"/>
        </w:rPr>
        <w:t>）中的结论，求</w:t>
      </w:r>
      <w:r>
        <w:pict>
          <v:shape id="_x0000_i707211" type="#_x0000_t75" alt="学科网(www.zxxk.com)--教育资源门户，提供试卷、教案、课件、论文、素材以及各类教学资源下载，还有大量而丰富的教学相关资讯！" style="width:15.75pt;height:14.25pt" o:oleicon="f" o:ole="">
            <v:imagedata r:id="rId619" o:title="eqId18f0281e6bbdbe08beeccb55adf84536"/>
          </v:shape>
        </w:pic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212" type="#_x0000_t75" alt="学科网(www.zxxk.com)--教育资源门户，提供试卷、教案、课件、论文、素材以及各类教学资源下载，还有大量而丰富的教学相关资讯！" style="width:39pt;height:18pt" o:oleicon="f" o:ole="">
            <v:imagedata r:id="rId620" o:title="eqId4d966d2f37a11dc6c1e6fbb411b588fe"/>
          </v:shape>
        </w:pict>
      </w:r>
      <w:r>
        <w:rPr>
          <w:rFonts w:ascii="宋体" w:eastAsia="宋体" w:hAnsi="宋体" w:cs="宋体"/>
          <w:color w:val="000000"/>
        </w:rPr>
        <w:t>，</w:t>
      </w:r>
      <w:r>
        <w:pict>
          <v:shape id="_x0000_i707213" type="#_x0000_t75" alt="学科网(www.zxxk.com)--教育资源门户，提供试卷、教案、课件、论文、素材以及各类教学资源下载，还有大量而丰富的教学相关资讯！" style="width:54pt;height:14.25pt" o:oleicon="f" o:ole="">
            <v:imagedata r:id="rId621" o:title="eqIdc0477dc0aa7d05633478ef92ed1d6ee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214" type="#_x0000_t75" alt="学科网(www.zxxk.com)--教育资源门户，提供试卷、教案、课件、论文、素材以及各类教学资源下载，还有大量而丰富的教学相关资讯！" style="width:39pt;height:18pt" o:oleicon="f" o:ole="">
            <v:imagedata r:id="rId620" o:title="eqId4d966d2f37a11dc6c1e6fbb411b588fe"/>
          </v:shape>
        </w:pict>
      </w:r>
      <w:r>
        <w:rPr>
          <w:rFonts w:ascii="Times New Roman" w:eastAsia="Times New Roman" w:hAnsi="Times New Roman" w:cs="Times New Roman"/>
          <w:color w:val="000000"/>
        </w:rPr>
        <w:t>=</w:t>
      </w:r>
      <w:r>
        <w:pict>
          <v:shape id="_x0000_i707215" type="#_x0000_t75" alt="学科网(www.zxxk.com)--教育资源门户，提供试卷、教案、课件、论文、素材以及各类教学资源下载，还有大量而丰富的教学相关资讯！" style="width:54pt;height:14.25pt" o:oleicon="f" o:ole="">
            <v:imagedata r:id="rId621" o:title="eqIdc0477dc0aa7d05633478ef92ed1d6ee4"/>
          </v:shape>
        </w:pic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）观察图形得出图②中的空白部分的正方形的边长等于</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）方法</w:t>
      </w:r>
      <w:r>
        <w:rPr>
          <w:rFonts w:ascii="Times New Roman" w:eastAsia="Times New Roman" w:hAnsi="Times New Roman" w:cs="Times New Roman"/>
          <w:color w:val="000000"/>
        </w:rPr>
        <w:t>1</w:t>
      </w:r>
      <w:r>
        <w:rPr>
          <w:rFonts w:ascii="宋体" w:eastAsia="宋体" w:hAnsi="宋体" w:cs="宋体"/>
          <w:color w:val="000000"/>
        </w:rPr>
        <w:t>：求出空白正方形的边长，从而求其面积，方法</w:t>
      </w:r>
      <w:r>
        <w:rPr>
          <w:rFonts w:ascii="Times New Roman" w:eastAsia="Times New Roman" w:hAnsi="Times New Roman" w:cs="Times New Roman"/>
          <w:color w:val="000000"/>
        </w:rPr>
        <w:t>2</w:t>
      </w:r>
      <w:r>
        <w:rPr>
          <w:rFonts w:ascii="宋体" w:eastAsia="宋体" w:hAnsi="宋体" w:cs="宋体"/>
          <w:color w:val="000000"/>
        </w:rPr>
        <w:t>：运用大正方形的面积减去四个长方形的面积求得空白正方形面积；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）根据两种方法表示的空白正方形面积相等可求解，即（</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JyeooHai-letter-Italic" w:eastAsia="JyeooHai-letter-Italic" w:hAnsi="JyeooHai-letter-Italic" w:cs="JyeooHai-letter-Italic"/>
          <w:color w:val="000000"/>
          <w:vertAlign w:val="superscript"/>
        </w:rPr>
        <w:t>2</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JyeooHai-letter-Italic" w:eastAsia="JyeooHai-letter-Italic" w:hAnsi="JyeooHai-letter-Italic" w:cs="JyeooHai-letter-Italic"/>
          <w:color w:val="000000"/>
          <w:vertAlign w:val="superscript"/>
        </w:rPr>
        <w:t>2</w:t>
      </w:r>
      <w:r>
        <w:rPr>
          <w:rFonts w:ascii="Times New Roman" w:eastAsia="Times New Roman" w:hAnsi="Times New Roman" w:cs="Times New Roman"/>
          <w:color w:val="000000"/>
        </w:rPr>
        <w:t>+4</w:t>
      </w:r>
      <w:r>
        <w:rPr>
          <w:rFonts w:ascii="Times New Roman" w:eastAsia="Times New Roman" w:hAnsi="Times New Roman" w:cs="Times New Roman"/>
          <w:i/>
          <w:color w:val="000000"/>
        </w:rPr>
        <w:t>ab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）利用（</w:t>
      </w:r>
      <w:r>
        <w:rPr>
          <w:rFonts w:ascii="Times New Roman" w:eastAsia="Times New Roman" w:hAnsi="Times New Roman" w:cs="Times New Roman"/>
          <w:color w:val="000000"/>
        </w:rPr>
        <w:t>3</w:t>
      </w:r>
      <w:r>
        <w:rPr>
          <w:rFonts w:ascii="宋体" w:eastAsia="宋体" w:hAnsi="宋体" w:cs="宋体"/>
          <w:color w:val="000000"/>
        </w:rPr>
        <w:t>）中等量关系求解．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）根据图形可观察出：图</w:t>
      </w:r>
      <w:r>
        <w:rPr>
          <w:rFonts w:ascii="Times New Roman" w:eastAsia="Times New Roman" w:hAnsi="Times New Roman" w:cs="Times New Roman"/>
          <w:color w:val="000000"/>
        </w:rPr>
        <w:t>2</w:t>
      </w:r>
      <w:r>
        <w:rPr>
          <w:rFonts w:ascii="宋体" w:eastAsia="宋体" w:hAnsi="宋体" w:cs="宋体"/>
          <w:color w:val="000000"/>
        </w:rPr>
        <w:t>中，中间空白正方形的边长等于</w:t>
      </w:r>
      <w:r>
        <w:rPr>
          <w:rFonts w:ascii="宋体" w:eastAsia="宋体" w:hAnsi="宋体" w:cs="宋体"/>
          <w:i/>
          <w:color w:val="000000"/>
        </w:rPr>
        <w:t>a</w:t>
      </w:r>
      <w:r>
        <w:rPr>
          <w:rFonts w:ascii="宋体" w:eastAsia="宋体" w:hAnsi="宋体" w:cs="宋体"/>
          <w:color w:val="000000"/>
        </w:rPr>
        <w:t>-</w:t>
      </w:r>
      <w:r>
        <w:rPr>
          <w:rFonts w:ascii="宋体" w:eastAsia="宋体" w:hAnsi="宋体" w:cs="宋体"/>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）方法</w:t>
      </w:r>
      <w:r>
        <w:rPr>
          <w:rFonts w:ascii="Times New Roman" w:eastAsia="Times New Roman" w:hAnsi="Times New Roman" w:cs="Times New Roman"/>
          <w:color w:val="000000"/>
        </w:rPr>
        <w:t>1</w:t>
      </w:r>
      <w:r>
        <w:rPr>
          <w:rFonts w:ascii="宋体" w:eastAsia="宋体" w:hAnsi="宋体" w:cs="宋体"/>
          <w:color w:val="000000"/>
        </w:rPr>
        <w:t>：小正方的边长为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，面积可表示为：（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JyeooHai-letter-Italic" w:eastAsia="JyeooHai-letter-Italic" w:hAnsi="JyeooHai-letter-Italic" w:cs="JyeooHai-letter-Italic"/>
          <w:color w:val="000000"/>
          <w:vertAlign w:val="super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方法</w:t>
      </w:r>
      <w:r>
        <w:rPr>
          <w:rFonts w:ascii="Times New Roman" w:eastAsia="Times New Roman" w:hAnsi="Times New Roman" w:cs="Times New Roman"/>
          <w:color w:val="000000"/>
        </w:rPr>
        <w:t>2</w:t>
      </w:r>
      <w:r>
        <w:rPr>
          <w:rFonts w:ascii="宋体" w:eastAsia="宋体" w:hAnsi="宋体" w:cs="宋体"/>
          <w:color w:val="000000"/>
        </w:rPr>
        <w:t>：大正方形的面积为：（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JyeooHai-letter-Italic" w:eastAsia="JyeooHai-letter-Italic" w:hAnsi="JyeooHai-letter-Italic" w:cs="JyeooHai-letter-Italic"/>
          <w:color w:val="000000"/>
          <w:vertAlign w:val="superscript"/>
        </w:rPr>
        <w:t>2</w:t>
      </w:r>
      <w:r>
        <w:rPr>
          <w:rFonts w:ascii="宋体" w:eastAsia="宋体" w:hAnsi="宋体" w:cs="宋体"/>
          <w:color w:val="000000"/>
        </w:rPr>
        <w:t>，四个长方形的面积和为</w:t>
      </w:r>
      <w:r>
        <w:rPr>
          <w:rFonts w:ascii="Times New Roman" w:eastAsia="Times New Roman" w:hAnsi="Times New Roman" w:cs="Times New Roman"/>
          <w:color w:val="000000"/>
        </w:rPr>
        <w:t>4</w:t>
      </w:r>
      <w:r>
        <w:rPr>
          <w:rFonts w:ascii="Times New Roman" w:eastAsia="Times New Roman" w:hAnsi="Times New Roman" w:cs="Times New Roman"/>
          <w:i/>
          <w:color w:val="000000"/>
        </w:rPr>
        <w:t>ab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所以小正方形面积可表示为：（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JyeooHai-letter-Italic" w:eastAsia="JyeooHai-letter-Italic" w:hAnsi="JyeooHai-letter-Italic" w:cs="JyeooHai-letter-Italic"/>
          <w:color w:val="000000"/>
          <w:vertAlign w:val="superscript"/>
        </w:rPr>
        <w:t>2</w:t>
      </w:r>
      <w:r>
        <w:rPr>
          <w:rFonts w:ascii="Times New Roman" w:eastAsia="Times New Roman" w:hAnsi="Times New Roman" w:cs="Times New Roman"/>
          <w:color w:val="000000"/>
        </w:rPr>
        <w:t>-4</w:t>
      </w:r>
      <w:r>
        <w:rPr>
          <w:rFonts w:ascii="Times New Roman" w:eastAsia="Times New Roman" w:hAnsi="Times New Roman" w:cs="Times New Roman"/>
          <w:i/>
          <w:color w:val="000000"/>
        </w:rPr>
        <w:t>ab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7216" type="#_x0000_t75" alt="学科网(www.zxxk.com)--教育资源门户，提供试卷、教案、课件、论文、素材以及各类教学资源下载，还有大量而丰富的教学相关资讯！" style="width:39pt;height:18pt" o:oleicon="f" o:ole="">
            <v:imagedata r:id="rId622" o:title="eqId4d966d2f37a11dc6c1e6fbb411b588fe"/>
          </v:shape>
        </w:pict>
      </w:r>
      <w:r>
        <w:rPr>
          <w:rFonts w:ascii="宋体" w:eastAsia="宋体" w:hAnsi="宋体" w:cs="宋体"/>
          <w:color w:val="000000"/>
        </w:rPr>
        <w:t>，</w:t>
      </w:r>
      <w:r>
        <w:pict>
          <v:shape id="_x0000_i707217" type="#_x0000_t75" alt="学科网(www.zxxk.com)--教育资源门户，提供试卷、教案、课件、论文、素材以及各类教学资源下载，还有大量而丰富的教学相关资讯！" style="width:54pt;height:14.25pt" o:oleicon="f" o:ole="">
            <v:imagedata r:id="rId623" o:title="eqIdc0477dc0aa7d05633478ef92ed1d6ee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）由题意可得：</w:t>
      </w:r>
      <w:r>
        <w:pict>
          <v:shape id="_x0000_i707218" type="#_x0000_t75" alt="学科网(www.zxxk.com)--教育资源门户，提供试卷、教案、课件、论文、素材以及各类教学资源下载，还有大量而丰富的教学相关资讯！" style="width:39pt;height:18pt" o:oleicon="f" o:ole="">
            <v:imagedata r:id="rId624" o:title="eqId4d966d2f37a11dc6c1e6fbb411b588fe"/>
          </v:shape>
        </w:pict>
      </w:r>
      <w:r>
        <w:rPr>
          <w:rFonts w:ascii="Times New Roman" w:eastAsia="Times New Roman" w:hAnsi="Times New Roman" w:cs="Times New Roman"/>
          <w:color w:val="000000"/>
        </w:rPr>
        <w:t>=</w:t>
      </w:r>
      <w:r>
        <w:pict>
          <v:shape id="_x0000_i707219" type="#_x0000_t75" alt="学科网(www.zxxk.com)--教育资源门户，提供试卷、教案、课件、论文、素材以及各类教学资源下载，还有大量而丰富的教学相关资讯！" style="width:54pt;height:14.25pt" o:oleicon="f" o:ole="">
            <v:imagedata r:id="rId625" o:title="eqIdc0477dc0aa7d05633478ef92ed1d6ee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w:t>
      </w:r>
      <w:r>
        <w:rPr>
          <w:rFonts w:ascii="宋体" w:eastAsia="宋体" w:hAnsi="宋体" w:cs="宋体"/>
          <w:color w:val="000000"/>
          <w:position w:val="0"/>
        </w:rPr>
        <w:drawing>
          <wp:inline>
            <wp:extent cx="158750" cy="190500"/>
            <wp:docPr id="27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 name=""/>
                    <pic:cNvPicPr>
                      <a:picLocks noChangeAspect="1"/>
                    </pic:cNvPicPr>
                  </pic:nvPicPr>
                  <pic:blipFill>
                    <a:blip r:embed="rId626"/>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w:t>
      </w:r>
      <w:r>
        <w:pict>
          <v:shape id="_x0000_i707220" type="#_x0000_t75" alt="学科网(www.zxxk.com)--教育资源门户，提供试卷、教案、课件、论文、素材以及各类教学资源下载，还有大量而丰富的教学相关资讯！" style="width:39pt;height:18pt" o:oleicon="f" o:ole="">
            <v:imagedata r:id="rId627" o:title="eqId4d966d2f37a11dc6c1e6fbb411b588fe"/>
          </v:shape>
        </w:pict>
      </w:r>
      <w:r>
        <w:rPr>
          <w:rFonts w:ascii="Times New Roman" w:eastAsia="Times New Roman" w:hAnsi="Times New Roman" w:cs="Times New Roman"/>
          <w:color w:val="000000"/>
        </w:rPr>
        <w:t>=</w:t>
      </w:r>
      <w:r>
        <w:pict>
          <v:shape id="_x0000_i707221" type="#_x0000_t75" alt="学科网(www.zxxk.com)--教育资源门户，提供试卷、教案、课件、论文、素材以及各类教学资源下载，还有大量而丰富的教学相关资讯！" style="width:54pt;height:14.25pt" o:oleicon="f" o:ole="">
            <v:imagedata r:id="rId628" o:title="eqIdc0477dc0aa7d05633478ef92ed1d6ee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）由（</w:t>
      </w:r>
      <w:r>
        <w:rPr>
          <w:rFonts w:ascii="Times New Roman" w:eastAsia="Times New Roman" w:hAnsi="Times New Roman" w:cs="Times New Roman"/>
          <w:color w:val="000000"/>
        </w:rPr>
        <w:t>3</w:t>
      </w:r>
      <w:r>
        <w:rPr>
          <w:rFonts w:ascii="宋体" w:eastAsia="宋体" w:hAnsi="宋体" w:cs="宋体"/>
          <w:color w:val="000000"/>
        </w:rPr>
        <w:t>）可得</w:t>
      </w:r>
      <w:r>
        <w:pict>
          <v:shape id="_x0000_i707222" type="#_x0000_t75" alt="学科网(www.zxxk.com)--教育资源门户，提供试卷、教案、课件、论文、素材以及各类教学资源下载，还有大量而丰富的教学相关资讯！" style="width:39pt;height:18pt" o:oleicon="f" o:ole="">
            <v:imagedata r:id="rId629" o:title="eqId4d966d2f37a11dc6c1e6fbb411b588fe"/>
          </v:shape>
        </w:pict>
      </w:r>
      <w:r>
        <w:rPr>
          <w:rFonts w:ascii="Times New Roman" w:eastAsia="Times New Roman" w:hAnsi="Times New Roman" w:cs="Times New Roman"/>
          <w:color w:val="000000"/>
        </w:rPr>
        <w:t>=</w:t>
      </w:r>
      <w:r>
        <w:pict>
          <v:shape id="_x0000_i707223" type="#_x0000_t75" alt="学科网(www.zxxk.com)--教育资源门户，提供试卷、教案、课件、论文、素材以及各类教学资源下载，还有大量而丰富的教学相关资讯！" style="width:54pt;height:14.25pt" o:oleicon="f" o:ole="">
            <v:imagedata r:id="rId630" o:title="eqIdc0477dc0aa7d05633478ef92ed1d6ee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7224" type="#_x0000_t75" alt="学科网(www.zxxk.com)--教育资源门户，提供试卷、教案、课件、论文、素材以及各类教学资源下载，还有大量而丰富的教学相关资讯！" style="width:57pt;height:17.5pt" o:oleicon="f" o:ole="">
            <v:imagedata r:id="rId631" o:title="eqId28e59f3a640974d9bdec3e4d5d7c4e0f"/>
          </v:shape>
        </w:pict>
      </w:r>
      <w:r>
        <w:rPr>
          <w:rFonts w:ascii="宋体" w:eastAsia="宋体" w:hAnsi="宋体" w:cs="宋体"/>
          <w:color w:val="000000"/>
        </w:rPr>
        <w:t>，</w:t>
      </w:r>
      <w:r>
        <w:pict>
          <v:shape id="_x0000_i707225" type="#_x0000_t75" alt="学科网(www.zxxk.com)--教育资源门户，提供试卷、教案、课件、论文、素材以及各类教学资源下载，还有大量而丰富的教学相关资讯！" style="width:57pt;height:18pt" o:oleicon="f" o:ole="">
            <v:imagedata r:id="rId632" o:title="eqId7cc2b20e66f8ef58d679971376d2e6c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3=27-4</w:t>
      </w:r>
      <w:r>
        <w:rPr>
          <w:rFonts w:ascii="Times New Roman" w:eastAsia="Times New Roman" w:hAnsi="Times New Roman" w:cs="Times New Roman"/>
          <w:i/>
          <w:color w:val="000000"/>
        </w:rPr>
        <w:t>ab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ab</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本题考查了完全平方公式的实际应用，完全平方公式与正方形的面积公式和长方形的面积公式经常联系在一起，要学会观察．</w:t>
      </w:r>
    </w:p>
    <w:p>
      <w:pPr>
        <w:spacing w:before="105" w:line="360" w:lineRule="auto"/>
        <w:jc w:val="left"/>
        <w:textAlignment w:val="center"/>
        <w:rPr>
          <w:color w:val="000000"/>
        </w:rPr>
      </w:pPr>
      <w:r>
        <w:rPr>
          <w:color w:val="000000"/>
        </w:rPr>
        <w:t xml:space="preserve">31. </w:t>
      </w:r>
      <w:r>
        <w:rPr>
          <w:rFonts w:ascii="宋体" w:eastAsia="宋体" w:hAnsi="宋体" w:cs="宋体"/>
          <w:color w:val="000000"/>
        </w:rPr>
        <w:t>结合数轴与绝对值的知识回答下列问题：</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）数轴上表示</w:t>
      </w:r>
      <w:r>
        <w:rPr>
          <w:rFonts w:ascii="Times New Roman" w:eastAsia="Times New Roman" w:hAnsi="Times New Roman" w:cs="Times New Roman"/>
          <w:color w:val="000000"/>
        </w:rPr>
        <w:t>4</w:t>
      </w:r>
      <w:r>
        <w:rPr>
          <w:rFonts w:ascii="宋体" w:eastAsia="宋体" w:hAnsi="宋体" w:cs="宋体"/>
          <w:color w:val="000000"/>
        </w:rPr>
        <w:t>和</w:t>
      </w:r>
      <w:r>
        <w:rPr>
          <w:rFonts w:ascii="Times New Roman" w:eastAsia="Times New Roman" w:hAnsi="Times New Roman" w:cs="Times New Roman"/>
          <w:color w:val="000000"/>
        </w:rPr>
        <w:t>1</w:t>
      </w:r>
      <w:r>
        <w:rPr>
          <w:rFonts w:ascii="宋体" w:eastAsia="宋体" w:hAnsi="宋体" w:cs="宋体"/>
          <w:color w:val="000000"/>
        </w:rPr>
        <w:t>的两点之间的距离是</w:t>
      </w:r>
      <w:r>
        <w:rPr>
          <w:rFonts w:ascii="Times New Roman" w:eastAsia="Times New Roman" w:hAnsi="Times New Roman" w:cs="Times New Roman"/>
          <w:color w:val="000000"/>
        </w:rPr>
        <w:t>3</w:t>
      </w:r>
      <w:r>
        <w:rPr>
          <w:rFonts w:ascii="宋体" w:eastAsia="宋体" w:hAnsi="宋体" w:cs="宋体"/>
          <w:color w:val="000000"/>
        </w:rPr>
        <w:t>；数轴上表示</w:t>
      </w:r>
      <w:r>
        <w:pict>
          <v:shape id="_x0000_i707226" type="#_x0000_t75" alt="学科网(www.zxxk.com)--教育资源门户，提供试卷、教案、课件、论文、素材以及各类教学资源下载，还有大量而丰富的教学相关资讯！" style="width:16.05pt;height:13.9pt" o:oleicon="f" o:ole="">
            <v:imagedata r:id="rId633" o:title="eqId81fb134b2b48acc99213fff6ccfee65f"/>
          </v:shape>
        </w:pic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两点之间的距离是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一般地，数轴上表示数</w:t>
      </w:r>
      <w:r>
        <w:rPr>
          <w:rFonts w:ascii="Times New Roman" w:eastAsia="Times New Roman" w:hAnsi="Times New Roman" w:cs="Times New Roman"/>
          <w:i/>
          <w:color w:val="000000"/>
        </w:rPr>
        <w:t>m</w:t>
      </w:r>
      <w:r>
        <w:rPr>
          <w:rFonts w:ascii="宋体" w:eastAsia="宋体" w:hAnsi="宋体" w:cs="宋体"/>
          <w:color w:val="000000"/>
        </w:rPr>
        <w:t>和数</w:t>
      </w:r>
      <w:r>
        <w:rPr>
          <w:rFonts w:ascii="Times New Roman" w:eastAsia="Times New Roman" w:hAnsi="Times New Roman" w:cs="Times New Roman"/>
          <w:i/>
          <w:color w:val="000000"/>
        </w:rPr>
        <w:t>n</w:t>
      </w:r>
      <w:r>
        <w:rPr>
          <w:rFonts w:ascii="宋体" w:eastAsia="宋体" w:hAnsi="宋体" w:cs="宋体"/>
          <w:color w:val="000000"/>
        </w:rPr>
        <w:t>的两点之间的距离等于</w:t>
      </w:r>
      <w:r>
        <w:pict>
          <v:shape id="_x0000_i707227" type="#_x0000_t75" alt="学科网(www.zxxk.com)--教育资源门户，提供试卷、教案、课件、论文、素材以及各类教学资源下载，还有大量而丰富的教学相关资讯！" style="width:31.95pt;height:18pt;mso-position-horizontal-relative:page;mso-position-vertical-relative:page;mso-wrap-style:square" o:oleicon="f" o:ole="">
            <v:imagedata r:id="rId634" o:title="eqIdae9dd56551121a5b88be4dc6910c9ec0"/>
          </v:shape>
        </w:pic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如：数轴上数</w:t>
      </w:r>
      <w:r>
        <w:rPr>
          <w:rFonts w:ascii="Times New Roman" w:eastAsia="Times New Roman" w:hAnsi="Times New Roman" w:cs="Times New Roman"/>
          <w:i/>
          <w:color w:val="000000"/>
        </w:rPr>
        <w:t>x</w:t>
      </w:r>
      <w:r>
        <w:rPr>
          <w:rFonts w:ascii="宋体" w:eastAsia="宋体" w:hAnsi="宋体" w:cs="宋体"/>
          <w:color w:val="000000"/>
        </w:rPr>
        <w:t>与</w:t>
      </w:r>
      <w:r>
        <w:rPr>
          <w:rFonts w:ascii="Times New Roman" w:eastAsia="Times New Roman" w:hAnsi="Times New Roman" w:cs="Times New Roman"/>
          <w:color w:val="000000"/>
        </w:rPr>
        <w:t>5</w:t>
      </w:r>
      <w:r>
        <w:rPr>
          <w:rFonts w:ascii="宋体" w:eastAsia="宋体" w:hAnsi="宋体" w:cs="宋体"/>
          <w:color w:val="000000"/>
        </w:rPr>
        <w:t>两点之间的距离等于</w:t>
      </w:r>
      <w:r>
        <w:pict>
          <v:shape id="_x0000_i707228" type="#_x0000_t75" alt="学科网(www.zxxk.com)--教育资源门户，提供试卷、教案、课件、论文、素材以及各类教学资源下载，还有大量而丰富的教学相关资讯！" style="width:30pt;height:20.25pt" o:oleicon="f" o:ole="">
            <v:imagedata r:id="rId635" o:title="eqId8d9534c21082322a26392e6f286e5d35"/>
          </v:shape>
        </w:pict>
      </w:r>
      <w:r>
        <w:rPr>
          <w:rFonts w:ascii="宋体" w:eastAsia="宋体" w:hAnsi="宋体" w:cs="宋体"/>
          <w:color w:val="000000"/>
        </w:rPr>
        <w:t>，</w:t>
      </w:r>
    </w:p>
    <w:p>
      <w:pPr>
        <w:spacing w:before="105" w:line="360" w:lineRule="auto"/>
        <w:jc w:val="left"/>
        <w:textAlignment w:val="center"/>
        <w:rPr>
          <w:color w:val="000000"/>
        </w:rPr>
      </w:pPr>
      <w:r>
        <w:rPr>
          <w:color w:val="000000"/>
        </w:rPr>
        <w:drawing>
          <wp:inline>
            <wp:extent cx="4229100" cy="466725"/>
            <wp:docPr id="27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 name=""/>
                    <pic:cNvPicPr>
                      <a:picLocks noChangeAspect="1"/>
                    </pic:cNvPicPr>
                  </pic:nvPicPr>
                  <pic:blipFill>
                    <a:blip r:embed="rId636"/>
                    <a:stretch>
                      <a:fillRect/>
                    </a:stretch>
                  </pic:blipFill>
                  <pic:spPr>
                    <a:xfrm>
                      <a:off x="0" y="0"/>
                      <a:ext cx="4229100" cy="466725"/>
                    </a:xfrm>
                    <a:prstGeom prst="rect">
                      <a:avLst/>
                    </a:prstGeom>
                  </pic:spPr>
                </pic:pic>
              </a:graphicData>
            </a:graphic>
          </wp:inline>
        </w:drawing>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）如果表示数</w:t>
      </w:r>
      <w:r>
        <w:pict>
          <v:shape id="_x0000_i707229" type="#_x0000_t75" alt="学科网(www.zxxk.com)--教育资源门户，提供试卷、教案、课件、论文、素材以及各类教学资源下载，还有大量而丰富的教学相关资讯！" style="width:9pt;height:9.75pt" o:oleicon="f" o:ole="">
            <v:imagedata r:id="rId637" o:title="eqId0a6936d370d6a238a608ca56f87198de"/>
          </v:shape>
        </w:pict>
      </w:r>
      <w:r>
        <w:rPr>
          <w:rFonts w:ascii="宋体" w:eastAsia="宋体" w:hAnsi="宋体" w:cs="宋体"/>
          <w:color w:val="000000"/>
        </w:rPr>
        <w:t>和</w:t>
      </w:r>
      <w:r>
        <w:pict>
          <v:shape id="_x0000_i707230" type="#_x0000_t75" alt="学科网(www.zxxk.com)--教育资源门户，提供试卷、教案、课件、论文、素材以及各类教学资源下载，还有大量而丰富的教学相关资讯！" style="width:15.75pt;height:12.75pt" o:oleicon="f" o:ole="">
            <v:imagedata r:id="rId638" o:title="eqId274a9dc37509f01c2606fb3086a46f4f"/>
          </v:shape>
        </w:pict>
      </w:r>
      <w:r>
        <w:rPr>
          <w:rFonts w:ascii="宋体" w:eastAsia="宋体" w:hAnsi="宋体" w:cs="宋体"/>
          <w:color w:val="000000"/>
        </w:rPr>
        <w:t>的两点之间的距离是</w:t>
      </w:r>
      <w:r>
        <w:rPr>
          <w:rFonts w:ascii="Times New Roman" w:eastAsia="Times New Roman" w:hAnsi="Times New Roman" w:cs="Times New Roman"/>
          <w:color w:val="000000"/>
        </w:rPr>
        <w:t>3</w:t>
      </w:r>
      <w:r>
        <w:rPr>
          <w:rFonts w:ascii="宋体" w:eastAsia="宋体" w:hAnsi="宋体" w:cs="宋体"/>
          <w:color w:val="000000"/>
        </w:rPr>
        <w:t>，那么</w:t>
      </w:r>
      <w:r>
        <w:pict>
          <v:shape id="_x0000_i707231" type="#_x0000_t75" alt="学科网(www.zxxk.com)--教育资源门户，提供试卷、教案、课件、论文、素材以及各类教学资源下载，还有大量而丰富的教学相关资讯！" style="width:20.4pt;height:11.4pt" o:oleicon="f" o:ole="">
            <v:imagedata r:id="rId639" o:title="eqId380bbacf854e30e2e747fc286d2b9997"/>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）若数轴上表示数</w:t>
      </w:r>
      <w:r>
        <w:pict>
          <v:shape id="_x0000_i707232" type="#_x0000_t75" alt="学科网(www.zxxk.com)--教育资源门户，提供试卷、教案、课件、论文、素材以及各类教学资源下载，还有大量而丰富的教学相关资讯！" style="width:9pt;height:9.75pt" o:oleicon="f" o:ole="">
            <v:imagedata r:id="rId640" o:title="eqId0a6936d370d6a238a608ca56f87198de"/>
          </v:shape>
        </w:pict>
      </w:r>
      <w:r>
        <w:rPr>
          <w:rFonts w:ascii="宋体" w:eastAsia="宋体" w:hAnsi="宋体" w:cs="宋体"/>
          <w:color w:val="000000"/>
        </w:rPr>
        <w:t>的点位于</w:t>
      </w:r>
      <w:r>
        <w:pict>
          <v:shape id="_x0000_i707233" type="#_x0000_t75" alt="学科网(www.zxxk.com)--教育资源门户，提供试卷、教案、课件、论文、素材以及各类教学资源下载，还有大量而丰富的教学相关资讯！" style="width:16.2pt;height:13.2pt" o:oleicon="f" o:ole="">
            <v:imagedata r:id="rId641" o:title="eqId3edbd40e04e2a943051fa83d6e511add"/>
          </v:shape>
        </w:pict>
      </w:r>
      <w:r>
        <w:rPr>
          <w:rFonts w:ascii="宋体" w:eastAsia="宋体" w:hAnsi="宋体" w:cs="宋体"/>
          <w:color w:val="000000"/>
        </w:rPr>
        <w:t>与</w:t>
      </w:r>
      <w:r>
        <w:rPr>
          <w:rFonts w:ascii="Times New Roman" w:eastAsia="Times New Roman" w:hAnsi="Times New Roman" w:cs="Times New Roman"/>
          <w:color w:val="000000"/>
        </w:rPr>
        <w:t>2</w:t>
      </w:r>
      <w:r>
        <w:rPr>
          <w:rFonts w:ascii="宋体" w:eastAsia="宋体" w:hAnsi="宋体" w:cs="宋体"/>
          <w:color w:val="000000"/>
        </w:rPr>
        <w:t>之间，则</w:t>
      </w:r>
      <w:r>
        <w:pict>
          <v:shape id="_x0000_i707234" type="#_x0000_t75" alt="学科网(www.zxxk.com)--教育资源门户，提供试卷、教案、课件、论文、素材以及各类教学资源下载，还有大量而丰富的教学相关资讯！" style="width:66.75pt;height:21.75pt" o:oleicon="f" o:ole="">
            <v:imagedata r:id="rId642" o:title="eqIdf9810ca85f23a833c8024536015081f5"/>
          </v:shape>
        </w:pic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before="105"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）当</w:t>
      </w:r>
      <w:r>
        <w:pict>
          <v:shape id="_x0000_i707235" type="#_x0000_t75" alt="学科网(www.zxxk.com)--教育资源门户，提供试卷、教案、课件、论文、素材以及各类教学资源下载，还有大量而丰富的教学相关资讯！" style="width:9pt;height:9.75pt" o:oleicon="f" o:ole="">
            <v:imagedata r:id="rId643" o:title="eqId0a6936d370d6a238a608ca56f87198de"/>
          </v:shape>
        </w:pic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时，</w:t>
      </w:r>
      <w:r>
        <w:pict>
          <v:shape id="_x0000_i707236" type="#_x0000_t75" alt="学科网(www.zxxk.com)--教育资源门户，提供试卷、教案、课件、论文、素材以及各类教学资源下载，还有大量而丰富的教学相关资讯！" style="width:101.5pt;height:22pt" o:oleicon="f" o:ole="">
            <v:imagedata r:id="rId644" o:title="eqId69bc2f7d92d2a0c721257a2cdf77c371"/>
          </v:shape>
        </w:pict>
      </w:r>
      <w:r>
        <w:rPr>
          <w:rFonts w:ascii="宋体" w:eastAsia="宋体" w:hAnsi="宋体" w:cs="宋体"/>
          <w:color w:val="000000"/>
        </w:rPr>
        <w:t>的值最小，最小值是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）根据两点间的距离是大数减小数，可得答案；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）根据两点间距离公式列方程求解；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i/>
          <w:color w:val="000000"/>
        </w:rPr>
        <w:t>a</w:t>
      </w:r>
      <w:r>
        <w:rPr>
          <w:rFonts w:ascii="宋体" w:eastAsia="宋体" w:hAnsi="宋体" w:cs="宋体"/>
          <w:color w:val="000000"/>
        </w:rPr>
        <w:t>的取值范围及绝对值的意义化简求解；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）把</w:t>
      </w:r>
      <w:r>
        <w:pict>
          <v:shape id="_x0000_i707237" type="#_x0000_t75" alt="学科网(www.zxxk.com)--教育资源门户，提供试卷、教案、课件、论文、素材以及各类教学资源下载，还有大量而丰富的教学相关资讯！" style="width:101.5pt;height:22pt" o:oleicon="f" o:ole="">
            <v:imagedata r:id="rId645" o:title="eqId69bc2f7d92d2a0c721257a2cdf77c371"/>
          </v:shape>
        </w:pict>
      </w:r>
      <w:r>
        <w:rPr>
          <w:rFonts w:ascii="宋体" w:eastAsia="宋体" w:hAnsi="宋体" w:cs="宋体"/>
          <w:color w:val="000000"/>
        </w:rPr>
        <w:t>的最小值理解为点</w:t>
      </w:r>
      <w:r>
        <w:rPr>
          <w:rFonts w:ascii="Times New Roman" w:eastAsia="Times New Roman" w:hAnsi="Times New Roman" w:cs="Times New Roman"/>
          <w:i/>
          <w:color w:val="000000"/>
        </w:rPr>
        <w:t>a</w:t>
      </w:r>
      <w:r>
        <w:rPr>
          <w:rFonts w:ascii="宋体" w:eastAsia="宋体" w:hAnsi="宋体" w:cs="宋体"/>
          <w:color w:val="000000"/>
        </w:rPr>
        <w:t>表示的点分别到数</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表示的点的距离之和最小，从而得到数</w:t>
      </w:r>
      <w:r>
        <w:rPr>
          <w:rFonts w:ascii="Times New Roman" w:eastAsia="Times New Roman" w:hAnsi="Times New Roman" w:cs="Times New Roman"/>
          <w:i/>
          <w:color w:val="000000"/>
        </w:rPr>
        <w:t>a</w:t>
      </w:r>
      <w:r>
        <w:rPr>
          <w:rFonts w:ascii="宋体" w:eastAsia="宋体" w:hAnsi="宋体" w:cs="宋体"/>
          <w:color w:val="000000"/>
        </w:rPr>
        <w:t>表示的点与数</w:t>
      </w:r>
      <w:r>
        <w:rPr>
          <w:rFonts w:ascii="Times New Roman" w:eastAsia="Times New Roman" w:hAnsi="Times New Roman" w:cs="Times New Roman"/>
          <w:color w:val="000000"/>
        </w:rPr>
        <w:t>1</w:t>
      </w:r>
      <w:r>
        <w:rPr>
          <w:rFonts w:ascii="宋体" w:eastAsia="宋体" w:hAnsi="宋体" w:cs="宋体"/>
          <w:color w:val="000000"/>
        </w:rPr>
        <w:t>表示的点重合时，</w:t>
      </w:r>
      <w:r>
        <w:pict>
          <v:shape id="_x0000_i707238" type="#_x0000_t75" alt="学科网(www.zxxk.com)--教育资源门户，提供试卷、教案、课件、论文、素材以及各类教学资源下载，还有大量而丰富的教学相关资讯！" style="width:101.5pt;height:22pt" o:oleicon="f" o:ole="">
            <v:imagedata r:id="rId645" o:title="eqId69bc2f7d92d2a0c721257a2cdf77c371"/>
          </v:shape>
        </w:pict>
      </w:r>
      <w:r>
        <w:rPr>
          <w:rFonts w:ascii="宋体" w:eastAsia="宋体" w:hAnsi="宋体" w:cs="宋体"/>
          <w:color w:val="000000"/>
        </w:rPr>
        <w:t>的值最小，即可求解．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=2+3=5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）由题意可得</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-(-2)|=3</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+2|=3</w:t>
      </w:r>
      <w:r>
        <w:rPr>
          <w:rFonts w:ascii="宋体" w:eastAsia="宋体" w:hAnsi="宋体" w:cs="宋体"/>
          <w:color w:val="000000"/>
        </w:rPr>
        <w:t>，即</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7239" type="#_x0000_t75" alt="学科网(www.zxxk.com)--教育资源门户，提供试卷、教案、课件、论文、素材以及各类教学资源下载，还有大量而丰富的教学相关资讯！" style="width:66.75pt;height:21.75pt" o:oleicon="f" o:ole="">
            <v:imagedata r:id="rId646" o:title="eqIdf9810ca85f23a833c8024536015081f5"/>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07240" type="#_x0000_t75" alt="学科网(www.zxxk.com)--教育资源门户，提供试卷、教案、课件、论文、素材以及各类教学资源下载，还有大量而丰富的教学相关资讯！" style="width:60pt;height:14pt" o:oleicon="f" o:ole="">
            <v:imagedata r:id="rId647" o:title="eqId08e8a7237976d4eea0b7e4f91cc58b4b"/>
          </v:shape>
        </w:pict>
      </w:r>
    </w:p>
    <w:p>
      <w:pPr>
        <w:spacing w:line="360" w:lineRule="auto"/>
        <w:jc w:val="left"/>
        <w:textAlignment w:val="center"/>
        <w:rPr>
          <w:color w:val="000000"/>
        </w:rPr>
      </w:pP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7241" type="#_x0000_t75" alt="学科网(www.zxxk.com)--教育资源门户，提供试卷、教案、课件、论文、素材以及各类教学资源下载，还有大量而丰富的教学相关资讯！" style="width:101.5pt;height:22pt" o:oleicon="f" o:ole="">
            <v:imagedata r:id="rId648" o:title="eqId69bc2f7d92d2a0c721257a2cdf77c371"/>
          </v:shape>
        </w:pict>
      </w:r>
      <w:r>
        <w:rPr>
          <w:rFonts w:ascii="宋体" w:eastAsia="宋体" w:hAnsi="宋体" w:cs="宋体"/>
          <w:color w:val="000000"/>
        </w:rPr>
        <w:t>表示在数轴上点</w:t>
      </w:r>
      <w:r>
        <w:rPr>
          <w:rFonts w:ascii="Times New Roman" w:eastAsia="Times New Roman" w:hAnsi="Times New Roman" w:cs="Times New Roman"/>
          <w:i/>
          <w:color w:val="000000"/>
        </w:rPr>
        <w:t>a</w:t>
      </w:r>
      <w:r>
        <w:rPr>
          <w:rFonts w:ascii="宋体" w:eastAsia="宋体" w:hAnsi="宋体" w:cs="宋体"/>
          <w:color w:val="000000"/>
        </w:rPr>
        <w:t>表示的点分别到数</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表示的点的距离之和，</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w:t>
      </w:r>
      <w:r>
        <w:pict>
          <v:shape id="_x0000_i707242" type="#_x0000_t75" alt="学科网(www.zxxk.com)--教育资源门户，提供试卷、教案、课件、论文、素材以及各类教学资源下载，还有大量而丰富的教学相关资讯！" style="width:67pt;height:22pt" o:oleicon="f" o:ole="">
            <v:imagedata r:id="rId649" o:title="eqId7281f81a49252e4baa797ce1485c2567"/>
          </v:shape>
        </w:pict>
      </w:r>
      <w:r>
        <w:rPr>
          <w:rFonts w:ascii="宋体" w:eastAsia="宋体" w:hAnsi="宋体" w:cs="宋体"/>
          <w:color w:val="000000"/>
        </w:rPr>
        <w:t>最小，最小值为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取</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中的</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-1|</w:t>
      </w:r>
      <w:r>
        <w:rPr>
          <w:rFonts w:ascii="宋体" w:eastAsia="宋体" w:hAnsi="宋体" w:cs="宋体"/>
          <w:color w:val="000000"/>
        </w:rPr>
        <w:t>也最小，最小值为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rPr>
        <w:t>=1</w:t>
      </w:r>
      <w:r>
        <w:rPr>
          <w:rFonts w:ascii="宋体" w:eastAsia="宋体" w:hAnsi="宋体" w:cs="宋体"/>
          <w:color w:val="000000"/>
        </w:rPr>
        <w:t>时，</w:t>
      </w:r>
      <w:r>
        <w:pict>
          <v:shape id="_x0000_i707243" type="#_x0000_t75" alt="学科网(www.zxxk.com)--教育资源门户，提供试卷、教案、课件、论文、素材以及各类教学资源下载，还有大量而丰富的教学相关资讯！" style="width:101.5pt;height:22pt" o:oleicon="f" o:ole="">
            <v:imagedata r:id="rId650" o:title="eqId69bc2f7d92d2a0c721257a2cdf77c371"/>
          </v:shape>
        </w:pict>
      </w:r>
      <w:r>
        <w:rPr>
          <w:rFonts w:ascii="宋体" w:eastAsia="宋体" w:hAnsi="宋体" w:cs="宋体"/>
          <w:color w:val="000000"/>
        </w:rPr>
        <w:t>的值最小，最小值为</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本题考查了数轴上两点间距离，绝对值意义，理解绝对值的意义利用数形结合思想解题是关键．</w:t>
      </w:r>
    </w:p>
    <w:p>
      <w:pPr>
        <w:pStyle w:val="Heading2"/>
      </w:pPr>
      <w:r>
        <w:t>房山区</w:t>
      </w:r>
    </w:p>
    <w:p>
      <w:pPr>
        <w:spacing w:line="360" w:lineRule="auto"/>
        <w:jc w:val="left"/>
        <w:textAlignment w:val="center"/>
        <w:rPr>
          <w:color w:val="000000"/>
        </w:rPr>
      </w:pPr>
      <w:r>
        <w:rPr>
          <w:color w:val="000000"/>
        </w:rPr>
        <w:t xml:space="preserve">24. </w:t>
      </w:r>
      <w:r>
        <w:rPr>
          <w:rFonts w:ascii="宋体" w:eastAsia="宋体" w:hAnsi="宋体" w:cs="宋体"/>
          <w:color w:val="000000"/>
        </w:rPr>
        <w:t>房山区张坊镇盛产“磨盘柿”，以果实个头大，形状似“磨盘”而得名．某校七年级</w:t>
      </w:r>
      <w:r>
        <w:rPr>
          <w:rFonts w:ascii="Times New Roman" w:eastAsia="Times New Roman" w:hAnsi="Times New Roman" w:cs="Times New Roman"/>
          <w:color w:val="000000"/>
        </w:rPr>
        <w:t>1</w:t>
      </w:r>
      <w:r>
        <w:rPr>
          <w:rFonts w:ascii="宋体" w:eastAsia="宋体" w:hAnsi="宋体" w:cs="宋体"/>
          <w:color w:val="000000"/>
        </w:rPr>
        <w:t>班班长组织同学们采摘“磨盘柿”</w:t>
      </w:r>
      <w:r>
        <w:rPr>
          <w:rFonts w:ascii="Times New Roman" w:eastAsia="Times New Roman" w:hAnsi="Times New Roman" w:cs="Times New Roman"/>
          <w:color w:val="000000"/>
        </w:rPr>
        <w:t>10</w:t>
      </w:r>
      <w:r>
        <w:rPr>
          <w:rFonts w:ascii="宋体" w:eastAsia="宋体" w:hAnsi="宋体" w:cs="宋体"/>
          <w:color w:val="000000"/>
        </w:rPr>
        <w:t>筐，每筐柿子质量各不相同，为了计算简便，今以每筐</w:t>
      </w:r>
      <w:r>
        <w:rPr>
          <w:rFonts w:ascii="Times New Roman" w:eastAsia="Times New Roman" w:hAnsi="Times New Roman" w:cs="Times New Roman"/>
          <w:color w:val="000000"/>
        </w:rPr>
        <w:t>5</w:t>
      </w:r>
      <w:r>
        <w:rPr>
          <w:rFonts w:ascii="宋体" w:eastAsia="宋体" w:hAnsi="宋体" w:cs="宋体"/>
          <w:color w:val="000000"/>
        </w:rPr>
        <w:t>千克为标准，超过标准质量的数记作正数，不足的数记作负数，所做记录如表：</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908"/>
        <w:gridCol w:w="664"/>
        <w:gridCol w:w="599"/>
        <w:gridCol w:w="664"/>
        <w:gridCol w:w="664"/>
        <w:gridCol w:w="664"/>
        <w:gridCol w:w="664"/>
        <w:gridCol w:w="664"/>
        <w:gridCol w:w="484"/>
        <w:gridCol w:w="664"/>
        <w:gridCol w:w="664"/>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筐编号</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6</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9</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10</w: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质量（千克）</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0.8</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0.3</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1.1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0.7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0.2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0.4</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w:t>
            </w:r>
          </w:p>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0.7</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w:t>
            </w:r>
          </w:p>
          <w:p>
            <w:pPr>
              <w:spacing w:line="360" w:lineRule="auto"/>
              <w:jc w:val="center"/>
              <w:textAlignment w:val="center"/>
              <w:rPr>
                <w:color w:val="000000"/>
              </w:rPr>
            </w:pPr>
            <w:r>
              <w:rPr>
                <w:rFonts w:ascii="Times New Roman" w:eastAsia="Times New Roman" w:hAnsi="Times New Roman" w:cs="Times New Roman"/>
                <w:color w:val="000000"/>
              </w:rPr>
              <w:t>1.3</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）在同学们摘得的</w:t>
      </w:r>
      <w:r>
        <w:rPr>
          <w:rFonts w:ascii="Times New Roman" w:eastAsia="Times New Roman" w:hAnsi="Times New Roman" w:cs="Times New Roman"/>
          <w:color w:val="000000"/>
        </w:rPr>
        <w:t>10</w:t>
      </w:r>
      <w:r>
        <w:rPr>
          <w:rFonts w:ascii="宋体" w:eastAsia="宋体" w:hAnsi="宋体" w:cs="宋体"/>
          <w:color w:val="000000"/>
        </w:rPr>
        <w:t>筐“磨盘柿”中，质量最多的一筐是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千克，质量最少的一筐是</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千克；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）同学们共摘得“磨盘柿”多少千克？</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6.1</w:t>
      </w:r>
      <w:r>
        <w:rPr>
          <w:rFonts w:ascii="宋体" w:eastAsia="宋体" w:hAnsi="宋体" w:cs="宋体"/>
          <w:color w:val="000000"/>
        </w:rPr>
        <w:t>；</w:t>
      </w:r>
      <w:r>
        <w:rPr>
          <w:rFonts w:ascii="Times New Roman" w:eastAsia="Times New Roman" w:hAnsi="Times New Roman" w:cs="Times New Roman"/>
          <w:color w:val="000000"/>
        </w:rPr>
        <w:t>3.7</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50.1</w:t>
      </w:r>
      <w:r>
        <w:rPr>
          <w:rFonts w:ascii="宋体" w:eastAsia="宋体" w:hAnsi="宋体" w:cs="宋体"/>
          <w:color w:val="000000"/>
        </w:rPr>
        <w:t>千克．</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）先比较不足数与超过数的大小，找出最大与最小的，再求出最多质量与最少质量即可；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）利用标准数</w:t>
      </w:r>
      <w:r>
        <w:rPr>
          <w:rFonts w:ascii="Times New Roman" w:eastAsia="Times New Roman" w:hAnsi="Times New Roman" w:cs="Times New Roman"/>
          <w:color w:val="000000"/>
        </w:rPr>
        <w:t>×10+</w:t>
      </w:r>
      <w:r>
        <w:rPr>
          <w:rFonts w:ascii="宋体" w:eastAsia="宋体" w:hAnsi="宋体" w:cs="宋体"/>
          <w:color w:val="000000"/>
        </w:rPr>
        <w:t>所有超过的与不足的数的和，利用同号相加计算，最后异号相加即可．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-0.7</w:t>
      </w:r>
      <w:r>
        <w:rPr>
          <w:rFonts w:ascii="宋体" w:eastAsia="宋体" w:hAnsi="宋体" w:cs="宋体"/>
          <w:color w:val="000000"/>
        </w:rPr>
        <w:t>＜</w:t>
      </w:r>
      <w:r>
        <w:rPr>
          <w:rFonts w:ascii="Times New Roman" w:eastAsia="Times New Roman" w:hAnsi="Times New Roman" w:cs="Times New Roman"/>
          <w:color w:val="000000"/>
        </w:rPr>
        <w:t>-0.4</w:t>
      </w:r>
      <w:r>
        <w:rPr>
          <w:rFonts w:ascii="宋体" w:eastAsia="宋体" w:hAnsi="宋体" w:cs="宋体"/>
          <w:color w:val="000000"/>
        </w:rPr>
        <w:t>＜</w:t>
      </w:r>
      <w:r>
        <w:rPr>
          <w:rFonts w:ascii="Times New Roman" w:eastAsia="Times New Roman" w:hAnsi="Times New Roman" w:cs="Times New Roman"/>
          <w:color w:val="000000"/>
        </w:rPr>
        <w:t>-0.3</w:t>
      </w:r>
      <w:r>
        <w:rPr>
          <w:rFonts w:ascii="宋体" w:eastAsia="宋体" w:hAnsi="宋体" w:cs="宋体"/>
          <w:color w:val="000000"/>
        </w:rPr>
        <w:t>＜</w:t>
      </w:r>
      <w:r>
        <w:rPr>
          <w:rFonts w:ascii="Times New Roman" w:eastAsia="Times New Roman" w:hAnsi="Times New Roman" w:cs="Times New Roman"/>
          <w:color w:val="000000"/>
        </w:rPr>
        <w:t>0.2</w:t>
      </w:r>
      <w:r>
        <w:rPr>
          <w:rFonts w:ascii="宋体" w:eastAsia="宋体" w:hAnsi="宋体" w:cs="宋体"/>
          <w:color w:val="000000"/>
        </w:rPr>
        <w:t>＜</w:t>
      </w:r>
      <w:r>
        <w:rPr>
          <w:rFonts w:ascii="Times New Roman" w:eastAsia="Times New Roman" w:hAnsi="Times New Roman" w:cs="Times New Roman"/>
          <w:color w:val="000000"/>
        </w:rPr>
        <w:t>0.7</w:t>
      </w:r>
      <w:r>
        <w:rPr>
          <w:rFonts w:ascii="宋体" w:eastAsia="宋体" w:hAnsi="宋体" w:cs="宋体"/>
          <w:color w:val="000000"/>
        </w:rPr>
        <w:t>＜</w:t>
      </w:r>
      <w:r>
        <w:rPr>
          <w:rFonts w:ascii="Times New Roman" w:eastAsia="Times New Roman" w:hAnsi="Times New Roman" w:cs="Times New Roman"/>
          <w:color w:val="000000"/>
        </w:rPr>
        <w:t>0.8</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质量最多的一筐为</w:t>
      </w:r>
      <w:r>
        <w:rPr>
          <w:rFonts w:ascii="Times New Roman" w:eastAsia="Times New Roman" w:hAnsi="Times New Roman" w:cs="Times New Roman"/>
          <w:color w:val="000000"/>
        </w:rPr>
        <w:t>5+1.1=6.1</w:t>
      </w:r>
      <w:r>
        <w:rPr>
          <w:rFonts w:ascii="宋体" w:eastAsia="宋体" w:hAnsi="宋体" w:cs="宋体"/>
          <w:color w:val="000000"/>
        </w:rPr>
        <w:t>千克，质量最少的一筐是为</w:t>
      </w:r>
      <w:r>
        <w:rPr>
          <w:rFonts w:ascii="Times New Roman" w:eastAsia="Times New Roman" w:hAnsi="Times New Roman" w:cs="Times New Roman"/>
          <w:color w:val="000000"/>
        </w:rPr>
        <w:t>5-1.3=3.7</w:t>
      </w:r>
      <w:r>
        <w:rPr>
          <w:rFonts w:ascii="宋体" w:eastAsia="宋体" w:hAnsi="宋体" w:cs="宋体"/>
          <w:color w:val="000000"/>
        </w:rPr>
        <w:t>千克，</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6.1</w:t>
      </w:r>
      <w:r>
        <w:rPr>
          <w:rFonts w:ascii="宋体" w:eastAsia="宋体" w:hAnsi="宋体" w:cs="宋体"/>
          <w:color w:val="000000"/>
        </w:rPr>
        <w:t>；</w:t>
      </w:r>
      <w:r>
        <w:rPr>
          <w:rFonts w:ascii="Times New Roman" w:eastAsia="Times New Roman" w:hAnsi="Times New Roman" w:cs="Times New Roman"/>
          <w:color w:val="000000"/>
        </w:rPr>
        <w:t>3.7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5×10+0.8-1-0.3+1.1+0.7+0.2-0.4+1-0.7-1.3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=50+</w:t>
      </w:r>
      <w:r>
        <w:rPr>
          <w:rFonts w:ascii="宋体" w:eastAsia="宋体" w:hAnsi="宋体" w:cs="宋体"/>
          <w:color w:val="000000"/>
        </w:rPr>
        <w:t>（</w:t>
      </w:r>
      <w:r>
        <w:rPr>
          <w:rFonts w:ascii="Times New Roman" w:eastAsia="Times New Roman" w:hAnsi="Times New Roman" w:cs="Times New Roman"/>
          <w:color w:val="000000"/>
        </w:rPr>
        <w:t>0.8+1.1+0.7+0.2+1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1+0.3+0.4+0.7+1.3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=50+3.8-3.7</w:t>
      </w:r>
    </w:p>
    <w:p>
      <w:pPr>
        <w:spacing w:line="360" w:lineRule="auto"/>
        <w:jc w:val="left"/>
        <w:textAlignment w:val="center"/>
        <w:rPr>
          <w:color w:val="000000"/>
        </w:rPr>
      </w:pPr>
      <w:r>
        <w:rPr>
          <w:rFonts w:ascii="Times New Roman" w:eastAsia="Times New Roman" w:hAnsi="Times New Roman" w:cs="Times New Roman"/>
          <w:color w:val="000000"/>
        </w:rPr>
        <w:t>=50.1</w:t>
      </w:r>
      <w:r>
        <w:rPr>
          <w:rFonts w:ascii="宋体" w:eastAsia="宋体" w:hAnsi="宋体" w:cs="宋体"/>
          <w:color w:val="000000"/>
        </w:rPr>
        <w:t>（千克）．</w:t>
      </w:r>
    </w:p>
    <w:p>
      <w:pPr>
        <w:spacing w:line="360" w:lineRule="auto"/>
        <w:jc w:val="left"/>
        <w:textAlignment w:val="center"/>
        <w:rPr>
          <w:color w:val="000000"/>
        </w:rPr>
      </w:pPr>
      <w:r>
        <w:rPr>
          <w:color w:val="000000"/>
        </w:rPr>
        <w:t>【点睛】</w:t>
      </w:r>
      <w:r>
        <w:rPr>
          <w:rFonts w:ascii="宋体" w:eastAsia="宋体" w:hAnsi="宋体" w:cs="宋体"/>
          <w:color w:val="000000"/>
        </w:rPr>
        <w:t>本题考查正负数在生活中的运用，有理数的加减法与乘法混合运算，掌握用正数与负数表示的相反意义的量，会利用简便方法求共摘得</w:t>
      </w:r>
      <w:r>
        <w:rPr>
          <w:rFonts w:ascii="Times New Roman" w:eastAsia="Times New Roman" w:hAnsi="Times New Roman" w:cs="Times New Roman"/>
          <w:color w:val="000000"/>
        </w:rPr>
        <w:t>“</w:t>
      </w:r>
      <w:r>
        <w:rPr>
          <w:rFonts w:ascii="宋体" w:eastAsia="宋体" w:hAnsi="宋体" w:cs="宋体"/>
          <w:color w:val="000000"/>
        </w:rPr>
        <w:t>磨盘柿</w:t>
      </w:r>
      <w:r>
        <w:rPr>
          <w:rFonts w:ascii="Times New Roman" w:eastAsia="Times New Roman" w:hAnsi="Times New Roman" w:cs="Times New Roman"/>
          <w:color w:val="000000"/>
        </w:rPr>
        <w:t>”</w:t>
      </w:r>
      <w:r>
        <w:rPr>
          <w:rFonts w:ascii="宋体" w:eastAsia="宋体" w:hAnsi="宋体" w:cs="宋体"/>
          <w:color w:val="000000"/>
        </w:rPr>
        <w:t>是解题关键．</w:t>
      </w:r>
    </w:p>
    <w:p>
      <w:pPr>
        <w:spacing w:line="360" w:lineRule="auto"/>
        <w:jc w:val="left"/>
        <w:textAlignment w:val="center"/>
        <w:rPr>
          <w:color w:val="000000"/>
        </w:rPr>
      </w:pPr>
      <w:r>
        <w:rPr>
          <w:color w:val="000000"/>
        </w:rPr>
        <w:t xml:space="preserve">25. </w:t>
      </w:r>
      <w:r>
        <w:rPr>
          <w:rFonts w:ascii="宋体" w:eastAsia="宋体" w:hAnsi="宋体" w:cs="宋体"/>
          <w:color w:val="000000"/>
        </w:rPr>
        <w:t>对于数轴上的两点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两点到原点</w:t>
      </w:r>
      <w:r>
        <w:rPr>
          <w:rFonts w:ascii="Times New Roman" w:eastAsia="Times New Roman" w:hAnsi="Times New Roman" w:cs="Times New Roman"/>
          <w:i/>
          <w:color w:val="000000"/>
        </w:rPr>
        <w:t>O</w:t>
      </w:r>
      <w:r>
        <w:rPr>
          <w:rFonts w:ascii="宋体" w:eastAsia="宋体" w:hAnsi="宋体" w:cs="宋体"/>
          <w:color w:val="000000"/>
        </w:rPr>
        <w:t>的距离之差的绝对值称为</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两点的友好距离，记为【</w:t>
      </w:r>
      <w:r>
        <w:rPr>
          <w:rFonts w:ascii="Times New Roman" w:eastAsia="Times New Roman" w:hAnsi="Times New Roman" w:cs="Times New Roman"/>
          <w:i/>
          <w:color w:val="000000"/>
        </w:rPr>
        <w:t>POQ</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两点表示的数，如图</w:t>
      </w:r>
      <w:r>
        <w:rPr>
          <w:rFonts w:ascii="Times New Roman" w:eastAsia="Times New Roman" w:hAnsi="Times New Roman" w:cs="Times New Roman"/>
          <w:color w:val="000000"/>
        </w:rPr>
        <w:t>1</w:t>
      </w:r>
      <w:r>
        <w:rPr>
          <w:rFonts w:ascii="宋体" w:eastAsia="宋体" w:hAnsi="宋体" w:cs="宋体"/>
          <w:color w:val="000000"/>
        </w:rPr>
        <w:t>所示：则【</w:t>
      </w:r>
      <w:r>
        <w:rPr>
          <w:rFonts w:ascii="Times New Roman" w:eastAsia="Times New Roman" w:hAnsi="Times New Roman" w:cs="Times New Roman"/>
          <w:i/>
          <w:color w:val="000000"/>
        </w:rPr>
        <w:t>POQ</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PO</w:t>
      </w:r>
      <w:r>
        <w:rPr>
          <w:rFonts w:ascii="宋体" w:eastAsia="宋体" w:hAnsi="宋体" w:cs="宋体"/>
          <w:color w:val="000000"/>
        </w:rPr>
        <w:t>﹣</w:t>
      </w:r>
      <w:r>
        <w:rPr>
          <w:rFonts w:ascii="Times New Roman" w:eastAsia="Times New Roman" w:hAnsi="Times New Roman" w:cs="Times New Roman"/>
          <w:i/>
          <w:color w:val="000000"/>
        </w:rPr>
        <w:t>QO</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847850" cy="628650"/>
            <wp:docPr id="27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 name=""/>
                    <pic:cNvPicPr>
                      <a:picLocks noChangeAspect="1"/>
                    </pic:cNvPicPr>
                  </pic:nvPicPr>
                  <pic:blipFill>
                    <a:blip r:embed="rId651"/>
                    <a:stretch>
                      <a:fillRect/>
                    </a:stretch>
                  </pic:blipFill>
                  <pic:spPr>
                    <a:xfrm>
                      <a:off x="0" y="0"/>
                      <a:ext cx="1847850" cy="628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两点表示的数，如图所示：</w:t>
      </w:r>
    </w:p>
    <w:p>
      <w:pPr>
        <w:spacing w:line="360" w:lineRule="auto"/>
        <w:jc w:val="left"/>
        <w:textAlignment w:val="center"/>
        <w:rPr>
          <w:color w:val="000000"/>
        </w:rPr>
      </w:pPr>
      <w:r>
        <w:rPr>
          <w:color w:val="000000"/>
        </w:rPr>
        <w:drawing>
          <wp:inline>
            <wp:extent cx="1847850" cy="628650"/>
            <wp:docPr id="27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6" name=""/>
                    <pic:cNvPicPr>
                      <a:picLocks noChangeAspect="1"/>
                    </pic:cNvPicPr>
                  </pic:nvPicPr>
                  <pic:blipFill>
                    <a:blip r:embed="rId652"/>
                    <a:stretch>
                      <a:fillRect/>
                    </a:stretch>
                  </pic:blipFill>
                  <pic:spPr>
                    <a:xfrm>
                      <a:off x="0" y="0"/>
                      <a:ext cx="1847850" cy="628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两点的友好距离为</w:t>
      </w:r>
      <w:r>
        <w:rPr>
          <w:rFonts w:ascii="Times New Roman" w:eastAsia="Times New Roman" w:hAnsi="Times New Roman" w:cs="Times New Roman"/>
          <w:color w:val="000000"/>
        </w:rPr>
        <w:t xml:space="preserve"> </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w:t>
      </w:r>
      <w:r>
        <w:rPr>
          <w:rFonts w:ascii="Times New Roman" w:eastAsia="Times New Roman" w:hAnsi="Times New Roman" w:cs="Times New Roman"/>
          <w:i/>
          <w:color w:val="000000"/>
        </w:rPr>
        <w:t>C</w:t>
      </w:r>
      <w:r>
        <w:rPr>
          <w:rFonts w:ascii="宋体" w:eastAsia="宋体" w:hAnsi="宋体" w:cs="宋体"/>
          <w:color w:val="000000"/>
        </w:rPr>
        <w:t>为数轴上一点（不与点</w:t>
      </w:r>
      <w:r>
        <w:rPr>
          <w:rFonts w:ascii="Times New Roman" w:eastAsia="Times New Roman" w:hAnsi="Times New Roman" w:cs="Times New Roman"/>
          <w:i/>
          <w:color w:val="000000"/>
        </w:rPr>
        <w:t>O</w:t>
      </w:r>
      <w:r>
        <w:rPr>
          <w:rFonts w:ascii="宋体" w:eastAsia="宋体" w:hAnsi="宋体" w:cs="宋体"/>
          <w:color w:val="000000"/>
        </w:rPr>
        <w:t>重合），且【</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】，求点</w:t>
      </w:r>
      <w:r>
        <w:rPr>
          <w:rFonts w:ascii="Times New Roman" w:eastAsia="Times New Roman" w:hAnsi="Times New Roman" w:cs="Times New Roman"/>
          <w:i/>
          <w:color w:val="000000"/>
        </w:rPr>
        <w:t>C</w:t>
      </w:r>
      <w:r>
        <w:rPr>
          <w:rFonts w:ascii="宋体" w:eastAsia="宋体" w:hAnsi="宋体" w:cs="宋体"/>
          <w:color w:val="000000"/>
        </w:rPr>
        <w:t>表示的数；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为数轴上的两点（点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左边），且</w:t>
      </w:r>
      <w:r>
        <w:rPr>
          <w:rFonts w:ascii="Times New Roman" w:eastAsia="Times New Roman" w:hAnsi="Times New Roman" w:cs="Times New Roman"/>
          <w:i/>
          <w:color w:val="000000"/>
        </w:rPr>
        <w:t>MN</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，若【</w:t>
      </w:r>
      <w:r>
        <w:rPr>
          <w:rFonts w:ascii="Times New Roman" w:eastAsia="Times New Roman" w:hAnsi="Times New Roman" w:cs="Times New Roman"/>
          <w:i/>
          <w:color w:val="000000"/>
        </w:rPr>
        <w:t>MON</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，直接写出点</w:t>
      </w:r>
      <w:r>
        <w:rPr>
          <w:rFonts w:ascii="Times New Roman" w:eastAsia="Times New Roman" w:hAnsi="Times New Roman" w:cs="Times New Roman"/>
          <w:i/>
          <w:color w:val="000000"/>
        </w:rPr>
        <w:t>N</w:t>
      </w:r>
      <w:r>
        <w:rPr>
          <w:rFonts w:ascii="宋体" w:eastAsia="宋体" w:hAnsi="宋体" w:cs="宋体"/>
          <w:color w:val="000000"/>
        </w:rPr>
        <w:t>表示的数．</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2</w:t>
      </w:r>
      <w:r>
        <w:rPr>
          <w:rFonts w:ascii="宋体" w:eastAsia="宋体" w:hAnsi="宋体" w:cs="宋体"/>
          <w:color w:val="000000"/>
        </w:rPr>
        <w:t>；②点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）①根据绝对距离的定义即可解题</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②先根据绝对值的意义求出【</w:t>
      </w:r>
      <w:r>
        <w:rPr>
          <w:rFonts w:ascii="Times New Roman" w:eastAsia="Times New Roman" w:hAnsi="Times New Roman" w:cs="Times New Roman"/>
          <w:i/>
          <w:color w:val="000000"/>
        </w:rPr>
        <w:t>AOB</w:t>
      </w:r>
      <w:r>
        <w:rPr>
          <w:rFonts w:ascii="宋体" w:eastAsia="宋体" w:hAnsi="宋体" w:cs="宋体"/>
          <w:color w:val="000000"/>
        </w:rPr>
        <w:t>】再根据【</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】求出【</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，然后利用绝对值意义得出方程即可求解；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M</w:t>
      </w:r>
      <w:r>
        <w:rPr>
          <w:rFonts w:ascii="宋体" w:eastAsia="宋体" w:hAnsi="宋体" w:cs="宋体"/>
          <w:color w:val="000000"/>
        </w:rPr>
        <w:t>用</w:t>
      </w:r>
      <w:r>
        <w:rPr>
          <w:rFonts w:ascii="Times New Roman" w:eastAsia="Times New Roman" w:hAnsi="Times New Roman" w:cs="Times New Roman"/>
          <w:i/>
          <w:color w:val="000000"/>
        </w:rPr>
        <w:t>x</w:t>
      </w:r>
      <w:r>
        <w:rPr>
          <w:rFonts w:ascii="宋体" w:eastAsia="宋体" w:hAnsi="宋体" w:cs="宋体"/>
          <w:color w:val="000000"/>
        </w:rPr>
        <w:t>表示，点</w:t>
      </w:r>
      <w:r>
        <w:rPr>
          <w:rFonts w:ascii="Times New Roman" w:eastAsia="Times New Roman" w:hAnsi="Times New Roman" w:cs="Times New Roman"/>
          <w:i/>
          <w:color w:val="000000"/>
        </w:rPr>
        <w:t>N</w:t>
      </w:r>
      <w:r>
        <w:rPr>
          <w:rFonts w:ascii="宋体" w:eastAsia="宋体" w:hAnsi="宋体" w:cs="宋体"/>
          <w:color w:val="000000"/>
        </w:rPr>
        <w:t>用（</w:t>
      </w: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宋体" w:eastAsia="宋体" w:hAnsi="宋体" w:cs="宋体"/>
          <w:color w:val="000000"/>
        </w:rPr>
        <w:t>）表示，先确定原点</w:t>
      </w:r>
      <w:r>
        <w:rPr>
          <w:rFonts w:ascii="Times New Roman" w:eastAsia="Times New Roman" w:hAnsi="Times New Roman" w:cs="Times New Roman"/>
          <w:i/>
          <w:color w:val="000000"/>
        </w:rPr>
        <w:t>O</w:t>
      </w:r>
      <w:r>
        <w:rPr>
          <w:rFonts w:ascii="宋体" w:eastAsia="宋体" w:hAnsi="宋体" w:cs="宋体"/>
          <w:color w:val="000000"/>
        </w:rPr>
        <w:t>在</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两点之间，由点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左边，可得点</w:t>
      </w:r>
      <w:r>
        <w:rPr>
          <w:rFonts w:ascii="Times New Roman" w:eastAsia="Times New Roman" w:hAnsi="Times New Roman" w:cs="Times New Roman"/>
          <w:i/>
          <w:color w:val="000000"/>
        </w:rPr>
        <w:t>M</w:t>
      </w:r>
      <w:r>
        <w:rPr>
          <w:rFonts w:ascii="宋体" w:eastAsia="宋体" w:hAnsi="宋体" w:cs="宋体"/>
          <w:color w:val="000000"/>
        </w:rPr>
        <w:t>表示负数，点</w:t>
      </w:r>
      <w:r>
        <w:rPr>
          <w:rFonts w:ascii="Times New Roman" w:eastAsia="Times New Roman" w:hAnsi="Times New Roman" w:cs="Times New Roman"/>
          <w:i/>
          <w:color w:val="000000"/>
        </w:rPr>
        <w:t>N</w:t>
      </w:r>
      <w:r>
        <w:rPr>
          <w:rFonts w:ascii="宋体" w:eastAsia="宋体" w:hAnsi="宋体" w:cs="宋体"/>
          <w:color w:val="000000"/>
        </w:rPr>
        <w:t>表示正数，由题可知【</w:t>
      </w:r>
      <w:r>
        <w:rPr>
          <w:rFonts w:ascii="Times New Roman" w:eastAsia="Times New Roman" w:hAnsi="Times New Roman" w:cs="Times New Roman"/>
          <w:i/>
          <w:color w:val="000000"/>
        </w:rPr>
        <w:t>MON</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MO</w:t>
      </w:r>
      <w:r>
        <w:rPr>
          <w:rFonts w:ascii="Times New Roman" w:eastAsia="Times New Roman" w:hAnsi="Times New Roman" w:cs="Times New Roman"/>
          <w:color w:val="000000"/>
        </w:rPr>
        <w:t>-</w:t>
      </w:r>
      <w:r>
        <w:rPr>
          <w:rFonts w:ascii="Times New Roman" w:eastAsia="Times New Roman" w:hAnsi="Times New Roman" w:cs="Times New Roman"/>
          <w:i/>
          <w:color w:val="000000"/>
        </w:rPr>
        <w:t>NO</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w:t>
      </w:r>
      <w:r>
        <w:rPr>
          <w:rFonts w:ascii="Times New Roman" w:eastAsia="Times New Roman" w:hAnsi="Times New Roman" w:cs="Times New Roman"/>
          <w:i/>
          <w:color w:val="000000"/>
        </w:rPr>
        <w:t>NO</w:t>
      </w:r>
      <w:r>
        <w:rPr>
          <w:rFonts w:ascii="Times New Roman" w:eastAsia="Times New Roman" w:hAnsi="Times New Roman" w:cs="Times New Roman"/>
          <w:color w:val="000000"/>
        </w:rPr>
        <w:t>-</w:t>
      </w:r>
      <w:r>
        <w:rPr>
          <w:rFonts w:ascii="Times New Roman" w:eastAsia="Times New Roman" w:hAnsi="Times New Roman" w:cs="Times New Roman"/>
          <w:i/>
          <w:color w:val="000000"/>
        </w:rPr>
        <w:t>MO</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OM |</w:t>
      </w:r>
      <w:r>
        <w:rPr>
          <w:rFonts w:ascii="宋体" w:eastAsia="宋体" w:hAnsi="宋体" w:cs="宋体"/>
          <w:color w:val="000000"/>
        </w:rPr>
        <w:t>＞</w:t>
      </w:r>
      <w:r>
        <w:rPr>
          <w:rFonts w:ascii="Times New Roman" w:eastAsia="Times New Roman" w:hAnsi="Times New Roman" w:cs="Times New Roman"/>
          <w:color w:val="000000"/>
        </w:rPr>
        <w:t>|ON|</w:t>
      </w:r>
      <w:r>
        <w:rPr>
          <w:rFonts w:ascii="宋体" w:eastAsia="宋体" w:hAnsi="宋体" w:cs="宋体"/>
          <w:color w:val="000000"/>
        </w:rPr>
        <w:t>，列方程</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4=2</w:t>
      </w:r>
      <w:r>
        <w:rPr>
          <w:rFonts w:ascii="宋体" w:eastAsia="宋体" w:hAnsi="宋体" w:cs="宋体"/>
          <w:color w:val="000000"/>
        </w:rPr>
        <w:t>，</w:t>
      </w:r>
      <w:r>
        <w:rPr>
          <w:rFonts w:ascii="Times New Roman" w:eastAsia="Times New Roman" w:hAnsi="Times New Roman" w:cs="Times New Roman"/>
          <w:color w:val="000000"/>
        </w:rPr>
        <w:t>| OM |</w:t>
      </w:r>
      <w:r>
        <w:rPr>
          <w:rFonts w:ascii="宋体" w:eastAsia="宋体" w:hAnsi="宋体" w:cs="宋体"/>
          <w:color w:val="000000"/>
        </w:rPr>
        <w:t>＜</w:t>
      </w:r>
      <w:r>
        <w:rPr>
          <w:rFonts w:ascii="Times New Roman" w:eastAsia="Times New Roman" w:hAnsi="Times New Roman" w:cs="Times New Roman"/>
          <w:color w:val="000000"/>
        </w:rPr>
        <w:t>|ON|</w:t>
      </w:r>
      <w:r>
        <w:rPr>
          <w:rFonts w:ascii="宋体" w:eastAsia="宋体" w:hAnsi="宋体" w:cs="宋体"/>
          <w:color w:val="000000"/>
        </w:rPr>
        <w:t>列方程</w:t>
      </w: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，解方程即可．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两点的友好距离为</w:t>
      </w:r>
      <w:r>
        <w:rPr>
          <w:rFonts w:ascii="Times New Roman" w:eastAsia="Times New Roman" w:hAnsi="Times New Roman" w:cs="Times New Roman"/>
          <w:color w:val="000000"/>
        </w:rPr>
        <w:t>=</w:t>
      </w:r>
      <w:r>
        <w:pict>
          <v:shape id="_x0000_i707244" type="#_x0000_t75" alt="学科网(www.zxxk.com)--教育资源门户，提供试卷、教案、课件、论文、素材以及各类教学资源下载，还有大量而丰富的教学相关资讯！" style="width:105pt;height:19.8pt" o:oleicon="f" o:ole="">
            <v:imagedata r:id="rId653" o:title="eqId0b67d996271049b451197a5e1448bc9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②设点</w:t>
      </w:r>
      <w:r>
        <w:rPr>
          <w:rFonts w:ascii="Times New Roman" w:eastAsia="Times New Roman" w:hAnsi="Times New Roman" w:cs="Times New Roman"/>
          <w:i/>
          <w:color w:val="000000"/>
        </w:rPr>
        <w:t>C</w:t>
      </w:r>
      <w:r>
        <w:rPr>
          <w:rFonts w:ascii="宋体" w:eastAsia="宋体" w:hAnsi="宋体" w:cs="宋体"/>
          <w:color w:val="000000"/>
        </w:rPr>
        <w:t>用</w:t>
      </w:r>
      <w:r>
        <w:rPr>
          <w:rFonts w:ascii="Times New Roman" w:eastAsia="Times New Roman" w:hAnsi="Times New Roman" w:cs="Times New Roman"/>
          <w:i/>
          <w:color w:val="000000"/>
        </w:rPr>
        <w:t>x</w:t>
      </w:r>
      <w:r>
        <w:rPr>
          <w:rFonts w:ascii="宋体" w:eastAsia="宋体" w:hAnsi="宋体" w:cs="宋体"/>
          <w:color w:val="000000"/>
        </w:rPr>
        <w:t>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pict>
          <v:shape id="_x0000_i707245" type="#_x0000_t75" alt="学科网(www.zxxk.com)--教育资源门户，提供试卷、教案、课件、论文、素材以及各类教学资源下载，还有大量而丰富的教学相关资讯！" style="width:115.2pt;height:19.8pt" o:oleicon="f" o:ole="">
            <v:imagedata r:id="rId654" o:title="eqId125adf0208d5ce3b22d833b66031280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，即</w:t>
      </w:r>
      <w:r>
        <w:pict>
          <v:shape id="_x0000_i707246" type="#_x0000_t75" alt="学科网(www.zxxk.com)--教育资源门户，提供试卷、教案、课件、论文、素材以及各类教学资源下载，还有大量而丰富的教学相关资讯！" style="width:68.1pt;height:19.95pt" o:oleicon="f" o:ole="">
            <v:imagedata r:id="rId655" o:title="eqIdb6ad4a5645accb14ea22fad69aa5ec2f"/>
          </v:shape>
        </w:pict>
      </w:r>
      <w:r>
        <w:rPr>
          <w:rFonts w:ascii="宋体" w:eastAsia="宋体" w:hAnsi="宋体" w:cs="宋体"/>
          <w:color w:val="000000"/>
        </w:rPr>
        <w:t>或</w:t>
      </w:r>
      <w:r>
        <w:pict>
          <v:shape id="_x0000_i707247" type="#_x0000_t75" alt="学科网(www.zxxk.com)--教育资源门户，提供试卷、教案、课件、论文、素材以及各类教学资源下载，还有大量而丰富的教学相关资讯！" style="width:67.8pt;height:19.8pt" o:oleicon="f" o:ole="">
            <v:imagedata r:id="rId656" o:title="eqId96da38b3e02c1bce717ac6b1f9cb540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i/>
          <w:color w:val="000000"/>
        </w:rPr>
        <w:t>x</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M</w:t>
      </w:r>
      <w:r>
        <w:rPr>
          <w:rFonts w:ascii="宋体" w:eastAsia="宋体" w:hAnsi="宋体" w:cs="宋体"/>
          <w:color w:val="000000"/>
        </w:rPr>
        <w:t>用</w:t>
      </w:r>
      <w:r>
        <w:rPr>
          <w:rFonts w:ascii="Times New Roman" w:eastAsia="Times New Roman" w:hAnsi="Times New Roman" w:cs="Times New Roman"/>
          <w:i/>
          <w:color w:val="000000"/>
        </w:rPr>
        <w:t>x</w:t>
      </w:r>
      <w:r>
        <w:rPr>
          <w:rFonts w:ascii="宋体" w:eastAsia="宋体" w:hAnsi="宋体" w:cs="宋体"/>
          <w:color w:val="000000"/>
        </w:rPr>
        <w:t>表示，点</w:t>
      </w:r>
      <w:r>
        <w:rPr>
          <w:rFonts w:ascii="Times New Roman" w:eastAsia="Times New Roman" w:hAnsi="Times New Roman" w:cs="Times New Roman"/>
          <w:i/>
          <w:color w:val="000000"/>
        </w:rPr>
        <w:t>N</w:t>
      </w:r>
      <w:r>
        <w:rPr>
          <w:rFonts w:ascii="宋体" w:eastAsia="宋体" w:hAnsi="宋体" w:cs="宋体"/>
          <w:color w:val="000000"/>
        </w:rPr>
        <w:t>用（</w:t>
      </w: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宋体" w:eastAsia="宋体" w:hAnsi="宋体" w:cs="宋体"/>
          <w:color w:val="000000"/>
        </w:rPr>
        <w:t>）表示，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MN</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i/>
          <w:color w:val="000000"/>
        </w:rPr>
        <w:t>、</w:t>
      </w:r>
      <w:r>
        <w:rPr>
          <w:rFonts w:ascii="Times New Roman" w:eastAsia="Times New Roman" w:hAnsi="Times New Roman" w:cs="Times New Roman"/>
          <w:i/>
          <w:color w:val="000000"/>
        </w:rPr>
        <w:t>N</w:t>
      </w:r>
      <w:r>
        <w:rPr>
          <w:rFonts w:ascii="宋体" w:eastAsia="宋体" w:hAnsi="宋体" w:cs="宋体"/>
          <w:color w:val="000000"/>
        </w:rPr>
        <w:t>在原点</w:t>
      </w:r>
      <w:r>
        <w:rPr>
          <w:rFonts w:ascii="Times New Roman" w:eastAsia="Times New Roman" w:hAnsi="Times New Roman" w:cs="Times New Roman"/>
          <w:i/>
          <w:color w:val="000000"/>
        </w:rPr>
        <w:t>O</w:t>
      </w:r>
      <w:r>
        <w:rPr>
          <w:rFonts w:ascii="宋体" w:eastAsia="宋体" w:hAnsi="宋体" w:cs="宋体"/>
          <w:color w:val="000000"/>
        </w:rPr>
        <w:t>左边或右边时，</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OM</w:t>
      </w:r>
      <w:r>
        <w:rPr>
          <w:rFonts w:ascii="Times New Roman" w:eastAsia="Times New Roman" w:hAnsi="Times New Roman" w:cs="Times New Roman"/>
          <w:color w:val="000000"/>
        </w:rPr>
        <w:t>-</w:t>
      </w:r>
      <w:r>
        <w:rPr>
          <w:rFonts w:ascii="Times New Roman" w:eastAsia="Times New Roman" w:hAnsi="Times New Roman" w:cs="Times New Roman"/>
          <w:i/>
          <w:color w:val="000000"/>
        </w:rPr>
        <w:t>ON</w:t>
      </w:r>
      <w:r>
        <w:rPr>
          <w:rFonts w:ascii="Times New Roman" w:eastAsia="Times New Roman" w:hAnsi="Times New Roman" w:cs="Times New Roman"/>
          <w:color w:val="000000"/>
        </w:rPr>
        <w:t xml:space="preserve"> |=4≠2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∴原点</w:t>
      </w:r>
      <w:r>
        <w:rPr>
          <w:rFonts w:ascii="Times New Roman" w:eastAsia="Times New Roman" w:hAnsi="Times New Roman" w:cs="Times New Roman"/>
          <w:i/>
          <w:color w:val="000000"/>
        </w:rPr>
        <w:t>O</w:t>
      </w:r>
      <w:r>
        <w:rPr>
          <w:rFonts w:ascii="宋体" w:eastAsia="宋体" w:hAnsi="宋体" w:cs="宋体"/>
          <w:color w:val="000000"/>
        </w:rPr>
        <w:t>在</w:t>
      </w:r>
      <w:r>
        <w:rPr>
          <w:rFonts w:ascii="Times New Roman" w:eastAsia="Times New Roman" w:hAnsi="Times New Roman" w:cs="Times New Roman"/>
          <w:i/>
          <w:color w:val="000000"/>
        </w:rPr>
        <w:t>M</w:t>
      </w:r>
      <w:r>
        <w:rPr>
          <w:rFonts w:ascii="宋体" w:eastAsia="宋体" w:hAnsi="宋体" w:cs="宋体"/>
          <w:i/>
          <w:color w:val="000000"/>
        </w:rPr>
        <w:t>、</w:t>
      </w:r>
      <w:r>
        <w:rPr>
          <w:rFonts w:ascii="Times New Roman" w:eastAsia="Times New Roman" w:hAnsi="Times New Roman" w:cs="Times New Roman"/>
          <w:i/>
          <w:color w:val="000000"/>
        </w:rPr>
        <w:t>N</w:t>
      </w:r>
      <w:r>
        <w:rPr>
          <w:rFonts w:ascii="宋体" w:eastAsia="宋体" w:hAnsi="宋体" w:cs="宋体"/>
          <w:color w:val="000000"/>
        </w:rPr>
        <w:t>中间，</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左边，</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表示负数，点</w:t>
      </w:r>
      <w:r>
        <w:rPr>
          <w:rFonts w:ascii="Times New Roman" w:eastAsia="Times New Roman" w:hAnsi="Times New Roman" w:cs="Times New Roman"/>
          <w:i/>
          <w:color w:val="000000"/>
        </w:rPr>
        <w:t>N</w:t>
      </w:r>
      <w:r>
        <w:rPr>
          <w:rFonts w:ascii="宋体" w:eastAsia="宋体" w:hAnsi="宋体" w:cs="宋体"/>
          <w:color w:val="000000"/>
        </w:rPr>
        <w:t>表示正数，</w:t>
      </w:r>
    </w:p>
    <w:p>
      <w:pPr>
        <w:spacing w:line="360" w:lineRule="auto"/>
        <w:jc w:val="left"/>
        <w:textAlignment w:val="center"/>
        <w:rPr>
          <w:color w:val="000000"/>
        </w:rPr>
      </w:pPr>
      <w:r>
        <w:rPr>
          <w:rFonts w:ascii="宋体" w:eastAsia="宋体" w:hAnsi="宋体" w:cs="宋体"/>
          <w:color w:val="000000"/>
        </w:rPr>
        <w:t>由题可知【</w:t>
      </w:r>
      <w:r>
        <w:rPr>
          <w:rFonts w:ascii="Times New Roman" w:eastAsia="Times New Roman" w:hAnsi="Times New Roman" w:cs="Times New Roman"/>
          <w:i/>
          <w:color w:val="000000"/>
        </w:rPr>
        <w:t>MON</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MO</w:t>
      </w:r>
      <w:r>
        <w:rPr>
          <w:rFonts w:ascii="Times New Roman" w:eastAsia="Times New Roman" w:hAnsi="Times New Roman" w:cs="Times New Roman"/>
          <w:color w:val="000000"/>
        </w:rPr>
        <w:t>-</w:t>
      </w:r>
      <w:r>
        <w:rPr>
          <w:rFonts w:ascii="Times New Roman" w:eastAsia="Times New Roman" w:hAnsi="Times New Roman" w:cs="Times New Roman"/>
          <w:i/>
          <w:color w:val="000000"/>
        </w:rPr>
        <w:t>NO</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w:t>
      </w:r>
      <w:r>
        <w:rPr>
          <w:rFonts w:ascii="Times New Roman" w:eastAsia="Times New Roman" w:hAnsi="Times New Roman" w:cs="Times New Roman"/>
          <w:i/>
          <w:color w:val="000000"/>
        </w:rPr>
        <w:t>NO</w:t>
      </w:r>
      <w:r>
        <w:rPr>
          <w:rFonts w:ascii="Times New Roman" w:eastAsia="Times New Roman" w:hAnsi="Times New Roman" w:cs="Times New Roman"/>
          <w:color w:val="000000"/>
        </w:rPr>
        <w:t>-</w:t>
      </w:r>
      <w:r>
        <w:rPr>
          <w:rFonts w:ascii="Times New Roman" w:eastAsia="Times New Roman" w:hAnsi="Times New Roman" w:cs="Times New Roman"/>
          <w:i/>
          <w:color w:val="000000"/>
        </w:rPr>
        <w:t>MO</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OM |</w:t>
      </w:r>
      <w:r>
        <w:rPr>
          <w:rFonts w:ascii="宋体" w:eastAsia="宋体" w:hAnsi="宋体" w:cs="宋体"/>
          <w:color w:val="000000"/>
        </w:rPr>
        <w:t>＞</w:t>
      </w:r>
      <w:r>
        <w:rPr>
          <w:rFonts w:ascii="Times New Roman" w:eastAsia="Times New Roman" w:hAnsi="Times New Roman" w:cs="Times New Roman"/>
          <w:color w:val="000000"/>
        </w:rPr>
        <w:t>|ON|</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-x-x-</w:t>
      </w:r>
      <w:r>
        <w:rPr>
          <w:rFonts w:ascii="Times New Roman" w:eastAsia="Times New Roman" w:hAnsi="Times New Roman" w:cs="Times New Roman"/>
          <w:color w:val="000000"/>
        </w:rPr>
        <w:t>4=2</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 OM |</w:t>
      </w:r>
      <w:r>
        <w:rPr>
          <w:rFonts w:ascii="宋体" w:eastAsia="宋体" w:hAnsi="宋体" w:cs="宋体"/>
          <w:color w:val="000000"/>
        </w:rPr>
        <w:t>＜</w:t>
      </w:r>
      <w:r>
        <w:rPr>
          <w:rFonts w:ascii="Times New Roman" w:eastAsia="Times New Roman" w:hAnsi="Times New Roman" w:cs="Times New Roman"/>
          <w:color w:val="000000"/>
        </w:rPr>
        <w:t>|ON|</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sectPr w:rsidSect="00C321EB">
          <w:headerReference w:type="even" r:id="rId253"/>
          <w:footerReference w:type="even" r:id="rId254"/>
          <w:headerReference w:type="first" r:id="rId255"/>
          <w:footerReference w:type="first" r:id="rId256"/>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本题考查了绝对值的实际应用，绝对距离的含义，一元一次方程的解法，中等难度，熟悉绝对距离的概念是解题关键．</w:t>
      </w:r>
    </w:p>
    <w:p>
      <w:pPr>
        <w:pStyle w:val="Heading2"/>
      </w:pPr>
      <w:r>
        <w:t>昌平区新学道临川学校</w:t>
      </w:r>
    </w:p>
    <w:p>
      <w:pPr>
        <w:spacing w:line="360" w:lineRule="auto"/>
        <w:jc w:val="left"/>
        <w:textAlignment w:val="center"/>
        <w:rPr>
          <w:rFonts w:ascii="宋体" w:eastAsia="宋体" w:hAnsi="宋体" w:cs="宋体"/>
          <w:color w:val="000000"/>
        </w:rPr>
      </w:pPr>
      <w:r>
        <w:rPr>
          <w:color w:val="000000"/>
        </w:rPr>
        <w:t xml:space="preserve">21. </w:t>
      </w:r>
      <w:r>
        <w:rPr>
          <w:rFonts w:ascii="宋体" w:eastAsia="宋体" w:hAnsi="宋体" w:cs="宋体"/>
          <w:color w:val="000000"/>
        </w:rPr>
        <w:t>已知有理数</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在数轴上的位置如图所示，</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drawing>
          <wp:inline>
            <wp:extent cx="1990725" cy="219075"/>
            <wp:docPr id="27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8" name=""/>
                    <pic:cNvPicPr>
                      <a:picLocks noChangeAspect="1"/>
                    </pic:cNvPicPr>
                  </pic:nvPicPr>
                  <pic:blipFill>
                    <a:blip r:embed="rId657"/>
                    <a:stretch>
                      <a:fillRect/>
                    </a:stretch>
                  </pic:blipFill>
                  <pic:spPr>
                    <a:xfrm>
                      <a:off x="0" y="0"/>
                      <a:ext cx="1990725" cy="219075"/>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）用＜，＞，＝填空：</w:t>
      </w:r>
      <w:r>
        <w:rPr>
          <w:rFonts w:ascii="Times New Roman" w:eastAsia="Times New Roman" w:hAnsi="Times New Roman" w:cs="Times New Roman"/>
          <w:color w:val="000000"/>
        </w:rPr>
        <w:t>a+c</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b</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b+a</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abc</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）化简：</w:t>
      </w:r>
      <w:r>
        <w:rPr>
          <w:rFonts w:ascii="Times New Roman" w:eastAsia="Times New Roman" w:hAnsi="Times New Roman" w:cs="Times New Roman"/>
          <w:color w:val="000000"/>
        </w:rPr>
        <w:t>|a+c|+|c</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|b+a|</w:t>
      </w:r>
      <w:r>
        <w:rPr>
          <w:rFonts w:ascii="宋体" w:eastAsia="宋体" w:hAnsi="宋体" w:cs="宋体"/>
          <w:color w:val="000000"/>
        </w:rPr>
        <w:t>．</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）＜，＞，＜，＞；（2）0</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）根据数轴，判断出</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的取值范围，进而求解；</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）根据绝对值的性质，去绝对值号，合并同类项即可．</w:t>
      </w:r>
    </w:p>
    <w:p>
      <w:pPr>
        <w:spacing w:line="360" w:lineRule="auto"/>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）根据数轴可知：</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，且</w:t>
      </w: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a+c</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b+a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abc</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）原式＝﹣（</w:t>
      </w:r>
      <w:r>
        <w:rPr>
          <w:rFonts w:ascii="Times New Roman" w:eastAsia="Times New Roman" w:hAnsi="Times New Roman" w:cs="Times New Roman"/>
          <w:color w:val="000000"/>
        </w:rPr>
        <w:t>a+c</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b+a</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c+c</w:t>
      </w:r>
      <w:r>
        <w:rPr>
          <w:rFonts w:ascii="宋体" w:eastAsia="宋体" w:hAnsi="宋体" w:cs="宋体"/>
          <w:color w:val="000000"/>
        </w:rPr>
        <w:t>﹣</w:t>
      </w:r>
      <w:r>
        <w:rPr>
          <w:rFonts w:ascii="Times New Roman" w:eastAsia="Times New Roman" w:hAnsi="Times New Roman" w:cs="Times New Roman"/>
          <w:color w:val="000000"/>
        </w:rPr>
        <w:t>b+b+a</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考查数轴、绝对值、整式的加减等知识的综合运用，解决此题的关键是能够根据数轴上的信息，判断出</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等字母的取值范围，同时解决此题时也要注意绝对值性质的运用．</w:t>
      </w:r>
    </w:p>
    <w:p>
      <w:pPr>
        <w:spacing w:line="360" w:lineRule="auto"/>
        <w:jc w:val="left"/>
        <w:textAlignment w:val="center"/>
        <w:rPr>
          <w:rFonts w:ascii="宋体" w:eastAsia="宋体" w:hAnsi="宋体" w:cs="宋体"/>
          <w:color w:val="000000"/>
        </w:rPr>
      </w:pPr>
      <w:r>
        <w:rPr>
          <w:color w:val="000000"/>
        </w:rPr>
        <w:t xml:space="preserve">22. </w:t>
      </w:r>
      <w:r>
        <w:rPr>
          <w:rFonts w:ascii="宋体" w:eastAsia="宋体" w:hAnsi="宋体" w:cs="宋体"/>
          <w:color w:val="000000"/>
        </w:rPr>
        <w:t>已知关于</w:t>
      </w:r>
      <w:r>
        <w:pict>
          <v:shape id="_x0000_i707248" type="#_x0000_t75" alt="学科网(www.zxxk.com)--教育资源门户，提供试卷、教案、课件、论文、素材以及各类教学资源下载，还有大量而丰富的教学相关资讯！" style="width:10pt;height:11pt" o:oleicon="f" o:ole="">
            <v:imagedata r:id="rId658" o:title="eqId81dea63b8ce3e51adf66cf7b9982a248"/>
          </v:shape>
        </w:pict>
      </w:r>
      <w:r>
        <w:rPr>
          <w:rFonts w:ascii="宋体" w:eastAsia="宋体" w:hAnsi="宋体" w:cs="宋体"/>
          <w:color w:val="000000"/>
        </w:rPr>
        <w:t>，</w:t>
      </w:r>
      <w:r>
        <w:pict>
          <v:shape id="_x0000_i707249" type="#_x0000_t75" alt="学科网(www.zxxk.com)--教育资源门户，提供试卷、教案、课件、论文、素材以及各类教学资源下载，还有大量而丰富的教学相关资讯！" style="width:10.65pt;height:13.15pt" o:oleicon="f" o:ole="">
            <v:imagedata r:id="rId659" o:title="eqIdd053b14c8588eee2acbbe44fc37a6886"/>
          </v:shape>
        </w:pict>
      </w:r>
      <w:r>
        <w:rPr>
          <w:rFonts w:ascii="宋体" w:eastAsia="宋体" w:hAnsi="宋体" w:cs="宋体"/>
          <w:color w:val="000000"/>
        </w:rPr>
        <w:t>的多项式</w:t>
      </w:r>
      <w:r>
        <w:pict>
          <v:shape id="_x0000_i707250" type="#_x0000_t75" alt="学科网(www.zxxk.com)--教育资源门户，提供试卷、教案、课件、论文、素材以及各类教学资源下载，还有大量而丰富的教学相关资讯！" style="width:137.95pt;height:18.2pt" o:oleicon="f" o:ole="">
            <v:imagedata r:id="rId660" o:title="eqId57d7384fde58bf8e3c134c5bf2b67649"/>
          </v:shape>
        </w:pict>
      </w:r>
      <w:r>
        <w:rPr>
          <w:rFonts w:ascii="宋体" w:eastAsia="宋体" w:hAnsi="宋体" w:cs="宋体"/>
          <w:color w:val="000000"/>
        </w:rPr>
        <w:t>不含四次项，求</w:t>
      </w:r>
      <w:r>
        <w:pict>
          <v:shape id="_x0000_i707251" type="#_x0000_t75" alt="学科网(www.zxxk.com)--教育资源门户，提供试卷、教案、课件、论文、素材以及各类教学资源下载，还有大量而丰富的教学相关资讯！" style="width:36pt;height:14.25pt" o:oleicon="f" o:ole="">
            <v:imagedata r:id="rId661" o:title="eqId1ae572c875d57e20d7d92f2c021604d0"/>
          </v:shape>
        </w:pict>
      </w:r>
      <w:r>
        <w:rPr>
          <w:rFonts w:ascii="宋体" w:eastAsia="宋体" w:hAnsi="宋体" w:cs="宋体"/>
          <w:color w:val="000000"/>
        </w:rPr>
        <w:t>的值．</w:t>
      </w:r>
    </w:p>
    <w:p>
      <w:pPr>
        <w:spacing w:line="360" w:lineRule="auto"/>
        <w:textAlignment w:val="center"/>
        <w:rPr>
          <w:rFonts w:ascii="Times New Roman" w:eastAsia="Times New Roman" w:hAnsi="Times New Roman" w:cs="Times New Roman"/>
          <w:color w:val="000000"/>
        </w:rPr>
      </w:pPr>
      <w:r>
        <w:rPr>
          <w:color w:val="2E75B6"/>
        </w:rPr>
        <w:t>【答案】</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根据合并同类项，可化简整式，根据多项式不含四次项，可得四次项的系数为零，可得</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的值，根据代数求值，可得答案．</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pict>
          <v:shape id="_x0000_i707252" type="#_x0000_t75" alt="学科网(www.zxxk.com)--教育资源门户，提供试卷、教案、课件、论文、素材以及各类教学资源下载，还有大量而丰富的教学相关资讯！" style="width:283pt;height:20pt" o:oleicon="f" o:ole="">
            <v:imagedata r:id="rId662" o:title="eqId6ec7a0c5d1f4efb5923656d40e2ae05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因为此多项式不含四次项．所以</w:t>
      </w:r>
      <w:r>
        <w:pict>
          <v:shape id="_x0000_i707253" type="#_x0000_t75" alt="学科网(www.zxxk.com)--教育资源门户，提供试卷、教案、课件、论文、素材以及各类教学资源下载，还有大量而丰富的教学相关资讯！" style="width:95.5pt;height:16.05pt" o:oleicon="f" o:ole="">
            <v:imagedata r:id="rId663" o:title="eqId24e0622aed1d8e3eba2b98639877445b"/>
          </v:shape>
        </w:pict>
      </w:r>
      <w:r>
        <w:rPr>
          <w:rFonts w:ascii="宋体" w:eastAsia="宋体" w:hAnsi="宋体" w:cs="宋体"/>
          <w:color w:val="000000"/>
        </w:rPr>
        <w:t>，即</w:t>
      </w:r>
      <w:r>
        <w:pict>
          <v:shape id="_x0000_i707254" type="#_x0000_t75" alt="学科网(www.zxxk.com)--教育资源门户，提供试卷、教案、课件、论文、素材以及各类教学资源下载，还有大量而丰富的教学相关资讯！" style="width:68.8pt;height:16.05pt" o:oleicon="f" o:ole="">
            <v:imagedata r:id="rId664" o:title="eqId9bd22ddaa14b1eb258bd0ec8a4bde0e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w:t>
      </w:r>
      <w:r>
        <w:pict>
          <v:shape id="_x0000_i707255" type="#_x0000_t75" alt="学科网(www.zxxk.com)--教育资源门户，提供试卷、教案、课件、论文、素材以及各类教学资源下载，还有大量而丰富的教学相关资讯！" style="width:99.1pt;height:13.9pt" o:oleicon="f" o:ole="">
            <v:imagedata r:id="rId665" o:title="eqId099598ef336e853aa042f5e1adb0a9f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本题考查了多项式，先化简整式，在确定项的系数，最后代数式求值．</w:t>
      </w:r>
    </w:p>
    <w:p>
      <w:pPr>
        <w:spacing w:line="360" w:lineRule="auto"/>
        <w:jc w:val="left"/>
        <w:textAlignment w:val="center"/>
        <w:rPr>
          <w:rFonts w:ascii="宋体" w:eastAsia="宋体" w:hAnsi="宋体" w:cs="宋体"/>
          <w:color w:val="000000"/>
        </w:rPr>
      </w:pPr>
      <w:r>
        <w:rPr>
          <w:color w:val="000000"/>
        </w:rPr>
        <w:t xml:space="preserve">23. </w:t>
      </w:r>
      <w:r>
        <w:rPr>
          <w:rFonts w:ascii="宋体" w:eastAsia="宋体" w:hAnsi="宋体" w:cs="宋体"/>
          <w:color w:val="000000"/>
        </w:rPr>
        <w:t>已知：</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-3</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求整式</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当</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=1</w:t>
      </w:r>
      <w:r>
        <w:rPr>
          <w:rFonts w:ascii="宋体" w:eastAsia="宋体" w:hAnsi="宋体" w:cs="宋体"/>
          <w:color w:val="000000"/>
        </w:rPr>
        <w:t>时，求整式</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color w:val="000000"/>
        </w:rPr>
        <w:t xml:space="preserve">    </w:t>
      </w:r>
    </w:p>
    <w:p>
      <w:pPr>
        <w:spacing w:line="360" w:lineRule="auto"/>
        <w:textAlignment w:val="center"/>
        <w:rPr>
          <w:rFonts w:ascii="Times New Roman" w:eastAsia="Times New Roman" w:hAnsi="Times New Roman" w:cs="Times New Roman"/>
          <w:color w:val="000000"/>
        </w:rPr>
      </w:pPr>
      <w:r>
        <w:rPr>
          <w:color w:val="000000"/>
        </w:rPr>
        <w:t>（2）</w:t>
      </w:r>
      <w:r>
        <w:rPr>
          <w:rFonts w:ascii="Times New Roman" w:eastAsia="Times New Roman" w:hAnsi="Times New Roman" w:cs="Times New Roman"/>
          <w:color w:val="000000"/>
        </w:rPr>
        <w:t>11</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）根据整式的运算法则即可求出答案；</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w:t>
      </w:r>
      <w:r>
        <w:rPr>
          <w:rFonts w:ascii="Times New Roman" w:eastAsia="Times New Roman" w:hAnsi="Times New Roman" w:cs="Times New Roman"/>
          <w:i/>
          <w:color w:val="000000"/>
        </w:rPr>
        <w:t>x</w:t>
      </w:r>
      <w:r>
        <w:rPr>
          <w:rFonts w:ascii="宋体" w:eastAsia="宋体" w:hAnsi="宋体" w:cs="宋体"/>
          <w:color w:val="000000"/>
        </w:rPr>
        <w:t>与</w:t>
      </w:r>
      <w:r>
        <w:rPr>
          <w:rFonts w:ascii="Times New Roman" w:eastAsia="Times New Roman" w:hAnsi="Times New Roman" w:cs="Times New Roman"/>
          <w:i/>
          <w:color w:val="000000"/>
        </w:rPr>
        <w:t>y</w:t>
      </w:r>
      <w:r>
        <w:rPr>
          <w:rFonts w:ascii="宋体" w:eastAsia="宋体" w:hAnsi="宋体" w:cs="宋体"/>
          <w:color w:val="000000"/>
        </w:rPr>
        <w:t>的值代入原式即可求出答案．</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-3</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rFonts w:ascii="宋体" w:eastAsia="宋体" w:hAnsi="宋体" w:cs="宋体"/>
          <w:color w:val="000000"/>
        </w:rPr>
        <w:t>）</w:t>
      </w:r>
      <w:r>
        <w:rPr>
          <w:color w:val="000000"/>
        </w:rPr>
        <w:br/>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-6</w:t>
      </w:r>
      <w:r>
        <w:rPr>
          <w:rFonts w:ascii="Times New Roman" w:eastAsia="Times New Roman" w:hAnsi="Times New Roman" w:cs="Times New Roman"/>
          <w:i/>
          <w:color w:val="000000"/>
        </w:rPr>
        <w:t>xy</w:t>
      </w:r>
      <w:r>
        <w:rPr>
          <w:rFonts w:ascii="Times New Roman" w:eastAsia="Times New Roman" w:hAnsi="Times New Roman" w:cs="Times New Roman"/>
          <w:color w:val="000000"/>
        </w:rPr>
        <w:t>-2</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+3</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color w:val="000000"/>
        </w:rPr>
        <w:br/>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-3</w:t>
      </w:r>
      <w:r>
        <w:rPr>
          <w:rFonts w:ascii="Times New Roman" w:eastAsia="Times New Roman" w:hAnsi="Times New Roman" w:cs="Times New Roman"/>
          <w:i/>
          <w:color w:val="000000"/>
        </w:rPr>
        <w:t>xy</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解：当</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=1</w:t>
      </w:r>
      <w:r>
        <w:rPr>
          <w:rFonts w:ascii="宋体" w:eastAsia="宋体" w:hAnsi="宋体" w:cs="宋体"/>
          <w:color w:val="000000"/>
        </w:rPr>
        <w:t>时，</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原式</w:t>
      </w:r>
      <w:r>
        <w:rPr>
          <w:rFonts w:ascii="Times New Roman" w:eastAsia="Times New Roman" w:hAnsi="Times New Roman" w:cs="Times New Roman"/>
          <w:color w:val="000000"/>
        </w:rPr>
        <w:t>=4+6+1</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本题考查整式的加减，解题的关键是熟练运用整式的运算法则，本题属于基础题型．</w:t>
      </w:r>
    </w:p>
    <w:p>
      <w:pPr>
        <w:pStyle w:val="Heading2"/>
      </w:pPr>
      <w:r>
        <w:t>月坛中学</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已知有理数</w:t>
      </w:r>
      <w:r>
        <w:rPr>
          <w:rFonts w:ascii="Times New Roman" w:eastAsia="Times New Roman" w:hAnsi="Times New Roman" w:cs="Times New Roman"/>
          <w:i/>
          <w:color w:val="000000"/>
        </w:rPr>
        <w:t>a</w:t>
      </w:r>
      <w:r>
        <w:rPr>
          <w:rFonts w:ascii="宋体" w:eastAsia="宋体" w:hAnsi="宋体" w:cs="宋体"/>
          <w:i/>
          <w:color w:val="000000"/>
        </w:rPr>
        <w:t>，</w:t>
      </w:r>
      <w:r>
        <w:rPr>
          <w:rFonts w:ascii="Times New Roman" w:eastAsia="Times New Roman" w:hAnsi="Times New Roman" w:cs="Times New Roman"/>
          <w:i/>
          <w:color w:val="000000"/>
        </w:rPr>
        <w:t>b</w:t>
      </w:r>
      <w:r>
        <w:rPr>
          <w:rFonts w:ascii="宋体" w:eastAsia="宋体" w:hAnsi="宋体" w:cs="宋体"/>
          <w:i/>
          <w:color w:val="000000"/>
        </w:rPr>
        <w:t>，</w:t>
      </w:r>
      <w:r>
        <w:rPr>
          <w:rFonts w:ascii="Times New Roman" w:eastAsia="Times New Roman" w:hAnsi="Times New Roman" w:cs="Times New Roman"/>
          <w:i/>
          <w:color w:val="000000"/>
        </w:rPr>
        <w:t>c</w:t>
      </w:r>
      <w:r>
        <w:rPr>
          <w:rFonts w:ascii="宋体" w:eastAsia="宋体" w:hAnsi="宋体" w:cs="宋体"/>
          <w:color w:val="000000"/>
        </w:rPr>
        <w:t>在数轴上的位置如图所示，</w:t>
      </w:r>
    </w:p>
    <w:p>
      <w:pPr>
        <w:spacing w:line="360" w:lineRule="auto"/>
        <w:jc w:val="left"/>
        <w:textAlignment w:val="center"/>
        <w:rPr>
          <w:color w:val="000000"/>
        </w:rPr>
      </w:pPr>
      <w:r>
        <w:rPr>
          <w:rFonts w:ascii="宋体" w:eastAsia="宋体" w:hAnsi="宋体" w:cs="宋体"/>
          <w:color w:val="000000"/>
        </w:rPr>
        <w:drawing>
          <wp:inline>
            <wp:extent cx="2400300" cy="447675"/>
            <wp:docPr id="27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 name=""/>
                    <pic:cNvPicPr>
                      <a:picLocks noChangeAspect="1"/>
                    </pic:cNvPicPr>
                  </pic:nvPicPr>
                  <pic:blipFill>
                    <a:blip r:embed="rId666"/>
                    <a:stretch>
                      <a:fillRect/>
                    </a:stretch>
                  </pic:blipFill>
                  <pic:spPr>
                    <a:xfrm>
                      <a:off x="0" y="0"/>
                      <a:ext cx="2400300" cy="44767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）用＜，＞，＝填空：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u w:val="single"/>
        </w:rPr>
        <w:t>　　　　　　</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u w:val="single"/>
        </w:rPr>
        <w:t>　　　　　　</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）化简：</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&lt;</w:t>
      </w:r>
      <w:r>
        <w:rPr>
          <w:rFonts w:ascii="宋体" w:eastAsia="宋体" w:hAnsi="宋体" w:cs="宋体"/>
          <w:color w:val="000000"/>
        </w:rPr>
        <w:t>，</w:t>
      </w:r>
      <w:r>
        <w:rPr>
          <w:rFonts w:ascii="Times New Roman" w:eastAsia="Times New Roman" w:hAnsi="Times New Roman" w:cs="Times New Roman"/>
          <w:color w:val="000000"/>
        </w:rPr>
        <w:t>&lt;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256" type="#_x0000_t75" alt="学科网(www.zxxk.com)--教育资源门户，提供试卷、教案、课件、论文、素材以及各类教学资源下载，还有大量而丰富的教学相关资讯！" style="width:26.25pt;height:14.25pt" o:oleicon="f" o:ole="">
            <v:imagedata r:id="rId667" o:title="eqId9db8d3facff8f90f28a936fc5b3ab878"/>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三点的位置即可得出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的大小，进而求解即可．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1</w:t>
      </w:r>
      <w:r>
        <w:rPr>
          <w:rFonts w:ascii="宋体" w:eastAsia="宋体" w:hAnsi="宋体" w:cs="宋体"/>
          <w:color w:val="000000"/>
        </w:rPr>
        <w:t>）中的得出的</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的大小化简绝对值，然后去括号，合并同类项即可．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）由有理数</w:t>
      </w:r>
      <w:r>
        <w:rPr>
          <w:rFonts w:ascii="Times New Roman" w:eastAsia="Times New Roman" w:hAnsi="Times New Roman" w:cs="Times New Roman"/>
          <w:i/>
          <w:color w:val="000000"/>
        </w:rPr>
        <w:t>a</w:t>
      </w:r>
      <w:r>
        <w:rPr>
          <w:rFonts w:ascii="宋体" w:eastAsia="宋体" w:hAnsi="宋体" w:cs="宋体"/>
          <w:i/>
          <w:color w:val="000000"/>
        </w:rPr>
        <w:t>，</w:t>
      </w:r>
      <w:r>
        <w:rPr>
          <w:rFonts w:ascii="Times New Roman" w:eastAsia="Times New Roman" w:hAnsi="Times New Roman" w:cs="Times New Roman"/>
          <w:i/>
          <w:color w:val="000000"/>
        </w:rPr>
        <w:t>b</w:t>
      </w:r>
      <w:r>
        <w:rPr>
          <w:rFonts w:ascii="宋体" w:eastAsia="宋体" w:hAnsi="宋体" w:cs="宋体"/>
          <w:i/>
          <w:color w:val="000000"/>
        </w:rPr>
        <w:t>，</w:t>
      </w:r>
      <w:r>
        <w:rPr>
          <w:rFonts w:ascii="Times New Roman" w:eastAsia="Times New Roman" w:hAnsi="Times New Roman" w:cs="Times New Roman"/>
          <w:i/>
          <w:color w:val="000000"/>
        </w:rPr>
        <w:t>c</w:t>
      </w:r>
      <w:r>
        <w:rPr>
          <w:rFonts w:ascii="宋体" w:eastAsia="宋体" w:hAnsi="宋体" w:cs="宋体"/>
          <w:color w:val="000000"/>
        </w:rPr>
        <w:t>在数轴上的位置可得：</w:t>
      </w:r>
      <w:r>
        <w:pict>
          <v:shape id="_x0000_i707257" type="#_x0000_t75" alt="学科网(www.zxxk.com)--教育资源门户，提供试卷、教案、课件、论文、素材以及各类教学资源下载，还有大量而丰富的教学相关资讯！" style="width:48.75pt;height:14.25pt" o:oleicon="f" o:ole="">
            <v:imagedata r:id="rId668" o:title="eqId92fb239d216a20a040a7e479fce95bde"/>
          </v:shape>
        </w:pict>
      </w:r>
      <w:r>
        <w:rPr>
          <w:rFonts w:ascii="宋体" w:eastAsia="宋体" w:hAnsi="宋体" w:cs="宋体"/>
          <w:color w:val="000000"/>
        </w:rPr>
        <w:t>，且</w:t>
      </w:r>
      <w:r>
        <w:pict>
          <v:shape id="_x0000_i707258" type="#_x0000_t75" alt="学科网(www.zxxk.com)--教育资源门户，提供试卷、教案、课件、论文、素材以及各类教学资源下载，还有大量而丰富的教学相关资讯！" style="width:33pt;height:15.75pt" o:oleicon="f" o:ole="">
            <v:imagedata r:id="rId669" o:title="eqIdf76ec5014fea4eaeb911304762ddc428"/>
          </v:shape>
        </w:pict>
      </w:r>
      <w:r>
        <w:rPr>
          <w:rFonts w:ascii="宋体" w:eastAsia="宋体" w:hAnsi="宋体" w:cs="宋体"/>
          <w:color w:val="000000"/>
        </w:rPr>
        <w:t>，</w:t>
      </w:r>
      <w:r>
        <w:pict>
          <v:shape id="_x0000_i707259" type="#_x0000_t75" alt="学科网(www.zxxk.com)--教育资源门户，提供试卷、教案、课件、论文、素材以及各类教学资源下载，还有大量而丰富的教学相关资讯！" style="width:32.25pt;height:15.75pt" o:oleicon="f" o:ole="">
            <v:imagedata r:id="rId670" o:title="eqId1b62d65fc4cc23d79099e41c75d07f5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pict>
          <v:shape id="_x0000_i707260" type="#_x0000_t75" alt="学科网(www.zxxk.com)--教育资源门户，提供试卷、教案、课件、论文、素材以及各类教学资源下载，还有大量而丰富的教学相关资讯！" style="width:30pt;height:12pt" o:oleicon="f" o:ole="">
            <v:imagedata r:id="rId671" o:title="eqId435642b98e09d94447ea876c78af7757"/>
          </v:shape>
        </w:pict>
      </w:r>
      <w:r>
        <w:rPr>
          <w:rFonts w:ascii="宋体" w:eastAsia="宋体" w:hAnsi="宋体" w:cs="宋体"/>
          <w:color w:val="000000"/>
        </w:rPr>
        <w:t>，</w:t>
      </w:r>
      <w:r>
        <w:pict>
          <v:shape id="_x0000_i707261" type="#_x0000_t75" alt="学科网(www.zxxk.com)--教育资源门户，提供试卷、教案、课件、论文、素材以及各类教学资源下载，还有大量而丰富的教学相关资讯！" style="width:29.25pt;height:14.25pt" o:oleicon="f" o:ole="">
            <v:imagedata r:id="rId672" o:title="eqId6ab133b5fed14c9d3a24dc651d3655ce"/>
          </v:shape>
        </w:pict>
      </w:r>
      <w:r>
        <w:rPr>
          <w:rFonts w:ascii="宋体" w:eastAsia="宋体" w:hAnsi="宋体" w:cs="宋体"/>
          <w:color w:val="000000"/>
        </w:rPr>
        <w:t>，即</w:t>
      </w:r>
      <w:r>
        <w:pict>
          <v:shape id="_x0000_i707262" type="#_x0000_t75" alt="学科网(www.zxxk.com)--教育资源门户，提供试卷、教案、课件、论文、素材以及各类教学资源下载，还有大量而丰富的教学相关资讯！" style="width:39.75pt;height:14.25pt" o:oleicon="f" o:ole="">
            <v:imagedata r:id="rId673" o:title="eqId1bf3c13f3db5818dc1afd2189e97a79e"/>
          </v:shape>
        </w:pict>
      </w:r>
      <w:r>
        <w:rPr>
          <w:rFonts w:ascii="宋体" w:eastAsia="宋体" w:hAnsi="宋体" w:cs="宋体"/>
          <w:color w:val="000000"/>
        </w:rPr>
        <w:t>，</w:t>
      </w:r>
      <w:r>
        <w:pict>
          <v:shape id="_x0000_i707263" type="#_x0000_t75" alt="学科网(www.zxxk.com)--教育资源门户，提供试卷、教案、课件、论文、素材以及各类教学资源下载，还有大量而丰富的教学相关资讯！" style="width:39pt;height:14.25pt" o:oleicon="f" o:ole="">
            <v:imagedata r:id="rId674" o:title="eqId70a9ff25966da5dfde3d1e450eba1c8a"/>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故答案为：</w:t>
      </w:r>
      <w:r>
        <w:rPr>
          <w:rFonts w:ascii="Times New Roman" w:eastAsia="Times New Roman" w:hAnsi="Times New Roman" w:cs="Times New Roman"/>
          <w:color w:val="000000"/>
        </w:rPr>
        <w:t>&lt;</w:t>
      </w:r>
      <w:r>
        <w:rPr>
          <w:rFonts w:ascii="宋体" w:eastAsia="宋体" w:hAnsi="宋体" w:cs="宋体"/>
          <w:color w:val="000000"/>
        </w:rPr>
        <w:t>，</w:t>
      </w:r>
      <w:r>
        <w:rPr>
          <w:rFonts w:ascii="Times New Roman" w:eastAsia="Times New Roman" w:hAnsi="Times New Roman" w:cs="Times New Roman"/>
          <w:color w:val="000000"/>
        </w:rPr>
        <w:t>&lt;；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264" type="#_x0000_t75" alt="学科网(www.zxxk.com)--教育资源门户，提供试卷、教案、课件、论文、素材以及各类教学资源下载，还有大量而丰富的教学相关资讯！" style="width:66.75pt;height:20.25pt" o:oleicon="f" o:ole="">
            <v:imagedata r:id="rId675" o:title="eqIdb8ea51033693b2ef9f8b1f23372de5d9"/>
          </v:shape>
        </w:pict>
      </w:r>
    </w:p>
    <w:p>
      <w:pPr>
        <w:spacing w:line="360" w:lineRule="auto"/>
        <w:jc w:val="left"/>
        <w:textAlignment w:val="center"/>
        <w:rPr>
          <w:color w:val="000000"/>
        </w:rPr>
      </w:pPr>
      <w:r>
        <w:pict>
          <v:shape id="_x0000_i707265" type="#_x0000_t75" alt="学科网(www.zxxk.com)--教育资源门户，提供试卷、教案、课件、论文、素材以及各类教学资源下载，还有大量而丰富的教学相关资讯！" style="width:105.75pt;height:15.75pt" o:oleicon="f" o:ole="">
            <v:imagedata r:id="rId676" o:title="eqId0cccbd9bd5ec25f63d67a8231b83e09d"/>
          </v:shape>
        </w:pict>
      </w:r>
    </w:p>
    <w:p>
      <w:pPr>
        <w:spacing w:line="360" w:lineRule="auto"/>
        <w:jc w:val="left"/>
        <w:textAlignment w:val="center"/>
        <w:rPr>
          <w:color w:val="000000"/>
        </w:rPr>
      </w:pPr>
      <w:r>
        <w:pict>
          <v:shape id="_x0000_i707266" type="#_x0000_t75" alt="学科网(www.zxxk.com)--教育资源门户，提供试卷、教案、课件、论文、素材以及各类教学资源下载，还有大量而丰富的教学相关资讯！" style="width:99.75pt;height:20.25pt" o:oleicon="f" o:ole="">
            <v:imagedata r:id="rId677" o:title="eqIde14a73247cff299db22e073304e902f3"/>
          </v:shape>
        </w:pict>
      </w:r>
    </w:p>
    <w:p>
      <w:pPr>
        <w:spacing w:line="360" w:lineRule="auto"/>
        <w:jc w:val="left"/>
        <w:textAlignment w:val="center"/>
        <w:rPr>
          <w:color w:val="000000"/>
        </w:rPr>
      </w:pPr>
      <w:r>
        <w:pict>
          <v:shape id="_x0000_i707267" type="#_x0000_t75" alt="学科网(www.zxxk.com)--教育资源门户，提供试卷、教案、课件、论文、素材以及各类教学资源下载，还有大量而丰富的教学相关资讯！" style="width:75.75pt;height:14.25pt" o:oleicon="f" o:ole="">
            <v:imagedata r:id="rId678" o:title="eqIdb049eb329249c6eb4173b8bafbc11b25"/>
          </v:shape>
        </w:pict>
      </w:r>
    </w:p>
    <w:p>
      <w:pPr>
        <w:spacing w:line="360" w:lineRule="auto"/>
        <w:jc w:val="left"/>
        <w:textAlignment w:val="center"/>
        <w:rPr>
          <w:color w:val="000000"/>
        </w:rPr>
      </w:pPr>
      <w:r>
        <w:pict>
          <v:shape id="_x0000_i707268" type="#_x0000_t75" alt="学科网(www.zxxk.com)--教育资源门户，提供试卷、教案、课件、论文、素材以及各类教学资源下载，还有大量而丰富的教学相关资讯！" style="width:35.2pt;height:14.4pt" o:oleicon="f" o:ole="">
            <v:imagedata r:id="rId679" o:title="eqIdce0a2ea2ea5adbc07942f82689953e95"/>
          </v:shape>
        </w:pic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此题考查了比较数轴上点的大小，合并同类项，解题的关键是根据</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三点的位置得出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Times New Roman" w:eastAsia="Times New Roman" w:hAnsi="Times New Roman" w:cs="Times New Roman"/>
          <w:i/>
          <w:color w:val="000000"/>
        </w:rPr>
        <w:t>c</w:t>
      </w:r>
      <w:r>
        <w:rPr>
          <w:rFonts w:ascii="宋体" w:eastAsia="宋体" w:hAnsi="宋体" w:cs="宋体"/>
          <w:color w:val="000000"/>
        </w:rPr>
        <w:t>的大小．</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已知单项式</w:t>
      </w:r>
      <w:r>
        <w:rPr>
          <w:rFonts w:ascii="Symbol" w:eastAsia="Symbol" w:hAnsi="Symbol" w:cs="Symbol"/>
          <w:color w:val="000000"/>
        </w:rPr>
        <w:sym w:font="Symbol" w:char="F02D"/>
      </w:r>
      <w:r>
        <w:pict>
          <v:shape id="_x0000_i707269" type="#_x0000_t75" alt="学科网(www.zxxk.com)--教育资源门户，提供试卷、教案、课件、论文、素材以及各类教学资源下载，还有大量而丰富的教学相关资讯！" style="width:9pt;height:9.75pt" o:oleicon="f" o:ole="">
            <v:imagedata r:id="rId680" o:title="eqId0a6936d370d6a238a608ca56f87198de"/>
          </v:shape>
        </w:pict>
      </w:r>
      <w:r>
        <w:rPr>
          <w:rFonts w:ascii="宋体" w:eastAsia="宋体" w:hAnsi="宋体" w:cs="宋体"/>
          <w:color w:val="000000"/>
        </w:rPr>
        <w:t>、</w:t>
      </w:r>
      <w:r>
        <w:pict>
          <v:shape id="_x0000_i707270" type="#_x0000_t75" alt="学科网(www.zxxk.com)--教育资源门户，提供试卷、教案、课件、论文、素材以及各类教学资源下载，还有大量而丰富的教学相关资讯！" style="width:20.25pt;height:15.75pt" o:oleicon="f" o:ole="">
            <v:imagedata r:id="rId681" o:title="eqId4f6ddb3766b5215c115a0abf597598aa"/>
          </v:shape>
        </w:pict>
      </w:r>
      <w:r>
        <w:rPr>
          <w:rFonts w:ascii="宋体" w:eastAsia="宋体" w:hAnsi="宋体" w:cs="宋体"/>
          <w:color w:val="000000"/>
        </w:rPr>
        <w:t>、</w:t>
      </w:r>
      <w:r>
        <w:pict>
          <v:shape id="_x0000_i707271" type="#_x0000_t75" alt="学科网(www.zxxk.com)--教育资源门户，提供试卷、教案、课件、论文、素材以及各类教学资源下载，还有大量而丰富的教学相关资讯！" style="width:26.25pt;height:15.75pt" o:oleicon="f" o:ole="">
            <v:imagedata r:id="rId682" o:title="eqId9806a4e356ac7677538594a1fa2cd6af"/>
          </v:shape>
        </w:pict>
      </w:r>
      <w:r>
        <w:rPr>
          <w:rFonts w:ascii="宋体" w:eastAsia="宋体" w:hAnsi="宋体" w:cs="宋体"/>
          <w:color w:val="000000"/>
        </w:rPr>
        <w:t>、</w:t>
      </w:r>
      <w:r>
        <w:pict>
          <v:shape id="_x0000_i707272" type="#_x0000_t75" alt="学科网(www.zxxk.com)--教育资源门户，提供试卷、教案、课件、论文、素材以及各类教学资源下载，还有大量而丰富的教学相关资讯！" style="width:20pt;height:16pt" o:oleicon="f" o:ole="">
            <v:imagedata r:id="rId683" o:title="eqId7a294f36d7a6fdb8cad90a41c3bcd54b"/>
          </v:shape>
        </w:pic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按一定的规律排列，请解答下列问题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个单项式是</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）试写出第</w:t>
      </w:r>
      <w:r>
        <w:rPr>
          <w:rFonts w:ascii="Times New Roman" w:eastAsia="Times New Roman" w:hAnsi="Times New Roman" w:cs="Times New Roman"/>
          <w:color w:val="000000"/>
        </w:rPr>
        <w:t>2007</w:t>
      </w:r>
      <w:r>
        <w:rPr>
          <w:rFonts w:ascii="宋体" w:eastAsia="宋体" w:hAnsi="宋体" w:cs="宋体"/>
          <w:color w:val="000000"/>
        </w:rPr>
        <w:t>个单项式</w:t>
      </w:r>
      <w:r>
        <w:rPr>
          <w:rFonts w:ascii="Times New Roman" w:eastAsia="Times New Roman" w:hAnsi="Times New Roman" w:cs="Times New Roman"/>
          <w:color w:val="000000"/>
        </w:rPr>
        <w:t>________</w:t>
      </w:r>
      <w:r>
        <w:rPr>
          <w:rFonts w:ascii="宋体" w:eastAsia="宋体" w:hAnsi="宋体" w:cs="宋体"/>
          <w:color w:val="000000"/>
        </w:rPr>
        <w:t>；第</w:t>
      </w:r>
      <w:r>
        <w:rPr>
          <w:rFonts w:ascii="Times New Roman" w:eastAsia="Times New Roman" w:hAnsi="Times New Roman" w:cs="Times New Roman"/>
          <w:color w:val="000000"/>
        </w:rPr>
        <w:t>2008</w:t>
      </w:r>
      <w:r>
        <w:rPr>
          <w:rFonts w:ascii="宋体" w:eastAsia="宋体" w:hAnsi="宋体" w:cs="宋体"/>
          <w:color w:val="000000"/>
        </w:rPr>
        <w:t>个单项式</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）试写出第</w:t>
      </w:r>
      <w:r>
        <w:rPr>
          <w:rFonts w:ascii="Times New Roman" w:eastAsia="Times New Roman" w:hAnsi="Times New Roman" w:cs="Times New Roman"/>
          <w:i/>
          <w:color w:val="000000"/>
        </w:rPr>
        <w:t>n</w:t>
      </w:r>
      <w:r>
        <w:rPr>
          <w:rFonts w:ascii="宋体" w:eastAsia="宋体" w:hAnsi="宋体" w:cs="宋体"/>
          <w:color w:val="000000"/>
        </w:rPr>
        <w:t>个单项式</w:t>
      </w:r>
      <w:r>
        <w:rPr>
          <w:rFonts w:ascii="Times New Roman" w:eastAsia="Times New Roman" w:hAnsi="Times New Roman" w:cs="Times New Roman"/>
          <w:color w:val="000000"/>
        </w:rPr>
        <w:t>________</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7273" type="#_x0000_t75" alt="学科网(www.zxxk.com)--教育资源门户，提供试卷、教案、课件、论文、素材以及各类教学资源下载，还有大量而丰富的教学相关资讯！" style="width:26.05pt;height:16.05pt" o:oleicon="f" o:ole="">
            <v:imagedata r:id="rId684" o:title="eqIdddc073c3631db4c6ac7a63676e5ef8b0"/>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274" type="#_x0000_t75" alt="学科网(www.zxxk.com)--教育资源门户，提供试卷、教案、课件、论文、素材以及各类教学资源下载，还有大量而丰富的教学相关资讯！" style="width:105.8pt;height:18.3pt" o:oleicon="f" o:ole="">
            <v:imagedata r:id="rId685" o:title="eqId0146f5abab598ed2fab2ca81e828f969"/>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275" type="#_x0000_t75" alt="学科网(www.zxxk.com)--教育资源门户，提供试卷、教案、课件、论文、素材以及各类教学资源下载，还有大量而丰富的教学相关资讯！" style="width:48pt;height:21.75pt" o:oleicon="f" o:ole="">
            <v:imagedata r:id="rId686" o:title="eqId34eb77e7c9dfb8cc52228d58e11d2f63"/>
          </v:shape>
        </w:pict>
      </w:r>
      <w:r>
        <w:pict>
          <v:shape id="_x0000_i707276" type="#_x0000_t75" alt="学科网(www.zxxk.com)--教育资源门户，提供试卷、教案、课件、论文、素材以及各类教学资源下载，还有大量而丰富的教学相关资讯！" style="width:9pt;height:14.25pt" o:oleicon="f" o:ole="">
            <v:imagedata r:id="rId687" o:title="eqIde45bcd8f6ede8cc2513ad41402f40086"/>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）通过观察题意可得：每一项都是单项式，其中系数为</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vertAlign w:val="superscript"/>
        </w:rPr>
        <w:t>n</w:t>
      </w:r>
      <w:r>
        <w:rPr>
          <w:rFonts w:ascii="宋体" w:eastAsia="宋体" w:hAnsi="宋体" w:cs="宋体"/>
          <w:color w:val="000000"/>
        </w:rPr>
        <w:t>，字母是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的指数为</w:t>
      </w:r>
      <w:r>
        <w:rPr>
          <w:rFonts w:ascii="Times New Roman" w:eastAsia="Times New Roman" w:hAnsi="Times New Roman" w:cs="Times New Roman"/>
          <w:i/>
          <w:color w:val="000000"/>
        </w:rPr>
        <w:t>n</w:t>
      </w:r>
      <w:r>
        <w:rPr>
          <w:rFonts w:ascii="宋体" w:eastAsia="宋体" w:hAnsi="宋体" w:cs="宋体"/>
          <w:color w:val="000000"/>
        </w:rPr>
        <w:t>的值；</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）通过观察题意可得：每一项都是单项式，其中系数为</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vertAlign w:val="superscript"/>
        </w:rPr>
        <w:t>n</w:t>
      </w:r>
      <w:r>
        <w:rPr>
          <w:rFonts w:ascii="宋体" w:eastAsia="宋体" w:hAnsi="宋体" w:cs="宋体"/>
          <w:color w:val="000000"/>
        </w:rPr>
        <w:t>，字母是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的指数为</w:t>
      </w:r>
      <w:r>
        <w:rPr>
          <w:rFonts w:ascii="Times New Roman" w:eastAsia="Times New Roman" w:hAnsi="Times New Roman" w:cs="Times New Roman"/>
          <w:i/>
          <w:color w:val="000000"/>
        </w:rPr>
        <w:t>n</w:t>
      </w:r>
      <w:r>
        <w:rPr>
          <w:rFonts w:ascii="宋体" w:eastAsia="宋体" w:hAnsi="宋体" w:cs="宋体"/>
          <w:color w:val="000000"/>
        </w:rPr>
        <w:t>的值；</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）通过观察题意可得：每一项都是单项式，其中系数为</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vertAlign w:val="superscript"/>
        </w:rPr>
        <w:t>n</w:t>
      </w:r>
      <w:r>
        <w:rPr>
          <w:rFonts w:ascii="宋体" w:eastAsia="宋体" w:hAnsi="宋体" w:cs="宋体"/>
          <w:color w:val="000000"/>
        </w:rPr>
        <w:t>，字母是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的指数为</w:t>
      </w:r>
      <w:r>
        <w:rPr>
          <w:rFonts w:ascii="Times New Roman" w:eastAsia="Times New Roman" w:hAnsi="Times New Roman" w:cs="Times New Roman"/>
          <w:i/>
          <w:color w:val="000000"/>
        </w:rPr>
        <w:t>n</w:t>
      </w:r>
      <w:r>
        <w:rPr>
          <w:rFonts w:ascii="宋体" w:eastAsia="宋体" w:hAnsi="宋体" w:cs="宋体"/>
          <w:color w:val="000000"/>
        </w:rPr>
        <w:t>的值，即可得出答案．</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3</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4</w:t>
      </w: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5</w:t>
      </w:r>
      <w:r>
        <w:rPr>
          <w:rFonts w:ascii="宋体" w:eastAsia="宋体" w:hAnsi="宋体" w:cs="宋体"/>
          <w:color w:val="000000"/>
        </w:rPr>
        <w:t>，</w:t>
      </w:r>
      <w:r>
        <w:rPr>
          <w:rFonts w:ascii="Times New Roman" w:eastAsia="Times New Roman" w:hAnsi="Times New Roman" w:cs="Times New Roman"/>
          <w:color w:val="000000"/>
        </w:rPr>
        <w:t>6</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6</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−5</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5</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）第</w:t>
      </w:r>
      <w:r>
        <w:rPr>
          <w:rFonts w:ascii="Times New Roman" w:eastAsia="Times New Roman" w:hAnsi="Times New Roman" w:cs="Times New Roman"/>
          <w:color w:val="000000"/>
        </w:rPr>
        <w:t>2007</w:t>
      </w:r>
      <w:r>
        <w:rPr>
          <w:rFonts w:ascii="宋体" w:eastAsia="宋体" w:hAnsi="宋体" w:cs="宋体"/>
          <w:color w:val="000000"/>
        </w:rPr>
        <w:t>个单项式：</w:t>
      </w:r>
      <w:r>
        <w:rPr>
          <w:rFonts w:ascii="Times New Roman" w:eastAsia="Times New Roman" w:hAnsi="Times New Roman" w:cs="Times New Roman"/>
          <w:color w:val="000000"/>
        </w:rPr>
        <w:t>−2007</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2007</w:t>
      </w:r>
      <w:r>
        <w:rPr>
          <w:rFonts w:ascii="宋体" w:eastAsia="宋体" w:hAnsi="宋体" w:cs="宋体"/>
          <w:color w:val="000000"/>
        </w:rPr>
        <w:t>；第</w:t>
      </w:r>
      <w:r>
        <w:rPr>
          <w:rFonts w:ascii="Times New Roman" w:eastAsia="Times New Roman" w:hAnsi="Times New Roman" w:cs="Times New Roman"/>
          <w:color w:val="000000"/>
        </w:rPr>
        <w:t>2008</w:t>
      </w:r>
      <w:r>
        <w:rPr>
          <w:rFonts w:ascii="宋体" w:eastAsia="宋体" w:hAnsi="宋体" w:cs="宋体"/>
          <w:color w:val="000000"/>
        </w:rPr>
        <w:t>个单项式：</w:t>
      </w:r>
      <w:r>
        <w:rPr>
          <w:rFonts w:ascii="Times New Roman" w:eastAsia="Times New Roman" w:hAnsi="Times New Roman" w:cs="Times New Roman"/>
          <w:color w:val="000000"/>
        </w:rPr>
        <w:t>2008</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2008</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−2007</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2007</w:t>
      </w:r>
      <w:r>
        <w:rPr>
          <w:rFonts w:ascii="宋体" w:eastAsia="宋体" w:hAnsi="宋体" w:cs="宋体"/>
          <w:color w:val="000000"/>
        </w:rPr>
        <w:t>；</w:t>
      </w:r>
      <w:r>
        <w:rPr>
          <w:rFonts w:ascii="Times New Roman" w:eastAsia="Times New Roman" w:hAnsi="Times New Roman" w:cs="Times New Roman"/>
          <w:color w:val="000000"/>
        </w:rPr>
        <w:t>2008</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perscript"/>
        </w:rPr>
        <w:t>2008</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个单项式</w:t>
      </w:r>
      <w:r>
        <w:rPr>
          <w:rFonts w:ascii="宋体" w:eastAsia="宋体" w:hAnsi="宋体" w:cs="宋体"/>
          <w:color w:val="000000"/>
          <w:position w:val="0"/>
        </w:rPr>
        <w:drawing>
          <wp:inline>
            <wp:extent cx="133350" cy="177800"/>
            <wp:docPr id="27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 name=""/>
                    <pic:cNvPicPr>
                      <a:picLocks noChangeAspect="1"/>
                    </pic:cNvPicPr>
                  </pic:nvPicPr>
                  <pic:blipFill>
                    <a:blip r:embed="rId688"/>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系数为：</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vertAlign w:val="superscript"/>
        </w:rPr>
        <w:t>n</w:t>
      </w:r>
      <w:r>
        <w:rPr>
          <w:rFonts w:ascii="宋体" w:eastAsia="宋体" w:hAnsi="宋体" w:cs="宋体"/>
          <w:color w:val="000000"/>
        </w:rPr>
        <w:t>，次数为</w:t>
      </w:r>
      <w:r>
        <w:rPr>
          <w:rFonts w:ascii="Times New Roman" w:eastAsia="Times New Roman" w:hAnsi="Times New Roman" w:cs="Times New Roman"/>
          <w:i/>
          <w:color w:val="000000"/>
        </w:rPr>
        <w:t>n</w:t>
      </w:r>
      <w:r>
        <w:rPr>
          <w:rFonts w:ascii="宋体" w:eastAsia="宋体" w:hAnsi="宋体" w:cs="宋体"/>
          <w:color w:val="000000"/>
        </w:rPr>
        <w:t>，</w:t>
      </w:r>
      <w:r>
        <w:rPr>
          <w:color w:val="000000"/>
        </w:rPr>
        <w:br/>
      </w:r>
      <w:r>
        <w:rPr>
          <w:rFonts w:ascii="宋体" w:eastAsia="宋体" w:hAnsi="宋体" w:cs="宋体"/>
          <w:color w:val="000000"/>
        </w:rPr>
        <w:t>故第</w:t>
      </w:r>
      <w:r>
        <w:rPr>
          <w:rFonts w:ascii="Times New Roman" w:eastAsia="Times New Roman" w:hAnsi="Times New Roman" w:cs="Times New Roman"/>
          <w:i/>
          <w:color w:val="000000"/>
        </w:rPr>
        <w:t>n</w:t>
      </w:r>
      <w:r>
        <w:rPr>
          <w:rFonts w:ascii="宋体" w:eastAsia="宋体" w:hAnsi="宋体" w:cs="宋体"/>
          <w:color w:val="000000"/>
        </w:rPr>
        <w:t>个单项式为：（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vertAlign w:val="superscript"/>
        </w:rPr>
        <w:t>n</w:t>
      </w:r>
      <w:r>
        <w:rPr>
          <w:rFonts w:ascii="Times New Roman" w:eastAsia="Times New Roman" w:hAnsi="Times New Roman" w:cs="Times New Roman"/>
          <w:i/>
          <w:color w:val="000000"/>
        </w:rPr>
        <w:t>na</w:t>
      </w:r>
      <w:r>
        <w:rPr>
          <w:rFonts w:ascii="Times New Roman" w:eastAsia="Times New Roman" w:hAnsi="Times New Roman" w:cs="Times New Roman"/>
          <w:i/>
          <w:color w:val="000000"/>
          <w:vertAlign w:val="superscript"/>
        </w:rPr>
        <w:t>n</w:t>
      </w:r>
      <w:r>
        <w:rPr>
          <w:rFonts w:ascii="宋体" w:eastAsia="宋体" w:hAnsi="宋体" w:cs="宋体"/>
          <w:color w:val="000000"/>
        </w:rPr>
        <w:t>．</w:t>
      </w:r>
      <w:r>
        <w:rPr>
          <w:color w:val="000000"/>
        </w:rPr>
        <w:br/>
      </w:r>
      <w:r>
        <w:rPr>
          <w:rFonts w:ascii="宋体" w:eastAsia="宋体" w:hAnsi="宋体" w:cs="宋体"/>
          <w:color w:val="000000"/>
        </w:rPr>
        <w:t>故答案为：</w:t>
      </w:r>
      <w:r>
        <w:pict>
          <v:shape id="_x0000_i707277" type="#_x0000_t75" alt="学科网(www.zxxk.com)--教育资源门户，提供试卷、教案、课件、论文、素材以及各类教学资源下载，还有大量而丰富的教学相关资讯！" style="width:48pt;height:21.75pt" o:oleicon="f" o:ole="">
            <v:imagedata r:id="rId689" o:title="eqId34eb77e7c9dfb8cc52228d58e11d2f6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此题考查了找规律的单项式题目，这类题型在中考中经常出现．对于找规律的题目首先应找出哪些部分发生了变化，是按照什么规律变化的．</w:t>
      </w:r>
    </w:p>
    <w:p>
      <w:pPr>
        <w:pStyle w:val="Heading2"/>
      </w:pPr>
      <w:r>
        <w:t>清华大学附属中学朝阳学校</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图</w:t>
      </w:r>
      <w:r>
        <w:rPr>
          <w:rFonts w:ascii="Calibri" w:eastAsia="Calibri" w:hAnsi="Calibri" w:cs="Calibri"/>
          <w:color w:val="000000"/>
        </w:rPr>
        <w:t>1</w:t>
      </w:r>
      <w:r>
        <w:rPr>
          <w:rFonts w:ascii="宋体" w:eastAsia="宋体" w:hAnsi="宋体" w:cs="宋体"/>
          <w:color w:val="000000"/>
        </w:rPr>
        <w:t>是一个长为</w:t>
      </w:r>
      <w:r>
        <w:rPr>
          <w:rFonts w:ascii="Calibri" w:eastAsia="Calibri" w:hAnsi="Calibri" w:cs="Calibri"/>
          <w:color w:val="000000"/>
        </w:rPr>
        <w:t>2m</w:t>
      </w:r>
      <w:r>
        <w:rPr>
          <w:rFonts w:ascii="宋体" w:eastAsia="宋体" w:hAnsi="宋体" w:cs="宋体"/>
          <w:color w:val="000000"/>
        </w:rPr>
        <w:t>、宽为</w:t>
      </w:r>
      <w:r>
        <w:rPr>
          <w:rFonts w:ascii="Calibri" w:eastAsia="Calibri" w:hAnsi="Calibri" w:cs="Calibri"/>
          <w:color w:val="000000"/>
        </w:rPr>
        <w:t>2n</w:t>
      </w:r>
      <w:r>
        <w:rPr>
          <w:rFonts w:ascii="宋体" w:eastAsia="宋体" w:hAnsi="宋体" w:cs="宋体"/>
          <w:color w:val="000000"/>
        </w:rPr>
        <w:t>的长方形，沿图中虚线用剪刀均分成四块小长方形，然后按图</w:t>
      </w:r>
      <w:r>
        <w:rPr>
          <w:rFonts w:ascii="Calibri" w:eastAsia="Calibri" w:hAnsi="Calibri" w:cs="Calibri"/>
          <w:color w:val="000000"/>
        </w:rPr>
        <w:t>2</w:t>
      </w:r>
      <w:r>
        <w:rPr>
          <w:rFonts w:ascii="宋体" w:eastAsia="宋体" w:hAnsi="宋体" w:cs="宋体"/>
          <w:color w:val="000000"/>
        </w:rPr>
        <w:t>的形状拼成一个正方形．</w:t>
      </w:r>
    </w:p>
    <w:p>
      <w:pPr>
        <w:spacing w:line="360" w:lineRule="auto"/>
        <w:jc w:val="left"/>
        <w:textAlignment w:val="center"/>
        <w:rPr>
          <w:rFonts w:ascii="宋体" w:eastAsia="宋体" w:hAnsi="宋体" w:cs="宋体"/>
          <w:color w:val="000000"/>
        </w:rPr>
      </w:pPr>
      <w:r>
        <w:rPr>
          <w:rFonts w:ascii="Calibri" w:eastAsia="Calibri" w:hAnsi="Calibri" w:cs="Calibri"/>
          <w:color w:val="000000"/>
        </w:rPr>
        <w:t>（1</w:t>
      </w:r>
      <w:r>
        <w:rPr>
          <w:rFonts w:ascii="宋体" w:eastAsia="宋体" w:hAnsi="宋体" w:cs="宋体"/>
          <w:color w:val="000000"/>
        </w:rPr>
        <w:t>）请写出图</w:t>
      </w:r>
      <w:r>
        <w:rPr>
          <w:rFonts w:ascii="Calibri" w:eastAsia="Calibri" w:hAnsi="Calibri" w:cs="Calibri"/>
          <w:color w:val="000000"/>
        </w:rPr>
        <w:t>2</w:t>
      </w:r>
      <w:r>
        <w:rPr>
          <w:rFonts w:ascii="宋体" w:eastAsia="宋体" w:hAnsi="宋体" w:cs="宋体"/>
          <w:color w:val="000000"/>
        </w:rPr>
        <w:t>中阴影部分的面积；</w:t>
      </w:r>
    </w:p>
    <w:p>
      <w:pPr>
        <w:spacing w:line="360" w:lineRule="auto"/>
        <w:jc w:val="left"/>
        <w:textAlignment w:val="center"/>
        <w:rPr>
          <w:rFonts w:ascii="宋体" w:eastAsia="宋体" w:hAnsi="宋体" w:cs="宋体"/>
          <w:color w:val="000000"/>
        </w:rPr>
      </w:pPr>
      <w:r>
        <w:rPr>
          <w:rFonts w:ascii="Calibri" w:eastAsia="Calibri" w:hAnsi="Calibri" w:cs="Calibri"/>
          <w:color w:val="000000"/>
        </w:rPr>
        <w:t>（2</w:t>
      </w:r>
      <w:r>
        <w:rPr>
          <w:rFonts w:ascii="宋体" w:eastAsia="宋体" w:hAnsi="宋体" w:cs="宋体"/>
          <w:color w:val="000000"/>
        </w:rPr>
        <w:t>）观察图</w:t>
      </w:r>
      <w:r>
        <w:rPr>
          <w:rFonts w:ascii="Calibri" w:eastAsia="Calibri" w:hAnsi="Calibri" w:cs="Calibri"/>
          <w:color w:val="000000"/>
        </w:rPr>
        <w:t>2</w:t>
      </w:r>
      <w:r>
        <w:rPr>
          <w:rFonts w:ascii="宋体" w:eastAsia="宋体" w:hAnsi="宋体" w:cs="宋体"/>
          <w:color w:val="000000"/>
        </w:rPr>
        <w:t>你能写出下列三个代数式之间的等量关系吗？</w:t>
      </w:r>
    </w:p>
    <w:p>
      <w:pPr>
        <w:spacing w:line="360" w:lineRule="auto"/>
        <w:jc w:val="left"/>
        <w:textAlignment w:val="center"/>
        <w:rPr>
          <w:rFonts w:ascii="Calibri" w:eastAsia="Calibri" w:hAnsi="Calibri" w:cs="Calibri"/>
          <w:color w:val="000000"/>
        </w:rPr>
      </w:pPr>
      <w:r>
        <w:rPr>
          <w:rFonts w:ascii="宋体" w:eastAsia="宋体" w:hAnsi="宋体" w:cs="宋体"/>
          <w:color w:val="000000"/>
        </w:rPr>
        <w:t>代数式：（</w:t>
      </w:r>
      <w:r>
        <w:rPr>
          <w:rFonts w:ascii="Calibri" w:eastAsia="Calibri" w:hAnsi="Calibri" w:cs="Calibri"/>
          <w:color w:val="000000"/>
        </w:rPr>
        <w:t>m+n）</w:t>
      </w:r>
      <w:r>
        <w:rPr>
          <w:rFonts w:ascii="Calibri" w:eastAsia="Calibri" w:hAnsi="Calibri" w:cs="Calibri"/>
          <w:color w:val="000000"/>
          <w:vertAlign w:val="superscript"/>
        </w:rPr>
        <w:t>2</w:t>
      </w:r>
      <w:r>
        <w:rPr>
          <w:rFonts w:ascii="Calibri" w:eastAsia="Calibri" w:hAnsi="Calibri" w:cs="Calibri"/>
          <w:color w:val="000000"/>
        </w:rPr>
        <w:t>， （m﹣n）</w:t>
      </w:r>
      <w:r>
        <w:rPr>
          <w:rFonts w:ascii="Calibri" w:eastAsia="Calibri" w:hAnsi="Calibri" w:cs="Calibri"/>
          <w:color w:val="000000"/>
          <w:vertAlign w:val="superscript"/>
        </w:rPr>
        <w:t>2</w:t>
      </w:r>
      <w:r>
        <w:rPr>
          <w:rFonts w:ascii="Calibri" w:eastAsia="Calibri" w:hAnsi="Calibri" w:cs="Calibri"/>
          <w:color w:val="000000"/>
        </w:rPr>
        <w:t>， mn；</w:t>
      </w:r>
    </w:p>
    <w:p>
      <w:pPr>
        <w:spacing w:line="360" w:lineRule="auto"/>
        <w:jc w:val="left"/>
        <w:textAlignment w:val="center"/>
        <w:rPr>
          <w:rFonts w:ascii="宋体" w:eastAsia="宋体" w:hAnsi="宋体" w:cs="宋体"/>
          <w:color w:val="000000"/>
        </w:rPr>
      </w:pPr>
      <w:r>
        <w:rPr>
          <w:rFonts w:ascii="Calibri" w:eastAsia="Calibri" w:hAnsi="Calibri" w:cs="Calibri"/>
          <w:color w:val="000000"/>
        </w:rPr>
        <w:t>（3</w:t>
      </w:r>
      <w:r>
        <w:rPr>
          <w:rFonts w:ascii="宋体" w:eastAsia="宋体" w:hAnsi="宋体" w:cs="宋体"/>
          <w:color w:val="000000"/>
        </w:rPr>
        <w:t>）根据（</w:t>
      </w:r>
      <w:r>
        <w:rPr>
          <w:rFonts w:ascii="Calibri" w:eastAsia="Calibri" w:hAnsi="Calibri" w:cs="Calibri"/>
          <w:color w:val="000000"/>
        </w:rPr>
        <w:t>2</w:t>
      </w:r>
      <w:r>
        <w:rPr>
          <w:rFonts w:ascii="宋体" w:eastAsia="宋体" w:hAnsi="宋体" w:cs="宋体"/>
          <w:color w:val="000000"/>
        </w:rPr>
        <w:t>）中的等量关系，解决如下问题：若</w:t>
      </w:r>
      <w:r>
        <w:rPr>
          <w:rFonts w:ascii="Calibri" w:eastAsia="Calibri" w:hAnsi="Calibri" w:cs="Calibri"/>
          <w:color w:val="000000"/>
        </w:rPr>
        <w:t>a+b=7，ab=5</w:t>
      </w:r>
      <w:r>
        <w:rPr>
          <w:rFonts w:ascii="宋体" w:eastAsia="宋体" w:hAnsi="宋体" w:cs="宋体"/>
          <w:color w:val="000000"/>
        </w:rPr>
        <w:t>，求（</w:t>
      </w:r>
      <w:r>
        <w:rPr>
          <w:rFonts w:ascii="Calibri" w:eastAsia="Calibri" w:hAnsi="Calibri" w:cs="Calibri"/>
          <w:color w:val="000000"/>
        </w:rPr>
        <w:t>a﹣b）</w:t>
      </w:r>
      <w:r>
        <w:rPr>
          <w:rFonts w:ascii="Calibri" w:eastAsia="Calibri" w:hAnsi="Calibri" w:cs="Calibri"/>
          <w:color w:val="000000"/>
          <w:vertAlign w:val="superscript"/>
        </w:rPr>
        <w:t>2</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drawing>
          <wp:inline>
            <wp:extent cx="1543050" cy="2057400"/>
            <wp:docPr id="27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 name=""/>
                    <pic:cNvPicPr>
                      <a:picLocks noChangeAspect="1"/>
                    </pic:cNvPicPr>
                  </pic:nvPicPr>
                  <pic:blipFill>
                    <a:blip r:embed="rId690"/>
                    <a:stretch>
                      <a:fillRect/>
                    </a:stretch>
                  </pic:blipFill>
                  <pic:spPr>
                    <a:xfrm>
                      <a:off x="0" y="0"/>
                      <a:ext cx="1543050" cy="2057400"/>
                    </a:xfrm>
                    <a:prstGeom prst="rect">
                      <a:avLst/>
                    </a:prstGeom>
                  </pic:spPr>
                </pic:pic>
              </a:graphicData>
            </a:graphic>
          </wp:inline>
        </w:drawing>
      </w:r>
    </w:p>
    <w:p>
      <w:pPr>
        <w:spacing w:line="360" w:lineRule="auto"/>
        <w:textAlignment w:val="center"/>
        <w:rPr>
          <w:color w:val="2E75B6"/>
        </w:rPr>
      </w:pPr>
      <w:r>
        <w:rPr>
          <w:color w:val="2E75B6"/>
        </w:rPr>
        <w:t>【26题答案】</w:t>
      </w:r>
    </w:p>
    <w:p>
      <w:pPr>
        <w:spacing w:line="360" w:lineRule="auto"/>
        <w:textAlignment w:val="center"/>
        <w:rPr>
          <w:rFonts w:ascii="Calibri" w:eastAsia="Calibri" w:hAnsi="Calibri" w:cs="Calibri"/>
          <w:color w:val="000000"/>
        </w:rPr>
      </w:pPr>
      <w:r>
        <w:rPr>
          <w:color w:val="2E75B6"/>
        </w:rPr>
        <w:t>【答案】</w:t>
      </w:r>
      <w:r>
        <w:rPr>
          <w:rFonts w:ascii="Calibri" w:eastAsia="Calibri" w:hAnsi="Calibri" w:cs="Calibri"/>
          <w:color w:val="000000"/>
        </w:rPr>
        <w:t>（1）（m﹣n）</w:t>
      </w:r>
      <w:r>
        <w:rPr>
          <w:rFonts w:ascii="Calibri" w:eastAsia="Calibri" w:hAnsi="Calibri" w:cs="Calibri"/>
          <w:color w:val="000000"/>
          <w:vertAlign w:val="superscript"/>
        </w:rPr>
        <w:t>2</w:t>
      </w:r>
      <w:r>
        <w:rPr>
          <w:rFonts w:ascii="宋体" w:eastAsia="宋体" w:hAnsi="宋体" w:cs="宋体"/>
          <w:color w:val="000000"/>
        </w:rPr>
        <w:t>或（m+n）</w:t>
      </w:r>
      <w:r>
        <w:rPr>
          <w:rFonts w:ascii="Calibri" w:eastAsia="Calibri" w:hAnsi="Calibri" w:cs="Calibri"/>
          <w:color w:val="000000"/>
          <w:vertAlign w:val="superscript"/>
        </w:rPr>
        <w:t>2</w:t>
      </w:r>
      <w:r>
        <w:rPr>
          <w:rFonts w:ascii="Calibri" w:eastAsia="Calibri" w:hAnsi="Calibri" w:cs="Calibri"/>
          <w:color w:val="000000"/>
        </w:rPr>
        <w:t>﹣4mn；（2）（m﹣n）</w:t>
      </w:r>
      <w:r>
        <w:rPr>
          <w:rFonts w:ascii="Calibri" w:eastAsia="Calibri" w:hAnsi="Calibri" w:cs="Calibri"/>
          <w:color w:val="000000"/>
          <w:vertAlign w:val="superscript"/>
        </w:rPr>
        <w:t>2</w:t>
      </w:r>
      <w:r>
        <w:rPr>
          <w:rFonts w:ascii="Calibri" w:eastAsia="Calibri" w:hAnsi="Calibri" w:cs="Calibri"/>
          <w:color w:val="000000"/>
        </w:rPr>
        <w:t>=（m+n）</w:t>
      </w:r>
      <w:r>
        <w:rPr>
          <w:rFonts w:ascii="Calibri" w:eastAsia="Calibri" w:hAnsi="Calibri" w:cs="Calibri"/>
          <w:color w:val="000000"/>
          <w:vertAlign w:val="superscript"/>
        </w:rPr>
        <w:t>2</w:t>
      </w:r>
      <w:r>
        <w:rPr>
          <w:rFonts w:ascii="Calibri" w:eastAsia="Calibri" w:hAnsi="Calibri" w:cs="Calibri"/>
          <w:color w:val="000000"/>
        </w:rPr>
        <w:t>﹣4mn；（3）29</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【详解】</w:t>
      </w:r>
      <w:r>
        <w:rPr>
          <w:rFonts w:ascii="宋体" w:eastAsia="宋体" w:hAnsi="宋体" w:cs="宋体"/>
          <w:color w:val="000000"/>
        </w:rPr>
        <w:t>试题分析：</w:t>
      </w:r>
      <w:r>
        <w:rPr>
          <w:rFonts w:ascii="Times New Roman" w:eastAsia="Times New Roman" w:hAnsi="Times New Roman" w:cs="Times New Roman"/>
          <w:color w:val="000000"/>
        </w:rPr>
        <w:t>（1</w:t>
      </w:r>
      <w:r>
        <w:rPr>
          <w:rFonts w:ascii="宋体" w:eastAsia="宋体" w:hAnsi="宋体" w:cs="宋体"/>
          <w:color w:val="000000"/>
        </w:rPr>
        <w:t>）方法一</w:t>
      </w:r>
      <w:r>
        <w:rPr>
          <w:rFonts w:ascii="Times New Roman" w:eastAsia="Times New Roman" w:hAnsi="Times New Roman" w:cs="Times New Roman"/>
          <w:color w:val="000000"/>
        </w:rPr>
        <w:t>：</w:t>
      </w:r>
      <w:r>
        <w:rPr>
          <w:rFonts w:ascii="宋体" w:eastAsia="宋体" w:hAnsi="宋体" w:cs="宋体"/>
          <w:color w:val="000000"/>
        </w:rPr>
        <w:t>求出正方形的边长，再根据正方形面积公式求出即可；方法二</w:t>
      </w:r>
      <w:r>
        <w:rPr>
          <w:rFonts w:ascii="Times New Roman" w:eastAsia="Times New Roman" w:hAnsi="Times New Roman" w:cs="Times New Roman"/>
          <w:color w:val="000000"/>
        </w:rPr>
        <w:t>：</w:t>
      </w:r>
      <w:r>
        <w:rPr>
          <w:rFonts w:ascii="宋体" w:eastAsia="宋体" w:hAnsi="宋体" w:cs="宋体"/>
          <w:color w:val="000000"/>
        </w:rPr>
        <w:t>根据大正方形面积减去</w:t>
      </w:r>
      <w:r>
        <w:rPr>
          <w:rFonts w:ascii="Times New Roman" w:eastAsia="Times New Roman" w:hAnsi="Times New Roman" w:cs="Times New Roman"/>
          <w:color w:val="000000"/>
        </w:rPr>
        <w:t>4</w:t>
      </w:r>
      <w:r>
        <w:rPr>
          <w:rFonts w:ascii="宋体" w:eastAsia="宋体" w:hAnsi="宋体" w:cs="宋体"/>
          <w:color w:val="000000"/>
        </w:rPr>
        <w:t>个矩形面积，即可得出答案；（</w:t>
      </w:r>
      <w:r>
        <w:rPr>
          <w:rFonts w:ascii="Times New Roman" w:eastAsia="Times New Roman" w:hAnsi="Times New Roman" w:cs="Times New Roman"/>
          <w:color w:val="000000"/>
        </w:rPr>
        <w:t>2</w:t>
      </w:r>
      <w:r>
        <w:rPr>
          <w:rFonts w:ascii="宋体" w:eastAsia="宋体" w:hAnsi="宋体" w:cs="宋体"/>
          <w:color w:val="000000"/>
        </w:rPr>
        <w:t>）根据两种表示阴影部分的面积的方法，即可得出等式；</w:t>
      </w:r>
      <w:r>
        <w:rPr>
          <w:rFonts w:ascii="Times New Roman" w:eastAsia="Times New Roman" w:hAnsi="Times New Roman" w:cs="Times New Roman"/>
          <w:color w:val="000000"/>
        </w:rPr>
        <w:t>（3）</w:t>
      </w:r>
      <w:r>
        <w:rPr>
          <w:rFonts w:ascii="宋体" w:eastAsia="宋体" w:hAnsi="宋体" w:cs="宋体"/>
          <w:color w:val="000000"/>
        </w:rPr>
        <w:t>根据等式（</w:t>
      </w:r>
      <w:r>
        <w:rPr>
          <w:rFonts w:ascii="Times New Roman" w:eastAsia="Times New Roman" w:hAnsi="Times New Roman" w:cs="Times New Roman"/>
          <w:color w:val="000000"/>
        </w:rPr>
        <w:t>a-b）</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=（a+b）</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-4ab</w:t>
      </w:r>
      <w:r>
        <w:rPr>
          <w:rFonts w:ascii="宋体" w:eastAsia="宋体" w:hAnsi="宋体" w:cs="宋体"/>
          <w:color w:val="000000"/>
        </w:rPr>
        <w:t>即可解决．</w:t>
      </w:r>
    </w:p>
    <w:p>
      <w:pPr>
        <w:spacing w:line="360" w:lineRule="auto"/>
        <w:jc w:val="left"/>
        <w:textAlignment w:val="center"/>
        <w:rPr>
          <w:rFonts w:ascii="宋体" w:eastAsia="宋体" w:hAnsi="宋体" w:cs="宋体"/>
          <w:color w:val="000000"/>
        </w:rPr>
      </w:pPr>
      <w:r>
        <w:rPr>
          <w:rFonts w:ascii="宋体" w:eastAsia="宋体" w:hAnsi="宋体" w:cs="宋体"/>
          <w:color w:val="000000"/>
        </w:rPr>
        <w:t>试题解析：</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（1）（m﹣n）</w:t>
      </w:r>
      <w:r>
        <w:rPr>
          <w:rFonts w:ascii="Times New Roman" w:eastAsia="Times New Roman" w:hAnsi="Times New Roman" w:cs="Times New Roman"/>
          <w:color w:val="000000"/>
          <w:vertAlign w:val="superscript"/>
        </w:rPr>
        <w:t>2</w:t>
      </w:r>
      <w:r>
        <w:rPr>
          <w:rFonts w:ascii="宋体" w:eastAsia="宋体" w:hAnsi="宋体" w:cs="宋体"/>
          <w:color w:val="000000"/>
        </w:rPr>
        <w:t>或（</w:t>
      </w:r>
      <w:r>
        <w:rPr>
          <w:rFonts w:ascii="Times New Roman" w:eastAsia="Times New Roman" w:hAnsi="Times New Roman" w:cs="Times New Roman"/>
          <w:color w:val="000000"/>
        </w:rPr>
        <w:t>m+n）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﹣4mn；</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（2）（m﹣n）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=（m+n）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﹣4mn；</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color w:val="000000"/>
        </w:rPr>
        <w:t>a+b=7，ab=5</w:t>
      </w:r>
      <w:r>
        <w:rPr>
          <w:rFonts w:ascii="宋体" w:eastAsia="宋体" w:hAnsi="宋体" w:cs="宋体"/>
          <w:color w:val="000000"/>
        </w:rPr>
        <w:t>时，</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（a﹣b）</w:t>
      </w:r>
      <w:r>
        <w:rPr>
          <w:rFonts w:ascii="Times New Roman" w:eastAsia="Times New Roman" w:hAnsi="Times New Roman" w:cs="Times New Roman"/>
          <w:color w:val="000000"/>
          <w:vertAlign w:val="superscript"/>
        </w:rPr>
        <w:t>2</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=（a+b）</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﹣4ab</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=7</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﹣4×5</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=49﹣20</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p>
      <w:pPr>
        <w:spacing w:line="360" w:lineRule="auto"/>
        <w:jc w:val="left"/>
        <w:textAlignment w:val="center"/>
        <w:rPr>
          <w:rFonts w:ascii="Times New Roman" w:eastAsia="Times New Roman" w:hAnsi="Times New Roman" w:cs="Times New Roman"/>
          <w:color w:val="000000"/>
        </w:rPr>
      </w:pPr>
      <w:r>
        <w:rPr>
          <w:color w:val="000000"/>
        </w:rPr>
        <w:t xml:space="preserve">27. </w:t>
      </w:r>
      <w:r>
        <w:rPr>
          <w:rFonts w:ascii="宋体" w:eastAsia="宋体" w:hAnsi="宋体" w:cs="宋体"/>
          <w:color w:val="000000"/>
        </w:rPr>
        <w:t>已知数轴上</w:t>
      </w:r>
      <w:r>
        <w:pict>
          <v:shape id="_x0000_i707278" type="#_x0000_t75" alt="学科网(www.zxxk.com)--教育资源门户，提供试卷、教案、课件、论文、素材以及各类教学资源下载，还有大量而丰富的教学相关资讯！" style="width:36.75pt;height:15.75pt" o:oleicon="f" o:ole="">
            <v:imagedata r:id="rId691" o:title="eqId24e0c10fb103930eabd5fa18e8f9bb06"/>
          </v:shape>
        </w:pict>
      </w:r>
      <w:r>
        <w:rPr>
          <w:rFonts w:ascii="宋体" w:eastAsia="宋体" w:hAnsi="宋体" w:cs="宋体"/>
          <w:color w:val="000000"/>
        </w:rPr>
        <w:t>三点对应的数分别为</w:t>
      </w:r>
      <w:r>
        <w:pict>
          <v:shape id="_x0000_i707279" type="#_x0000_t75" alt="学科网(www.zxxk.com)--教育资源门户，提供试卷、教案、课件、论文、素材以及各类教学资源下载，还有大量而丰富的教学相关资讯！" style="width:14.25pt;height:12pt" o:oleicon="f" o:ole="">
            <v:imagedata r:id="rId692"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，点</w:t>
      </w:r>
      <w:r>
        <w:pict>
          <v:shape id="_x0000_i707280" type="#_x0000_t75" alt="学科网(www.zxxk.com)--教育资源门户，提供试卷、教案、课件、论文、素材以及各类教学资源下载，还有大量而丰富的教学相关资讯！" style="width:11.25pt;height:12pt" o:oleicon="f" o:ole="">
            <v:imagedata r:id="rId693" o:title="eqIddad2a36927223bd70f426ba06aea4b45"/>
          </v:shape>
        </w:pict>
      </w:r>
      <w:r>
        <w:rPr>
          <w:rFonts w:ascii="宋体" w:eastAsia="宋体" w:hAnsi="宋体" w:cs="宋体"/>
          <w:color w:val="000000"/>
        </w:rPr>
        <w:t>为数轴上任意一点，其对应的数为</w:t>
      </w:r>
      <w:r>
        <w:pict>
          <v:shape id="_x0000_i707281" type="#_x0000_t75" alt="学科网(www.zxxk.com)--教育资源门户，提供试卷、教案、课件、论文、素材以及各类教学资源下载，还有大量而丰富的教学相关资讯！" style="width:10pt;height:11pt" o:oleicon="f" o:ole="">
            <v:imagedata r:id="rId694" o:title="eqId81dea63b8ce3e51adf66cf7b9982a248"/>
          </v:shape>
        </w:pict>
      </w:r>
      <w:r>
        <w:rPr>
          <w:rFonts w:ascii="Times New Roman" w:eastAsia="Times New Roman" w:hAnsi="Times New Roman" w:cs="Times New Roman"/>
          <w:color w:val="000000"/>
        </w:rPr>
        <w:t>.</w:t>
      </w:r>
      <w:r>
        <w:rPr>
          <w:rFonts w:ascii="宋体" w:eastAsia="宋体" w:hAnsi="宋体" w:cs="宋体"/>
          <w:color w:val="000000"/>
        </w:rPr>
        <w:t>点</w:t>
      </w:r>
      <w:r>
        <w:pict>
          <v:shape id="_x0000_i707282" type="#_x0000_t75" alt="学科网(www.zxxk.com)--教育资源门户，提供试卷、教案、课件、论文、素材以及各类教学资源下载，还有大量而丰富的教学相关资讯！" style="width:12pt;height:12pt" o:oleicon="f" o:ole="">
            <v:imagedata r:id="rId695" o:title="eqId5963abe8f421bd99a2aaa94831a951e9"/>
          </v:shape>
        </w:pict>
      </w:r>
      <w:r>
        <w:rPr>
          <w:rFonts w:ascii="宋体" w:eastAsia="宋体" w:hAnsi="宋体" w:cs="宋体"/>
          <w:color w:val="000000"/>
        </w:rPr>
        <w:t>与点</w:t>
      </w:r>
      <w:r>
        <w:pict>
          <v:shape id="_x0000_i707283" type="#_x0000_t75" alt="学科网(www.zxxk.com)--教育资源门户，提供试卷、教案、课件、论文、素材以及各类教学资源下载，还有大量而丰富的教学相关资讯！" style="width:11.25pt;height:12pt" o:oleicon="f" o:ole="">
            <v:imagedata r:id="rId693" o:title="eqIddad2a36927223bd70f426ba06aea4b45"/>
          </v:shape>
        </w:pict>
      </w:r>
      <w:r>
        <w:rPr>
          <w:rFonts w:ascii="宋体" w:eastAsia="宋体" w:hAnsi="宋体" w:cs="宋体"/>
          <w:color w:val="000000"/>
        </w:rPr>
        <w:t>之间的距离表示为</w:t>
      </w:r>
      <w:r>
        <w:pict>
          <v:shape id="_x0000_i707284" type="#_x0000_t75" alt="学科网(www.zxxk.com)--教育资源门户，提供试卷、教案、课件、论文、素材以及各类教学资源下载，还有大量而丰富的教学相关资讯！" style="width:18.15pt;height:11.9pt" o:oleicon="f" o:ole="">
            <v:imagedata r:id="rId696" o:title="eqId20a541b81584a032f571159ea152c85a"/>
          </v:shape>
        </w:pict>
      </w:r>
      <w:r>
        <w:rPr>
          <w:rFonts w:ascii="宋体" w:eastAsia="宋体" w:hAnsi="宋体" w:cs="宋体"/>
          <w:color w:val="000000"/>
        </w:rPr>
        <w:t>，点</w:t>
      </w:r>
      <w:r>
        <w:pict>
          <v:shape id="_x0000_i707285" type="#_x0000_t75" alt="学科网(www.zxxk.com)--教育资源门户，提供试卷、教案、课件、论文、素材以及各类教学资源下载，还有大量而丰富的教学相关资讯！" style="width:11.25pt;height:11.9pt" o:oleicon="f" o:ole="">
            <v:imagedata r:id="rId697" o:title="eqId7f9e8449aad35c5d840a3395ea86df6d"/>
          </v:shape>
        </w:pict>
      </w:r>
      <w:r>
        <w:rPr>
          <w:rFonts w:ascii="宋体" w:eastAsia="宋体" w:hAnsi="宋体" w:cs="宋体"/>
          <w:color w:val="000000"/>
        </w:rPr>
        <w:t>与点</w:t>
      </w:r>
      <w:r>
        <w:pict>
          <v:shape id="_x0000_i707286" type="#_x0000_t75" alt="学科网(www.zxxk.com)--教育资源门户，提供试卷、教案、课件、论文、素材以及各类教学资源下载，还有大量而丰富的教学相关资讯！" style="width:11.25pt;height:12pt" o:oleicon="f" o:ole="">
            <v:imagedata r:id="rId693" o:title="eqIddad2a36927223bd70f426ba06aea4b45"/>
          </v:shape>
        </w:pict>
      </w:r>
      <w:r>
        <w:rPr>
          <w:rFonts w:ascii="宋体" w:eastAsia="宋体" w:hAnsi="宋体" w:cs="宋体"/>
          <w:color w:val="000000"/>
        </w:rPr>
        <w:t>之间的距离表示为</w:t>
      </w:r>
      <w:r>
        <w:pict>
          <v:shape id="_x0000_i707287" type="#_x0000_t75" alt="学科网(www.zxxk.com)--教育资源门户，提供试卷、教案、课件、论文、素材以及各类教学资源下载，还有大量而丰富的教学相关资讯！" style="width:19.3pt;height:13.05pt" o:oleicon="f" o:ole="">
            <v:imagedata r:id="rId698" o:title="eqId2cdba1337ec85fa9722cb4b320a82ae6"/>
          </v:shape>
        </w:pic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w:t>
      </w:r>
      <w:r>
        <w:pict>
          <v:shape id="_x0000_i707288" type="#_x0000_t75" alt="学科网(www.zxxk.com)--教育资源门户，提供试卷、教案、课件、论文、素材以及各类教学资源下载，还有大量而丰富的教学相关资讯！" style="width:47.3pt;height:12.7pt" o:oleicon="f" o:ole="">
            <v:imagedata r:id="rId699" o:title="eqIda606499df4459e5fbd6021c61a805359"/>
          </v:shape>
        </w:pict>
      </w:r>
      <w:r>
        <w:rPr>
          <w:rFonts w:ascii="宋体" w:eastAsia="宋体" w:hAnsi="宋体" w:cs="宋体"/>
          <w:color w:val="000000"/>
        </w:rPr>
        <w:t>，则</w:t>
      </w:r>
      <w:r>
        <w:pict>
          <v:shape id="_x0000_i707289" type="#_x0000_t75" alt="学科网(www.zxxk.com)--教育资源门户，提供试卷、教案、课件、论文、素材以及各类教学资源下载，还有大量而丰富的教学相关资讯！" style="width:18.75pt;height:11.25pt" o:oleicon="f" o:ole="">
            <v:imagedata r:id="rId700" o:title="eqId4ec0618ae3a4fde6d6220010af229b9a"/>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07290" type="#_x0000_t75" alt="学科网(www.zxxk.com)--教育资源门户，提供试卷、教案、课件、论文、素材以及各类教学资源下载，还有大量而丰富的教学相关资讯！" style="width:63pt;height:14.25pt" o:oleicon="f" o:ole="">
            <v:imagedata r:id="rId701" o:title="eqId40e59468ff10a1b75e1b7e758389b0e6"/>
          </v:shape>
        </w:pict>
      </w:r>
      <w:r>
        <w:rPr>
          <w:rFonts w:ascii="宋体" w:eastAsia="宋体" w:hAnsi="宋体" w:cs="宋体"/>
          <w:color w:val="000000"/>
        </w:rPr>
        <w:t>，求</w:t>
      </w:r>
      <w:r>
        <w:pict>
          <v:shape id="_x0000_i707291" type="#_x0000_t75" alt="学科网(www.zxxk.com)--教育资源门户，提供试卷、教案、课件、论文、素材以及各类教学资源下载，还有大量而丰富的教学相关资讯！" style="width:10pt;height:11pt" o:oleicon="f" o:ole="">
            <v:imagedata r:id="rId702" o:title="eqId81dea63b8ce3e51adf66cf7b9982a248"/>
          </v:shape>
        </w:pict>
      </w:r>
      <w:r>
        <w:rPr>
          <w:rFonts w:ascii="宋体" w:eastAsia="宋体" w:hAnsi="宋体" w:cs="宋体"/>
          <w:color w:val="000000"/>
        </w:rPr>
        <w:t>的值；</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）若点</w:t>
      </w:r>
      <w:r>
        <w:pict>
          <v:shape id="_x0000_i707292" type="#_x0000_t75" alt="学科网(www.zxxk.com)--教育资源门户，提供试卷、教案、课件、论文、素材以及各类教学资源下载，还有大量而丰富的教学相关资讯！" style="width:11.25pt;height:12pt" o:oleicon="f" o:ole="">
            <v:imagedata r:id="rId703" o:title="eqIddad2a36927223bd70f426ba06aea4b45"/>
          </v:shape>
        </w:pict>
      </w:r>
      <w:r>
        <w:rPr>
          <w:rFonts w:ascii="宋体" w:eastAsia="宋体" w:hAnsi="宋体" w:cs="宋体"/>
          <w:color w:val="000000"/>
        </w:rPr>
        <w:t>从点</w:t>
      </w:r>
      <w:r>
        <w:pict>
          <v:shape id="_x0000_i707293" type="#_x0000_t75" alt="学科网(www.zxxk.com)--教育资源门户，提供试卷、教案、课件、论文、素材以及各类教学资源下载，还有大量而丰富的教学相关资讯！" style="width:11.9pt;height:14.4pt" o:oleicon="f" o:ole="">
            <v:imagedata r:id="rId704" o:title="eqIdc5db41a1f31d6baee7c69990811edb9f"/>
          </v:shape>
        </w:pict>
      </w:r>
      <w:r>
        <w:rPr>
          <w:rFonts w:ascii="宋体" w:eastAsia="宋体" w:hAnsi="宋体" w:cs="宋体"/>
          <w:color w:val="000000"/>
        </w:rPr>
        <w:t>出发，以每秒</w:t>
      </w:r>
      <w:r>
        <w:rPr>
          <w:rFonts w:ascii="Times New Roman" w:eastAsia="Times New Roman" w:hAnsi="Times New Roman" w:cs="Times New Roman"/>
          <w:color w:val="000000"/>
        </w:rPr>
        <w:t>3</w:t>
      </w:r>
      <w:r>
        <w:rPr>
          <w:rFonts w:ascii="宋体" w:eastAsia="宋体" w:hAnsi="宋体" w:cs="宋体"/>
          <w:color w:val="000000"/>
        </w:rPr>
        <w:t>个单位的速度向右运动，点</w:t>
      </w:r>
      <w:r>
        <w:pict>
          <v:shape id="_x0000_i707294" type="#_x0000_t75" alt="学科网(www.zxxk.com)--教育资源门户，提供试卷、教案、课件、论文、素材以及各类教学资源下载，还有大量而丰富的教学相关资讯！" style="width:12pt;height:12pt" o:oleicon="f" o:ole="">
            <v:imagedata r:id="rId705" o:title="eqId5963abe8f421bd99a2aaa94831a951e9"/>
          </v:shape>
        </w:pict>
      </w:r>
      <w:r>
        <w:rPr>
          <w:rFonts w:ascii="宋体" w:eastAsia="宋体" w:hAnsi="宋体" w:cs="宋体"/>
          <w:color w:val="000000"/>
        </w:rPr>
        <w:t>以每秒</w:t>
      </w:r>
      <w:r>
        <w:rPr>
          <w:rFonts w:ascii="Times New Roman" w:eastAsia="Times New Roman" w:hAnsi="Times New Roman" w:cs="Times New Roman"/>
          <w:color w:val="000000"/>
        </w:rPr>
        <w:t>1</w:t>
      </w:r>
      <w:r>
        <w:rPr>
          <w:rFonts w:ascii="宋体" w:eastAsia="宋体" w:hAnsi="宋体" w:cs="宋体"/>
          <w:color w:val="000000"/>
        </w:rPr>
        <w:t>个单位的速度向左运动，点</w:t>
      </w:r>
      <w:r>
        <w:pict>
          <v:shape id="_x0000_i707295" type="#_x0000_t75" alt="学科网(www.zxxk.com)--教育资源门户，提供试卷、教案、课件、论文、素材以及各类教学资源下载，还有大量而丰富的教学相关资讯！" style="width:11.25pt;height:11.9pt" o:oleicon="f" o:ole="">
            <v:imagedata r:id="rId706" o:title="eqId7f9e8449aad35c5d840a3395ea86df6d"/>
          </v:shape>
        </w:pic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个单位的速度向右运动，三点同时出发</w:t>
      </w:r>
      <w:r>
        <w:rPr>
          <w:rFonts w:ascii="Times New Roman" w:eastAsia="Times New Roman" w:hAnsi="Times New Roman" w:cs="Times New Roman"/>
          <w:color w:val="000000"/>
        </w:rPr>
        <w:t>.</w:t>
      </w:r>
      <w:r>
        <w:rPr>
          <w:rFonts w:ascii="宋体" w:eastAsia="宋体" w:hAnsi="宋体" w:cs="宋体"/>
          <w:color w:val="000000"/>
        </w:rPr>
        <w:t>设运动时间为</w:t>
      </w:r>
      <w:r>
        <w:pict>
          <v:shape id="_x0000_i707296" type="#_x0000_t75" alt="学科网(www.zxxk.com)--教育资源门户，提供试卷、教案、课件、论文、素材以及各类教学资源下载，还有大量而丰富的教学相关资讯！" style="width:7.35pt;height:11.9pt" o:oleicon="f" o:ole="">
            <v:imagedata r:id="rId707" o:title="eqId36a1b09c653185842513e24ebba60bb3"/>
          </v:shape>
        </w:pict>
      </w:r>
      <w:r>
        <w:rPr>
          <w:rFonts w:ascii="宋体" w:eastAsia="宋体" w:hAnsi="宋体" w:cs="宋体"/>
          <w:color w:val="000000"/>
        </w:rPr>
        <w:t>秒，试判断：</w:t>
      </w:r>
      <w:r>
        <w:pict>
          <v:shape id="_x0000_i707297" type="#_x0000_t75" alt="学科网(www.zxxk.com)--教育资源门户，提供试卷、教案、课件、论文、素材以及各类教学资源下载，还有大量而丰富的教学相关资讯！" style="width:51.75pt;height:12.75pt" o:oleicon="f" o:ole="">
            <v:imagedata r:id="rId708" o:title="eqIde362de0c34488f0a89f0116f1c211eb2"/>
          </v:shape>
        </w:pict>
      </w:r>
      <w:r>
        <w:rPr>
          <w:rFonts w:ascii="宋体" w:eastAsia="宋体" w:hAnsi="宋体" w:cs="宋体"/>
          <w:color w:val="000000"/>
        </w:rPr>
        <w:t>的值是否会随着</w:t>
      </w:r>
      <w:r>
        <w:pict>
          <v:shape id="_x0000_i707298" type="#_x0000_t75" alt="学科网(www.zxxk.com)--教育资源门户，提供试卷、教案、课件、论文、素材以及各类教学资源下载，还有大量而丰富的教学相关资讯！" style="width:7.35pt;height:11.9pt" o:oleicon="f" o:ole="">
            <v:imagedata r:id="rId707" o:title="eqId36a1b09c653185842513e24ebba60bb3"/>
          </v:shape>
        </w:pict>
      </w:r>
      <w:r>
        <w:rPr>
          <w:rFonts w:ascii="宋体" w:eastAsia="宋体" w:hAnsi="宋体" w:cs="宋体"/>
          <w:color w:val="000000"/>
        </w:rPr>
        <w:t>的变化而变化</w:t>
      </w:r>
      <w:r>
        <w:rPr>
          <w:rFonts w:ascii="Times New Roman" w:eastAsia="Times New Roman" w:hAnsi="Times New Roman" w:cs="Times New Roman"/>
          <w:color w:val="000000"/>
        </w:rPr>
        <w:t>?</w:t>
      </w:r>
      <w:r>
        <w:rPr>
          <w:rFonts w:ascii="宋体" w:eastAsia="宋体" w:hAnsi="宋体" w:cs="宋体"/>
          <w:color w:val="000000"/>
        </w:rPr>
        <w:t>请说明理由</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drawing>
          <wp:inline>
            <wp:extent cx="3028950" cy="581025"/>
            <wp:docPr id="27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 name=""/>
                    <pic:cNvPicPr>
                      <a:picLocks noChangeAspect="1"/>
                    </pic:cNvPicPr>
                  </pic:nvPicPr>
                  <pic:blipFill>
                    <a:blip r:embed="rId709"/>
                    <a:stretch>
                      <a:fillRect/>
                    </a:stretch>
                  </pic:blipFill>
                  <pic:spPr>
                    <a:xfrm>
                      <a:off x="0" y="0"/>
                      <a:ext cx="3028950" cy="581025"/>
                    </a:xfrm>
                    <a:prstGeom prst="rect">
                      <a:avLst/>
                    </a:prstGeom>
                  </pic:spPr>
                </pic:pic>
              </a:graphicData>
            </a:graphic>
          </wp:inline>
        </w:drawing>
      </w:r>
    </w:p>
    <w:p>
      <w:pPr>
        <w:spacing w:line="360" w:lineRule="auto"/>
        <w:textAlignment w:val="center"/>
        <w:rPr>
          <w:color w:val="2E75B6"/>
        </w:rPr>
      </w:pPr>
      <w:r>
        <w:rPr>
          <w:color w:val="2E75B6"/>
        </w:rPr>
        <w:t>【27题答案】</w:t>
      </w:r>
    </w:p>
    <w:p>
      <w:pPr>
        <w:spacing w:line="360" w:lineRule="auto"/>
        <w:textAlignment w:val="center"/>
        <w:rPr>
          <w:color w:val="000000"/>
        </w:rPr>
      </w:pPr>
      <w:r>
        <w:rPr>
          <w:color w:val="2E75B6"/>
        </w:rPr>
        <w:t>【答案】</w:t>
      </w:r>
      <w:r>
        <w:rPr>
          <w:color w:val="000000"/>
        </w:rPr>
        <w:t>（1）1；（2）</w:t>
      </w:r>
      <w:r>
        <w:pict>
          <v:shape id="_x0000_i707299" type="#_x0000_t75" alt="学科网(www.zxxk.com)--教育资源门户，提供试卷、教案、课件、论文、素材以及各类教学资源下载，还有大量而丰富的教学相关资讯！" style="width:10pt;height:11pt" o:oleicon="f" o:ole="">
            <v:imagedata r:id="rId710" o:title="eqId81dea63b8ce3e51adf66cf7b9982a248"/>
          </v:shape>
        </w:pict>
      </w:r>
      <w:r>
        <w:rPr>
          <w:color w:val="000000"/>
        </w:rPr>
        <w:t>的值为</w:t>
      </w:r>
      <w:r>
        <w:pict>
          <v:shape id="_x0000_i707300" type="#_x0000_t75" alt="学科网(www.zxxk.com)--教育资源门户，提供试卷、教案、课件、论文、素材以及各类教学资源下载，还有大量而丰富的教学相关资讯！" style="width:15.75pt;height:14.25pt" o:oleicon="f" o:ole="">
            <v:imagedata r:id="rId711" o:title="eqId6dbf80cb71406fd14621139149f7ed9e"/>
          </v:shape>
        </w:pict>
      </w:r>
      <w:r>
        <w:rPr>
          <w:color w:val="000000"/>
        </w:rPr>
        <w:t>或</w:t>
      </w:r>
      <w:r>
        <w:rPr>
          <w:rFonts w:ascii="Times New Roman" w:eastAsia="Times New Roman" w:hAnsi="Times New Roman" w:cs="Times New Roman"/>
          <w:color w:val="000000"/>
        </w:rPr>
        <w:t>5</w:t>
      </w:r>
      <w:r>
        <w:rPr>
          <w:color w:val="000000"/>
        </w:rPr>
        <w:t>；（3）不会，理由见解析</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）根据题意，若</w:t>
      </w:r>
      <w:r>
        <w:pict>
          <v:shape id="_x0000_i707301" type="#_x0000_t75" alt="学科网(www.zxxk.com)--教育资源门户，提供试卷、教案、课件、论文、素材以及各类教学资源下载，还有大量而丰富的教学相关资讯！" style="width:47.3pt;height:12.7pt" o:oleicon="f" o:ole="">
            <v:imagedata r:id="rId712" o:title="eqIda606499df4459e5fbd6021c61a805359"/>
          </v:shape>
        </w:pict>
      </w:r>
      <w:r>
        <w:rPr>
          <w:rFonts w:ascii="宋体" w:eastAsia="宋体" w:hAnsi="宋体" w:cs="宋体"/>
          <w:color w:val="000000"/>
        </w:rPr>
        <w:t>，则是表明</w:t>
      </w:r>
      <w:r>
        <w:rPr>
          <w:rFonts w:ascii="Times New Roman" w:eastAsia="Times New Roman" w:hAnsi="Times New Roman" w:cs="Times New Roman"/>
          <w:color w:val="000000"/>
        </w:rPr>
        <w:t>P</w:t>
      </w:r>
      <w:r>
        <w:rPr>
          <w:rFonts w:ascii="宋体" w:eastAsia="宋体" w:hAnsi="宋体" w:cs="宋体"/>
          <w:color w:val="000000"/>
        </w:rPr>
        <w:t>在</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两点之间的中点位置，据此得出答案即可；</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w:t>
      </w:r>
      <w:r>
        <w:rPr>
          <w:rFonts w:ascii="Times New Roman" w:eastAsia="Times New Roman" w:hAnsi="Times New Roman" w:cs="Times New Roman"/>
          <w:color w:val="000000"/>
        </w:rPr>
        <w:t>P</w:t>
      </w:r>
      <w:r>
        <w:rPr>
          <w:rFonts w:ascii="宋体" w:eastAsia="宋体" w:hAnsi="宋体" w:cs="宋体"/>
          <w:color w:val="000000"/>
        </w:rPr>
        <w:t>点在</w:t>
      </w:r>
      <w:r>
        <w:rPr>
          <w:rFonts w:ascii="Times New Roman" w:eastAsia="Times New Roman" w:hAnsi="Times New Roman" w:cs="Times New Roman"/>
          <w:color w:val="000000"/>
        </w:rPr>
        <w:t>A</w:t>
      </w:r>
      <w:r>
        <w:rPr>
          <w:rFonts w:ascii="宋体" w:eastAsia="宋体" w:hAnsi="宋体" w:cs="宋体"/>
          <w:color w:val="000000"/>
        </w:rPr>
        <w:t>左侧以及</w:t>
      </w:r>
      <w:r>
        <w:rPr>
          <w:rFonts w:ascii="Times New Roman" w:eastAsia="Times New Roman" w:hAnsi="Times New Roman" w:cs="Times New Roman"/>
          <w:color w:val="000000"/>
        </w:rPr>
        <w:t>P</w:t>
      </w:r>
      <w:r>
        <w:rPr>
          <w:rFonts w:ascii="宋体" w:eastAsia="宋体" w:hAnsi="宋体" w:cs="宋体"/>
          <w:color w:val="000000"/>
        </w:rPr>
        <w:t>点在</w:t>
      </w:r>
      <w:r>
        <w:rPr>
          <w:rFonts w:ascii="Times New Roman" w:eastAsia="Times New Roman" w:hAnsi="Times New Roman" w:cs="Times New Roman"/>
          <w:color w:val="000000"/>
        </w:rPr>
        <w:t>B</w:t>
      </w:r>
      <w:r>
        <w:rPr>
          <w:rFonts w:ascii="宋体" w:eastAsia="宋体" w:hAnsi="宋体" w:cs="宋体"/>
          <w:color w:val="000000"/>
        </w:rPr>
        <w:t>右侧两种情况讨论即可</w:t>
      </w:r>
      <w:r>
        <w:rPr>
          <w:rFonts w:ascii="Times New Roman" w:eastAsia="Times New Roman" w:hAnsi="Times New Roman" w:cs="Times New Roman"/>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）根据题意先将</w:t>
      </w:r>
      <w:r>
        <w:rPr>
          <w:rFonts w:ascii="Times New Roman" w:eastAsia="Times New Roman" w:hAnsi="Times New Roman" w:cs="Times New Roman"/>
          <w:color w:val="000000"/>
        </w:rPr>
        <w:t>BP</w:t>
      </w:r>
      <w:r>
        <w:rPr>
          <w:rFonts w:ascii="宋体" w:eastAsia="宋体" w:hAnsi="宋体" w:cs="宋体"/>
          <w:color w:val="000000"/>
        </w:rPr>
        <w:t>的距离的代数式列出来为</w:t>
      </w:r>
      <w:r>
        <w:pict>
          <v:shape id="_x0000_i707302" type="#_x0000_t75" alt="学科网(www.zxxk.com)--教育资源门户，提供试卷、教案、课件、论文、素材以及各类教学资源下载，还有大量而丰富的教学相关资讯！" style="width:81.75pt;height:14.25pt" o:oleicon="f" o:ole="">
            <v:imagedata r:id="rId713" o:title="eqId95f26b376e47d3402cd8b92ca9e7c2f1"/>
          </v:shape>
        </w:pict>
      </w:r>
      <w:r>
        <w:rPr>
          <w:rFonts w:ascii="宋体" w:eastAsia="宋体" w:hAnsi="宋体" w:cs="宋体"/>
          <w:color w:val="000000"/>
        </w:rPr>
        <w:t>，</w:t>
      </w:r>
      <w:r>
        <w:rPr>
          <w:rFonts w:ascii="Times New Roman" w:eastAsia="Times New Roman" w:hAnsi="Times New Roman" w:cs="Times New Roman"/>
          <w:color w:val="000000"/>
        </w:rPr>
        <w:t>AP</w:t>
      </w:r>
      <w:r>
        <w:rPr>
          <w:rFonts w:ascii="宋体" w:eastAsia="宋体" w:hAnsi="宋体" w:cs="宋体"/>
          <w:color w:val="000000"/>
        </w:rPr>
        <w:t>的距离的代数式为</w:t>
      </w:r>
      <w:r>
        <w:pict>
          <v:shape id="_x0000_i707303" type="#_x0000_t75" alt="学科网(www.zxxk.com)--教育资源门户，提供试卷、教案、课件、论文、素材以及各类教学资源下载，还有大量而丰富的教学相关资讯！" style="width:81.75pt;height:14.25pt" o:oleicon="f" o:ole="">
            <v:imagedata r:id="rId714" o:title="eqId71779771ff907ea54f93056291d6c7f0"/>
          </v:shape>
        </w:pict>
      </w:r>
      <w:r>
        <w:rPr>
          <w:rFonts w:ascii="宋体" w:eastAsia="宋体" w:hAnsi="宋体" w:cs="宋体"/>
          <w:color w:val="000000"/>
        </w:rPr>
        <w:t>，然后代入</w:t>
      </w:r>
      <w:r>
        <w:pict>
          <v:shape id="_x0000_i707304" type="#_x0000_t75" alt="学科网(www.zxxk.com)--教育资源门户，提供试卷、教案、课件、论文、素材以及各类教学资源下载，还有大量而丰富的教学相关资讯！" style="width:51.75pt;height:12.75pt" o:oleicon="f" o:ole="">
            <v:imagedata r:id="rId715" o:title="eqIde362de0c34488f0a89f0116f1c211eb2"/>
          </v:shape>
        </w:pict>
      </w:r>
      <w:r>
        <w:rPr>
          <w:rFonts w:ascii="宋体" w:eastAsia="宋体" w:hAnsi="宋体" w:cs="宋体"/>
          <w:color w:val="000000"/>
        </w:rPr>
        <w:t>计算观察其结果是否与</w:t>
      </w:r>
      <w:r>
        <w:rPr>
          <w:rFonts w:ascii="Times New Roman" w:eastAsia="Times New Roman" w:hAnsi="Times New Roman" w:cs="Times New Roman"/>
          <w:color w:val="000000"/>
        </w:rPr>
        <w:t>t</w:t>
      </w:r>
      <w:r>
        <w:rPr>
          <w:rFonts w:ascii="宋体" w:eastAsia="宋体" w:hAnsi="宋体" w:cs="宋体"/>
          <w:color w:val="000000"/>
        </w:rPr>
        <w:t>有关即可</w: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7305" type="#_x0000_t75" alt="学科网(www.zxxk.com)--教育资源门户，提供试卷、教案、课件、论文、素材以及各类教学资源下载，还有大量而丰富的教学相关资讯！" style="width:47.3pt;height:12.7pt" o:oleicon="f" o:ole="">
            <v:imagedata r:id="rId716" o:title="eqIda606499df4459e5fbd6021c61a805359"/>
          </v:shape>
        </w:pict>
      </w:r>
      <w:r>
        <w:rPr>
          <w:rFonts w:ascii="宋体" w:eastAsia="宋体" w:hAnsi="宋体" w:cs="宋体"/>
          <w:color w:val="000000"/>
        </w:rPr>
        <w:t>，∴</w:t>
      </w:r>
      <w:r>
        <w:rPr>
          <w:rFonts w:ascii="Times New Roman" w:eastAsia="Times New Roman" w:hAnsi="Times New Roman" w:cs="Times New Roman"/>
          <w:color w:val="000000"/>
        </w:rPr>
        <w:t>P</w:t>
      </w:r>
      <w:r>
        <w:rPr>
          <w:rFonts w:ascii="宋体" w:eastAsia="宋体" w:hAnsi="宋体" w:cs="宋体"/>
          <w:color w:val="000000"/>
        </w:rPr>
        <w:t>在</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两点之间的中点位置，</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P</w:t>
      </w:r>
      <w:r>
        <w:rPr>
          <w:rFonts w:ascii="宋体" w:eastAsia="宋体" w:hAnsi="宋体" w:cs="宋体"/>
          <w:color w:val="000000"/>
        </w:rPr>
        <w:t>到</w:t>
      </w:r>
      <w:r>
        <w:rPr>
          <w:rFonts w:ascii="Times New Roman" w:eastAsia="Times New Roman" w:hAnsi="Times New Roman" w:cs="Times New Roman"/>
          <w:color w:val="000000"/>
        </w:rPr>
        <w:t>B</w:t>
      </w:r>
      <w:r>
        <w:rPr>
          <w:rFonts w:ascii="宋体" w:eastAsia="宋体" w:hAnsi="宋体" w:cs="宋体"/>
          <w:color w:val="000000"/>
        </w:rPr>
        <w:t>的距离为</w:t>
      </w:r>
      <w:r>
        <w:pict>
          <v:shape id="_x0000_i707306" type="#_x0000_t75" alt="学科网(www.zxxk.com)--教育资源门户，提供试卷、教案、课件、论文、素材以及各类教学资源下载，还有大量而丰富的教学相关资讯！" style="width:47.25pt;height:30.75pt" o:oleicon="f" o:ole="">
            <v:imagedata r:id="rId717" o:title="eqIdb95aaae5932b8ab0b5b689218ad40325"/>
          </v:shape>
        </w:pict>
      </w:r>
      <w:r>
        <w:rPr>
          <w:rFonts w:ascii="宋体" w:eastAsia="宋体" w:hAnsi="宋体" w:cs="宋体"/>
          <w:color w:val="000000"/>
        </w:rPr>
        <w:t>，∴</w:t>
      </w:r>
      <w:r>
        <w:rPr>
          <w:rFonts w:ascii="Times New Roman" w:eastAsia="Times New Roman" w:hAnsi="Times New Roman" w:cs="Times New Roman"/>
          <w:color w:val="000000"/>
        </w:rPr>
        <w:t>P</w:t>
      </w:r>
      <w:r>
        <w:rPr>
          <w:rFonts w:ascii="宋体" w:eastAsia="宋体" w:hAnsi="宋体" w:cs="宋体"/>
          <w:color w:val="000000"/>
        </w:rPr>
        <w:t>表示的数为</w:t>
      </w:r>
      <w:r>
        <w:pict>
          <v:shape id="_x0000_i707307" type="#_x0000_t75" alt="学科网(www.zxxk.com)--教育资源门户，提供试卷、教案、课件、论文、素材以及各类教学资源下载，还有大量而丰富的教学相关资讯！" style="width:41.25pt;height:14.25pt" o:oleicon="f" o:ole="">
            <v:imagedata r:id="rId718" o:title="eqIdf48a8069e30a3cb1af0704241a37eb1a"/>
          </v:shape>
        </w:pict>
      </w:r>
      <w:r>
        <w:rPr>
          <w:rFonts w:ascii="Times New Roman" w:eastAsia="Times New Roman" w:hAnsi="Times New Roman" w:cs="Times New Roman"/>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）①当</w:t>
      </w:r>
      <w:r>
        <w:rPr>
          <w:rFonts w:ascii="Times New Roman" w:eastAsia="Times New Roman" w:hAnsi="Times New Roman" w:cs="Times New Roman"/>
          <w:color w:val="000000"/>
        </w:rPr>
        <w:t>P</w:t>
      </w:r>
      <w:r>
        <w:rPr>
          <w:rFonts w:ascii="宋体" w:eastAsia="宋体" w:hAnsi="宋体" w:cs="宋体"/>
          <w:color w:val="000000"/>
        </w:rPr>
        <w:t>点在</w:t>
      </w:r>
      <w:r>
        <w:rPr>
          <w:rFonts w:ascii="Times New Roman" w:eastAsia="Times New Roman" w:hAnsi="Times New Roman" w:cs="Times New Roman"/>
          <w:color w:val="000000"/>
        </w:rPr>
        <w:t>A</w:t>
      </w:r>
      <w:r>
        <w:rPr>
          <w:rFonts w:ascii="宋体" w:eastAsia="宋体" w:hAnsi="宋体" w:cs="宋体"/>
          <w:color w:val="000000"/>
        </w:rPr>
        <w:t>左侧时：</w:t>
      </w:r>
      <w:r>
        <w:pict>
          <v:shape id="_x0000_i707308" type="#_x0000_t75" alt="学科网(www.zxxk.com)--教育资源门户，提供试卷、教案、课件、论文、素材以及各类教学资源下载，还有大量而丰富的教学相关资讯！" style="width:81.75pt;height:14.25pt" o:oleicon="f" o:ole="">
            <v:imagedata r:id="rId719" o:title="eqId11f265f0312067d0a117ba6ef9d66f3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309" type="#_x0000_t75" alt="学科网(www.zxxk.com)--教育资源门户，提供试卷、教案、课件、论文、素材以及各类教学资源下载，还有大量而丰富的教学相关资讯！" style="width:33.75pt;height:14.25pt" o:oleicon="f" o:ole="">
            <v:imagedata r:id="rId720" o:title="eqIdc24182842f4e8bf4340826443774d02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②当</w:t>
      </w:r>
      <w:r>
        <w:rPr>
          <w:rFonts w:ascii="Times New Roman" w:eastAsia="Times New Roman" w:hAnsi="Times New Roman" w:cs="Times New Roman"/>
          <w:color w:val="000000"/>
        </w:rPr>
        <w:t>P</w:t>
      </w:r>
      <w:r>
        <w:rPr>
          <w:rFonts w:ascii="宋体" w:eastAsia="宋体" w:hAnsi="宋体" w:cs="宋体"/>
          <w:color w:val="000000"/>
        </w:rPr>
        <w:t>点在</w:t>
      </w:r>
      <w:r>
        <w:rPr>
          <w:rFonts w:ascii="Times New Roman" w:eastAsia="Times New Roman" w:hAnsi="Times New Roman" w:cs="Times New Roman"/>
          <w:color w:val="000000"/>
        </w:rPr>
        <w:t>B</w:t>
      </w:r>
      <w:r>
        <w:rPr>
          <w:rFonts w:ascii="宋体" w:eastAsia="宋体" w:hAnsi="宋体" w:cs="宋体"/>
          <w:color w:val="000000"/>
        </w:rPr>
        <w:t>右侧时：</w:t>
      </w:r>
      <w:r>
        <w:pict>
          <v:shape id="_x0000_i707310" type="#_x0000_t75" alt="学科网(www.zxxk.com)--教育资源门户，提供试卷、教案、课件、论文、素材以及各类教学资源下载，还有大量而丰富的教学相关资讯！" style="width:90.75pt;height:20.25pt" o:oleicon="f" o:ole="">
            <v:imagedata r:id="rId721" o:title="eqId487a9a5501080ea77541dc0ad54f67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311" type="#_x0000_t75" alt="学科网(www.zxxk.com)--教育资源门户，提供试卷、教案、课件、论文、素材以及各类教学资源下载，还有大量而丰富的教学相关资讯！" style="width:27pt;height:14.25pt" o:oleicon="f" o:ole="">
            <v:imagedata r:id="rId722" o:title="eqIdab92ed3ede0ce2b0003c4dc46aa53a5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综上所述，</w:t>
      </w:r>
      <w:r>
        <w:pict>
          <v:shape id="_x0000_i707312" type="#_x0000_t75" alt="学科网(www.zxxk.com)--教育资源门户，提供试卷、教案、课件、论文、素材以及各类教学资源下载，还有大量而丰富的教学相关资讯！" style="width:10pt;height:11pt" o:oleicon="f" o:ole="">
            <v:imagedata r:id="rId723" o:title="eqId81dea63b8ce3e51adf66cf7b9982a248"/>
          </v:shape>
        </w:pict>
      </w:r>
      <w:r>
        <w:rPr>
          <w:rFonts w:ascii="宋体" w:eastAsia="宋体" w:hAnsi="宋体" w:cs="宋体"/>
          <w:color w:val="000000"/>
        </w:rPr>
        <w:t>的值为</w:t>
      </w:r>
      <w:r>
        <w:pict>
          <v:shape id="_x0000_i707313" type="#_x0000_t75" alt="学科网(www.zxxk.com)--教育资源门户，提供试卷、教案、课件、论文、素材以及各类教学资源下载，还有大量而丰富的教学相关资讯！" style="width:15.75pt;height:14.25pt" o:oleicon="f" o:ole="">
            <v:imagedata r:id="rId724" o:title="eqId6dbf80cb71406fd14621139149f7ed9e"/>
          </v:shape>
        </w:pic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）不会，理由如下：</w:t>
      </w:r>
    </w:p>
    <w:p>
      <w:pPr>
        <w:spacing w:line="360" w:lineRule="auto"/>
        <w:jc w:val="left"/>
        <w:textAlignment w:val="center"/>
        <w:rPr>
          <w:rFonts w:ascii="宋体" w:eastAsia="宋体" w:hAnsi="宋体" w:cs="宋体"/>
          <w:color w:val="000000"/>
        </w:rPr>
      </w:pPr>
      <w:r>
        <w:rPr>
          <w:rFonts w:ascii="宋体" w:eastAsia="宋体" w:hAnsi="宋体" w:cs="宋体"/>
          <w:color w:val="000000"/>
        </w:rPr>
        <w:t>由题意得：</w:t>
      </w:r>
      <w:r>
        <w:rPr>
          <w:rFonts w:ascii="Times New Roman" w:eastAsia="Times New Roman" w:hAnsi="Times New Roman" w:cs="Times New Roman"/>
          <w:color w:val="000000"/>
        </w:rPr>
        <w:t>BP=</w:t>
      </w:r>
      <w:r>
        <w:pict>
          <v:shape id="_x0000_i707314" type="#_x0000_t75" alt="学科网(www.zxxk.com)--教育资源门户，提供试卷、教案、课件、论文、素材以及各类教学资源下载，还有大量而丰富的教学相关资讯！" style="width:84pt;height:14.25pt" o:oleicon="f" o:ole="">
            <v:imagedata r:id="rId725" o:title="eqId7a6ba8028fc519f8ed2b45bc2b89caac"/>
          </v:shape>
        </w:pict>
      </w:r>
      <w:r>
        <w:rPr>
          <w:rFonts w:ascii="宋体" w:eastAsia="宋体" w:hAnsi="宋体" w:cs="宋体"/>
          <w:color w:val="000000"/>
        </w:rPr>
        <w:t>，</w:t>
      </w:r>
      <w:r>
        <w:rPr>
          <w:rFonts w:ascii="Times New Roman" w:eastAsia="Times New Roman" w:hAnsi="Times New Roman" w:cs="Times New Roman"/>
          <w:color w:val="000000"/>
        </w:rPr>
        <w:t>AP=</w:t>
      </w:r>
      <w:r>
        <w:pict>
          <v:shape id="_x0000_i707315" type="#_x0000_t75" alt="学科网(www.zxxk.com)--教育资源门户，提供试卷、教案、课件、论文、素材以及各类教学资源下载，还有大量而丰富的教学相关资讯！" style="width:81.75pt;height:14.25pt" o:oleicon="f" o:ole="">
            <v:imagedata r:id="rId726" o:title="eqId71779771ff907ea54f93056291d6c7f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316" type="#_x0000_t75" alt="学科网(www.zxxk.com)--教育资源门户，提供试卷、教案、课件、论文、素材以及各类教学资源下载，还有大量而丰富的教学相关资讯！" style="width:51.75pt;height:12.75pt" o:oleicon="f" o:ole="">
            <v:imagedata r:id="rId727" o:title="eqIde362de0c34488f0a89f0116f1c211eb2"/>
          </v:shape>
        </w:pict>
      </w:r>
      <w:r>
        <w:rPr>
          <w:rFonts w:ascii="Times New Roman" w:eastAsia="Times New Roman" w:hAnsi="Times New Roman" w:cs="Times New Roman"/>
          <w:color w:val="000000"/>
        </w:rPr>
        <w:t>=</w:t>
      </w:r>
      <w:r>
        <w:pict>
          <v:shape id="_x0000_i707317" type="#_x0000_t75" alt="学科网(www.zxxk.com)--教育资源门户，提供试卷、教案、课件、论文、素材以及各类教学资源下载，还有大量而丰富的教学相关资讯！" style="width:129pt;height:20.25pt" o:oleicon="f" o:ole="">
            <v:imagedata r:id="rId728" o:title="eqId79bcc343cc65027cfe7f020a7b8a0301"/>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7318" type="#_x0000_t75" alt="学科网(www.zxxk.com)--教育资源门户，提供试卷、教案、课件、论文、素材以及各类教学资源下载，还有大量而丰富的教学相关资讯！" style="width:51.75pt;height:12.75pt" o:oleicon="f" o:ole="">
            <v:imagedata r:id="rId729" o:title="eqIde362de0c34488f0a89f0116f1c211eb2"/>
          </v:shape>
        </w:pict>
      </w:r>
      <w:r>
        <w:rPr>
          <w:rFonts w:ascii="宋体" w:eastAsia="宋体" w:hAnsi="宋体" w:cs="宋体"/>
          <w:color w:val="000000"/>
        </w:rPr>
        <w:t>的值不会随着</w:t>
      </w:r>
      <w:r>
        <w:pict>
          <v:shape id="_x0000_i707319" type="#_x0000_t75" alt="学科网(www.zxxk.com)--教育资源门户，提供试卷、教案、课件、论文、素材以及各类教学资源下载，还有大量而丰富的教学相关资讯！" style="width:7.35pt;height:11.9pt" o:oleicon="f" o:ole="">
            <v:imagedata r:id="rId730" o:title="eqId36a1b09c653185842513e24ebba60bb3"/>
          </v:shape>
        </w:pict>
      </w:r>
      <w:r>
        <w:rPr>
          <w:rFonts w:ascii="宋体" w:eastAsia="宋体" w:hAnsi="宋体" w:cs="宋体"/>
          <w:color w:val="000000"/>
        </w:rPr>
        <w:t>的变化而变化</w:t>
      </w:r>
      <w:r>
        <w:rPr>
          <w:rFonts w:ascii="Times New Roman" w:eastAsia="Times New Roman" w:hAnsi="Times New Roman" w:cs="Times New Roman"/>
          <w:color w:val="000000"/>
        </w:rPr>
        <w:t>.</w:t>
      </w:r>
    </w:p>
    <w:p>
      <w:pPr>
        <w:spacing w:line="360" w:lineRule="auto"/>
        <w:jc w:val="left"/>
        <w:textAlignment w:val="center"/>
        <w:rPr>
          <w:rFonts w:ascii="Times New Roman" w:eastAsia="Times New Roman" w:hAnsi="Times New Roman" w:cs="Times New Roman"/>
          <w:color w:val="000000"/>
        </w:rPr>
      </w:pPr>
      <w:r>
        <w:rPr>
          <w:color w:val="000000"/>
        </w:rPr>
        <w:t>【点睛】</w:t>
      </w:r>
      <w:r>
        <w:rPr>
          <w:rFonts w:ascii="宋体" w:eastAsia="宋体" w:hAnsi="宋体" w:cs="宋体"/>
          <w:color w:val="000000"/>
        </w:rPr>
        <w:t>本题主要考查了数轴上点表示的数与点之间距离的关系以及动点问题，熟练掌握相关概念是解题关键</w:t>
      </w:r>
      <w:r>
        <w:rPr>
          <w:rFonts w:ascii="Times New Roman" w:eastAsia="Times New Roman" w:hAnsi="Times New Roman" w:cs="Times New Roman"/>
          <w:color w:val="000000"/>
        </w:rPr>
        <w:t>.</w:t>
      </w:r>
    </w:p>
    <w:p w:rsidR="005B1167" w:rsidP="00322108">
      <w:pPr>
        <w:ind w:firstLine="284" w:firstLineChars="135"/>
        <w:jc w:val="left"/>
        <w:rPr>
          <w:rFonts w:ascii="Calibri" w:hAnsi="Calibri" w:cs="Times New Roman"/>
        </w:rPr>
      </w:pPr>
      <w:r>
        <w:rPr>
          <w:rFonts w:ascii="Times New Roman" w:eastAsia="Times New Roman" w:hAnsi="Times New Roman" w:cs="Times New Roman"/>
          <w:color w:val="000000"/>
        </w:rPr>
        <w:br w:type="page"/>
      </w:r>
      <w:r>
        <w:rPr>
          <w:noProof/>
        </w:rPr>
        <w:drawing>
          <wp:inline distT="0" distB="0" distL="0" distR="0">
            <wp:extent cx="1723810" cy="485714"/>
            <wp:effectExtent l="0" t="0" r="0" b="0"/>
            <wp:docPr id="2727"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 name=""/>
                    <pic:cNvPicPr/>
                  </pic:nvPicPr>
                  <pic:blipFill>
                    <a:blip r:embed="rId731"/>
                    <a:stretch>
                      <a:fillRect/>
                    </a:stretch>
                  </pic:blipFill>
                  <pic:spPr>
                    <a:xfrm>
                      <a:off x="0" y="0"/>
                      <a:ext cx="1723810" cy="485714"/>
                    </a:xfrm>
                    <a:prstGeom prst="rect">
                      <a:avLst/>
                    </a:prstGeom>
                  </pic:spPr>
                </pic:pic>
              </a:graphicData>
            </a:graphic>
          </wp:inline>
        </w:drawing>
      </w:r>
    </w:p>
    <w:p>
      <w:pPr>
        <w:pStyle w:val="Heading2"/>
      </w:pPr>
      <w:r>
        <w:t>燕山地区</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某旅游景点的门票价格是：成人票</w:t>
      </w:r>
      <w:r>
        <w:rPr>
          <w:rFonts w:ascii="Times New Roman" w:eastAsia="Times New Roman" w:hAnsi="Times New Roman" w:cs="Times New Roman"/>
          <w:color w:val="000000"/>
        </w:rPr>
        <w:t>10</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人，学生票</w:t>
      </w:r>
      <w:r>
        <w:rPr>
          <w:rFonts w:ascii="Times New Roman" w:eastAsia="Times New Roman" w:hAnsi="Times New Roman" w:cs="Times New Roman"/>
          <w:color w:val="000000"/>
        </w:rPr>
        <w:t>5</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人，总人数满</w:t>
      </w:r>
      <w:r>
        <w:rPr>
          <w:rFonts w:ascii="Times New Roman" w:eastAsia="Times New Roman" w:hAnsi="Times New Roman" w:cs="Times New Roman"/>
          <w:color w:val="000000"/>
        </w:rPr>
        <w:t>50</w:t>
      </w:r>
      <w:r>
        <w:rPr>
          <w:rFonts w:ascii="宋体" w:eastAsia="宋体" w:hAnsi="宋体" w:cs="宋体"/>
          <w:color w:val="000000"/>
        </w:rPr>
        <w:t>人可以购买团体票（按原价打</w:t>
      </w:r>
      <w:r>
        <w:rPr>
          <w:rFonts w:ascii="Times New Roman" w:eastAsia="Times New Roman" w:hAnsi="Times New Roman" w:cs="Times New Roman"/>
          <w:color w:val="000000"/>
        </w:rPr>
        <w:t>8</w:t>
      </w:r>
      <w:r>
        <w:rPr>
          <w:rFonts w:ascii="宋体" w:eastAsia="宋体" w:hAnsi="宋体" w:cs="宋体"/>
          <w:color w:val="000000"/>
        </w:rPr>
        <w:t>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）如果某旅游团共有</w:t>
      </w:r>
      <w:r>
        <w:rPr>
          <w:rFonts w:ascii="Times New Roman" w:eastAsia="Times New Roman" w:hAnsi="Times New Roman" w:cs="Times New Roman"/>
          <w:color w:val="000000"/>
        </w:rPr>
        <w:t>30</w:t>
      </w:r>
      <w:r>
        <w:rPr>
          <w:rFonts w:ascii="宋体" w:eastAsia="宋体" w:hAnsi="宋体" w:cs="宋体"/>
          <w:color w:val="000000"/>
        </w:rPr>
        <w:t>人，其中成人有</w:t>
      </w:r>
      <w:r>
        <w:rPr>
          <w:rFonts w:ascii="Times New Roman" w:eastAsia="Times New Roman" w:hAnsi="Times New Roman" w:cs="Times New Roman"/>
          <w:color w:val="000000"/>
        </w:rPr>
        <w:t>12</w:t>
      </w:r>
      <w:r>
        <w:rPr>
          <w:rFonts w:ascii="宋体" w:eastAsia="宋体" w:hAnsi="宋体" w:cs="宋体"/>
          <w:color w:val="000000"/>
        </w:rPr>
        <w:t>人，那么应付门票费多少元？</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）某旅游团总人数有</w:t>
      </w:r>
      <w:r>
        <w:rPr>
          <w:rFonts w:ascii="Times New Roman" w:eastAsia="Times New Roman" w:hAnsi="Times New Roman" w:cs="Times New Roman"/>
          <w:i/>
          <w:color w:val="000000"/>
        </w:rPr>
        <w:t>x</w:t>
      </w:r>
      <w:r>
        <w:rPr>
          <w:rFonts w:ascii="宋体" w:eastAsia="宋体" w:hAnsi="宋体" w:cs="宋体"/>
          <w:color w:val="000000"/>
        </w:rPr>
        <w:t>人（</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50</w:t>
      </w:r>
      <w:r>
        <w:rPr>
          <w:rFonts w:ascii="宋体" w:eastAsia="宋体" w:hAnsi="宋体" w:cs="宋体"/>
          <w:color w:val="000000"/>
        </w:rPr>
        <w:t>），其中学生人数为</w:t>
      </w:r>
      <w:r>
        <w:rPr>
          <w:rFonts w:ascii="Times New Roman" w:eastAsia="Times New Roman" w:hAnsi="Times New Roman" w:cs="Times New Roman"/>
          <w:i/>
          <w:color w:val="000000"/>
        </w:rPr>
        <w:t>y</w:t>
      </w:r>
      <w:r>
        <w:rPr>
          <w:rFonts w:ascii="宋体" w:eastAsia="宋体" w:hAnsi="宋体" w:cs="宋体"/>
          <w:color w:val="000000"/>
        </w:rPr>
        <w:t>人．请用含</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的代数式表示该旅游团应付的门票费用．</w:t>
      </w:r>
    </w:p>
    <w:p>
      <w:pPr>
        <w:spacing w:line="360" w:lineRule="auto"/>
        <w:textAlignment w:val="center"/>
        <w:rPr>
          <w:rFonts w:ascii="Times New Roman" w:eastAsia="Times New Roman" w:hAnsi="Times New Roman" w:cs="Times New Roman"/>
          <w:i/>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210</w:t>
      </w:r>
      <w:r>
        <w:rPr>
          <w:rFonts w:ascii="宋体" w:eastAsia="宋体" w:hAnsi="宋体" w:cs="宋体"/>
          <w:color w:val="000000"/>
        </w:rPr>
        <w:t>元；（</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y</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）由于没有超过</w:t>
      </w:r>
      <w:r>
        <w:rPr>
          <w:rFonts w:ascii="Times New Roman" w:eastAsia="Times New Roman" w:hAnsi="Times New Roman" w:cs="Times New Roman"/>
          <w:color w:val="000000"/>
        </w:rPr>
        <w:t>50</w:t>
      </w:r>
      <w:r>
        <w:rPr>
          <w:rFonts w:ascii="宋体" w:eastAsia="宋体" w:hAnsi="宋体" w:cs="宋体"/>
          <w:color w:val="000000"/>
        </w:rPr>
        <w:t>人，不可以打折，那么门票费＝成人数×</w:t>
      </w:r>
      <w:r>
        <w:rPr>
          <w:rFonts w:ascii="Times New Roman" w:eastAsia="Times New Roman" w:hAnsi="Times New Roman" w:cs="Times New Roman"/>
          <w:color w:val="000000"/>
        </w:rPr>
        <w:t>10</w:t>
      </w:r>
      <w:r>
        <w:rPr>
          <w:rFonts w:ascii="宋体" w:eastAsia="宋体" w:hAnsi="宋体" w:cs="宋体"/>
          <w:color w:val="000000"/>
        </w:rPr>
        <w:t>＋学生数×</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）由于超过</w:t>
      </w:r>
      <w:r>
        <w:rPr>
          <w:rFonts w:ascii="Times New Roman" w:eastAsia="Times New Roman" w:hAnsi="Times New Roman" w:cs="Times New Roman"/>
          <w:color w:val="000000"/>
        </w:rPr>
        <w:t>50</w:t>
      </w:r>
      <w:r>
        <w:rPr>
          <w:rFonts w:ascii="宋体" w:eastAsia="宋体" w:hAnsi="宋体" w:cs="宋体"/>
          <w:color w:val="000000"/>
        </w:rPr>
        <w:t>人，可以打折，那么门票费＝（成人数</w:t>
      </w:r>
      <w:r>
        <w:rPr>
          <w:rFonts w:ascii="Times New Roman" w:eastAsia="Times New Roman" w:hAnsi="Times New Roman" w:cs="Times New Roman"/>
          <w:color w:val="000000"/>
        </w:rPr>
        <w:t>×10</w:t>
      </w:r>
      <w:r>
        <w:rPr>
          <w:rFonts w:ascii="宋体" w:eastAsia="宋体" w:hAnsi="宋体" w:cs="宋体"/>
          <w:color w:val="000000"/>
        </w:rPr>
        <w:t>＋学生数</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×0.8</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12×10</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×5</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rPr>
          <w:rFonts w:ascii="Times New Roman" w:eastAsia="Times New Roman" w:hAnsi="Times New Roman" w:cs="Times New Roman"/>
          <w:color w:val="000000"/>
        </w:rPr>
        <w:t>90</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210</w:t>
      </w:r>
      <w:r>
        <w:rPr>
          <w:rFonts w:ascii="宋体" w:eastAsia="宋体" w:hAnsi="宋体" w:cs="宋体"/>
          <w:color w:val="000000"/>
        </w:rPr>
        <w:t>（元）</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y</w:t>
      </w:r>
      <w:r>
        <w:rPr>
          <w:rFonts w:ascii="Times New Roman" w:eastAsia="Times New Roman" w:hAnsi="Times New Roman" w:cs="Times New Roman"/>
          <w:color w:val="000000"/>
        </w:rPr>
        <w:t>]×0.8</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5</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color w:val="000000"/>
        </w:rPr>
        <w:t>×0.8</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y</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此题主要考查了列代数式，正确理解题意得出关系式是解题关键．</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对于有理数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关于</w:t>
      </w:r>
      <w:r>
        <w:rPr>
          <w:rFonts w:ascii="Times New Roman" w:eastAsia="Times New Roman" w:hAnsi="Times New Roman" w:cs="Times New Roman"/>
          <w:i/>
          <w:color w:val="000000"/>
        </w:rPr>
        <w:t>n</w:t>
      </w:r>
      <w:r>
        <w:rPr>
          <w:rFonts w:ascii="宋体" w:eastAsia="宋体" w:hAnsi="宋体" w:cs="宋体"/>
          <w:color w:val="000000"/>
        </w:rPr>
        <w:t>的“相对关系值”为</w:t>
      </w:r>
      <w:r>
        <w:rPr>
          <w:rFonts w:ascii="Times New Roman" w:eastAsia="Times New Roman" w:hAnsi="Times New Roman" w:cs="Times New Roman"/>
          <w:i/>
          <w:color w:val="000000"/>
        </w:rPr>
        <w:t>d</w:t>
      </w: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 xml:space="preserve">的“相对关系值”为 </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4</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）根据定义求出两数与</w:t>
      </w:r>
      <w:r>
        <w:rPr>
          <w:rFonts w:ascii="Times New Roman" w:eastAsia="Times New Roman" w:hAnsi="Times New Roman" w:cs="Times New Roman"/>
          <w:color w:val="000000"/>
        </w:rPr>
        <w:t>1</w:t>
      </w:r>
      <w:r>
        <w:rPr>
          <w:rFonts w:ascii="宋体" w:eastAsia="宋体" w:hAnsi="宋体" w:cs="宋体"/>
          <w:color w:val="000000"/>
        </w:rPr>
        <w:t>差的绝对值的和即可；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）根据定义列出两数与</w:t>
      </w:r>
      <w:r>
        <w:rPr>
          <w:rFonts w:ascii="Times New Roman" w:eastAsia="Times New Roman" w:hAnsi="Times New Roman" w:cs="Times New Roman"/>
          <w:color w:val="000000"/>
        </w:rPr>
        <w:t>1</w:t>
      </w:r>
      <w:r>
        <w:rPr>
          <w:rFonts w:ascii="宋体" w:eastAsia="宋体" w:hAnsi="宋体" w:cs="宋体"/>
          <w:color w:val="000000"/>
        </w:rPr>
        <w:t>差的绝对值和为</w:t>
      </w:r>
      <w:r>
        <w:rPr>
          <w:rFonts w:ascii="Times New Roman" w:eastAsia="Times New Roman" w:hAnsi="Times New Roman" w:cs="Times New Roman"/>
          <w:color w:val="000000"/>
        </w:rPr>
        <w:t>4</w:t>
      </w:r>
      <w:r>
        <w:rPr>
          <w:rFonts w:ascii="宋体" w:eastAsia="宋体" w:hAnsi="宋体" w:cs="宋体"/>
          <w:color w:val="000000"/>
        </w:rPr>
        <w:t>，得出</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，解绝对值方程即可．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4+4=8</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故答案为：</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本题考查新定义绝对值计算，绝对值方程，掌握新定义绝对值计算方法，解绝对值方程是解题关键．</w:t>
      </w:r>
    </w:p>
    <w:p>
      <w:pPr>
        <w:pStyle w:val="Heading2"/>
      </w:pPr>
      <w:r>
        <w:t>石景山区实验中学</w:t>
      </w:r>
    </w:p>
    <w:p>
      <w:pPr>
        <w:spacing w:line="360" w:lineRule="auto"/>
        <w:jc w:val="left"/>
        <w:textAlignment w:val="center"/>
        <w:rPr>
          <w:color w:val="000000"/>
        </w:rPr>
      </w:pPr>
      <w:r>
        <w:rPr>
          <w:color w:val="000000"/>
        </w:rPr>
        <w:t xml:space="preserve">30. </w:t>
      </w:r>
      <w:r>
        <w:rPr>
          <w:rFonts w:ascii="宋体" w:eastAsia="宋体" w:hAnsi="宋体" w:cs="宋体"/>
          <w:color w:val="000000"/>
        </w:rPr>
        <w:t>观察下列两个等式：</w:t>
      </w:r>
      <w:r>
        <w:pict>
          <v:shape id="_x0000_i707320" type="#_x0000_t75" alt="学科网(www.zxxk.com)--教育资源门户，提供试卷、教案、课件、论文、素材以及各类教学资源下载，还有大量而丰富的教学相关资讯！" style="width:1in;height:29pt" o:oleicon="f" o:ole="">
            <v:imagedata r:id="rId732" o:title="eqId870710225c1959027ed0962b2fa75e55"/>
          </v:shape>
        </w:pict>
      </w:r>
      <w:r>
        <w:rPr>
          <w:rFonts w:ascii="宋体" w:eastAsia="宋体" w:hAnsi="宋体" w:cs="宋体"/>
          <w:color w:val="000000"/>
        </w:rPr>
        <w:t>，</w:t>
      </w:r>
      <w:r>
        <w:pict>
          <v:shape id="_x0000_i707321" type="#_x0000_t75" alt="学科网(www.zxxk.com)--教育资源门户，提供试卷、教案、课件、论文、素材以及各类教学资源下载，还有大量而丰富的教学相关资讯！" style="width:1in;height:29pt" o:oleicon="f" o:ole="">
            <v:imagedata r:id="rId733" o:title="eqIdd4bd20b79d6911da7aa5b2492dd0d39a"/>
          </v:shape>
        </w:pict>
      </w:r>
      <w:r>
        <w:rPr>
          <w:rFonts w:ascii="宋体" w:eastAsia="宋体" w:hAnsi="宋体" w:cs="宋体"/>
          <w:color w:val="000000"/>
        </w:rPr>
        <w:t>，给出定义如下：我们称使等式</w:t>
      </w:r>
      <w:r>
        <w:pict>
          <v:shape id="_x0000_i707322" type="#_x0000_t75" alt="学科网(www.zxxk.com)--教育资源门户，提供试卷、教案、课件、论文、素材以及各类教学资源下载，还有大量而丰富的教学相关资讯！" style="width:64.8pt;height:13.8pt" o:oleicon="f" o:ole="">
            <v:imagedata r:id="rId734" o:title="eqId74a88aa0824b26f6ba0b7c7491f5e8de"/>
          </v:shape>
        </w:pict>
      </w:r>
      <w:r>
        <w:rPr>
          <w:rFonts w:ascii="宋体" w:eastAsia="宋体" w:hAnsi="宋体" w:cs="宋体"/>
          <w:color w:val="000000"/>
        </w:rPr>
        <w:t>成立的一对有理数</w:t>
      </w:r>
      <w:r>
        <w:pict>
          <v:shape id="_x0000_i707323" type="#_x0000_t75" alt="学科网(www.zxxk.com)--教育资源门户，提供试卷、教案、课件、论文、素材以及各类教学资源下载，还有大量而丰富的教学相关资讯！" style="width:9pt;height:9.75pt" o:oleicon="f" o:ole="">
            <v:imagedata r:id="rId735" o:title="eqId0a6936d370d6a238a608ca56f87198de"/>
          </v:shape>
        </w:pict>
      </w:r>
      <w:r>
        <w:rPr>
          <w:rFonts w:ascii="宋体" w:eastAsia="宋体" w:hAnsi="宋体" w:cs="宋体"/>
          <w:color w:val="000000"/>
        </w:rPr>
        <w:t>，</w:t>
      </w:r>
      <w:r>
        <w:pict>
          <v:shape id="_x0000_i707324" type="#_x0000_t75" alt="学科网(www.zxxk.com)--教育资源门户，提供试卷、教案、课件、论文、素材以及各类教学资源下载，还有大量而丰富的教学相关资讯！" style="width:9.9pt;height:14.35pt" o:oleicon="f" o:ole="">
            <v:imagedata r:id="rId736" o:title="eqId2c94bb12cee76221e13f9ef955b0aab1"/>
          </v:shape>
        </w:pict>
      </w:r>
      <w:r>
        <w:rPr>
          <w:rFonts w:ascii="宋体" w:eastAsia="宋体" w:hAnsi="宋体" w:cs="宋体"/>
          <w:color w:val="000000"/>
        </w:rPr>
        <w:t>为“共生有理数对”，记为</w:t>
      </w:r>
      <w:r>
        <w:pict>
          <v:shape id="_x0000_i707325" type="#_x0000_t75" alt="学科网(www.zxxk.com)--教育资源门户，提供试卷、教案、课件、论文、素材以及各类教学资源下载，还有大量而丰富的教学相关资讯！" style="width:29pt;height:14.5pt" o:oleicon="f" o:ole="">
            <v:imagedata r:id="rId737" o:title="eqId30277e0be448b4955903e81e8795e45d"/>
          </v:shape>
        </w:pict>
      </w:r>
      <w:r>
        <w:rPr>
          <w:rFonts w:ascii="宋体" w:eastAsia="宋体" w:hAnsi="宋体" w:cs="宋体"/>
          <w:color w:val="000000"/>
        </w:rPr>
        <w:t>．如数对</w:t>
      </w:r>
      <w:r>
        <w:pict>
          <v:shape id="_x0000_i707326" type="#_x0000_t75" alt="学科网(www.zxxk.com)--教育资源门户，提供试卷、教案、课件、论文、素材以及各类教学资源下载，还有大量而丰富的教学相关资讯！" style="width:29.25pt;height:30.75pt" o:oleicon="f" o:ole="">
            <v:imagedata r:id="rId738" o:title="eqIdf60e80c4f73ff278c519ef5bbd305006"/>
          </v:shape>
        </w:pict>
      </w:r>
      <w:r>
        <w:rPr>
          <w:rFonts w:ascii="宋体" w:eastAsia="宋体" w:hAnsi="宋体" w:cs="宋体"/>
          <w:color w:val="000000"/>
        </w:rPr>
        <w:t>，</w:t>
      </w:r>
      <w:r>
        <w:pict>
          <v:shape id="_x0000_i707327" type="#_x0000_t75" alt="学科网(www.zxxk.com)--教育资源门户，提供试卷、教案、课件、论文、素材以及各类教学资源下载，还有大量而丰富的教学相关资讯！" style="width:26.25pt;height:27.75pt" o:oleicon="f" o:ole="">
            <v:imagedata r:id="rId739" o:title="eqId978491006bd35693c5b7b06ac218ca62"/>
          </v:shape>
        </w:pict>
      </w:r>
      <w:r>
        <w:rPr>
          <w:rFonts w:ascii="宋体" w:eastAsia="宋体" w:hAnsi="宋体" w:cs="宋体"/>
          <w:color w:val="000000"/>
        </w:rPr>
        <w:t>都是“共生有理数对”．</w:t>
      </w:r>
    </w:p>
    <w:p>
      <w:pPr>
        <w:spacing w:line="360" w:lineRule="auto"/>
        <w:jc w:val="left"/>
        <w:textAlignment w:val="center"/>
        <w:rPr>
          <w:color w:val="000000"/>
        </w:rPr>
      </w:pPr>
      <w:r>
        <w:rPr>
          <w:color w:val="000000"/>
        </w:rPr>
        <w:t>（1）</w:t>
      </w:r>
      <w:r>
        <w:rPr>
          <w:rFonts w:ascii="宋体" w:eastAsia="宋体" w:hAnsi="宋体" w:cs="宋体"/>
          <w:color w:val="000000"/>
        </w:rPr>
        <w:t>判断数对</w:t>
      </w:r>
      <w:r>
        <w:pict>
          <v:shape id="_x0000_i707328" type="#_x0000_t75" alt="学科网(www.zxxk.com)--教育资源门户，提供试卷、教案、课件、论文、素材以及各类教学资源下载，还有大量而丰富的教学相关资讯！" style="width:29.25pt;height:13.5pt" o:oleicon="f" o:ole="">
            <v:imagedata r:id="rId740" o:title="eqId879a4007beef22e009248112d664f7c2"/>
          </v:shape>
        </w:pict>
      </w:r>
      <w:r>
        <w:rPr>
          <w:rFonts w:ascii="宋体" w:eastAsia="宋体" w:hAnsi="宋体" w:cs="宋体"/>
          <w:color w:val="000000"/>
        </w:rPr>
        <w:t>，</w:t>
      </w:r>
      <w:r>
        <w:pict>
          <v:shape id="_x0000_i707329" type="#_x0000_t75" alt="学科网(www.zxxk.com)--教育资源门户，提供试卷、教案、课件、论文、素材以及各类教学资源下载，还有大量而丰富的教学相关资讯！" style="width:29.25pt;height:30.75pt" o:oleicon="f" o:ole="">
            <v:imagedata r:id="rId741" o:title="eqId5727393791fc788d05098b4424bb455f"/>
          </v:shape>
        </w:pict>
      </w:r>
      <w:r>
        <w:rPr>
          <w:rFonts w:ascii="宋体" w:eastAsia="宋体" w:hAnsi="宋体" w:cs="宋体"/>
          <w:color w:val="000000"/>
        </w:rPr>
        <w:t>中，</w:t>
      </w:r>
      <w:r>
        <w:rPr>
          <w:rFonts w:ascii="Times New Roman" w:eastAsia="Times New Roman" w:hAnsi="Times New Roman" w:cs="Times New Roman"/>
          <w:color w:val="000000"/>
          <w:u w:val="single"/>
        </w:rPr>
        <w:t>___________</w:t>
      </w:r>
      <w:r>
        <w:rPr>
          <w:rFonts w:ascii="宋体" w:eastAsia="宋体" w:hAnsi="宋体" w:cs="宋体"/>
          <w:color w:val="000000"/>
        </w:rPr>
        <w:t>是“共生有理数对”；</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07330" type="#_x0000_t75" alt="学科网(www.zxxk.com)--教育资源门户，提供试卷、教案、课件、论文、素材以及各类教学资源下载，还有大量而丰富的教学相关资讯！" style="width:24.8pt;height:14.95pt" o:oleicon="f" o:ole="">
            <v:imagedata r:id="rId742" o:title="eqIdc5f51a1ff550998ddcc8753f52338ea4"/>
          </v:shape>
        </w:pict>
      </w:r>
      <w:r>
        <w:rPr>
          <w:rFonts w:ascii="宋体" w:eastAsia="宋体" w:hAnsi="宋体" w:cs="宋体"/>
          <w:color w:val="000000"/>
        </w:rPr>
        <w:t>是“共生有理数对”，求</w:t>
      </w:r>
      <w:r>
        <w:pict>
          <v:shape id="_x0000_i707331" type="#_x0000_t75" alt="学科网(www.zxxk.com)--教育资源门户，提供试卷、教案、课件、论文、素材以及各类教学资源下载，还有大量而丰富的教学相关资讯！" style="width:9pt;height:9.75pt" o:oleicon="f" o:ole="">
            <v:imagedata r:id="rId743" o:title="eqId0a6936d370d6a238a608ca56f87198de"/>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pict>
          <v:shape id="_x0000_i707332" type="#_x0000_t75" alt="学科网(www.zxxk.com)--教育资源门户，提供试卷、教案、课件、论文、素材以及各类教学资源下载，还有大量而丰富的教学相关资讯！" style="width:31pt;height:16pt" o:oleicon="f" o:ole="">
            <v:imagedata r:id="rId744" o:title="eqIda64d924836b4292239d9726c6473d7f5"/>
          </v:shape>
        </w:pict>
      </w:r>
      <w:r>
        <w:rPr>
          <w:rFonts w:ascii="宋体" w:eastAsia="宋体" w:hAnsi="宋体" w:cs="宋体"/>
          <w:color w:val="000000"/>
        </w:rPr>
        <w:t>是“共生有理数对”，则</w:t>
      </w:r>
      <w:r>
        <w:pict>
          <v:shape id="_x0000_i707333" type="#_x0000_t75" alt="学科网(www.zxxk.com)--教育资源门户，提供试卷、教案、课件、论文、素材以及各类教学资源下载，还有大量而丰富的教学相关资讯！" style="width:45pt;height:16.2pt" o:oleicon="f" o:ole="">
            <v:imagedata r:id="rId745" o:title="eqIdcff800a2543b4c49e2f5caba13e9b586"/>
          </v:shape>
        </w:pict>
      </w:r>
      <w:r>
        <w:rPr>
          <w:rFonts w:ascii="Times New Roman" w:eastAsia="Times New Roman" w:hAnsi="Times New Roman" w:cs="Times New Roman"/>
          <w:color w:val="000000"/>
          <w:u w:val="single"/>
        </w:rPr>
        <w:t>___________</w:t>
      </w:r>
      <w:r>
        <w:rPr>
          <w:rFonts w:ascii="宋体" w:eastAsia="宋体" w:hAnsi="宋体" w:cs="宋体"/>
          <w:color w:val="000000"/>
        </w:rPr>
        <w:t>（填写“是”或“不是”</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“共生有理数对”，说明你的理由．</w:t>
      </w:r>
    </w:p>
    <w:p>
      <w:pPr>
        <w:spacing w:line="360" w:lineRule="auto"/>
        <w:textAlignment w:val="center"/>
        <w:rPr>
          <w:color w:val="000000"/>
        </w:rPr>
      </w:pPr>
      <w:r>
        <w:rPr>
          <w:color w:val="2E75B6"/>
        </w:rPr>
        <w:t>【答案】</w:t>
      </w:r>
      <w:r>
        <w:rPr>
          <w:color w:val="000000"/>
        </w:rPr>
        <w:t>（1）</w:t>
      </w:r>
      <w:r>
        <w:pict>
          <v:shape id="_x0000_i707334" type="#_x0000_t75" alt="学科网(www.zxxk.com)--教育资源门户，提供试卷、教案、课件、论文、素材以及各类教学资源下载，还有大量而丰富的教学相关资讯！" style="width:30pt;height:28.2pt" o:oleicon="f" o:ole="">
            <v:imagedata r:id="rId746" o:title="eqIdde2ebc86fd59c6251ee25d5eb22dd122"/>
          </v:shape>
        </w:pict>
      </w:r>
      <w:r>
        <w:rPr>
          <w:color w:val="000000"/>
        </w:rPr>
        <w:t xml:space="preserve">    </w:t>
      </w:r>
    </w:p>
    <w:p>
      <w:pPr>
        <w:spacing w:line="360" w:lineRule="auto"/>
        <w:textAlignment w:val="center"/>
        <w:rPr>
          <w:color w:val="000000"/>
        </w:rPr>
      </w:pPr>
      <w:r>
        <w:rPr>
          <w:color w:val="000000"/>
        </w:rPr>
        <w:t>（2）</w:t>
      </w:r>
      <w:r>
        <w:pict>
          <v:shape id="_x0000_i707335" type="#_x0000_t75" alt="学科网(www.zxxk.com)--教育资源门户，提供试卷、教案、课件、论文、素材以及各类教学资源下载，还有大量而丰富的教学相关资讯！" style="width:30.75pt;height:12.75pt" o:oleicon="f" o:ole="">
            <v:imagedata r:id="rId747" o:title="eqIdf22a4a0dd7307a1323d25331e60782d8"/>
          </v:shape>
        </w:pic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是</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）先判断，然后根据题目中的新定义，可以判断</w:t>
      </w:r>
      <w:r>
        <w:pict>
          <v:shape id="_x0000_i707336" type="#_x0000_t75" alt="学科网(www.zxxk.com)--教育资源门户，提供试卷、教案、课件、论文、素材以及各类教学资源下载，还有大量而丰富的教学相关资讯！" style="width:29.25pt;height:13.5pt" o:oleicon="f" o:ole="">
            <v:imagedata r:id="rId748" o:title="eqId879a4007beef22e009248112d664f7c2"/>
          </v:shape>
        </w:pict>
      </w:r>
      <w:r>
        <w:rPr>
          <w:rFonts w:ascii="宋体" w:eastAsia="宋体" w:hAnsi="宋体" w:cs="宋体"/>
          <w:color w:val="000000"/>
        </w:rPr>
        <w:t>，</w:t>
      </w:r>
      <w:r>
        <w:pict>
          <v:shape id="_x0000_i707337" type="#_x0000_t75" alt="学科网(www.zxxk.com)--教育资源门户，提供试卷、教案、课件、论文、素材以及各类教学资源下载，还有大量而丰富的教学相关资讯！" style="width:29.25pt;height:30.75pt" o:oleicon="f" o:ole="">
            <v:imagedata r:id="rId749" o:title="eqId5727393791fc788d05098b4424bb455f"/>
          </v:shape>
        </w:pict>
      </w:r>
      <w:r>
        <w:rPr>
          <w:rFonts w:ascii="宋体" w:eastAsia="宋体" w:hAnsi="宋体" w:cs="宋体"/>
          <w:color w:val="000000"/>
        </w:rPr>
        <w:t>是否为“共生有理数对“；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）根据新定义可得关于</w:t>
      </w:r>
      <w:r>
        <w:pict>
          <v:shape id="_x0000_i707338" type="#_x0000_t75" alt="学科网(www.zxxk.com)--教育资源门户，提供试卷、教案、课件、论文、素材以及各类教学资源下载，还有大量而丰富的教学相关资讯！" style="width:9pt;height:9.75pt" o:oleicon="f" o:ole="">
            <v:imagedata r:id="rId750" o:title="eqId0a6936d370d6a238a608ca56f87198de"/>
          </v:shape>
        </w:pict>
      </w:r>
      <w:r>
        <w:rPr>
          <w:rFonts w:ascii="宋体" w:eastAsia="宋体" w:hAnsi="宋体" w:cs="宋体"/>
          <w:color w:val="000000"/>
        </w:rPr>
        <w:t>的一元一次方程，再解方程即可；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）根据共生有理数对的定义对</w:t>
      </w:r>
      <w:r>
        <w:pict>
          <v:shape id="_x0000_i707339" type="#_x0000_t75" alt="学科网(www.zxxk.com)--教育资源门户，提供试卷、教案、课件、论文、素材以及各类教学资源下载，还有大量而丰富的教学相关资讯！" style="width:45pt;height:16.2pt" o:oleicon="f" o:ole="">
            <v:imagedata r:id="rId751" o:title="eqIdcff800a2543b4c49e2f5caba13e9b586"/>
          </v:shape>
        </w:pict>
      </w:r>
      <w:r>
        <w:rPr>
          <w:rFonts w:ascii="宋体" w:eastAsia="宋体" w:hAnsi="宋体" w:cs="宋体"/>
          <w:color w:val="000000"/>
        </w:rPr>
        <w:t>变形即可判断．</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07340" type="#_x0000_t75" alt="学科网(www.zxxk.com)--教育资源门户，提供试卷、教案、课件、论文、素材以及各类教学资源下载，还有大量而丰富的教学相关资讯！" style="width:29.25pt;height:13.5pt" o:oleicon="f" o:ole="">
            <v:imagedata r:id="rId752" o:title="eqId879a4007beef22e009248112d664f7c2"/>
          </v:shape>
        </w:pict>
      </w:r>
      <w:r>
        <w:rPr>
          <w:rFonts w:ascii="宋体" w:eastAsia="宋体" w:hAnsi="宋体" w:cs="宋体"/>
          <w:color w:val="000000"/>
        </w:rPr>
        <w:t>不是“共生有理数对“，</w:t>
      </w:r>
      <w:r>
        <w:pict>
          <v:shape id="_x0000_i707341" type="#_x0000_t75" alt="学科网(www.zxxk.com)--教育资源门户，提供试卷、教案、课件、论文、素材以及各类教学资源下载，还有大量而丰富的教学相关资讯！" style="width:29.25pt;height:30.75pt" o:oleicon="f" o:ole="">
            <v:imagedata r:id="rId753" o:title="eqId5727393791fc788d05098b4424bb455f"/>
          </v:shape>
        </w:pict>
      </w:r>
      <w:r>
        <w:rPr>
          <w:rFonts w:ascii="宋体" w:eastAsia="宋体" w:hAnsi="宋体" w:cs="宋体"/>
          <w:color w:val="000000"/>
        </w:rPr>
        <w:t>是“共生有理数对“，</w:t>
      </w:r>
    </w:p>
    <w:p>
      <w:pPr>
        <w:spacing w:line="360" w:lineRule="auto"/>
        <w:jc w:val="left"/>
        <w:textAlignment w:val="center"/>
        <w:rPr>
          <w:color w:val="000000"/>
        </w:rPr>
      </w:pPr>
      <w:r>
        <w:rPr>
          <w:rFonts w:ascii="宋体" w:eastAsia="宋体" w:hAnsi="宋体" w:cs="宋体"/>
          <w:color w:val="000000"/>
        </w:rPr>
        <w:t>理由：</w:t>
      </w:r>
      <w:r>
        <w:pict>
          <v:shape id="_x0000_i707342" type="#_x0000_t75" alt="学科网(www.zxxk.com)--教育资源门户，提供试卷、教案、课件、论文、素材以及各类教学资源下载，还有大量而丰富的教学相关资讯！" style="width:58.2pt;height:13.2pt" o:oleicon="f" o:ole="">
            <v:imagedata r:id="rId754" o:title="eqId1f5c4748a17c3e6608ef0ee2b34c72b1"/>
          </v:shape>
        </w:pict>
      </w:r>
      <w:r>
        <w:rPr>
          <w:rFonts w:ascii="宋体" w:eastAsia="宋体" w:hAnsi="宋体" w:cs="宋体"/>
          <w:color w:val="000000"/>
        </w:rPr>
        <w:t>，</w:t>
      </w:r>
      <w:r>
        <w:pict>
          <v:shape id="_x0000_i707343" type="#_x0000_t75" alt="学科网(www.zxxk.com)--教育资源门户，提供试卷、教案、课件、论文、素材以及各类教学资源下载，还有大量而丰富的教学相关资讯！" style="width:106pt;height:13pt" o:oleicon="f" o:ole="">
            <v:imagedata r:id="rId755" o:title="eqIde84c775995f387fc7ff47c34f43f48dc"/>
          </v:shape>
        </w:pict>
      </w:r>
      <w:r>
        <w:rPr>
          <w:rFonts w:ascii="宋体" w:eastAsia="宋体" w:hAnsi="宋体" w:cs="宋体"/>
          <w:color w:val="000000"/>
        </w:rPr>
        <w:t>，</w:t>
      </w:r>
    </w:p>
    <w:p>
      <w:pPr>
        <w:spacing w:line="360" w:lineRule="auto"/>
        <w:jc w:val="left"/>
        <w:textAlignment w:val="center"/>
        <w:rPr>
          <w:color w:val="000000"/>
        </w:rPr>
      </w:pPr>
      <w:r>
        <w:pict>
          <v:shape id="_x0000_i707344" type="#_x0000_t75" alt="学科网(www.zxxk.com)--教育资源门户，提供试卷、教案、课件、论文、素材以及各类教学资源下载，还有大量而丰富的教学相关资讯！" style="width:37.2pt;height:15pt" o:oleicon="f" o:ole="">
            <v:imagedata r:id="rId756" o:title="eqIdf883da6f8c663d0681d3989088cf91a4"/>
          </v:shape>
        </w:pict>
      </w:r>
      <w:r>
        <w:rPr>
          <w:rFonts w:ascii="宋体" w:eastAsia="宋体" w:hAnsi="宋体" w:cs="宋体"/>
          <w:color w:val="000000"/>
        </w:rPr>
        <w:t>不是“共生有理数对“，</w:t>
      </w:r>
    </w:p>
    <w:p>
      <w:pPr>
        <w:spacing w:line="360" w:lineRule="auto"/>
        <w:jc w:val="left"/>
        <w:textAlignment w:val="center"/>
        <w:rPr>
          <w:color w:val="000000"/>
        </w:rPr>
      </w:pPr>
      <w:r>
        <w:pict>
          <v:shape id="_x0000_i707345" type="#_x0000_t75" alt="学科网(www.zxxk.com)--教育资源门户，提供试卷、教案、课件、论文、素材以及各类教学资源下载，还有大量而丰富的教学相关资讯！" style="width:51pt;height:28.2pt" o:oleicon="f" o:ole="">
            <v:imagedata r:id="rId757" o:title="eqIde2435ba00e4fd3cf5c410b99b06dee61"/>
          </v:shape>
        </w:pict>
      </w:r>
      <w:r>
        <w:rPr>
          <w:rFonts w:ascii="宋体" w:eastAsia="宋体" w:hAnsi="宋体" w:cs="宋体"/>
          <w:color w:val="000000"/>
        </w:rPr>
        <w:t>，</w:t>
      </w:r>
      <w:r>
        <w:pict>
          <v:shape id="_x0000_i707346" type="#_x0000_t75" alt="学科网(www.zxxk.com)--教育资源门户，提供试卷、教案、课件、论文、素材以及各类教学资源下载，还有大量而丰富的教学相关资讯！" style="width:60.75pt;height:30.75pt" o:oleicon="f" o:ole="">
            <v:imagedata r:id="rId758" o:title="eqId50fcc794f2facbb290344f4c07a8ac9c"/>
          </v:shape>
        </w:pict>
      </w:r>
      <w:r>
        <w:rPr>
          <w:rFonts w:ascii="宋体" w:eastAsia="宋体" w:hAnsi="宋体" w:cs="宋体"/>
          <w:color w:val="000000"/>
        </w:rPr>
        <w:t>，</w:t>
      </w:r>
    </w:p>
    <w:p>
      <w:pPr>
        <w:spacing w:line="360" w:lineRule="auto"/>
        <w:jc w:val="left"/>
        <w:textAlignment w:val="center"/>
        <w:rPr>
          <w:color w:val="000000"/>
        </w:rPr>
      </w:pPr>
      <w:r>
        <w:pict>
          <v:shape id="_x0000_i707347" type="#_x0000_t75" alt="学科网(www.zxxk.com)--教育资源门户，提供试卷、教案、课件、论文、素材以及各类教学资源下载，还有大量而丰富的教学相关资讯！" style="width:35.4pt;height:28.2pt" o:oleicon="f" o:ole="">
            <v:imagedata r:id="rId759" o:title="eqIdc93219f30bfbf408057499b9167c7640"/>
          </v:shape>
        </w:pict>
      </w:r>
      <w:r>
        <w:rPr>
          <w:rFonts w:ascii="宋体" w:eastAsia="宋体" w:hAnsi="宋体" w:cs="宋体"/>
          <w:color w:val="000000"/>
        </w:rPr>
        <w:t>是“共生有理数对”；</w:t>
      </w:r>
    </w:p>
    <w:p>
      <w:pPr>
        <w:spacing w:line="360" w:lineRule="auto"/>
        <w:jc w:val="left"/>
        <w:textAlignment w:val="center"/>
        <w:rPr>
          <w:color w:val="000000"/>
        </w:rPr>
      </w:pPr>
      <w:r>
        <w:rPr>
          <w:rFonts w:ascii="宋体" w:eastAsia="宋体" w:hAnsi="宋体" w:cs="宋体"/>
          <w:color w:val="000000"/>
        </w:rPr>
        <w:t>故答案为：</w:t>
      </w:r>
      <w:r>
        <w:pict>
          <v:shape id="_x0000_i707348" type="#_x0000_t75" alt="学科网(www.zxxk.com)--教育资源门户，提供试卷、教案、课件、论文、素材以及各类教学资源下载，还有大量而丰富的教学相关资讯！" style="width:30pt;height:30.75pt" o:oleicon="f" o:ole="">
            <v:imagedata r:id="rId760" o:title="eqId170e4041ce8ab5ef08ad8529424b59a6"/>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由题意，得</w:t>
      </w:r>
      <w:r>
        <w:pict>
          <v:shape id="_x0000_i707349" type="#_x0000_t75" alt="学科网(www.zxxk.com)--教育资源门户，提供试卷、教案、课件、论文、素材以及各类教学资源下载，还有大量而丰富的教学相关资讯！" style="width:66pt;height:13.5pt" o:oleicon="f" o:ole="">
            <v:imagedata r:id="rId761" o:title="eqId033ecaa2c1f4853a2891c17fd05acd4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7350" type="#_x0000_t75" alt="学科网(www.zxxk.com)--教育资源门户，提供试卷、教案、课件、论文、素材以及各类教学资源下载，还有大量而丰富的教学相关资讯！" style="width:30.75pt;height:12.75pt" o:oleicon="f" o:ole="">
            <v:imagedata r:id="rId762" o:title="eqIdf22a4a0dd7307a1323d25331e60782d8"/>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是，理由：</w:t>
      </w:r>
      <w:r>
        <w:pict>
          <v:shape id="_x0000_i707351" type="#_x0000_t75" alt="学科网(www.zxxk.com)--教育资源门户，提供试卷、教案、课件、论文、素材以及各类教学资源下载，还有大量而丰富的教学相关资讯！" style="width:1in;height:13.2pt" o:oleicon="f" o:ole="">
            <v:imagedata r:id="rId763" o:title="eqId3ff8d9fb58a16739130e822691fecc14"/>
          </v:shape>
        </w:pict>
      </w:r>
      <w:r>
        <w:rPr>
          <w:rFonts w:ascii="宋体" w:eastAsia="宋体" w:hAnsi="宋体" w:cs="宋体"/>
          <w:color w:val="000000"/>
        </w:rPr>
        <w:t>，</w:t>
      </w:r>
    </w:p>
    <w:p>
      <w:pPr>
        <w:spacing w:line="360" w:lineRule="auto"/>
        <w:jc w:val="left"/>
        <w:textAlignment w:val="center"/>
        <w:rPr>
          <w:color w:val="000000"/>
        </w:rPr>
      </w:pPr>
      <w:r>
        <w:pict>
          <v:shape id="_x0000_i707352" type="#_x0000_t75" alt="学科网(www.zxxk.com)--教育资源门户，提供试卷、教案、课件、论文、素材以及各类教学资源下载，还有大量而丰富的教学相关资讯！" style="width:195pt;height:15pt" o:oleicon="f" o:ole="">
            <v:imagedata r:id="rId764" o:title="eqId325345149519b3b29c9ccda71fd79dfa"/>
          </v:shape>
        </w:pict>
      </w:r>
      <w:r>
        <w:rPr>
          <w:rFonts w:ascii="宋体" w:eastAsia="宋体" w:hAnsi="宋体" w:cs="宋体"/>
          <w:color w:val="000000"/>
        </w:rPr>
        <w:t>，</w:t>
      </w:r>
    </w:p>
    <w:p>
      <w:pPr>
        <w:spacing w:line="360" w:lineRule="auto"/>
        <w:jc w:val="left"/>
        <w:textAlignment w:val="center"/>
        <w:rPr>
          <w:color w:val="000000"/>
        </w:rPr>
      </w:pPr>
      <w:r>
        <w:pict>
          <v:shape id="_x0000_i707353" type="#_x0000_t75" alt="学科网(www.zxxk.com)--教育资源门户，提供试卷、教案、课件、论文、素材以及各类教学资源下载，还有大量而丰富的教学相关资讯！" style="width:48pt;height:15pt" o:oleicon="f" o:ole="">
            <v:imagedata r:id="rId765" o:title="eqId4db34d38a39e08a523852b1dacf09328"/>
          </v:shape>
        </w:pict>
      </w:r>
      <w:r>
        <w:rPr>
          <w:rFonts w:ascii="宋体" w:eastAsia="宋体" w:hAnsi="宋体" w:cs="宋体"/>
          <w:color w:val="000000"/>
        </w:rPr>
        <w:t>是共生有理数对．</w:t>
      </w:r>
    </w:p>
    <w:p>
      <w:pPr>
        <w:spacing w:line="360" w:lineRule="auto"/>
        <w:jc w:val="left"/>
        <w:textAlignment w:val="center"/>
        <w:rPr>
          <w:color w:val="000000"/>
        </w:rPr>
      </w:pPr>
      <w:r>
        <w:rPr>
          <w:rFonts w:ascii="宋体" w:eastAsia="宋体" w:hAnsi="宋体" w:cs="宋体"/>
          <w:color w:val="000000"/>
        </w:rPr>
        <w:t>故答案为：是．</w:t>
      </w:r>
    </w:p>
    <w:p>
      <w:pPr>
        <w:spacing w:line="360" w:lineRule="auto"/>
        <w:jc w:val="left"/>
        <w:textAlignment w:val="center"/>
        <w:rPr>
          <w:color w:val="000000"/>
        </w:rPr>
      </w:pPr>
      <w:r>
        <w:rPr>
          <w:color w:val="000000"/>
        </w:rPr>
        <w:t>【点睛】</w:t>
      </w:r>
      <w:r>
        <w:rPr>
          <w:rFonts w:ascii="宋体" w:eastAsia="宋体" w:hAnsi="宋体" w:cs="宋体"/>
          <w:color w:val="000000"/>
        </w:rPr>
        <w:t>本题考查有理数的混合运算、整式的加减、新定义，解答本题的关键是会用新定义解答问题．</w:t>
      </w:r>
    </w:p>
    <w:p>
      <w:pPr>
        <w:spacing w:line="360" w:lineRule="auto"/>
        <w:jc w:val="left"/>
        <w:textAlignment w:val="center"/>
        <w:rPr>
          <w:color w:val="000000"/>
        </w:rPr>
      </w:pPr>
      <w:r>
        <w:rPr>
          <w:color w:val="000000"/>
        </w:rPr>
        <w:t xml:space="preserve">31. </w:t>
      </w:r>
      <w:r>
        <w:rPr>
          <w:rFonts w:ascii="宋体" w:eastAsia="宋体" w:hAnsi="宋体" w:cs="宋体"/>
          <w:color w:val="000000"/>
        </w:rPr>
        <w:t>下面的图表是我国数学家发明的</w:t>
      </w:r>
      <w:r>
        <w:rPr>
          <w:rFonts w:ascii="Times New Roman" w:eastAsia="Times New Roman" w:hAnsi="Times New Roman" w:cs="Times New Roman"/>
          <w:color w:val="000000"/>
        </w:rPr>
        <w:t>“</w:t>
      </w:r>
      <w:r>
        <w:rPr>
          <w:rFonts w:ascii="宋体" w:eastAsia="宋体" w:hAnsi="宋体" w:cs="宋体"/>
          <w:color w:val="000000"/>
        </w:rPr>
        <w:t>杨辉三角</w:t>
      </w:r>
      <w:r>
        <w:rPr>
          <w:rFonts w:ascii="Times New Roman" w:eastAsia="Times New Roman" w:hAnsi="Times New Roman" w:cs="Times New Roman"/>
          <w:color w:val="000000"/>
        </w:rPr>
        <w:t>”</w:t>
      </w:r>
      <w:r>
        <w:rPr>
          <w:rFonts w:ascii="宋体" w:eastAsia="宋体" w:hAnsi="宋体" w:cs="宋体"/>
          <w:color w:val="000000"/>
        </w:rPr>
        <w:t>，此图揭示了</w:t>
      </w:r>
      <w:r>
        <w:pict>
          <v:shape id="_x0000_i707354" type="#_x0000_t75" alt="学科网(www.zxxk.com)--教育资源门户，提供试卷、教案、课件、论文、素材以及各类教学资源下载，还有大量而丰富的教学相关资讯！" style="width:39.75pt;height:21.75pt" o:oleicon="f" o:ole="">
            <v:imagedata r:id="rId766" o:title="eqId3f5abcb3802cf02be93a8c89067bd49a"/>
          </v:shape>
        </w:pic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为非负整数）的展开式的项数及各项系数的有关规律．请你观察，并根据此规律写出：</w:t>
      </w:r>
      <w:r>
        <w:pict>
          <v:shape id="_x0000_i707355" type="#_x0000_t75" alt="学科网(www.zxxk.com)--教育资源门户，提供试卷、教案、课件、论文、素材以及各类教学资源下载，还有大量而丰富的教学相关资讯！" style="width:39.75pt;height:21.75pt;mso-position-horizontal-relative:page;mso-position-vertical-relative:page" o:oleicon="f" o:ole="">
            <v:imagedata r:id="rId767" o:title="eqIdab9c987625c6508e198cddedd753a7f0"/>
          </v:shape>
        </w:pict>
      </w:r>
      <w:r>
        <w:rPr>
          <w:rFonts w:ascii="宋体" w:eastAsia="宋体" w:hAnsi="宋体" w:cs="宋体"/>
          <w:color w:val="000000"/>
        </w:rPr>
        <w:t>的展开式共有</w:t>
      </w:r>
      <w:r>
        <w:rPr>
          <w:color w:val="000000"/>
        </w:rPr>
        <w:t>_____</w:t>
      </w:r>
      <w:r>
        <w:rPr>
          <w:rFonts w:ascii="宋体" w:eastAsia="宋体" w:hAnsi="宋体" w:cs="宋体"/>
          <w:color w:val="000000"/>
        </w:rPr>
        <w:t>项，</w:t>
      </w:r>
      <w:r>
        <w:pict>
          <v:shape id="_x0000_i707356" type="#_x0000_t75" alt="学科网(www.zxxk.com)--教育资源门户，提供试卷、教案、课件、论文、素材以及各类教学资源下载，还有大量而丰富的教学相关资讯！" style="width:39.75pt;height:21.75pt" o:oleicon="f" o:ole="">
            <v:imagedata r:id="rId766" o:title="eqId3f5abcb3802cf02be93a8c89067bd49a"/>
          </v:shape>
        </w:pict>
      </w:r>
      <w:r>
        <w:rPr>
          <w:rFonts w:ascii="宋体" w:eastAsia="宋体" w:hAnsi="宋体" w:cs="宋体"/>
          <w:color w:val="000000"/>
        </w:rPr>
        <w:t>的展开式共有</w:t>
      </w:r>
      <w:r>
        <w:rPr>
          <w:color w:val="000000"/>
        </w:rPr>
        <w:t>_____</w:t>
      </w:r>
      <w:r>
        <w:rPr>
          <w:rFonts w:ascii="宋体" w:eastAsia="宋体" w:hAnsi="宋体" w:cs="宋体"/>
          <w:color w:val="000000"/>
        </w:rPr>
        <w:t>项，各项的系数和是</w:t>
      </w:r>
      <w:r>
        <w:rPr>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5238750" cy="1234106"/>
            <wp:docPr id="27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0" name=""/>
                    <pic:cNvPicPr>
                      <a:picLocks noChangeAspect="1"/>
                    </pic:cNvPicPr>
                  </pic:nvPicPr>
                  <pic:blipFill>
                    <a:blip r:embed="rId768"/>
                    <a:stretch>
                      <a:fillRect/>
                    </a:stretch>
                  </pic:blipFill>
                  <pic:spPr>
                    <a:xfrm>
                      <a:off x="0" y="0"/>
                      <a:ext cx="5238750" cy="1234106"/>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8</w:t>
      </w:r>
      <w:r>
        <w:rPr>
          <w:color w:val="000000"/>
        </w:rPr>
        <w:t xml:space="preserve">    ②. </w:t>
      </w:r>
      <w:r>
        <w:pict>
          <v:shape id="_x0000_i707357" type="#_x0000_t75" alt="学科网(www.zxxk.com)--教育资源门户，提供试卷、教案、课件、论文、素材以及各类教学资源下载，还有大量而丰富的教学相关资讯！" style="width:24pt;height:14pt" o:oleicon="f" o:ole="">
            <v:imagedata r:id="rId769" o:title="eqId7a0876215b2fd463d151523cd3c6b447"/>
          </v:shape>
        </w:pict>
      </w:r>
      <w:r>
        <w:rPr>
          <w:color w:val="000000"/>
        </w:rPr>
        <w:t xml:space="preserve">    ③. </w:t>
      </w:r>
      <w:r>
        <w:pict>
          <v:shape id="_x0000_i707358" type="#_x0000_t75" alt="学科网(www.zxxk.com)--教育资源门户，提供试卷、教案、课件、论文、素材以及各类教学资源下载，还有大量而丰富的教学相关资讯！" style="width:14pt;height:15pt" o:oleicon="f" o:ole="">
            <v:imagedata r:id="rId770" o:title="eqIdf31971306914638e5ceb1bbe437535d3"/>
          </v:shape>
        </w:pic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【分析】</w:t>
      </w:r>
      <w:r>
        <w:rPr>
          <w:rFonts w:ascii="宋体" w:eastAsia="宋体" w:hAnsi="宋体" w:cs="宋体"/>
          <w:color w:val="000000"/>
        </w:rPr>
        <w:t>根据杨辉三角，</w:t>
      </w:r>
      <w:r>
        <w:pict>
          <v:shape id="_x0000_i707359" type="#_x0000_t75" alt="学科网(www.zxxk.com)--教育资源门户，提供试卷、教案、课件、论文、素材以及各类教学资源下载，还有大量而丰富的教学相关资讯！" style="width:39.75pt;height:21.75pt" o:oleicon="f" o:ole="">
            <v:imagedata r:id="rId771" o:title="eqId3f5abcb3802cf02be93a8c89067bd49a"/>
          </v:shape>
        </w:pict>
      </w:r>
      <w:r>
        <w:rPr>
          <w:rFonts w:ascii="宋体" w:eastAsia="宋体" w:hAnsi="宋体" w:cs="宋体"/>
          <w:color w:val="000000"/>
        </w:rPr>
        <w:t>的展开式共有</w:t>
      </w:r>
      <w:r>
        <w:pict>
          <v:shape id="_x0000_i707360" type="#_x0000_t75" alt="学科网(www.zxxk.com)--教育资源门户，提供试卷、教案、课件、论文、素材以及各类教学资源下载，还有大量而丰富的教学相关资讯！" style="width:33.75pt;height:20.25pt" o:oleicon="f" o:ole="">
            <v:imagedata r:id="rId772" o:title="eqIdaceb113626093e0e431f30fa45c2c444"/>
          </v:shape>
        </w:pict>
      </w:r>
      <w:r>
        <w:rPr>
          <w:rFonts w:ascii="宋体" w:eastAsia="宋体" w:hAnsi="宋体" w:cs="宋体"/>
          <w:color w:val="000000"/>
        </w:rPr>
        <w:t>项，各项系数和为</w:t>
      </w:r>
      <w:r>
        <w:pict>
          <v:shape id="_x0000_i707361" type="#_x0000_t75" alt="学科网(www.zxxk.com)--教育资源门户，提供试卷、教案、课件、论文、素材以及各类教学资源下载，还有大量而丰富的教学相关资讯！" style="width:14pt;height:15pt" o:oleicon="f" o:ole="">
            <v:imagedata r:id="rId773" o:title="eqIdf31971306914638e5ceb1bbe437535d3"/>
          </v:shape>
        </w:pict>
      </w:r>
      <w:r>
        <w:rPr>
          <w:rFonts w:ascii="宋体" w:eastAsia="宋体" w:hAnsi="宋体" w:cs="宋体"/>
          <w:color w:val="000000"/>
        </w:rPr>
        <w:t>，据此解答即可．</w:t>
      </w:r>
    </w:p>
    <w:p>
      <w:pPr>
        <w:spacing w:line="360" w:lineRule="auto"/>
        <w:jc w:val="left"/>
        <w:textAlignment w:val="center"/>
        <w:rPr>
          <w:color w:val="000000"/>
        </w:rPr>
      </w:pPr>
      <w:r>
        <w:rPr>
          <w:color w:val="000000"/>
        </w:rPr>
        <w:t>【详解】</w:t>
      </w:r>
      <w:r>
        <w:rPr>
          <w:rFonts w:ascii="宋体" w:eastAsia="宋体" w:hAnsi="宋体" w:cs="宋体"/>
          <w:color w:val="000000"/>
        </w:rPr>
        <w:t>解：根据规律，</w:t>
      </w:r>
      <w:r>
        <w:pict>
          <v:shape id="_x0000_i707362" type="#_x0000_t75" alt="学科网(www.zxxk.com)--教育资源门户，提供试卷、教案、课件、论文、素材以及各类教学资源下载，还有大量而丰富的教学相关资讯！" style="width:39.75pt;height:21.75pt;mso-position-horizontal-relative:page;mso-position-vertical-relative:page" o:oleicon="f" o:ole="">
            <v:imagedata r:id="rId774" o:title="eqIdab9c987625c6508e198cddedd753a7f0"/>
          </v:shape>
        </w:pict>
      </w:r>
      <w:r>
        <w:rPr>
          <w:rFonts w:ascii="宋体" w:eastAsia="宋体" w:hAnsi="宋体" w:cs="宋体"/>
          <w:color w:val="000000"/>
        </w:rPr>
        <w:t>的展开式共有</w:t>
      </w:r>
      <w:r>
        <w:rPr>
          <w:rFonts w:ascii="Times New Roman" w:eastAsia="Times New Roman" w:hAnsi="Times New Roman" w:cs="Times New Roman"/>
          <w:color w:val="000000"/>
        </w:rPr>
        <w:t>8</w:t>
      </w:r>
      <w:r>
        <w:rPr>
          <w:rFonts w:ascii="宋体" w:eastAsia="宋体" w:hAnsi="宋体" w:cs="宋体"/>
          <w:color w:val="000000"/>
        </w:rPr>
        <w:t>项，</w:t>
      </w:r>
    </w:p>
    <w:p>
      <w:pPr>
        <w:spacing w:line="360" w:lineRule="auto"/>
        <w:jc w:val="left"/>
        <w:textAlignment w:val="center"/>
        <w:rPr>
          <w:color w:val="000000"/>
        </w:rPr>
      </w:pPr>
      <w:r>
        <w:pict>
          <v:shape id="_x0000_i707363" type="#_x0000_t75" alt="学科网(www.zxxk.com)--教育资源门户，提供试卷、教案、课件、论文、素材以及各类教学资源下载，还有大量而丰富的教学相关资讯！" style="width:39.75pt;height:21.75pt" o:oleicon="f" o:ole="">
            <v:imagedata r:id="rId775" o:title="eqId3f5abcb3802cf02be93a8c89067bd49a"/>
          </v:shape>
        </w:pict>
      </w:r>
      <w:r>
        <w:rPr>
          <w:rFonts w:ascii="宋体" w:eastAsia="宋体" w:hAnsi="宋体" w:cs="宋体"/>
          <w:color w:val="000000"/>
        </w:rPr>
        <w:t>的展开式共有</w:t>
      </w:r>
      <w:r>
        <w:pict>
          <v:shape id="_x0000_i707364" type="#_x0000_t75" alt="学科网(www.zxxk.com)--教育资源门户，提供试卷、教案、课件、论文、素材以及各类教学资源下载，还有大量而丰富的教学相关资讯！" style="width:33.75pt;height:20.25pt" o:oleicon="f" o:ole="">
            <v:imagedata r:id="rId776" o:title="eqIdaceb113626093e0e431f30fa45c2c444"/>
          </v:shape>
        </w:pict>
      </w:r>
      <w:r>
        <w:rPr>
          <w:rFonts w:ascii="宋体" w:eastAsia="宋体" w:hAnsi="宋体" w:cs="宋体"/>
          <w:color w:val="000000"/>
        </w:rPr>
        <w:t>项，各项系数和为</w:t>
      </w:r>
      <w:r>
        <w:pict>
          <v:shape id="_x0000_i707365" type="#_x0000_t75" alt="学科网(www.zxxk.com)--教育资源门户，提供试卷、教案、课件、论文、素材以及各类教学资源下载，还有大量而丰富的教学相关资讯！" style="width:14pt;height:15pt" o:oleicon="f" o:ole="">
            <v:imagedata r:id="rId777" o:title="eqIdf31971306914638e5ceb1bbe437535d3"/>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430"/>
          <w:footerReference w:type="even" r:id="rId431"/>
          <w:headerReference w:type="first" r:id="rId432"/>
          <w:footerReference w:type="first" r:id="rId433"/>
          <w:pgSz w:w="11906" w:h="16838"/>
          <w:pgMar w:top="910" w:right="1080" w:bottom="1440" w:left="1080" w:header="152" w:footer="0" w:gutter="0"/>
          <w:cols w:space="720"/>
          <w:titlePg w:val="0"/>
          <w:docGrid w:type="lines" w:linePitch="312"/>
        </w:sectPr>
      </w:pPr>
      <w:r>
        <w:rPr>
          <w:rFonts w:ascii="宋体" w:eastAsia="宋体" w:hAnsi="宋体" w:cs="宋体"/>
          <w:color w:val="000000"/>
        </w:rPr>
        <w:t>故答案为</w:t>
      </w:r>
      <w:r>
        <w:rPr>
          <w:rFonts w:ascii="Times New Roman" w:eastAsia="Times New Roman" w:hAnsi="Times New Roman" w:cs="Times New Roman"/>
          <w:color w:val="000000"/>
        </w:rPr>
        <w:t>8</w:t>
      </w:r>
      <w:r>
        <w:rPr>
          <w:rFonts w:ascii="宋体" w:eastAsia="宋体" w:hAnsi="宋体" w:cs="宋体"/>
          <w:color w:val="000000"/>
        </w:rPr>
        <w:t>，</w:t>
      </w:r>
      <w:r>
        <w:pict>
          <v:shape id="_x0000_i707366" type="#_x0000_t75" alt="学科网(www.zxxk.com)--教育资源门户，提供试卷、教案、课件、论文、素材以及各类教学资源下载，还有大量而丰富的教学相关资讯！" style="width:24pt;height:14pt" o:oleicon="f" o:ole="">
            <v:imagedata r:id="rId778" o:title="eqId7a0876215b2fd463d151523cd3c6b447"/>
          </v:shape>
        </w:pict>
      </w:r>
      <w:r>
        <w:rPr>
          <w:rFonts w:ascii="宋体" w:eastAsia="宋体" w:hAnsi="宋体" w:cs="宋体"/>
          <w:color w:val="000000"/>
        </w:rPr>
        <w:t>，</w:t>
      </w:r>
      <w:r>
        <w:pict>
          <v:shape id="_x0000_i707367" type="#_x0000_t75" alt="学科网(www.zxxk.com)--教育资源门户，提供试卷、教案、课件、论文、素材以及各类教学资源下载，还有大量而丰富的教学相关资讯！" style="width:14pt;height:15pt" o:oleicon="f" o:ole="">
            <v:imagedata r:id="rId779" o:title="eqIdf31971306914638e5ceb1bbe437535d3"/>
          </v:shape>
        </w:pict>
      </w:r>
      <w:r>
        <w:rPr>
          <w:rFonts w:ascii="宋体" w:eastAsia="宋体" w:hAnsi="宋体" w:cs="宋体"/>
          <w:color w:val="000000"/>
        </w:rPr>
        <w:t>．</w:t>
      </w:r>
    </w:p>
    <w:p>
      <w:pPr>
        <w:pStyle w:val="Heading2"/>
      </w:pPr>
      <w:r>
        <w:t>第一五九中学</w:t>
      </w:r>
    </w:p>
    <w:p>
      <w:pPr>
        <w:pStyle w:val="Normal"/>
        <w:spacing w:lineRule="auto" w:line="360"/>
        <w:jc w:val="start"/>
        <w:textAlignment w:val="center"/>
        <w:rPr/>
      </w:pPr>
      <w:r>
        <w:rPr>
          <w:color w:val="000000"/>
        </w:rPr>
        <w:t xml:space="preserve">26. </w:t>
      </w:r>
      <w:r>
        <w:rPr>
          <w:rFonts w:ascii="宋体;SimSun" w:hAnsi="宋体;SimSun" w:cs="宋体;SimSun"/>
          <w:color w:val="000000"/>
        </w:rPr>
        <w:t>已知</w:t>
      </w:r>
      <w:r>
        <w:rPr>
          <w:rFonts w:eastAsia="宋体;SimSun" w:cs="宋体;SimSun" w:ascii="宋体;SimSun" w:hAnsi="宋体;SimSun"/>
          <w:color w:val="000000"/>
        </w:rPr>
        <w:t>|</w:t>
      </w:r>
      <w:r>
        <w:rPr>
          <w:rFonts w:eastAsia="Times New Roman" w:cs="Times New Roman"/>
          <w:i/>
          <w:color w:val="000000"/>
        </w:rPr>
        <w:t>ab</w:t>
      </w:r>
      <w:r>
        <w:rPr>
          <w:rFonts w:ascii="宋体;SimSun" w:hAnsi="宋体;SimSun" w:cs="宋体;SimSun"/>
          <w:color w:val="000000"/>
        </w:rPr>
        <w:t>－</w:t>
      </w:r>
      <w:r>
        <w:rPr>
          <w:rFonts w:eastAsia="Times New Roman" w:cs="Times New Roman"/>
          <w:color w:val="000000"/>
        </w:rPr>
        <w:t>2</w:t>
      </w:r>
      <w:r>
        <w:rPr>
          <w:rFonts w:eastAsia="宋体;SimSun" w:cs="宋体;SimSun" w:ascii="宋体;SimSun" w:hAnsi="宋体;SimSun"/>
          <w:color w:val="000000"/>
        </w:rPr>
        <w:t>|</w:t>
      </w:r>
      <w:r>
        <w:rPr>
          <w:rFonts w:ascii="宋体;SimSun" w:hAnsi="宋体;SimSun" w:cs="宋体;SimSun"/>
          <w:color w:val="000000"/>
        </w:rPr>
        <w:t>与</w:t>
      </w:r>
      <w:r>
        <w:rPr>
          <w:rFonts w:eastAsia="宋体;SimSun" w:cs="宋体;SimSun" w:ascii="宋体;SimSun" w:hAnsi="宋体;SimSun"/>
          <w:color w:val="000000"/>
        </w:rPr>
        <w:t>|</w:t>
      </w:r>
      <w:r>
        <w:rPr>
          <w:rFonts w:eastAsia="Times New Roman" w:cs="Times New Roman"/>
          <w:i/>
          <w:color w:val="000000"/>
        </w:rPr>
        <w:t>b</w:t>
      </w:r>
      <w:r>
        <w:rPr>
          <w:rFonts w:ascii="宋体;SimSun" w:hAnsi="宋体;SimSun" w:cs="宋体;SimSun"/>
          <w:color w:val="000000"/>
        </w:rPr>
        <w:t>－</w:t>
      </w:r>
      <w:r>
        <w:rPr>
          <w:rFonts w:eastAsia="Times New Roman" w:cs="Times New Roman"/>
          <w:color w:val="000000"/>
        </w:rPr>
        <w:t>1</w:t>
      </w:r>
      <w:r>
        <w:rPr>
          <w:rFonts w:eastAsia="宋体;SimSun" w:cs="宋体;SimSun" w:ascii="宋体;SimSun" w:hAnsi="宋体;SimSun"/>
          <w:color w:val="000000"/>
        </w:rPr>
        <w:t>|</w:t>
      </w:r>
      <w:r>
        <w:rPr>
          <w:rFonts w:ascii="宋体;SimSun" w:hAnsi="宋体;SimSun" w:cs="宋体;SimSun"/>
          <w:color w:val="000000"/>
        </w:rPr>
        <w:t>互为相反数， 求式子</w:t>
      </w:r>
      <w:r>
        <w:rPr/>
        <w:pict>
          <v:shape id="_x0000_i707368" type="_x0000_tole_rId527" style="width:289.65pt;height:33.5pt" filled="f" o:ole="">
            <v:imagedata r:id="rId780" o:title=""/>
          </v:shape>
        </w:pict>
      </w:r>
      <w:r>
        <w:rPr>
          <w:rFonts w:ascii="宋体;SimSun" w:hAnsi="宋体;SimSun" w:cs="宋体;SimSun"/>
          <w:color w:val="000000"/>
        </w:rPr>
        <w:t>的值．</w:t>
      </w:r>
    </w:p>
    <w:p>
      <w:pPr>
        <w:pStyle w:val="Normal"/>
        <w:spacing w:lineRule="auto" w:line="360"/>
        <w:textAlignment w:val="center"/>
        <w:rPr>
          <w:color w:val="000000"/>
        </w:rPr>
      </w:pPr>
      <w:r>
        <w:rPr>
          <w:color w:val="2E75B6"/>
        </w:rPr>
        <w:t>【答案】</w:t>
      </w:r>
      <w:r>
        <w:rPr/>
        <w:pict>
          <v:shape id="_x0000_i707369" type="_x0000_tole_rId529" style="width:30pt;height:31pt" filled="f" o:ole="">
            <v:imagedata r:id="rId781" o:title=""/>
          </v:shape>
        </w:pic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color w:val="000000"/>
        </w:rPr>
        <w:t>现根据</w:t>
      </w:r>
      <w:r>
        <w:rPr>
          <w:rFonts w:eastAsia="宋体;SimSun" w:cs="宋体;SimSun" w:ascii="宋体;SimSun" w:hAnsi="宋体;SimSun"/>
          <w:color w:val="000000"/>
        </w:rPr>
        <w:t>|</w:t>
      </w:r>
      <w:r>
        <w:rPr>
          <w:rFonts w:eastAsia="Times New Roman" w:cs="Times New Roman"/>
          <w:i/>
          <w:color w:val="000000"/>
        </w:rPr>
        <w:t>ab</w:t>
      </w:r>
      <w:r>
        <w:rPr>
          <w:rFonts w:ascii="宋体;SimSun" w:hAnsi="宋体;SimSun" w:cs="宋体;SimSun"/>
          <w:color w:val="000000"/>
        </w:rPr>
        <w:t>－</w:t>
      </w:r>
      <w:r>
        <w:rPr>
          <w:rFonts w:eastAsia="Times New Roman" w:cs="Times New Roman"/>
          <w:color w:val="000000"/>
        </w:rPr>
        <w:t>2</w:t>
      </w:r>
      <w:r>
        <w:rPr>
          <w:rFonts w:eastAsia="宋体;SimSun" w:cs="宋体;SimSun" w:ascii="宋体;SimSun" w:hAnsi="宋体;SimSun"/>
          <w:color w:val="000000"/>
        </w:rPr>
        <w:t>|</w:t>
      </w:r>
      <w:r>
        <w:rPr>
          <w:rFonts w:ascii="宋体;SimSun" w:hAnsi="宋体;SimSun" w:cs="宋体;SimSun"/>
          <w:color w:val="000000"/>
        </w:rPr>
        <w:t>与</w:t>
      </w:r>
      <w:r>
        <w:rPr>
          <w:rFonts w:eastAsia="宋体;SimSun" w:cs="宋体;SimSun" w:ascii="宋体;SimSun" w:hAnsi="宋体;SimSun"/>
          <w:color w:val="000000"/>
        </w:rPr>
        <w:t>|</w:t>
      </w:r>
      <w:r>
        <w:rPr>
          <w:rFonts w:eastAsia="Times New Roman" w:cs="Times New Roman"/>
          <w:i/>
          <w:color w:val="000000"/>
        </w:rPr>
        <w:t>b</w:t>
      </w:r>
      <w:r>
        <w:rPr>
          <w:rFonts w:ascii="宋体;SimSun" w:hAnsi="宋体;SimSun" w:cs="宋体;SimSun"/>
          <w:color w:val="000000"/>
        </w:rPr>
        <w:t>－</w:t>
      </w:r>
      <w:r>
        <w:rPr>
          <w:rFonts w:eastAsia="Times New Roman" w:cs="Times New Roman"/>
          <w:color w:val="000000"/>
        </w:rPr>
        <w:t>1</w:t>
      </w:r>
      <w:r>
        <w:rPr>
          <w:rFonts w:eastAsia="宋体;SimSun" w:cs="宋体;SimSun" w:ascii="宋体;SimSun" w:hAnsi="宋体;SimSun"/>
          <w:color w:val="000000"/>
        </w:rPr>
        <w:t>|</w:t>
      </w:r>
      <w:r>
        <w:rPr>
          <w:rFonts w:ascii="宋体;SimSun" w:hAnsi="宋体;SimSun" w:cs="宋体;SimSun"/>
          <w:color w:val="000000"/>
        </w:rPr>
        <w:t>互为相反数即两数和为</w:t>
      </w:r>
      <w:r>
        <w:rPr>
          <w:rFonts w:eastAsia="宋体;SimSun" w:cs="宋体;SimSun" w:ascii="宋体;SimSun" w:hAnsi="宋体;SimSun"/>
          <w:color w:val="000000"/>
        </w:rPr>
        <w:t>0</w:t>
      </w:r>
      <w:r>
        <w:rPr>
          <w:rFonts w:ascii="宋体;SimSun" w:hAnsi="宋体;SimSun" w:cs="宋体;SimSun"/>
          <w:color w:val="000000"/>
        </w:rPr>
        <w:t>，计算出</w:t>
      </w:r>
      <w:r>
        <w:rPr/>
        <w:pict>
          <v:shape id="_x0000_i707370" type="_x0000_tole_rId531" style="width:20pt;height:16pt" filled="f" o:ole="">
            <v:imagedata r:id="rId782" o:title=""/>
          </v:shape>
        </w:pict>
      </w:r>
      <w:r>
        <w:rPr>
          <w:rFonts w:ascii="宋体;SimSun" w:hAnsi="宋体;SimSun" w:cs="宋体;SimSun"/>
          <w:color w:val="000000"/>
        </w:rPr>
        <w:t>的值，代入求值即可．</w:t>
      </w:r>
    </w:p>
    <w:p>
      <w:pPr>
        <w:pStyle w:val="Normal"/>
        <w:spacing w:lineRule="auto" w:line="360"/>
        <w:textAlignment w:val="center"/>
        <w:rPr/>
      </w:pPr>
      <w:r>
        <w:rPr>
          <w:color w:val="000000"/>
        </w:rPr>
        <w:t>【详解】</w:t>
      </w:r>
      <w:r>
        <w:rPr>
          <w:rFonts w:ascii="宋体;SimSun" w:hAnsi="宋体;SimSun" w:cs="宋体;SimSun"/>
          <w:color w:val="000000"/>
        </w:rPr>
        <w:t>解：∵</w:t>
      </w:r>
      <w:r>
        <w:rPr>
          <w:rFonts w:eastAsia="宋体;SimSun" w:cs="宋体;SimSun" w:ascii="宋体;SimSun" w:hAnsi="宋体;SimSun"/>
          <w:color w:val="000000"/>
        </w:rPr>
        <w:t>|</w:t>
      </w:r>
      <w:r>
        <w:rPr>
          <w:rFonts w:eastAsia="Times New Roman" w:cs="Times New Roman"/>
          <w:i/>
          <w:color w:val="000000"/>
        </w:rPr>
        <w:t>ab</w:t>
      </w:r>
      <w:r>
        <w:rPr>
          <w:rFonts w:ascii="宋体;SimSun" w:hAnsi="宋体;SimSun" w:cs="宋体;SimSun"/>
          <w:color w:val="000000"/>
        </w:rPr>
        <w:t>－</w:t>
      </w:r>
      <w:r>
        <w:rPr>
          <w:rFonts w:eastAsia="Times New Roman" w:cs="Times New Roman"/>
          <w:color w:val="000000"/>
        </w:rPr>
        <w:t>2</w:t>
      </w:r>
      <w:r>
        <w:rPr>
          <w:rFonts w:eastAsia="宋体;SimSun" w:cs="宋体;SimSun" w:ascii="宋体;SimSun" w:hAnsi="宋体;SimSun"/>
          <w:color w:val="000000"/>
        </w:rPr>
        <w:t>|</w:t>
      </w:r>
      <w:r>
        <w:rPr>
          <w:rFonts w:ascii="宋体;SimSun" w:hAnsi="宋体;SimSun" w:cs="宋体;SimSun"/>
          <w:color w:val="000000"/>
        </w:rPr>
        <w:t>与</w:t>
      </w:r>
      <w:r>
        <w:rPr>
          <w:rFonts w:eastAsia="宋体;SimSun" w:cs="宋体;SimSun" w:ascii="宋体;SimSun" w:hAnsi="宋体;SimSun"/>
          <w:color w:val="000000"/>
        </w:rPr>
        <w:t>|</w:t>
      </w:r>
      <w:r>
        <w:rPr>
          <w:rFonts w:eastAsia="Times New Roman" w:cs="Times New Roman"/>
          <w:i/>
          <w:color w:val="000000"/>
        </w:rPr>
        <w:t>b</w:t>
      </w:r>
      <w:r>
        <w:rPr>
          <w:rFonts w:ascii="宋体;SimSun" w:hAnsi="宋体;SimSun" w:cs="宋体;SimSun"/>
          <w:color w:val="000000"/>
        </w:rPr>
        <w:t>－</w:t>
      </w:r>
      <w:r>
        <w:rPr>
          <w:rFonts w:eastAsia="Times New Roman" w:cs="Times New Roman"/>
          <w:color w:val="000000"/>
        </w:rPr>
        <w:t>1</w:t>
      </w:r>
      <w:r>
        <w:rPr>
          <w:rFonts w:eastAsia="宋体;SimSun" w:cs="宋体;SimSun" w:ascii="宋体;SimSun" w:hAnsi="宋体;SimSun"/>
          <w:color w:val="000000"/>
        </w:rPr>
        <w:t>|</w:t>
      </w:r>
      <w:r>
        <w:rPr>
          <w:rFonts w:ascii="宋体;SimSun" w:hAnsi="宋体;SimSun" w:cs="宋体;SimSun"/>
          <w:color w:val="000000"/>
        </w:rPr>
        <w:t>互为相反数，</w:t>
      </w:r>
    </w:p>
    <w:p>
      <w:pPr>
        <w:pStyle w:val="Normal"/>
        <w:spacing w:lineRule="auto" w:line="360"/>
        <w:jc w:val="start"/>
        <w:textAlignment w:val="center"/>
        <w:rPr/>
      </w:pPr>
      <w:r>
        <w:rPr>
          <w:rFonts w:eastAsia="宋体;SimSun" w:cs="宋体;SimSun" w:ascii="宋体;SimSun" w:hAnsi="宋体;SimSun"/>
          <w:color w:val="000000"/>
        </w:rPr>
        <w:t>∴</w:t>
      </w:r>
      <w:r>
        <w:rPr/>
        <w:pict>
          <v:shape id="_x0000_i707371" type="_x0000_tole_rId533" style="width:81pt;height:17.25pt" filled="f" o:ole="">
            <v:imagedata r:id="rId783"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7372" type="_x0000_tole_rId535" style="width:34pt;height:13.95pt" filled="f" o:ole="">
            <v:imagedata r:id="rId784" o:title=""/>
          </v:shape>
        </w:pict>
      </w:r>
      <w:r>
        <w:rPr>
          <w:rFonts w:ascii="宋体;SimSun" w:hAnsi="宋体;SimSun" w:cs="宋体;SimSun"/>
          <w:color w:val="000000"/>
        </w:rPr>
        <w:t>，</w:t>
      </w:r>
      <w:r>
        <w:rPr/>
        <w:pict>
          <v:shape id="_x0000_i707373" type="_x0000_tole_rId537" style="width:24.95pt;height:13.95pt" filled="f" o:ole="">
            <v:imagedata r:id="rId785" o:title=""/>
          </v:shape>
        </w:pict>
      </w:r>
      <w:r>
        <w:rPr>
          <w:rFonts w:ascii="宋体;SimSun" w:hAnsi="宋体;SimSun" w:cs="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7374" type="_x0000_tole_rId539" style="width:27.55pt;height:14.4pt" filled="f" o:ole="">
            <v:imagedata r:id="rId786" o:title=""/>
          </v:shape>
        </w:pict>
      </w:r>
      <w:r>
        <w:rPr>
          <w:rFonts w:ascii="宋体;SimSun" w:hAnsi="宋体;SimSun" w:cs="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则</w:t>
      </w:r>
      <w:r>
        <w:rPr/>
        <w:pict>
          <v:shape id="_x0000_i707375" type="_x0000_tole_rId541" style="width:289.65pt;height:33.5pt" filled="f" o:ole="">
            <v:imagedata r:id="rId787"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pict>
          <v:shape id="_x0000_i707376" type="_x0000_tole_rId543" style="width:162pt;height:27.75pt" filled="f" o:ole="">
            <v:imagedata r:id="rId788"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pict>
          <v:shape id="_x0000_i707377" type="_x0000_tole_rId545" style="width:171pt;height:27.75pt" filled="f" o:ole="">
            <v:imagedata r:id="rId789"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color w:val="000000"/>
        </w:rPr>
        <w:t>＝</w:t>
      </w:r>
      <w:r>
        <w:rPr/>
        <w:pict>
          <v:shape id="_x0000_i707378" type="_x0000_tole_rId547" style="width:39pt;height:27.75pt" filled="f" o:ole="">
            <v:imagedata r:id="rId790" o:title=""/>
          </v:shape>
        </w:pict>
      </w:r>
    </w:p>
    <w:p>
      <w:pPr>
        <w:pStyle w:val="Normal"/>
        <w:spacing w:lineRule="auto" w:line="360"/>
        <w:jc w:val="start"/>
        <w:textAlignment w:val="center"/>
        <w:rPr/>
      </w:pPr>
      <w:r>
        <w:rPr>
          <w:rFonts w:ascii="宋体;SimSun" w:hAnsi="宋体;SimSun" w:cs="宋体;SimSun"/>
          <w:color w:val="000000"/>
        </w:rPr>
        <w:t>＝</w:t>
      </w:r>
      <w:r>
        <w:rPr/>
        <w:pict>
          <v:shape id="_x0000_i707379" type="_x0000_tole_rId549" style="width:30pt;height:31pt" filled="f" o:ole="">
            <v:imagedata r:id="rId791" o:title=""/>
          </v:shape>
        </w:pic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本题考查了绝对值的非负性，互为相反数两数和为</w:t>
      </w:r>
      <w:r>
        <w:rPr/>
        <w:pict>
          <v:shape id="_x0000_i707380" type="_x0000_tole_rId551" style="width:9pt;height:12.75pt" filled="f" o:ole="">
            <v:imagedata r:id="rId792" o:title=""/>
          </v:shape>
        </w:pict>
      </w:r>
      <w:r>
        <w:rPr>
          <w:rFonts w:ascii="宋体;SimSun" w:hAnsi="宋体;SimSun" w:cs="宋体;SimSun"/>
          <w:color w:val="000000"/>
        </w:rPr>
        <w:t>．注意：几个非负数的和为</w:t>
      </w:r>
      <w:r>
        <w:rPr/>
        <w:pict>
          <v:shape id="_x0000_i707381" type="_x0000_tole_rId553" style="width:9pt;height:12.75pt" filled="f" o:ole="">
            <v:imagedata r:id="rId793" o:title=""/>
          </v:shape>
        </w:pict>
      </w:r>
      <w:r>
        <w:rPr>
          <w:rFonts w:ascii="宋体;SimSun" w:hAnsi="宋体;SimSun" w:cs="宋体;SimSun"/>
          <w:color w:val="000000"/>
        </w:rPr>
        <w:t>，则这几个非负数同时为</w:t>
      </w:r>
      <w:r>
        <w:rPr/>
        <w:pict>
          <v:shape id="_x0000_i707382" type="_x0000_tole_rId555" style="width:9pt;height:12.75pt" filled="f" o:ole="">
            <v:imagedata r:id="rId794" o:title=""/>
          </v:shape>
        </w:pict>
      </w:r>
      <w:r>
        <w:rPr>
          <w:rFonts w:ascii="宋体;SimSun" w:hAnsi="宋体;SimSun" w:cs="宋体;SimSun"/>
          <w:color w:val="000000"/>
        </w:rPr>
        <w:t>．还要注意解此类计算题的规律，明确</w:t>
      </w:r>
      <w:r>
        <w:rPr/>
        <w:pict>
          <v:shape id="_x0000_i707383" type="_x0000_tole_rId557" style="width:93.75pt;height:33pt" filled="f" o:ole="">
            <v:imagedata r:id="rId795" o:title=""/>
          </v:shape>
        </w:pict>
      </w:r>
      <w:r>
        <w:rPr>
          <w:rFonts w:ascii="宋体;SimSun" w:hAnsi="宋体;SimSun" w:cs="宋体;SimSun"/>
          <w:color w:val="000000"/>
        </w:rPr>
        <w:t>是解题的关键．</w:t>
      </w:r>
    </w:p>
    <w:p>
      <w:pPr>
        <w:pStyle w:val="Normal"/>
        <w:spacing w:lineRule="auto" w:line="360"/>
        <w:jc w:val="start"/>
        <w:textAlignment w:val="center"/>
        <w:rPr/>
      </w:pPr>
      <w:r>
        <w:rPr>
          <w:color w:val="000000"/>
        </w:rPr>
        <w:t xml:space="preserve">27. </w:t>
      </w:r>
      <w:r>
        <w:rPr>
          <w:rFonts w:ascii="宋体;SimSun" w:hAnsi="宋体;SimSun" w:cs="宋体;SimSun"/>
          <w:color w:val="000000"/>
        </w:rPr>
        <w:t>已知关于</w:t>
      </w:r>
      <w:r>
        <w:rPr>
          <w:rFonts w:eastAsia="Times New Roman" w:cs="Times New Roman"/>
          <w:i/>
          <w:color w:val="000000"/>
        </w:rPr>
        <w:t>x</w:t>
      </w:r>
      <w:r>
        <w:rPr>
          <w:rFonts w:ascii="宋体;SimSun" w:hAnsi="宋体;SimSun" w:cs="宋体;SimSun"/>
          <w:color w:val="000000"/>
        </w:rPr>
        <w:t>的方程</w:t>
      </w:r>
      <w:r>
        <w:rPr>
          <w:rFonts w:ascii="Times New Roman" w:hAnsi="Times New Roman" w:cs="Times New Roman" w:eastAsia="Times New Roman"/>
          <w:color w:val="000000"/>
        </w:rPr>
        <w:t xml:space="preserve"> </w:t>
      </w:r>
      <w:r>
        <w:rPr/>
        <w:pict>
          <v:shape id="_x0000_i707384" type="_x0000_tole_rId559" style="width:87pt;height:30.75pt" filled="f" o:ole="">
            <v:imagedata r:id="rId796" o:title=""/>
          </v:shape>
        </w:pict>
      </w:r>
      <w:r>
        <w:rPr>
          <w:rFonts w:ascii="Times New Roman" w:hAnsi="Times New Roman" w:cs="Times New Roman" w:eastAsia="Times New Roman"/>
          <w:color w:val="000000"/>
        </w:rPr>
        <w:t xml:space="preserve"> </w:t>
      </w:r>
      <w:r>
        <w:rPr>
          <w:rFonts w:ascii="宋体;SimSun" w:hAnsi="宋体;SimSun" w:cs="宋体;SimSun"/>
          <w:color w:val="000000"/>
        </w:rPr>
        <w:t>有非负整数解，求整数</w:t>
      </w:r>
      <w:r>
        <w:rPr>
          <w:rFonts w:eastAsia="Times New Roman" w:cs="Times New Roman"/>
          <w:i/>
          <w:color w:val="000000"/>
        </w:rPr>
        <w:t>a</w:t>
      </w:r>
      <w:r>
        <w:rPr>
          <w:rFonts w:ascii="宋体;SimSun" w:hAnsi="宋体;SimSun" w:cs="宋体;SimSun"/>
          <w:color w:val="000000"/>
        </w:rPr>
        <w:t>的所有可能的取值．</w:t>
      </w:r>
    </w:p>
    <w:p>
      <w:pPr>
        <w:pStyle w:val="Normal"/>
        <w:spacing w:lineRule="auto" w:line="360"/>
        <w:textAlignment w:val="center"/>
        <w:rPr/>
      </w:pPr>
      <w:r>
        <w:rPr>
          <w:color w:val="2E75B6"/>
        </w:rPr>
        <w:t>【答案】</w:t>
      </w:r>
      <w:r>
        <w:rPr>
          <w:rFonts w:ascii="宋体;SimSun" w:hAnsi="宋体;SimSun" w:cs="宋体;SimSun"/>
          <w:color w:val="000000"/>
        </w:rPr>
        <w:t>－</w:t>
      </w:r>
      <w:r>
        <w:rPr>
          <w:rFonts w:eastAsia="Times New Roman" w:cs="Times New Roman"/>
          <w:color w:val="000000"/>
        </w:rPr>
        <w:t>5</w:t>
      </w:r>
      <w:r>
        <w:rPr>
          <w:rFonts w:ascii="宋体;SimSun" w:hAnsi="宋体;SimSun" w:cs="宋体;SimSun"/>
          <w:color w:val="000000"/>
        </w:rPr>
        <w:t>，－</w:t>
      </w:r>
      <w:r>
        <w:rPr>
          <w:rFonts w:eastAsia="Times New Roman" w:cs="Times New Roman"/>
          <w:color w:val="000000"/>
        </w:rPr>
        <w:t>6</w:t>
      </w:r>
      <w:r>
        <w:rPr>
          <w:rFonts w:ascii="宋体;SimSun" w:hAnsi="宋体;SimSun" w:cs="宋体;SimSun"/>
          <w:color w:val="000000"/>
        </w:rPr>
        <w:t>，－</w:t>
      </w:r>
      <w:r>
        <w:rPr>
          <w:rFonts w:eastAsia="Times New Roman" w:cs="Times New Roman"/>
          <w:color w:val="000000"/>
        </w:rPr>
        <w:t>9</w:t>
      </w:r>
      <w:r>
        <w:rPr>
          <w:rFonts w:ascii="宋体;SimSun" w:hAnsi="宋体;SimSun" w:cs="宋体;SimSun"/>
          <w:color w:val="000000"/>
        </w:rPr>
        <w:t>，－</w:t>
      </w:r>
      <w:r>
        <w:rPr>
          <w:rFonts w:eastAsia="Times New Roman" w:cs="Times New Roman"/>
          <w:color w:val="000000"/>
        </w:rPr>
        <w:t>14</w:t>
      </w:r>
      <w:r>
        <w:rPr>
          <w:rFonts w:ascii="宋体;SimSun" w:hAnsi="宋体;SimSun" w:cs="宋体;SimSun"/>
          <w:color w:val="000000"/>
        </w:rPr>
        <w:t>．</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color w:val="000000"/>
        </w:rPr>
        <w:t>先求出方程的解，然后根据方程的解为非负整数，确定</w:t>
      </w:r>
      <w:r>
        <w:rPr>
          <w:rFonts w:eastAsia="Times New Roman" w:cs="Times New Roman"/>
          <w:i/>
          <w:color w:val="000000"/>
        </w:rPr>
        <w:t>a</w:t>
      </w:r>
      <w:r>
        <w:rPr>
          <w:rFonts w:ascii="宋体;SimSun" w:hAnsi="宋体;SimSun" w:cs="宋体;SimSun"/>
          <w:color w:val="000000"/>
        </w:rPr>
        <w:t>的可能取值即可．</w:t>
      </w:r>
    </w:p>
    <w:p>
      <w:pPr>
        <w:pStyle w:val="Normal"/>
        <w:spacing w:lineRule="auto" w:line="360"/>
        <w:textAlignment w:val="center"/>
        <w:rPr>
          <w:rFonts w:ascii="宋体;SimSun" w:hAnsi="宋体;SimSun" w:eastAsia="宋体;SimSun" w:cs="宋体;SimSun"/>
          <w:color w:val="000000"/>
        </w:rPr>
      </w:pPr>
      <w:r>
        <w:rPr>
          <w:color w:val="000000"/>
        </w:rPr>
        <w:t>【详解】</w:t>
      </w:r>
      <w:r>
        <w:rPr>
          <w:rFonts w:ascii="宋体;SimSun" w:hAnsi="宋体;SimSun" w:cs="宋体;SimSun"/>
          <w:color w:val="000000"/>
        </w:rPr>
        <w:t>解：</w:t>
      </w:r>
      <w:r>
        <w:rPr/>
        <w:pict>
          <v:shape id="_x0000_i707385" type="_x0000_tole_rId561" style="width:87pt;height:30.75pt" filled="f" o:ole="">
            <v:imagedata r:id="rId797" o:title=""/>
          </v:shape>
        </w:pict>
      </w:r>
    </w:p>
    <w:p>
      <w:pPr>
        <w:pStyle w:val="Normal"/>
        <w:spacing w:lineRule="auto" w:line="360"/>
        <w:jc w:val="start"/>
        <w:textAlignment w:val="center"/>
        <w:rPr/>
      </w:pPr>
      <w:r>
        <w:rPr>
          <w:rFonts w:eastAsia="Times New Roman" w:cs="Times New Roman"/>
          <w:color w:val="000000"/>
        </w:rPr>
        <w:t>6</w:t>
      </w:r>
      <w:r>
        <w:rPr>
          <w:rFonts w:eastAsia="Times New Roman" w:cs="Times New Roman"/>
          <w:i/>
          <w:color w:val="000000"/>
        </w:rPr>
        <w:t>x</w:t>
      </w:r>
      <w:r>
        <w:rPr>
          <w:rFonts w:eastAsia="Times New Roman" w:cs="Times New Roman"/>
          <w:color w:val="000000"/>
        </w:rPr>
        <w:t>-2+</w:t>
      </w:r>
      <w:r>
        <w:rPr>
          <w:rFonts w:eastAsia="Times New Roman" w:cs="Times New Roman"/>
          <w:i/>
          <w:color w:val="000000"/>
        </w:rPr>
        <w:t>ax</w:t>
      </w:r>
      <w:r>
        <w:rPr>
          <w:rFonts w:eastAsia="Times New Roman" w:cs="Times New Roman"/>
          <w:color w:val="000000"/>
        </w:rPr>
        <w:t>=2</w:t>
      </w:r>
      <w:r>
        <w:rPr>
          <w:rFonts w:eastAsia="Times New Roman" w:cs="Times New Roman"/>
          <w:i/>
          <w:color w:val="000000"/>
        </w:rPr>
        <w:t>x</w:t>
      </w:r>
      <w:r>
        <w:rPr>
          <w:rFonts w:eastAsia="Times New Roman" w:cs="Times New Roman"/>
          <w:color w:val="000000"/>
        </w:rPr>
        <w:t>-12</w:t>
      </w:r>
    </w:p>
    <w:p>
      <w:pPr>
        <w:pStyle w:val="Normal"/>
        <w:spacing w:lineRule="auto" w:line="360"/>
        <w:jc w:val="start"/>
        <w:textAlignment w:val="center"/>
        <w:rPr/>
      </w:pPr>
      <w:r>
        <w:rPr>
          <w:rFonts w:ascii="宋体;SimSun" w:hAnsi="宋体;SimSun" w:cs="宋体;SimSun"/>
          <w:color w:val="000000"/>
        </w:rPr>
        <w:t>（</w:t>
      </w:r>
      <w:r>
        <w:rPr>
          <w:rFonts w:eastAsia="Times New Roman" w:cs="Times New Roman"/>
          <w:color w:val="000000"/>
        </w:rPr>
        <w:t>4+</w:t>
      </w:r>
      <w:r>
        <w:rPr>
          <w:rFonts w:eastAsia="Times New Roman" w:cs="Times New Roman"/>
          <w:i/>
          <w:color w:val="000000"/>
        </w:rPr>
        <w:t>a</w:t>
      </w:r>
      <w:r>
        <w:rPr>
          <w:rFonts w:ascii="宋体;SimSun" w:hAnsi="宋体;SimSun" w:cs="宋体;SimSun"/>
          <w:color w:val="000000"/>
        </w:rPr>
        <w:t>）</w:t>
      </w:r>
      <w:r>
        <w:rPr>
          <w:rFonts w:eastAsia="Times New Roman" w:cs="Times New Roman"/>
          <w:i/>
          <w:color w:val="000000"/>
        </w:rPr>
        <w:t>x</w:t>
      </w:r>
      <w:r>
        <w:rPr>
          <w:rFonts w:eastAsia="Times New Roman" w:cs="Times New Roman"/>
          <w:color w:val="000000"/>
        </w:rPr>
        <w:t>=-10</w:t>
      </w:r>
    </w:p>
    <w:p>
      <w:pPr>
        <w:pStyle w:val="Normal"/>
        <w:spacing w:lineRule="auto" w:line="360"/>
        <w:jc w:val="start"/>
        <w:textAlignment w:val="center"/>
        <w:rPr/>
      </w:pPr>
      <w:r>
        <w:rPr>
          <w:rFonts w:eastAsia="Times New Roman" w:cs="Times New Roman"/>
          <w:i/>
          <w:color w:val="000000"/>
        </w:rPr>
        <w:t>x</w:t>
      </w:r>
      <w:r>
        <w:rPr>
          <w:rFonts w:eastAsia="Times New Roman" w:cs="Times New Roman"/>
          <w:color w:val="000000"/>
        </w:rPr>
        <w:t>=</w:t>
      </w:r>
      <w:r>
        <w:rPr/>
        <w:pict>
          <v:shape id="_x0000_i707386" type="_x0000_tole_rId563" style="width:29.25pt;height:30.75pt" filled="f" o:ole="">
            <v:imagedata r:id="rId798" o:title=""/>
          </v:shape>
        </w:pict>
      </w:r>
      <w:r>
        <w:rPr>
          <w:rFonts w:eastAsia="Times New Roman" w:cs="Times New Roman"/>
          <w:color w:val="000000"/>
        </w:rPr>
        <w:t xml:space="preserve">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rFonts w:ascii="宋体;SimSun" w:hAnsi="宋体;SimSun" w:cs="宋体;SimSun"/>
          <w:color w:val="000000"/>
        </w:rPr>
        <w:t>方程的解为非负整数</w:t>
      </w:r>
    </w:p>
    <w:p>
      <w:pPr>
        <w:pStyle w:val="Normal"/>
        <w:spacing w:lineRule="auto" w:line="360"/>
        <w:jc w:val="start"/>
        <w:textAlignment w:val="center"/>
        <w:rPr/>
      </w:pPr>
      <w:r>
        <w:rPr>
          <w:rFonts w:eastAsia="宋体;SimSun" w:cs="宋体;SimSun" w:ascii="宋体;SimSun" w:hAnsi="宋体;SimSun"/>
          <w:color w:val="000000"/>
        </w:rPr>
        <w:t>∴</w:t>
      </w:r>
      <w:r>
        <w:rPr>
          <w:rFonts w:ascii="宋体;SimSun" w:hAnsi="宋体;SimSun" w:cs="宋体;SimSun"/>
          <w:color w:val="000000"/>
        </w:rPr>
        <w:t>整数</w:t>
      </w:r>
      <w:r>
        <w:rPr>
          <w:rFonts w:eastAsia="Times New Roman" w:cs="Times New Roman"/>
          <w:i/>
          <w:color w:val="000000"/>
        </w:rPr>
        <w:t>a</w:t>
      </w:r>
      <w:r>
        <w:rPr>
          <w:rFonts w:ascii="宋体;SimSun" w:hAnsi="宋体;SimSun" w:cs="宋体;SimSun"/>
          <w:color w:val="000000"/>
        </w:rPr>
        <w:t>的所有可能的取值为－</w:t>
      </w:r>
      <w:r>
        <w:rPr>
          <w:rFonts w:eastAsia="Times New Roman" w:cs="Times New Roman"/>
          <w:color w:val="000000"/>
        </w:rPr>
        <w:t>5</w:t>
      </w:r>
      <w:r>
        <w:rPr>
          <w:rFonts w:ascii="宋体;SimSun" w:hAnsi="宋体;SimSun" w:cs="宋体;SimSun"/>
          <w:color w:val="000000"/>
        </w:rPr>
        <w:t>、－</w:t>
      </w:r>
      <w:r>
        <w:rPr>
          <w:rFonts w:eastAsia="Times New Roman" w:cs="Times New Roman"/>
          <w:color w:val="000000"/>
        </w:rPr>
        <w:t>6</w:t>
      </w:r>
      <w:r>
        <w:rPr>
          <w:rFonts w:ascii="宋体;SimSun" w:hAnsi="宋体;SimSun" w:cs="宋体;SimSun"/>
          <w:color w:val="000000"/>
        </w:rPr>
        <w:t>、－</w:t>
      </w:r>
      <w:r>
        <w:rPr>
          <w:rFonts w:eastAsia="Times New Roman" w:cs="Times New Roman"/>
          <w:color w:val="000000"/>
        </w:rPr>
        <w:t>9</w:t>
      </w:r>
      <w:r>
        <w:rPr>
          <w:rFonts w:ascii="宋体;SimSun" w:hAnsi="宋体;SimSun" w:cs="宋体;SimSun"/>
          <w:color w:val="000000"/>
        </w:rPr>
        <w:t>、－</w:t>
      </w:r>
      <w:r>
        <w:rPr>
          <w:rFonts w:eastAsia="Times New Roman" w:cs="Times New Roman"/>
          <w:color w:val="000000"/>
        </w:rPr>
        <w:t>14</w:t>
      </w:r>
      <w:r>
        <w:rPr>
          <w:rFonts w:ascii="宋体;SimSun" w:hAnsi="宋体;SimSun" w:cs="宋体;SimSun"/>
          <w:color w:val="000000"/>
        </w:rPr>
        <w:t>．</w:t>
      </w:r>
    </w:p>
    <w:p>
      <w:pPr>
        <w:pStyle w:val="Normal"/>
        <w:spacing w:lineRule="auto" w:line="360"/>
        <w:jc w:val="start"/>
        <w:textAlignment w:val="center"/>
        <w:rPr/>
      </w:pPr>
      <w:r>
        <w:rPr>
          <w:color w:val="000000"/>
        </w:rPr>
        <w:t>【点睛】</w:t>
      </w:r>
      <w:r>
        <w:rPr>
          <w:rFonts w:ascii="宋体;SimSun" w:hAnsi="宋体;SimSun" w:cs="宋体;SimSun"/>
          <w:color w:val="000000"/>
        </w:rPr>
        <w:t>本题主要考查了解一元一次方程以及非负整数的理解，正确解答一元一次方程成为解答本题的关键．</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 name="图片 1"/>
                    <pic:cNvPicPr>
                      <a:picLocks noChangeAspect="1" noChangeArrowheads="1"/>
                    </pic:cNvPicPr>
                  </pic:nvPicPr>
                  <pic:blipFill>
                    <a:blip r:embed="rId799"/>
                    <a:srcRect l="-21" t="-74" r="-21" b="-74"/>
                    <a:stretch>
                      <a:fillRect/>
                    </a:stretch>
                  </pic:blipFill>
                  <pic:spPr bwMode="auto">
                    <a:xfrm>
                      <a:off x="0" y="0"/>
                      <a:ext cx="1724025" cy="485775"/>
                    </a:xfrm>
                    <a:prstGeom prst="rect">
                      <a:avLst/>
                    </a:prstGeom>
                    <a:noFill/>
                  </pic:spPr>
                </pic:pic>
              </a:graphicData>
            </a:graphic>
          </wp:inline>
        </w:drawing>
      </w:r>
    </w:p>
    <w:p>
      <w:pPr>
        <w:pStyle w:val="Heading2"/>
      </w:pPr>
      <w:r>
        <w:t>第一六一中学</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阅读小明解方程的过程并回答问题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解方程：</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步骤①</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Times New Roman" w:eastAsia="Times New Roman" w:hAnsi="Times New Roman" w:cs="Times New Roman"/>
          <w:color w:val="000000"/>
        </w:rPr>
        <w:t>+6</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步骤②</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9</w:t>
      </w:r>
    </w:p>
    <w:p>
      <w:pPr>
        <w:spacing w:line="360" w:lineRule="auto"/>
        <w:jc w:val="left"/>
        <w:textAlignment w:val="center"/>
        <w:rPr>
          <w:rFonts w:ascii="宋体" w:eastAsia="宋体" w:hAnsi="宋体" w:cs="宋体"/>
          <w:color w:val="000000"/>
        </w:rPr>
      </w:pPr>
      <w:r>
        <w:rPr>
          <w:rFonts w:ascii="宋体" w:eastAsia="宋体" w:hAnsi="宋体" w:cs="宋体"/>
          <w:color w:val="000000"/>
        </w:rPr>
        <w:t>步骤③</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步骤④</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）上述变形中，由步骤①到步骤②变形的依据是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）你认为上述变形正确吗，如果不正确请指出错误的步骤，并说明不正确的理由．</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）等式的基本性质；（</w:t>
      </w:r>
      <w:r>
        <w:rPr>
          <w:rFonts w:ascii="Times New Roman" w:eastAsia="Times New Roman" w:hAnsi="Times New Roman" w:cs="Times New Roman"/>
          <w:color w:val="000000"/>
        </w:rPr>
        <w:t>2</w:t>
      </w:r>
      <w:r>
        <w:rPr>
          <w:rFonts w:ascii="宋体" w:eastAsia="宋体" w:hAnsi="宋体" w:cs="宋体"/>
          <w:color w:val="000000"/>
        </w:rPr>
        <w:t>）不正确，理由见解析</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）由步骤①到步骤②变形的依据是等式的基本性质或移项法则；</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）不正确，由步骤③到步骤④的变形不正确，理由是：小明没有考虑</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为</w:t>
      </w:r>
      <w:r>
        <w:rPr>
          <w:rFonts w:ascii="Times New Roman" w:eastAsia="Times New Roman" w:hAnsi="Times New Roman" w:cs="Times New Roman"/>
          <w:color w:val="000000"/>
        </w:rPr>
        <w:t>0</w:t>
      </w:r>
      <w:r>
        <w:rPr>
          <w:rFonts w:ascii="宋体" w:eastAsia="宋体" w:hAnsi="宋体" w:cs="宋体"/>
          <w:color w:val="000000"/>
        </w:rPr>
        <w:t>时的情况．</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）等式</w:t>
      </w:r>
      <w:r>
        <w:rPr>
          <w:rFonts w:ascii="宋体" w:eastAsia="宋体" w:hAnsi="宋体" w:cs="宋体"/>
          <w:color w:val="000000"/>
          <w:position w:val="0"/>
        </w:rPr>
        <w:drawing>
          <wp:inline>
            <wp:extent cx="133350" cy="177800"/>
            <wp:docPr id="27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 name=""/>
                    <pic:cNvPicPr>
                      <a:picLocks noChangeAspect="1"/>
                    </pic:cNvPicPr>
                  </pic:nvPicPr>
                  <pic:blipFill>
                    <a:blip r:embed="rId80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基本性质或移项法则；</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故答案为：等式的基本性质；</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）不正确，由步骤③到步骤④的变形不正确，理由是：</w:t>
      </w:r>
    </w:p>
    <w:p>
      <w:pPr>
        <w:spacing w:line="360" w:lineRule="auto"/>
        <w:jc w:val="left"/>
        <w:textAlignment w:val="center"/>
        <w:rPr>
          <w:rFonts w:ascii="宋体" w:eastAsia="宋体" w:hAnsi="宋体" w:cs="宋体"/>
          <w:color w:val="000000"/>
        </w:rPr>
      </w:pPr>
      <w:r>
        <w:rPr>
          <w:rFonts w:ascii="宋体" w:eastAsia="宋体" w:hAnsi="宋体" w:cs="宋体"/>
          <w:color w:val="000000"/>
        </w:rPr>
        <w:t>等式的基本性质说等式的两边都除以同一个非零数等式依然成立，</w:t>
      </w:r>
    </w:p>
    <w:p>
      <w:pPr>
        <w:spacing w:line="360" w:lineRule="auto"/>
        <w:jc w:val="left"/>
        <w:textAlignment w:val="center"/>
        <w:rPr>
          <w:rFonts w:ascii="宋体" w:eastAsia="宋体" w:hAnsi="宋体" w:cs="宋体"/>
          <w:color w:val="000000"/>
        </w:rPr>
      </w:pPr>
      <w:r>
        <w:rPr>
          <w:rFonts w:ascii="宋体" w:eastAsia="宋体" w:hAnsi="宋体" w:cs="宋体"/>
          <w:color w:val="000000"/>
        </w:rPr>
        <w:t>显然小明没有考虑到（</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）的值可能为零，所以不能两边同时除以（</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本题考查了解一元一次方程，其步骤为：去分母，去括号，移项合并，将未知数系数化为</w:t>
      </w:r>
      <w:r>
        <w:rPr>
          <w:rFonts w:ascii="Times New Roman" w:eastAsia="Times New Roman" w:hAnsi="Times New Roman" w:cs="Times New Roman"/>
          <w:color w:val="000000"/>
        </w:rPr>
        <w:t>1</w:t>
      </w:r>
      <w:r>
        <w:rPr>
          <w:rFonts w:ascii="宋体" w:eastAsia="宋体" w:hAnsi="宋体" w:cs="宋体"/>
          <w:color w:val="000000"/>
        </w:rPr>
        <w:t>，求出解．</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在数轴上，点</w:t>
      </w:r>
      <w:r>
        <w:rPr>
          <w:rFonts w:ascii="Times New Roman" w:eastAsia="Times New Roman" w:hAnsi="Times New Roman" w:cs="Times New Roman"/>
          <w:i/>
          <w:color w:val="000000"/>
        </w:rPr>
        <w:t>A</w:t>
      </w:r>
      <w:r>
        <w:rPr>
          <w:rFonts w:ascii="宋体" w:eastAsia="宋体" w:hAnsi="宋体" w:cs="宋体"/>
          <w:color w:val="000000"/>
        </w:rPr>
        <w:t>向右移动</w:t>
      </w:r>
      <w:r>
        <w:rPr>
          <w:rFonts w:ascii="Times New Roman" w:eastAsia="Times New Roman" w:hAnsi="Times New Roman" w:cs="Times New Roman"/>
          <w:color w:val="000000"/>
        </w:rPr>
        <w:t>1</w:t>
      </w:r>
      <w:r>
        <w:rPr>
          <w:rFonts w:ascii="宋体" w:eastAsia="宋体" w:hAnsi="宋体" w:cs="宋体"/>
          <w:color w:val="000000"/>
        </w:rPr>
        <w:t>个单位得到点</w:t>
      </w:r>
      <w:r>
        <w:rPr>
          <w:rFonts w:ascii="Times New Roman" w:eastAsia="Times New Roman" w:hAnsi="Times New Roman" w:cs="Times New Roman"/>
          <w:i/>
          <w:color w:val="000000"/>
        </w:rPr>
        <w:t>B</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向右移动（</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为正整数）个单位得到点</w:t>
      </w:r>
      <w:r>
        <w:rPr>
          <w:rFonts w:ascii="Times New Roman" w:eastAsia="Times New Roman" w:hAnsi="Times New Roman" w:cs="Times New Roman"/>
          <w:i/>
          <w:color w:val="000000"/>
        </w:rPr>
        <w:t>C</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分别表示有理数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①</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三点在数轴上的位置如图所示，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三个数的乘积为正数，数轴上原点的位置可能</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A</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左侧或在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w:t>
      </w:r>
      <w:r>
        <w:rPr>
          <w:rFonts w:ascii="Times New Roman" w:eastAsia="Times New Roman" w:hAnsi="Times New Roman" w:cs="Times New Roman"/>
          <w:color w:val="000000"/>
        </w:rPr>
        <w:t xml:space="preserve">  B</w:t>
      </w:r>
      <w:r>
        <w:rPr>
          <w:rFonts w:ascii="宋体" w:eastAsia="宋体" w:hAnsi="宋体" w:cs="宋体"/>
          <w:color w:val="000000"/>
        </w:rPr>
        <w:t>．在点</w:t>
      </w:r>
      <w:r>
        <w:rPr>
          <w:rFonts w:ascii="Times New Roman" w:eastAsia="Times New Roman" w:hAnsi="Times New Roman" w:cs="Times New Roman"/>
          <w:i/>
          <w:color w:val="000000"/>
        </w:rPr>
        <w:t>C</w:t>
      </w:r>
      <w:r>
        <w:rPr>
          <w:rFonts w:ascii="宋体" w:eastAsia="宋体" w:hAnsi="宋体" w:cs="宋体"/>
          <w:color w:val="000000"/>
        </w:rPr>
        <w:t>右侧或在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C</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左侧或在</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两点之间</w:t>
      </w:r>
      <w:r>
        <w:rPr>
          <w:rFonts w:ascii="Times New Roman" w:eastAsia="Times New Roman" w:hAnsi="Times New Roman" w:cs="Times New Roman"/>
          <w:color w:val="000000"/>
        </w:rPr>
        <w:t xml:space="preserve">  D</w:t>
      </w:r>
      <w:r>
        <w:rPr>
          <w:rFonts w:ascii="宋体" w:eastAsia="宋体" w:hAnsi="宋体" w:cs="宋体"/>
          <w:color w:val="000000"/>
        </w:rPr>
        <w:t>．在点</w:t>
      </w:r>
      <w:r>
        <w:rPr>
          <w:rFonts w:ascii="Times New Roman" w:eastAsia="Times New Roman" w:hAnsi="Times New Roman" w:cs="Times New Roman"/>
          <w:i/>
          <w:color w:val="000000"/>
        </w:rPr>
        <w:t>C</w:t>
      </w:r>
      <w:r>
        <w:rPr>
          <w:rFonts w:ascii="宋体" w:eastAsia="宋体" w:hAnsi="宋体" w:cs="宋体"/>
          <w:color w:val="000000"/>
        </w:rPr>
        <w:t>右侧或在</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两点之间</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②</w:t>
      </w:r>
      <w:r>
        <w:rPr>
          <w:rFonts w:ascii="宋体" w:eastAsia="宋体" w:hAnsi="宋体" w:cs="宋体"/>
          <w:color w:val="000000"/>
        </w:rPr>
        <w:t>若这三个数的和与其中的一个数相等，求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）将点</w:t>
      </w:r>
      <w:r>
        <w:rPr>
          <w:rFonts w:ascii="Times New Roman" w:eastAsia="Times New Roman" w:hAnsi="Times New Roman" w:cs="Times New Roman"/>
          <w:i/>
          <w:color w:val="000000"/>
        </w:rPr>
        <w:t>C</w:t>
      </w:r>
      <w:r>
        <w:rPr>
          <w:rFonts w:ascii="宋体" w:eastAsia="宋体" w:hAnsi="宋体" w:cs="宋体"/>
          <w:color w:val="000000"/>
        </w:rPr>
        <w:t>向右移动（</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）个单位得到点</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表示有理数</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四个数的积为正数，这四个数的和与其中的两个数的和相等，且</w:t>
      </w:r>
      <w:r>
        <w:rPr>
          <w:rFonts w:ascii="Times New Roman" w:eastAsia="Times New Roman" w:hAnsi="Times New Roman" w:cs="Times New Roman"/>
          <w:i/>
          <w:color w:val="000000"/>
        </w:rPr>
        <w:t>a</w:t>
      </w:r>
      <w:r>
        <w:rPr>
          <w:rFonts w:ascii="宋体" w:eastAsia="宋体" w:hAnsi="宋体" w:cs="宋体"/>
          <w:color w:val="000000"/>
        </w:rPr>
        <w:t>为整数，请用含</w:t>
      </w:r>
      <w:r>
        <w:rPr>
          <w:rFonts w:ascii="Times New Roman" w:eastAsia="Times New Roman" w:hAnsi="Times New Roman" w:cs="Times New Roman"/>
          <w:i/>
          <w:color w:val="000000"/>
        </w:rPr>
        <w:t>n</w:t>
      </w:r>
      <w:r>
        <w:rPr>
          <w:rFonts w:ascii="宋体" w:eastAsia="宋体" w:hAnsi="宋体" w:cs="宋体"/>
          <w:color w:val="000000"/>
        </w:rPr>
        <w:t>的代数式表示</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2743200" cy="428625"/>
            <wp:docPr id="27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6" name=""/>
                    <pic:cNvPicPr>
                      <a:picLocks noChangeAspect="1"/>
                    </pic:cNvPicPr>
                  </pic:nvPicPr>
                  <pic:blipFill>
                    <a:blip r:embed="rId801"/>
                    <a:stretch>
                      <a:fillRect/>
                    </a:stretch>
                  </pic:blipFill>
                  <pic:spPr>
                    <a:xfrm>
                      <a:off x="0" y="0"/>
                      <a:ext cx="2743200" cy="428625"/>
                    </a:xfrm>
                    <a:prstGeom prst="rect">
                      <a:avLst/>
                    </a:prstGeom>
                  </pic:spPr>
                </pic:pic>
              </a:graphicData>
            </a:graphic>
          </wp:inline>
        </w:drawing>
      </w:r>
      <w:r>
        <w:rPr>
          <w:rFonts w:ascii="宋体" w:eastAsia="宋体" w:hAnsi="宋体" w:cs="宋体"/>
          <w:color w:val="000000"/>
        </w:rPr>
        <w:br/>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C</w:t>
      </w:r>
      <w:r>
        <w:rPr>
          <w:rFonts w:ascii="宋体" w:eastAsia="宋体" w:hAnsi="宋体" w:cs="宋体"/>
          <w:color w:val="000000"/>
        </w:rPr>
        <w:t>；②</w:t>
      </w:r>
      <w:r>
        <w:rPr>
          <w:rFonts w:ascii="Times New Roman" w:eastAsia="Times New Roman" w:hAnsi="Times New Roman" w:cs="Times New Roman"/>
          <w:i/>
          <w:color w:val="000000"/>
        </w:rPr>
        <w:t>a</w:t>
      </w:r>
      <w:r>
        <w:rPr>
          <w:rFonts w:ascii="宋体" w:eastAsia="宋体" w:hAnsi="宋体" w:cs="宋体"/>
          <w:color w:val="000000"/>
        </w:rPr>
        <w:t>的值为</w:t>
      </w:r>
      <w:r>
        <w:pict>
          <v:shape id="_x0000_i707387" type="#_x0000_t75" alt="学科网(www.zxxk.com)--教育资源门户，提供试卷、教案、课件、论文、素材以及各类教学资源下载，还有大量而丰富的教学相关资讯！" style="width:14.25pt;height:11.25pt" o:oleicon="f" o:ole="">
            <v:imagedata r:id="rId802" o:title="eqId274a9dc37509f01c2606fb3086a46f4f"/>
          </v:shape>
        </w:pict>
      </w:r>
      <w:r>
        <w:rPr>
          <w:rFonts w:ascii="宋体" w:eastAsia="宋体" w:hAnsi="宋体" w:cs="宋体"/>
          <w:color w:val="000000"/>
        </w:rPr>
        <w:t>或</w:t>
      </w:r>
      <w:r>
        <w:pict>
          <v:shape id="_x0000_i707388" type="#_x0000_t75" alt="学科网(www.zxxk.com)--教育资源门户，提供试卷、教案、课件、论文、素材以及各类教学资源下载，还有大量而丰富的教学相关资讯！" style="width:20pt;height:31pt" o:oleicon="f" o:ole="">
            <v:imagedata r:id="rId803" o:title="eqId4e8b4bbd2f9912adfc9864c0e1e76a9d"/>
          </v:shape>
        </w:pict>
      </w:r>
      <w:r>
        <w:rPr>
          <w:rFonts w:ascii="宋体" w:eastAsia="宋体" w:hAnsi="宋体" w:cs="宋体"/>
          <w:color w:val="000000"/>
        </w:rPr>
        <w:t>或</w:t>
      </w:r>
      <w:r>
        <w:pict>
          <v:shape id="_x0000_i707389" type="#_x0000_t75" alt="学科网(www.zxxk.com)--教育资源门户，提供试卷、教案、课件、论文、素材以及各类教学资源下载，还有大量而丰富的教学相关资讯！" style="width:20.2pt;height:31.1pt" o:oleicon="f" o:ole="">
            <v:imagedata r:id="rId804" o:title="eqId3389f53711264b0acba3ba6019f8b908"/>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pict>
          <v:shape id="_x0000_i707390" type="#_x0000_t75" alt="学科网(www.zxxk.com)--教育资源门户，提供试卷、教案、课件、论文、素材以及各类教学资源下载，还有大量而丰富的教学相关资讯！" style="width:9.75pt;height:11.25pt" o:oleicon="f" o:ole="">
            <v:imagedata r:id="rId805" o:title="eqIdb6a24198bd04c29321ae5dc5a28fe421"/>
          </v:shape>
        </w:pict>
      </w:r>
      <w:r>
        <w:rPr>
          <w:rFonts w:ascii="宋体" w:eastAsia="宋体" w:hAnsi="宋体" w:cs="宋体"/>
          <w:color w:val="000000"/>
        </w:rPr>
        <w:t>为奇数时，</w:t>
      </w:r>
      <w:r>
        <w:pict>
          <v:shape id="_x0000_i707391" type="#_x0000_t75" alt="学科网(www.zxxk.com)--教育资源门户，提供试卷、教案、课件、论文、素材以及各类教学资源下载，还有大量而丰富的教学相关资讯！" style="width:54pt;height:30.75pt" o:oleicon="f" o:ole="">
            <v:imagedata r:id="rId806" o:title="eqId16219a45dbed4ee08d11c5e637176710"/>
          </v:shape>
        </w:pict>
      </w:r>
      <w:r>
        <w:rPr>
          <w:rFonts w:ascii="宋体" w:eastAsia="宋体" w:hAnsi="宋体" w:cs="宋体"/>
          <w:color w:val="000000"/>
        </w:rPr>
        <w:t>，当</w:t>
      </w:r>
      <w:r>
        <w:pict>
          <v:shape id="_x0000_i707392" type="#_x0000_t75" alt="学科网(www.zxxk.com)--教育资源门户，提供试卷、教案、课件、论文、素材以及各类教学资源下载，还有大量而丰富的教学相关资讯！" style="width:9.75pt;height:11.25pt" o:oleicon="f" o:ole="">
            <v:imagedata r:id="rId805" o:title="eqIdb6a24198bd04c29321ae5dc5a28fe421"/>
          </v:shape>
        </w:pict>
      </w:r>
      <w:r>
        <w:rPr>
          <w:rFonts w:ascii="宋体" w:eastAsia="宋体" w:hAnsi="宋体" w:cs="宋体"/>
          <w:color w:val="000000"/>
        </w:rPr>
        <w:t>为偶数时，</w:t>
      </w:r>
      <w:r>
        <w:pict>
          <v:shape id="_x0000_i707393" type="#_x0000_t75" alt="学科网(www.zxxk.com)--教育资源门户，提供试卷、教案、课件、论文、素材以及各类教学资源下载，还有大量而丰富的教学相关资讯！" style="width:54.75pt;height:30.75pt" o:oleicon="f" o:ole="">
            <v:imagedata r:id="rId807" o:title="eqId28c8a1877111624679b4f6bfea5fb9fb"/>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）①把</w:t>
      </w:r>
      <w:r>
        <w:pict>
          <v:shape id="_x0000_i707394" type="#_x0000_t75" alt="学科网(www.zxxk.com)--教育资源门户，提供试卷、教案、课件、论文、素材以及各类教学资源下载，还有大量而丰富的教学相关资讯！" style="width:26.25pt;height:13.5pt" o:oleicon="f" o:ole="">
            <v:imagedata r:id="rId808" o:title="eqIdc87b351f16728b0023fd63678f8103c7"/>
          </v:shape>
        </w:pict>
      </w:r>
      <w:r>
        <w:rPr>
          <w:rFonts w:ascii="宋体" w:eastAsia="宋体" w:hAnsi="宋体" w:cs="宋体"/>
          <w:color w:val="000000"/>
        </w:rPr>
        <w:t>代入即可得出</w:t>
      </w:r>
      <w:r>
        <w:pict>
          <v:shape id="_x0000_i707395" type="#_x0000_t75" alt="学科网(www.zxxk.com)--教育资源门户，提供试卷、教案、课件、论文、素材以及各类教学资源下载，还有大量而丰富的教学相关资讯！" style="width:35.4pt;height:12.6pt" o:oleicon="f" o:ole="">
            <v:imagedata r:id="rId809" o:title="eqIdced06b71073e1bb777f326f06016ce17"/>
          </v:shape>
        </w:pict>
      </w:r>
      <w:r>
        <w:rPr>
          <w:rFonts w:ascii="宋体" w:eastAsia="宋体" w:hAnsi="宋体" w:cs="宋体"/>
          <w:color w:val="000000"/>
        </w:rPr>
        <w:t>，</w:t>
      </w:r>
      <w:r>
        <w:pict>
          <v:shape id="_x0000_i707396" type="#_x0000_t75" alt="学科网(www.zxxk.com)--教育资源门户，提供试卷、教案、课件、论文、素材以及各类教学资源下载，还有大量而丰富的教学相关资讯！" style="width:38.25pt;height:14.25pt" o:oleicon="f" o:ole="">
            <v:imagedata r:id="rId810" o:title="eqIdef0402dd5ae3db10281f9f1e11738bcb"/>
          </v:shape>
        </w:pict>
      </w:r>
      <w:r>
        <w:rPr>
          <w:rFonts w:ascii="宋体" w:eastAsia="宋体" w:hAnsi="宋体" w:cs="宋体"/>
          <w:color w:val="000000"/>
        </w:rPr>
        <w:t>，再根据</w:t>
      </w:r>
      <w:r>
        <w:pict>
          <v:shape id="_x0000_i707397" type="#_x0000_t75" alt="学科网(www.zxxk.com)--教育资源门户，提供试卷、教案、课件、论文、素材以及各类教学资源下载，还有大量而丰富的教学相关资讯！" style="width:9pt;height:9.75pt" o:oleicon="f" o:ole="">
            <v:imagedata r:id="rId811" o:title="eqId0a6936d370d6a238a608ca56f87198de"/>
          </v:shape>
        </w:pict>
      </w:r>
      <w:r>
        <w:rPr>
          <w:rFonts w:ascii="宋体" w:eastAsia="宋体" w:hAnsi="宋体" w:cs="宋体"/>
          <w:color w:val="000000"/>
        </w:rPr>
        <w:t>、</w:t>
      </w:r>
      <w:r>
        <w:pict>
          <v:shape id="_x0000_i707398" type="#_x0000_t75" alt="学科网(www.zxxk.com)--教育资源门户，提供试卷、教案、课件、论文、素材以及各类教学资源下载，还有大量而丰富的教学相关资讯！" style="width:9.9pt;height:14.35pt" o:oleicon="f" o:ole="">
            <v:imagedata r:id="rId812" o:title="eqId2c94bb12cee76221e13f9ef955b0aab1"/>
          </v:shape>
        </w:pict>
      </w:r>
      <w:r>
        <w:rPr>
          <w:rFonts w:ascii="宋体" w:eastAsia="宋体" w:hAnsi="宋体" w:cs="宋体"/>
          <w:color w:val="000000"/>
        </w:rPr>
        <w:t>、</w:t>
      </w:r>
      <w:r>
        <w:pict>
          <v:shape id="_x0000_i707399" type="#_x0000_t75" alt="学科网(www.zxxk.com)--教育资源门户，提供试卷、教案、课件、论文、素材以及各类教学资源下载，还有大量而丰富的教学相关资讯！" style="width:9pt;height:11.25pt" o:oleicon="f" o:ole="">
            <v:imagedata r:id="rId813" o:title="eqId071a7e733d466949ac935b4b8ee8d183"/>
          </v:shape>
        </w:pict>
      </w:r>
      <w:r>
        <w:rPr>
          <w:rFonts w:ascii="宋体" w:eastAsia="宋体" w:hAnsi="宋体" w:cs="宋体"/>
          <w:color w:val="000000"/>
        </w:rPr>
        <w:t>三个数的乘积为正数即可选择出答案；</w:t>
      </w:r>
    </w:p>
    <w:p>
      <w:pPr>
        <w:spacing w:line="360" w:lineRule="auto"/>
        <w:jc w:val="left"/>
        <w:textAlignment w:val="center"/>
        <w:rPr>
          <w:rFonts w:ascii="宋体" w:eastAsia="宋体" w:hAnsi="宋体" w:cs="宋体"/>
          <w:color w:val="000000"/>
        </w:rPr>
      </w:pPr>
      <w:r>
        <w:rPr>
          <w:rFonts w:ascii="宋体" w:eastAsia="宋体" w:hAnsi="宋体" w:cs="宋体"/>
          <w:color w:val="000000"/>
        </w:rPr>
        <w:t>②分三种情况逐个计算即可求得答案；</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）分两种情况讨论：当</w:t>
      </w:r>
      <w:r>
        <w:pict>
          <v:shape id="_x0000_i707400" type="#_x0000_t75" alt="学科网(www.zxxk.com)--教育资源门户，提供试卷、教案、课件、论文、素材以及各类教学资源下载，还有大量而丰富的教学相关资讯！" style="width:9.75pt;height:11.25pt" o:oleicon="f" o:ole="">
            <v:imagedata r:id="rId814" o:title="eqIdb6a24198bd04c29321ae5dc5a28fe421"/>
          </v:shape>
        </w:pict>
      </w:r>
      <w:r>
        <w:rPr>
          <w:rFonts w:ascii="宋体" w:eastAsia="宋体" w:hAnsi="宋体" w:cs="宋体"/>
          <w:color w:val="000000"/>
        </w:rPr>
        <w:t>为奇数时；当</w:t>
      </w:r>
      <w:r>
        <w:pict>
          <v:shape id="_x0000_i707401" type="#_x0000_t75" alt="学科网(www.zxxk.com)--教育资源门户，提供试卷、教案、课件、论文、素材以及各类教学资源下载，还有大量而丰富的教学相关资讯！" style="width:9.75pt;height:11.25pt" o:oleicon="f" o:ole="">
            <v:imagedata r:id="rId814" o:title="eqIdb6a24198bd04c29321ae5dc5a28fe421"/>
          </v:shape>
        </w:pict>
      </w:r>
      <w:r>
        <w:rPr>
          <w:rFonts w:ascii="宋体" w:eastAsia="宋体" w:hAnsi="宋体" w:cs="宋体"/>
          <w:color w:val="000000"/>
        </w:rPr>
        <w:t>为偶数时；用含</w:t>
      </w:r>
      <w:r>
        <w:pict>
          <v:shape id="_x0000_i707402" type="#_x0000_t75" alt="学科网(www.zxxk.com)--教育资源门户，提供试卷、教案、课件、论文、素材以及各类教学资源下载，还有大量而丰富的教学相关资讯！" style="width:9.75pt;height:11.25pt" o:oleicon="f" o:ole="">
            <v:imagedata r:id="rId814" o:title="eqIdb6a24198bd04c29321ae5dc5a28fe421"/>
          </v:shape>
        </w:pict>
      </w:r>
      <w:r>
        <w:rPr>
          <w:rFonts w:ascii="宋体" w:eastAsia="宋体" w:hAnsi="宋体" w:cs="宋体"/>
          <w:color w:val="000000"/>
        </w:rPr>
        <w:t>的代数式表示</w:t>
      </w:r>
      <w:r>
        <w:pict>
          <v:shape id="_x0000_i707403" type="#_x0000_t75" alt="学科网(www.zxxk.com)--教育资源门户，提供试卷、教案、课件、论文、素材以及各类教学资源下载，还有大量而丰富的教学相关资讯！" style="width:9pt;height:9.75pt" o:oleicon="f" o:ole="">
            <v:imagedata r:id="rId815" o:title="eqId0a6936d370d6a238a608ca56f87198de"/>
          </v:shape>
        </w:pict>
      </w:r>
      <w:r>
        <w:rPr>
          <w:rFonts w:ascii="宋体" w:eastAsia="宋体" w:hAnsi="宋体" w:cs="宋体"/>
          <w:color w:val="000000"/>
        </w:rPr>
        <w:t>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）①把</w:t>
      </w:r>
      <w:r>
        <w:pict>
          <v:shape id="_x0000_i707404" type="#_x0000_t75" alt="学科网(www.zxxk.com)--教育资源门户，提供试卷、教案、课件、论文、素材以及各类教学资源下载，还有大量而丰富的教学相关资讯！" style="width:26.25pt;height:13.5pt" o:oleicon="f" o:ole="">
            <v:imagedata r:id="rId816" o:title="eqIdc87b351f16728b0023fd63678f8103c7"/>
          </v:shape>
        </w:pict>
      </w:r>
      <w:r>
        <w:rPr>
          <w:rFonts w:ascii="宋体" w:eastAsia="宋体" w:hAnsi="宋体" w:cs="宋体"/>
          <w:color w:val="000000"/>
        </w:rPr>
        <w:t>代入即可得出</w:t>
      </w:r>
      <w:r>
        <w:pict>
          <v:shape id="_x0000_i707405" type="#_x0000_t75" alt="学科网(www.zxxk.com)--教育资源门户，提供试卷、教案、课件、论文、素材以及各类教学资源下载，还有大量而丰富的教学相关资讯！" style="width:35.4pt;height:12.6pt" o:oleicon="f" o:ole="">
            <v:imagedata r:id="rId817" o:title="eqIdced06b71073e1bb777f326f06016ce17"/>
          </v:shape>
        </w:pict>
      </w:r>
      <w:r>
        <w:rPr>
          <w:rFonts w:ascii="宋体" w:eastAsia="宋体" w:hAnsi="宋体" w:cs="宋体"/>
          <w:color w:val="000000"/>
        </w:rPr>
        <w:t>，</w:t>
      </w:r>
      <w:r>
        <w:pict>
          <v:shape id="_x0000_i707406" type="#_x0000_t75" alt="学科网(www.zxxk.com)--教育资源门户，提供试卷、教案、课件、论文、素材以及各类教学资源下载，还有大量而丰富的教学相关资讯！" style="width:38.25pt;height:14.25pt" o:oleicon="f" o:ole="">
            <v:imagedata r:id="rId818" o:title="eqIdef0402dd5ae3db10281f9f1e11738bc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407" type="#_x0000_t75" alt="学科网(www.zxxk.com)--教育资源门户，提供试卷、教案、课件、论文、素材以及各类教学资源下载，还有大量而丰富的教学相关资讯！" style="width:20.1pt;height:11.1pt" o:oleicon="f" o:ole="">
            <v:imagedata r:id="rId819" o:title="eqId6ef4438afa7178a1c3c128635635d914"/>
          </v:shape>
        </w:pict>
      </w:r>
      <w:r>
        <w:rPr>
          <w:rFonts w:ascii="宋体" w:eastAsia="宋体" w:hAnsi="宋体" w:cs="宋体"/>
          <w:color w:val="000000"/>
        </w:rPr>
        <w:t>、</w:t>
      </w:r>
      <w:r>
        <w:pict>
          <v:shape id="_x0000_i707408" type="#_x0000_t75" alt="学科网(www.zxxk.com)--教育资源门户，提供试卷、教案、课件、论文、素材以及各类教学资源下载，还有大量而丰富的教学相关资讯！" style="width:9.9pt;height:14.35pt" o:oleicon="f" o:ole="">
            <v:imagedata r:id="rId820" o:title="eqId2c94bb12cee76221e13f9ef955b0aab1"/>
          </v:shape>
        </w:pict>
      </w:r>
      <w:r>
        <w:rPr>
          <w:rFonts w:ascii="宋体" w:eastAsia="宋体" w:hAnsi="宋体" w:cs="宋体"/>
          <w:color w:val="000000"/>
        </w:rPr>
        <w:t>、</w:t>
      </w:r>
      <w:r>
        <w:pict>
          <v:shape id="_x0000_i707409" type="#_x0000_t75" alt="学科网(www.zxxk.com)--教育资源门户，提供试卷、教案、课件、论文、素材以及各类教学资源下载，还有大量而丰富的教学相关资讯！" style="width:9pt;height:11.25pt" o:oleicon="f" o:ole="">
            <v:imagedata r:id="rId821" o:title="eqId071a7e733d466949ac935b4b8ee8d183"/>
          </v:shape>
        </w:pict>
      </w:r>
      <w:r>
        <w:rPr>
          <w:rFonts w:ascii="宋体" w:eastAsia="宋体" w:hAnsi="宋体" w:cs="宋体"/>
          <w:color w:val="000000"/>
        </w:rPr>
        <w:t>三个数的乘积为正数，</w:t>
      </w:r>
    </w:p>
    <w:p>
      <w:pPr>
        <w:spacing w:line="360" w:lineRule="auto"/>
        <w:jc w:val="left"/>
        <w:textAlignment w:val="center"/>
        <w:rPr>
          <w:rFonts w:ascii="宋体" w:eastAsia="宋体" w:hAnsi="宋体" w:cs="宋体"/>
          <w:color w:val="000000"/>
        </w:rPr>
      </w:pPr>
      <w:r>
        <w:pict>
          <v:shape id="_x0000_i707410" type="#_x0000_t75" alt="学科网(www.zxxk.com)--教育资源门户，提供试卷、教案、课件、论文、素材以及各类教学资源下载，还有大量而丰富的教学相关资讯！" style="width:9.75pt;height:9pt" o:oleicon="f" o:ole="">
            <v:imagedata r:id="rId822" o:title="eqId2de0d10ef8b748d4531250c37c5d3f9e"/>
          </v:shape>
        </w:pict>
      </w:r>
      <w:r>
        <w:rPr>
          <w:rFonts w:ascii="宋体" w:eastAsia="宋体" w:hAnsi="宋体" w:cs="宋体"/>
          <w:color w:val="000000"/>
        </w:rPr>
        <w:t>从而可得出原点在点</w:t>
      </w:r>
      <w:r>
        <w:pict>
          <v:shape id="_x0000_i707411" type="#_x0000_t75" alt="学科网(www.zxxk.com)--教育资源门户，提供试卷、教案、课件、论文、素材以及各类教学资源下载，还有大量而丰富的教学相关资讯！" style="width:12pt;height:12pt" o:oleicon="f" o:ole="">
            <v:imagedata r:id="rId823" o:title="eqId5963abe8f421bd99a2aaa94831a951e9"/>
          </v:shape>
        </w:pict>
      </w:r>
      <w:r>
        <w:rPr>
          <w:rFonts w:ascii="宋体" w:eastAsia="宋体" w:hAnsi="宋体" w:cs="宋体"/>
          <w:color w:val="000000"/>
        </w:rPr>
        <w:t>左侧或在</w:t>
      </w:r>
      <w:r>
        <w:pict>
          <v:shape id="_x0000_i707412" type="#_x0000_t75" alt="学科网(www.zxxk.com)--教育资源门户，提供试卷、教案、课件、论文、素材以及各类教学资源下载，还有大量而丰富的教学相关资讯！" style="width:9.75pt;height:10.5pt" o:oleicon="f" o:ole="">
            <v:imagedata r:id="rId824" o:title="eqId7f9e8449aad35c5d840a3395ea86df6d"/>
          </v:shape>
        </w:pict>
      </w:r>
      <w:r>
        <w:rPr>
          <w:rFonts w:ascii="宋体" w:eastAsia="宋体" w:hAnsi="宋体" w:cs="宋体"/>
          <w:color w:val="000000"/>
        </w:rPr>
        <w:t>、</w:t>
      </w:r>
      <w:r>
        <w:pict>
          <v:shape id="_x0000_i707413" type="#_x0000_t75" alt="学科网(www.zxxk.com)--教育资源门户，提供试卷、教案、课件、论文、素材以及各类教学资源下载，还有大量而丰富的教学相关资讯！" style="width:11.9pt;height:14.4pt" o:oleicon="f" o:ole="">
            <v:imagedata r:id="rId825" o:title="eqIdc5db41a1f31d6baee7c69990811edb9f"/>
          </v:shape>
        </w:pict>
      </w:r>
      <w:r>
        <w:rPr>
          <w:rFonts w:ascii="宋体" w:eastAsia="宋体" w:hAnsi="宋体" w:cs="宋体"/>
          <w:color w:val="000000"/>
        </w:rPr>
        <w:t>两点之间．</w:t>
      </w:r>
    </w:p>
    <w:p>
      <w:pPr>
        <w:spacing w:line="360" w:lineRule="auto"/>
        <w:jc w:val="left"/>
        <w:textAlignment w:val="center"/>
        <w:rPr>
          <w:rFonts w:ascii="宋体" w:eastAsia="宋体" w:hAnsi="宋体" w:cs="宋体"/>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②由题意可得：</w:t>
      </w:r>
      <w:r>
        <w:pict>
          <v:shape id="_x0000_i707414" type="#_x0000_t75" alt="学科网(www.zxxk.com)--教育资源门户，提供试卷、教案、课件、论文、素材以及各类教学资源下载，还有大量而丰富的教学相关资讯！" style="width:42pt;height:14.4pt" o:oleicon="f" o:ole="">
            <v:imagedata r:id="rId826" o:title="eqId154c0fe2aaaa1f7c3bdde6db950e6583"/>
          </v:shape>
        </w:pict>
      </w:r>
      <w:r>
        <w:rPr>
          <w:rFonts w:ascii="宋体" w:eastAsia="宋体" w:hAnsi="宋体" w:cs="宋体"/>
          <w:color w:val="000000"/>
        </w:rPr>
        <w:t>，</w:t>
      </w:r>
      <w:r>
        <w:pict>
          <v:shape id="_x0000_i707415" type="#_x0000_t75" alt="学科网(www.zxxk.com)--教育资源门户，提供试卷、教案、课件、论文、素材以及各类教学资源下载，还有大量而丰富的教学相关资讯！" style="width:39pt;height:12.75pt" o:oleicon="f" o:ole="">
            <v:imagedata r:id="rId827" o:title="eqIdd83fb12cd5c013cb064e9aef090ce60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7416" type="#_x0000_t75" alt="学科网(www.zxxk.com)--教育资源门户，提供试卷、教案、课件、论文、素材以及各类教学资源下载，还有大量而丰富的教学相关资讯！" style="width:84.55pt;height:12.55pt" o:oleicon="f" o:ole="">
            <v:imagedata r:id="rId828" o:title="eqId9ddaa92a89448249c363cf1ce68b2cc3"/>
          </v:shape>
        </w:pict>
      </w:r>
      <w:r>
        <w:rPr>
          <w:rFonts w:ascii="宋体" w:eastAsia="宋体" w:hAnsi="宋体" w:cs="宋体"/>
          <w:color w:val="000000"/>
        </w:rPr>
        <w:t>时，则</w:t>
      </w:r>
      <w:r>
        <w:pict>
          <v:shape id="_x0000_i707417" type="#_x0000_t75" alt="学科网(www.zxxk.com)--教育资源门户，提供试卷、教案、课件、论文、素材以及各类教学资源下载，还有大量而丰富的教学相关资讯！" style="width:30.75pt;height:12.75pt" o:oleicon="f" o:ole="">
            <v:imagedata r:id="rId829" o:title="eqIdf22a4a0dd7307a1323d25331e60782d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7418" type="#_x0000_t75" alt="学科网(www.zxxk.com)--教育资源门户，提供试卷、教案、课件、论文、素材以及各类教学资源下载，还有大量而丰富的教学相关资讯！" style="width:98.2pt;height:12.55pt" o:oleicon="f" o:ole="">
            <v:imagedata r:id="rId830" o:title="eqId557bcc251056426fb3f399e0b5b9b5cb"/>
          </v:shape>
        </w:pict>
      </w:r>
      <w:r>
        <w:rPr>
          <w:rFonts w:ascii="宋体" w:eastAsia="宋体" w:hAnsi="宋体" w:cs="宋体"/>
          <w:color w:val="000000"/>
        </w:rPr>
        <w:t>时，则</w:t>
      </w:r>
      <w:r>
        <w:pict>
          <v:shape id="_x0000_i707419" type="#_x0000_t75" alt="学科网(www.zxxk.com)--教育资源门户，提供试卷、教案、课件、论文、素材以及各类教学资源下载，还有大量而丰富的教学相关资讯！" style="width:38.25pt;height:30.75pt" o:oleicon="f" o:ole="">
            <v:imagedata r:id="rId831" o:title="eqId521976f4b831d5e16926de504af8356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7420" type="#_x0000_t75" alt="学科网(www.zxxk.com)--教育资源门户，提供试卷、教案、课件、论文、素材以及各类教学资源下载，还有大量而丰富的教学相关资讯！" style="width:99.25pt;height:12.55pt" o:oleicon="f" o:ole="">
            <v:imagedata r:id="rId832" o:title="eqId3ff3ea939d74d8cc89d67e8248fac8c8"/>
          </v:shape>
        </w:pict>
      </w:r>
      <w:r>
        <w:rPr>
          <w:rFonts w:ascii="宋体" w:eastAsia="宋体" w:hAnsi="宋体" w:cs="宋体"/>
          <w:color w:val="000000"/>
        </w:rPr>
        <w:t>时，则</w:t>
      </w:r>
      <w:r>
        <w:pict>
          <v:shape id="_x0000_i707421" type="#_x0000_t75" alt="学科网(www.zxxk.com)--教育资源门户，提供试卷、教案、课件、论文、素材以及各类教学资源下载，还有大量而丰富的教学相关资讯！" style="width:38.2pt;height:31.3pt" o:oleicon="f" o:ole="">
            <v:imagedata r:id="rId833" o:title="eqId37e9222ffc26c0e6bfbf252ab5d8a52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综上所述：</w:t>
      </w:r>
      <w:r>
        <w:rPr>
          <w:rFonts w:ascii="Times New Roman" w:eastAsia="Times New Roman" w:hAnsi="Times New Roman" w:cs="Times New Roman"/>
          <w:i/>
          <w:color w:val="000000"/>
        </w:rPr>
        <w:t>a</w:t>
      </w:r>
      <w:r>
        <w:rPr>
          <w:rFonts w:ascii="宋体" w:eastAsia="宋体" w:hAnsi="宋体" w:cs="宋体"/>
          <w:color w:val="000000"/>
        </w:rPr>
        <w:t>的值为</w:t>
      </w:r>
      <w:r>
        <w:pict>
          <v:shape id="_x0000_i707422" type="#_x0000_t75" alt="学科网(www.zxxk.com)--教育资源门户，提供试卷、教案、课件、论文、素材以及各类教学资源下载，还有大量而丰富的教学相关资讯！" style="width:14.25pt;height:11.25pt" o:oleicon="f" o:ole="">
            <v:imagedata r:id="rId834" o:title="eqId274a9dc37509f01c2606fb3086a46f4f"/>
          </v:shape>
        </w:pict>
      </w:r>
      <w:r>
        <w:rPr>
          <w:rFonts w:ascii="宋体" w:eastAsia="宋体" w:hAnsi="宋体" w:cs="宋体"/>
          <w:color w:val="000000"/>
        </w:rPr>
        <w:t>或</w:t>
      </w:r>
      <w:r>
        <w:pict>
          <v:shape id="_x0000_i707423" type="#_x0000_t75" alt="学科网(www.zxxk.com)--教育资源门户，提供试卷、教案、课件、论文、素材以及各类教学资源下载，还有大量而丰富的教学相关资讯！" style="width:20pt;height:31pt" o:oleicon="f" o:ole="">
            <v:imagedata r:id="rId835" o:title="eqId4e8b4bbd2f9912adfc9864c0e1e76a9d"/>
          </v:shape>
        </w:pict>
      </w:r>
      <w:r>
        <w:rPr>
          <w:rFonts w:ascii="宋体" w:eastAsia="宋体" w:hAnsi="宋体" w:cs="宋体"/>
          <w:color w:val="000000"/>
        </w:rPr>
        <w:t>或</w:t>
      </w:r>
      <w:r>
        <w:pict>
          <v:shape id="_x0000_i707424" type="#_x0000_t75" alt="学科网(www.zxxk.com)--教育资源门户，提供试卷、教案、课件、论文、素材以及各类教学资源下载，还有大量而丰富的教学相关资讯！" style="width:20.2pt;height:31.1pt" o:oleicon="f" o:ole="">
            <v:imagedata r:id="rId836" o:title="eqId3389f53711264b0acba3ba6019f8b90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）依据题意得，</w:t>
      </w:r>
      <w:r>
        <w:pict>
          <v:shape id="_x0000_i707425" type="#_x0000_t75" alt="学科网(www.zxxk.com)--教育资源门户，提供试卷、教案、课件、论文、素材以及各类教学资源下载，还有大量而丰富的教学相关资讯！" style="width:42pt;height:14.4pt" o:oleicon="f" o:ole="">
            <v:imagedata r:id="rId837" o:title="eqId154c0fe2aaaa1f7c3bdde6db950e6583"/>
          </v:shape>
        </w:pict>
      </w:r>
      <w:r>
        <w:rPr>
          <w:rFonts w:ascii="宋体" w:eastAsia="宋体" w:hAnsi="宋体" w:cs="宋体"/>
          <w:color w:val="000000"/>
        </w:rPr>
        <w:t>，</w:t>
      </w:r>
      <w:r>
        <w:pict>
          <v:shape id="_x0000_i707426" type="#_x0000_t75" alt="学科网(www.zxxk.com)--教育资源门户，提供试卷、教案、课件、论文、素材以及各类教学资源下载，还有大量而丰富的教学相关资讯！" style="width:110.25pt;height:14.25pt" o:oleicon="f" o:ole="">
            <v:imagedata r:id="rId838" o:title="eqIdc16a2ca7fd2df25972b48b659e176867"/>
          </v:shape>
        </w:pict>
      </w:r>
      <w:r>
        <w:rPr>
          <w:rFonts w:ascii="宋体" w:eastAsia="宋体" w:hAnsi="宋体" w:cs="宋体"/>
          <w:color w:val="000000"/>
        </w:rPr>
        <w:t>，</w:t>
      </w:r>
      <w:r>
        <w:pict>
          <v:shape id="_x0000_i707427" type="#_x0000_t75" alt="学科网(www.zxxk.com)--教育资源门户，提供试卷、教案、课件、论文、素材以及各类教学资源下载，还有大量而丰富的教学相关资讯！" style="width:120pt;height:14.25pt" o:oleicon="f" o:ole="">
            <v:imagedata r:id="rId839" o:title="eqIdc1084bd0d7c283a11ffd135014c092d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428" type="#_x0000_t75" alt="学科网(www.zxxk.com)--教育资源门户，提供试卷、教案、课件、论文、素材以及各类教学资源下载，还有大量而丰富的教学相关资讯！" style="width:20.1pt;height:11.1pt" o:oleicon="f" o:ole="">
            <v:imagedata r:id="rId840" o:title="eqId6ef4438afa7178a1c3c128635635d914"/>
          </v:shape>
        </w:pict>
      </w:r>
      <w:r>
        <w:rPr>
          <w:rFonts w:ascii="宋体" w:eastAsia="宋体" w:hAnsi="宋体" w:cs="宋体"/>
          <w:color w:val="000000"/>
        </w:rPr>
        <w:t>、</w:t>
      </w:r>
      <w:r>
        <w:pict>
          <v:shape id="_x0000_i707429" type="#_x0000_t75" alt="学科网(www.zxxk.com)--教育资源门户，提供试卷、教案、课件、论文、素材以及各类教学资源下载，还有大量而丰富的教学相关资讯！" style="width:9.9pt;height:14.35pt" o:oleicon="f" o:ole="">
            <v:imagedata r:id="rId841" o:title="eqId2c94bb12cee76221e13f9ef955b0aab1"/>
          </v:shape>
        </w:pict>
      </w:r>
      <w:r>
        <w:rPr>
          <w:rFonts w:ascii="宋体" w:eastAsia="宋体" w:hAnsi="宋体" w:cs="宋体"/>
          <w:color w:val="000000"/>
        </w:rPr>
        <w:t>、</w:t>
      </w:r>
      <w:r>
        <w:pict>
          <v:shape id="_x0000_i707430" type="#_x0000_t75" alt="学科网(www.zxxk.com)--教育资源门户，提供试卷、教案、课件、论文、素材以及各类教学资源下载，还有大量而丰富的教学相关资讯！" style="width:9pt;height:11.25pt" o:oleicon="f" o:ole="">
            <v:imagedata r:id="rId842" o:title="eqId071a7e733d466949ac935b4b8ee8d183"/>
          </v:shape>
        </w:pict>
      </w:r>
      <w:r>
        <w:rPr>
          <w:rFonts w:ascii="宋体" w:eastAsia="宋体" w:hAnsi="宋体" w:cs="宋体"/>
          <w:color w:val="000000"/>
        </w:rPr>
        <w:t>、</w:t>
      </w:r>
      <w:r>
        <w:pict>
          <v:shape id="_x0000_i707431" type="#_x0000_t75" alt="学科网(www.zxxk.com)--教育资源门户，提供试卷、教案、课件、论文、素材以及各类教学资源下载，还有大量而丰富的教学相关资讯！" style="width:11pt;height:13pt" o:oleicon="f" o:ole="">
            <v:imagedata r:id="rId843" o:title="eqId5c02bc0c74292b1e8f395f90935d3174"/>
          </v:shape>
        </w:pict>
      </w:r>
      <w:r>
        <w:rPr>
          <w:rFonts w:ascii="宋体" w:eastAsia="宋体" w:hAnsi="宋体" w:cs="宋体"/>
          <w:color w:val="000000"/>
        </w:rPr>
        <w:t>四个数的和与其中的两个数的和相等，</w:t>
      </w:r>
    </w:p>
    <w:p>
      <w:pPr>
        <w:spacing w:line="360" w:lineRule="auto"/>
        <w:jc w:val="left"/>
        <w:textAlignment w:val="center"/>
        <w:rPr>
          <w:rFonts w:ascii="宋体" w:eastAsia="宋体" w:hAnsi="宋体" w:cs="宋体"/>
          <w:color w:val="000000"/>
        </w:rPr>
      </w:pPr>
      <w:r>
        <w:rPr>
          <w:rFonts w:ascii="宋体" w:eastAsia="宋体" w:hAnsi="宋体" w:cs="宋体"/>
          <w:color w:val="000000"/>
        </w:rPr>
        <w:t>∴这个四个数中有两个数互为相反数，</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又</w:t>
      </w:r>
      <w:r>
        <w:pict>
          <v:shape id="_x0000_i707432" type="#_x0000_t75" alt="学科网(www.zxxk.com)--教育资源门户，提供试卷、教案、课件、论文、素材以及各类教学资源下载，还有大量而丰富的教学相关资讯！" style="width:20.1pt;height:11.1pt" o:oleicon="f" o:ole="">
            <v:imagedata r:id="rId844" o:title="eqId6ef4438afa7178a1c3c128635635d914"/>
          </v:shape>
        </w:pict>
      </w:r>
      <w:r>
        <w:rPr>
          <w:rFonts w:ascii="宋体" w:eastAsia="宋体" w:hAnsi="宋体" w:cs="宋体"/>
          <w:color w:val="000000"/>
        </w:rPr>
        <w:t>、</w:t>
      </w:r>
      <w:r>
        <w:pict>
          <v:shape id="_x0000_i707433" type="#_x0000_t75" alt="学科网(www.zxxk.com)--教育资源门户，提供试卷、教案、课件、论文、素材以及各类教学资源下载，还有大量而丰富的教学相关资讯！" style="width:9.9pt;height:14.35pt" o:oleicon="f" o:ole="">
            <v:imagedata r:id="rId845" o:title="eqId2c94bb12cee76221e13f9ef955b0aab1"/>
          </v:shape>
        </w:pict>
      </w:r>
      <w:r>
        <w:rPr>
          <w:rFonts w:ascii="宋体" w:eastAsia="宋体" w:hAnsi="宋体" w:cs="宋体"/>
          <w:color w:val="000000"/>
        </w:rPr>
        <w:t>、</w:t>
      </w:r>
      <w:r>
        <w:pict>
          <v:shape id="_x0000_i707434" type="#_x0000_t75" alt="学科网(www.zxxk.com)--教育资源门户，提供试卷、教案、课件、论文、素材以及各类教学资源下载，还有大量而丰富的教学相关资讯！" style="width:9pt;height:11.25pt" o:oleicon="f" o:ole="">
            <v:imagedata r:id="rId846" o:title="eqId071a7e733d466949ac935b4b8ee8d183"/>
          </v:shape>
        </w:pict>
      </w:r>
      <w:r>
        <w:rPr>
          <w:rFonts w:ascii="宋体" w:eastAsia="宋体" w:hAnsi="宋体" w:cs="宋体"/>
          <w:color w:val="000000"/>
        </w:rPr>
        <w:t>、</w:t>
      </w:r>
      <w:r>
        <w:pict>
          <v:shape id="_x0000_i707435" type="#_x0000_t75" alt="学科网(www.zxxk.com)--教育资源门户，提供试卷、教案、课件、论文、素材以及各类教学资源下载，还有大量而丰富的教学相关资讯！" style="width:11pt;height:13pt" o:oleicon="f" o:ole="">
            <v:imagedata r:id="rId847" o:title="eqId5c02bc0c74292b1e8f395f90935d3174"/>
          </v:shape>
        </w:pict>
      </w:r>
      <w:r>
        <w:rPr>
          <w:rFonts w:ascii="宋体" w:eastAsia="宋体" w:hAnsi="宋体" w:cs="宋体"/>
          <w:color w:val="000000"/>
        </w:rPr>
        <w:t>这四个数的积为正数，</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436" type="#_x0000_t75" alt="学科网(www.zxxk.com)--教育资源门户，提供试卷、教案、课件、论文、素材以及各类教学资源下载，还有大量而丰富的教学相关资讯！" style="width:9pt;height:9.75pt" o:oleicon="f" o:ole="">
            <v:imagedata r:id="rId848" o:title="eqId0a6936d370d6a238a608ca56f87198de"/>
          </v:shape>
        </w:pict>
      </w:r>
      <w:r>
        <w:rPr>
          <w:rFonts w:ascii="宋体" w:eastAsia="宋体" w:hAnsi="宋体" w:cs="宋体"/>
          <w:color w:val="000000"/>
        </w:rPr>
        <w:t>、</w:t>
      </w:r>
      <w:r>
        <w:pict>
          <v:shape id="_x0000_i707437" type="#_x0000_t75" alt="学科网(www.zxxk.com)--教育资源门户，提供试卷、教案、课件、论文、素材以及各类教学资源下载，还有大量而丰富的教学相关资讯！" style="width:9.9pt;height:14.35pt" o:oleicon="f" o:ole="">
            <v:imagedata r:id="rId849" o:title="eqId2c94bb12cee76221e13f9ef955b0aab1"/>
          </v:shape>
        </w:pict>
      </w:r>
      <w:r>
        <w:rPr>
          <w:rFonts w:ascii="宋体" w:eastAsia="宋体" w:hAnsi="宋体" w:cs="宋体"/>
          <w:color w:val="000000"/>
        </w:rPr>
        <w:t>为负数，</w:t>
      </w:r>
      <w:r>
        <w:pict>
          <v:shape id="_x0000_i707438" type="#_x0000_t75" alt="学科网(www.zxxk.com)--教育资源门户，提供试卷、教案、课件、论文、素材以及各类教学资源下载，还有大量而丰富的教学相关资讯！" style="width:9pt;height:11.25pt" o:oleicon="f" o:ole="">
            <v:imagedata r:id="rId850" o:title="eqId071a7e733d466949ac935b4b8ee8d183"/>
          </v:shape>
        </w:pict>
      </w:r>
      <w:r>
        <w:rPr>
          <w:rFonts w:ascii="宋体" w:eastAsia="宋体" w:hAnsi="宋体" w:cs="宋体"/>
          <w:color w:val="000000"/>
        </w:rPr>
        <w:t>、</w:t>
      </w:r>
      <w:r>
        <w:pict>
          <v:shape id="_x0000_i707439" type="#_x0000_t75" alt="学科网(www.zxxk.com)--教育资源门户，提供试卷、教案、课件、论文、素材以及各类教学资源下载，还有大量而丰富的教学相关资讯！" style="width:11pt;height:13pt" o:oleicon="f" o:ole="">
            <v:imagedata r:id="rId851" o:title="eqId5c02bc0c74292b1e8f395f90935d3174"/>
          </v:shape>
        </w:pict>
      </w:r>
      <w:r>
        <w:rPr>
          <w:rFonts w:ascii="宋体" w:eastAsia="宋体" w:hAnsi="宋体" w:cs="宋体"/>
          <w:color w:val="000000"/>
        </w:rPr>
        <w:t>为正数，原点在</w:t>
      </w:r>
      <w:r>
        <w:pict>
          <v:shape id="_x0000_i707440" type="#_x0000_t75" alt="学科网(www.zxxk.com)--教育资源门户，提供试卷、教案、课件、论文、素材以及各类教学资源下载，还有大量而丰富的教学相关资讯！" style="width:20.2pt;height:14pt" o:oleicon="f" o:ole="">
            <v:imagedata r:id="rId852" o:title="eqId0dc5c9827dfd0be5a9c85962d6ccbfb1"/>
          </v:shape>
        </w:pict>
      </w:r>
      <w:r>
        <w:rPr>
          <w:rFonts w:ascii="宋体" w:eastAsia="宋体" w:hAnsi="宋体" w:cs="宋体"/>
          <w:color w:val="000000"/>
        </w:rPr>
        <w:t>之间，</w:t>
      </w:r>
    </w:p>
    <w:p>
      <w:pPr>
        <w:spacing w:line="360" w:lineRule="auto"/>
        <w:jc w:val="left"/>
        <w:textAlignment w:val="center"/>
        <w:rPr>
          <w:rFonts w:ascii="宋体" w:eastAsia="宋体" w:hAnsi="宋体" w:cs="宋体"/>
          <w:color w:val="000000"/>
        </w:rPr>
      </w:pPr>
      <w:r>
        <w:pict>
          <v:shape id="_x0000_i707441" type="#_x0000_t75" alt="学科网(www.zxxk.com)--教育资源门户，提供试卷、教案、课件、论文、素材以及各类教学资源下载，还有大量而丰富的教学相关资讯！" style="width:48pt;height:12.75pt" o:oleicon="f" o:ole="">
            <v:imagedata r:id="rId853" o:title="eqId1f2eb5ce80d43c135f4fb9adecbc7b09"/>
          </v:shape>
        </w:pict>
      </w:r>
      <w:r>
        <w:rPr>
          <w:rFonts w:ascii="宋体" w:eastAsia="宋体" w:hAnsi="宋体" w:cs="宋体"/>
          <w:color w:val="000000"/>
        </w:rPr>
        <w:t>或</w:t>
      </w:r>
      <w:r>
        <w:pict>
          <v:shape id="_x0000_i707442" type="#_x0000_t75" alt="学科网(www.zxxk.com)--教育资源门户，提供试卷、教案、课件、论文、素材以及各类教学资源下载，还有大量而丰富的教学相关资讯！" style="width:44.25pt;height:14.25pt" o:oleicon="f" o:ole="">
            <v:imagedata r:id="rId854" o:title="eqId8de033ea58878627308c7c480d348103"/>
          </v:shape>
        </w:pict>
      </w:r>
      <w:r>
        <w:rPr>
          <w:rFonts w:ascii="宋体" w:eastAsia="宋体" w:hAnsi="宋体" w:cs="宋体"/>
          <w:color w:val="000000"/>
        </w:rPr>
        <w:t>或</w:t>
      </w:r>
      <w:r>
        <w:pict>
          <v:shape id="_x0000_i707443" type="#_x0000_t75" alt="学科网(www.zxxk.com)--教育资源门户，提供试卷、教案、课件、论文、素材以及各类教学资源下载，还有大量而丰富的教学相关资讯！" style="width:45pt;height:14.25pt" o:oleicon="f" o:ole="">
            <v:imagedata r:id="rId855" o:title="eqId34302d7d4261797f98db34a3dd23b12f"/>
          </v:shape>
        </w:pict>
      </w:r>
      <w:r>
        <w:rPr>
          <w:rFonts w:ascii="宋体" w:eastAsia="宋体" w:hAnsi="宋体" w:cs="宋体"/>
          <w:color w:val="000000"/>
        </w:rPr>
        <w:t>和</w:t>
      </w:r>
      <w:r>
        <w:pict>
          <v:shape id="_x0000_i707444" type="#_x0000_t75" alt="学科网(www.zxxk.com)--教育资源门户，提供试卷、教案、课件、论文、素材以及各类教学资源下载，还有大量而丰富的教学相关资讯！" style="width:41.3pt;height:12.5pt" o:oleicon="f" o:ole="">
            <v:imagedata r:id="rId856" o:title="eqIdefe94e2f34434b1f02a38d23cafaf6b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7445" type="#_x0000_t75" alt="学科网(www.zxxk.com)--教育资源门户，提供试卷、教案、课件、论文、素材以及各类教学资源下载，还有大量而丰富的教学相关资讯！" style="width:45pt;height:14.25pt" o:oleicon="f" o:ole="">
            <v:imagedata r:id="rId857" o:title="eqId34302d7d4261797f98db34a3dd23b12f"/>
          </v:shape>
        </w:pict>
      </w:r>
      <w:r>
        <w:rPr>
          <w:rFonts w:ascii="宋体" w:eastAsia="宋体" w:hAnsi="宋体" w:cs="宋体"/>
          <w:color w:val="000000"/>
        </w:rPr>
        <w:t>时，由于</w:t>
      </w:r>
      <w:r>
        <w:pict>
          <v:shape id="_x0000_i707446" type="#_x0000_t75" alt="学科网(www.zxxk.com)--教育资源门户，提供试卷、教案、课件、论文、素材以及各类教学资源下载，还有大量而丰富的教学相关资讯！" style="width:59.4pt;height:14.4pt" o:oleicon="f" o:ole="">
            <v:imagedata r:id="rId858" o:title="eqIdf7890d592c37e368ec683b880b549c9c"/>
          </v:shape>
        </w:pict>
      </w:r>
      <w:r>
        <w:rPr>
          <w:rFonts w:ascii="宋体" w:eastAsia="宋体" w:hAnsi="宋体" w:cs="宋体"/>
          <w:color w:val="000000"/>
        </w:rPr>
        <w:t>，即</w:t>
      </w:r>
      <w:r>
        <w:pict>
          <v:shape id="_x0000_i707447" type="#_x0000_t75" alt="学科网(www.zxxk.com)--教育资源门户，提供试卷、教案、课件、论文、素材以及各类教学资源下载，还有大量而丰富的教学相关资讯！" style="width:49.5pt;height:14.25pt" o:oleicon="f" o:ole="">
            <v:imagedata r:id="rId859" o:title="eqId88cfb3c704a4d382d05c5cc5bda9dc1d"/>
          </v:shape>
        </w:pict>
      </w:r>
      <w:r>
        <w:rPr>
          <w:rFonts w:ascii="宋体" w:eastAsia="宋体" w:hAnsi="宋体" w:cs="宋体"/>
          <w:color w:val="000000"/>
        </w:rPr>
        <w:t>，原点在</w:t>
      </w:r>
      <w:r>
        <w:pict>
          <v:shape id="_x0000_i707448" type="#_x0000_t75" alt="学科网(www.zxxk.com)--教育资源门户，提供试卷、教案、课件、论文、素材以及各类教学资源下载，还有大量而丰富的教学相关资讯！" style="width:11.9pt;height:14.4pt" o:oleicon="f" o:ole="">
            <v:imagedata r:id="rId860" o:title="eqIdc5db41a1f31d6baee7c69990811edb9f"/>
          </v:shape>
        </w:pict>
      </w:r>
      <w:r>
        <w:rPr>
          <w:rFonts w:ascii="宋体" w:eastAsia="宋体" w:hAnsi="宋体" w:cs="宋体"/>
          <w:color w:val="000000"/>
        </w:rPr>
        <w:t>、</w:t>
      </w:r>
      <w:r>
        <w:pict>
          <v:shape id="_x0000_i707449" type="#_x0000_t75" alt="学科网(www.zxxk.com)--教育资源门户，提供试卷、教案、课件、论文、素材以及各类教学资源下载，还有大量而丰富的教学相关资讯！" style="width:11.25pt;height:11.25pt" o:oleicon="f" o:ole="">
            <v:imagedata r:id="rId861" o:title="eqId8455657dde27aabe6adb7b188e031c11"/>
          </v:shape>
        </w:pict>
      </w:r>
      <w:r>
        <w:rPr>
          <w:rFonts w:ascii="宋体" w:eastAsia="宋体" w:hAnsi="宋体" w:cs="宋体"/>
          <w:color w:val="000000"/>
        </w:rPr>
        <w:t>之间，不合题意舍去；</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7450" type="#_x0000_t75" alt="学科网(www.zxxk.com)--教育资源门户，提供试卷、教案、课件、论文、素材以及各类教学资源下载，还有大量而丰富的教学相关资讯！" style="width:41.3pt;height:12.5pt" o:oleicon="f" o:ole="">
            <v:imagedata r:id="rId862" o:title="eqIdefe94e2f34434b1f02a38d23cafaf6b2"/>
          </v:shape>
        </w:pict>
      </w:r>
      <w:r>
        <w:rPr>
          <w:rFonts w:ascii="宋体" w:eastAsia="宋体" w:hAnsi="宋体" w:cs="宋体"/>
          <w:color w:val="000000"/>
        </w:rPr>
        <w:t>时，由于</w:t>
      </w:r>
      <w:r>
        <w:pict>
          <v:shape id="_x0000_i707451" type="#_x0000_t75" alt="学科网(www.zxxk.com)--教育资源门户，提供试卷、教案、课件、论文、素材以及各类教学资源下载，还有大量而丰富的教学相关资讯！" style="width:1in;height:14.25pt" o:oleicon="f" o:ole="">
            <v:imagedata r:id="rId863" o:title="eqId389c8ae980cae767be3fdd9d93fd2bae"/>
          </v:shape>
        </w:pict>
      </w:r>
      <w:r>
        <w:rPr>
          <w:rFonts w:ascii="宋体" w:eastAsia="宋体" w:hAnsi="宋体" w:cs="宋体"/>
          <w:color w:val="000000"/>
        </w:rPr>
        <w:t>，原点在</w:t>
      </w:r>
      <w:r>
        <w:pict>
          <v:shape id="_x0000_i707452" type="#_x0000_t75" alt="学科网(www.zxxk.com)--教育资源门户，提供试卷、教案、课件、论文、素材以及各类教学资源下载，还有大量而丰富的教学相关资讯！" style="width:11.9pt;height:14.4pt" o:oleicon="f" o:ole="">
            <v:imagedata r:id="rId864" o:title="eqIdc5db41a1f31d6baee7c69990811edb9f"/>
          </v:shape>
        </w:pict>
      </w:r>
      <w:r>
        <w:rPr>
          <w:rFonts w:ascii="宋体" w:eastAsia="宋体" w:hAnsi="宋体" w:cs="宋体"/>
          <w:color w:val="000000"/>
        </w:rPr>
        <w:t>上，不合题意舍去，</w:t>
      </w:r>
    </w:p>
    <w:p>
      <w:pPr>
        <w:spacing w:line="360" w:lineRule="auto"/>
        <w:jc w:val="left"/>
        <w:textAlignment w:val="center"/>
        <w:rPr>
          <w:rFonts w:ascii="宋体" w:eastAsia="宋体" w:hAnsi="宋体" w:cs="宋体"/>
          <w:color w:val="000000"/>
        </w:rPr>
      </w:pPr>
      <w:r>
        <w:pict>
          <v:shape id="_x0000_i707453" type="#_x0000_t75" alt="学科网(www.zxxk.com)--教育资源门户，提供试卷、教案、课件、论文、素材以及各类教学资源下载，还有大量而丰富的教学相关资讯！" style="width:48pt;height:12.75pt" o:oleicon="f" o:ole="">
            <v:imagedata r:id="rId865" o:title="eqId1f2eb5ce80d43c135f4fb9adecbc7b09"/>
          </v:shape>
        </w:pict>
      </w:r>
      <w:r>
        <w:rPr>
          <w:rFonts w:ascii="宋体" w:eastAsia="宋体" w:hAnsi="宋体" w:cs="宋体"/>
          <w:color w:val="000000"/>
        </w:rPr>
        <w:t>或</w:t>
      </w:r>
      <w:r>
        <w:pict>
          <v:shape id="_x0000_i707454" type="#_x0000_t75" alt="学科网(www.zxxk.com)--教育资源门户，提供试卷、教案、课件、论文、素材以及各类教学资源下载，还有大量而丰富的教学相关资讯！" style="width:44.25pt;height:14.25pt" o:oleicon="f" o:ole="">
            <v:imagedata r:id="rId866" o:title="eqId8de033ea58878627308c7c480d34810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455" type="#_x0000_t75" alt="学科网(www.zxxk.com)--教育资源门户，提供试卷、教案、课件、论文、素材以及各类教学资源下载，还有大量而丰富的教学相关资讯！" style="width:80.15pt;height:13.15pt" o:oleicon="f" o:ole="">
            <v:imagedata r:id="rId867" o:title="eqId9985e39a102413143ca3aa25fc0cdfeb"/>
          </v:shape>
        </w:pict>
      </w:r>
      <w:r>
        <w:rPr>
          <w:rFonts w:ascii="宋体" w:eastAsia="宋体" w:hAnsi="宋体" w:cs="宋体"/>
          <w:color w:val="000000"/>
        </w:rPr>
        <w:t>或</w:t>
      </w:r>
      <w:r>
        <w:pict>
          <v:shape id="_x0000_i707456" type="#_x0000_t75" alt="学科网(www.zxxk.com)--教育资源门户，提供试卷、教案、课件、论文、素材以及各类教学资源下载，还有大量而丰富的教学相关资讯！" style="width:85.15pt;height:13.15pt" o:oleicon="f" o:ole="">
            <v:imagedata r:id="rId868" o:title="eqIdfffde0cfab228bf4c8d2b5531bf7ce7d"/>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457" type="#_x0000_t75" alt="学科网(www.zxxk.com)--教育资源门户，提供试卷、教案、课件、论文、素材以及各类教学资源下载，还有大量而丰富的教学相关资讯！" style="width:57.8pt;height:27.25pt" o:oleicon="f" o:ole="">
            <v:imagedata r:id="rId869" o:title="eqId80d29e607b475737b6e3a29dd62503f0"/>
          </v:shape>
        </w:pict>
      </w:r>
      <w:r>
        <w:rPr>
          <w:rFonts w:ascii="宋体" w:eastAsia="宋体" w:hAnsi="宋体" w:cs="宋体"/>
          <w:color w:val="000000"/>
        </w:rPr>
        <w:t>或</w:t>
      </w:r>
      <w:r>
        <w:pict>
          <v:shape id="_x0000_i707458" type="#_x0000_t75" alt="学科网(www.zxxk.com)--教育资源门户，提供试卷、教案、课件、论文、素材以及各类教学资源下载，还有大量而丰富的教学相关资讯！" style="width:54pt;height:30.75pt" o:oleicon="f" o:ole="">
            <v:imagedata r:id="rId870" o:title="eqId16219a45dbed4ee08d11c5e63717671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459" type="#_x0000_t75" alt="学科网(www.zxxk.com)--教育资源门户，提供试卷、教案、课件、论文、素材以及各类教学资源下载，还有大量而丰富的教学相关资讯！" style="width:20.1pt;height:11.1pt" o:oleicon="f" o:ole="">
            <v:imagedata r:id="rId872" o:title="eqId6ef4438afa7178a1c3c128635635d914"/>
          </v:shape>
        </w:pict>
      </w:r>
      <w:r>
        <w:rPr>
          <w:rFonts w:ascii="宋体" w:eastAsia="宋体" w:hAnsi="宋体" w:cs="宋体"/>
          <w:color w:val="000000"/>
          <w:position w:val="0"/>
        </w:rPr>
        <w:drawing>
          <wp:inline>
            <wp:extent cx="158750" cy="190500"/>
            <wp:docPr id="27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 name=""/>
                    <pic:cNvPicPr>
                      <a:picLocks noChangeAspect="1"/>
                    </pic:cNvPicPr>
                  </pic:nvPicPr>
                  <pic:blipFill>
                    <a:blip r:embed="rId871"/>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整数，</w:t>
      </w:r>
    </w:p>
    <w:p>
      <w:pPr>
        <w:spacing w:line="360" w:lineRule="auto"/>
        <w:jc w:val="left"/>
        <w:textAlignment w:val="center"/>
        <w:rPr>
          <w:rFonts w:ascii="宋体" w:eastAsia="宋体" w:hAnsi="宋体" w:cs="宋体"/>
          <w:color w:val="000000"/>
        </w:rPr>
      </w:pPr>
      <w:r>
        <w:pict>
          <v:shape id="_x0000_i707460" type="#_x0000_t75" alt="学科网(www.zxxk.com)--教育资源门户，提供试卷、教案、课件、论文、素材以及各类教学资源下载，还有大量而丰富的教学相关资讯！" style="width:9.75pt;height:9pt" o:oleicon="f" o:ole="">
            <v:imagedata r:id="rId873" o:title="eqId2de0d10ef8b748d4531250c37c5d3f9e"/>
          </v:shape>
        </w:pict>
      </w:r>
      <w:r>
        <w:rPr>
          <w:rFonts w:ascii="宋体" w:eastAsia="宋体" w:hAnsi="宋体" w:cs="宋体"/>
          <w:color w:val="000000"/>
        </w:rPr>
        <w:t>当</w:t>
      </w:r>
      <w:r>
        <w:pict>
          <v:shape id="_x0000_i707461" type="#_x0000_t75" alt="学科网(www.zxxk.com)--教育资源门户，提供试卷、教案、课件、论文、素材以及各类教学资源下载，还有大量而丰富的教学相关资讯！" style="width:9.75pt;height:11.25pt" o:oleicon="f" o:ole="">
            <v:imagedata r:id="rId874" o:title="eqIdb6a24198bd04c29321ae5dc5a28fe421"/>
          </v:shape>
        </w:pict>
      </w:r>
      <w:r>
        <w:rPr>
          <w:rFonts w:ascii="宋体" w:eastAsia="宋体" w:hAnsi="宋体" w:cs="宋体"/>
          <w:color w:val="000000"/>
        </w:rPr>
        <w:t>为奇数时，</w:t>
      </w:r>
      <w:r>
        <w:pict>
          <v:shape id="_x0000_i707462" type="#_x0000_t75" alt="学科网(www.zxxk.com)--教育资源门户，提供试卷、教案、课件、论文、素材以及各类教学资源下载，还有大量而丰富的教学相关资讯！" style="width:54pt;height:30.75pt" o:oleicon="f" o:ole="">
            <v:imagedata r:id="rId875" o:title="eqId16219a45dbed4ee08d11c5e637176710"/>
          </v:shape>
        </w:pict>
      </w:r>
      <w:r>
        <w:rPr>
          <w:rFonts w:ascii="宋体" w:eastAsia="宋体" w:hAnsi="宋体" w:cs="宋体"/>
          <w:color w:val="000000"/>
        </w:rPr>
        <w:t>，当</w:t>
      </w:r>
      <w:r>
        <w:pict>
          <v:shape id="_x0000_i707463" type="#_x0000_t75" alt="学科网(www.zxxk.com)--教育资源门户，提供试卷、教案、课件、论文、素材以及各类教学资源下载，还有大量而丰富的教学相关资讯！" style="width:9.75pt;height:11.25pt" o:oleicon="f" o:ole="">
            <v:imagedata r:id="rId874" o:title="eqIdb6a24198bd04c29321ae5dc5a28fe421"/>
          </v:shape>
        </w:pict>
      </w:r>
      <w:r>
        <w:rPr>
          <w:rFonts w:ascii="宋体" w:eastAsia="宋体" w:hAnsi="宋体" w:cs="宋体"/>
          <w:color w:val="000000"/>
        </w:rPr>
        <w:t>为偶数时，</w:t>
      </w:r>
      <w:r>
        <w:pict>
          <v:shape id="_x0000_i707464" type="#_x0000_t75" alt="学科网(www.zxxk.com)--教育资源门户，提供试卷、教案、课件、论文、素材以及各类教学资源下载，还有大量而丰富的教学相关资讯！" style="width:54.75pt;height:30.75pt" o:oleicon="f" o:ole="">
            <v:imagedata r:id="rId876" o:title="eqId28c8a1877111624679b4f6bfea5fb9f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本题考查了数轴的应用、有理数的乘法，把数和点对应起来，也就是把“数”和“形”结合起来，二者互相补充，相辅相成，把很多复杂的问题转化为简单的问题，在学习中要注意培养数形结合的数学思想．</w:t>
      </w:r>
    </w:p>
    <w:p>
      <w:pPr>
        <w:pStyle w:val="Heading2"/>
      </w:pPr>
      <w:r>
        <w:t>第一六一中学分校</w:t>
      </w:r>
    </w:p>
    <w:p>
      <w:pPr>
        <w:spacing w:line="360" w:lineRule="auto"/>
        <w:jc w:val="left"/>
        <w:textAlignment w:val="center"/>
        <w:rPr>
          <w:color w:val="000000"/>
        </w:rPr>
      </w:pPr>
      <w:r>
        <w:rPr>
          <w:color w:val="000000"/>
        </w:rPr>
        <w:t xml:space="preserve">31. </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465" type="#_x0000_t75" alt="学科网(www.zxxk.com)--教育资源门户，提供试卷、教案、课件、论文、素材以及各类教学资源下载，还有大量而丰富的教学相关资讯！" style="width:13.95pt;height:8pt" o:oleicon="f" o:ole="">
            <v:imagedata r:id="rId877" o:title="eqIddaa5e9bd516f6282483b92cfe6074623"/>
          </v:shape>
        </w:pict>
      </w:r>
      <w:r>
        <w:rPr>
          <w:rFonts w:ascii="宋体" w:eastAsia="宋体" w:hAnsi="宋体" w:cs="宋体"/>
          <w:color w:val="000000"/>
        </w:rPr>
        <w:t>＋</w:t>
      </w:r>
      <w:r>
        <w:rPr>
          <w:rFonts w:ascii="Times New Roman" w:eastAsia="Times New Roman" w:hAnsi="Times New Roman" w:cs="Times New Roman"/>
          <w:color w:val="000000"/>
        </w:rPr>
        <w:t>100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经过研究，这个问题的一般性结论是：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466" type="#_x0000_t75" alt="学科网(www.zxxk.com)--教育资源门户，提供试卷、教案、课件、论文、素材以及各类教学资源下载，还有大量而丰富的教学相关资讯！" style="width:13.95pt;height:8pt" o:oleicon="f" o:ole="">
            <v:imagedata r:id="rId878" o:title="eqIddaa5e9bd516f6282483b92cfe6074623"/>
          </v:shape>
        </w:pict>
      </w:r>
      <w:r>
        <w:rPr>
          <w:rFonts w:ascii="宋体" w:eastAsia="宋体" w:hAnsi="宋体" w:cs="宋体"/>
          <w:color w:val="000000"/>
        </w:rPr>
        <w:t>＋</w:t>
      </w:r>
      <w:r>
        <w:rPr>
          <w:rFonts w:ascii="Times New Roman" w:eastAsia="Times New Roman" w:hAnsi="Times New Roman" w:cs="Times New Roman"/>
          <w:i/>
          <w:color w:val="000000"/>
        </w:rPr>
        <w:t xml:space="preserve">n </w:t>
      </w:r>
      <w:r>
        <w:rPr>
          <w:rFonts w:ascii="宋体" w:eastAsia="宋体" w:hAnsi="宋体" w:cs="宋体"/>
          <w:color w:val="000000"/>
        </w:rPr>
        <w:t>＝</w:t>
      </w:r>
      <w:r>
        <w:pict>
          <v:shape id="_x0000_i707467" type="#_x0000_t75" alt="学科网(www.zxxk.com)--教育资源门户，提供试卷、教案、课件、论文、素材以及各类教学资源下载，还有大量而丰富的教学相关资讯！" style="width:48pt;height:30.75pt" o:oleicon="f" o:ole="">
            <v:imagedata r:id="rId879" o:title="eqIdacaac9686eb4ff89921a2f837ebe960b"/>
          </v:shape>
        </w:pict>
      </w:r>
      <w:r>
        <w:rPr>
          <w:rFonts w:ascii="宋体" w:eastAsia="宋体" w:hAnsi="宋体" w:cs="宋体"/>
          <w:color w:val="000000"/>
        </w:rPr>
        <w:t>，其中</w:t>
      </w:r>
      <w:r>
        <w:rPr>
          <w:rFonts w:ascii="Times New Roman" w:eastAsia="Times New Roman" w:hAnsi="Times New Roman" w:cs="Times New Roman"/>
          <w:i/>
          <w:color w:val="000000"/>
        </w:rPr>
        <w:t>n</w:t>
      </w:r>
      <w:r>
        <w:rPr>
          <w:rFonts w:ascii="宋体" w:eastAsia="宋体" w:hAnsi="宋体" w:cs="宋体"/>
          <w:color w:val="000000"/>
        </w:rPr>
        <w:t>是正整数．</w:t>
      </w:r>
    </w:p>
    <w:p>
      <w:pPr>
        <w:spacing w:line="360" w:lineRule="auto"/>
        <w:jc w:val="left"/>
        <w:textAlignment w:val="center"/>
        <w:rPr>
          <w:color w:val="000000"/>
        </w:rPr>
      </w:pPr>
      <w:r>
        <w:rPr>
          <w:rFonts w:ascii="宋体" w:eastAsia="宋体" w:hAnsi="宋体" w:cs="宋体"/>
          <w:color w:val="000000"/>
        </w:rPr>
        <w:t>现在我们来研究一个类似的问题：</w:t>
      </w:r>
      <w:r>
        <w:rPr>
          <w:rFonts w:ascii="Times New Roman" w:eastAsia="Times New Roman" w:hAnsi="Times New Roman" w:cs="Times New Roman"/>
          <w:color w:val="000000"/>
        </w:rPr>
        <w:t xml:space="preserve"> </w:t>
      </w:r>
      <w:r>
        <w:pict>
          <v:shape id="_x0000_i707468" type="#_x0000_t75" alt="学科网(www.zxxk.com)--教育资源门户，提供试卷、教案、课件、论文、素材以及各类教学资源下载，还有大量而丰富的教学相关资讯！" style="width:121.8pt;height:19.2pt" o:oleicon="f" o:ole="">
            <v:imagedata r:id="rId880" o:title="eqId9a4b5af7182a344a47ec3a435eb4ab8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观察下面三个特殊的等式</w:t>
      </w:r>
    </w:p>
    <w:p>
      <w:pPr>
        <w:spacing w:line="360" w:lineRule="auto"/>
        <w:jc w:val="left"/>
        <w:textAlignment w:val="center"/>
        <w:rPr>
          <w:color w:val="000000"/>
        </w:rPr>
      </w:pPr>
      <w:r>
        <w:rPr>
          <w:rFonts w:ascii="宋体" w:eastAsia="宋体" w:hAnsi="宋体" w:cs="宋体"/>
          <w:color w:val="000000"/>
        </w:rPr>
        <w:t>①</w:t>
      </w:r>
      <w:r>
        <w:pict>
          <v:shape id="_x0000_i707469" type="#_x0000_t75" alt="学科网(www.zxxk.com)--教育资源门户，提供试卷、教案、课件、论文、素材以及各类教学资源下载，还有大量而丰富的教学相关资讯！" style="width:131.25pt;height:30.75pt" o:oleicon="f" o:ole="">
            <v:imagedata r:id="rId881" o:title="eqIde90bfa5fef6382b033c932d1118781b1"/>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②</w:t>
      </w:r>
      <w:r>
        <w:pict>
          <v:shape id="_x0000_i707470" type="#_x0000_t75" alt="学科网(www.zxxk.com)--教育资源门户，提供试卷、教案、课件、论文、素材以及各类教学资源下载，还有大量而丰富的教学相关资讯！" style="width:134.25pt;height:30.75pt" o:oleicon="f" o:ole="">
            <v:imagedata r:id="rId882" o:title="eqId35220b039023a3643fc8bafc1e74d1a0"/>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③</w:t>
      </w:r>
      <w:r>
        <w:pict>
          <v:shape id="_x0000_i707471" type="#_x0000_t75" alt="学科网(www.zxxk.com)--教育资源门户，提供试卷、教案、课件、论文、素材以及各类教学资源下载，还有大量而丰富的教学相关资讯！" style="width:135.75pt;height:30.75pt" o:oleicon="f" o:ole="">
            <v:imagedata r:id="rId883" o:title="eqIda1e2f01cd8bcbf1f21ee5b1c238f9301"/>
          </v:shape>
        </w:pic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将①②③这三个等式的两边分别相加，可以得到</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3×4</w:t>
      </w:r>
      <w:r>
        <w:rPr>
          <w:rFonts w:ascii="宋体" w:eastAsia="宋体" w:hAnsi="宋体" w:cs="宋体"/>
          <w:color w:val="000000"/>
        </w:rPr>
        <w:t>＝</w:t>
      </w:r>
      <w:r>
        <w:pict>
          <v:shape id="_x0000_i707472" type="#_x0000_t75" alt="学科网(www.zxxk.com)--教育资源门户，提供试卷、教案、课件、论文、素材以及各类教学资源下载，还有大量而丰富的教学相关资讯！" style="width:80.25pt;height:30.75pt" o:oleicon="f" o:ole="">
            <v:imagedata r:id="rId884" o:title="eqId2901f935b76c3bbff27945b2cd2ba102"/>
          </v:shape>
        </w:pict>
      </w:r>
    </w:p>
    <w:p>
      <w:pPr>
        <w:spacing w:line="360" w:lineRule="auto"/>
        <w:jc w:val="left"/>
        <w:textAlignment w:val="center"/>
        <w:rPr>
          <w:color w:val="000000"/>
        </w:rPr>
      </w:pPr>
      <w:r>
        <w:rPr>
          <w:rFonts w:ascii="宋体" w:eastAsia="宋体" w:hAnsi="宋体" w:cs="宋体"/>
          <w:color w:val="000000"/>
        </w:rPr>
        <w:t>读完这段材料，请你思考后回答：</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）仿照①②③写出第</w:t>
      </w:r>
      <w:r>
        <w:rPr>
          <w:rFonts w:ascii="Times New Roman" w:eastAsia="Times New Roman" w:hAnsi="Times New Roman" w:cs="Times New Roman"/>
          <w:color w:val="000000"/>
        </w:rPr>
        <w:t>4</w:t>
      </w:r>
      <w:r>
        <w:rPr>
          <w:rFonts w:ascii="宋体" w:eastAsia="宋体" w:hAnsi="宋体" w:cs="宋体"/>
          <w:color w:val="000000"/>
        </w:rPr>
        <w:t>个等式</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473" type="#_x0000_t75" alt="学科网(www.zxxk.com)--教育资源门户，提供试卷、教案、课件、论文、素材以及各类教学资源下载，还有大量而丰富的教学相关资讯！" style="width:137.25pt;height:14.25pt" o:oleicon="f" o:ole="">
            <v:imagedata r:id="rId885" o:title="eqId2969385ca40fdb6fb9a84738bfb01679"/>
          </v:shape>
        </w:pic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474" type="#_x0000_t75" alt="学科网(www.zxxk.com)--教育资源门户，提供试卷、教案、课件、论文、素材以及各类教学资源下载，还有大量而丰富的教学相关资讯！" style="width:129.75pt;height:15.75pt" o:oleicon="f" o:ole="">
            <v:imagedata r:id="rId886" o:title="eqId3eff6f7b0ef9bed63dd30e9d4d35dce9"/>
          </v:shape>
        </w:pic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7475" type="#_x0000_t75" alt="学科网(www.zxxk.com)--教育资源门户，提供试卷、教案、课件、论文、素材以及各类教学资源下载，还有大量而丰富的教学相关资讯！" style="width:195.75pt;height:20.25pt" o:oleicon="f" o:ole="">
            <v:imagedata r:id="rId887" o:title="eqIdf6c03451575b9b8d47638f61ea3ddbbb"/>
          </v:shape>
        </w:pic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7476" type="#_x0000_t75" alt="学科网(www.zxxk.com)--教育资源门户，提供试卷、教案、课件、论文、素材以及各类教学资源下载，还有大量而丰富的教学相关资讯！" style="width:139.8pt;height:30.6pt" o:oleicon="f" o:ole="">
            <v:imagedata r:id="rId888" o:title="eqIdbc4168f5ed4ec8397d4751e194d0899e"/>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477" type="#_x0000_t75" alt="学科网(www.zxxk.com)--教育资源门户，提供试卷、教案、课件、论文、素材以及各类教学资源下载，还有大量而丰富的教学相关资讯！" style="width:39pt;height:14.25pt" o:oleicon="f" o:ole="">
            <v:imagedata r:id="rId889" o:title="eqId1b9170cc358fd915a5c334ca9bf399e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478" type="#_x0000_t75" alt="学科网(www.zxxk.com)--教育资源门户，提供试卷、教案、课件、论文、素材以及各类教学资源下载，还有大量而丰富的教学相关资讯！" style="width:79.5pt;height:31.5pt" o:oleicon="f" o:ole="">
            <v:imagedata r:id="rId890" o:title="eqIda9fe885f51d567fdcb19b256648a8e74"/>
          </v:shape>
        </w:pic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7479" type="#_x0000_t75" alt="学科网(www.zxxk.com)--教育资源门户，提供试卷、教案、课件、论文、素材以及各类教学资源下载，还有大量而丰富的教学相关资讯！" style="width:110.5pt;height:31.5pt" o:oleicon="f" o:ole="">
            <v:imagedata r:id="rId891" o:title="eqId1c25f921f084f1e30dd7ef1706eeec35"/>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）根据前面三个式子书写即可；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3×4</w:t>
      </w:r>
      <w:r>
        <w:rPr>
          <w:rFonts w:ascii="宋体" w:eastAsia="宋体" w:hAnsi="宋体" w:cs="宋体"/>
          <w:color w:val="000000"/>
        </w:rPr>
        <w:t>＝</w:t>
      </w:r>
      <w:r>
        <w:pict>
          <v:shape id="_x0000_i707480" type="#_x0000_t75" alt="学科网(www.zxxk.com)--教育资源门户，提供试卷、教案、课件、论文、素材以及各类教学资源下载，还有大量而丰富的教学相关资讯！" style="width:80.25pt;height:30.75pt" o:oleicon="f" o:ole="">
            <v:imagedata r:id="rId892" o:title="eqId2901f935b76c3bbff27945b2cd2ba102"/>
          </v:shape>
        </w:pict>
      </w:r>
      <w:r>
        <w:rPr>
          <w:rFonts w:ascii="宋体" w:eastAsia="宋体" w:hAnsi="宋体" w:cs="宋体"/>
          <w:color w:val="000000"/>
        </w:rPr>
        <w:t>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）根据已知式子推断即可；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）按照所给材料展开计算即可；</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）根据已知三个式子可得</w:t>
      </w:r>
      <w:r>
        <w:pict>
          <v:shape id="_x0000_i707481" type="#_x0000_t75" alt="学科网(www.zxxk.com)--教育资源门户，提供试卷、教案、课件、论文、素材以及各类教学资源下载，还有大量而丰富的教学相关资讯！" style="width:139.8pt;height:30.6pt" o:oleicon="f" o:ole="">
            <v:imagedata r:id="rId893" o:title="eqIdbc4168f5ed4ec8397d4751e194d0899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pict>
          <v:shape id="_x0000_i707482" type="#_x0000_t75" alt="学科网(www.zxxk.com)--教育资源门户，提供试卷、教案、课件、论文、素材以及各类教学资源下载，还有大量而丰富的教学相关资讯！" style="width:139.8pt;height:30.6pt" o:oleicon="f" o:ole="">
            <v:imagedata r:id="rId894" o:title="eqIdbc4168f5ed4ec8397d4751e194d0899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3×4</w:t>
      </w:r>
      <w:r>
        <w:rPr>
          <w:rFonts w:ascii="宋体" w:eastAsia="宋体" w:hAnsi="宋体" w:cs="宋体"/>
          <w:color w:val="000000"/>
        </w:rPr>
        <w:t>＝</w:t>
      </w:r>
      <w:r>
        <w:pict>
          <v:shape id="_x0000_i707483" type="#_x0000_t75" alt="学科网(www.zxxk.com)--教育资源门户，提供试卷、教案、课件、论文、素材以及各类教学资源下载，还有大量而丰富的教学相关资讯！" style="width:80.25pt;height:30.75pt" o:oleicon="f" o:ole="">
            <v:imagedata r:id="rId895" o:title="eqId2901f935b76c3bbff27945b2cd2ba102"/>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原式</w:t>
      </w:r>
      <w:r>
        <w:pict>
          <v:shape id="_x0000_i707484" type="#_x0000_t75" alt="学科网(www.zxxk.com)--教育资源门户，提供试卷、教案、课件、论文、素材以及各类教学资源下载，还有大量而丰富的教学相关资讯！" style="width:145.2pt;height:31.2pt" o:oleicon="f" o:ole="">
            <v:imagedata r:id="rId896" o:title="eqId0f525d9a22dc0743ef7b98320314d78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rPr>
          <w:rFonts w:ascii="Times New Roman" w:eastAsia="Times New Roman" w:hAnsi="Times New Roman" w:cs="Times New Roman"/>
          <w:color w:val="000000"/>
        </w:rPr>
        <w:t>343400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）原式</w:t>
      </w:r>
      <w:r>
        <w:pict>
          <v:shape id="_x0000_i707485" type="#_x0000_t75" alt="学科网(www.zxxk.com)--教育资源门户，提供试卷、教案、课件、论文、素材以及各类教学资源下载，还有大量而丰富的教学相关资讯！" style="width:93pt;height:30.75pt" o:oleicon="f" o:ole="">
            <v:imagedata r:id="rId897" o:title="eqId4ba3e6420aaf45a899faca5306d1546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pict>
          <v:shape id="_x0000_i707486" type="#_x0000_t75" alt="学科网(www.zxxk.com)--教育资源门户，提供试卷、教案、课件、论文、素材以及各类教学资源下载，还有大量而丰富的教学相关资讯！" style="width:79.5pt;height:31.5pt" o:oleicon="f" o:ole="">
            <v:imagedata r:id="rId898" o:title="eqIda9fe885f51d567fdcb19b256648a8e7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）原式</w:t>
      </w:r>
      <w:r>
        <w:pict>
          <v:shape id="_x0000_i707487" type="#_x0000_t75" alt="学科网(www.zxxk.com)--教育资源门户，提供试卷、教案、课件、论文、素材以及各类教学资源下载，还有大量而丰富的教学相关资讯！" style="width:550pt;height:31.2pt" o:oleicon="f" o:ole="">
            <v:imagedata r:id="rId899" o:title="eqIda9c9bae61d356ea78b1aad6334a5c15d"/>
          </v:shape>
        </w:pict>
      </w:r>
      <w:r>
        <w:rPr>
          <w:rFonts w:ascii="宋体" w:eastAsia="宋体" w:hAnsi="宋体" w:cs="宋体"/>
          <w:color w:val="000000"/>
        </w:rPr>
        <w:t>，</w:t>
      </w:r>
    </w:p>
    <w:p>
      <w:pPr>
        <w:spacing w:line="360" w:lineRule="auto"/>
        <w:jc w:val="left"/>
        <w:textAlignment w:val="center"/>
        <w:rPr>
          <w:color w:val="000000"/>
        </w:rPr>
      </w:pPr>
      <w:r>
        <w:pict>
          <v:shape id="_x0000_i707488" type="#_x0000_t75" alt="学科网(www.zxxk.com)--教育资源门户，提供试卷、教案、课件、论文、素材以及各类教学资源下载，还有大量而丰富的教学相关资讯！" style="width:126pt;height:30.75pt" o:oleicon="f" o:ole="">
            <v:imagedata r:id="rId900" o:title="eqId991e2364936f0ceefe1ee6072aee788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pict>
          <v:shape id="_x0000_i707489" type="#_x0000_t75" alt="学科网(www.zxxk.com)--教育资源门户，提供试卷、教案、课件、论文、素材以及各类教学资源下载，还有大量而丰富的教学相关资讯！" style="width:110.5pt;height:31.5pt" o:oleicon="f" o:ole="">
            <v:imagedata r:id="rId901" o:title="eqId1c25f921f084f1e30dd7ef1706eeec35"/>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本题主要考查了规律型数字变化类，准确分析计算是解题的关键．</w:t>
      </w:r>
    </w:p>
    <w:p>
      <w:pPr>
        <w:spacing w:line="360" w:lineRule="auto"/>
        <w:jc w:val="left"/>
        <w:textAlignment w:val="center"/>
        <w:rPr>
          <w:color w:val="000000"/>
        </w:rPr>
      </w:pPr>
      <w:r>
        <w:rPr>
          <w:color w:val="000000"/>
        </w:rPr>
        <w:t xml:space="preserve">32. </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为数轴上一个定点，点</w:t>
      </w:r>
      <w:r>
        <w:rPr>
          <w:rFonts w:ascii="Times New Roman" w:eastAsia="Times New Roman" w:hAnsi="Times New Roman" w:cs="Times New Roman"/>
          <w:i/>
          <w:color w:val="000000"/>
        </w:rPr>
        <w:t>M</w:t>
      </w:r>
      <w:r>
        <w:rPr>
          <w:rFonts w:ascii="宋体" w:eastAsia="宋体" w:hAnsi="宋体" w:cs="宋体"/>
          <w:color w:val="000000"/>
        </w:rPr>
        <w:t>为数轴上一点将</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两点的距离记为</w:t>
      </w:r>
      <w:r>
        <w:rPr>
          <w:rFonts w:ascii="Times New Roman" w:eastAsia="Times New Roman" w:hAnsi="Times New Roman" w:cs="Times New Roman"/>
          <w:i/>
          <w:color w:val="000000"/>
        </w:rPr>
        <w:t>MP</w:t>
      </w:r>
      <w:r>
        <w:rPr>
          <w:rFonts w:ascii="宋体" w:eastAsia="宋体" w:hAnsi="宋体" w:cs="宋体"/>
          <w:color w:val="000000"/>
        </w:rPr>
        <w:t>．给出如下定义：若</w:t>
      </w:r>
      <w:r>
        <w:rPr>
          <w:rFonts w:ascii="Times New Roman" w:eastAsia="Times New Roman" w:hAnsi="Times New Roman" w:cs="Times New Roman"/>
          <w:i/>
          <w:color w:val="000000"/>
        </w:rPr>
        <w:t>MP</w:t>
      </w:r>
      <w:r>
        <w:rPr>
          <w:rFonts w:ascii="宋体" w:eastAsia="宋体" w:hAnsi="宋体" w:cs="宋体"/>
          <w:color w:val="000000"/>
        </w:rPr>
        <w:t>小于或等于</w:t>
      </w:r>
      <w:r>
        <w:rPr>
          <w:rFonts w:ascii="Times New Roman" w:eastAsia="Times New Roman" w:hAnsi="Times New Roman" w:cs="Times New Roman"/>
          <w:i/>
          <w:color w:val="000000"/>
        </w:rPr>
        <w:t>k</w:t>
      </w:r>
      <w:r>
        <w:rPr>
          <w:rFonts w:ascii="宋体" w:eastAsia="宋体" w:hAnsi="宋体" w:cs="宋体"/>
          <w:color w:val="000000"/>
        </w:rPr>
        <w:t>，则称点</w:t>
      </w:r>
      <w:r>
        <w:rPr>
          <w:rFonts w:ascii="Times New Roman" w:eastAsia="Times New Roman" w:hAnsi="Times New Roman" w:cs="Times New Roman"/>
          <w:i/>
          <w:color w:val="000000"/>
        </w:rPr>
        <w:t>M</w:t>
      </w:r>
      <w:r>
        <w:rPr>
          <w:rFonts w:ascii="宋体" w:eastAsia="宋体" w:hAnsi="宋体" w:cs="宋体"/>
          <w:color w:val="000000"/>
        </w:rPr>
        <w:t>为点</w:t>
      </w:r>
      <w:r>
        <w:rPr>
          <w:rFonts w:ascii="Times New Roman" w:eastAsia="Times New Roman" w:hAnsi="Times New Roman" w:cs="Times New Roman"/>
          <w:i/>
          <w:color w:val="000000"/>
        </w:rPr>
        <w:t>P</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可达点．</w:t>
      </w:r>
    </w:p>
    <w:p>
      <w:pPr>
        <w:spacing w:line="360" w:lineRule="auto"/>
        <w:jc w:val="left"/>
        <w:textAlignment w:val="center"/>
        <w:rPr>
          <w:color w:val="000000"/>
        </w:rPr>
      </w:pPr>
      <w:r>
        <w:rPr>
          <w:rFonts w:ascii="宋体" w:eastAsia="宋体" w:hAnsi="宋体" w:cs="宋体"/>
          <w:color w:val="000000"/>
        </w:rPr>
        <w:t>例如：点</w:t>
      </w:r>
      <w:r>
        <w:rPr>
          <w:rFonts w:ascii="Times New Roman" w:eastAsia="Times New Roman" w:hAnsi="Times New Roman" w:cs="Times New Roman"/>
          <w:i/>
          <w:color w:val="000000"/>
        </w:rPr>
        <w:t>O</w:t>
      </w:r>
      <w:r>
        <w:rPr>
          <w:rFonts w:ascii="宋体" w:eastAsia="宋体" w:hAnsi="宋体" w:cs="宋体"/>
          <w:color w:val="000000"/>
        </w:rPr>
        <w:t>为原点，点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两点的距离为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，即点</w:t>
      </w:r>
      <w:r>
        <w:rPr>
          <w:rFonts w:ascii="Times New Roman" w:eastAsia="Times New Roman" w:hAnsi="Times New Roman" w:cs="Times New Roman"/>
          <w:i/>
          <w:color w:val="000000"/>
        </w:rPr>
        <w:t>A</w:t>
      </w:r>
      <w:r>
        <w:rPr>
          <w:rFonts w:ascii="宋体" w:eastAsia="宋体" w:hAnsi="宋体" w:cs="宋体"/>
          <w:color w:val="000000"/>
        </w:rPr>
        <w:t>可称为点</w:t>
      </w:r>
      <w:r>
        <w:rPr>
          <w:rFonts w:ascii="Times New Roman" w:eastAsia="Times New Roman" w:hAnsi="Times New Roman" w:cs="Times New Roman"/>
          <w:i/>
          <w:color w:val="000000"/>
        </w:rPr>
        <w:t>O</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可达点．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）如图，点</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vertAlign w:val="subscript"/>
        </w:rPr>
        <w:t>3</w:t>
      </w:r>
      <w:r>
        <w:rPr>
          <w:rFonts w:ascii="宋体" w:eastAsia="宋体" w:hAnsi="宋体" w:cs="宋体"/>
          <w:color w:val="000000"/>
        </w:rPr>
        <w:t>中，</w:t>
      </w:r>
      <w:r>
        <w:rPr>
          <w:color w:val="000000"/>
        </w:rPr>
        <w:t>___</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可达点；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为数轴上一个动点，</w:t>
      </w:r>
    </w:p>
    <w:p>
      <w:pPr>
        <w:spacing w:line="360" w:lineRule="auto"/>
        <w:jc w:val="left"/>
        <w:textAlignment w:val="center"/>
        <w:rPr>
          <w:color w:val="000000"/>
        </w:rPr>
      </w:pPr>
      <w:r>
        <w:rPr>
          <w:rFonts w:ascii="宋体" w:eastAsia="宋体" w:hAnsi="宋体" w:cs="宋体"/>
          <w:color w:val="000000"/>
        </w:rPr>
        <w:t>①若点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可达点，请写出一个符合条件的</w:t>
      </w:r>
      <w:r>
        <w:rPr>
          <w:rFonts w:ascii="Times New Roman" w:eastAsia="Times New Roman" w:hAnsi="Times New Roman" w:cs="Times New Roman"/>
          <w:i/>
          <w:color w:val="000000"/>
        </w:rPr>
        <w:t>k</w:t>
      </w:r>
      <w:r>
        <w:rPr>
          <w:rFonts w:ascii="宋体" w:eastAsia="宋体" w:hAnsi="宋体" w:cs="宋体"/>
          <w:color w:val="000000"/>
        </w:rPr>
        <w:t>值</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可达点，</w:t>
      </w:r>
      <w:r>
        <w:rPr>
          <w:rFonts w:ascii="Times New Roman" w:eastAsia="Times New Roman" w:hAnsi="Times New Roman" w:cs="Times New Roman"/>
          <w:i/>
          <w:color w:val="000000"/>
        </w:rPr>
        <w:t>m</w:t>
      </w:r>
      <w:r>
        <w:rPr>
          <w:rFonts w:ascii="宋体" w:eastAsia="宋体" w:hAnsi="宋体" w:cs="宋体"/>
          <w:color w:val="000000"/>
        </w:rPr>
        <w:t>的取值范围为</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，动点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i/>
          <w:color w:val="000000"/>
        </w:rPr>
        <w:t>m</w:t>
      </w:r>
      <w:r>
        <w:rPr>
          <w:rFonts w:ascii="宋体" w:eastAsia="宋体" w:hAnsi="宋体" w:cs="宋体"/>
          <w:color w:val="000000"/>
        </w:rPr>
        <w:t>，动点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color w:val="000000"/>
        </w:rPr>
        <w:t>2</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及它们之间的每一个点都是点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可达点，写出</w:t>
      </w:r>
      <w:r>
        <w:rPr>
          <w:rFonts w:ascii="Times New Roman" w:eastAsia="Times New Roman" w:hAnsi="Times New Roman" w:cs="Times New Roman"/>
          <w:i/>
          <w:color w:val="000000"/>
        </w:rPr>
        <w:t>m</w:t>
      </w:r>
      <w:r>
        <w:rPr>
          <w:rFonts w:ascii="宋体" w:eastAsia="宋体" w:hAnsi="宋体" w:cs="宋体"/>
          <w:color w:val="000000"/>
        </w:rPr>
        <w:t>的取值范围</w:t>
      </w:r>
      <w:r>
        <w:rPr>
          <w:rFonts w:ascii="Times New Roman" w:eastAsia="Times New Roman" w:hAnsi="Times New Roman" w:cs="Times New Roman"/>
          <w:color w:val="000000"/>
        </w:rPr>
        <w:t xml:space="preserve"> </w:t>
      </w:r>
      <w:r>
        <w:rPr>
          <w:color w:val="000000"/>
        </w:rPr>
        <w:t>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257550" cy="647700"/>
            <wp:docPr id="27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 name=""/>
                    <pic:cNvPicPr>
                      <a:picLocks noChangeAspect="1"/>
                    </pic:cNvPicPr>
                  </pic:nvPicPr>
                  <pic:blipFill>
                    <a:blip r:embed="rId902"/>
                    <a:stretch>
                      <a:fillRect/>
                    </a:stretch>
                  </pic:blipFill>
                  <pic:spPr>
                    <a:xfrm>
                      <a:off x="0" y="0"/>
                      <a:ext cx="3257550" cy="6477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    ①. </w:t>
      </w:r>
      <w:r>
        <w:pict>
          <v:shape id="_x0000_i707490" type="#_x0000_t75" alt="学科网(www.zxxk.com)--教育资源门户，提供试卷、教案、课件、论文、素材以及各类教学资源下载，还有大量而丰富的教学相关资讯！" style="width:15pt;height:18pt" o:oleicon="f" o:ole="">
            <v:imagedata r:id="rId903" o:title="eqId43a71fc9c0068109dad1382354570665"/>
          </v:shape>
        </w:pict>
      </w:r>
      <w:r>
        <w:rPr>
          <w:rFonts w:ascii="宋体" w:eastAsia="宋体" w:hAnsi="宋体" w:cs="宋体"/>
          <w:color w:val="000000"/>
        </w:rPr>
        <w:t>、</w:t>
      </w:r>
      <w:r>
        <w:pict>
          <v:shape id="_x0000_i707491" type="#_x0000_t75" alt="学科网(www.zxxk.com)--教育资源门户，提供试卷、教案、课件、论文、素材以及各类教学资源下载，还有大量而丰富的教学相关资讯！" style="width:14.4pt;height:18pt" o:oleicon="f" o:ole="">
            <v:imagedata r:id="rId904" o:title="eqId2857fac4963b129d99e79dcb3e13d295"/>
          </v:shape>
        </w:pict>
      </w:r>
      <w:r>
        <w:rPr>
          <w:color w:val="000000"/>
        </w:rPr>
        <w:t>##</w:t>
      </w:r>
      <w:r>
        <w:rPr>
          <w:i/>
          <w:color w:val="000000"/>
        </w:rPr>
        <w:t>B</w:t>
      </w:r>
      <w:r>
        <w:rPr>
          <w:color w:val="000000"/>
          <w:vertAlign w:val="subscript"/>
        </w:rPr>
        <w:t>3</w:t>
      </w:r>
      <w:r>
        <w:rPr>
          <w:color w:val="000000"/>
        </w:rPr>
        <w:t>、</w:t>
      </w:r>
      <w:r>
        <w:rPr>
          <w:i/>
          <w:color w:val="000000"/>
        </w:rPr>
        <w:t>B</w:t>
      </w:r>
      <w:r>
        <w:rPr>
          <w:color w:val="000000"/>
          <w:vertAlign w:val="subscript"/>
        </w:rPr>
        <w:t>2</w:t>
      </w:r>
      <w:r>
        <w:rPr>
          <w:color w:val="000000"/>
        </w:rPr>
        <w:t xml:space="preserve">    ②. </w:t>
      </w:r>
      <w:r>
        <w:rPr>
          <w:rFonts w:ascii="Times New Roman" w:eastAsia="Times New Roman" w:hAnsi="Times New Roman" w:cs="Times New Roman"/>
          <w:color w:val="000000"/>
        </w:rPr>
        <w:t>3</w:t>
      </w:r>
      <w:r>
        <w:rPr>
          <w:color w:val="000000"/>
        </w:rPr>
        <w:t xml:space="preserve">    ③. </w:t>
      </w:r>
      <w:r>
        <w:pict>
          <v:shape id="_x0000_i707492" type="#_x0000_t75" alt="学科网(www.zxxk.com)--教育资源门户，提供试卷、教案、课件、论文、素材以及各类教学资源下载，还有大量而丰富的教学相关资讯！" style="width:60pt;height:13.95pt" o:oleicon="f" o:ole="">
            <v:imagedata r:id="rId905" o:title="eqId69295f7a2e9162f734779096c5e0b944"/>
          </v:shape>
        </w:pict>
      </w:r>
      <w:r>
        <w:rPr>
          <w:color w:val="000000"/>
        </w:rPr>
        <w:t xml:space="preserve">    ④. </w:t>
      </w:r>
      <w:r>
        <w:pict>
          <v:shape id="_x0000_i707493" type="#_x0000_t75" alt="学科网(www.zxxk.com)--教育资源门户，提供试卷、教案、课件、论文、素材以及各类教学资源下载，还有大量而丰富的教学相关资讯！" style="width:54pt;height:14.25pt" o:oleicon="f" o:ole="">
            <v:imagedata r:id="rId906" o:title="eqId5128f2b2813f18fa43f56182e9f93971"/>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）分别求两点间距离，满足≤</w:t>
      </w:r>
      <w:r>
        <w:rPr>
          <w:rFonts w:ascii="Times New Roman" w:eastAsia="Times New Roman" w:hAnsi="Times New Roman" w:cs="Times New Roman"/>
          <w:color w:val="000000"/>
        </w:rPr>
        <w:t>2</w:t>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）①求得</w:t>
      </w:r>
      <w:r>
        <w:rPr>
          <w:rFonts w:ascii="Times New Roman" w:eastAsia="Times New Roman" w:hAnsi="Times New Roman" w:cs="Times New Roman"/>
          <w:i/>
          <w:color w:val="000000"/>
        </w:rPr>
        <w:t>CA</w:t>
      </w:r>
      <w:r>
        <w:rPr>
          <w:rFonts w:ascii="宋体" w:eastAsia="宋体" w:hAnsi="宋体" w:cs="宋体"/>
          <w:color w:val="000000"/>
        </w:rPr>
        <w:t>两点间距离为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即可；②表示</w:t>
      </w:r>
      <w:r>
        <w:rPr>
          <w:rFonts w:ascii="Times New Roman" w:eastAsia="Times New Roman" w:hAnsi="Times New Roman" w:cs="Times New Roman"/>
          <w:i/>
          <w:color w:val="000000"/>
        </w:rPr>
        <w:t>CA</w:t>
      </w:r>
      <w:r>
        <w:rPr>
          <w:rFonts w:ascii="宋体" w:eastAsia="宋体" w:hAnsi="宋体" w:cs="宋体"/>
          <w:color w:val="000000"/>
        </w:rPr>
        <w:t>的距离为</w:t>
      </w:r>
      <w:r>
        <w:pict>
          <v:shape id="_x0000_i707494" type="#_x0000_t75" alt="学科网(www.zxxk.com)--教育资源门户，提供试卷、教案、课件、论文、素材以及各类教学资源下载，还有大量而丰富的教学相关资讯！" style="width:30.75pt;height:20.25pt" o:oleicon="f" o:ole="">
            <v:imagedata r:id="rId907" o:title="eqId26b22f98738a3d3c163dbcfdb083737b"/>
          </v:shape>
        </w:pict>
      </w:r>
      <w:r>
        <w:rPr>
          <w:rFonts w:ascii="宋体" w:eastAsia="宋体" w:hAnsi="宋体" w:cs="宋体"/>
          <w:color w:val="000000"/>
        </w:rPr>
        <w:t>，列不等式求解即可；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w:t>
      </w:r>
      <w:r>
        <w:pict>
          <v:shape id="_x0000_i707495" type="#_x0000_t75" alt="学科网(www.zxxk.com)--教育资源门户，提供试卷、教案、课件、论文、素材以及各类教学资源下载，还有大量而丰富的教学相关资讯！" style="width:54pt;height:20pt" o:oleicon="f" o:ole="">
            <v:imagedata r:id="rId908" o:title="eqIdd484c79664cadbc7868de8ba59b5f7a1"/>
          </v:shape>
        </w:pict>
      </w:r>
      <w:r>
        <w:rPr>
          <w:rFonts w:ascii="宋体" w:eastAsia="宋体" w:hAnsi="宋体" w:cs="宋体"/>
          <w:color w:val="000000"/>
        </w:rPr>
        <w:t>，</w:t>
      </w:r>
      <w:r>
        <w:pict>
          <v:shape id="_x0000_i707496" type="#_x0000_t75" alt="学科网(www.zxxk.com)--教育资源门户，提供试卷、教案、课件、论文、素材以及各类教学资源下载，还有大量而丰富的教学相关资讯！" style="width:65pt;height:20pt" o:oleicon="f" o:ole="">
            <v:imagedata r:id="rId909" o:title="eqIdb395e370240bcea7ed9e6d3050c623c4"/>
          </v:shape>
        </w:pict>
      </w:r>
      <w:r>
        <w:rPr>
          <w:rFonts w:ascii="宋体" w:eastAsia="宋体" w:hAnsi="宋体" w:cs="宋体"/>
          <w:color w:val="000000"/>
        </w:rPr>
        <w:t>，列不等式计算．</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）由题意知：</w:t>
      </w:r>
      <w:r>
        <w:pict>
          <v:shape id="_x0000_i707497" type="#_x0000_t75" alt="学科网(www.zxxk.com)--教育资源门户，提供试卷、教案、课件、论文、素材以及各类教学资源下载，还有大量而丰富的教学相关资讯！" style="width:40pt;height:18pt" o:oleicon="f" o:ole="">
            <v:imagedata r:id="rId910" o:title="eqId12cc8001730e60b0c2160020156b6634"/>
          </v:shape>
        </w:pict>
      </w:r>
      <w:r>
        <w:rPr>
          <w:color w:val="000000"/>
        </w:rPr>
        <w:t>2</w:t>
      </w:r>
      <w:r>
        <w:rPr>
          <w:rFonts w:ascii="宋体" w:eastAsia="宋体" w:hAnsi="宋体" w:cs="宋体"/>
          <w:color w:val="000000"/>
        </w:rPr>
        <w:t>，</w:t>
      </w:r>
      <w:r>
        <w:pict>
          <v:shape id="_x0000_i707498" type="#_x0000_t75" alt="学科网(www.zxxk.com)--教育资源门户，提供试卷、教案、课件、论文、素材以及各类教学资源下载，还有大量而丰富的教学相关资讯！" style="width:42pt;height:18pt" o:oleicon="f" o:ole="">
            <v:imagedata r:id="rId911" o:title="eqIdbec7cb98181fb7f7a91ffefe00a1f38b"/>
          </v:shape>
        </w:pict>
      </w:r>
      <w:r>
        <w:rPr>
          <w:color w:val="000000"/>
        </w:rPr>
        <w:t>2</w:t>
      </w:r>
      <w:r>
        <w:rPr>
          <w:rFonts w:ascii="宋体" w:eastAsia="宋体" w:hAnsi="宋体" w:cs="宋体"/>
          <w:color w:val="000000"/>
        </w:rPr>
        <w:t>，</w:t>
      </w:r>
      <w:r>
        <w:pict>
          <v:shape id="_x0000_i707499" type="#_x0000_t75" alt="学科网(www.zxxk.com)--教育资源门户，提供试卷、教案、课件、论文、素材以及各类教学资源下载，还有大量而丰富的教学相关资讯！" style="width:41pt;height:18pt" o:oleicon="f" o:ole="">
            <v:imagedata r:id="rId912" o:title="eqId3136f02d8e5c99b818c2777972f4656f"/>
          </v:shape>
        </w:pict>
      </w:r>
      <w:r>
        <w:rPr>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7500" type="#_x0000_t75" alt="学科网(www.zxxk.com)--教育资源门户，提供试卷、教案、课件、论文、素材以及各类教学资源下载，还有大量而丰富的教学相关资讯！" style="width:15pt;height:18pt" o:oleicon="f" o:ole="">
            <v:imagedata r:id="rId913" o:title="eqId43a71fc9c0068109dad1382354570665"/>
          </v:shape>
        </w:pict>
      </w:r>
      <w:r>
        <w:rPr>
          <w:rFonts w:ascii="宋体" w:eastAsia="宋体" w:hAnsi="宋体" w:cs="宋体"/>
          <w:color w:val="000000"/>
        </w:rPr>
        <w:t>、</w:t>
      </w:r>
      <w:r>
        <w:pict>
          <v:shape id="_x0000_i707501" type="#_x0000_t75" alt="学科网(www.zxxk.com)--教育资源门户，提供试卷、教案、课件、论文、素材以及各类教学资源下载，还有大量而丰富的教学相关资讯！" style="width:14.4pt;height:18pt" o:oleicon="f" o:ole="">
            <v:imagedata r:id="rId914" o:title="eqId2857fac4963b129d99e79dcb3e13d295"/>
          </v:shape>
        </w:pic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可达点，</w:t>
      </w:r>
    </w:p>
    <w:p>
      <w:pPr>
        <w:spacing w:line="360" w:lineRule="auto"/>
        <w:jc w:val="left"/>
        <w:textAlignment w:val="center"/>
        <w:rPr>
          <w:color w:val="000000"/>
        </w:rPr>
      </w:pPr>
      <w:r>
        <w:rPr>
          <w:rFonts w:ascii="宋体" w:eastAsia="宋体" w:hAnsi="宋体" w:cs="宋体"/>
          <w:color w:val="000000"/>
        </w:rPr>
        <w:t>故填：</w:t>
      </w:r>
      <w:r>
        <w:pict>
          <v:shape id="_x0000_i707502" type="#_x0000_t75" alt="学科网(www.zxxk.com)--教育资源门户，提供试卷、教案、课件、论文、素材以及各类教学资源下载，还有大量而丰富的教学相关资讯！" style="width:15pt;height:18pt" o:oleicon="f" o:ole="">
            <v:imagedata r:id="rId915" o:title="eqId43a71fc9c0068109dad1382354570665"/>
          </v:shape>
        </w:pict>
      </w:r>
      <w:r>
        <w:rPr>
          <w:rFonts w:ascii="宋体" w:eastAsia="宋体" w:hAnsi="宋体" w:cs="宋体"/>
          <w:color w:val="000000"/>
        </w:rPr>
        <w:t>、</w:t>
      </w:r>
      <w:r>
        <w:pict>
          <v:shape id="_x0000_i707503" type="#_x0000_t75" alt="学科网(www.zxxk.com)--教育资源门户，提供试卷、教案、课件、论文、素材以及各类教学资源下载，还有大量而丰富的教学相关资讯！" style="width:14.4pt;height:18pt" o:oleicon="f" o:ole="">
            <v:imagedata r:id="rId916" o:title="eqId2857fac4963b129d99e79dcb3e13d29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）①当点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时，</w:t>
      </w:r>
      <w:r>
        <w:pict>
          <v:shape id="_x0000_i707504" type="#_x0000_t75" alt="学科网(www.zxxk.com)--教育资源门户，提供试卷、教案、课件、论文、素材以及各类教学资源下载，还有大量而丰富的教学相关资讯！" style="width:32pt;height:14pt" o:oleicon="f" o:ole="">
            <v:imagedata r:id="rId917" o:title="eqIdf4dba893b90b057cf6052c41fb312ab1"/>
          </v:shape>
        </w:pict>
      </w:r>
      <w:r>
        <w:rPr>
          <w:rFonts w:ascii="宋体" w:eastAsia="宋体" w:hAnsi="宋体" w:cs="宋体"/>
          <w:color w:val="000000"/>
        </w:rPr>
        <w:t>≤</w:t>
      </w:r>
      <w:r>
        <w:pict>
          <v:shape id="_x0000_i707505" type="#_x0000_t75" alt="学科网(www.zxxk.com)--教育资源门户，提供试卷、教案、课件、论文、素材以及各类教学资源下载，还有大量而丰富的教学相关资讯！" style="width:10pt;height:14.4pt" o:oleicon="f" o:ole="">
            <v:imagedata r:id="rId918" o:title="eqIdf0a532e15e232cb4b99a8d4d07c89575"/>
          </v:shape>
        </w:pict>
      </w:r>
      <w:r>
        <w:rPr>
          <w:rFonts w:ascii="宋体" w:eastAsia="宋体" w:hAnsi="宋体" w:cs="宋体"/>
          <w:color w:val="000000"/>
        </w:rPr>
        <w:t>，故</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故填：</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时，</w:t>
      </w:r>
      <w:r>
        <w:pict>
          <v:shape id="_x0000_i707506" type="#_x0000_t75" alt="学科网(www.zxxk.com)--教育资源门户，提供试卷、教案、课件、论文、素材以及各类教学资源下载，还有大量而丰富的教学相关资讯！" style="width:54pt;height:20pt" o:oleicon="f" o:ole="">
            <v:imagedata r:id="rId919" o:title="eqIdd484c79664cadbc7868de8ba59b5f7a1"/>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，解得：</w:t>
      </w:r>
      <w:r>
        <w:pict>
          <v:shape id="_x0000_i707507" type="#_x0000_t75" alt="学科网(www.zxxk.com)--教育资源门户，提供试卷、教案、课件、论文、素材以及各类教学资源下载，还有大量而丰富的教学相关资讯！" style="width:60pt;height:13.95pt" o:oleicon="f" o:ole="">
            <v:imagedata r:id="rId920" o:title="eqId69295f7a2e9162f734779096c5e0b94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故填：</w:t>
      </w:r>
      <w:r>
        <w:pict>
          <v:shape id="_x0000_i707508" type="#_x0000_t75" alt="学科网(www.zxxk.com)--教育资源门户，提供试卷、教案、课件、论文、素材以及各类教学资源下载，还有大量而丰富的教学相关资讯！" style="width:60pt;height:13.95pt" o:oleicon="f" o:ole="">
            <v:imagedata r:id="rId921" o:title="eqId69295f7a2e9162f734779096c5e0b94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）由题意知：</w:t>
      </w:r>
      <w:r>
        <w:pict>
          <v:shape id="_x0000_i707509" type="#_x0000_t75" alt="学科网(www.zxxk.com)--教育资源门户，提供试卷、教案、课件、论文、素材以及各类教学资源下载，还有大量而丰富的教学相关资讯！" style="width:54pt;height:20pt" o:oleicon="f" o:ole="">
            <v:imagedata r:id="rId922" o:title="eqIdd484c79664cadbc7868de8ba59b5f7a1"/>
          </v:shape>
        </w:pict>
      </w:r>
      <w:r>
        <w:rPr>
          <w:rFonts w:ascii="宋体" w:eastAsia="宋体" w:hAnsi="宋体" w:cs="宋体"/>
          <w:color w:val="000000"/>
        </w:rPr>
        <w:t>，</w:t>
      </w:r>
      <w:r>
        <w:pict>
          <v:shape id="_x0000_i707510" type="#_x0000_t75" alt="学科网(www.zxxk.com)--教育资源门户，提供试卷、教案、课件、论文、素材以及各类教学资源下载，还有大量而丰富的教学相关资讯！" style="width:65pt;height:20pt" o:oleicon="f" o:ole="">
            <v:imagedata r:id="rId923" o:title="eqIdb395e370240bcea7ed9e6d3050c623c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pict>
          <v:shape id="_x0000_i707511" type="#_x0000_t75" alt="学科网(www.zxxk.com)--教育资源门户，提供试卷、教案、课件、论文、素材以及各类教学资源下载，还有大量而丰富的教学相关资讯！" style="width:48pt;height:20.25pt" o:oleicon="f" o:ole="">
            <v:imagedata r:id="rId924" o:title="eqId98befaadb0d55db378752c107d1508f2"/>
          </v:shape>
        </w:pict>
      </w:r>
      <w:r>
        <w:rPr>
          <w:rFonts w:ascii="宋体" w:eastAsia="宋体" w:hAnsi="宋体" w:cs="宋体"/>
          <w:color w:val="000000"/>
        </w:rPr>
        <w:t>，</w:t>
      </w:r>
      <w:r>
        <w:pict>
          <v:shape id="_x0000_i707512" type="#_x0000_t75" alt="学科网(www.zxxk.com)--教育资源门户，提供试卷、教案、课件、论文、素材以及各类教学资源下载，还有大量而丰富的教学相关资讯！" style="width:54pt;height:20pt" o:oleicon="f" o:ole="">
            <v:imagedata r:id="rId925" o:title="eqId01474a9bc95ebf9390a361ade93fad5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7513" type="#_x0000_t75" alt="学科网(www.zxxk.com)--教育资源门户，提供试卷、教案、课件、论文、素材以及各类教学资源下载，还有大量而丰富的教学相关资讯！" style="width:54pt;height:14.25pt" o:oleicon="f" o:ole="">
            <v:imagedata r:id="rId926" o:title="eqId5128f2b2813f18fa43f56182e9f9397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故填：</w:t>
      </w:r>
      <w:r>
        <w:pict>
          <v:shape id="_x0000_i707514" type="#_x0000_t75" alt="学科网(www.zxxk.com)--教育资源门户，提供试卷、教案、课件、论文、素材以及各类教学资源下载，还有大量而丰富的教学相关资讯！" style="width:54pt;height:14.25pt" o:oleicon="f" o:ole="">
            <v:imagedata r:id="rId927" o:title="eqId5128f2b2813f18fa43f56182e9f93971"/>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本题考查两点间距离、不等式的应用，正确理解题意是关键．</w:t>
      </w:r>
    </w:p>
    <w:p>
      <w:pPr>
        <w:pStyle w:val="Heading2"/>
      </w:pPr>
      <w:r>
        <w:t>第七中学</w:t>
      </w:r>
    </w:p>
    <w:p>
      <w:pPr>
        <w:spacing w:line="360" w:lineRule="auto"/>
        <w:jc w:val="left"/>
        <w:textAlignment w:val="center"/>
        <w:rPr>
          <w:color w:val="000000"/>
        </w:rPr>
      </w:pPr>
      <w:r>
        <w:rPr>
          <w:color w:val="000000"/>
        </w:rPr>
        <w:t xml:space="preserve">29. </w:t>
      </w:r>
      <w:r>
        <w:rPr>
          <w:color w:val="000000"/>
        </w:rPr>
        <w:t>在求两位数的平方时，可以用“列竖式”的方法进行速算，求解过程如图1所示．</w:t>
      </w:r>
    </w:p>
    <w:p>
      <w:pPr>
        <w:spacing w:line="360" w:lineRule="auto"/>
        <w:jc w:val="left"/>
        <w:textAlignment w:val="center"/>
        <w:rPr>
          <w:color w:val="000000"/>
        </w:rPr>
      </w:pPr>
      <w:r>
        <w:rPr>
          <w:color w:val="000000"/>
        </w:rPr>
        <w:drawing>
          <wp:inline>
            <wp:extent cx="5124450" cy="1143000"/>
            <wp:docPr id="27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 name=""/>
                    <pic:cNvPicPr>
                      <a:picLocks noChangeAspect="1"/>
                    </pic:cNvPicPr>
                  </pic:nvPicPr>
                  <pic:blipFill>
                    <a:blip r:embed="rId928"/>
                    <a:stretch>
                      <a:fillRect/>
                    </a:stretch>
                  </pic:blipFill>
                  <pic:spPr>
                    <a:xfrm>
                      <a:off x="0" y="0"/>
                      <a:ext cx="5124450" cy="1143000"/>
                    </a:xfrm>
                    <a:prstGeom prst="rect">
                      <a:avLst/>
                    </a:prstGeom>
                  </pic:spPr>
                </pic:pic>
              </a:graphicData>
            </a:graphic>
          </wp:inline>
        </w:drawing>
      </w:r>
    </w:p>
    <w:p>
      <w:pPr>
        <w:spacing w:line="360" w:lineRule="auto"/>
        <w:jc w:val="left"/>
        <w:textAlignment w:val="center"/>
        <w:rPr>
          <w:color w:val="000000"/>
        </w:rPr>
      </w:pPr>
      <w:r>
        <w:rPr>
          <w:color w:val="000000"/>
        </w:rPr>
        <w:t>（1）仿照图1，在图2中补全67</w:t>
      </w:r>
      <w:r>
        <w:rPr>
          <w:color w:val="000000"/>
          <w:vertAlign w:val="superscript"/>
        </w:rPr>
        <w:t>2</w:t>
      </w:r>
      <w:r>
        <w:rPr>
          <w:color w:val="000000"/>
        </w:rPr>
        <w:t>的“竖式”；</w:t>
      </w:r>
    </w:p>
    <w:p>
      <w:pPr>
        <w:spacing w:line="360" w:lineRule="auto"/>
        <w:jc w:val="left"/>
        <w:textAlignment w:val="center"/>
        <w:rPr>
          <w:color w:val="000000"/>
        </w:rPr>
      </w:pPr>
      <w:r>
        <w:rPr>
          <w:color w:val="000000"/>
        </w:rPr>
        <w:t>（2）仿照图1，用“列竖式”的方法计算一个两位数的平方，部分过程如图3所示．若这个两位数的个位数字为a，则这个两位数为______________（用含a的代数式表示）．</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）见解析；（</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a +50</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）观察图象可知，第一行从右向左分别为个位数和十位数字</w:t>
      </w:r>
      <w:r>
        <w:rPr>
          <w:rFonts w:ascii="宋体" w:eastAsia="宋体" w:hAnsi="宋体" w:cs="宋体"/>
          <w:color w:val="000000"/>
          <w:position w:val="0"/>
        </w:rPr>
        <w:drawing>
          <wp:inline>
            <wp:extent cx="133350" cy="177800"/>
            <wp:docPr id="27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 name=""/>
                    <pic:cNvPicPr>
                      <a:picLocks noChangeAspect="1"/>
                    </pic:cNvPicPr>
                  </pic:nvPicPr>
                  <pic:blipFill>
                    <a:blip r:embed="rId92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平方，每个数的平方占两个空，平方是一位数的前面的空用</w:t>
      </w:r>
      <w:r>
        <w:rPr>
          <w:rFonts w:ascii="Times New Roman" w:eastAsia="Times New Roman" w:hAnsi="Times New Roman" w:cs="Times New Roman"/>
          <w:color w:val="000000"/>
        </w:rPr>
        <w:t>0</w:t>
      </w:r>
      <w:r>
        <w:rPr>
          <w:rFonts w:ascii="宋体" w:eastAsia="宋体" w:hAnsi="宋体" w:cs="宋体"/>
          <w:color w:val="000000"/>
        </w:rPr>
        <w:t>填补，第二行从左边第</w:t>
      </w:r>
      <w:r>
        <w:rPr>
          <w:rFonts w:ascii="Times New Roman" w:eastAsia="Times New Roman" w:hAnsi="Times New Roman" w:cs="Times New Roman"/>
          <w:color w:val="000000"/>
        </w:rPr>
        <w:t>2</w:t>
      </w:r>
      <w:r>
        <w:rPr>
          <w:rFonts w:ascii="宋体" w:eastAsia="宋体" w:hAnsi="宋体" w:cs="宋体"/>
          <w:color w:val="000000"/>
        </w:rPr>
        <w:t>个空开始向右是这个两位数的两个数字的乘积的</w:t>
      </w:r>
      <w:r>
        <w:rPr>
          <w:rFonts w:ascii="Times New Roman" w:eastAsia="Times New Roman" w:hAnsi="Times New Roman" w:cs="Times New Roman"/>
          <w:color w:val="000000"/>
        </w:rPr>
        <w:t>2</w:t>
      </w:r>
      <w:r>
        <w:rPr>
          <w:rFonts w:ascii="宋体" w:eastAsia="宋体" w:hAnsi="宋体" w:cs="宋体"/>
          <w:color w:val="000000"/>
        </w:rPr>
        <w:t>倍，然后相加即为这个两位数的平方，根据此规律求解即可；</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）设这个两位数的十位数字为</w:t>
      </w:r>
      <w:r>
        <w:rPr>
          <w:rFonts w:ascii="Times New Roman" w:eastAsia="Times New Roman" w:hAnsi="Times New Roman" w:cs="Times New Roman"/>
          <w:color w:val="000000"/>
        </w:rPr>
        <w:t>b</w:t>
      </w:r>
      <w:r>
        <w:rPr>
          <w:rFonts w:ascii="宋体" w:eastAsia="宋体" w:hAnsi="宋体" w:cs="宋体"/>
          <w:color w:val="000000"/>
        </w:rPr>
        <w:t>，根据图</w:t>
      </w:r>
      <w:r>
        <w:rPr>
          <w:rFonts w:ascii="Times New Roman" w:eastAsia="Times New Roman" w:hAnsi="Times New Roman" w:cs="Times New Roman"/>
          <w:color w:val="000000"/>
        </w:rPr>
        <w:t>3</w:t>
      </w:r>
      <w:r>
        <w:rPr>
          <w:rFonts w:ascii="宋体" w:eastAsia="宋体" w:hAnsi="宋体" w:cs="宋体"/>
          <w:color w:val="000000"/>
        </w:rPr>
        <w:t>，利用十位数字与个位数字的乘积的</w:t>
      </w:r>
      <w:r>
        <w:rPr>
          <w:rFonts w:ascii="Times New Roman" w:eastAsia="Times New Roman" w:hAnsi="Times New Roman" w:cs="Times New Roman"/>
          <w:color w:val="000000"/>
        </w:rPr>
        <w:t>2</w:t>
      </w:r>
      <w:r>
        <w:rPr>
          <w:rFonts w:ascii="宋体" w:eastAsia="宋体" w:hAnsi="宋体" w:cs="宋体"/>
          <w:color w:val="000000"/>
        </w:rPr>
        <w:t>倍的关系列出方程用</w:t>
      </w:r>
      <w:r>
        <w:rPr>
          <w:rFonts w:ascii="Times New Roman" w:eastAsia="Times New Roman" w:hAnsi="Times New Roman" w:cs="Times New Roman"/>
          <w:color w:val="000000"/>
        </w:rPr>
        <w:t>a</w:t>
      </w:r>
      <w:r>
        <w:rPr>
          <w:rFonts w:ascii="宋体" w:eastAsia="宋体" w:hAnsi="宋体" w:cs="宋体"/>
          <w:color w:val="000000"/>
        </w:rPr>
        <w:t>表示出</w:t>
      </w:r>
      <w:r>
        <w:rPr>
          <w:rFonts w:ascii="Times New Roman" w:eastAsia="Times New Roman" w:hAnsi="Times New Roman" w:cs="Times New Roman"/>
          <w:color w:val="000000"/>
        </w:rPr>
        <w:t>b</w:t>
      </w:r>
      <w:r>
        <w:rPr>
          <w:rFonts w:ascii="宋体" w:eastAsia="宋体" w:hAnsi="宋体" w:cs="宋体"/>
          <w:color w:val="000000"/>
        </w:rPr>
        <w:t>，然后写出即可．</w:t>
      </w:r>
    </w:p>
    <w:p>
      <w:pPr>
        <w:spacing w:line="360" w:lineRule="auto"/>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）如图所示：</w:t>
      </w:r>
      <w:r>
        <w:rPr>
          <w:color w:val="000000"/>
        </w:rPr>
        <w:br/>
      </w:r>
      <w:r>
        <w:rPr>
          <w:color w:val="000000"/>
        </w:rPr>
        <w:drawing>
          <wp:inline>
            <wp:extent cx="914400" cy="962025"/>
            <wp:docPr id="27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6" name=""/>
                    <pic:cNvPicPr>
                      <a:picLocks noChangeAspect="1"/>
                    </pic:cNvPicPr>
                  </pic:nvPicPr>
                  <pic:blipFill>
                    <a:blip r:embed="rId930"/>
                    <a:stretch>
                      <a:fillRect/>
                    </a:stretch>
                  </pic:blipFill>
                  <pic:spPr>
                    <a:xfrm>
                      <a:off x="0" y="0"/>
                      <a:ext cx="914400" cy="962025"/>
                    </a:xfrm>
                    <a:prstGeom prst="rect">
                      <a:avLst/>
                    </a:prstGeom>
                  </pic:spPr>
                </pic:pic>
              </a:graphicData>
            </a:graphic>
          </wp:inline>
        </w:drawing>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）设这个两位数的十位数字为</w:t>
      </w:r>
      <w:r>
        <w:rPr>
          <w:rFonts w:ascii="Times New Roman" w:eastAsia="Times New Roman" w:hAnsi="Times New Roman" w:cs="Times New Roman"/>
          <w:color w:val="000000"/>
        </w:rPr>
        <w:t>b</w:t>
      </w:r>
      <w:r>
        <w:rPr>
          <w:rFonts w:ascii="宋体" w:eastAsia="宋体" w:hAnsi="宋体" w:cs="宋体"/>
          <w:color w:val="000000"/>
        </w:rPr>
        <w:t>，</w:t>
      </w:r>
      <w:r>
        <w:rPr>
          <w:color w:val="000000"/>
        </w:rPr>
        <w:br/>
      </w:r>
      <w:r>
        <w:rPr>
          <w:rFonts w:ascii="宋体" w:eastAsia="宋体" w:hAnsi="宋体" w:cs="宋体"/>
          <w:color w:val="000000"/>
        </w:rPr>
        <w:t>由题意得，</w:t>
      </w:r>
      <w:r>
        <w:rPr>
          <w:rFonts w:ascii="Times New Roman" w:eastAsia="Times New Roman" w:hAnsi="Times New Roman" w:cs="Times New Roman"/>
          <w:color w:val="000000"/>
        </w:rPr>
        <w:t>2ab=10a</w:t>
      </w:r>
      <w:r>
        <w:rPr>
          <w:rFonts w:ascii="宋体" w:eastAsia="宋体" w:hAnsi="宋体" w:cs="宋体"/>
          <w:color w:val="000000"/>
        </w:rPr>
        <w:t>，</w:t>
      </w:r>
      <w:r>
        <w:rPr>
          <w:color w:val="000000"/>
        </w:rPr>
        <w:br/>
      </w:r>
      <w:r>
        <w:rPr>
          <w:rFonts w:ascii="宋体" w:eastAsia="宋体" w:hAnsi="宋体" w:cs="宋体"/>
          <w:color w:val="000000"/>
        </w:rPr>
        <w:t>解得</w:t>
      </w:r>
      <w:r>
        <w:rPr>
          <w:rFonts w:ascii="Times New Roman" w:eastAsia="Times New Roman" w:hAnsi="Times New Roman" w:cs="Times New Roman"/>
          <w:color w:val="000000"/>
        </w:rPr>
        <w:t>b=5</w:t>
      </w:r>
      <w:r>
        <w:rPr>
          <w:rFonts w:ascii="宋体" w:eastAsia="宋体" w:hAnsi="宋体" w:cs="宋体"/>
          <w:color w:val="000000"/>
        </w:rPr>
        <w:t>，</w:t>
      </w:r>
      <w:r>
        <w:rPr>
          <w:color w:val="000000"/>
        </w:rPr>
        <w:br/>
      </w:r>
      <w:r>
        <w:rPr>
          <w:rFonts w:ascii="宋体" w:eastAsia="宋体" w:hAnsi="宋体" w:cs="宋体"/>
          <w:color w:val="000000"/>
        </w:rPr>
        <w:t>所以，这个两位数是</w:t>
      </w:r>
      <w:r>
        <w:rPr>
          <w:rFonts w:ascii="Times New Roman" w:eastAsia="Times New Roman" w:hAnsi="Times New Roman" w:cs="Times New Roman"/>
          <w:color w:val="000000"/>
        </w:rPr>
        <w:t>10×5+a=a+50</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a+50</w:t>
      </w:r>
      <w:r>
        <w:rPr>
          <w:rFonts w:ascii="宋体" w:eastAsia="宋体" w:hAnsi="宋体" w:cs="宋体"/>
          <w:color w:val="000000"/>
        </w:rPr>
        <w:t>．</w:t>
      </w:r>
    </w:p>
    <w:p>
      <w:pPr>
        <w:spacing w:line="360" w:lineRule="auto"/>
        <w:jc w:val="left"/>
        <w:textAlignment w:val="center"/>
        <w:rPr>
          <w:color w:val="000000"/>
        </w:rPr>
      </w:pPr>
      <w:r>
        <w:rPr>
          <w:color w:val="000000"/>
        </w:rPr>
        <w:t xml:space="preserve">30. </w:t>
      </w:r>
      <w:r>
        <w:rPr>
          <w:rFonts w:ascii="宋体" w:eastAsia="宋体" w:hAnsi="宋体" w:cs="宋体"/>
          <w:color w:val="000000"/>
        </w:rPr>
        <w:t>如图，某校的“图书码”共有</w:t>
      </w:r>
      <w:r>
        <w:rPr>
          <w:rFonts w:ascii="Times New Roman" w:eastAsia="Times New Roman" w:hAnsi="Times New Roman" w:cs="Times New Roman"/>
          <w:color w:val="000000"/>
        </w:rPr>
        <w:t>7</w:t>
      </w:r>
      <w:r>
        <w:rPr>
          <w:rFonts w:ascii="宋体" w:eastAsia="宋体" w:hAnsi="宋体" w:cs="宋体"/>
          <w:color w:val="000000"/>
        </w:rPr>
        <w:t>位数字，它是由</w:t>
      </w:r>
      <w:r>
        <w:rPr>
          <w:rFonts w:ascii="Times New Roman" w:eastAsia="Times New Roman" w:hAnsi="Times New Roman" w:cs="Times New Roman"/>
          <w:color w:val="000000"/>
        </w:rPr>
        <w:t>6</w:t>
      </w:r>
      <w:r>
        <w:rPr>
          <w:rFonts w:ascii="宋体" w:eastAsia="宋体" w:hAnsi="宋体" w:cs="宋体"/>
          <w:color w:val="000000"/>
        </w:rPr>
        <w:t>位数字代码和校验码构成，其结构分别代表“种类代码、出版社代码、书序代码和校验码”．</w:t>
      </w:r>
    </w:p>
    <w:p>
      <w:pPr>
        <w:spacing w:line="360" w:lineRule="auto"/>
        <w:jc w:val="left"/>
        <w:textAlignment w:val="center"/>
        <w:rPr>
          <w:color w:val="000000"/>
        </w:rPr>
      </w:pPr>
      <w:r>
        <w:rPr>
          <w:color w:val="000000"/>
        </w:rPr>
        <w:drawing>
          <wp:inline>
            <wp:extent cx="1800225" cy="1123950"/>
            <wp:docPr id="27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8" name=""/>
                    <pic:cNvPicPr>
                      <a:picLocks noChangeAspect="1"/>
                    </pic:cNvPicPr>
                  </pic:nvPicPr>
                  <pic:blipFill>
                    <a:blip r:embed="rId931"/>
                    <a:stretch>
                      <a:fillRect/>
                    </a:stretch>
                  </pic:blipFill>
                  <pic:spPr>
                    <a:xfrm>
                      <a:off x="0" y="0"/>
                      <a:ext cx="1800225" cy="1123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其中校验码是用来校验图书码中前</w:t>
      </w:r>
      <w:r>
        <w:rPr>
          <w:rFonts w:ascii="Times New Roman" w:eastAsia="Times New Roman" w:hAnsi="Times New Roman" w:cs="Times New Roman"/>
          <w:color w:val="000000"/>
        </w:rPr>
        <w:t>6</w:t>
      </w:r>
      <w:r>
        <w:rPr>
          <w:rFonts w:ascii="宋体" w:eastAsia="宋体" w:hAnsi="宋体" w:cs="宋体"/>
          <w:color w:val="000000"/>
        </w:rPr>
        <w:t>位数字代码的正确性．它的编制是按照特定的算法得来的．以上图为例，其算法为：</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1</w:t>
      </w:r>
      <w:r>
        <w:rPr>
          <w:rFonts w:ascii="宋体" w:eastAsia="宋体" w:hAnsi="宋体" w:cs="宋体"/>
          <w:color w:val="000000"/>
        </w:rPr>
        <w:t>：计算前</w:t>
      </w:r>
      <w:r>
        <w:rPr>
          <w:rFonts w:ascii="Times New Roman" w:eastAsia="Times New Roman" w:hAnsi="Times New Roman" w:cs="Times New Roman"/>
          <w:color w:val="000000"/>
        </w:rPr>
        <w:t>6</w:t>
      </w:r>
      <w:r>
        <w:rPr>
          <w:rFonts w:ascii="宋体" w:eastAsia="宋体" w:hAnsi="宋体" w:cs="宋体"/>
          <w:color w:val="000000"/>
        </w:rPr>
        <w:t>位数字中偶数位数字的和</w:t>
      </w:r>
      <w:r>
        <w:pict>
          <v:shape id="_x0000_i707515" type="#_x0000_t75" alt="学科网(www.zxxk.com)--教育资源门户，提供试卷、教案、课件、论文、素材以及各类教学资源下载，还有大量而丰富的教学相关资讯！" style="width:9pt;height:9.75pt" o:oleicon="f" o:ole="">
            <v:imagedata r:id="rId932" o:title="eqId0a6936d370d6a238a608ca56f87198de"/>
          </v:shape>
        </w:pict>
      </w:r>
      <w:r>
        <w:rPr>
          <w:rFonts w:ascii="宋体" w:eastAsia="宋体" w:hAnsi="宋体" w:cs="宋体"/>
          <w:color w:val="000000"/>
        </w:rPr>
        <w:t>，即</w:t>
      </w:r>
      <w:r>
        <w:pict>
          <v:shape id="_x0000_i707516" type="#_x0000_t75" alt="学科网(www.zxxk.com)--教育资源门户，提供试卷、教案、课件、论文、素材以及各类教学资源下载，还有大量而丰富的教学相关资讯！" style="width:82.5pt;height:14.25pt" o:oleicon="f" o:ole="">
            <v:imagedata r:id="rId933" o:title="eqId7722c8003c8d72cfe5096976dfa08f3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2</w:t>
      </w:r>
      <w:r>
        <w:rPr>
          <w:rFonts w:ascii="宋体" w:eastAsia="宋体" w:hAnsi="宋体" w:cs="宋体"/>
          <w:color w:val="000000"/>
        </w:rPr>
        <w:t>：计算前</w:t>
      </w:r>
      <w:r>
        <w:rPr>
          <w:rFonts w:ascii="Times New Roman" w:eastAsia="Times New Roman" w:hAnsi="Times New Roman" w:cs="Times New Roman"/>
          <w:color w:val="000000"/>
        </w:rPr>
        <w:t>6</w:t>
      </w:r>
      <w:r>
        <w:rPr>
          <w:rFonts w:ascii="宋体" w:eastAsia="宋体" w:hAnsi="宋体" w:cs="宋体"/>
          <w:color w:val="000000"/>
        </w:rPr>
        <w:t>位数字中奇数位数字的和</w:t>
      </w:r>
      <w:r>
        <w:pict>
          <v:shape id="_x0000_i707517" type="#_x0000_t75" alt="学科网(www.zxxk.com)--教育资源门户，提供试卷、教案、课件、论文、素材以及各类教学资源下载，还有大量而丰富的教学相关资讯！" style="width:9.9pt;height:14.35pt" o:oleicon="f" o:ole="">
            <v:imagedata r:id="rId934" o:title="eqId2c94bb12cee76221e13f9ef955b0aab1"/>
          </v:shape>
        </w:pict>
      </w:r>
      <w:r>
        <w:rPr>
          <w:rFonts w:ascii="宋体" w:eastAsia="宋体" w:hAnsi="宋体" w:cs="宋体"/>
          <w:color w:val="000000"/>
        </w:rPr>
        <w:t>，即</w:t>
      </w:r>
      <w:r>
        <w:pict>
          <v:shape id="_x0000_i707518" type="#_x0000_t75" alt="学科网(www.zxxk.com)--教育资源门户，提供试卷、教案、课件、论文、素材以及各类教学资源下载，还有大量而丰富的教学相关资讯！" style="width:80.25pt;height:14.25pt" o:oleicon="f" o:ole="">
            <v:imagedata r:id="rId935" o:title="eqId80915782c1d63a5f158b882f97f3042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3</w:t>
      </w:r>
      <w:r>
        <w:rPr>
          <w:rFonts w:ascii="宋体" w:eastAsia="宋体" w:hAnsi="宋体" w:cs="宋体"/>
          <w:color w:val="000000"/>
        </w:rPr>
        <w:t>：计算</w:t>
      </w:r>
      <w:r>
        <w:pict>
          <v:shape id="_x0000_i707519" type="#_x0000_t75" alt="学科网(www.zxxk.com)--教育资源门户，提供试卷、教案、课件、论文、素材以及各类教学资源下载，还有大量而丰富的教学相关资讯！" style="width:15.75pt;height:14.25pt" o:oleicon="f" o:ole="">
            <v:imagedata r:id="rId937" o:title="eqId9878a063abcb6098d10560f2bf2d4b71"/>
          </v:shape>
        </w:pict>
      </w:r>
      <w:r>
        <w:rPr>
          <w:rFonts w:ascii="宋体" w:eastAsia="宋体" w:hAnsi="宋体" w:cs="宋体"/>
          <w:color w:val="000000"/>
        </w:rPr>
        <w:t>与</w:t>
      </w:r>
      <w:r>
        <w:pict>
          <v:shape id="_x0000_i707520" type="#_x0000_t75" alt="学科网(www.zxxk.com)--教育资源门户，提供试卷、教案、课件、论文、素材以及各类教学资源下载，还有大量而丰富的教学相关资讯！" style="width:9.9pt;height:14.35pt" o:oleicon="f" o:ole="">
            <v:imagedata r:id="rId938" o:title="eqId2c94bb12cee76221e13f9ef955b0aab1"/>
          </v:shape>
        </w:pict>
      </w:r>
      <w:r>
        <w:rPr>
          <w:rFonts w:ascii="宋体" w:eastAsia="宋体" w:hAnsi="宋体" w:cs="宋体"/>
          <w:color w:val="000000"/>
        </w:rPr>
        <w:t>的和</w:t>
      </w:r>
      <w:r>
        <w:pict>
          <v:shape id="_x0000_i707521" type="#_x0000_t75" alt="学科网(www.zxxk.com)--教育资源门户，提供试卷、教案、课件、论文、素材以及各类教学资源下载，还有大量而丰富的教学相关资讯！" style="width:9pt;height:11.25pt" o:oleicon="f" o:ole="">
            <v:imagedata r:id="rId939" o:title="eqId071a7e733d466949ac935b4b8ee8d183"/>
          </v:shape>
        </w:pict>
      </w:r>
      <w:r>
        <w:rPr>
          <w:rFonts w:ascii="宋体" w:eastAsia="宋体" w:hAnsi="宋体" w:cs="宋体"/>
          <w:color w:val="000000"/>
        </w:rPr>
        <w:t>，即</w:t>
      </w:r>
      <w:r>
        <w:pict>
          <v:shape id="_x0000_i707522" type="#_x0000_t75" alt="学科网(www.zxxk.com)--教育资源门户，提供试卷、教案、课件、论文、素材以及各类教学资源下载，还有大量而丰富的教学相关资讯！" style="width:88.5pt;height:14.25pt" o:oleicon="f" o:ole="">
            <v:imagedata r:id="rId940" o:title="eqId4f0f7b08949fa0f3f848057ecd8265f8"/>
          </v:shape>
        </w:pict>
      </w:r>
      <w:r>
        <w:rPr>
          <w:color w:val="000000"/>
        </w:rPr>
        <w:drawing>
          <wp:inline>
            <wp:extent cx="257175" cy="257175"/>
            <wp:docPr id="27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0" name=""/>
                    <pic:cNvPicPr>
                      <a:picLocks noChangeAspect="1"/>
                    </pic:cNvPicPr>
                  </pic:nvPicPr>
                  <pic:blipFill>
                    <a:blip r:embed="rId936"/>
                    <a:stretch>
                      <a:fillRect/>
                    </a:stretch>
                  </pic:blipFill>
                  <pic:spPr>
                    <a:xfrm>
                      <a:off x="0" y="0"/>
                      <a:ext cx="257175" cy="257175"/>
                    </a:xfrm>
                    <a:prstGeom prst="rect">
                      <a:avLst/>
                    </a:prstGeom>
                  </pic:spPr>
                </pic:pic>
              </a:graphicData>
            </a:graphic>
          </wp:inline>
        </w:drawing>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4</w:t>
      </w:r>
      <w:r>
        <w:rPr>
          <w:rFonts w:ascii="宋体" w:eastAsia="宋体" w:hAnsi="宋体" w:cs="宋体"/>
          <w:color w:val="000000"/>
        </w:rPr>
        <w:t>：取大于或等于</w:t>
      </w:r>
      <w:r>
        <w:pict>
          <v:shape id="_x0000_i707523" type="#_x0000_t75" alt="学科网(www.zxxk.com)--教育资源门户，提供试卷、教案、课件、论文、素材以及各类教学资源下载，还有大量而丰富的教学相关资讯！" style="width:9pt;height:11.25pt" o:oleicon="f" o:ole="">
            <v:imagedata r:id="rId941" o:title="eqId071a7e733d466949ac935b4b8ee8d183"/>
          </v:shape>
        </w:pict>
      </w:r>
      <w:r>
        <w:rPr>
          <w:rFonts w:ascii="宋体" w:eastAsia="宋体" w:hAnsi="宋体" w:cs="宋体"/>
          <w:color w:val="000000"/>
        </w:rPr>
        <w:t>且为</w:t>
      </w:r>
      <w:r>
        <w:rPr>
          <w:rFonts w:ascii="Times New Roman" w:eastAsia="Times New Roman" w:hAnsi="Times New Roman" w:cs="Times New Roman"/>
          <w:color w:val="000000"/>
        </w:rPr>
        <w:t>10</w:t>
      </w:r>
      <w:r>
        <w:rPr>
          <w:rFonts w:ascii="宋体" w:eastAsia="宋体" w:hAnsi="宋体" w:cs="宋体"/>
          <w:color w:val="000000"/>
        </w:rPr>
        <w:t>的整数倍的最小数</w:t>
      </w:r>
      <w:r>
        <w:pict>
          <v:shape id="_x0000_i707524" type="#_x0000_t75" alt="学科网(www.zxxk.com)--教育资源门户，提供试卷、教案、课件、论文、素材以及各类教学资源下载，还有大量而丰富的教学相关资讯！" style="width:11pt;height:13pt" o:oleicon="f" o:ole="">
            <v:imagedata r:id="rId942" o:title="eqId5c02bc0c74292b1e8f395f90935d3174"/>
          </v:shape>
        </w:pict>
      </w:r>
      <w:r>
        <w:rPr>
          <w:rFonts w:ascii="宋体" w:eastAsia="宋体" w:hAnsi="宋体" w:cs="宋体"/>
          <w:color w:val="000000"/>
        </w:rPr>
        <w:t>，即</w:t>
      </w:r>
      <w:r>
        <w:pict>
          <v:shape id="_x0000_i707525" type="#_x0000_t75" alt="学科网(www.zxxk.com)--教育资源门户，提供试卷、教案、课件、论文、素材以及各类教学资源下载，还有大量而丰富的教学相关资讯！" style="width:35pt;height:14.15pt" o:oleicon="f" o:ole="">
            <v:imagedata r:id="rId943" o:title="eqIdf7947f9a4462fcabcd30f97f93b379f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步骤</w:t>
      </w:r>
      <w:r>
        <w:rPr>
          <w:rFonts w:ascii="Times New Roman" w:eastAsia="Times New Roman" w:hAnsi="Times New Roman" w:cs="Times New Roman"/>
          <w:color w:val="000000"/>
        </w:rPr>
        <w:t>5</w:t>
      </w:r>
      <w:r>
        <w:rPr>
          <w:rFonts w:ascii="宋体" w:eastAsia="宋体" w:hAnsi="宋体" w:cs="宋体"/>
          <w:color w:val="000000"/>
        </w:rPr>
        <w:t>：计算</w:t>
      </w:r>
      <w:r>
        <w:pict>
          <v:shape id="_x0000_i707526" type="#_x0000_t75" alt="学科网(www.zxxk.com)--教育资源门户，提供试卷、教案、课件、论文、素材以及各类教学资源下载，还有大量而丰富的教学相关资讯！" style="width:11pt;height:13pt" o:oleicon="f" o:ole="">
            <v:imagedata r:id="rId944" o:title="eqId5c02bc0c74292b1e8f395f90935d3174"/>
          </v:shape>
        </w:pict>
      </w:r>
      <w:r>
        <w:rPr>
          <w:rFonts w:ascii="宋体" w:eastAsia="宋体" w:hAnsi="宋体" w:cs="宋体"/>
          <w:color w:val="000000"/>
        </w:rPr>
        <w:t>与</w:t>
      </w:r>
      <w:r>
        <w:pict>
          <v:shape id="_x0000_i707527" type="#_x0000_t75" alt="学科网(www.zxxk.com)--教育资源门户，提供试卷、教案、课件、论文、素材以及各类教学资源下载，还有大量而丰富的教学相关资讯！" style="width:9pt;height:11.25pt" o:oleicon="f" o:ole="">
            <v:imagedata r:id="rId945" o:title="eqId071a7e733d466949ac935b4b8ee8d183"/>
          </v:shape>
        </w:pict>
      </w:r>
      <w:r>
        <w:rPr>
          <w:rFonts w:ascii="宋体" w:eastAsia="宋体" w:hAnsi="宋体" w:cs="宋体"/>
          <w:color w:val="000000"/>
        </w:rPr>
        <w:t>的差就是校验码</w:t>
      </w:r>
      <w:r>
        <w:pict>
          <v:shape id="_x0000_i707528" type="#_x0000_t75" alt="学科网(www.zxxk.com)--教育资源门户，提供试卷、教案、课件、论文、素材以及各类教学资源下载，还有大量而丰富的教学相关资讯！" style="width:14.25pt;height:12.75pt" o:oleicon="f" o:ole="">
            <v:imagedata r:id="rId946" o:title="eqIdf022950e0faa45b617d497b01b5292b9"/>
          </v:shape>
        </w:pict>
      </w:r>
      <w:r>
        <w:rPr>
          <w:rFonts w:ascii="宋体" w:eastAsia="宋体" w:hAnsi="宋体" w:cs="宋体"/>
          <w:color w:val="000000"/>
        </w:rPr>
        <w:t>，即</w:t>
      </w:r>
      <w:r>
        <w:pict>
          <v:shape id="_x0000_i707529" type="#_x0000_t75" alt="学科网(www.zxxk.com)--教育资源门户，提供试卷、教案、课件、论文、素材以及各类教学资源下载，还有大量而丰富的教学相关资讯！" style="width:78.75pt;height:14.25pt" o:oleicon="f" o:ole="">
            <v:imagedata r:id="rId947" o:title="eqId8ddc7b209b50418e2b00c982fcb473d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请解答下列问题：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）《数学故事》的图书码为</w:t>
      </w:r>
      <w:r>
        <w:rPr>
          <w:rFonts w:ascii="Times New Roman" w:eastAsia="Times New Roman" w:hAnsi="Times New Roman" w:cs="Times New Roman"/>
          <w:color w:val="000000"/>
        </w:rPr>
        <w:t>978753</w:t>
      </w:r>
      <w:r>
        <w:pict>
          <v:shape id="_x0000_i707530" type="#_x0000_t75" alt="学科网(www.zxxk.com)--教育资源门户，提供试卷、教案、课件、论文、素材以及各类教学资源下载，还有大量而丰富的教学相关资讯！" style="width:11.25pt;height:12.75pt" o:oleicon="f" o:ole="">
            <v:imagedata r:id="rId948" o:title="eqId54a829fdd8ec0f3b7ede883cf2c3e53b"/>
          </v:shape>
        </w:pict>
      </w:r>
      <w:r>
        <w:rPr>
          <w:rFonts w:ascii="宋体" w:eastAsia="宋体" w:hAnsi="宋体" w:cs="宋体"/>
          <w:color w:val="000000"/>
        </w:rPr>
        <w:t>，则“步骤</w:t>
      </w:r>
      <w:r>
        <w:rPr>
          <w:rFonts w:ascii="Times New Roman" w:eastAsia="Times New Roman" w:hAnsi="Times New Roman" w:cs="Times New Roman"/>
          <w:color w:val="000000"/>
        </w:rPr>
        <w:t>3</w:t>
      </w:r>
      <w:r>
        <w:rPr>
          <w:rFonts w:ascii="宋体" w:eastAsia="宋体" w:hAnsi="宋体" w:cs="宋体"/>
          <w:color w:val="000000"/>
        </w:rPr>
        <w:t>”中的</w:t>
      </w:r>
      <w:r>
        <w:pict>
          <v:shape id="_x0000_i707531" type="#_x0000_t75" alt="学科网(www.zxxk.com)--教育资源门户，提供试卷、教案、课件、论文、素材以及各类教学资源下载，还有大量而丰富的教学相关资讯！" style="width:9pt;height:11.25pt" o:oleicon="f" o:ole="">
            <v:imagedata r:id="rId949" o:title="eqId071a7e733d466949ac935b4b8ee8d183"/>
          </v:shape>
        </w:pic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，校验码</w:t>
      </w:r>
      <w:r>
        <w:pict>
          <v:shape id="_x0000_i707532" type="#_x0000_t75" alt="学科网(www.zxxk.com)--教育资源门户，提供试卷、教案、课件、论文、素材以及各类教学资源下载，还有大量而丰富的教学相关资讯！" style="width:11.25pt;height:12.75pt" o:oleicon="f" o:ole="">
            <v:imagedata r:id="rId948" o:title="eqId54a829fdd8ec0f3b7ede883cf2c3e53b"/>
          </v:shape>
        </w:pict>
      </w:r>
      <w:r>
        <w:rPr>
          <w:rFonts w:ascii="宋体" w:eastAsia="宋体" w:hAnsi="宋体" w:cs="宋体"/>
          <w:color w:val="000000"/>
        </w:rPr>
        <w:t>的值为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）如图①，某图书码中的一位数字被墨水污染了，设这位数字为</w:t>
      </w:r>
      <w:r>
        <w:pict>
          <v:shape id="_x0000_i707533" type="#_x0000_t75" alt="学科网(www.zxxk.com)--教育资源门户，提供试卷、教案、课件、论文、素材以及各类教学资源下载，还有大量而丰富的教学相关资讯！" style="width:12.75pt;height:11.25pt" o:oleicon="f" o:ole="">
            <v:imagedata r:id="rId950" o:title="eqId294f5ba74cdf695fc9a8a8e52f421328"/>
          </v:shape>
        </w:pict>
      </w:r>
      <w:r>
        <w:rPr>
          <w:rFonts w:ascii="宋体" w:eastAsia="宋体" w:hAnsi="宋体" w:cs="宋体"/>
          <w:color w:val="000000"/>
        </w:rPr>
        <w:t>，你能用只含有</w:t>
      </w:r>
      <w:r>
        <w:pict>
          <v:shape id="_x0000_i707534" type="#_x0000_t75" alt="学科网(www.zxxk.com)--教育资源门户，提供试卷、教案、课件、论文、素材以及各类教学资源下载，还有大量而丰富的教学相关资讯！" style="width:12.75pt;height:11.25pt" o:oleicon="f" o:ole="">
            <v:imagedata r:id="rId950" o:title="eqId294f5ba74cdf695fc9a8a8e52f421328"/>
          </v:shape>
        </w:pict>
      </w:r>
      <w:r>
        <w:rPr>
          <w:rFonts w:ascii="宋体" w:eastAsia="宋体" w:hAnsi="宋体" w:cs="宋体"/>
          <w:color w:val="000000"/>
        </w:rPr>
        <w:t>的代数式表示上述步骤中的</w:t>
      </w:r>
      <w:r>
        <w:pict>
          <v:shape id="_x0000_i707535" type="#_x0000_t75" alt="学科网(www.zxxk.com)--教育资源门户，提供试卷、教案、课件、论文、素材以及各类教学资源下载，还有大量而丰富的教学相关资讯！" style="width:11pt;height:13pt" o:oleicon="f" o:ole="">
            <v:imagedata r:id="rId951" o:title="eqId5c02bc0c74292b1e8f395f90935d3174"/>
          </v:shape>
        </w:pict>
      </w:r>
      <w:r>
        <w:rPr>
          <w:rFonts w:ascii="宋体" w:eastAsia="宋体" w:hAnsi="宋体" w:cs="宋体"/>
          <w:color w:val="000000"/>
        </w:rPr>
        <w:t>吗？从而求出</w:t>
      </w:r>
      <w:r>
        <w:pict>
          <v:shape id="_x0000_i707536" type="#_x0000_t75" alt="学科网(www.zxxk.com)--教育资源门户，提供试卷、教案、课件、论文、素材以及各类教学资源下载，还有大量而丰富的教学相关资讯！" style="width:12.75pt;height:11.25pt" o:oleicon="f" o:ole="">
            <v:imagedata r:id="rId950" o:title="eqId294f5ba74cdf695fc9a8a8e52f421328"/>
          </v:shape>
        </w:pict>
      </w:r>
      <w:r>
        <w:rPr>
          <w:rFonts w:ascii="宋体" w:eastAsia="宋体" w:hAnsi="宋体" w:cs="宋体"/>
          <w:color w:val="000000"/>
        </w:rPr>
        <w:t>的值吗？写出你的思考过程．</w:t>
      </w:r>
    </w:p>
    <w:p>
      <w:pPr>
        <w:spacing w:line="360" w:lineRule="auto"/>
        <w:jc w:val="left"/>
        <w:textAlignment w:val="center"/>
        <w:rPr>
          <w:color w:val="000000"/>
        </w:rPr>
      </w:pPr>
      <w:r>
        <w:rPr>
          <w:color w:val="000000"/>
        </w:rPr>
        <w:drawing>
          <wp:inline>
            <wp:extent cx="3876675" cy="828675"/>
            <wp:docPr id="27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2" name=""/>
                    <pic:cNvPicPr>
                      <a:picLocks noChangeAspect="1"/>
                    </pic:cNvPicPr>
                  </pic:nvPicPr>
                  <pic:blipFill>
                    <a:blip r:embed="rId952"/>
                    <a:stretch>
                      <a:fillRect/>
                    </a:stretch>
                  </pic:blipFill>
                  <pic:spPr>
                    <a:xfrm>
                      <a:off x="0" y="0"/>
                      <a:ext cx="3876675" cy="8286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）如图②，某图书码中被墨水污染的两个数字的差是</w:t>
      </w:r>
      <w:r>
        <w:rPr>
          <w:rFonts w:ascii="Times New Roman" w:eastAsia="Times New Roman" w:hAnsi="Times New Roman" w:cs="Times New Roman"/>
          <w:color w:val="000000"/>
        </w:rPr>
        <w:t>4</w:t>
      </w:r>
      <w:r>
        <w:rPr>
          <w:rFonts w:ascii="宋体" w:eastAsia="宋体" w:hAnsi="宋体" w:cs="宋体"/>
          <w:color w:val="000000"/>
        </w:rPr>
        <w:t>，这两个数字从左到右分别是多少？请直接写出结果．</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73</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，过程见解析；（</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或</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6</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）根据特定的算法代入计算计算即可求解；</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）根据特定的算法依次求出</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w:t>
      </w:r>
      <w:r>
        <w:rPr>
          <w:rFonts w:ascii="Times New Roman" w:eastAsia="Times New Roman" w:hAnsi="Times New Roman" w:cs="Times New Roman"/>
          <w:color w:val="000000"/>
        </w:rPr>
        <w:t>c</w:t>
      </w:r>
      <w:r>
        <w:rPr>
          <w:rFonts w:ascii="宋体" w:eastAsia="宋体" w:hAnsi="宋体" w:cs="宋体"/>
          <w:color w:val="000000"/>
        </w:rPr>
        <w:t>，</w:t>
      </w:r>
      <w:r>
        <w:rPr>
          <w:rFonts w:ascii="Times New Roman" w:eastAsia="Times New Roman" w:hAnsi="Times New Roman" w:cs="Times New Roman"/>
          <w:color w:val="000000"/>
        </w:rPr>
        <w:t>d</w:t>
      </w:r>
      <w:r>
        <w:rPr>
          <w:rFonts w:ascii="宋体" w:eastAsia="宋体" w:hAnsi="宋体" w:cs="宋体"/>
          <w:color w:val="000000"/>
        </w:rPr>
        <w:t>，再根据</w:t>
      </w:r>
      <w:r>
        <w:rPr>
          <w:rFonts w:ascii="Times New Roman" w:eastAsia="Times New Roman" w:hAnsi="Times New Roman" w:cs="Times New Roman"/>
          <w:color w:val="000000"/>
        </w:rPr>
        <w:t>d</w:t>
      </w:r>
      <w:r>
        <w:rPr>
          <w:rFonts w:ascii="宋体" w:eastAsia="宋体" w:hAnsi="宋体" w:cs="宋体"/>
          <w:color w:val="000000"/>
        </w:rPr>
        <w:t>为</w:t>
      </w:r>
      <w:r>
        <w:rPr>
          <w:rFonts w:ascii="Times New Roman" w:eastAsia="Times New Roman" w:hAnsi="Times New Roman" w:cs="Times New Roman"/>
          <w:color w:val="000000"/>
        </w:rPr>
        <w:t>10</w:t>
      </w:r>
      <w:r>
        <w:rPr>
          <w:rFonts w:ascii="宋体" w:eastAsia="宋体" w:hAnsi="宋体" w:cs="宋体"/>
          <w:color w:val="000000"/>
        </w:rPr>
        <w:t>的整数倍即可求解；</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）根据校验码为</w:t>
      </w:r>
      <w:r>
        <w:rPr>
          <w:rFonts w:ascii="Times New Roman" w:eastAsia="Times New Roman" w:hAnsi="Times New Roman" w:cs="Times New Roman"/>
          <w:color w:val="000000"/>
        </w:rPr>
        <w:t>8</w:t>
      </w:r>
      <w:r>
        <w:rPr>
          <w:rFonts w:ascii="宋体" w:eastAsia="宋体" w:hAnsi="宋体" w:cs="宋体"/>
          <w:color w:val="000000"/>
        </w:rPr>
        <w:t>结合两个数字的差是</w:t>
      </w:r>
      <w:r>
        <w:rPr>
          <w:rFonts w:ascii="Times New Roman" w:eastAsia="Times New Roman" w:hAnsi="Times New Roman" w:cs="Times New Roman"/>
          <w:color w:val="000000"/>
        </w:rPr>
        <w:t>4</w:t>
      </w:r>
      <w:r>
        <w:rPr>
          <w:rFonts w:ascii="宋体" w:eastAsia="宋体" w:hAnsi="宋体" w:cs="宋体"/>
          <w:color w:val="000000"/>
        </w:rPr>
        <w:t>即可求解．</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）∵《数学故事》</w:t>
      </w:r>
      <w:r>
        <w:rPr>
          <w:rFonts w:ascii="宋体" w:eastAsia="宋体" w:hAnsi="宋体" w:cs="宋体"/>
          <w:color w:val="000000"/>
          <w:position w:val="0"/>
        </w:rPr>
        <w:drawing>
          <wp:inline>
            <wp:extent cx="133350" cy="177800"/>
            <wp:docPr id="275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 name=""/>
                    <pic:cNvPicPr>
                      <a:picLocks noChangeAspect="1"/>
                    </pic:cNvPicPr>
                  </pic:nvPicPr>
                  <pic:blipFill>
                    <a:blip r:embed="rId95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图书码为</w:t>
      </w:r>
      <w:r>
        <w:rPr>
          <w:rFonts w:ascii="Times New Roman" w:eastAsia="Times New Roman" w:hAnsi="Times New Roman" w:cs="Times New Roman"/>
          <w:color w:val="000000"/>
        </w:rPr>
        <w:t>978753Y</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a=7+7+3=17</w:t>
      </w:r>
      <w:r>
        <w:rPr>
          <w:rFonts w:ascii="宋体" w:eastAsia="宋体" w:hAnsi="宋体" w:cs="宋体"/>
          <w:color w:val="000000"/>
        </w:rPr>
        <w:t>，</w:t>
      </w:r>
      <w:r>
        <w:rPr>
          <w:color w:val="000000"/>
        </w:rPr>
        <w:br/>
      </w:r>
      <w:r>
        <w:rPr>
          <w:rFonts w:ascii="Times New Roman" w:eastAsia="Times New Roman" w:hAnsi="Times New Roman" w:cs="Times New Roman"/>
          <w:color w:val="000000"/>
        </w:rPr>
        <w:t>b=9+8+5=22</w:t>
      </w:r>
      <w:r>
        <w:rPr>
          <w:rFonts w:ascii="宋体" w:eastAsia="宋体" w:hAnsi="宋体" w:cs="宋体"/>
          <w:color w:val="000000"/>
        </w:rPr>
        <w:t>，</w:t>
      </w:r>
      <w:r>
        <w:rPr>
          <w:color w:val="000000"/>
        </w:rPr>
        <w:br/>
      </w:r>
      <w:r>
        <w:rPr>
          <w:rFonts w:ascii="宋体" w:eastAsia="宋体" w:hAnsi="宋体" w:cs="宋体"/>
          <w:color w:val="000000"/>
        </w:rPr>
        <w:t>则</w:t>
      </w:r>
      <w:r>
        <w:rPr>
          <w:rFonts w:ascii="Times New Roman" w:eastAsia="Times New Roman" w:hAnsi="Times New Roman" w:cs="Times New Roman"/>
          <w:color w:val="000000"/>
        </w:rPr>
        <w:t>“</w:t>
      </w:r>
      <w:r>
        <w:rPr>
          <w:rFonts w:ascii="宋体" w:eastAsia="宋体" w:hAnsi="宋体" w:cs="宋体"/>
          <w:color w:val="000000"/>
        </w:rPr>
        <w:t>步骤</w:t>
      </w:r>
      <w:r>
        <w:rPr>
          <w:rFonts w:ascii="Times New Roman" w:eastAsia="Times New Roman" w:hAnsi="Times New Roman" w:cs="Times New Roman"/>
          <w:color w:val="000000"/>
        </w:rPr>
        <w:t>3”</w:t>
      </w:r>
      <w:r>
        <w:rPr>
          <w:rFonts w:ascii="宋体" w:eastAsia="宋体" w:hAnsi="宋体" w:cs="宋体"/>
          <w:color w:val="000000"/>
        </w:rPr>
        <w:t>中的</w:t>
      </w:r>
      <w:r>
        <w:rPr>
          <w:rFonts w:ascii="Times New Roman" w:eastAsia="Times New Roman" w:hAnsi="Times New Roman" w:cs="Times New Roman"/>
          <w:color w:val="000000"/>
        </w:rPr>
        <w:t>c</w:t>
      </w:r>
      <w:r>
        <w:rPr>
          <w:rFonts w:ascii="宋体" w:eastAsia="宋体" w:hAnsi="宋体" w:cs="宋体"/>
          <w:color w:val="000000"/>
        </w:rPr>
        <w:t>的值为</w:t>
      </w:r>
      <w:r>
        <w:rPr>
          <w:rFonts w:ascii="Times New Roman" w:eastAsia="Times New Roman" w:hAnsi="Times New Roman" w:cs="Times New Roman"/>
          <w:color w:val="000000"/>
        </w:rPr>
        <w:t>3×17+22=73</w:t>
      </w:r>
      <w:r>
        <w:rPr>
          <w:rFonts w:ascii="宋体" w:eastAsia="宋体" w:hAnsi="宋体" w:cs="宋体"/>
          <w:color w:val="000000"/>
        </w:rPr>
        <w:t>，校验码</w:t>
      </w:r>
      <w:r>
        <w:rPr>
          <w:rFonts w:ascii="Times New Roman" w:eastAsia="Times New Roman" w:hAnsi="Times New Roman" w:cs="Times New Roman"/>
          <w:color w:val="000000"/>
        </w:rPr>
        <w:t>Y</w:t>
      </w:r>
      <w:r>
        <w:rPr>
          <w:rFonts w:ascii="宋体" w:eastAsia="宋体" w:hAnsi="宋体" w:cs="宋体"/>
          <w:color w:val="000000"/>
        </w:rPr>
        <w:t>的值为</w:t>
      </w:r>
      <w:r>
        <w:rPr>
          <w:rFonts w:ascii="Times New Roman" w:eastAsia="Times New Roman" w:hAnsi="Times New Roman" w:cs="Times New Roman"/>
          <w:color w:val="000000"/>
        </w:rPr>
        <w:t>80-73=7</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73</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）依题意有：</w:t>
      </w:r>
      <w:r>
        <w:rPr>
          <w:color w:val="000000"/>
        </w:rPr>
        <w:br/>
      </w:r>
      <w:r>
        <w:rPr>
          <w:rFonts w:ascii="Times New Roman" w:eastAsia="Times New Roman" w:hAnsi="Times New Roman" w:cs="Times New Roman"/>
          <w:color w:val="000000"/>
        </w:rPr>
        <w:t>a=m+1+2=m+3</w:t>
      </w:r>
      <w:r>
        <w:rPr>
          <w:rFonts w:ascii="宋体" w:eastAsia="宋体" w:hAnsi="宋体" w:cs="宋体"/>
          <w:color w:val="000000"/>
        </w:rPr>
        <w:t>，</w:t>
      </w:r>
      <w:r>
        <w:rPr>
          <w:color w:val="000000"/>
        </w:rPr>
        <w:br/>
      </w:r>
      <w:r>
        <w:rPr>
          <w:rFonts w:ascii="Times New Roman" w:eastAsia="Times New Roman" w:hAnsi="Times New Roman" w:cs="Times New Roman"/>
          <w:color w:val="000000"/>
        </w:rPr>
        <w:t>b=6+0+0=6</w:t>
      </w:r>
      <w:r>
        <w:rPr>
          <w:rFonts w:ascii="宋体" w:eastAsia="宋体" w:hAnsi="宋体" w:cs="宋体"/>
          <w:color w:val="000000"/>
        </w:rPr>
        <w:t>，</w:t>
      </w:r>
      <w:r>
        <w:rPr>
          <w:color w:val="000000"/>
        </w:rPr>
        <w:br/>
      </w:r>
      <w:r>
        <w:rPr>
          <w:rFonts w:ascii="Times New Roman" w:eastAsia="Times New Roman" w:hAnsi="Times New Roman" w:cs="Times New Roman"/>
          <w:color w:val="000000"/>
        </w:rPr>
        <w:t>c=3a+b=3(m+3)+6=3m+15</w:t>
      </w:r>
      <w:r>
        <w:rPr>
          <w:rFonts w:ascii="宋体" w:eastAsia="宋体" w:hAnsi="宋体" w:cs="宋体"/>
          <w:color w:val="000000"/>
        </w:rPr>
        <w:t>，</w:t>
      </w:r>
      <w:r>
        <w:rPr>
          <w:color w:val="000000"/>
        </w:rPr>
        <w:br/>
      </w:r>
      <w:r>
        <w:rPr>
          <w:rFonts w:ascii="Times New Roman" w:eastAsia="Times New Roman" w:hAnsi="Times New Roman" w:cs="Times New Roman"/>
          <w:color w:val="000000"/>
        </w:rPr>
        <w:t>d=c+X=3m+15+6=3m+21</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d</w:t>
      </w:r>
      <w:r>
        <w:rPr>
          <w:rFonts w:ascii="宋体" w:eastAsia="宋体" w:hAnsi="宋体" w:cs="宋体"/>
          <w:color w:val="000000"/>
        </w:rPr>
        <w:t>为</w:t>
      </w:r>
      <w:r>
        <w:rPr>
          <w:rFonts w:ascii="Times New Roman" w:eastAsia="Times New Roman" w:hAnsi="Times New Roman" w:cs="Times New Roman"/>
          <w:color w:val="000000"/>
        </w:rPr>
        <w:t>10</w:t>
      </w:r>
      <w:r>
        <w:rPr>
          <w:rFonts w:ascii="宋体" w:eastAsia="宋体" w:hAnsi="宋体" w:cs="宋体"/>
          <w:color w:val="000000"/>
        </w:rPr>
        <w:t>的整数倍，</w:t>
      </w:r>
      <w:r>
        <w:rPr>
          <w:color w:val="000000"/>
        </w:rPr>
        <w:br/>
      </w:r>
      <w:r>
        <w:rPr>
          <w:rFonts w:ascii="宋体" w:eastAsia="宋体" w:hAnsi="宋体" w:cs="宋体"/>
          <w:color w:val="000000"/>
        </w:rPr>
        <w:t>∴</w:t>
      </w:r>
      <w:r>
        <w:rPr>
          <w:rFonts w:ascii="Times New Roman" w:eastAsia="Times New Roman" w:hAnsi="Times New Roman" w:cs="Times New Roman"/>
          <w:color w:val="000000"/>
        </w:rPr>
        <w:t>3m</w:t>
      </w:r>
      <w:r>
        <w:rPr>
          <w:rFonts w:ascii="宋体" w:eastAsia="宋体" w:hAnsi="宋体" w:cs="宋体"/>
          <w:color w:val="000000"/>
        </w:rPr>
        <w:t>的个位数字只能是</w:t>
      </w:r>
      <w:r>
        <w:rPr>
          <w:rFonts w:ascii="Times New Roman" w:eastAsia="Times New Roman" w:hAnsi="Times New Roman" w:cs="Times New Roman"/>
          <w:color w:val="000000"/>
        </w:rPr>
        <w:t>9</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m</w:t>
      </w:r>
      <w:r>
        <w:rPr>
          <w:rFonts w:ascii="宋体" w:eastAsia="宋体" w:hAnsi="宋体" w:cs="宋体"/>
          <w:color w:val="000000"/>
        </w:rPr>
        <w:t>的值为</w:t>
      </w:r>
      <w:r>
        <w:rPr>
          <w:rFonts w:ascii="Times New Roman" w:eastAsia="Times New Roman" w:hAnsi="Times New Roman" w:cs="Times New Roman"/>
          <w:color w:val="000000"/>
        </w:rPr>
        <w:t>3</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）可设这两个数字从左到右分别是</w:t>
      </w:r>
      <w:r>
        <w:rPr>
          <w:rFonts w:ascii="Times New Roman" w:eastAsia="Times New Roman" w:hAnsi="Times New Roman" w:cs="Times New Roman"/>
          <w:color w:val="000000"/>
        </w:rPr>
        <w:t>p</w:t>
      </w:r>
      <w:r>
        <w:rPr>
          <w:rFonts w:ascii="宋体" w:eastAsia="宋体" w:hAnsi="宋体" w:cs="宋体"/>
          <w:color w:val="000000"/>
        </w:rPr>
        <w:t>，</w:t>
      </w:r>
      <w:r>
        <w:rPr>
          <w:rFonts w:ascii="Times New Roman" w:eastAsia="Times New Roman" w:hAnsi="Times New Roman" w:cs="Times New Roman"/>
          <w:color w:val="000000"/>
        </w:rPr>
        <w:t>q</w:t>
      </w:r>
      <w:r>
        <w:rPr>
          <w:rFonts w:ascii="宋体" w:eastAsia="宋体" w:hAnsi="宋体" w:cs="宋体"/>
          <w:color w:val="000000"/>
        </w:rPr>
        <w:t>，依题意有：</w:t>
      </w:r>
      <w:r>
        <w:rPr>
          <w:color w:val="000000"/>
        </w:rPr>
        <w:br/>
      </w:r>
      <w:r>
        <w:rPr>
          <w:rFonts w:ascii="Times New Roman" w:eastAsia="Times New Roman" w:hAnsi="Times New Roman" w:cs="Times New Roman"/>
          <w:color w:val="000000"/>
        </w:rPr>
        <w:t>a=p+9+2=p+11</w:t>
      </w:r>
      <w:r>
        <w:rPr>
          <w:rFonts w:ascii="宋体" w:eastAsia="宋体" w:hAnsi="宋体" w:cs="宋体"/>
          <w:color w:val="000000"/>
        </w:rPr>
        <w:t>，</w:t>
      </w:r>
      <w:r>
        <w:rPr>
          <w:color w:val="000000"/>
        </w:rPr>
        <w:br/>
      </w:r>
      <w:r>
        <w:rPr>
          <w:rFonts w:ascii="Times New Roman" w:eastAsia="Times New Roman" w:hAnsi="Times New Roman" w:cs="Times New Roman"/>
          <w:color w:val="000000"/>
        </w:rPr>
        <w:t>b=6+1+q=q+7</w:t>
      </w:r>
      <w:r>
        <w:rPr>
          <w:rFonts w:ascii="宋体" w:eastAsia="宋体" w:hAnsi="宋体" w:cs="宋体"/>
          <w:color w:val="000000"/>
        </w:rPr>
        <w:t>，</w:t>
      </w:r>
      <w:r>
        <w:rPr>
          <w:color w:val="000000"/>
        </w:rPr>
        <w:br/>
      </w:r>
      <w:r>
        <w:rPr>
          <w:rFonts w:ascii="Times New Roman" w:eastAsia="Times New Roman" w:hAnsi="Times New Roman" w:cs="Times New Roman"/>
          <w:color w:val="000000"/>
        </w:rPr>
        <w:t>c=3(p+11)+(q+7)=3p+q+40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∵校验码是</w:t>
      </w:r>
      <w:r>
        <w:rPr>
          <w:rFonts w:ascii="Times New Roman" w:eastAsia="Times New Roman" w:hAnsi="Times New Roman" w:cs="Times New Roman"/>
          <w:color w:val="000000"/>
        </w:rPr>
        <w:t>8</w:t>
      </w:r>
      <w:r>
        <w:rPr>
          <w:rFonts w:ascii="宋体" w:eastAsia="宋体" w:hAnsi="宋体" w:cs="宋体"/>
          <w:color w:val="000000"/>
        </w:rPr>
        <w:t>，</w:t>
      </w:r>
      <w:r>
        <w:rPr>
          <w:color w:val="000000"/>
        </w:rPr>
        <w:br/>
      </w:r>
      <w:r>
        <w:rPr>
          <w:rFonts w:ascii="宋体" w:eastAsia="宋体" w:hAnsi="宋体" w:cs="宋体"/>
          <w:color w:val="000000"/>
        </w:rPr>
        <w:t>则</w:t>
      </w:r>
      <w:r>
        <w:rPr>
          <w:rFonts w:ascii="Times New Roman" w:eastAsia="Times New Roman" w:hAnsi="Times New Roman" w:cs="Times New Roman"/>
          <w:color w:val="000000"/>
        </w:rPr>
        <w:t>3p+q</w:t>
      </w:r>
      <w:r>
        <w:rPr>
          <w:rFonts w:ascii="宋体" w:eastAsia="宋体" w:hAnsi="宋体" w:cs="宋体"/>
          <w:color w:val="000000"/>
        </w:rPr>
        <w:t>的个位是</w:t>
      </w:r>
      <w:r>
        <w:rPr>
          <w:rFonts w:ascii="Times New Roman" w:eastAsia="Times New Roman" w:hAnsi="Times New Roman" w:cs="Times New Roman"/>
          <w:color w:val="000000"/>
        </w:rPr>
        <w:t>2</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|p-q|=4</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p=4</w:t>
      </w:r>
      <w:r>
        <w:rPr>
          <w:rFonts w:ascii="宋体" w:eastAsia="宋体" w:hAnsi="宋体" w:cs="宋体"/>
          <w:color w:val="000000"/>
        </w:rPr>
        <w:t>，</w:t>
      </w:r>
      <w:r>
        <w:rPr>
          <w:rFonts w:ascii="Times New Roman" w:eastAsia="Times New Roman" w:hAnsi="Times New Roman" w:cs="Times New Roman"/>
          <w:color w:val="000000"/>
        </w:rPr>
        <w:t>q=0</w:t>
      </w:r>
      <w:r>
        <w:rPr>
          <w:rFonts w:ascii="宋体" w:eastAsia="宋体" w:hAnsi="宋体" w:cs="宋体"/>
          <w:color w:val="000000"/>
        </w:rPr>
        <w:t>或</w:t>
      </w:r>
      <w:r>
        <w:rPr>
          <w:rFonts w:ascii="Times New Roman" w:eastAsia="Times New Roman" w:hAnsi="Times New Roman" w:cs="Times New Roman"/>
          <w:color w:val="000000"/>
        </w:rPr>
        <w:t>p=9</w:t>
      </w:r>
      <w:r>
        <w:rPr>
          <w:rFonts w:ascii="宋体" w:eastAsia="宋体" w:hAnsi="宋体" w:cs="宋体"/>
          <w:color w:val="000000"/>
        </w:rPr>
        <w:t>，</w:t>
      </w:r>
      <w:r>
        <w:rPr>
          <w:rFonts w:ascii="Times New Roman" w:eastAsia="Times New Roman" w:hAnsi="Times New Roman" w:cs="Times New Roman"/>
          <w:color w:val="000000"/>
        </w:rPr>
        <w:t>q=5</w:t>
      </w:r>
      <w:r>
        <w:rPr>
          <w:rFonts w:ascii="宋体" w:eastAsia="宋体" w:hAnsi="宋体" w:cs="宋体"/>
          <w:color w:val="000000"/>
        </w:rPr>
        <w:t>或</w:t>
      </w:r>
      <w:r>
        <w:rPr>
          <w:rFonts w:ascii="Times New Roman" w:eastAsia="Times New Roman" w:hAnsi="Times New Roman" w:cs="Times New Roman"/>
          <w:color w:val="000000"/>
        </w:rPr>
        <w:t>p=2</w:t>
      </w:r>
      <w:r>
        <w:rPr>
          <w:rFonts w:ascii="宋体" w:eastAsia="宋体" w:hAnsi="宋体" w:cs="宋体"/>
          <w:color w:val="000000"/>
        </w:rPr>
        <w:t>，</w:t>
      </w:r>
      <w:r>
        <w:rPr>
          <w:rFonts w:ascii="Times New Roman" w:eastAsia="Times New Roman" w:hAnsi="Times New Roman" w:cs="Times New Roman"/>
          <w:color w:val="000000"/>
        </w:rPr>
        <w:t>q=6</w:t>
      </w:r>
      <w:r>
        <w:rPr>
          <w:rFonts w:ascii="宋体" w:eastAsia="宋体" w:hAnsi="宋体" w:cs="宋体"/>
          <w:color w:val="000000"/>
        </w:rPr>
        <w:t>．</w:t>
      </w:r>
      <w:r>
        <w:rPr>
          <w:color w:val="000000"/>
        </w:rPr>
        <w:br/>
      </w:r>
      <w:r>
        <w:rPr>
          <w:rFonts w:ascii="宋体" w:eastAsia="宋体" w:hAnsi="宋体" w:cs="宋体"/>
          <w:color w:val="000000"/>
        </w:rPr>
        <w:t>故这两个数字从左到右分别是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或</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sectPr w:rsidSect="00C321EB">
          <w:headerReference w:type="even" r:id="rId407"/>
          <w:footerReference w:type="even" r:id="rId408"/>
          <w:headerReference w:type="first" r:id="rId409"/>
          <w:footerReference w:type="first" r:id="rId410"/>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本题考查了列代数式以及整式的加减，正确理解题意，学会探究规律、利用规律是解题的关键．</w:t>
      </w:r>
    </w:p>
    <w:p>
      <w:pPr>
        <w:pStyle w:val="Heading2"/>
      </w:pPr>
      <w:r>
        <w:t>第三十一中学</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静脉输液是用来给病人注射液体和药品的．在医院里，静脉输液是护士护理中最重要的一项工作，护士需要依据输液速率</w:t>
      </w:r>
      <w:r>
        <w:rPr>
          <w:rFonts w:ascii="Times New Roman" w:eastAsia="Times New Roman" w:hAnsi="Times New Roman" w:cs="Times New Roman"/>
          <w:i/>
          <w:color w:val="000000"/>
        </w:rPr>
        <w:t>D</w:t>
      </w:r>
      <w:r>
        <w:rPr>
          <w:rFonts w:ascii="宋体" w:eastAsia="宋体" w:hAnsi="宋体" w:cs="宋体"/>
          <w:color w:val="000000"/>
        </w:rPr>
        <w:t>，即每分钟输入多少滴液体，来计算输完点滴注射液的时间</w:t>
      </w:r>
      <w:r>
        <w:rPr>
          <w:rFonts w:ascii="Times New Roman" w:eastAsia="Times New Roman" w:hAnsi="Times New Roman" w:cs="Times New Roman"/>
          <w:i/>
          <w:color w:val="000000"/>
        </w:rPr>
        <w:t>t</w:t>
      </w:r>
      <w:r>
        <w:rPr>
          <w:rFonts w:ascii="宋体" w:eastAsia="宋体" w:hAnsi="宋体" w:cs="宋体"/>
          <w:color w:val="000000"/>
        </w:rPr>
        <w:t>（单位：分钟）．他们使用的公式是：</w:t>
      </w:r>
      <w:r>
        <w:pict>
          <v:shape id="_x0000_i707537" type="#_x0000_t75" alt="学科网(www.zxxk.com)--教育资源门户，提供试卷、教案、课件、论文、素材以及各类教学资源下载，还有大量而丰富的教学相关资讯！" style="width:36.75pt;height:30.75pt" o:oleicon="f" o:ole="">
            <v:imagedata r:id="rId954" o:title="eqId4b1fc9f31b575c421d25b985f845cbda"/>
          </v:shape>
        </w:pict>
      </w:r>
      <w:r>
        <w:rPr>
          <w:rFonts w:ascii="宋体" w:eastAsia="宋体" w:hAnsi="宋体" w:cs="宋体"/>
          <w:color w:val="000000"/>
        </w:rPr>
        <w:t>，其中，</w:t>
      </w:r>
      <w:r>
        <w:rPr>
          <w:rFonts w:ascii="Times New Roman" w:eastAsia="Times New Roman" w:hAnsi="Times New Roman" w:cs="Times New Roman"/>
          <w:i/>
          <w:color w:val="000000"/>
        </w:rPr>
        <w:t xml:space="preserve">V </w:t>
      </w:r>
      <w:r>
        <w:rPr>
          <w:rFonts w:ascii="宋体" w:eastAsia="宋体" w:hAnsi="宋体" w:cs="宋体"/>
          <w:color w:val="000000"/>
        </w:rPr>
        <w:t>是点滴注射液的容积，以毫升（</w:t>
      </w:r>
      <w:r>
        <w:rPr>
          <w:rFonts w:ascii="Times New Roman" w:eastAsia="Times New Roman" w:hAnsi="Times New Roman" w:cs="Times New Roman"/>
          <w:color w:val="000000"/>
        </w:rPr>
        <w:t>ml</w:t>
      </w:r>
      <w:r>
        <w:rPr>
          <w:rFonts w:ascii="宋体" w:eastAsia="宋体" w:hAnsi="宋体" w:cs="宋体"/>
          <w:color w:val="000000"/>
        </w:rPr>
        <w:t>）为单位，</w:t>
      </w:r>
      <w:r>
        <w:rPr>
          <w:rFonts w:ascii="Times New Roman" w:eastAsia="Times New Roman" w:hAnsi="Times New Roman" w:cs="Times New Roman"/>
          <w:i/>
          <w:color w:val="000000"/>
        </w:rPr>
        <w:t xml:space="preserve">d </w:t>
      </w:r>
      <w:r>
        <w:rPr>
          <w:rFonts w:ascii="宋体" w:eastAsia="宋体" w:hAnsi="宋体" w:cs="宋体"/>
          <w:color w:val="000000"/>
        </w:rPr>
        <w:t>是点滴系数，即每毫升（</w:t>
      </w:r>
      <w:r>
        <w:rPr>
          <w:rFonts w:ascii="Times New Roman" w:eastAsia="Times New Roman" w:hAnsi="Times New Roman" w:cs="Times New Roman"/>
          <w:color w:val="000000"/>
        </w:rPr>
        <w:t>ml</w:t>
      </w:r>
      <w:r>
        <w:rPr>
          <w:rFonts w:ascii="宋体" w:eastAsia="宋体" w:hAnsi="宋体" w:cs="宋体"/>
          <w:color w:val="000000"/>
        </w:rPr>
        <w:t>）液体的滴数．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）一瓶点滴注射液的容积为</w:t>
      </w:r>
      <w:r>
        <w:rPr>
          <w:rFonts w:ascii="Times New Roman" w:eastAsia="Times New Roman" w:hAnsi="Times New Roman" w:cs="Times New Roman"/>
          <w:color w:val="000000"/>
        </w:rPr>
        <w:t>360</w:t>
      </w:r>
      <w:r>
        <w:rPr>
          <w:rFonts w:ascii="宋体" w:eastAsia="宋体" w:hAnsi="宋体" w:cs="宋体"/>
          <w:color w:val="000000"/>
        </w:rPr>
        <w:t>毫升，点滴系数是每毫升</w:t>
      </w:r>
      <w:r>
        <w:rPr>
          <w:rFonts w:ascii="Times New Roman" w:eastAsia="Times New Roman" w:hAnsi="Times New Roman" w:cs="Times New Roman"/>
          <w:color w:val="000000"/>
        </w:rPr>
        <w:t xml:space="preserve">25 </w:t>
      </w:r>
      <w:r>
        <w:rPr>
          <w:rFonts w:ascii="宋体" w:eastAsia="宋体" w:hAnsi="宋体" w:cs="宋体"/>
          <w:color w:val="000000"/>
        </w:rPr>
        <w:t>滴，如果护士给病人注射的输液速率为每分钟</w:t>
      </w:r>
      <w:r>
        <w:rPr>
          <w:rFonts w:ascii="Times New Roman" w:eastAsia="Times New Roman" w:hAnsi="Times New Roman" w:cs="Times New Roman"/>
          <w:color w:val="000000"/>
        </w:rPr>
        <w:t>50</w:t>
      </w:r>
      <w:r>
        <w:rPr>
          <w:rFonts w:ascii="宋体" w:eastAsia="宋体" w:hAnsi="宋体" w:cs="宋体"/>
          <w:color w:val="000000"/>
        </w:rPr>
        <w:t>滴，那么输完这瓶点滴注射液需要多少分钟？</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）如果遇到的病人年龄比较大时，护士会把输液速率缩小为原来的</w:t>
      </w:r>
      <w:r>
        <w:pict>
          <v:shape id="_x0000_i707538" type="#_x0000_t75" alt="学科网(www.zxxk.com)--教育资源门户，提供试卷、教案、课件、论文、素材以及各类教学资源下载，还有大量而丰富的教学相关资讯！" style="width:14.25pt;height:28.5pt" o:oleicon="f" o:ole="">
            <v:imagedata r:id="rId955" o:title="eqIdf89eef3148f2d4d09379767b4af69132"/>
          </v:shape>
        </w:pict>
      </w:r>
      <w:r>
        <w:rPr>
          <w:rFonts w:ascii="宋体" w:eastAsia="宋体" w:hAnsi="宋体" w:cs="宋体"/>
          <w:color w:val="000000"/>
        </w:rPr>
        <w:t>，请准确地描述，在</w:t>
      </w:r>
      <w:r>
        <w:rPr>
          <w:rFonts w:ascii="Times New Roman" w:eastAsia="Times New Roman" w:hAnsi="Times New Roman" w:cs="Times New Roman"/>
          <w:i/>
          <w:color w:val="000000"/>
        </w:rPr>
        <w:t xml:space="preserve">V </w:t>
      </w:r>
      <w:r>
        <w:rPr>
          <w:rFonts w:ascii="宋体" w:eastAsia="宋体" w:hAnsi="宋体" w:cs="宋体"/>
          <w:color w:val="000000"/>
        </w:rPr>
        <w:t>和</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 xml:space="preserve">d </w:t>
      </w:r>
      <w:r>
        <w:rPr>
          <w:rFonts w:ascii="宋体" w:eastAsia="宋体" w:hAnsi="宋体" w:cs="宋体"/>
          <w:color w:val="000000"/>
        </w:rPr>
        <w:t>保持不变的条件下，输完这瓶点滴注射液的时间将会发生怎样的变化？</w:t>
      </w:r>
    </w:p>
    <w:p>
      <w:pPr>
        <w:spacing w:line="360" w:lineRule="auto"/>
        <w:textAlignment w:val="center"/>
        <w:rPr>
          <w:color w:val="2E75B6"/>
        </w:rPr>
      </w:pPr>
      <w:r>
        <w:rPr>
          <w:color w:val="2E75B6"/>
        </w:rPr>
        <w:t>【29题答案】</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）输完这瓶点滴注射液需要</w:t>
      </w:r>
      <w:r>
        <w:rPr>
          <w:rFonts w:ascii="Times New Roman" w:eastAsia="Times New Roman" w:hAnsi="Times New Roman" w:cs="Times New Roman"/>
          <w:color w:val="000000"/>
        </w:rPr>
        <w:t>180</w:t>
      </w:r>
      <w:r>
        <w:rPr>
          <w:rFonts w:ascii="宋体" w:eastAsia="宋体" w:hAnsi="宋体" w:cs="宋体"/>
          <w:color w:val="000000"/>
        </w:rPr>
        <w:t>分钟；（</w:t>
      </w:r>
      <w:r>
        <w:rPr>
          <w:rFonts w:ascii="Times New Roman" w:eastAsia="Times New Roman" w:hAnsi="Times New Roman" w:cs="Times New Roman"/>
          <w:color w:val="000000"/>
        </w:rPr>
        <w:t>2</w:t>
      </w:r>
      <w:r>
        <w:rPr>
          <w:rFonts w:ascii="宋体" w:eastAsia="宋体" w:hAnsi="宋体" w:cs="宋体"/>
          <w:color w:val="000000"/>
        </w:rPr>
        <w:t>）输完这瓶点滴注射液的时间将会变为原来的</w:t>
      </w:r>
      <w:r>
        <w:rPr>
          <w:rFonts w:ascii="Times New Roman" w:eastAsia="Times New Roman" w:hAnsi="Times New Roman" w:cs="Times New Roman"/>
          <w:color w:val="000000"/>
        </w:rPr>
        <w:t>2</w:t>
      </w:r>
      <w:r>
        <w:rPr>
          <w:rFonts w:ascii="宋体" w:eastAsia="宋体" w:hAnsi="宋体" w:cs="宋体"/>
          <w:color w:val="000000"/>
        </w:rPr>
        <w:t>倍．</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）直接代入求值即可；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）根据“护士会把输液速率缩小为原来的</w:t>
      </w:r>
      <w:r>
        <w:pict>
          <v:shape id="_x0000_i707539" type="#_x0000_t75" alt="学科网(www.zxxk.com)--教育资源门户，提供试卷、教案、课件、论文、素材以及各类教学资源下载，还有大量而丰富的教学相关资讯！" style="width:14.25pt;height:28.5pt" o:oleicon="f" o:ole="">
            <v:imagedata r:id="rId956" o:title="eqIdf89eef3148f2d4d09379767b4af69132"/>
          </v:shape>
        </w:pict>
      </w:r>
      <w:r>
        <w:rPr>
          <w:rFonts w:ascii="宋体" w:eastAsia="宋体" w:hAnsi="宋体" w:cs="宋体"/>
          <w:color w:val="000000"/>
        </w:rPr>
        <w:t>” 设护士给年龄比较大的病人输液速率为</w:t>
      </w:r>
      <w:r>
        <w:pict>
          <v:shape id="_x0000_i707540" type="#_x0000_t75" alt="学科网(www.zxxk.com)--教育资源门户，提供试卷、教案、课件、论文、素材以及各类教学资源下载，还有大量而丰富的教学相关资讯！" style="width:15pt;height:12pt" o:oleicon="f" o:ole="">
            <v:imagedata r:id="rId957" o:title="eqIde5b3bd5e6bc2a0a277d279bb01af9584"/>
          </v:shape>
        </w:pict>
      </w:r>
      <w:r>
        <w:rPr>
          <w:rFonts w:ascii="宋体" w:eastAsia="宋体" w:hAnsi="宋体" w:cs="宋体"/>
          <w:color w:val="000000"/>
        </w:rPr>
        <w:t>，可得</w:t>
      </w:r>
      <w:r>
        <w:pict>
          <v:shape id="_x0000_i707541" type="#_x0000_t75" alt="学科网(www.zxxk.com)--教育资源门户，提供试卷、教案、课件、论文、素材以及各类教学资源下载，还有大量而丰富的教学相关资讯！" style="width:45.6pt;height:30.6pt" o:oleicon="f" o:ole="">
            <v:imagedata r:id="rId958" o:title="eqIdbd4a8157d5dcb96581f9b4553dd7eef6"/>
          </v:shape>
        </w:pict>
      </w:r>
      <w:r>
        <w:rPr>
          <w:rFonts w:ascii="宋体" w:eastAsia="宋体" w:hAnsi="宋体" w:cs="宋体"/>
          <w:color w:val="000000"/>
        </w:rPr>
        <w:t>，代入后计算即可．</w:t>
      </w:r>
    </w:p>
    <w:p>
      <w:pPr>
        <w:spacing w:line="360" w:lineRule="auto"/>
        <w:jc w:val="left"/>
        <w:textAlignment w:val="center"/>
        <w:rPr>
          <w:rFonts w:ascii="Times New Roman" w:eastAsia="Times New Roman" w:hAnsi="Times New Roman" w:cs="Times New Roman"/>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07542" type="#_x0000_t75" alt="学科网(www.zxxk.com)--教育资源门户，提供试卷、教案、课件、论文、素材以及各类教学资源下载，还有大量而丰富的教学相关资讯！" style="width:11.25pt;height:9.75pt" o:oleicon="f" o:ole="">
            <v:imagedata r:id="rId959" o:title="eqId16f3d198e76391779fa3badc848c8ac8"/>
          </v:shape>
        </w:pict>
      </w:r>
      <w:r>
        <w:rPr>
          <w:rFonts w:ascii="Times New Roman" w:eastAsia="Times New Roman" w:hAnsi="Times New Roman" w:cs="Times New Roman"/>
          <w:color w:val="000000"/>
        </w:rPr>
        <w:t xml:space="preserve"> </w:t>
      </w:r>
      <w:r>
        <w:pict>
          <v:shape id="_x0000_i707543" type="#_x0000_t75" alt="学科网(www.zxxk.com)--教育资源门户，提供试卷、教案、课件、论文、素材以及各类教学资源下载，还有大量而丰富的教学相关资讯！" style="width:114pt;height:15.75pt" o:oleicon="f" o:ole="">
            <v:imagedata r:id="rId960" o:title="eqIda749e301d87920da08ff8392cf896b49"/>
          </v:shape>
        </w:pict>
      </w:r>
    </w:p>
    <w:p>
      <w:pPr>
        <w:spacing w:line="360" w:lineRule="auto"/>
        <w:jc w:val="left"/>
        <w:textAlignment w:val="center"/>
        <w:rPr>
          <w:color w:val="000000"/>
        </w:rPr>
      </w:pPr>
      <w:r>
        <w:pict>
          <v:shape id="_x0000_i707544" type="#_x0000_t75" alt="学科网(www.zxxk.com)--教育资源门户，提供试卷、教案、课件、论文、素材以及各类教学资源下载，还有大量而丰富的教学相关资讯！" style="width:161.25pt;height:30.75pt" o:oleicon="f" o:ole="">
            <v:imagedata r:id="rId961" o:title="eqId86b4f7e5062567da30ff4ad578eb1e29"/>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答：输完这瓶点滴注射液需要</w:t>
      </w:r>
      <w:r>
        <w:rPr>
          <w:rFonts w:ascii="Times New Roman" w:eastAsia="Times New Roman" w:hAnsi="Times New Roman" w:cs="Times New Roman"/>
          <w:color w:val="000000"/>
        </w:rPr>
        <w:t>180</w:t>
      </w:r>
      <w:r>
        <w:rPr>
          <w:rFonts w:ascii="宋体" w:eastAsia="宋体" w:hAnsi="宋体" w:cs="宋体"/>
          <w:color w:val="000000"/>
        </w:rPr>
        <w:t>分钟。</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(2)</w:t>
      </w:r>
      <w:r>
        <w:rPr>
          <w:rFonts w:ascii="宋体" w:eastAsia="宋体" w:hAnsi="宋体" w:cs="宋体"/>
          <w:color w:val="000000"/>
        </w:rPr>
        <w:t>设护士给年龄比较大的病人输液速率为</w:t>
      </w:r>
      <w:r>
        <w:pict>
          <v:shape id="_x0000_i707545" type="#_x0000_t75" alt="学科网(www.zxxk.com)--教育资源门户，提供试卷、教案、课件、论文、素材以及各类教学资源下载，还有大量而丰富的教学相关资讯！" style="width:15pt;height:12pt" o:oleicon="f" o:ole="">
            <v:imagedata r:id="rId962" o:title="eqIde5b3bd5e6bc2a0a277d279bb01af9584"/>
          </v:shape>
        </w:pict>
      </w:r>
      <w:r>
        <w:rPr>
          <w:rFonts w:ascii="宋体" w:eastAsia="宋体" w:hAnsi="宋体" w:cs="宋体"/>
          <w:color w:val="000000"/>
        </w:rPr>
        <w:t>，根据题意得</w:t>
      </w:r>
    </w:p>
    <w:p>
      <w:pPr>
        <w:spacing w:line="360" w:lineRule="auto"/>
        <w:jc w:val="left"/>
        <w:textAlignment w:val="center"/>
        <w:rPr>
          <w:color w:val="000000"/>
        </w:rPr>
      </w:pPr>
      <w:r>
        <w:pict>
          <v:shape id="_x0000_i707546" type="#_x0000_t75" alt="学科网(www.zxxk.com)--教育资源门户，提供试卷、教案、课件、论文、素材以及各类教学资源下载，还有大量而丰富的教学相关资讯！" style="width:45.6pt;height:30.6pt" o:oleicon="f" o:ole="">
            <v:imagedata r:id="rId963" o:title="eqIdbd4a8157d5dcb96581f9b4553dd7eef6"/>
          </v:shape>
        </w:pict>
      </w:r>
    </w:p>
    <w:p>
      <w:pPr>
        <w:spacing w:line="360" w:lineRule="auto"/>
        <w:jc w:val="left"/>
        <w:textAlignment w:val="center"/>
        <w:rPr>
          <w:color w:val="000000"/>
        </w:rPr>
      </w:pPr>
      <w:r>
        <w:pict>
          <v:shape id="_x0000_i707547" type="#_x0000_t75" alt="学科网(www.zxxk.com)--教育资源门户，提供试卷、教案、课件、论文、素材以及各类教学资源下载，还有大量而丰富的教学相关资讯！" style="width:36.75pt;height:30.75pt" o:oleicon="f" o:ole="">
            <v:imagedata r:id="rId964" o:title="eqId6a87cec63eb31ddf07e219d332625c32"/>
          </v:shape>
        </w:pict>
      </w:r>
    </w:p>
    <w:p>
      <w:pPr>
        <w:spacing w:line="360" w:lineRule="auto"/>
        <w:jc w:val="left"/>
        <w:textAlignment w:val="center"/>
        <w:rPr>
          <w:color w:val="000000"/>
        </w:rPr>
      </w:pPr>
      <w:r>
        <w:pict>
          <v:shape id="_x0000_i707548" type="#_x0000_t75" alt="学科网(www.zxxk.com)--教育资源门户，提供试卷、教案、课件、论文、素材以及各类教学资源下载，还有大量而丰富的教学相关资讯！" style="width:138.75pt;height:45.75pt" o:oleicon="f" o:ole="">
            <v:imagedata r:id="rId965" o:title="eqIda040420728e20d42c912a3a070dc3296"/>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答：输完这瓶点滴注射液的时间将会变为原来的</w:t>
      </w:r>
      <w:r>
        <w:rPr>
          <w:rFonts w:ascii="Times New Roman" w:eastAsia="Times New Roman" w:hAnsi="Times New Roman" w:cs="Times New Roman"/>
          <w:color w:val="000000"/>
        </w:rPr>
        <w:t>2</w:t>
      </w:r>
      <w:r>
        <w:rPr>
          <w:rFonts w:ascii="宋体" w:eastAsia="宋体" w:hAnsi="宋体" w:cs="宋体"/>
          <w:color w:val="000000"/>
        </w:rPr>
        <w:t>倍。</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本题考查整式</w:t>
      </w:r>
      <w:r>
        <w:rPr>
          <w:rFonts w:ascii="宋体" w:eastAsia="宋体" w:hAnsi="宋体" w:cs="宋体"/>
          <w:color w:val="000000"/>
          <w:position w:val="0"/>
        </w:rPr>
        <w:drawing>
          <wp:inline>
            <wp:extent cx="133350" cy="177800"/>
            <wp:docPr id="275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 name=""/>
                    <pic:cNvPicPr>
                      <a:picLocks noChangeAspect="1"/>
                    </pic:cNvPicPr>
                  </pic:nvPicPr>
                  <pic:blipFill>
                    <a:blip r:embed="rId96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应用，题目比较简单，只需要代入求值即可，解题的关键是注意每一个字母表示的实际意义．</w:t>
      </w:r>
    </w:p>
    <w:p>
      <w:pPr>
        <w:spacing w:line="360" w:lineRule="auto"/>
        <w:jc w:val="left"/>
        <w:textAlignment w:val="center"/>
        <w:rPr>
          <w:rFonts w:ascii="Times New Roman" w:eastAsia="Times New Roman" w:hAnsi="Times New Roman" w:cs="Times New Roman"/>
          <w:color w:val="000000"/>
        </w:rPr>
      </w:pPr>
      <w:r>
        <w:rPr>
          <w:color w:val="000000"/>
        </w:rPr>
        <w:t xml:space="preserve">30. </w:t>
      </w:r>
      <w:r>
        <w:rPr>
          <w:rFonts w:ascii="宋体" w:eastAsia="宋体" w:hAnsi="宋体" w:cs="宋体"/>
          <w:color w:val="000000"/>
        </w:rPr>
        <w:t>对于数轴上的两点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两点到原点</w:t>
      </w:r>
      <w:r>
        <w:rPr>
          <w:rFonts w:ascii="Times New Roman" w:eastAsia="Times New Roman" w:hAnsi="Times New Roman" w:cs="Times New Roman"/>
          <w:i/>
          <w:color w:val="000000"/>
        </w:rPr>
        <w:t>O</w:t>
      </w:r>
      <w:r>
        <w:rPr>
          <w:rFonts w:ascii="宋体" w:eastAsia="宋体" w:hAnsi="宋体" w:cs="宋体"/>
          <w:color w:val="000000"/>
        </w:rPr>
        <w:t>的距离之差的绝对值称为</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两点的绝对距离，记为</w:t>
      </w:r>
      <w:r>
        <w:pict>
          <v:shape id="_x0000_i707549" type="#_x0000_t75" alt="学科网(www.zxxk.com)--教育资源门户，提供试卷、教案、课件、论文、素材以及各类教学资源下载，还有大量而丰富的教学相关资讯！" style="width:36.75pt;height:20.25pt" o:oleicon="f" o:ole="">
            <v:imagedata r:id="rId967" o:title="eqIdcdee3ac4e6dcb4132ea1ddade2fe17ac"/>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drawing>
          <wp:inline>
            <wp:extent cx="4257675" cy="838200"/>
            <wp:docPr id="27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 name=""/>
                    <pic:cNvPicPr>
                      <a:picLocks noChangeAspect="1"/>
                    </pic:cNvPicPr>
                  </pic:nvPicPr>
                  <pic:blipFill>
                    <a:blip r:embed="rId968"/>
                    <a:stretch>
                      <a:fillRect/>
                    </a:stretch>
                  </pic:blipFill>
                  <pic:spPr>
                    <a:xfrm>
                      <a:off x="0" y="0"/>
                      <a:ext cx="4257675" cy="838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drawing>
          <wp:inline>
            <wp:extent cx="1962150" cy="914400"/>
            <wp:docPr id="27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 name=""/>
                    <pic:cNvPicPr>
                      <a:picLocks noChangeAspect="1"/>
                    </pic:cNvPicPr>
                  </pic:nvPicPr>
                  <pic:blipFill>
                    <a:blip r:embed="rId969"/>
                    <a:stretch>
                      <a:fillRect/>
                    </a:stretch>
                  </pic:blipFill>
                  <pic:spPr>
                    <a:xfrm>
                      <a:off x="0" y="0"/>
                      <a:ext cx="1962150" cy="914400"/>
                    </a:xfrm>
                    <a:prstGeom prst="rect">
                      <a:avLst/>
                    </a:prstGeom>
                  </pic:spPr>
                </pic:pic>
              </a:graphicData>
            </a:graphic>
          </wp:inline>
        </w:drawing>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例如：</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两点表示的数如图</w:t>
      </w:r>
      <w:r>
        <w:rPr>
          <w:rFonts w:ascii="Times New Roman" w:eastAsia="Times New Roman" w:hAnsi="Times New Roman" w:cs="Times New Roman"/>
          <w:color w:val="000000"/>
        </w:rPr>
        <w:t>1</w:t>
      </w:r>
      <w:r>
        <w:rPr>
          <w:rFonts w:ascii="宋体" w:eastAsia="宋体" w:hAnsi="宋体" w:cs="宋体"/>
          <w:color w:val="000000"/>
        </w:rPr>
        <w:t>所示，则</w:t>
      </w:r>
      <w:r>
        <w:pict>
          <v:shape id="_x0000_i707550" type="#_x0000_t75" alt="学科网(www.zxxk.com)--教育资源门户，提供试卷、教案、课件、论文、素材以及各类教学资源下载，还有大量而丰富的教学相关资讯！" style="width:152.25pt;height:20.25pt" o:oleicon="f" o:ole="">
            <v:imagedata r:id="rId970" o:title="eqId700a7fc07032cefccad8e9b6722bbaf0"/>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两点表示的数如图</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rFonts w:ascii="宋体" w:eastAsia="宋体" w:hAnsi="宋体" w:cs="宋体"/>
          <w:color w:val="000000"/>
        </w:rPr>
      </w:pPr>
      <w:r>
        <w:rPr>
          <w:rFonts w:ascii="宋体" w:eastAsia="宋体" w:hAnsi="宋体" w:cs="宋体"/>
          <w:color w:val="000000"/>
        </w:rPr>
        <w:t>①求</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两点的绝对距离；</w:t>
      </w:r>
    </w:p>
    <w:p>
      <w:pPr>
        <w:spacing w:line="360" w:lineRule="auto"/>
        <w:jc w:val="left"/>
        <w:textAlignment w:val="center"/>
        <w:rPr>
          <w:rFonts w:ascii="宋体" w:eastAsia="宋体" w:hAnsi="宋体" w:cs="宋体"/>
          <w:color w:val="000000"/>
        </w:rPr>
      </w:pPr>
      <w:r>
        <w:rPr>
          <w:rFonts w:ascii="宋体" w:eastAsia="宋体" w:hAnsi="宋体" w:cs="宋体"/>
          <w:color w:val="000000"/>
        </w:rPr>
        <w:t>②若</w:t>
      </w:r>
      <w:r>
        <w:rPr>
          <w:rFonts w:ascii="Times New Roman" w:eastAsia="Times New Roman" w:hAnsi="Times New Roman" w:cs="Times New Roman"/>
          <w:i/>
          <w:color w:val="000000"/>
        </w:rPr>
        <w:t>C</w:t>
      </w:r>
      <w:r>
        <w:rPr>
          <w:rFonts w:ascii="宋体" w:eastAsia="宋体" w:hAnsi="宋体" w:cs="宋体"/>
          <w:color w:val="000000"/>
        </w:rPr>
        <w:t>为数轴上一点（不与点</w:t>
      </w:r>
      <w:r>
        <w:rPr>
          <w:rFonts w:ascii="Times New Roman" w:eastAsia="Times New Roman" w:hAnsi="Times New Roman" w:cs="Times New Roman"/>
          <w:i/>
          <w:color w:val="000000"/>
        </w:rPr>
        <w:t>O</w:t>
      </w:r>
      <w:r>
        <w:rPr>
          <w:rFonts w:ascii="宋体" w:eastAsia="宋体" w:hAnsi="宋体" w:cs="宋体"/>
          <w:color w:val="000000"/>
        </w:rPr>
        <w:t>重合），且</w:t>
      </w:r>
      <w:r>
        <w:pict>
          <v:shape id="_x0000_i707551" type="#_x0000_t75" alt="学科网(www.zxxk.com)--教育资源门户，提供试卷、教案、课件、论文、素材以及各类教学资源下载，还有大量而丰富的教学相关资讯！" style="width:88.5pt;height:20.25pt" o:oleicon="f" o:ole="">
            <v:imagedata r:id="rId971" o:title="eqId7ce682cb8fb1280a040bef51e2f10b93"/>
          </v:shape>
        </w:pict>
      </w:r>
      <w:r>
        <w:rPr>
          <w:rFonts w:ascii="宋体" w:eastAsia="宋体" w:hAnsi="宋体" w:cs="宋体"/>
          <w:color w:val="000000"/>
        </w:rPr>
        <w:t>，求点</w:t>
      </w:r>
      <w:r>
        <w:rPr>
          <w:rFonts w:ascii="Times New Roman" w:eastAsia="Times New Roman" w:hAnsi="Times New Roman" w:cs="Times New Roman"/>
          <w:i/>
          <w:color w:val="000000"/>
        </w:rPr>
        <w:t>C</w:t>
      </w:r>
      <w:r>
        <w:rPr>
          <w:rFonts w:ascii="宋体" w:eastAsia="宋体" w:hAnsi="宋体" w:cs="宋体"/>
          <w:color w:val="000000"/>
        </w:rPr>
        <w:t>表示的数；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为数轴上的两点（点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N</w:t>
      </w:r>
      <w:r>
        <w:rPr>
          <w:rFonts w:ascii="宋体" w:eastAsia="宋体" w:hAnsi="宋体" w:cs="宋体"/>
          <w:color w:val="000000"/>
        </w:rPr>
        <w:t>左边），且</w:t>
      </w:r>
      <w:r>
        <w:rPr>
          <w:rFonts w:ascii="Times New Roman" w:eastAsia="Times New Roman" w:hAnsi="Times New Roman" w:cs="Times New Roman"/>
          <w:i/>
          <w:color w:val="000000"/>
        </w:rPr>
        <w:t>MN</w:t>
      </w:r>
      <w:r>
        <w:rPr>
          <w:rFonts w:ascii="Times New Roman" w:eastAsia="Times New Roman" w:hAnsi="Times New Roman" w:cs="Times New Roman"/>
          <w:color w:val="000000"/>
        </w:rPr>
        <w:t>=2</w:t>
      </w:r>
      <w:r>
        <w:rPr>
          <w:rFonts w:ascii="宋体" w:eastAsia="宋体" w:hAnsi="宋体" w:cs="宋体"/>
          <w:color w:val="000000"/>
        </w:rPr>
        <w:t>，若</w:t>
      </w:r>
      <w:r>
        <w:pict>
          <v:shape id="_x0000_i707552" type="#_x0000_t75" alt="学科网(www.zxxk.com)--教育资源门户，提供试卷、教案、课件、论文、素材以及各类教学资源下载，还有大量而丰富的教学相关资讯！" style="width:55.5pt;height:20.25pt" o:oleicon="f" o:ole="">
            <v:imagedata r:id="rId972" o:title="eqId4efa4d5dd6e2a3b58cfc3262af394c7f"/>
          </v:shape>
        </w:pict>
      </w:r>
      <w:r>
        <w:rPr>
          <w:rFonts w:ascii="宋体" w:eastAsia="宋体" w:hAnsi="宋体" w:cs="宋体"/>
          <w:color w:val="000000"/>
        </w:rPr>
        <w:t>，直接写出点</w:t>
      </w:r>
      <w:r>
        <w:rPr>
          <w:rFonts w:ascii="Times New Roman" w:eastAsia="Times New Roman" w:hAnsi="Times New Roman" w:cs="Times New Roman"/>
          <w:i/>
          <w:color w:val="000000"/>
        </w:rPr>
        <w:t>M</w:t>
      </w:r>
      <w:r>
        <w:rPr>
          <w:rFonts w:ascii="宋体" w:eastAsia="宋体" w:hAnsi="宋体" w:cs="宋体"/>
          <w:color w:val="000000"/>
        </w:rPr>
        <w:t>表示的数．</w:t>
      </w:r>
    </w:p>
    <w:p>
      <w:pPr>
        <w:spacing w:line="360" w:lineRule="auto"/>
        <w:textAlignment w:val="center"/>
        <w:rPr>
          <w:color w:val="2E75B6"/>
        </w:rPr>
      </w:pPr>
      <w:r>
        <w:rPr>
          <w:color w:val="2E75B6"/>
        </w:rPr>
        <w:t>【30题答案】</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（1）①2；②点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color w:val="000000"/>
        </w:rPr>
        <w:t>-0.5</w:t>
      </w:r>
      <w:r>
        <w:rPr>
          <w:rFonts w:ascii="宋体" w:eastAsia="宋体" w:hAnsi="宋体" w:cs="宋体"/>
          <w:color w:val="000000"/>
        </w:rPr>
        <w:t>或</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根据绝对距离的定义即可解题.</w:t>
      </w:r>
    </w:p>
    <w:p>
      <w:pPr>
        <w:spacing w:line="360" w:lineRule="auto"/>
        <w:textAlignment w:val="center"/>
        <w:rPr>
          <w:rFonts w:ascii="Times New Roman" w:eastAsia="Times New Roman" w:hAnsi="Times New Roman" w:cs="Times New Roman"/>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）①求</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两点的绝对距离=</w:t>
      </w:r>
      <w:r>
        <w:pict>
          <v:shape id="_x0000_i707553" type="#_x0000_t75" alt="学科网(www.zxxk.com)--教育资源门户，提供试卷、教案、课件、论文、素材以及各类教学资源下载，还有大量而丰富的教学相关资讯！" style="width:105pt;height:20.25pt" o:oleicon="f" o:ole="">
            <v:imagedata r:id="rId973" o:title="eqIdffb959c5b70e077f74a92aa9ae6301dc"/>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②∵</w:t>
      </w:r>
      <w:r>
        <w:pict>
          <v:shape id="_x0000_i707554" type="#_x0000_t75" alt="学科网(www.zxxk.com)--教育资源门户，提供试卷、教案、课件、论文、素材以及各类教学资源下载，还有大量而丰富的教学相关资讯！" style="width:141.75pt;height:20.25pt" o:oleicon="f" o:ole="">
            <v:imagedata r:id="rId974" o:title="eqId6b8f0bc79d3fb2e949749759b93af596"/>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又</w:t>
      </w:r>
      <w:r>
        <w:pict>
          <v:shape id="_x0000_i707555" type="#_x0000_t75" alt="学科网(www.zxxk.com)--教育资源门户，提供试卷、教案、课件、论文、素材以及各类教学资源下载，还有大量而丰富的教学相关资讯！" style="width:1in;height:14.25pt" o:oleicon="f" o:ole="">
            <v:imagedata r:id="rId975" o:title="eqIdb7cfb9bdf3b6bedf8bfd8a5928434e42"/>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7556" type="#_x0000_t75" alt="学科网(www.zxxk.com)--教育资源门户，提供试卷、教案、课件、论文、素材以及各类教学资源下载，还有大量而丰富的教学相关资讯！" style="width:45pt;height:14.25pt" o:oleicon="f" o:ole="">
            <v:imagedata r:id="rId976" o:title="eqIdd76180b99c8af5f7e06b5ef59e3db5d9"/>
          </v:shape>
        </w:pict>
      </w:r>
      <w:r>
        <w:rPr>
          <w:rFonts w:ascii="宋体" w:eastAsia="宋体" w:hAnsi="宋体" w:cs="宋体"/>
          <w:color w:val="000000"/>
        </w:rPr>
        <w:t>，即</w:t>
      </w:r>
      <w:r>
        <w:pict>
          <v:shape id="_x0000_i707557" type="#_x0000_t75" alt="学科网(www.zxxk.com)--教育资源门户，提供试卷、教案、课件、论文、素材以及各类教学资源下载，还有大量而丰富的教学相关资讯！" style="width:71.25pt;height:20.25pt" o:oleicon="f" o:ole="">
            <v:imagedata r:id="rId977" o:title="eqId8304e9a0acec35fe199eee09ab11c19d"/>
          </v:shape>
        </w:pict>
      </w:r>
      <w:r>
        <w:rPr>
          <w:rFonts w:ascii="Times New Roman" w:eastAsia="Times New Roman" w:hAnsi="Times New Roman" w:cs="Times New Roman"/>
          <w:color w:val="000000"/>
        </w:rPr>
        <w:t xml:space="preserve"> 或</w:t>
      </w:r>
      <w:r>
        <w:pict>
          <v:shape id="_x0000_i707558" type="#_x0000_t75" alt="学科网(www.zxxk.com)--教育资源门户，提供试卷、教案、课件、论文、素材以及各类教学资源下载，还有大量而丰富的教学相关资讯！" style="width:71.25pt;height:20.25pt" o:oleicon="f" o:ole="">
            <v:imagedata r:id="rId978" o:title="eqId4a16496a8f22fd976ea664bcee61b97d"/>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∴点</w:t>
      </w:r>
      <w:r>
        <w:rPr>
          <w:rFonts w:ascii="Times New Roman" w:eastAsia="Times New Roman" w:hAnsi="Times New Roman" w:cs="Times New Roman"/>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）由题可知</w:t>
      </w:r>
      <w:r>
        <w:pict>
          <v:shape id="_x0000_i707559" type="#_x0000_t75" alt="学科网(www.zxxk.com)--教育资源门户，提供试卷、教案、课件、论文、素材以及各类教学资源下载，还有大量而丰富的教学相关资讯！" style="width:32.25pt;height:14.25pt" o:oleicon="f" o:ole="">
            <v:imagedata r:id="rId979" o:title="eqId9142db1293d4597d19973c9393fe49df"/>
          </v:shape>
        </w:pict>
      </w:r>
      <w:r>
        <w:rPr>
          <w:rFonts w:ascii="宋体" w:eastAsia="宋体" w:hAnsi="宋体" w:cs="宋体"/>
          <w:color w:val="000000"/>
        </w:rPr>
        <w:t>=|MO-NO|=1或|NO-MO|=1</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MN=2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∴点</w:t>
      </w:r>
      <w:r>
        <w:rPr>
          <w:rFonts w:ascii="Times New Roman" w:eastAsia="Times New Roman" w:hAnsi="Times New Roman" w:cs="Times New Roman"/>
          <w:color w:val="000000"/>
        </w:rPr>
        <w:t>M</w:t>
      </w:r>
      <w:r>
        <w:rPr>
          <w:rFonts w:ascii="宋体" w:eastAsia="宋体" w:hAnsi="宋体" w:cs="宋体"/>
          <w:color w:val="000000"/>
        </w:rPr>
        <w:t>表示的数为</w:t>
      </w:r>
      <w:r>
        <w:rPr>
          <w:rFonts w:ascii="Times New Roman" w:eastAsia="Times New Roman" w:hAnsi="Times New Roman" w:cs="Times New Roman"/>
          <w:color w:val="000000"/>
        </w:rPr>
        <w:t>-0.5</w:t>
      </w:r>
      <w:r>
        <w:rPr>
          <w:rFonts w:ascii="宋体" w:eastAsia="宋体" w:hAnsi="宋体" w:cs="宋体"/>
          <w:color w:val="000000"/>
        </w:rPr>
        <w:t>或</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本题考查了绝对值的实际应用,绝对距离的含义,中等难度,熟悉绝对距离的概念是解题关键.</w:t>
      </w:r>
    </w:p>
    <w:p w:rsidR="005B1167" w:rsidP="00322108">
      <w:pPr>
        <w:ind w:firstLine="284" w:firstLineChars="135"/>
        <w:jc w:val="left"/>
        <w:rPr>
          <w:rFonts w:ascii="Calibri" w:hAnsi="Calibri" w:cs="Times New Roman"/>
        </w:rPr>
      </w:pPr>
      <w:r>
        <w:rPr>
          <w:color w:val="000000"/>
        </w:rPr>
        <w:br w:type="page"/>
      </w:r>
      <w:r>
        <w:rPr>
          <w:noProof/>
        </w:rPr>
        <w:drawing>
          <wp:inline distT="0" distB="0" distL="0" distR="0">
            <wp:extent cx="1723810" cy="485714"/>
            <wp:effectExtent l="0" t="0" r="0" b="0"/>
            <wp:docPr id="2761"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 name=""/>
                    <pic:cNvPicPr/>
                  </pic:nvPicPr>
                  <pic:blipFill>
                    <a:blip r:embed="rId980"/>
                    <a:stretch>
                      <a:fillRect/>
                    </a:stretch>
                  </pic:blipFill>
                  <pic:spPr>
                    <a:xfrm>
                      <a:off x="0" y="0"/>
                      <a:ext cx="1723810" cy="485714"/>
                    </a:xfrm>
                    <a:prstGeom prst="rect">
                      <a:avLst/>
                    </a:prstGeom>
                  </pic:spPr>
                </pic:pic>
              </a:graphicData>
            </a:graphic>
          </wp:inline>
        </w:drawing>
      </w:r>
    </w:p>
    <w:p>
      <w:pPr>
        <w:pStyle w:val="Heading2"/>
      </w:pPr>
      <w:r>
        <w:t>第三十九中学</w:t>
      </w:r>
    </w:p>
    <w:p>
      <w:pPr>
        <w:spacing w:line="360" w:lineRule="auto"/>
        <w:jc w:val="left"/>
        <w:textAlignment w:val="center"/>
        <w:rPr>
          <w:color w:val="000000"/>
        </w:rPr>
      </w:pPr>
      <w:r>
        <w:rPr>
          <w:color w:val="000000"/>
        </w:rPr>
        <w:t xml:space="preserve">34. </w:t>
      </w:r>
      <w:r>
        <w:rPr>
          <w:rFonts w:ascii="宋体" w:eastAsia="宋体" w:hAnsi="宋体" w:cs="宋体"/>
          <w:color w:val="000000"/>
        </w:rPr>
        <w:t>探索规律：将连续的偶</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pict>
          <v:shape id="_x0000_i707560" type="#_x0000_t75" alt="学科网(www.zxxk.com)--教育资源门户，提供试卷、教案、课件、论文、素材以及各类教学资源下载，还有大量而丰富的教学相关资讯！" style="width:12.75pt;height:6pt" o:oleicon="f" o:ole="">
            <v:imagedata r:id="rId981" o:title="eqId07096af3b99fd1cb11c31f19a2c6408e"/>
          </v:shape>
        </w:pict>
      </w:r>
      <w:r>
        <w:rPr>
          <w:rFonts w:ascii="宋体" w:eastAsia="宋体" w:hAnsi="宋体" w:cs="宋体"/>
          <w:color w:val="000000"/>
        </w:rPr>
        <w:t>，排成如下表：</w:t>
      </w:r>
    </w:p>
    <w:p>
      <w:pPr>
        <w:spacing w:line="360" w:lineRule="auto"/>
        <w:jc w:val="left"/>
        <w:textAlignment w:val="center"/>
        <w:rPr>
          <w:color w:val="000000"/>
        </w:rPr>
      </w:pPr>
      <w:r>
        <w:rPr>
          <w:color w:val="000000"/>
        </w:rPr>
        <w:drawing>
          <wp:inline>
            <wp:extent cx="1666875" cy="1476375"/>
            <wp:docPr id="27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 name=""/>
                    <pic:cNvPicPr>
                      <a:picLocks noChangeAspect="1"/>
                    </pic:cNvPicPr>
                  </pic:nvPicPr>
                  <pic:blipFill>
                    <a:blip r:embed="rId982"/>
                    <a:stretch>
                      <a:fillRect/>
                    </a:stretch>
                  </pic:blipFill>
                  <pic:spPr>
                    <a:xfrm>
                      <a:off x="0" y="0"/>
                      <a:ext cx="1666875" cy="14763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）十字框中的五个数的和与中间的数</w:t>
      </w:r>
      <w:r>
        <w:rPr>
          <w:rFonts w:ascii="Times New Roman" w:eastAsia="Times New Roman" w:hAnsi="Times New Roman" w:cs="Times New Roman"/>
          <w:color w:val="000000"/>
        </w:rPr>
        <w:t>16</w:t>
      </w:r>
      <w:r>
        <w:rPr>
          <w:rFonts w:ascii="宋体" w:eastAsia="宋体" w:hAnsi="宋体" w:cs="宋体"/>
          <w:color w:val="000000"/>
        </w:rPr>
        <w:t>有什么关系？</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）设中间的数为</w:t>
      </w:r>
      <w:r>
        <w:rPr>
          <w:rFonts w:ascii="Times New Roman" w:eastAsia="Times New Roman" w:hAnsi="Times New Roman" w:cs="Times New Roman"/>
          <w:color w:val="000000"/>
        </w:rPr>
        <w:t>x</w:t>
      </w:r>
      <w:r>
        <w:rPr>
          <w:rFonts w:ascii="宋体" w:eastAsia="宋体" w:hAnsi="宋体" w:cs="宋体"/>
          <w:color w:val="000000"/>
        </w:rPr>
        <w:t>，用代数式表示十字框中的五个数的和；</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）若将十字框上下左右移动，可框住另外的五位数，其它五位数的和能等于</w:t>
      </w:r>
      <w:r>
        <w:rPr>
          <w:rFonts w:ascii="Times New Roman" w:eastAsia="Times New Roman" w:hAnsi="Times New Roman" w:cs="Times New Roman"/>
          <w:color w:val="000000"/>
        </w:rPr>
        <w:t>2010</w:t>
      </w:r>
      <w:r>
        <w:rPr>
          <w:rFonts w:ascii="宋体" w:eastAsia="宋体" w:hAnsi="宋体" w:cs="宋体"/>
          <w:color w:val="000000"/>
        </w:rPr>
        <w:t>吗？如能，写出这五位数，如不能，说明理由．</w:t>
      </w:r>
    </w:p>
    <w:p>
      <w:pPr>
        <w:spacing w:line="360" w:lineRule="auto"/>
        <w:textAlignment w:val="center"/>
        <w:rPr>
          <w:color w:val="000000"/>
        </w:rPr>
      </w:pPr>
      <w:r>
        <w:rPr>
          <w:color w:val="2E75B6"/>
        </w:rPr>
        <w:t>【答案】</w:t>
      </w:r>
      <w:r>
        <w:rPr>
          <w:rFonts w:ascii="Times New Roman" w:eastAsia="Times New Roman" w:hAnsi="Times New Roman" w:cs="Times New Roman"/>
          <w:color w:val="000000"/>
        </w:rPr>
        <w:t>(1)</w:t>
      </w:r>
      <w:r>
        <w:rPr>
          <w:rFonts w:ascii="宋体" w:eastAsia="宋体" w:hAnsi="宋体" w:cs="宋体"/>
          <w:color w:val="000000"/>
        </w:rPr>
        <w:t>和是中间数</w:t>
      </w:r>
      <w:r>
        <w:rPr>
          <w:rFonts w:ascii="Times New Roman" w:eastAsia="Times New Roman" w:hAnsi="Times New Roman" w:cs="Times New Roman"/>
          <w:color w:val="000000"/>
        </w:rPr>
        <w:t>16</w:t>
      </w:r>
      <w:r>
        <w:rPr>
          <w:rFonts w:ascii="宋体" w:eastAsia="宋体" w:hAnsi="宋体" w:cs="宋体"/>
          <w:color w:val="000000"/>
        </w:rPr>
        <w:t>的</w:t>
      </w:r>
      <w:r>
        <w:rPr>
          <w:rFonts w:ascii="Times New Roman" w:eastAsia="Times New Roman" w:hAnsi="Times New Roman" w:cs="Times New Roman"/>
          <w:color w:val="000000"/>
        </w:rPr>
        <w:t>5</w:t>
      </w:r>
      <w:r>
        <w:rPr>
          <w:rFonts w:ascii="宋体" w:eastAsia="宋体" w:hAnsi="宋体" w:cs="宋体"/>
          <w:color w:val="000000"/>
        </w:rPr>
        <w:t>倍</w:t>
      </w:r>
      <w:r>
        <w:rPr>
          <w:rFonts w:ascii="Times New Roman" w:eastAsia="Times New Roman" w:hAnsi="Times New Roman" w:cs="Times New Roman"/>
          <w:color w:val="000000"/>
        </w:rPr>
        <w:t>；(2)5x；(3)x=402，</w:t>
      </w:r>
      <w:r>
        <w:rPr>
          <w:rFonts w:ascii="宋体" w:eastAsia="宋体" w:hAnsi="宋体" w:cs="宋体"/>
          <w:color w:val="000000"/>
        </w:rPr>
        <w:t>不能</w:t>
      </w:r>
      <w:r>
        <w:rPr>
          <w:rFonts w:ascii="Times New Roman" w:eastAsia="Times New Roman" w:hAnsi="Times New Roman" w:cs="Times New Roman"/>
          <w:color w:val="000000"/>
        </w:rPr>
        <w:t xml:space="preserve"> .</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color w:val="000000"/>
        </w:rPr>
        <w:t>试题分析：审清题意,设合适的未知数, 中间的数是</w:t>
      </w:r>
      <w:r>
        <w:pict>
          <v:shape id="_x0000_i707561" type="#_x0000_t75" alt="学科网(www.zxxk.com)--教育资源门户，提供试卷、教案、课件、论文、素材以及各类教学资源下载，还有大量而丰富的教学相关资讯！" style="width:9pt;height:9.75pt" o:oleicon="f" o:ole="">
            <v:imagedata r:id="rId983" o:title="eqId81dea63b8ce3e51adf66cf7b9982a248"/>
          </v:shape>
        </w:pict>
      </w:r>
      <w:r>
        <w:rPr>
          <w:color w:val="000000"/>
        </w:rPr>
        <w:t>,则其它数为</w:t>
      </w:r>
      <w:r>
        <w:pict>
          <v:shape id="_x0000_i707562" type="#_x0000_t75" alt="学科网(www.zxxk.com)--教育资源门户，提供试卷、教案、课件、论文、素材以及各类教学资源下载，还有大量而丰富的教学相关资讯！" style="width:150pt;height:15.75pt" o:oleicon="f" o:ole="">
            <v:imagedata r:id="rId984" o:title="eqIdb77ed363caac90e167f41ab4fba10fa3"/>
          </v:shape>
        </w:pict>
      </w:r>
      <w:r>
        <w:rPr>
          <w:color w:val="000000"/>
        </w:rPr>
        <w:t>.</w:t>
      </w:r>
    </w:p>
    <w:p>
      <w:pPr>
        <w:spacing w:line="360" w:lineRule="auto"/>
        <w:jc w:val="left"/>
        <w:textAlignment w:val="center"/>
        <w:rPr>
          <w:color w:val="000000"/>
        </w:rPr>
      </w:pPr>
      <w:r>
        <w:rPr>
          <w:color w:val="000000"/>
        </w:rPr>
        <w:t xml:space="preserve">列方程详见解析. </w:t>
      </w:r>
    </w:p>
    <w:p>
      <w:pPr>
        <w:spacing w:line="360" w:lineRule="auto"/>
        <w:jc w:val="left"/>
        <w:textAlignment w:val="center"/>
        <w:rPr>
          <w:color w:val="000000"/>
        </w:rPr>
      </w:pPr>
      <w:r>
        <w:rPr>
          <w:color w:val="000000"/>
        </w:rPr>
        <w:t>试题解析：解：设:中间的数是</w:t>
      </w:r>
      <w:r>
        <w:pict>
          <v:shape id="_x0000_i707563" type="#_x0000_t75" alt="学科网(www.zxxk.com)--教育资源门户，提供试卷、教案、课件、论文、素材以及各类教学资源下载，还有大量而丰富的教学相关资讯！" style="width:9pt;height:9.75pt" o:oleicon="f" o:ole="">
            <v:imagedata r:id="rId985" o:title="eqId81dea63b8ce3e51adf66cf7b9982a248"/>
          </v:shape>
        </w:pict>
      </w:r>
      <w:r>
        <w:rPr>
          <w:color w:val="000000"/>
        </w:rPr>
        <w:t>,则其它数为</w:t>
      </w:r>
      <w:r>
        <w:pict>
          <v:shape id="_x0000_i707564" type="#_x0000_t75" alt="学科网(www.zxxk.com)--教育资源门户，提供试卷、教案、课件、论文、素材以及各类教学资源下载，还有大量而丰富的教学相关资讯！" style="width:150pt;height:15.75pt" o:oleicon="f" o:ole="">
            <v:imagedata r:id="rId986" o:title="eqIdb77ed363caac90e167f41ab4fba10fa3"/>
          </v:shape>
        </w:pict>
      </w:r>
      <w:r>
        <w:rPr>
          <w:color w:val="000000"/>
        </w:rPr>
        <w:t>.</w:t>
      </w:r>
    </w:p>
    <w:p>
      <w:pPr>
        <w:spacing w:line="360" w:lineRule="auto"/>
        <w:jc w:val="left"/>
        <w:textAlignment w:val="center"/>
        <w:rPr>
          <w:color w:val="000000"/>
        </w:rPr>
      </w:pPr>
      <w:r>
        <w:pict>
          <v:shape id="_x0000_i707565" type="#_x0000_t75" alt="学科网(www.zxxk.com)--教育资源门户，提供试卷、教案、课件、论文、素材以及各类教学资源下载，还有大量而丰富的教学相关资讯！" style="width:168.75pt;height:15.75pt" o:oleicon="f" o:ole="">
            <v:imagedata r:id="rId987" o:title="eqId116b78320bdea91ff4e92df205921ca3"/>
          </v:shape>
        </w:pict>
      </w:r>
      <w:r>
        <w:pict>
          <v:shape id="_x0000_i707566" type="#_x0000_t75" alt="学科网(www.zxxk.com)--教育资源门户，提供试卷、教案、课件、论文、素材以及各类教学资源下载，还有大量而丰富的教学相关资讯！" style="width:41.25pt;height:14.25pt" o:oleicon="f" o:ole="">
            <v:imagedata r:id="rId988" o:title="eqIdc69da7daf5f3da554c54d1598390d65a"/>
          </v:shape>
        </w:pict>
      </w:r>
      <w:r>
        <w:rPr>
          <w:color w:val="000000"/>
        </w:rPr>
        <w:t xml:space="preserve"> ,所以</w:t>
      </w:r>
      <w:r>
        <w:pict>
          <v:shape id="_x0000_i707567" type="#_x0000_t75" alt="学科网(www.zxxk.com)--教育资源门户，提供试卷、教案、课件、论文、素材以及各类教学资源下载，还有大量而丰富的教学相关资讯！" style="width:17.4pt;height:20.4pt" o:oleicon="f" o:ole="">
            <v:imagedata r:id="rId989" o:title="eqId1baca09215d12421a58bd6a48ae16c35"/>
          </v:shape>
        </w:pict>
      </w:r>
      <w:r>
        <w:rPr>
          <w:color w:val="000000"/>
        </w:rPr>
        <w:t>十字框的五个数的和是</w:t>
      </w:r>
      <w:r>
        <w:pict>
          <v:shape id="_x0000_i707568" type="#_x0000_t75" alt="学科网(www.zxxk.com)--教育资源门户，提供试卷、教案、课件、论文、素材以及各类教学资源下载，还有大量而丰富的教学相关资讯！" style="width:12.75pt;height:12.75pt" o:oleicon="f" o:ole="">
            <v:imagedata r:id="rId990" o:title="eqId8c748e40ba21ac5063d3bccaa57ef278"/>
          </v:shape>
        </w:pict>
      </w:r>
      <w:r>
        <w:rPr>
          <w:color w:val="000000"/>
        </w:rPr>
        <w:t>的</w:t>
      </w:r>
      <w:r>
        <w:pict>
          <v:shape id="_x0000_i707569" type="#_x0000_t75" alt="学科网(www.zxxk.com)--教育资源门户，提供试卷、教案、课件、论文、素材以及各类教学资源下载，还有大量而丰富的教学相关资讯！" style="width:9.25pt;height:14.2pt" o:oleicon="f" o:ole="">
            <v:imagedata r:id="rId991" o:title="eqIdd91e07104b699c4012be2d26160976a2"/>
          </v:shape>
        </w:pict>
      </w:r>
      <w:r>
        <w:rPr>
          <w:color w:val="000000"/>
        </w:rPr>
        <w:t xml:space="preserve">倍; </w:t>
      </w:r>
    </w:p>
    <w:p>
      <w:pPr>
        <w:spacing w:line="360" w:lineRule="auto"/>
        <w:jc w:val="left"/>
        <w:textAlignment w:val="center"/>
        <w:rPr>
          <w:color w:val="000000"/>
        </w:rPr>
      </w:pPr>
      <w:r>
        <w:pict>
          <v:shape id="_x0000_i707570" type="#_x0000_t75" alt="学科网(www.zxxk.com)--教育资源门户，提供试卷、教案、课件、论文、素材以及各类教学资源下载，还有大量而丰富的教学相关资讯！" style="width:186pt;height:20.25pt" o:oleicon="f" o:ole="">
            <v:imagedata r:id="rId992" o:title="eqId48b69dd2ec03221a0c479f44b1705a45"/>
          </v:shape>
        </w:pict>
      </w:r>
      <w:r>
        <w:pict>
          <v:shape id="_x0000_i707571" type="#_x0000_t75" alt="学科网(www.zxxk.com)--教育资源门户，提供试卷、教案、课件、论文、素材以及各类教学资源下载，还有大量而丰富的教学相关资讯！" style="width:41.25pt;height:14.25pt" o:oleicon="f" o:ole="">
            <v:imagedata r:id="rId993" o:title="eqIdc69da7daf5f3da554c54d1598390d65a"/>
          </v:shape>
        </w:pict>
      </w:r>
      <w:r>
        <w:rPr>
          <w:color w:val="000000"/>
        </w:rPr>
        <w:t>;</w:t>
      </w:r>
      <w:r>
        <w:pict>
          <v:shape id="_x0000_i707572" type="#_x0000_t75" alt="学科网(www.zxxk.com)--教育资源门户，提供试卷、教案、课件、论文、素材以及各类教学资源下载，还有大量而丰富的教学相关资讯！" style="width:18pt;height:20.4pt" o:oleicon="f" o:ole="">
            <v:imagedata r:id="rId994" o:title="eqId7a416e351c08669214734418cf60209e"/>
          </v:shape>
        </w:pict>
      </w:r>
      <w:r>
        <w:rPr>
          <w:color w:val="000000"/>
        </w:rPr>
        <w:t>由</w:t>
      </w:r>
      <w:r>
        <w:pict>
          <v:shape id="_x0000_i707573" type="#_x0000_t75" alt="学科网(www.zxxk.com)--教育资源门户，提供试卷、教案、课件、论文、素材以及各类教学资源下载，还有大量而丰富的教学相关资讯！" style="width:18.6pt;height:20.4pt" o:oleicon="f" o:ole="">
            <v:imagedata r:id="rId995" o:title="eqIdac0c12379ff58d8ddf66547d7a873baf"/>
          </v:shape>
        </w:pict>
      </w:r>
      <w:r>
        <w:rPr>
          <w:color w:val="000000"/>
        </w:rPr>
        <w:t>得</w:t>
      </w:r>
      <w:r>
        <w:pict>
          <v:shape id="_x0000_i707574" type="#_x0000_t75" alt="学科网(www.zxxk.com)--教育资源门户，提供试卷、教案、课件、论文、素材以及各类教学资源下载，还有大量而丰富的教学相关资讯！" style="width:92.25pt;height:15.75pt" o:oleicon="f" o:ole="">
            <v:imagedata r:id="rId996" o:title="eqId3e6b863b1c78bb29031d89b71714cb19"/>
          </v:shape>
        </w:pict>
      </w:r>
      <w:r>
        <w:rPr>
          <w:color w:val="000000"/>
        </w:rPr>
        <w:t>而</w:t>
      </w:r>
      <w:r>
        <w:pict>
          <v:shape id="_x0000_i707575" type="#_x0000_t75" alt="学科网(www.zxxk.com)--教育资源门户，提供试卷、教案、课件、论文、素材以及各类教学资源下载，还有大量而丰富的教学相关资讯！" style="width:22.2pt;height:13.8pt" o:oleicon="f" o:ole="">
            <v:imagedata r:id="rId997" o:title="eqId28bea9a984049069fe42ed513639cc27"/>
          </v:shape>
        </w:pict>
      </w:r>
      <w:r>
        <w:rPr>
          <w:color w:val="000000"/>
        </w:rPr>
        <w:t>位于第</w:t>
      </w:r>
      <w:r>
        <w:pict>
          <v:shape id="_x0000_i707576" type="#_x0000_t75" alt="学科网(www.zxxk.com)--教育资源门户，提供试卷、教案、课件、论文、素材以及各类教学资源下载，还有大量而丰富的教学相关资讯！" style="width:14.95pt;height:12.9pt" o:oleicon="f" o:ole="">
            <v:imagedata r:id="rId998" o:title="eqId4b1a11655c1e9668515ca8551cbd8b3b"/>
          </v:shape>
        </w:pict>
      </w:r>
      <w:r>
        <w:rPr>
          <w:color w:val="000000"/>
        </w:rPr>
        <w:t>行第</w:t>
      </w:r>
      <w:r>
        <w:pict>
          <v:shape id="_x0000_i707577" type="#_x0000_t75" alt="学科网(www.zxxk.com)--教育资源门户，提供试卷、教案、课件、论文、素材以及各类教学资源下载，还有大量而丰富的教学相关资讯！" style="width:6.95pt;height:13pt" o:oleicon="f" o:ole="">
            <v:imagedata r:id="rId999" o:title="eqIdbdaa19de263700a15fcf213d64a8cd57"/>
          </v:shape>
        </w:pict>
      </w:r>
      <w:r>
        <w:rPr>
          <w:color w:val="000000"/>
        </w:rPr>
        <w:t>列,所以不可能框出这样的五个数.</w:t>
      </w:r>
    </w:p>
    <w:p>
      <w:pPr>
        <w:spacing w:line="360" w:lineRule="auto"/>
        <w:jc w:val="left"/>
        <w:textAlignment w:val="center"/>
        <w:rPr>
          <w:color w:val="000000"/>
        </w:rPr>
      </w:pPr>
      <w:r>
        <w:rPr>
          <w:color w:val="000000"/>
        </w:rPr>
        <w:t>考点: 列方程解应用题.</w:t>
      </w:r>
    </w:p>
    <w:p>
      <w:pPr>
        <w:spacing w:line="360" w:lineRule="auto"/>
        <w:jc w:val="left"/>
        <w:textAlignment w:val="center"/>
        <w:rPr>
          <w:color w:val="000000"/>
        </w:rPr>
      </w:pPr>
      <w:r>
        <w:rPr>
          <w:color w:val="000000"/>
        </w:rPr>
        <w:t xml:space="preserve">35. </w:t>
      </w:r>
      <w:r>
        <w:rPr>
          <w:color w:val="000000"/>
        </w:rPr>
        <w:t>如图，已知大长方形ACFH的面积为572，被分割成六个小正方形，设最小的正方形边长a，第二小的正方形边长为b．</w:t>
      </w:r>
    </w:p>
    <w:p>
      <w:pPr>
        <w:spacing w:line="360" w:lineRule="auto"/>
        <w:jc w:val="left"/>
        <w:textAlignment w:val="center"/>
        <w:rPr>
          <w:color w:val="000000"/>
        </w:rPr>
      </w:pPr>
      <w:r>
        <w:rPr>
          <w:color w:val="000000"/>
        </w:rPr>
        <w:drawing>
          <wp:inline>
            <wp:extent cx="1228725" cy="1057275"/>
            <wp:docPr id="27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 name=""/>
                    <pic:cNvPicPr>
                      <a:picLocks noChangeAspect="1"/>
                    </pic:cNvPicPr>
                  </pic:nvPicPr>
                  <pic:blipFill>
                    <a:blip r:embed="rId1000"/>
                    <a:stretch>
                      <a:fillRect/>
                    </a:stretch>
                  </pic:blipFill>
                  <pic:spPr>
                    <a:xfrm>
                      <a:off x="0" y="0"/>
                      <a:ext cx="1228725" cy="1057275"/>
                    </a:xfrm>
                    <a:prstGeom prst="rect">
                      <a:avLst/>
                    </a:prstGeom>
                  </pic:spPr>
                </pic:pic>
              </a:graphicData>
            </a:graphic>
          </wp:inline>
        </w:drawing>
      </w:r>
    </w:p>
    <w:p>
      <w:pPr>
        <w:spacing w:line="360" w:lineRule="auto"/>
        <w:jc w:val="left"/>
        <w:textAlignment w:val="center"/>
        <w:rPr>
          <w:color w:val="000000"/>
        </w:rPr>
      </w:pPr>
      <w:r>
        <w:rPr>
          <w:color w:val="000000"/>
        </w:rPr>
        <w:t>（1）a与b的关系为</w:t>
      </w:r>
      <w:r>
        <w:rPr>
          <w:color w:val="000000"/>
          <w:u w:val="single"/>
        </w:rPr>
        <w:t xml:space="preserve">     </w:t>
      </w:r>
      <w:r>
        <w:rPr>
          <w:color w:val="000000"/>
        </w:rPr>
        <w:t>；</w:t>
      </w:r>
    </w:p>
    <w:p>
      <w:pPr>
        <w:spacing w:line="360" w:lineRule="auto"/>
        <w:jc w:val="left"/>
        <w:textAlignment w:val="center"/>
        <w:rPr>
          <w:color w:val="000000"/>
        </w:rPr>
      </w:pPr>
      <w:r>
        <w:rPr>
          <w:color w:val="000000"/>
        </w:rPr>
        <w:t>（2）求a．</w:t>
      </w:r>
    </w:p>
    <w:p>
      <w:pPr>
        <w:spacing w:line="360" w:lineRule="auto"/>
        <w:textAlignment w:val="center"/>
        <w:rPr>
          <w:color w:val="000000"/>
        </w:rPr>
      </w:pPr>
      <w:r>
        <w:rPr>
          <w:color w:val="2E75B6"/>
        </w:rPr>
        <w:t>【答案】</w:t>
      </w:r>
      <w:r>
        <w:rPr>
          <w:color w:val="000000"/>
        </w:rPr>
        <w:t>（1）b=4a；（2）2</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【详解】</w:t>
      </w:r>
      <w:r>
        <w:rPr>
          <w:color w:val="000000"/>
        </w:rPr>
        <w:t>解：（1）AC=BC+AB=b+a+（b+2a）=2b+3a，</w:t>
      </w:r>
      <w:r>
        <w:rPr>
          <w:color w:val="000000"/>
        </w:rPr>
        <w:br/>
      </w:r>
    </w:p>
    <w:p>
      <w:pPr>
        <w:spacing w:line="360" w:lineRule="auto"/>
        <w:jc w:val="left"/>
        <w:textAlignment w:val="center"/>
        <w:rPr>
          <w:color w:val="000000"/>
        </w:rPr>
      </w:pPr>
      <w:r>
        <w:rPr>
          <w:color w:val="000000"/>
        </w:rPr>
        <w:t>CF=EF+DE+CD=2b+（b+a）=3b+a，</w:t>
      </w:r>
    </w:p>
    <w:p>
      <w:pPr>
        <w:spacing w:line="360" w:lineRule="auto"/>
        <w:jc w:val="left"/>
        <w:textAlignment w:val="center"/>
        <w:rPr>
          <w:color w:val="000000"/>
        </w:rPr>
      </w:pPr>
      <w:r>
        <w:rPr>
          <w:color w:val="000000"/>
        </w:rPr>
        <w:t>最大正方形可表示为2b﹣a，也可表示为b+3a，</w:t>
      </w:r>
    </w:p>
    <w:p>
      <w:pPr>
        <w:spacing w:line="360" w:lineRule="auto"/>
        <w:jc w:val="left"/>
        <w:textAlignment w:val="center"/>
        <w:rPr>
          <w:color w:val="000000"/>
        </w:rPr>
      </w:pPr>
      <w:r>
        <w:rPr>
          <w:color w:val="000000"/>
        </w:rPr>
        <w:t>2b﹣a=b+3a，</w:t>
      </w:r>
    </w:p>
    <w:p>
      <w:pPr>
        <w:spacing w:line="360" w:lineRule="auto"/>
        <w:jc w:val="left"/>
        <w:textAlignment w:val="center"/>
        <w:rPr>
          <w:color w:val="000000"/>
        </w:rPr>
      </w:pPr>
      <w:r>
        <w:rPr>
          <w:color w:val="000000"/>
        </w:rPr>
        <w:t>解得b=4a．</w:t>
      </w:r>
    </w:p>
    <w:p>
      <w:pPr>
        <w:spacing w:line="360" w:lineRule="auto"/>
        <w:jc w:val="left"/>
        <w:textAlignment w:val="center"/>
        <w:rPr>
          <w:color w:val="000000"/>
        </w:rPr>
      </w:pPr>
      <w:r>
        <w:rPr>
          <w:color w:val="000000"/>
        </w:rPr>
        <w:t>故a与b的关系为b=4a．</w:t>
      </w:r>
    </w:p>
    <w:p>
      <w:pPr>
        <w:spacing w:line="360" w:lineRule="auto"/>
        <w:jc w:val="left"/>
        <w:textAlignment w:val="center"/>
        <w:rPr>
          <w:color w:val="000000"/>
        </w:rPr>
      </w:pPr>
      <w:r>
        <w:rPr>
          <w:color w:val="000000"/>
        </w:rPr>
        <w:t>故答案为b=4a．</w:t>
      </w:r>
    </w:p>
    <w:p>
      <w:pPr>
        <w:spacing w:line="360" w:lineRule="auto"/>
        <w:jc w:val="left"/>
        <w:textAlignment w:val="center"/>
        <w:rPr>
          <w:color w:val="000000"/>
        </w:rPr>
      </w:pPr>
      <w:r>
        <w:rPr>
          <w:color w:val="000000"/>
        </w:rPr>
        <w:t>（2）AC=11a，CF=13a，</w:t>
      </w:r>
    </w:p>
    <w:p>
      <w:pPr>
        <w:spacing w:line="360" w:lineRule="auto"/>
        <w:jc w:val="left"/>
        <w:textAlignment w:val="center"/>
        <w:rPr>
          <w:color w:val="000000"/>
        </w:rPr>
      </w:pPr>
      <w:r>
        <w:rPr>
          <w:color w:val="000000"/>
        </w:rPr>
        <w:t>矩形的面积为11a×13a=572，</w:t>
      </w:r>
    </w:p>
    <w:p>
      <w:pPr>
        <w:spacing w:line="360" w:lineRule="auto"/>
        <w:jc w:val="left"/>
        <w:textAlignment w:val="center"/>
        <w:rPr>
          <w:color w:val="000000"/>
        </w:rPr>
      </w:pPr>
      <w:r>
        <w:rPr>
          <w:color w:val="000000"/>
        </w:rPr>
        <w:t>a</w:t>
      </w:r>
      <w:r>
        <w:rPr>
          <w:color w:val="000000"/>
          <w:vertAlign w:val="superscript"/>
        </w:rPr>
        <w:t>2</w:t>
      </w:r>
      <w:r>
        <w:rPr>
          <w:color w:val="000000"/>
        </w:rPr>
        <w:t>=4，</w:t>
      </w:r>
    </w:p>
    <w:p>
      <w:pPr>
        <w:spacing w:line="360" w:lineRule="auto"/>
        <w:jc w:val="left"/>
        <w:textAlignment w:val="center"/>
        <w:rPr>
          <w:color w:val="000000"/>
        </w:rPr>
        <w:sectPr w:rsidSect="00C321EB">
          <w:headerReference w:type="even" r:id="rId362"/>
          <w:footerReference w:type="even" r:id="rId363"/>
          <w:headerReference w:type="first" r:id="rId364"/>
          <w:footerReference w:type="first" r:id="rId365"/>
          <w:pgSz w:w="11906" w:h="16838"/>
          <w:pgMar w:top="910" w:right="1080" w:bottom="1440" w:left="1080" w:header="152" w:footer="0" w:gutter="0"/>
          <w:cols w:space="720"/>
          <w:titlePg w:val="0"/>
          <w:docGrid w:type="lines" w:linePitch="312"/>
        </w:sectPr>
      </w:pPr>
      <w:r>
        <w:rPr>
          <w:color w:val="000000"/>
        </w:rPr>
        <w:t>解得a=±2（负值舍去）．</w:t>
      </w:r>
    </w:p>
    <w:p>
      <w:pPr>
        <w:pStyle w:val="Heading2"/>
      </w:pPr>
      <w:r>
        <w:t>第三十五中学</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某市区自</w:t>
      </w:r>
      <w:r>
        <w:rPr>
          <w:rFonts w:ascii="Times New Roman" w:eastAsia="Times New Roman" w:hAnsi="Times New Roman" w:cs="Times New Roman"/>
          <w:color w:val="000000"/>
        </w:rPr>
        <w:t>2014</w:t>
      </w:r>
      <w:r>
        <w:rPr>
          <w:rFonts w:ascii="宋体" w:eastAsia="宋体" w:hAnsi="宋体" w:cs="宋体"/>
          <w:color w:val="000000"/>
        </w:rPr>
        <w:t>年</w:t>
      </w:r>
      <w:r>
        <w:rPr>
          <w:rFonts w:ascii="Times New Roman" w:eastAsia="Times New Roman" w:hAnsi="Times New Roman" w:cs="Times New Roman"/>
          <w:color w:val="000000"/>
        </w:rPr>
        <w:t>1</w:t>
      </w:r>
      <w:r>
        <w:rPr>
          <w:rFonts w:ascii="宋体" w:eastAsia="宋体" w:hAnsi="宋体" w:cs="宋体"/>
          <w:color w:val="000000"/>
        </w:rPr>
        <w:t>月起，居民生活用水开始实行阶梯式计量水价，该阶梯式计量水价分为三级（如下表所示）：</w:t>
      </w:r>
    </w:p>
    <w:tbl>
      <w:tblPr>
        <w:tblStyle w:val="TableNormal"/>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530"/>
        <w:gridCol w:w="3380"/>
      </w:tblGrid>
      <w:tr>
        <w:tblPrEx>
          <w:tblW w:w="6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35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月用水量（吨）</w:t>
            </w:r>
          </w:p>
        </w:tc>
        <w:tc>
          <w:tcPr>
            <w:tcW w:w="34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水价（元</w:t>
            </w:r>
            <w:r>
              <w:rPr>
                <w:rFonts w:ascii="Times New Roman" w:eastAsia="Times New Roman" w:hAnsi="Times New Roman" w:cs="Times New Roman"/>
                <w:color w:val="000000"/>
              </w:rPr>
              <w:t>/</w:t>
            </w:r>
            <w:r>
              <w:rPr>
                <w:rFonts w:ascii="宋体" w:eastAsia="宋体" w:hAnsi="宋体" w:cs="宋体"/>
                <w:color w:val="000000"/>
              </w:rPr>
              <w:t>吨）</w:t>
            </w:r>
          </w:p>
        </w:tc>
      </w:tr>
      <w:tr>
        <w:tblPrEx>
          <w:tblW w:w="6930" w:type="dxa"/>
          <w:tblCellMar>
            <w:top w:w="120" w:type="dxa"/>
            <w:left w:w="120" w:type="dxa"/>
            <w:bottom w:w="120" w:type="dxa"/>
            <w:right w:w="120" w:type="dxa"/>
          </w:tblCellMar>
        </w:tblPrEx>
        <w:trPr>
          <w:cantSplit w:val="0"/>
          <w:trHeight w:val="330"/>
        </w:trPr>
        <w:tc>
          <w:tcPr>
            <w:tcW w:w="35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第一级</w:t>
            </w:r>
            <w:r>
              <w:rPr>
                <w:rFonts w:ascii="Times New Roman" w:eastAsia="Times New Roman" w:hAnsi="Times New Roman" w:cs="Times New Roman"/>
                <w:color w:val="000000"/>
              </w:rPr>
              <w:t xml:space="preserve"> 20</w:t>
            </w:r>
            <w:r>
              <w:rPr>
                <w:rFonts w:ascii="宋体" w:eastAsia="宋体" w:hAnsi="宋体" w:cs="宋体"/>
                <w:color w:val="000000"/>
              </w:rPr>
              <w:t>吨以下（含</w:t>
            </w:r>
            <w:r>
              <w:rPr>
                <w:rFonts w:ascii="Times New Roman" w:eastAsia="Times New Roman" w:hAnsi="Times New Roman" w:cs="Times New Roman"/>
                <w:color w:val="000000"/>
              </w:rPr>
              <w:t>20</w:t>
            </w:r>
            <w:r>
              <w:rPr>
                <w:rFonts w:ascii="宋体" w:eastAsia="宋体" w:hAnsi="宋体" w:cs="宋体"/>
                <w:color w:val="000000"/>
              </w:rPr>
              <w:t>吨）</w:t>
            </w:r>
          </w:p>
        </w:tc>
        <w:tc>
          <w:tcPr>
            <w:tcW w:w="34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tblPrEx>
          <w:tblW w:w="6930" w:type="dxa"/>
          <w:tblCellMar>
            <w:top w:w="120" w:type="dxa"/>
            <w:left w:w="120" w:type="dxa"/>
            <w:bottom w:w="120" w:type="dxa"/>
            <w:right w:w="120" w:type="dxa"/>
          </w:tblCellMar>
        </w:tblPrEx>
        <w:trPr>
          <w:cantSplit w:val="0"/>
          <w:trHeight w:val="330"/>
        </w:trPr>
        <w:tc>
          <w:tcPr>
            <w:tcW w:w="35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第二级</w:t>
            </w:r>
            <w:r>
              <w:rPr>
                <w:rFonts w:ascii="Times New Roman" w:eastAsia="Times New Roman" w:hAnsi="Times New Roman" w:cs="Times New Roman"/>
                <w:color w:val="000000"/>
              </w:rPr>
              <w:t xml:space="preserve"> 20</w:t>
            </w:r>
            <w:r>
              <w:rPr>
                <w:rFonts w:ascii="宋体" w:eastAsia="宋体" w:hAnsi="宋体" w:cs="宋体"/>
                <w:color w:val="000000"/>
              </w:rPr>
              <w:t>吨﹣</w:t>
            </w:r>
            <w:r>
              <w:rPr>
                <w:rFonts w:ascii="Times New Roman" w:eastAsia="Times New Roman" w:hAnsi="Times New Roman" w:cs="Times New Roman"/>
                <w:color w:val="000000"/>
              </w:rPr>
              <w:t>30</w:t>
            </w:r>
            <w:r>
              <w:rPr>
                <w:rFonts w:ascii="宋体" w:eastAsia="宋体" w:hAnsi="宋体" w:cs="宋体"/>
                <w:color w:val="000000"/>
              </w:rPr>
              <w:t>吨（含</w:t>
            </w:r>
            <w:r>
              <w:rPr>
                <w:rFonts w:ascii="Times New Roman" w:eastAsia="Times New Roman" w:hAnsi="Times New Roman" w:cs="Times New Roman"/>
                <w:color w:val="000000"/>
              </w:rPr>
              <w:t>30</w:t>
            </w:r>
            <w:r>
              <w:rPr>
                <w:rFonts w:ascii="宋体" w:eastAsia="宋体" w:hAnsi="宋体" w:cs="宋体"/>
                <w:color w:val="000000"/>
              </w:rPr>
              <w:t>吨）</w:t>
            </w:r>
          </w:p>
        </w:tc>
        <w:tc>
          <w:tcPr>
            <w:tcW w:w="34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r>
      <w:tr>
        <w:tblPrEx>
          <w:tblW w:w="6930" w:type="dxa"/>
          <w:tblCellMar>
            <w:top w:w="120" w:type="dxa"/>
            <w:left w:w="120" w:type="dxa"/>
            <w:bottom w:w="120" w:type="dxa"/>
            <w:right w:w="120" w:type="dxa"/>
          </w:tblCellMar>
        </w:tblPrEx>
        <w:trPr>
          <w:cantSplit w:val="0"/>
          <w:trHeight w:val="330"/>
        </w:trPr>
        <w:tc>
          <w:tcPr>
            <w:tcW w:w="351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第三级</w:t>
            </w:r>
            <w:r>
              <w:rPr>
                <w:rFonts w:ascii="Times New Roman" w:eastAsia="Times New Roman" w:hAnsi="Times New Roman" w:cs="Times New Roman"/>
                <w:color w:val="000000"/>
              </w:rPr>
              <w:t xml:space="preserve"> 30</w:t>
            </w:r>
            <w:r>
              <w:rPr>
                <w:rFonts w:ascii="宋体" w:eastAsia="宋体" w:hAnsi="宋体" w:cs="宋体"/>
                <w:color w:val="000000"/>
              </w:rPr>
              <w:t>吨以上</w:t>
            </w:r>
          </w:p>
        </w:tc>
        <w:tc>
          <w:tcPr>
            <w:tcW w:w="342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）如果甲用户的月用水量为</w:t>
      </w:r>
      <w:r>
        <w:rPr>
          <w:rFonts w:ascii="Times New Roman" w:eastAsia="Times New Roman" w:hAnsi="Times New Roman" w:cs="Times New Roman"/>
          <w:color w:val="000000"/>
        </w:rPr>
        <w:t>12</w:t>
      </w:r>
      <w:r>
        <w:rPr>
          <w:rFonts w:ascii="宋体" w:eastAsia="宋体" w:hAnsi="宋体" w:cs="宋体"/>
          <w:color w:val="000000"/>
        </w:rPr>
        <w:t>吨，则甲需缴的水费为</w:t>
      </w:r>
      <w:r>
        <w:rPr>
          <w:rFonts w:ascii="Times New Roman" w:eastAsia="Times New Roman" w:hAnsi="Times New Roman" w:cs="Times New Roman"/>
          <w:color w:val="000000"/>
          <w:u w:val="single"/>
        </w:rPr>
        <w:t xml:space="preserve">       </w: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）如果乙用户缴的水费为</w:t>
      </w:r>
      <w:r>
        <w:rPr>
          <w:rFonts w:ascii="Times New Roman" w:eastAsia="Times New Roman" w:hAnsi="Times New Roman" w:cs="Times New Roman"/>
          <w:color w:val="000000"/>
        </w:rPr>
        <w:t>39.2</w:t>
      </w:r>
      <w:r>
        <w:rPr>
          <w:rFonts w:ascii="宋体" w:eastAsia="宋体" w:hAnsi="宋体" w:cs="宋体"/>
          <w:color w:val="000000"/>
        </w:rPr>
        <w:t>元，则乙月用水量</w:t>
      </w:r>
      <w:r>
        <w:rPr>
          <w:rFonts w:ascii="Times New Roman" w:eastAsia="Times New Roman" w:hAnsi="Times New Roman" w:cs="Times New Roman"/>
          <w:color w:val="000000"/>
          <w:u w:val="single"/>
        </w:rPr>
        <w:t xml:space="preserve">         </w:t>
      </w:r>
      <w:r>
        <w:rPr>
          <w:rFonts w:ascii="宋体" w:eastAsia="宋体" w:hAnsi="宋体" w:cs="宋体"/>
          <w:color w:val="000000"/>
        </w:rPr>
        <w:t>吨；</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）如果丙用户的月用水量为</w:t>
      </w:r>
      <w:r>
        <w:pict>
          <v:shape id="_x0000_i707578" type="#_x0000_t75" alt="学科网(www.zxxk.com)--教育资源门户，提供试卷、教案、课件、论文、素材以及各类教学资源下载，还有大量而丰富的教学相关资讯！" style="width:9pt;height:9.75pt" o:oleicon="f" o:ole="">
            <v:imagedata r:id="rId1001" o:title="eqId0a6936d370d6a238a608ca56f87198de"/>
          </v:shape>
        </w:pict>
      </w:r>
      <w:r>
        <w:rPr>
          <w:rFonts w:ascii="宋体" w:eastAsia="宋体" w:hAnsi="宋体" w:cs="宋体"/>
          <w:color w:val="000000"/>
        </w:rPr>
        <w:t>吨，则丙用户该月应缴水费多少元？（用含</w:t>
      </w:r>
      <w:r>
        <w:rPr>
          <w:rFonts w:ascii="宋体" w:eastAsia="宋体" w:hAnsi="宋体" w:cs="宋体"/>
          <w:color w:val="000000"/>
        </w:rPr>
        <w:t>a的代数式表示，并化简）</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19.2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a≤20</w:t>
      </w:r>
      <w:r>
        <w:rPr>
          <w:rFonts w:ascii="宋体" w:eastAsia="宋体" w:hAnsi="宋体" w:cs="宋体"/>
          <w:color w:val="000000"/>
        </w:rPr>
        <w:t>时，丙应缴交水费</w:t>
      </w:r>
      <w:r>
        <w:rPr>
          <w:rFonts w:ascii="Times New Roman" w:eastAsia="Times New Roman" w:hAnsi="Times New Roman" w:cs="Times New Roman"/>
          <w:color w:val="000000"/>
        </w:rPr>
        <w:t>1.6a</w:t>
      </w:r>
      <w:r>
        <w:rPr>
          <w:rFonts w:ascii="宋体" w:eastAsia="宋体" w:hAnsi="宋体" w:cs="宋体"/>
          <w:color w:val="000000"/>
        </w:rPr>
        <w:t>元；当</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a≤30</w:t>
      </w:r>
      <w:r>
        <w:rPr>
          <w:rFonts w:ascii="宋体" w:eastAsia="宋体" w:hAnsi="宋体" w:cs="宋体"/>
          <w:color w:val="000000"/>
        </w:rPr>
        <w:t>时，丙应缴交水费（</w:t>
      </w:r>
      <w:r>
        <w:rPr>
          <w:rFonts w:ascii="Times New Roman" w:eastAsia="Times New Roman" w:hAnsi="Times New Roman" w:cs="Times New Roman"/>
          <w:color w:val="000000"/>
        </w:rPr>
        <w:t>2.4a−16</w:t>
      </w:r>
      <w:r>
        <w:rPr>
          <w:rFonts w:ascii="宋体" w:eastAsia="宋体" w:hAnsi="宋体" w:cs="宋体"/>
          <w:color w:val="000000"/>
        </w:rPr>
        <w:t>）元；当</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时，丙应缴交水费（</w:t>
      </w:r>
      <w:r>
        <w:rPr>
          <w:rFonts w:ascii="Times New Roman" w:eastAsia="Times New Roman" w:hAnsi="Times New Roman" w:cs="Times New Roman"/>
          <w:color w:val="000000"/>
        </w:rPr>
        <w:t>3.2a−40</w:t>
      </w:r>
      <w:r>
        <w:rPr>
          <w:rFonts w:ascii="宋体" w:eastAsia="宋体" w:hAnsi="宋体" w:cs="宋体"/>
          <w:color w:val="000000"/>
        </w:rPr>
        <w:t>）元．</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color w:val="000000"/>
        </w:rPr>
        <w:t>20</w:t>
      </w:r>
      <w:r>
        <w:rPr>
          <w:rFonts w:ascii="宋体" w:eastAsia="宋体" w:hAnsi="宋体" w:cs="宋体"/>
          <w:color w:val="000000"/>
        </w:rPr>
        <w:t>吨以下（含</w:t>
      </w:r>
      <w:r>
        <w:rPr>
          <w:rFonts w:ascii="Times New Roman" w:eastAsia="Times New Roman" w:hAnsi="Times New Roman" w:cs="Times New Roman"/>
          <w:color w:val="000000"/>
        </w:rPr>
        <w:t>20</w:t>
      </w:r>
      <w:r>
        <w:rPr>
          <w:rFonts w:ascii="宋体" w:eastAsia="宋体" w:hAnsi="宋体" w:cs="宋体"/>
          <w:color w:val="000000"/>
        </w:rPr>
        <w:t>吨）水价为</w:t>
      </w:r>
      <w:r>
        <w:rPr>
          <w:rFonts w:ascii="Times New Roman" w:eastAsia="Times New Roman" w:hAnsi="Times New Roman" w:cs="Times New Roman"/>
          <w:color w:val="000000"/>
        </w:rPr>
        <w:t>1.6</w:t>
      </w:r>
      <w:r>
        <w:rPr>
          <w:rFonts w:ascii="宋体" w:eastAsia="宋体" w:hAnsi="宋体" w:cs="宋体"/>
          <w:color w:val="000000"/>
        </w:rPr>
        <w:t>元</w:t>
      </w:r>
      <w:r>
        <w:rPr>
          <w:rFonts w:ascii="Times New Roman" w:eastAsia="Times New Roman" w:hAnsi="Times New Roman" w:cs="Times New Roman"/>
          <w:color w:val="000000"/>
        </w:rPr>
        <w:t>/</w:t>
      </w:r>
      <w:r>
        <w:rPr>
          <w:rFonts w:ascii="宋体" w:eastAsia="宋体" w:hAnsi="宋体" w:cs="宋体"/>
          <w:color w:val="000000"/>
        </w:rPr>
        <w:t>吨，得甲需缴交的水费为</w:t>
      </w:r>
      <w:r>
        <w:rPr>
          <w:rFonts w:ascii="Times New Roman" w:eastAsia="Times New Roman" w:hAnsi="Times New Roman" w:cs="Times New Roman"/>
          <w:color w:val="000000"/>
        </w:rPr>
        <w:t>12×1.6</w:t>
      </w:r>
      <w:r>
        <w:rPr>
          <w:rFonts w:ascii="宋体" w:eastAsia="宋体" w:hAnsi="宋体" w:cs="宋体"/>
          <w:color w:val="000000"/>
        </w:rPr>
        <w:t>，再进行计算即可；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）设乙月用水量为</w:t>
      </w:r>
      <w:r>
        <w:rPr>
          <w:rFonts w:ascii="Times New Roman" w:eastAsia="Times New Roman" w:hAnsi="Times New Roman" w:cs="Times New Roman"/>
          <w:color w:val="000000"/>
        </w:rPr>
        <w:t>x</w:t>
      </w:r>
      <w:r>
        <w:rPr>
          <w:rFonts w:ascii="宋体" w:eastAsia="宋体" w:hAnsi="宋体" w:cs="宋体"/>
          <w:color w:val="000000"/>
        </w:rPr>
        <w:t>吨，根据</w:t>
      </w:r>
      <w:r>
        <w:rPr>
          <w:rFonts w:ascii="Times New Roman" w:eastAsia="Times New Roman" w:hAnsi="Times New Roman" w:cs="Times New Roman"/>
          <w:color w:val="000000"/>
        </w:rPr>
        <w:t>20</w:t>
      </w:r>
      <w:r>
        <w:rPr>
          <w:rFonts w:ascii="宋体" w:eastAsia="宋体" w:hAnsi="宋体" w:cs="宋体"/>
          <w:color w:val="000000"/>
        </w:rPr>
        <w:t>吨以下（含</w:t>
      </w:r>
      <w:r>
        <w:rPr>
          <w:rFonts w:ascii="Times New Roman" w:eastAsia="Times New Roman" w:hAnsi="Times New Roman" w:cs="Times New Roman"/>
          <w:color w:val="000000"/>
        </w:rPr>
        <w:t>20</w:t>
      </w:r>
      <w:r>
        <w:rPr>
          <w:rFonts w:ascii="宋体" w:eastAsia="宋体" w:hAnsi="宋体" w:cs="宋体"/>
          <w:color w:val="000000"/>
        </w:rPr>
        <w:t>吨）的水价和</w:t>
      </w:r>
      <w:r>
        <w:rPr>
          <w:rFonts w:ascii="Times New Roman" w:eastAsia="Times New Roman" w:hAnsi="Times New Roman" w:cs="Times New Roman"/>
          <w:color w:val="000000"/>
        </w:rPr>
        <w:t>20</w:t>
      </w:r>
      <w:r>
        <w:rPr>
          <w:rFonts w:ascii="宋体" w:eastAsia="宋体" w:hAnsi="宋体" w:cs="宋体"/>
          <w:color w:val="000000"/>
        </w:rPr>
        <w:t>吨</w:t>
      </w:r>
      <w:r>
        <w:rPr>
          <w:rFonts w:ascii="Times New Roman" w:eastAsia="Times New Roman" w:hAnsi="Times New Roman" w:cs="Times New Roman"/>
          <w:color w:val="000000"/>
        </w:rPr>
        <w:t>−30</w:t>
      </w:r>
      <w:r>
        <w:rPr>
          <w:rFonts w:ascii="宋体" w:eastAsia="宋体" w:hAnsi="宋体" w:cs="宋体"/>
          <w:color w:val="000000"/>
        </w:rPr>
        <w:t>吨（含</w:t>
      </w:r>
      <w:r>
        <w:rPr>
          <w:rFonts w:ascii="Times New Roman" w:eastAsia="Times New Roman" w:hAnsi="Times New Roman" w:cs="Times New Roman"/>
          <w:color w:val="000000"/>
        </w:rPr>
        <w:t>30</w:t>
      </w:r>
      <w:r>
        <w:rPr>
          <w:rFonts w:ascii="宋体" w:eastAsia="宋体" w:hAnsi="宋体" w:cs="宋体"/>
          <w:color w:val="000000"/>
        </w:rPr>
        <w:t>吨）的水价列出方程，求出</w:t>
      </w:r>
      <w:r>
        <w:rPr>
          <w:rFonts w:ascii="Times New Roman" w:eastAsia="Times New Roman" w:hAnsi="Times New Roman" w:cs="Times New Roman"/>
          <w:color w:val="000000"/>
        </w:rPr>
        <w:t>x</w:t>
      </w:r>
      <w:r>
        <w:rPr>
          <w:rFonts w:ascii="宋体" w:eastAsia="宋体" w:hAnsi="宋体" w:cs="宋体"/>
          <w:color w:val="000000"/>
        </w:rPr>
        <w:t>的值即可；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）分三种情况当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a≤20</w:t>
      </w:r>
      <w:r>
        <w:rPr>
          <w:rFonts w:ascii="宋体" w:eastAsia="宋体" w:hAnsi="宋体" w:cs="宋体"/>
          <w:color w:val="000000"/>
        </w:rPr>
        <w:t>时、当</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a≤30</w:t>
      </w:r>
      <w:r>
        <w:rPr>
          <w:rFonts w:ascii="宋体" w:eastAsia="宋体" w:hAnsi="宋体" w:cs="宋体"/>
          <w:color w:val="000000"/>
        </w:rPr>
        <w:t>时、当</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时，分别进行讨论，即可得出答案．</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）甲需缴交的水费为</w:t>
      </w:r>
      <w:r>
        <w:rPr>
          <w:rFonts w:ascii="Times New Roman" w:eastAsia="Times New Roman" w:hAnsi="Times New Roman" w:cs="Times New Roman"/>
          <w:color w:val="000000"/>
        </w:rPr>
        <w:t>12×1.6</w:t>
      </w:r>
      <w:r>
        <w:rPr>
          <w:rFonts w:ascii="宋体" w:eastAsia="宋体" w:hAnsi="宋体" w:cs="宋体"/>
          <w:color w:val="000000"/>
        </w:rPr>
        <w:t>＝</w:t>
      </w:r>
      <w:r>
        <w:rPr>
          <w:rFonts w:ascii="Times New Roman" w:eastAsia="Times New Roman" w:hAnsi="Times New Roman" w:cs="Times New Roman"/>
          <w:color w:val="000000"/>
        </w:rPr>
        <w:t>19.2</w: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19.2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20×1.6=32</w:t>
      </w:r>
      <w:r>
        <w:rPr>
          <w:rFonts w:ascii="宋体" w:eastAsia="宋体" w:hAnsi="宋体" w:cs="宋体"/>
          <w:color w:val="000000"/>
        </w:rPr>
        <w:t>，</w:t>
      </w:r>
      <w:r>
        <w:rPr>
          <w:rFonts w:ascii="Times New Roman" w:eastAsia="Times New Roman" w:hAnsi="Times New Roman" w:cs="Times New Roman"/>
          <w:color w:val="000000"/>
        </w:rPr>
        <w:t>39.2&gt;32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∴乙月用水量超过</w:t>
      </w:r>
      <w:r>
        <w:rPr>
          <w:rFonts w:ascii="Times New Roman" w:eastAsia="Times New Roman" w:hAnsi="Times New Roman" w:cs="Times New Roman"/>
          <w:color w:val="000000"/>
        </w:rPr>
        <w:t>20</w:t>
      </w:r>
      <w:r>
        <w:rPr>
          <w:rFonts w:ascii="宋体" w:eastAsia="宋体" w:hAnsi="宋体" w:cs="宋体"/>
          <w:color w:val="000000"/>
        </w:rPr>
        <w:t>吨，</w:t>
      </w:r>
    </w:p>
    <w:p>
      <w:pPr>
        <w:spacing w:line="360" w:lineRule="auto"/>
        <w:jc w:val="left"/>
        <w:textAlignment w:val="center"/>
        <w:rPr>
          <w:rFonts w:ascii="宋体" w:eastAsia="宋体" w:hAnsi="宋体" w:cs="宋体"/>
          <w:color w:val="000000"/>
        </w:rPr>
      </w:pPr>
      <w:r>
        <w:rPr>
          <w:rFonts w:ascii="宋体" w:eastAsia="宋体" w:hAnsi="宋体" w:cs="宋体"/>
          <w:color w:val="000000"/>
        </w:rPr>
        <w:t>设乙月用水量为</w:t>
      </w:r>
      <w:r>
        <w:rPr>
          <w:rFonts w:ascii="Times New Roman" w:eastAsia="Times New Roman" w:hAnsi="Times New Roman" w:cs="Times New Roman"/>
          <w:color w:val="000000"/>
        </w:rPr>
        <w:t>x</w:t>
      </w:r>
      <w:r>
        <w:rPr>
          <w:rFonts w:ascii="宋体" w:eastAsia="宋体" w:hAnsi="宋体" w:cs="宋体"/>
          <w:color w:val="000000"/>
        </w:rPr>
        <w:t>吨，</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根据题意得：</w:t>
      </w:r>
      <w:r>
        <w:rPr>
          <w:rFonts w:ascii="Times New Roman" w:eastAsia="Times New Roman" w:hAnsi="Times New Roman" w:cs="Times New Roman"/>
          <w:color w:val="000000"/>
        </w:rPr>
        <w:t>1.6×20</w:t>
      </w:r>
      <w:r>
        <w:rPr>
          <w:rFonts w:ascii="宋体" w:eastAsia="宋体" w:hAnsi="宋体" w:cs="宋体"/>
          <w:color w:val="000000"/>
        </w:rPr>
        <w:t>＋（</w:t>
      </w:r>
      <w:r>
        <w:rPr>
          <w:rFonts w:ascii="Times New Roman" w:eastAsia="Times New Roman" w:hAnsi="Times New Roman" w:cs="Times New Roman"/>
          <w:color w:val="000000"/>
        </w:rPr>
        <w:t>x−20</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39.2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答：乙月用水量</w:t>
      </w:r>
      <w:r>
        <w:rPr>
          <w:rFonts w:ascii="Times New Roman" w:eastAsia="Times New Roman" w:hAnsi="Times New Roman" w:cs="Times New Roman"/>
          <w:color w:val="000000"/>
        </w:rPr>
        <w:t>23</w:t>
      </w:r>
      <w:r>
        <w:rPr>
          <w:rFonts w:ascii="宋体" w:eastAsia="宋体" w:hAnsi="宋体" w:cs="宋体"/>
          <w:color w:val="000000"/>
        </w:rPr>
        <w:t>吨；</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23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a≤20</w:t>
      </w:r>
      <w:r>
        <w:rPr>
          <w:rFonts w:ascii="宋体" w:eastAsia="宋体" w:hAnsi="宋体" w:cs="宋体"/>
          <w:color w:val="000000"/>
        </w:rPr>
        <w:t>时，丙应缴交水费</w:t>
      </w:r>
      <w:r>
        <w:rPr>
          <w:rFonts w:ascii="Times New Roman" w:eastAsia="Times New Roman" w:hAnsi="Times New Roman" w:cs="Times New Roman"/>
          <w:color w:val="000000"/>
        </w:rPr>
        <w:t>1.6a</w: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a≤30</w:t>
      </w:r>
      <w:r>
        <w:rPr>
          <w:rFonts w:ascii="宋体" w:eastAsia="宋体" w:hAnsi="宋体" w:cs="宋体"/>
          <w:color w:val="000000"/>
        </w:rPr>
        <w:t>时，丙应缴交水费＝</w:t>
      </w:r>
      <w:r>
        <w:rPr>
          <w:rFonts w:ascii="Times New Roman" w:eastAsia="Times New Roman" w:hAnsi="Times New Roman" w:cs="Times New Roman"/>
          <w:color w:val="000000"/>
        </w:rPr>
        <w:t>1.6×20</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a−20</w:t>
      </w:r>
      <w:r>
        <w:rPr>
          <w:rFonts w:ascii="宋体" w:eastAsia="宋体" w:hAnsi="宋体" w:cs="宋体"/>
          <w:color w:val="000000"/>
        </w:rPr>
        <w:t>）＝</w:t>
      </w:r>
      <w:r>
        <w:rPr>
          <w:rFonts w:ascii="Times New Roman" w:eastAsia="Times New Roman" w:hAnsi="Times New Roman" w:cs="Times New Roman"/>
          <w:color w:val="000000"/>
        </w:rPr>
        <w:t>2.4a−16</w: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时，丙应缴交水费＝</w:t>
      </w:r>
      <w:r>
        <w:rPr>
          <w:rFonts w:ascii="Times New Roman" w:eastAsia="Times New Roman" w:hAnsi="Times New Roman" w:cs="Times New Roman"/>
          <w:color w:val="000000"/>
        </w:rPr>
        <w:t>1.6×20</w:t>
      </w:r>
      <w:r>
        <w:rPr>
          <w:rFonts w:ascii="宋体" w:eastAsia="宋体" w:hAnsi="宋体" w:cs="宋体"/>
          <w:color w:val="000000"/>
        </w:rPr>
        <w:t>＋</w:t>
      </w:r>
      <w:r>
        <w:rPr>
          <w:rFonts w:ascii="Times New Roman" w:eastAsia="Times New Roman" w:hAnsi="Times New Roman" w:cs="Times New Roman"/>
          <w:color w:val="000000"/>
        </w:rPr>
        <w:t>2.4×10</w:t>
      </w:r>
      <w:r>
        <w:rPr>
          <w:rFonts w:ascii="宋体" w:eastAsia="宋体" w:hAnsi="宋体" w:cs="宋体"/>
          <w:color w:val="000000"/>
        </w:rPr>
        <w:t>＋</w:t>
      </w:r>
      <w:r>
        <w:rPr>
          <w:rFonts w:ascii="Times New Roman" w:eastAsia="Times New Roman" w:hAnsi="Times New Roman" w:cs="Times New Roman"/>
          <w:color w:val="000000"/>
        </w:rPr>
        <w:t>3.2</w:t>
      </w:r>
      <w:r>
        <w:rPr>
          <w:rFonts w:ascii="宋体" w:eastAsia="宋体" w:hAnsi="宋体" w:cs="宋体"/>
          <w:color w:val="000000"/>
        </w:rPr>
        <w:t>（</w:t>
      </w:r>
      <w:r>
        <w:rPr>
          <w:rFonts w:ascii="Times New Roman" w:eastAsia="Times New Roman" w:hAnsi="Times New Roman" w:cs="Times New Roman"/>
          <w:color w:val="000000"/>
        </w:rPr>
        <w:t>a−30</w:t>
      </w:r>
      <w:r>
        <w:rPr>
          <w:rFonts w:ascii="宋体" w:eastAsia="宋体" w:hAnsi="宋体" w:cs="宋体"/>
          <w:color w:val="000000"/>
        </w:rPr>
        <w:t>）＝</w:t>
      </w:r>
      <w:r>
        <w:rPr>
          <w:rFonts w:ascii="Times New Roman" w:eastAsia="Times New Roman" w:hAnsi="Times New Roman" w:cs="Times New Roman"/>
          <w:color w:val="000000"/>
        </w:rPr>
        <w:t>3.2a−40</w: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此题考查了一元一次方程的实际应用，解决问题的关键是读懂题意，找到所求的量的等量关系，列出代数式，注意</w:t>
      </w:r>
      <w:r>
        <w:rPr>
          <w:rFonts w:ascii="Times New Roman" w:eastAsia="Times New Roman" w:hAnsi="Times New Roman" w:cs="Times New Roman"/>
          <w:color w:val="000000"/>
        </w:rPr>
        <w:t>a</w:t>
      </w:r>
      <w:r>
        <w:rPr>
          <w:rFonts w:ascii="宋体" w:eastAsia="宋体" w:hAnsi="宋体" w:cs="宋体"/>
          <w:color w:val="000000"/>
        </w:rPr>
        <w:t>的取值范围．</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任意一个正整数</w:t>
      </w:r>
      <w:r>
        <w:rPr>
          <w:rFonts w:ascii="Times New Roman" w:eastAsia="Times New Roman" w:hAnsi="Times New Roman" w:cs="Times New Roman"/>
          <w:i/>
          <w:color w:val="000000"/>
        </w:rPr>
        <w:t>n</w:t>
      </w:r>
      <w:r>
        <w:rPr>
          <w:rFonts w:ascii="宋体" w:eastAsia="宋体" w:hAnsi="宋体" w:cs="宋体"/>
          <w:color w:val="000000"/>
        </w:rPr>
        <w:t>都可以分解为两个正整数的乘积：</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是正整数，且</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q</w:t>
      </w:r>
      <w:r>
        <w:rPr>
          <w:rFonts w:ascii="宋体" w:eastAsia="宋体" w:hAnsi="宋体" w:cs="宋体"/>
          <w:color w:val="000000"/>
        </w:rPr>
        <w:t>），在</w:t>
      </w:r>
      <w:r>
        <w:rPr>
          <w:rFonts w:ascii="Times New Roman" w:eastAsia="Times New Roman" w:hAnsi="Times New Roman" w:cs="Times New Roman"/>
          <w:i/>
          <w:color w:val="000000"/>
        </w:rPr>
        <w:t>n</w:t>
      </w:r>
      <w:r>
        <w:rPr>
          <w:rFonts w:ascii="宋体" w:eastAsia="宋体" w:hAnsi="宋体" w:cs="宋体"/>
          <w:color w:val="000000"/>
        </w:rPr>
        <w:t>的所有这种分解中，当</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的绝对值最小时，称</w:t>
      </w:r>
      <w:r>
        <w:rPr>
          <w:rFonts w:ascii="Times New Roman" w:eastAsia="Times New Roman" w:hAnsi="Times New Roman" w:cs="Times New Roman"/>
          <w:i/>
          <w:color w:val="000000"/>
        </w:rPr>
        <w:t>p</w:t>
      </w:r>
      <w:r>
        <w:rPr>
          <w:rFonts w:ascii="Times New Roman" w:eastAsia="Times New Roman" w:hAnsi="Times New Roman" w:cs="Times New Roman"/>
          <w:color w:val="000000"/>
        </w:rPr>
        <w:t>×</w:t>
      </w:r>
      <w:r>
        <w:rPr>
          <w:rFonts w:ascii="Times New Roman" w:eastAsia="Times New Roman" w:hAnsi="Times New Roman" w:cs="Times New Roman"/>
          <w:i/>
          <w:color w:val="000000"/>
        </w:rPr>
        <w:t>q</w:t>
      </w:r>
      <w:r>
        <w:rPr>
          <w:rFonts w:ascii="宋体" w:eastAsia="宋体" w:hAnsi="宋体" w:cs="宋体"/>
          <w:color w:val="000000"/>
        </w:rPr>
        <w:t>是</w:t>
      </w:r>
      <w:r>
        <w:rPr>
          <w:rFonts w:ascii="Times New Roman" w:eastAsia="Times New Roman" w:hAnsi="Times New Roman" w:cs="Times New Roman"/>
          <w:i/>
          <w:color w:val="000000"/>
        </w:rPr>
        <w:t>n</w:t>
      </w:r>
      <w:r>
        <w:rPr>
          <w:rFonts w:ascii="宋体" w:eastAsia="宋体" w:hAnsi="宋体" w:cs="宋体"/>
          <w:color w:val="000000"/>
        </w:rPr>
        <w:t>的最佳分解，并规定</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pict>
          <v:shape id="_x0000_i707579" type="#_x0000_t75" alt="学科网(www.zxxk.com)--教育资源门户，提供试卷、教案、课件、论文、素材以及各类教学资源下载，还有大量而丰富的教学相关资讯！" style="width:13.5pt;height:33pt" o:oleicon="f" o:ole="">
            <v:imagedata r:id="rId1002" o:title="eqIda507c062709cfe2f218896247461c7d3"/>
          </v:shape>
        </w:pict>
      </w:r>
      <w:r>
        <w:rPr>
          <w:rFonts w:ascii="宋体" w:eastAsia="宋体" w:hAnsi="宋体" w:cs="宋体"/>
          <w:color w:val="000000"/>
        </w:rPr>
        <w:t>．例如：</w:t>
      </w:r>
      <w:r>
        <w:rPr>
          <w:rFonts w:ascii="Times New Roman" w:eastAsia="Times New Roman" w:hAnsi="Times New Roman" w:cs="Times New Roman"/>
          <w:color w:val="000000"/>
        </w:rPr>
        <w:t>3</w:t>
      </w:r>
      <w:r>
        <w:rPr>
          <w:rFonts w:ascii="宋体" w:eastAsia="宋体" w:hAnsi="宋体" w:cs="宋体"/>
          <w:color w:val="000000"/>
        </w:rPr>
        <w:t>的最佳分解是</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580" type="#_x0000_t75" alt="学科网(www.zxxk.com)--教育资源门户，提供试卷、教案、课件、论文、素材以及各类教学资源下载，还有大量而丰富的教学相关资讯！" style="width:11.25pt;height:30.75pt" o:oleicon="f" o:ole="">
            <v:imagedata r:id="rId1003" o:title="eqId4dac452fbb5ef6dd653e7fbbef639484"/>
          </v:shape>
        </w:pic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的最佳分解是</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pict>
          <v:shape id="_x0000_i707581" type="#_x0000_t75" alt="学科网(www.zxxk.com)--教育资源门户，提供试卷、教案、课件、论文、素材以及各类教学资源下载，还有大量而丰富的教学相关资讯！" style="width:12pt;height:30.75pt" o:oleicon="f" o:ole="">
            <v:imagedata r:id="rId1004" o:title="eqId7294f5ae2a24ff42e84cd9773b2a72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）求：</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_________</w:t>
      </w:r>
      <w:r>
        <w:rPr>
          <w:rFonts w:ascii="宋体" w:eastAsia="宋体" w:hAnsi="宋体" w:cs="宋体"/>
          <w:color w:val="000000"/>
        </w:rPr>
        <w:t>；</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）如果一个两位正整数</w:t>
      </w:r>
      <w:r>
        <w:rPr>
          <w:rFonts w:ascii="Times New Roman" w:eastAsia="Times New Roman" w:hAnsi="Times New Roman" w:cs="Times New Roman"/>
          <w:i/>
          <w:color w:val="000000"/>
        </w:rPr>
        <w:t>t</w:t>
      </w:r>
      <w:r>
        <w:rPr>
          <w:rFonts w:ascii="宋体" w:eastAsia="宋体" w:hAnsi="宋体" w:cs="宋体"/>
          <w:color w:val="000000"/>
        </w:rPr>
        <w:t>，交换其个位与十位上的数字得到的新的两位数记为</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，且</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18</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①</w:t>
      </w:r>
      <w:r>
        <w:rPr>
          <w:rFonts w:ascii="宋体" w:eastAsia="宋体" w:hAnsi="宋体" w:cs="宋体"/>
          <w:color w:val="000000"/>
        </w:rPr>
        <w:t>求出正整数</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②</w:t>
      </w:r>
      <w:r>
        <w:rPr>
          <w:rFonts w:ascii="宋体" w:eastAsia="宋体" w:hAnsi="宋体" w:cs="宋体"/>
          <w:color w:val="000000"/>
        </w:rPr>
        <w:t>我们称数</w:t>
      </w:r>
      <w:r>
        <w:rPr>
          <w:rFonts w:ascii="Times New Roman" w:eastAsia="Times New Roman" w:hAnsi="Times New Roman" w:cs="Times New Roman"/>
          <w:i/>
          <w:color w:val="000000"/>
        </w:rPr>
        <w:t>t</w:t>
      </w:r>
      <w:r>
        <w:rPr>
          <w:rFonts w:ascii="宋体" w:eastAsia="宋体" w:hAnsi="宋体" w:cs="宋体"/>
          <w:color w:val="000000"/>
        </w:rPr>
        <w:t>与</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互为一对</w:t>
      </w:r>
      <w:r>
        <w:rPr>
          <w:rFonts w:ascii="Times New Roman" w:eastAsia="Times New Roman" w:hAnsi="Times New Roman" w:cs="Times New Roman"/>
          <w:color w:val="000000"/>
        </w:rPr>
        <w:t>“</w:t>
      </w:r>
      <w:r>
        <w:rPr>
          <w:rFonts w:ascii="宋体" w:eastAsia="宋体" w:hAnsi="宋体" w:cs="宋体"/>
          <w:color w:val="000000"/>
        </w:rPr>
        <w:t>吉祥数</w:t>
      </w:r>
      <w:r>
        <w:rPr>
          <w:rFonts w:ascii="Times New Roman" w:eastAsia="Times New Roman" w:hAnsi="Times New Roman" w:cs="Times New Roman"/>
          <w:color w:val="000000"/>
        </w:rPr>
        <w:t>”</w:t>
      </w:r>
      <w:r>
        <w:rPr>
          <w:rFonts w:ascii="宋体" w:eastAsia="宋体" w:hAnsi="宋体" w:cs="宋体"/>
          <w:color w:val="000000"/>
        </w:rPr>
        <w:t>，写出所有</w:t>
      </w:r>
      <w:r>
        <w:rPr>
          <w:rFonts w:ascii="Times New Roman" w:eastAsia="Times New Roman" w:hAnsi="Times New Roman" w:cs="Times New Roman"/>
          <w:color w:val="000000"/>
        </w:rPr>
        <w:t>“</w:t>
      </w:r>
      <w:r>
        <w:rPr>
          <w:rFonts w:ascii="宋体" w:eastAsia="宋体" w:hAnsi="宋体" w:cs="宋体"/>
          <w:color w:val="000000"/>
        </w:rPr>
        <w:t>吉祥数</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中</w:t>
      </w:r>
      <w:r>
        <w:rPr>
          <w:rFonts w:ascii="Times New Roman" w:eastAsia="Times New Roman" w:hAnsi="Times New Roman" w:cs="Times New Roman"/>
          <w:i/>
          <w:color w:val="000000"/>
        </w:rPr>
        <w:t>F</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）的最大值．</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7582" type="#_x0000_t75" alt="学科网(www.zxxk.com)--教育资源门户，提供试卷、教案、课件、论文、素材以及各类教学资源下载，还有大量而丰富的教学相关资讯！" style="width:10.5pt;height:21pt" o:oleicon="f" o:ole="">
            <v:imagedata r:id="rId1005" o:title="eqIdf89eef3148f2d4d09379767b4af69132"/>
          </v:shape>
        </w:pict>
      </w:r>
      <w:r>
        <w:rPr>
          <w:rFonts w:ascii="宋体" w:eastAsia="宋体" w:hAnsi="宋体" w:cs="宋体"/>
          <w:color w:val="000000"/>
        </w:rPr>
        <w:t>，</w:t>
      </w:r>
      <w:r>
        <w:pict>
          <v:shape id="_x0000_i707583" type="#_x0000_t75" alt="学科网(www.zxxk.com)--教育资源门户，提供试卷、教案、课件、论文、素材以及各类教学资源下载，还有大量而丰富的教学相关资讯！" style="width:11.75pt;height:30.45pt" o:oleicon="f" o:ole="">
            <v:imagedata r:id="rId1006" o:title="eqId8b2a698891d42c70b597f0da4f215f09"/>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①13</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35</w:t>
      </w:r>
      <w:r>
        <w:rPr>
          <w:rFonts w:ascii="宋体" w:eastAsia="宋体" w:hAnsi="宋体" w:cs="宋体"/>
          <w:color w:val="000000"/>
        </w:rPr>
        <w:t>，</w:t>
      </w:r>
      <w:r>
        <w:rPr>
          <w:rFonts w:ascii="Times New Roman" w:eastAsia="Times New Roman" w:hAnsi="Times New Roman" w:cs="Times New Roman"/>
          <w:color w:val="000000"/>
        </w:rPr>
        <w:t>46</w:t>
      </w:r>
      <w:r>
        <w:rPr>
          <w:rFonts w:ascii="宋体" w:eastAsia="宋体" w:hAnsi="宋体" w:cs="宋体"/>
          <w:color w:val="000000"/>
        </w:rPr>
        <w:t>，</w:t>
      </w:r>
      <w:r>
        <w:rPr>
          <w:rFonts w:ascii="Times New Roman" w:eastAsia="Times New Roman" w:hAnsi="Times New Roman" w:cs="Times New Roman"/>
          <w:color w:val="000000"/>
        </w:rPr>
        <w:t>57</w:t>
      </w:r>
      <w:r>
        <w:rPr>
          <w:rFonts w:ascii="宋体" w:eastAsia="宋体" w:hAnsi="宋体" w:cs="宋体"/>
          <w:color w:val="000000"/>
        </w:rPr>
        <w:t>，</w:t>
      </w:r>
      <w:r>
        <w:rPr>
          <w:rFonts w:ascii="Times New Roman" w:eastAsia="Times New Roman" w:hAnsi="Times New Roman" w:cs="Times New Roman"/>
          <w:color w:val="000000"/>
        </w:rPr>
        <w:t>68</w:t>
      </w:r>
      <w:r>
        <w:rPr>
          <w:rFonts w:ascii="宋体" w:eastAsia="宋体" w:hAnsi="宋体" w:cs="宋体"/>
          <w:color w:val="000000"/>
        </w:rPr>
        <w:t>，</w:t>
      </w:r>
      <w:r>
        <w:rPr>
          <w:rFonts w:ascii="Times New Roman" w:eastAsia="Times New Roman" w:hAnsi="Times New Roman" w:cs="Times New Roman"/>
          <w:color w:val="000000"/>
        </w:rPr>
        <w:t>79</w:t>
      </w:r>
      <w:r>
        <w:rPr>
          <w:rFonts w:ascii="宋体" w:eastAsia="宋体" w:hAnsi="宋体" w:cs="宋体"/>
          <w:color w:val="000000"/>
        </w:rPr>
        <w:t>；</w:t>
      </w:r>
      <w:r>
        <w:rPr>
          <w:rFonts w:ascii="Times New Roman" w:eastAsia="Times New Roman" w:hAnsi="Times New Roman" w:cs="Times New Roman"/>
          <w:color w:val="000000"/>
        </w:rPr>
        <w:t>②</w:t>
      </w:r>
      <w:r>
        <w:pict>
          <v:shape id="_x0000_i707584" type="#_x0000_t75" alt="学科网(www.zxxk.com)--教育资源门户，提供试卷、教案、课件、论文、素材以及各类教学资源下载，还有大量而丰富的教学相关资讯！" style="width:12.1pt;height:30.55pt" o:oleicon="f" o:ole="">
            <v:imagedata r:id="rId1007" o:title="eqId7ab44a7dc9c035687a33f6e065392359"/>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）根据题意，由最佳分解定义求解即可；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根据“吉祥数”定义知</w:t>
      </w:r>
      <w:r>
        <w:pict>
          <v:shape id="_x0000_i707585" type="#_x0000_t75" alt="学科网(www.zxxk.com)--教育资源门户，提供试卷、教案、课件、论文、素材以及各类教学资源下载，还有大量而丰富的教学相关资讯！" style="width:122.95pt;height:16.3pt" o:oleicon="f" o:ole="">
            <v:imagedata r:id="rId1008" o:title="eqId696efa56ccdcd260ddb272df0f5b7736"/>
          </v:shape>
        </w:pict>
      </w:r>
      <w:r>
        <w:rPr>
          <w:rFonts w:ascii="宋体" w:eastAsia="宋体" w:hAnsi="宋体" w:cs="宋体"/>
          <w:color w:val="000000"/>
        </w:rPr>
        <w:t>，即</w:t>
      </w:r>
      <w:r>
        <w:pict>
          <v:shape id="_x0000_i707586" type="#_x0000_t75" alt="学科网(www.zxxk.com)--教育资源门户，提供试卷、教案、课件、论文、素材以及各类教学资源下载，还有大量而丰富的教学相关资讯！" style="width:45.75pt;height:15.75pt" o:oleicon="f" o:ole="">
            <v:imagedata r:id="rId1009" o:title="eqIdc31c4f39399ec245a67db2933ed639f2"/>
          </v:shape>
        </w:pict>
      </w:r>
      <w:r>
        <w:rPr>
          <w:rFonts w:ascii="宋体" w:eastAsia="宋体" w:hAnsi="宋体" w:cs="宋体"/>
          <w:color w:val="000000"/>
        </w:rPr>
        <w:t>，结合</w:t>
      </w:r>
      <w:r>
        <w:pict>
          <v:shape id="_x0000_i707587" type="#_x0000_t75" alt="学科网(www.zxxk.com)--教育资源门户，提供试卷、教案、课件、论文、素材以及各类教学资源下载，还有大量而丰富的教学相关资讯！" style="width:9pt;height:9.75pt" o:oleicon="f" o:ole="">
            <v:imagedata r:id="rId1010" o:title="eqId81dea63b8ce3e51adf66cf7b9982a248"/>
          </v:shape>
        </w:pict>
      </w:r>
      <w:r>
        <w:rPr>
          <w:rFonts w:ascii="宋体" w:eastAsia="宋体" w:hAnsi="宋体" w:cs="宋体"/>
          <w:color w:val="000000"/>
        </w:rPr>
        <w:t>的范围可得</w:t>
      </w:r>
      <w:r>
        <w:rPr>
          <w:rFonts w:ascii="Times New Roman" w:eastAsia="Times New Roman" w:hAnsi="Times New Roman" w:cs="Times New Roman"/>
          <w:color w:val="000000"/>
        </w:rPr>
        <w:t>2</w:t>
      </w:r>
      <w:r>
        <w:rPr>
          <w:rFonts w:ascii="宋体" w:eastAsia="宋体" w:hAnsi="宋体" w:cs="宋体"/>
          <w:color w:val="000000"/>
        </w:rPr>
        <w:t>位数的“吉祥数”，</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②</w:t>
      </w:r>
      <w:r>
        <w:rPr>
          <w:rFonts w:ascii="宋体" w:eastAsia="宋体" w:hAnsi="宋体" w:cs="宋体"/>
          <w:color w:val="000000"/>
        </w:rPr>
        <w:t>求出每个“吉祥数”</w:t>
      </w:r>
      <w:r>
        <w:pict>
          <v:shape id="_x0000_i707588" type="#_x0000_t75" alt="学科网(www.zxxk.com)--教育资源门户，提供试卷、教案、课件、论文、素材以及各类教学资源下载，还有大量而丰富的教学相关资讯！" style="width:24.95pt;height:16pt" o:oleicon="f" o:ole="">
            <v:imagedata r:id="rId1011" o:title="eqIdb5d69e7fb25c60ee47440a1ece037544"/>
          </v:shape>
        </w:pict>
      </w:r>
      <w:r>
        <w:rPr>
          <w:rFonts w:ascii="宋体" w:eastAsia="宋体" w:hAnsi="宋体" w:cs="宋体"/>
          <w:color w:val="000000"/>
        </w:rPr>
        <w:t>的值，比较大小可得．</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）根据定义：</w:t>
      </w:r>
      <w:r>
        <w:rPr>
          <w:rFonts w:ascii="Times New Roman" w:eastAsia="Times New Roman" w:hAnsi="Times New Roman" w:cs="Times New Roman"/>
          <w:color w:val="000000"/>
        </w:rPr>
        <w:t>2</w:t>
      </w:r>
      <w:r>
        <w:rPr>
          <w:rFonts w:ascii="宋体" w:eastAsia="宋体" w:hAnsi="宋体" w:cs="宋体"/>
          <w:color w:val="000000"/>
          <w:position w:val="0"/>
        </w:rPr>
        <w:drawing>
          <wp:inline>
            <wp:extent cx="133350" cy="177800"/>
            <wp:docPr id="27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8" name=""/>
                    <pic:cNvPicPr>
                      <a:picLocks noChangeAspect="1"/>
                    </pic:cNvPicPr>
                  </pic:nvPicPr>
                  <pic:blipFill>
                    <a:blip r:embed="rId101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最佳分解为：</w:t>
      </w:r>
      <w:r>
        <w:pict>
          <v:shape id="_x0000_i707589" type="#_x0000_t75" alt="学科网(www.zxxk.com)--教育资源门户，提供试卷、教案、课件、论文、素材以及各类教学资源下载，还有大量而丰富的教学相关资讯！" style="width:23pt;height:13pt" o:oleicon="f" o:ole="">
            <v:imagedata r:id="rId1013" o:title="eqId71fb79f6535ee15a3d41ca71cf72082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590" type="#_x0000_t75" alt="学科网(www.zxxk.com)--教育资源门户，提供试卷、教案、课件、论文、素材以及各类教学资源下载，还有大量而丰富的教学相关资讯！" style="width:57pt;height:31pt" o:oleicon="f" o:ole="">
            <v:imagedata r:id="rId1014" o:title="eqId7a2a84b6743b6144a6e145a4d4d5320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12</w:t>
      </w:r>
      <w:r>
        <w:rPr>
          <w:rFonts w:ascii="宋体" w:eastAsia="宋体" w:hAnsi="宋体" w:cs="宋体"/>
          <w:color w:val="000000"/>
        </w:rPr>
        <w:t>的最佳分解为：</w:t>
      </w:r>
      <w:r>
        <w:pict>
          <v:shape id="_x0000_i707591" type="#_x0000_t75" alt="学科网(www.zxxk.com)--教育资源门户，提供试卷、教案、课件、论文、素材以及各类教学资源下载，还有大量而丰富的教学相关资讯！" style="width:47.25pt;height:14.25pt" o:oleicon="f" o:ole="">
            <v:imagedata r:id="rId1015" o:title="eqId4cee2859bbc9fb0429615944cda0b73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592" type="#_x0000_t75" alt="学科网(www.zxxk.com)--教育资源门户，提供试卷、教案、课件、论文、素材以及各类教学资源下载，还有大量而丰富的教学相关资讯！" style="width:61pt;height:31pt" o:oleicon="f" o:ole="">
            <v:imagedata r:id="rId1016" o:title="eqIde75291c2a466225e088cb79ed5865b8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故答案是：</w:t>
      </w:r>
      <w:r>
        <w:pict>
          <v:shape id="_x0000_i707593" type="#_x0000_t75" alt="学科网(www.zxxk.com)--教育资源门户，提供试卷、教案、课件、论文、素材以及各类教学资源下载，还有大量而丰富的教学相关资讯！" style="width:10.5pt;height:21pt" o:oleicon="f" o:ole="">
            <v:imagedata r:id="rId1017" o:title="eqIdf89eef3148f2d4d09379767b4af69132"/>
          </v:shape>
        </w:pict>
      </w:r>
      <w:r>
        <w:rPr>
          <w:rFonts w:ascii="宋体" w:eastAsia="宋体" w:hAnsi="宋体" w:cs="宋体"/>
          <w:color w:val="000000"/>
        </w:rPr>
        <w:t>，</w:t>
      </w:r>
      <w:r>
        <w:pict>
          <v:shape id="_x0000_i707594" type="#_x0000_t75" alt="学科网(www.zxxk.com)--教育资源门户，提供试卷、教案、课件、论文、素材以及各类教学资源下载，还有大量而丰富的教学相关资讯！" style="width:11.75pt;height:30.45pt" o:oleicon="f" o:ole="">
            <v:imagedata r:id="rId1018" o:title="eqId8b2a698891d42c70b597f0da4f215f0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设交换</w:t>
      </w:r>
      <w:r>
        <w:pict>
          <v:shape id="_x0000_i707595" type="#_x0000_t75" alt="学科网(www.zxxk.com)--教育资源门户，提供试卷、教案、课件、论文、素材以及各类教学资源下载，还有大量而丰富的教学相关资讯！" style="width:7.35pt;height:11.9pt" o:oleicon="f" o:ole="">
            <v:imagedata r:id="rId1019" o:title="eqId36a1b09c653185842513e24ebba60bb3"/>
          </v:shape>
        </w:pict>
      </w:r>
      <w:r>
        <w:rPr>
          <w:rFonts w:ascii="宋体" w:eastAsia="宋体" w:hAnsi="宋体" w:cs="宋体"/>
          <w:color w:val="000000"/>
        </w:rPr>
        <w:t>的个位上的数与十位上的数得到的新数为</w:t>
      </w:r>
      <w:r>
        <w:pict>
          <v:shape id="_x0000_i707596" type="#_x0000_t75" alt="学科网(www.zxxk.com)--教育资源门户，提供试卷、教案、课件、论文、素材以及各类教学资源下载，还有大量而丰富的教学相关资讯！" style="width:9.75pt;height:14.25pt" o:oleicon="f" o:ole="">
            <v:imagedata r:id="rId1020" o:title="eqIdf94c5dba787a9f735e5f1c8af83f237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设</w:t>
      </w:r>
      <w:r>
        <w:pict>
          <v:shape id="_x0000_i707597" type="#_x0000_t75" alt="学科网(www.zxxk.com)--教育资源门户，提供试卷、教案、课件、论文、素材以及各类教学资源下载，还有大量而丰富的教学相关资讯！" style="width:108.45pt;height:16.3pt" o:oleicon="f" o:ole="">
            <v:imagedata r:id="rId1021" o:title="eqId5edab77a58ac52930e1da1efd9bd5aff"/>
          </v:shape>
        </w:pict>
      </w:r>
      <w:r>
        <w:rPr>
          <w:rFonts w:ascii="宋体" w:eastAsia="宋体" w:hAnsi="宋体" w:cs="宋体"/>
          <w:color w:val="000000"/>
        </w:rPr>
        <w:t>，则</w:t>
      </w:r>
      <w:r>
        <w:pict>
          <v:shape id="_x0000_i707598" type="#_x0000_t75" alt="学科网(www.zxxk.com)--教育资源门户，提供试卷、教案、课件、论文、素材以及各类教学资源下载，还有大量而丰富的教学相关资讯！" style="width:51pt;height:15pt" o:oleicon="f" o:ole="">
            <v:imagedata r:id="rId1022" o:title="eqId0c6c68c4854e8412567a7a01f8b3bf7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599" type="#_x0000_t75" alt="学科网(www.zxxk.com)--教育资源门户，提供试卷、教案、课件、论文、素材以及各类教学资源下载，还有大量而丰富的教学相关资讯！" style="width:17pt;height:12pt" o:oleicon="f" o:ole="">
            <v:imagedata r:id="rId1023" o:title="eqIde3f012c70965ef46d12d5421664e356a"/>
          </v:shape>
        </w:pict>
      </w:r>
      <w:r>
        <w:rPr>
          <w:rFonts w:ascii="宋体" w:eastAsia="宋体" w:hAnsi="宋体" w:cs="宋体"/>
          <w:color w:val="000000"/>
        </w:rPr>
        <w:t>为“吉祥数”，</w:t>
      </w:r>
    </w:p>
    <w:p>
      <w:pPr>
        <w:spacing w:line="360" w:lineRule="auto"/>
        <w:jc w:val="left"/>
        <w:textAlignment w:val="center"/>
        <w:rPr>
          <w:rFonts w:ascii="宋体" w:eastAsia="宋体" w:hAnsi="宋体" w:cs="宋体"/>
          <w:color w:val="000000"/>
        </w:rPr>
      </w:pPr>
      <w:r>
        <w:pict>
          <v:shape id="_x0000_i707600" type="#_x0000_t75" alt="学科网(www.zxxk.com)--教育资源门户，提供试卷、教案、课件、论文、素材以及各类教学资源下载，还有大量而丰富的教学相关资讯！" style="width:191.5pt;height:15pt" o:oleicon="f" o:ole="">
            <v:imagedata r:id="rId1024" o:title="eqId60c473fd784108dc35e88adab8a1eb2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601" type="#_x0000_t75" alt="学科网(www.zxxk.com)--教育资源门户，提供试卷、教案、课件、论文、素材以及各类教学资源下载，还有大量而丰富的教学相关资讯！" style="width:55pt;height:16pt" o:oleicon="f" o:ole="">
            <v:imagedata r:id="rId1025" o:title="eqIda67213dd29b3c67ac4e7df42213850a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602" type="#_x0000_t75" alt="学科网(www.zxxk.com)--教育资源门户，提供试卷、教案、课件、论文、素材以及各类教学资源下载，还有大量而丰富的教学相关资讯！" style="width:52pt;height:15pt" o:oleicon="f" o:ole="">
            <v:imagedata r:id="rId1026" o:title="eqIde9ff7541eda4c4c50ba4bedec102331f"/>
          </v:shape>
        </w:pict>
      </w:r>
      <w:r>
        <w:rPr>
          <w:rFonts w:ascii="宋体" w:eastAsia="宋体" w:hAnsi="宋体" w:cs="宋体"/>
          <w:color w:val="000000"/>
        </w:rPr>
        <w:t>，</w:t>
      </w:r>
      <w:r>
        <w:pict>
          <v:shape id="_x0000_i707603" type="#_x0000_t75" alt="学科网(www.zxxk.com)--教育资源门户，提供试卷、教案、课件、论文、素材以及各类教学资源下载，还有大量而丰富的教学相关资讯！" style="width:9pt;height:9.75pt" o:oleicon="f" o:ole="">
            <v:imagedata r:id="rId1027" o:title="eqId81dea63b8ce3e51adf66cf7b9982a248"/>
          </v:shape>
        </w:pict>
      </w:r>
      <w:r>
        <w:rPr>
          <w:rFonts w:ascii="宋体" w:eastAsia="宋体" w:hAnsi="宋体" w:cs="宋体"/>
          <w:color w:val="000000"/>
        </w:rPr>
        <w:t>，</w:t>
      </w:r>
      <w:r>
        <w:pict>
          <v:shape id="_x0000_i707604" type="#_x0000_t75" alt="学科网(www.zxxk.com)--教育资源门户，提供试卷、教案、课件、论文、素材以及各类教学资源下载，还有大量而丰富的教学相关资讯！" style="width:9.75pt;height:12pt" o:oleicon="f" o:ole="">
            <v:imagedata r:id="rId1028" o:title="eqIdd053b14c8588eee2acbbe44fc37a6886"/>
          </v:shape>
        </w:pict>
      </w:r>
      <w:r>
        <w:rPr>
          <w:rFonts w:ascii="宋体" w:eastAsia="宋体" w:hAnsi="宋体" w:cs="宋体"/>
          <w:color w:val="000000"/>
        </w:rPr>
        <w:t>为自然数，</w:t>
      </w:r>
    </w:p>
    <w:p>
      <w:pPr>
        <w:spacing w:line="360" w:lineRule="auto"/>
        <w:jc w:val="left"/>
        <w:textAlignment w:val="center"/>
        <w:rPr>
          <w:rFonts w:ascii="宋体" w:eastAsia="宋体" w:hAnsi="宋体" w:cs="宋体"/>
          <w:color w:val="000000"/>
        </w:rPr>
      </w:pPr>
      <w:r>
        <w:pict>
          <v:shape id="_x0000_i707605" type="#_x0000_t75" alt="学科网(www.zxxk.com)--教育资源门户，提供试卷、教案、课件、论文、素材以及各类教学资源下载，还有大量而丰富的教学相关资讯！" style="width:9.75pt;height:9pt" o:oleicon="f" o:ole="">
            <v:imagedata r:id="rId1029" o:title="eqId2de0d10ef8b748d4531250c37c5d3f9e"/>
          </v:shape>
        </w:pict>
      </w:r>
      <w:r>
        <w:rPr>
          <w:rFonts w:ascii="宋体" w:eastAsia="宋体" w:hAnsi="宋体" w:cs="宋体"/>
          <w:color w:val="000000"/>
        </w:rPr>
        <w:t>“吉祥数”有：</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35</w:t>
      </w:r>
      <w:r>
        <w:rPr>
          <w:rFonts w:ascii="宋体" w:eastAsia="宋体" w:hAnsi="宋体" w:cs="宋体"/>
          <w:color w:val="000000"/>
        </w:rPr>
        <w:t>，</w:t>
      </w:r>
      <w:r>
        <w:rPr>
          <w:rFonts w:ascii="Times New Roman" w:eastAsia="Times New Roman" w:hAnsi="Times New Roman" w:cs="Times New Roman"/>
          <w:color w:val="000000"/>
        </w:rPr>
        <w:t>46</w:t>
      </w:r>
      <w:r>
        <w:rPr>
          <w:rFonts w:ascii="宋体" w:eastAsia="宋体" w:hAnsi="宋体" w:cs="宋体"/>
          <w:color w:val="000000"/>
        </w:rPr>
        <w:t>，</w:t>
      </w:r>
      <w:r>
        <w:rPr>
          <w:rFonts w:ascii="Times New Roman" w:eastAsia="Times New Roman" w:hAnsi="Times New Roman" w:cs="Times New Roman"/>
          <w:color w:val="000000"/>
        </w:rPr>
        <w:t>57</w:t>
      </w:r>
      <w:r>
        <w:rPr>
          <w:rFonts w:ascii="宋体" w:eastAsia="宋体" w:hAnsi="宋体" w:cs="宋体"/>
          <w:color w:val="000000"/>
        </w:rPr>
        <w:t>，</w:t>
      </w:r>
      <w:r>
        <w:rPr>
          <w:rFonts w:ascii="Times New Roman" w:eastAsia="Times New Roman" w:hAnsi="Times New Roman" w:cs="Times New Roman"/>
          <w:color w:val="000000"/>
        </w:rPr>
        <w:t>68</w:t>
      </w:r>
      <w:r>
        <w:rPr>
          <w:rFonts w:ascii="宋体" w:eastAsia="宋体" w:hAnsi="宋体" w:cs="宋体"/>
          <w:color w:val="000000"/>
        </w:rPr>
        <w:t>，</w:t>
      </w:r>
      <w:r>
        <w:rPr>
          <w:rFonts w:ascii="Times New Roman" w:eastAsia="Times New Roman" w:hAnsi="Times New Roman" w:cs="Times New Roman"/>
          <w:color w:val="000000"/>
        </w:rPr>
        <w:t>79</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②</w:t>
      </w:r>
      <w:r>
        <w:pict>
          <v:shape id="_x0000_i707606" type="#_x0000_t75" alt="学科网(www.zxxk.com)--教育资源门户，提供试卷、教案、课件、论文、素材以及各类教学资源下载，还有大量而丰富的教学相关资讯！" style="width:9.75pt;height:9pt" o:oleicon="f" o:ole="">
            <v:imagedata r:id="rId1030" o:title="eqId2de0d10ef8b748d4531250c37c5d3f9e"/>
          </v:shape>
        </w:pict>
      </w:r>
      <w:r>
        <w:rPr>
          <w:rFonts w:ascii="宋体" w:eastAsia="宋体" w:hAnsi="宋体" w:cs="宋体"/>
          <w:color w:val="000000"/>
        </w:rPr>
        <w:t>所有“吉祥数”中</w:t>
      </w:r>
      <w:r>
        <w:pict>
          <v:shape id="_x0000_i707607" type="#_x0000_t75" alt="学科网(www.zxxk.com)--教育资源门户，提供试卷、教案、课件、论文、素材以及各类教学资源下载，还有大量而丰富的教学相关资讯！" style="width:24.95pt;height:16pt" o:oleicon="f" o:ole="">
            <v:imagedata r:id="rId1031" o:title="eqIdb5d69e7fb25c60ee47440a1ece037544"/>
          </v:shape>
        </w:pict>
      </w:r>
      <w:r>
        <w:rPr>
          <w:rFonts w:ascii="宋体" w:eastAsia="宋体" w:hAnsi="宋体" w:cs="宋体"/>
          <w:color w:val="000000"/>
        </w:rPr>
        <w:t>的值为：</w:t>
      </w:r>
      <w:r>
        <w:pict>
          <v:shape id="_x0000_i707608" type="#_x0000_t75" alt="学科网(www.zxxk.com)--教育资源门户，提供试卷、教案、课件、论文、素材以及各类教学资源下载，还有大量而丰富的教学相关资讯！" style="width:49pt;height:28pt" o:oleicon="f" o:ole="">
            <v:imagedata r:id="rId1032" o:title="eqId1dd06f2b3b20f853812a16fa46cc4341"/>
          </v:shape>
        </w:pict>
      </w:r>
      <w:r>
        <w:rPr>
          <w:rFonts w:ascii="宋体" w:eastAsia="宋体" w:hAnsi="宋体" w:cs="宋体"/>
          <w:color w:val="000000"/>
        </w:rPr>
        <w:t>，</w:t>
      </w:r>
      <w:r>
        <w:pict>
          <v:shape id="_x0000_i707609" type="#_x0000_t75" alt="学科网(www.zxxk.com)--教育资源门户，提供试卷、教案、课件、论文、素材以及各类教学资源下载，还有大量而丰富的教学相关资讯！" style="width:64pt;height:28pt" o:oleicon="f" o:ole="">
            <v:imagedata r:id="rId1033" o:title="eqIda4ac76110e0bf0a181c0109598e8089c"/>
          </v:shape>
        </w:pict>
      </w:r>
      <w:r>
        <w:rPr>
          <w:rFonts w:ascii="宋体" w:eastAsia="宋体" w:hAnsi="宋体" w:cs="宋体"/>
          <w:color w:val="000000"/>
        </w:rPr>
        <w:t>，</w:t>
      </w:r>
      <w:r>
        <w:pict>
          <v:shape id="_x0000_i707610" type="#_x0000_t75" alt="学科网(www.zxxk.com)--教育资源门户，提供试卷、教案、课件、论文、素材以及各类教学资源下载，还有大量而丰富的教学相关资讯！" style="width:51.85pt;height:31.3pt" o:oleicon="f" o:ole="">
            <v:imagedata r:id="rId1034" o:title="eqIdfe4360a6ceaf59f0b7c9db406a316e9f"/>
          </v:shape>
        </w:pict>
      </w:r>
      <w:r>
        <w:rPr>
          <w:rFonts w:ascii="宋体" w:eastAsia="宋体" w:hAnsi="宋体" w:cs="宋体"/>
          <w:color w:val="000000"/>
        </w:rPr>
        <w:t>，</w:t>
      </w:r>
      <w:r>
        <w:pict>
          <v:shape id="_x0000_i707611" type="#_x0000_t75" alt="学科网(www.zxxk.com)--教育资源门户，提供试卷、教案、课件、论文、素材以及各类教学资源下载，还有大量而丰富的教学相关资讯！" style="width:52pt;height:28pt" o:oleicon="f" o:ole="">
            <v:imagedata r:id="rId1035" o:title="eqIdcec56225144be75b6bf6467f60f51cf4"/>
          </v:shape>
        </w:pict>
      </w:r>
      <w:r>
        <w:rPr>
          <w:rFonts w:ascii="宋体" w:eastAsia="宋体" w:hAnsi="宋体" w:cs="宋体"/>
          <w:color w:val="000000"/>
        </w:rPr>
        <w:t>，</w:t>
      </w:r>
      <w:r>
        <w:pict>
          <v:shape id="_x0000_i707612" type="#_x0000_t75" alt="学科网(www.zxxk.com)--教育资源门户，提供试卷、教案、课件、论文、素材以及各类教学资源下载，还有大量而丰富的教学相关资讯！" style="width:51pt;height:28pt" o:oleicon="f" o:ole="">
            <v:imagedata r:id="rId1036" o:title="eqIdafa658e342f1c14dffd3aa799c6052ef"/>
          </v:shape>
        </w:pict>
      </w:r>
      <w:r>
        <w:rPr>
          <w:rFonts w:ascii="宋体" w:eastAsia="宋体" w:hAnsi="宋体" w:cs="宋体"/>
          <w:color w:val="000000"/>
        </w:rPr>
        <w:t>，</w:t>
      </w:r>
      <w:r>
        <w:pict>
          <v:shape id="_x0000_i707613" type="#_x0000_t75" alt="学科网(www.zxxk.com)--教育资源门户，提供试卷、教案、课件、论文、素材以及各类教学资源下载，还有大量而丰富的教学相关资讯！" style="width:51pt;height:28pt" o:oleicon="f" o:ole="">
            <v:imagedata r:id="rId1037" o:title="eqId5ec0e25aaeff2071368ceb26d821550b"/>
          </v:shape>
        </w:pict>
      </w:r>
      <w:r>
        <w:rPr>
          <w:rFonts w:ascii="宋体" w:eastAsia="宋体" w:hAnsi="宋体" w:cs="宋体"/>
          <w:color w:val="000000"/>
        </w:rPr>
        <w:t>，</w:t>
      </w:r>
      <w:r>
        <w:pict>
          <v:shape id="_x0000_i707614" type="#_x0000_t75" alt="学科网(www.zxxk.com)--教育资源门户，提供试卷、教案、课件、论文、素材以及各类教学资源下载，还有大量而丰富的教学相关资讯！" style="width:52pt;height:28pt" o:oleicon="f" o:ole="">
            <v:imagedata r:id="rId1038" o:title="eqId4cbd17ef212a66fb05e458cad8a6375c"/>
          </v:shape>
        </w:pict>
      </w:r>
      <w:r>
        <w:rPr>
          <w:rFonts w:ascii="宋体" w:eastAsia="宋体" w:hAnsi="宋体" w:cs="宋体"/>
          <w:color w:val="000000"/>
        </w:rPr>
        <w:t>，其中最大值为：</w:t>
      </w:r>
      <w:r>
        <w:pict>
          <v:shape id="_x0000_i707615" type="#_x0000_t75" alt="学科网(www.zxxk.com)--教育资源门户，提供试卷、教案、课件、论文、素材以及各类教学资源下载，还有大量而丰富的教学相关资讯！" style="width:51.85pt;height:31.3pt" o:oleicon="f" o:ole="">
            <v:imagedata r:id="rId1034" o:title="eqIdfe4360a6ceaf59f0b7c9db406a316e9f"/>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本题主要考查了新定义，解题的关键是理解最佳分解、“吉祥数”的定义，并将其转化为实数的运算．</w:t>
      </w:r>
    </w:p>
    <w:p>
      <w:pPr>
        <w:pStyle w:val="Heading2"/>
      </w:pPr>
      <w:r>
        <w:t>第八十中学管庄分校</w:t>
      </w:r>
    </w:p>
    <w:p>
      <w:pPr>
        <w:spacing w:line="360" w:lineRule="auto"/>
        <w:jc w:val="left"/>
        <w:textAlignment w:val="center"/>
        <w:rPr>
          <w:color w:val="000000"/>
        </w:rPr>
      </w:pPr>
      <w:r>
        <w:rPr>
          <w:color w:val="000000"/>
        </w:rPr>
        <w:t xml:space="preserve">26. </w:t>
      </w:r>
      <w:r>
        <w:rPr>
          <w:rFonts w:ascii="宋体" w:eastAsia="宋体" w:hAnsi="宋体" w:cs="宋体"/>
          <w:color w:val="000000"/>
        </w:rPr>
        <w:t>我们已经学过有理数的加减乘除以及乘方运算，下面再给出有理数的一种新运算—“</w:t>
      </w:r>
      <w:r>
        <w:pict>
          <v:shape id="_x0000_i707616" type="#_x0000_t75" alt="学科网(www.zxxk.com)--教育资源门户，提供试卷、教案、课件、论文、素材以及各类教学资源下载，还有大量而丰富的教学相关资讯！" style="width:8.25pt;height:12pt" o:oleicon="f" o:ole="">
            <v:imagedata r:id="rId1039" o:title="eqIdfc7d51315fcca519cb58bacd0040d7de"/>
          </v:shape>
        </w:pict>
      </w:r>
      <w:r>
        <w:rPr>
          <w:rFonts w:ascii="宋体" w:eastAsia="宋体" w:hAnsi="宋体" w:cs="宋体"/>
          <w:color w:val="000000"/>
        </w:rPr>
        <w:t>运算”，定义是</w:t>
      </w:r>
      <w:r>
        <w:pict>
          <v:shape id="_x0000_i707617" type="#_x0000_t75" alt="学科网(www.zxxk.com)--教育资源门户，提供试卷、教案、课件、论文、素材以及各类教学资源下载，还有大量而丰富的教学相关资讯！" style="width:90pt;height:16.3pt" o:oleicon="f" o:ole="">
            <v:imagedata r:id="rId1040" o:title="eqId1e19dfa6680a0e1b7023159fd52bb4c5"/>
          </v:shape>
        </w:pict>
      </w:r>
      <w:r>
        <w:rPr>
          <w:rFonts w:ascii="宋体" w:eastAsia="宋体" w:hAnsi="宋体" w:cs="宋体"/>
          <w:color w:val="000000"/>
        </w:rPr>
        <w:t>．根据定义，解决下面的问题：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）计算：</w:t>
      </w:r>
      <w:r>
        <w:pict>
          <v:shape id="_x0000_i707618" type="#_x0000_t75" alt="学科网(www.zxxk.com)--教育资源门户，提供试卷、教案、课件、论文、素材以及各类教学资源下载，还有大量而丰富的教学相关资讯！" style="width:23.25pt;height:14.25pt" o:oleicon="f" o:ole="">
            <v:imagedata r:id="rId1041" o:title="eqId9dbc49c39d873f1738745aeb5c8126b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）我们知道，加法具有交换律，请猜想“</w:t>
      </w:r>
      <w:r>
        <w:pict>
          <v:shape id="_x0000_i707619" type="#_x0000_t75" alt="学科网(www.zxxk.com)--教育资源门户，提供试卷、教案、课件、论文、素材以及各类教学资源下载，还有大量而丰富的教学相关资讯！" style="width:8.25pt;height:12pt" o:oleicon="f" o:ole="">
            <v:imagedata r:id="rId1042" o:title="eqIdfc7d51315fcca519cb58bacd0040d7de"/>
          </v:shape>
        </w:pict>
      </w:r>
      <w:r>
        <w:rPr>
          <w:rFonts w:ascii="宋体" w:eastAsia="宋体" w:hAnsi="宋体" w:cs="宋体"/>
          <w:color w:val="000000"/>
        </w:rPr>
        <w:t>运算”是否具有交换律，并说明你的猜想是否正确；</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）类比数的运算，整式也有“</w:t>
      </w:r>
      <w:r>
        <w:pict>
          <v:shape id="_x0000_i707620" type="#_x0000_t75" alt="学科网(www.zxxk.com)--教育资源门户，提供试卷、教案、课件、论文、素材以及各类教学资源下载，还有大量而丰富的教学相关资讯！" style="width:8.25pt;height:12pt" o:oleicon="f" o:ole="">
            <v:imagedata r:id="rId1043" o:title="eqIdfc7d51315fcca519cb58bacd0040d7de"/>
          </v:shape>
        </w:pict>
      </w:r>
      <w:r>
        <w:rPr>
          <w:rFonts w:ascii="宋体" w:eastAsia="宋体" w:hAnsi="宋体" w:cs="宋体"/>
          <w:color w:val="000000"/>
        </w:rPr>
        <w:t>运算”．若</w:t>
      </w:r>
      <w:r>
        <w:pict>
          <v:shape id="_x0000_i707621" type="#_x0000_t75" alt="学科网(www.zxxk.com)--教育资源门户，提供试卷、教案、课件、论文、素材以及各类教学资源下载，还有大量而丰富的教学相关资讯！" style="width:70.1pt;height:31.1pt" o:oleicon="f" o:ole="">
            <v:imagedata r:id="rId1044" o:title="eqId3e89942319f21ce9534d2e757a4eecd7"/>
          </v:shape>
        </w:pict>
      </w:r>
      <w:r>
        <w:rPr>
          <w:rFonts w:ascii="宋体" w:eastAsia="宋体" w:hAnsi="宋体" w:cs="宋体"/>
          <w:color w:val="000000"/>
        </w:rPr>
        <w:t>的值为</w:t>
      </w:r>
      <w:r>
        <w:pict>
          <v:shape id="_x0000_i707622" type="#_x0000_t75" alt="学科网(www.zxxk.com)--教育资源门户，提供试卷、教案、课件、论文、素材以及各类教学资源下载，还有大量而丰富的教学相关资讯！" style="width:9.75pt;height:12.75pt" o:oleicon="f" o:ole="">
            <v:imagedata r:id="rId1045" o:title="eqId61128ab996360a038e6e64d82fcba004"/>
          </v:shape>
        </w:pict>
      </w:r>
      <w:r>
        <w:rPr>
          <w:rFonts w:ascii="宋体" w:eastAsia="宋体" w:hAnsi="宋体" w:cs="宋体"/>
          <w:color w:val="000000"/>
        </w:rPr>
        <w:t>，求</w:t>
      </w:r>
      <w:r>
        <w:pict>
          <v:shape id="_x0000_i707623" type="#_x0000_t75" alt="学科网(www.zxxk.com)--教育资源门户，提供试卷、教案、课件、论文、素材以及各类教学资源下载，还有大量而丰富的教学相关资讯！" style="width:9pt;height:9.75pt" o:oleicon="f" o:ole="">
            <v:imagedata r:id="rId1046" o:title="eqId81dea63b8ce3e51adf66cf7b9982a248"/>
          </v:shape>
        </w:pic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）5；（</w:t>
      </w:r>
      <w:r>
        <w:rPr>
          <w:rFonts w:ascii="Times New Roman" w:eastAsia="Times New Roman" w:hAnsi="Times New Roman" w:cs="Times New Roman"/>
          <w:color w:val="000000"/>
        </w:rPr>
        <w:t>2</w:t>
      </w:r>
      <w:r>
        <w:rPr>
          <w:rFonts w:ascii="宋体" w:eastAsia="宋体" w:hAnsi="宋体" w:cs="宋体"/>
          <w:color w:val="000000"/>
        </w:rPr>
        <w:t>）“</w:t>
      </w:r>
      <w:r>
        <w:pict>
          <v:shape id="_x0000_i707624" type="#_x0000_t75" alt="学科网(www.zxxk.com)--教育资源门户，提供试卷、教案、课件、论文、素材以及各类教学资源下载，还有大量而丰富的教学相关资讯！" style="width:8.25pt;height:12pt" o:oleicon="f" o:ole="">
            <v:imagedata r:id="rId1047" o:title="eqIdfc7d51315fcca519cb58bacd0040d7de"/>
          </v:shape>
        </w:pict>
      </w:r>
      <w:r>
        <w:rPr>
          <w:rFonts w:ascii="宋体" w:eastAsia="宋体" w:hAnsi="宋体" w:cs="宋体"/>
          <w:color w:val="000000"/>
        </w:rPr>
        <w:t>运算”也具有交换律. （</w:t>
      </w:r>
      <w:r>
        <w:rPr>
          <w:rFonts w:ascii="Times New Roman" w:eastAsia="Times New Roman" w:hAnsi="Times New Roman" w:cs="Times New Roman"/>
          <w:color w:val="000000"/>
        </w:rPr>
        <w:t>3</w:t>
      </w:r>
      <w:r>
        <w:rPr>
          <w:rFonts w:ascii="宋体" w:eastAsia="宋体" w:hAnsi="宋体" w:cs="宋体"/>
          <w:color w:val="000000"/>
        </w:rPr>
        <w:t>）</w:t>
      </w:r>
      <w:r>
        <w:pict>
          <v:shape id="_x0000_i707625" type="#_x0000_t75" alt="学科网(www.zxxk.com)--教育资源门户，提供试卷、教案、课件、论文、素材以及各类教学资源下载，还有大量而丰富的教学相关资讯！" style="width:30pt;height:30.75pt;mso-position-horizontal-relative:page;mso-position-vertical-relative:page;mso-wrap-style:square" o:oleicon="f" o:ole="">
            <v:imagedata r:id="rId1048" o:title="eqId5f797bd76741e5f0cfb93363b3e1adc3"/>
          </v:shape>
        </w:pi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）根据题目定义的运算方式计算即可.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）将</w:t>
      </w:r>
      <w:r>
        <w:pict>
          <v:shape id="_x0000_i707626" type="#_x0000_t75" alt="学科网(www.zxxk.com)--教育资源门户，提供试卷、教案、课件、论文、素材以及各类教学资源下载，还有大量而丰富的教学相关资讯！" style="width:90pt;height:16.3pt" o:oleicon="f" o:ole="">
            <v:imagedata r:id="rId1049" o:title="eqId1e19dfa6680a0e1b7023159fd52bb4c5"/>
          </v:shape>
        </w:pict>
      </w:r>
      <w:r>
        <w:rPr>
          <w:rFonts w:ascii="宋体" w:eastAsia="宋体" w:hAnsi="宋体" w:cs="宋体"/>
          <w:color w:val="000000"/>
        </w:rPr>
        <w:t>中的</w:t>
      </w:r>
      <w:r>
        <w:pict>
          <v:shape id="_x0000_i707627" type="#_x0000_t75" alt="学科网(www.zxxk.com)--教育资源门户，提供试卷、教案、课件、论文、素材以及各类教学资源下载，还有大量而丰富的教学相关资讯！" style="width:20pt;height:16pt" o:oleicon="f" o:ole="">
            <v:imagedata r:id="rId1050" o:title="eqId632244ea6931507f8656e1cc3437d392"/>
          </v:shape>
        </w:pict>
      </w:r>
      <w:r>
        <w:rPr>
          <w:rFonts w:ascii="宋体" w:eastAsia="宋体" w:hAnsi="宋体" w:cs="宋体"/>
          <w:color w:val="000000"/>
        </w:rPr>
        <w:t>调换位置重新运算后与原式比较即可</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）按照题目定义的运算方式代入之后转化为方程,解之即可.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 xml:space="preserve"> （</w:t>
      </w:r>
      <w:r>
        <w:rPr>
          <w:rFonts w:ascii="Times New Roman" w:eastAsia="Times New Roman" w:hAnsi="Times New Roman" w:cs="Times New Roman"/>
          <w:color w:val="000000"/>
        </w:rPr>
        <w:t>1</w:t>
      </w:r>
      <w:r>
        <w:rPr>
          <w:rFonts w:ascii="宋体" w:eastAsia="宋体" w:hAnsi="宋体" w:cs="宋体"/>
          <w:color w:val="000000"/>
        </w:rPr>
        <w:t>）</w:t>
      </w:r>
      <w:r>
        <w:pict>
          <v:shape id="_x0000_i707628" type="#_x0000_t75" alt="学科网(www.zxxk.com)--教育资源门户，提供试卷、教案、课件、论文、素材以及各类教学资源下载，还有大量而丰富的教学相关资讯！" style="width:155.1pt;height:19.9pt" o:oleicon="f" o:ole="">
            <v:imagedata r:id="rId1051" o:title="eqId1ad7118931d1d70001bc7ae1a5ef09bd"/>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）由题意得</w:t>
      </w:r>
      <w:r>
        <w:pict>
          <v:shape id="_x0000_i707629" type="#_x0000_t75" alt="学科网(www.zxxk.com)--教育资源门户，提供试卷、教案、课件、论文、素材以及各类教学资源下载，还有大量而丰富的教学相关资讯！" style="width:190.35pt;height:19.9pt" o:oleicon="f" o:ole="">
            <v:imagedata r:id="rId1052" o:title="eqId2fb4110b3804c04adfdd3a3446eead81"/>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故“</w:t>
      </w:r>
      <w:r>
        <w:pict>
          <v:shape id="_x0000_i707630" type="#_x0000_t75" alt="学科网(www.zxxk.com)--教育资源门户，提供试卷、教案、课件、论文、素材以及各类教学资源下载，还有大量而丰富的教学相关资讯！" style="width:8.25pt;height:12pt" o:oleicon="f" o:ole="">
            <v:imagedata r:id="rId1053" o:title="eqIdfc7d51315fcca519cb58bacd0040d7de"/>
          </v:shape>
        </w:pict>
      </w:r>
      <w:r>
        <w:rPr>
          <w:rFonts w:ascii="宋体" w:eastAsia="宋体" w:hAnsi="宋体" w:cs="宋体"/>
          <w:color w:val="000000"/>
        </w:rPr>
        <w:t>运算”也具有交换律.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7631" type="#_x0000_t75" alt="学科网(www.zxxk.com)--教育资源门户，提供试卷、教案、课件、论文、素材以及各类教学资源下载，还有大量而丰富的教学相关资讯！" style="width:70.1pt;height:31.1pt" o:oleicon="f" o:ole="">
            <v:imagedata r:id="rId1054" o:title="eqId3e89942319f21ce9534d2e757a4eecd7"/>
          </v:shape>
        </w:pict>
      </w:r>
    </w:p>
    <w:p>
      <w:pPr>
        <w:spacing w:line="360" w:lineRule="auto"/>
        <w:jc w:val="left"/>
        <w:textAlignment w:val="center"/>
        <w:rPr>
          <w:color w:val="000000"/>
        </w:rPr>
      </w:pPr>
      <w:r>
        <w:pict>
          <v:shape id="_x0000_i707632" type="#_x0000_t75" alt="学科网(www.zxxk.com)--教育资源门户，提供试卷、教案、课件、论文、素材以及各类教学资源下载，还有大量而丰富的教学相关资讯！" style="width:176.15pt;height:36pt" o:oleicon="f" o:ole="">
            <v:imagedata r:id="rId1055" o:title="eqId2414e69aa5cf4f1e80f2e9d767b03493"/>
          </v:shape>
        </w:pict>
      </w:r>
    </w:p>
    <w:p>
      <w:pPr>
        <w:spacing w:line="360" w:lineRule="auto"/>
        <w:jc w:val="left"/>
        <w:textAlignment w:val="center"/>
        <w:rPr>
          <w:color w:val="000000"/>
        </w:rPr>
      </w:pPr>
      <w:r>
        <w:pict>
          <v:shape id="_x0000_i707633" type="#_x0000_t75" alt="学科网(www.zxxk.com)--教育资源门户，提供试卷、教案、课件、论文、素材以及各类教学资源下载，还有大量而丰富的教学相关资讯！" style="width:100.8pt;height:31.2pt" o:oleicon="f" o:ole="">
            <v:imagedata r:id="rId1056" o:title="eqId3459bac398b4d82941894e137cdf36e3"/>
          </v:shape>
        </w:pict>
      </w:r>
    </w:p>
    <w:p>
      <w:pPr>
        <w:spacing w:line="360" w:lineRule="auto"/>
        <w:jc w:val="left"/>
        <w:textAlignment w:val="center"/>
        <w:rPr>
          <w:color w:val="000000"/>
        </w:rPr>
      </w:pPr>
      <w:r>
        <w:pict>
          <v:shape id="_x0000_i707634" type="#_x0000_t75" alt="学科网(www.zxxk.com)--教育资源门户，提供试卷、教案、课件、论文、素材以及各类教学资源下载，还有大量而丰富的教学相关资讯！" style="width:40.8pt;height:13.9pt" o:oleicon="f" o:ole="">
            <v:imagedata r:id="rId1057" o:title="eqId9537065bf31a6a0920f4ccfdbc56f817"/>
          </v:shape>
        </w:pict>
      </w:r>
    </w:p>
    <w:p>
      <w:pPr>
        <w:spacing w:line="360" w:lineRule="auto"/>
        <w:jc w:val="left"/>
        <w:textAlignment w:val="center"/>
        <w:rPr>
          <w:color w:val="000000"/>
        </w:rPr>
      </w:pPr>
      <w:r>
        <w:rPr>
          <w:rFonts w:ascii="宋体" w:eastAsia="宋体" w:hAnsi="宋体" w:cs="宋体"/>
          <w:color w:val="000000"/>
        </w:rPr>
        <w:t>由题意得</w:t>
      </w:r>
      <w:r>
        <w:pict>
          <v:shape id="_x0000_i707635" type="#_x0000_t75" alt="学科网(www.zxxk.com)--教育资源门户，提供试卷、教案、课件、论文、素材以及各类教学资源下载，还有大量而丰富的教学相关资讯！" style="width:49.9pt;height:13.9pt" o:oleicon="f" o:ole="">
            <v:imagedata r:id="rId1058" o:title="eqId682680b42a890a8e1b594f65e2ba343d"/>
          </v:shape>
        </w:pic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pict>
          <v:shape id="_x0000_i707636" type="#_x0000_t75" alt="学科网(www.zxxk.com)--教育资源门户，提供试卷、教案、课件、论文、素材以及各类教学资源下载，还有大量而丰富的教学相关资讯！" style="width:30pt;height:30.75pt;mso-position-horizontal-relative:page;mso-position-vertical-relative:page;mso-wrap-style:square" o:oleicon="f" o:ole="">
            <v:imagedata r:id="rId1059" o:title="eqId5f797bd76741e5f0cfb93363b3e1adc3"/>
          </v:shape>
        </w:pict>
      </w:r>
    </w:p>
    <w:p>
      <w:pPr>
        <w:spacing w:line="360" w:lineRule="auto"/>
        <w:jc w:val="left"/>
        <w:textAlignment w:val="center"/>
        <w:rPr>
          <w:color w:val="000000"/>
        </w:rPr>
      </w:pPr>
      <w:r>
        <w:rPr>
          <w:color w:val="000000"/>
        </w:rPr>
        <w:t>【点睛】</w:t>
      </w:r>
      <w:r>
        <w:rPr>
          <w:rFonts w:ascii="宋体" w:eastAsia="宋体" w:hAnsi="宋体" w:cs="宋体"/>
          <w:color w:val="000000"/>
        </w:rPr>
        <w:t>本题以定义新运算的方式考查有理数的运算与整式的运算</w:t>
      </w:r>
      <w:r>
        <w:rPr>
          <w:rFonts w:ascii="Times New Roman" w:eastAsia="Times New Roman" w:hAnsi="Times New Roman" w:cs="Times New Roman"/>
          <w:color w:val="000000"/>
        </w:rPr>
        <w:t>,</w:t>
      </w:r>
      <w:r>
        <w:rPr>
          <w:rFonts w:ascii="宋体" w:eastAsia="宋体" w:hAnsi="宋体" w:cs="宋体"/>
          <w:color w:val="000000"/>
        </w:rPr>
        <w:t>理解题意</w:t>
      </w:r>
      <w:r>
        <w:rPr>
          <w:rFonts w:ascii="Times New Roman" w:eastAsia="Times New Roman" w:hAnsi="Times New Roman" w:cs="Times New Roman"/>
          <w:color w:val="000000"/>
        </w:rPr>
        <w:t>,</w:t>
      </w:r>
      <w:r>
        <w:rPr>
          <w:rFonts w:ascii="宋体" w:eastAsia="宋体" w:hAnsi="宋体" w:cs="宋体"/>
          <w:color w:val="000000"/>
        </w:rPr>
        <w:t>熟练掌握运算法则是解答关键</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 xml:space="preserve">27. </w:t>
      </w:r>
      <w:r>
        <w:rPr>
          <w:rFonts w:ascii="宋体" w:eastAsia="宋体" w:hAnsi="宋体" w:cs="宋体"/>
          <w:color w:val="000000"/>
        </w:rPr>
        <w:t>请阅读下列材料，并解答相应的问题：</w:t>
      </w:r>
    </w:p>
    <w:p>
      <w:pPr>
        <w:spacing w:line="360" w:lineRule="auto"/>
        <w:jc w:val="left"/>
        <w:textAlignment w:val="center"/>
        <w:rPr>
          <w:color w:val="000000"/>
        </w:rPr>
      </w:pPr>
      <w:r>
        <w:rPr>
          <w:rFonts w:ascii="宋体" w:eastAsia="宋体" w:hAnsi="宋体" w:cs="宋体"/>
          <w:color w:val="000000"/>
        </w:rPr>
        <w:t>幻方</w:t>
      </w:r>
    </w:p>
    <w:p>
      <w:pPr>
        <w:spacing w:line="360" w:lineRule="auto"/>
        <w:jc w:val="left"/>
        <w:textAlignment w:val="center"/>
        <w:rPr>
          <w:color w:val="000000"/>
        </w:rPr>
      </w:pPr>
      <w:r>
        <w:rPr>
          <w:rFonts w:ascii="宋体" w:eastAsia="宋体" w:hAnsi="宋体" w:cs="宋体"/>
          <w:color w:val="000000"/>
        </w:rPr>
        <w:t>将若干个数组成一个正方形数阵，若任意一行，一列及对角线上的数字之和都相等，则称具有这种性质的数字方阵为</w:t>
      </w:r>
      <w:r>
        <w:rPr>
          <w:rFonts w:ascii="Times New Roman" w:eastAsia="Times New Roman" w:hAnsi="Times New Roman" w:cs="Times New Roman"/>
          <w:color w:val="000000"/>
        </w:rPr>
        <w:t>“</w:t>
      </w:r>
      <w:r>
        <w:rPr>
          <w:rFonts w:ascii="宋体" w:eastAsia="宋体" w:hAnsi="宋体" w:cs="宋体"/>
          <w:color w:val="000000"/>
        </w:rPr>
        <w:t>幻方</w:t>
      </w:r>
      <w:r>
        <w:rPr>
          <w:rFonts w:ascii="Times New Roman" w:eastAsia="Times New Roman" w:hAnsi="Times New Roman" w:cs="Times New Roman"/>
          <w:color w:val="000000"/>
        </w:rPr>
        <w:t>”</w:t>
      </w:r>
      <w:r>
        <w:rPr>
          <w:rFonts w:ascii="宋体" w:eastAsia="宋体" w:hAnsi="宋体" w:cs="宋体"/>
          <w:color w:val="000000"/>
        </w:rPr>
        <w:t>．中国古代称</w:t>
      </w:r>
      <w:r>
        <w:rPr>
          <w:rFonts w:ascii="Times New Roman" w:eastAsia="Times New Roman" w:hAnsi="Times New Roman" w:cs="Times New Roman"/>
          <w:color w:val="000000"/>
        </w:rPr>
        <w:t>“</w:t>
      </w:r>
      <w:r>
        <w:rPr>
          <w:rFonts w:ascii="宋体" w:eastAsia="宋体" w:hAnsi="宋体" w:cs="宋体"/>
          <w:color w:val="000000"/>
        </w:rPr>
        <w:t>幻方</w:t>
      </w:r>
      <w:r>
        <w:rPr>
          <w:rFonts w:ascii="Times New Roman" w:eastAsia="Times New Roman" w:hAnsi="Times New Roman" w:cs="Times New Roman"/>
          <w:color w:val="000000"/>
        </w:rPr>
        <w:t>”</w:t>
      </w:r>
      <w:r>
        <w:rPr>
          <w:rFonts w:ascii="宋体" w:eastAsia="宋体" w:hAnsi="宋体" w:cs="宋体"/>
          <w:color w:val="000000"/>
        </w:rPr>
        <w:t>为</w:t>
      </w:r>
      <w:r>
        <w:rPr>
          <w:rFonts w:ascii="Times New Roman" w:eastAsia="Times New Roman" w:hAnsi="Times New Roman" w:cs="Times New Roman"/>
          <w:color w:val="000000"/>
        </w:rPr>
        <w:t>“</w:t>
      </w:r>
      <w:r>
        <w:rPr>
          <w:rFonts w:ascii="宋体" w:eastAsia="宋体" w:hAnsi="宋体" w:cs="宋体"/>
          <w:color w:val="000000"/>
        </w:rPr>
        <w:t>河图</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洛书</w:t>
      </w:r>
      <w:r>
        <w:rPr>
          <w:rFonts w:ascii="Times New Roman" w:eastAsia="Times New Roman" w:hAnsi="Times New Roman" w:cs="Times New Roman"/>
          <w:color w:val="000000"/>
        </w:rPr>
        <w:t>”</w:t>
      </w:r>
      <w:r>
        <w:rPr>
          <w:rFonts w:ascii="宋体" w:eastAsia="宋体" w:hAnsi="宋体" w:cs="宋体"/>
          <w:color w:val="000000"/>
        </w:rPr>
        <w:t>等．例如，下面是三个三阶幻方，是将数字</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填入到</w:t>
      </w:r>
      <w:r>
        <w:rPr>
          <w:rFonts w:ascii="Times New Roman" w:eastAsia="Times New Roman" w:hAnsi="Times New Roman" w:cs="Times New Roman"/>
          <w:color w:val="000000"/>
        </w:rPr>
        <w:t>3×3</w:t>
      </w:r>
      <w:r>
        <w:rPr>
          <w:rFonts w:ascii="宋体" w:eastAsia="宋体" w:hAnsi="宋体" w:cs="宋体"/>
          <w:color w:val="000000"/>
        </w:rPr>
        <w:t>的方格中得到的，其每行、每列、每条对角线上的三个数之和相等．</w:t>
      </w:r>
    </w:p>
    <w:p>
      <w:pPr>
        <w:spacing w:line="360" w:lineRule="auto"/>
        <w:jc w:val="left"/>
        <w:textAlignment w:val="center"/>
        <w:rPr>
          <w:color w:val="000000"/>
        </w:rPr>
      </w:pPr>
      <w:r>
        <w:rPr>
          <w:color w:val="000000"/>
        </w:rPr>
        <w:drawing>
          <wp:inline>
            <wp:extent cx="3714750" cy="1009650"/>
            <wp:docPr id="27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 name=""/>
                    <pic:cNvPicPr>
                      <a:picLocks noChangeAspect="1"/>
                    </pic:cNvPicPr>
                  </pic:nvPicPr>
                  <pic:blipFill>
                    <a:blip r:embed="rId1060"/>
                    <a:stretch>
                      <a:fillRect/>
                    </a:stretch>
                  </pic:blipFill>
                  <pic:spPr>
                    <a:xfrm>
                      <a:off x="0" y="0"/>
                      <a:ext cx="3714750" cy="1009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）设下面的三阶幻方中间的数字是</w:t>
      </w:r>
      <w:r>
        <w:rPr>
          <w:rFonts w:ascii="Times New Roman" w:eastAsia="Times New Roman" w:hAnsi="Times New Roman" w:cs="Times New Roman"/>
          <w:i/>
          <w:color w:val="000000"/>
        </w:rPr>
        <w:t>x</w:t>
      </w:r>
      <w:r>
        <w:rPr>
          <w:rFonts w:ascii="宋体" w:eastAsia="宋体" w:hAnsi="宋体" w:cs="宋体"/>
          <w:color w:val="000000"/>
        </w:rPr>
        <w:t>（其中</w:t>
      </w:r>
      <w:r>
        <w:rPr>
          <w:rFonts w:ascii="Times New Roman" w:eastAsia="Times New Roman" w:hAnsi="Times New Roman" w:cs="Times New Roman"/>
          <w:i/>
          <w:color w:val="000000"/>
        </w:rPr>
        <w:t>x</w:t>
      </w:r>
      <w:r>
        <w:rPr>
          <w:rFonts w:ascii="宋体" w:eastAsia="宋体" w:hAnsi="宋体" w:cs="宋体"/>
          <w:color w:val="000000"/>
        </w:rPr>
        <w:t>为正整数），请用含</w:t>
      </w:r>
      <w:r>
        <w:rPr>
          <w:rFonts w:ascii="Times New Roman" w:eastAsia="Times New Roman" w:hAnsi="Times New Roman" w:cs="Times New Roman"/>
          <w:i/>
          <w:color w:val="000000"/>
        </w:rPr>
        <w:t>x</w:t>
      </w:r>
      <w:r>
        <w:rPr>
          <w:rFonts w:ascii="宋体" w:eastAsia="宋体" w:hAnsi="宋体" w:cs="宋体"/>
          <w:color w:val="000000"/>
        </w:rPr>
        <w:t>的代数式将下面的幻方填充完整．</w:t>
      </w:r>
    </w:p>
    <w:tbl>
      <w:tblPr>
        <w:tblStyle w:val="TableNormal"/>
        <w:tblW w:w="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49"/>
        <w:gridCol w:w="649"/>
        <w:gridCol w:w="649"/>
      </w:tblGrid>
      <w:tr>
        <w:tblPrEx>
          <w:tblW w:w="1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W w:w="5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Times New Roman" w:eastAsia="Times New Roman" w:hAnsi="Times New Roman" w:cs="Times New Roman"/>
                <w:color w:val="000000"/>
              </w:rPr>
              <w:t>+3</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4</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r>
        <w:tblPrEx>
          <w:tblW w:w="1725" w:type="dxa"/>
          <w:tblCellMar>
            <w:top w:w="120" w:type="dxa"/>
            <w:left w:w="120" w:type="dxa"/>
            <w:bottom w:w="120" w:type="dxa"/>
            <w:right w:w="120" w:type="dxa"/>
          </w:tblCellMar>
        </w:tblPrEx>
        <w:trPr>
          <w:cantSplit w:val="0"/>
          <w:trHeight w:val="330"/>
        </w:trPr>
        <w:tc>
          <w:tcPr>
            <w:tcW w:w="5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r>
        <w:tblPrEx>
          <w:tblW w:w="1725" w:type="dxa"/>
          <w:tblCellMar>
            <w:top w:w="120" w:type="dxa"/>
            <w:left w:w="120" w:type="dxa"/>
            <w:bottom w:w="120" w:type="dxa"/>
            <w:right w:w="120" w:type="dxa"/>
          </w:tblCellMar>
        </w:tblPrEx>
        <w:trPr>
          <w:cantSplit w:val="0"/>
          <w:trHeight w:val="330"/>
        </w:trPr>
        <w:tc>
          <w:tcPr>
            <w:tcW w:w="58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W w:w="5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p>
        </w:tc>
      </w:tr>
    </w:tbl>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）若设（</w:t>
      </w:r>
      <w:r>
        <w:rPr>
          <w:rFonts w:ascii="Times New Roman" w:eastAsia="Times New Roman" w:hAnsi="Times New Roman" w:cs="Times New Roman"/>
          <w:color w:val="000000"/>
        </w:rPr>
        <w:t>1</w:t>
      </w:r>
      <w:r>
        <w:rPr>
          <w:rFonts w:ascii="宋体" w:eastAsia="宋体" w:hAnsi="宋体" w:cs="宋体"/>
          <w:color w:val="000000"/>
        </w:rPr>
        <w:t>）题幻方中</w:t>
      </w:r>
      <w:r>
        <w:rPr>
          <w:rFonts w:ascii="Times New Roman" w:eastAsia="Times New Roman" w:hAnsi="Times New Roman" w:cs="Times New Roman"/>
          <w:color w:val="000000"/>
        </w:rPr>
        <w:t>9</w:t>
      </w:r>
      <w:r>
        <w:rPr>
          <w:rFonts w:ascii="宋体" w:eastAsia="宋体" w:hAnsi="宋体" w:cs="宋体"/>
          <w:color w:val="000000"/>
        </w:rPr>
        <w:t>个数的和为</w:t>
      </w:r>
      <w:r>
        <w:rPr>
          <w:rFonts w:ascii="Times New Roman" w:eastAsia="Times New Roman" w:hAnsi="Times New Roman" w:cs="Times New Roman"/>
          <w:i/>
          <w:color w:val="000000"/>
        </w:rPr>
        <w:t>S</w:t>
      </w:r>
      <w:r>
        <w:rPr>
          <w:rFonts w:ascii="宋体" w:eastAsia="宋体" w:hAnsi="宋体" w:cs="宋体"/>
          <w:color w:val="000000"/>
        </w:rPr>
        <w:t>，则</w:t>
      </w:r>
      <w:r>
        <w:rPr>
          <w:rFonts w:ascii="Times New Roman" w:eastAsia="Times New Roman" w:hAnsi="Times New Roman" w:cs="Times New Roman"/>
          <w:i/>
          <w:color w:val="000000"/>
        </w:rPr>
        <w:t>S</w:t>
      </w:r>
      <w:r>
        <w:rPr>
          <w:rFonts w:ascii="宋体" w:eastAsia="宋体" w:hAnsi="宋体" w:cs="宋体"/>
          <w:color w:val="000000"/>
        </w:rPr>
        <w:t>与中间的数字</w:t>
      </w:r>
      <w:r>
        <w:rPr>
          <w:rFonts w:ascii="Times New Roman" w:eastAsia="Times New Roman" w:hAnsi="Times New Roman" w:cs="Times New Roman"/>
          <w:i/>
          <w:color w:val="000000"/>
        </w:rPr>
        <w:t>x</w:t>
      </w:r>
      <w:r>
        <w:rPr>
          <w:rFonts w:ascii="宋体" w:eastAsia="宋体" w:hAnsi="宋体" w:cs="宋体"/>
          <w:color w:val="000000"/>
        </w:rPr>
        <w:t>之间的数量关系为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）请在下面的</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两题中任选一题作答，我选择</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现要用</w:t>
      </w:r>
      <w:r>
        <w:rPr>
          <w:rFonts w:ascii="Times New Roman" w:eastAsia="Times New Roman" w:hAnsi="Times New Roman" w:cs="Times New Roman"/>
          <w:color w:val="000000"/>
        </w:rPr>
        <w:t>9</w:t>
      </w:r>
      <w:r>
        <w:rPr>
          <w:rFonts w:ascii="宋体" w:eastAsia="宋体" w:hAnsi="宋体" w:cs="宋体"/>
          <w:color w:val="000000"/>
        </w:rPr>
        <w:t>个数</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构造一个三阶幻方．</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宋体" w:eastAsia="宋体" w:hAnsi="宋体" w:cs="宋体"/>
          <w:color w:val="000000"/>
        </w:rPr>
        <w:t>、幻方最中间</w:t>
      </w:r>
      <w:r>
        <w:rPr>
          <w:rFonts w:ascii="宋体" w:eastAsia="宋体" w:hAnsi="宋体" w:cs="宋体"/>
          <w:color w:val="000000"/>
          <w:position w:val="0"/>
        </w:rPr>
        <w:drawing>
          <wp:inline>
            <wp:extent cx="133350" cy="177800"/>
            <wp:docPr id="277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2" name=""/>
                    <pic:cNvPicPr>
                      <a:picLocks noChangeAspect="1"/>
                    </pic:cNvPicPr>
                  </pic:nvPicPr>
                  <pic:blipFill>
                    <a:blip r:embed="rId106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数字应等于</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B</w:t>
      </w:r>
      <w:r>
        <w:rPr>
          <w:rFonts w:ascii="宋体" w:eastAsia="宋体" w:hAnsi="宋体" w:cs="宋体"/>
          <w:color w:val="000000"/>
        </w:rPr>
        <w:t>、请将构造的幻方填写在下面</w:t>
      </w:r>
      <w:r>
        <w:rPr>
          <w:rFonts w:ascii="Times New Roman" w:eastAsia="Times New Roman" w:hAnsi="Times New Roman" w:cs="Times New Roman"/>
          <w:color w:val="000000"/>
        </w:rPr>
        <w:t>3×3</w:t>
      </w:r>
      <w:r>
        <w:rPr>
          <w:rFonts w:ascii="宋体" w:eastAsia="宋体" w:hAnsi="宋体" w:cs="宋体"/>
          <w:color w:val="000000"/>
        </w:rPr>
        <w:t>的方格中．</w:t>
      </w:r>
    </w:p>
    <w:p>
      <w:pPr>
        <w:spacing w:line="360" w:lineRule="auto"/>
        <w:jc w:val="left"/>
        <w:textAlignment w:val="center"/>
        <w:rPr>
          <w:color w:val="000000"/>
        </w:rPr>
      </w:pPr>
      <w:r>
        <w:rPr>
          <w:color w:val="000000"/>
        </w:rPr>
        <w:drawing>
          <wp:inline>
            <wp:extent cx="914400" cy="790575"/>
            <wp:docPr id="27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 name=""/>
                    <pic:cNvPicPr>
                      <a:picLocks noChangeAspect="1"/>
                    </pic:cNvPicPr>
                  </pic:nvPicPr>
                  <pic:blipFill>
                    <a:blip r:embed="rId1062"/>
                    <a:stretch>
                      <a:fillRect/>
                    </a:stretch>
                  </pic:blipFill>
                  <pic:spPr>
                    <a:xfrm>
                      <a:off x="0" y="0"/>
                      <a:ext cx="914400" cy="7905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）三阶幻方如图所示：见解析；（</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：幻方如图所示：见解析</w: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）根据每行、每列、每条对角线上的三个数之和相等计算得出即可；（</w:t>
      </w:r>
      <w:r>
        <w:rPr>
          <w:rFonts w:ascii="Times New Roman" w:eastAsia="Times New Roman" w:hAnsi="Times New Roman" w:cs="Times New Roman"/>
          <w:color w:val="000000"/>
        </w:rPr>
        <w:t>2</w:t>
      </w:r>
      <w:r>
        <w:rPr>
          <w:rFonts w:ascii="宋体" w:eastAsia="宋体" w:hAnsi="宋体" w:cs="宋体"/>
          <w:color w:val="000000"/>
        </w:rPr>
        <w:t>）把（</w:t>
      </w:r>
      <w:r>
        <w:rPr>
          <w:rFonts w:ascii="Times New Roman" w:eastAsia="Times New Roman" w:hAnsi="Times New Roman" w:cs="Times New Roman"/>
          <w:color w:val="000000"/>
        </w:rPr>
        <w:t>1</w:t>
      </w:r>
      <w:r>
        <w:rPr>
          <w:rFonts w:ascii="宋体" w:eastAsia="宋体" w:hAnsi="宋体" w:cs="宋体"/>
          <w:color w:val="000000"/>
        </w:rPr>
        <w:t>）中所有数据相加即可得出</w:t>
      </w:r>
      <w:r>
        <w:rPr>
          <w:rFonts w:ascii="Times New Roman" w:eastAsia="Times New Roman" w:hAnsi="Times New Roman" w:cs="Times New Roman"/>
          <w:color w:val="000000"/>
        </w:rPr>
        <w:t>S</w:t>
      </w:r>
      <w:r>
        <w:rPr>
          <w:rFonts w:ascii="宋体" w:eastAsia="宋体" w:hAnsi="宋体" w:cs="宋体"/>
          <w:color w:val="000000"/>
        </w:rPr>
        <w:t>与</w:t>
      </w:r>
      <w:r>
        <w:rPr>
          <w:rFonts w:ascii="Times New Roman" w:eastAsia="Times New Roman" w:hAnsi="Times New Roman" w:cs="Times New Roman"/>
          <w:color w:val="000000"/>
        </w:rPr>
        <w:t>x</w:t>
      </w:r>
      <w:r>
        <w:rPr>
          <w:rFonts w:ascii="宋体" w:eastAsia="宋体" w:hAnsi="宋体" w:cs="宋体"/>
          <w:color w:val="000000"/>
        </w:rPr>
        <w:t>的数量关系；（</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：根据（</w:t>
      </w:r>
      <w:r>
        <w:rPr>
          <w:rFonts w:ascii="Times New Roman" w:eastAsia="Times New Roman" w:hAnsi="Times New Roman" w:cs="Times New Roman"/>
          <w:color w:val="000000"/>
        </w:rPr>
        <w:t>2</w:t>
      </w:r>
      <w:r>
        <w:rPr>
          <w:rFonts w:ascii="宋体" w:eastAsia="宋体" w:hAnsi="宋体" w:cs="宋体"/>
          <w:color w:val="000000"/>
        </w:rPr>
        <w:t>）把所有数相加除以</w:t>
      </w:r>
      <w:r>
        <w:rPr>
          <w:rFonts w:ascii="Times New Roman" w:eastAsia="Times New Roman" w:hAnsi="Times New Roman" w:cs="Times New Roman"/>
          <w:color w:val="000000"/>
        </w:rPr>
        <w:t>9</w:t>
      </w:r>
      <w:r>
        <w:rPr>
          <w:rFonts w:ascii="宋体" w:eastAsia="宋体" w:hAnsi="宋体" w:cs="宋体"/>
          <w:color w:val="000000"/>
        </w:rPr>
        <w:t>即可得到，</w:t>
      </w:r>
      <w:r>
        <w:rPr>
          <w:rFonts w:ascii="Times New Roman" w:eastAsia="Times New Roman" w:hAnsi="Times New Roman" w:cs="Times New Roman"/>
          <w:color w:val="000000"/>
        </w:rPr>
        <w:t>B</w:t>
      </w:r>
      <w:r>
        <w:rPr>
          <w:rFonts w:ascii="宋体" w:eastAsia="宋体" w:hAnsi="宋体" w:cs="宋体"/>
          <w:color w:val="000000"/>
        </w:rPr>
        <w:t>据每行、每列、每条对角线上的三个数之和相等计算填出其中一种即可</w:t>
      </w:r>
      <w:r>
        <w:rPr>
          <w:rFonts w:ascii="Times New Roman" w:eastAsia="Times New Roman" w:hAnsi="Times New Roman" w:cs="Times New Roman"/>
          <w:color w:val="000000"/>
        </w:rPr>
        <w:t>.</w:t>
      </w:r>
    </w:p>
    <w:p>
      <w:pPr>
        <w:spacing w:line="360" w:lineRule="auto"/>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）三阶幻方如图所示：</w:t>
      </w:r>
    </w:p>
    <w:p>
      <w:pPr>
        <w:spacing w:line="360" w:lineRule="auto"/>
        <w:jc w:val="left"/>
        <w:textAlignment w:val="center"/>
        <w:rPr>
          <w:color w:val="000000"/>
        </w:rPr>
      </w:pPr>
      <w:r>
        <w:rPr>
          <w:color w:val="000000"/>
        </w:rPr>
        <w:drawing>
          <wp:inline>
            <wp:extent cx="1638300" cy="1657350"/>
            <wp:docPr id="27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 name=""/>
                    <pic:cNvPicPr>
                      <a:picLocks noChangeAspect="1"/>
                    </pic:cNvPicPr>
                  </pic:nvPicPr>
                  <pic:blipFill>
                    <a:blip r:embed="rId1063"/>
                    <a:stretch>
                      <a:fillRect/>
                    </a:stretch>
                  </pic:blipFill>
                  <pic:spPr>
                    <a:xfrm>
                      <a:off x="0" y="0"/>
                      <a:ext cx="1638300" cy="16573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S</w:t>
      </w:r>
      <w:r>
        <w:rPr>
          <w:rFonts w:ascii="宋体" w:eastAsia="宋体" w:hAnsi="宋体" w:cs="宋体"/>
          <w:color w:val="000000"/>
        </w:rPr>
        <w:t>＝（</w:t>
      </w:r>
      <w:r>
        <w:rPr>
          <w:rFonts w:ascii="Times New Roman" w:eastAsia="Times New Roman" w:hAnsi="Times New Roman" w:cs="Times New Roman"/>
          <w:color w:val="000000"/>
        </w:rPr>
        <w:t>x+4</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x+3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x+2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+x+</w:t>
      </w:r>
      <w:r>
        <w:rPr>
          <w:rFonts w:ascii="宋体" w:eastAsia="宋体" w:hAnsi="宋体" w:cs="宋体"/>
          <w:color w:val="000000"/>
        </w:rPr>
        <w:t>（</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x-2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x-3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x-4</w:t>
      </w:r>
      <w:r>
        <w:rPr>
          <w:rFonts w:ascii="宋体" w:eastAsia="宋体" w:hAnsi="宋体" w:cs="宋体"/>
          <w:color w:val="000000"/>
        </w:rPr>
        <w:t>）</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÷9=7</w:t>
      </w: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：幻方如图所示：</w:t>
      </w:r>
    </w:p>
    <w:p>
      <w:pPr>
        <w:spacing w:line="360" w:lineRule="auto"/>
        <w:jc w:val="left"/>
        <w:textAlignment w:val="center"/>
        <w:rPr>
          <w:color w:val="000000"/>
        </w:rPr>
      </w:pPr>
      <w:r>
        <w:rPr>
          <w:color w:val="000000"/>
        </w:rPr>
        <w:drawing>
          <wp:inline>
            <wp:extent cx="1638300" cy="1685925"/>
            <wp:docPr id="27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 name=""/>
                    <pic:cNvPicPr>
                      <a:picLocks noChangeAspect="1"/>
                    </pic:cNvPicPr>
                  </pic:nvPicPr>
                  <pic:blipFill>
                    <a:blip r:embed="rId1064"/>
                    <a:stretch>
                      <a:fillRect/>
                    </a:stretch>
                  </pic:blipFill>
                  <pic:spPr>
                    <a:xfrm>
                      <a:off x="0" y="0"/>
                      <a:ext cx="1638300" cy="1685925"/>
                    </a:xfrm>
                    <a:prstGeom prst="rect">
                      <a:avLst/>
                    </a:prstGeom>
                  </pic:spPr>
                </pic:pic>
              </a:graphicData>
            </a:graphic>
          </wp:inline>
        </w:drawing>
      </w:r>
    </w:p>
    <w:p>
      <w:pPr>
        <w:spacing w:line="360" w:lineRule="auto"/>
        <w:jc w:val="left"/>
        <w:textAlignment w:val="center"/>
        <w:rPr>
          <w:color w:val="000000"/>
        </w:rPr>
        <w:sectPr w:rsidSect="00C321EB">
          <w:headerReference w:type="even" r:id="rId215"/>
          <w:footerReference w:type="even" r:id="rId216"/>
          <w:headerReference w:type="first" r:id="rId217"/>
          <w:footerReference w:type="first" r:id="rId218"/>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本题是对有理数规律性问题的考查，熟练掌握整式和有理数计算，准确找到</w:t>
      </w:r>
      <w:r>
        <w:rPr>
          <w:rFonts w:ascii="Times New Roman" w:eastAsia="Times New Roman" w:hAnsi="Times New Roman" w:cs="Times New Roman"/>
          <w:color w:val="000000"/>
        </w:rPr>
        <w:t>S</w:t>
      </w:r>
      <w:r>
        <w:rPr>
          <w:rFonts w:ascii="宋体" w:eastAsia="宋体" w:hAnsi="宋体" w:cs="宋体"/>
          <w:color w:val="000000"/>
        </w:rPr>
        <w:t>与</w:t>
      </w:r>
      <w:r>
        <w:rPr>
          <w:rFonts w:ascii="Times New Roman" w:eastAsia="Times New Roman" w:hAnsi="Times New Roman" w:cs="Times New Roman"/>
          <w:color w:val="000000"/>
        </w:rPr>
        <w:t>x</w:t>
      </w:r>
      <w:r>
        <w:rPr>
          <w:rFonts w:ascii="宋体" w:eastAsia="宋体" w:hAnsi="宋体" w:cs="宋体"/>
          <w:color w:val="000000"/>
        </w:rPr>
        <w:t>的关系是解决本题的关键</w:t>
      </w:r>
      <w:r>
        <w:rPr>
          <w:rFonts w:ascii="Times New Roman" w:eastAsia="Times New Roman" w:hAnsi="Times New Roman" w:cs="Times New Roman"/>
          <w:color w:val="000000"/>
        </w:rPr>
        <w:t>.</w:t>
      </w:r>
    </w:p>
    <w:p>
      <w:pPr>
        <w:pStyle w:val="Heading2"/>
      </w:pPr>
      <w:r>
        <w:t>第六十六中学</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对于正整数</w:t>
      </w:r>
      <w:r>
        <w:pict>
          <v:shape id="_x0000_i707637" type="#_x0000_t75" alt="学科网(www.zxxk.com)--教育资源门户，提供试卷、教案、课件、论文、素材以及各类教学资源下载，还有大量而丰富的教学相关资讯！" style="width:9pt;height:9.75pt" o:oleicon="f" o:ole="">
            <v:imagedata r:id="rId1065" o:title="eqId0a6936d370d6a238a608ca56f87198de"/>
          </v:shape>
        </w:pict>
      </w:r>
      <w:r>
        <w:rPr>
          <w:rFonts w:ascii="宋体" w:eastAsia="宋体" w:hAnsi="宋体" w:cs="宋体"/>
          <w:color w:val="000000"/>
        </w:rPr>
        <w:t>，我们规定：若</w:t>
      </w:r>
      <w:r>
        <w:pict>
          <v:shape id="_x0000_i707638" type="#_x0000_t75" alt="学科网(www.zxxk.com)--教育资源门户，提供试卷、教案、课件、论文、素材以及各类教学资源下载，还有大量而丰富的教学相关资讯！" style="width:9pt;height:9.75pt" o:oleicon="f" o:ole="">
            <v:imagedata r:id="rId1065" o:title="eqId0a6936d370d6a238a608ca56f87198de"/>
          </v:shape>
        </w:pict>
      </w:r>
      <w:r>
        <w:rPr>
          <w:rFonts w:ascii="宋体" w:eastAsia="宋体" w:hAnsi="宋体" w:cs="宋体"/>
          <w:color w:val="000000"/>
        </w:rPr>
        <w:t>为奇数，则</w:t>
      </w:r>
      <w:r>
        <w:pict>
          <v:shape id="_x0000_i707639" type="#_x0000_t75" alt="学科网(www.zxxk.com)--教育资源门户，提供试卷、教案、课件、论文、素材以及各类教学资源下载，还有大量而丰富的教学相关资讯！" style="width:67.75pt;height:16.4pt" o:oleicon="f" o:ole="">
            <v:imagedata r:id="rId1066" o:title="eqId21db4cf224f120fa5488b19ce09c00bd"/>
          </v:shape>
        </w:pict>
      </w:r>
      <w:r>
        <w:rPr>
          <w:rFonts w:ascii="宋体" w:eastAsia="宋体" w:hAnsi="宋体" w:cs="宋体"/>
          <w:color w:val="000000"/>
        </w:rPr>
        <w:t>；若</w:t>
      </w:r>
      <w:r>
        <w:pict>
          <v:shape id="_x0000_i707640" type="#_x0000_t75" alt="学科网(www.zxxk.com)--教育资源门户，提供试卷、教案、课件、论文、素材以及各类教学资源下载，还有大量而丰富的教学相关资讯！" style="width:9pt;height:9.75pt" o:oleicon="f" o:ole="">
            <v:imagedata r:id="rId1065" o:title="eqId0a6936d370d6a238a608ca56f87198de"/>
          </v:shape>
        </w:pict>
      </w:r>
      <w:r>
        <w:rPr>
          <w:rFonts w:ascii="宋体" w:eastAsia="宋体" w:hAnsi="宋体" w:cs="宋体"/>
          <w:color w:val="000000"/>
        </w:rPr>
        <w:t>为偶数，则</w:t>
      </w:r>
      <w:r>
        <w:pict>
          <v:shape id="_x0000_i707641" type="#_x0000_t75" alt="学科网(www.zxxk.com)--教育资源门户，提供试卷、教案、课件、论文、素材以及各类教学资源下载，还有大量而丰富的教学相关资讯！" style="width:44.25pt;height:29.25pt" o:oleicon="f" o:ole="">
            <v:imagedata r:id="rId1067" o:title="eqIdc1fbbfaaa138388ca203ac256ea26272"/>
          </v:shape>
        </w:pict>
      </w:r>
      <w:r>
        <w:rPr>
          <w:rFonts w:ascii="宋体" w:eastAsia="宋体" w:hAnsi="宋体" w:cs="宋体"/>
          <w:color w:val="000000"/>
        </w:rPr>
        <w:t>．例如</w:t>
      </w:r>
      <w:r>
        <w:pict>
          <v:shape id="_x0000_i707642" type="#_x0000_t75" alt="学科网(www.zxxk.com)--教育资源门户，提供试卷、教案、课件、论文、素材以及各类教学资源下载，还有大量而丰富的教学相关资讯！" style="width:109.6pt;height:16.4pt" o:oleicon="f" o:ole="">
            <v:imagedata r:id="rId1068" o:title="eqIdd8d29804955710d2ebf368bd0621aca5"/>
          </v:shape>
        </w:pict>
      </w:r>
      <w:r>
        <w:rPr>
          <w:rFonts w:ascii="宋体" w:eastAsia="宋体" w:hAnsi="宋体" w:cs="宋体"/>
          <w:color w:val="000000"/>
        </w:rPr>
        <w:t>，</w:t>
      </w:r>
      <w:r>
        <w:pict>
          <v:shape id="_x0000_i707643" type="#_x0000_t75" alt="学科网(www.zxxk.com)--教育资源门户，提供试卷、教案、课件、论文、素材以及各类教学资源下载，还有大量而丰富的教学相关资讯！" style="width:67pt;height:29pt" o:oleicon="f" o:ole="">
            <v:imagedata r:id="rId1069" o:title="eqIdd6aa732a69a915e0e687528dbebf6a51"/>
          </v:shape>
        </w:pict>
      </w:r>
      <w:r>
        <w:rPr>
          <w:rFonts w:ascii="宋体" w:eastAsia="宋体" w:hAnsi="宋体" w:cs="宋体"/>
          <w:color w:val="000000"/>
        </w:rPr>
        <w:t>．若</w:t>
      </w:r>
      <w:r>
        <w:pict>
          <v:shape id="_x0000_i707644" type="#_x0000_t75" alt="学科网(www.zxxk.com)--教育资源门户，提供试卷、教案、课件、论文、素材以及各类教学资源下载，还有大量而丰富的教学相关资讯！" style="width:29.9pt;height:18.35pt" o:oleicon="f" o:ole="">
            <v:imagedata r:id="rId1070" o:title="eqId2cdf53108bee755f5aa9a34ea4d163e4"/>
          </v:shape>
        </w:pict>
      </w:r>
      <w:r>
        <w:rPr>
          <w:rFonts w:ascii="宋体" w:eastAsia="宋体" w:hAnsi="宋体" w:cs="宋体"/>
          <w:color w:val="000000"/>
        </w:rPr>
        <w:t>，</w:t>
      </w:r>
      <w:r>
        <w:pict>
          <v:shape id="_x0000_i707645" type="#_x0000_t75" alt="学科网(www.zxxk.com)--教育资源门户，提供试卷、教案、课件、论文、素材以及各类教学资源下载，还有大量而丰富的教学相关资讯！" style="width:54.75pt;height:20.25pt" o:oleicon="f" o:ole="">
            <v:imagedata r:id="rId1071" o:title="eqId4f0be1dd353cd935cc0ca455d7e07df1"/>
          </v:shape>
        </w:pict>
      </w:r>
      <w:r>
        <w:rPr>
          <w:rFonts w:ascii="宋体" w:eastAsia="宋体" w:hAnsi="宋体" w:cs="宋体"/>
          <w:color w:val="000000"/>
        </w:rPr>
        <w:t>，</w:t>
      </w:r>
      <w:r>
        <w:pict>
          <v:shape id="_x0000_i707646" type="#_x0000_t75" alt="学科网(www.zxxk.com)--教育资源门户，提供试卷、教案、课件、论文、素材以及各类教学资源下载，还有大量而丰富的教学相关资讯！" style="width:56.25pt;height:20.25pt" o:oleicon="f" o:ole="">
            <v:imagedata r:id="rId1072" o:title="eqIdc6438c2d157734813e381477c6963789"/>
          </v:shape>
        </w:pict>
      </w:r>
      <w:r>
        <w:rPr>
          <w:rFonts w:ascii="宋体" w:eastAsia="宋体" w:hAnsi="宋体" w:cs="宋体"/>
          <w:color w:val="000000"/>
        </w:rPr>
        <w:t>，</w:t>
      </w:r>
      <w:r>
        <w:pict>
          <v:shape id="_x0000_i707647" type="#_x0000_t75" alt="学科网(www.zxxk.com)--教育资源门户，提供试卷、教案、课件、论文、素材以及各类教学资源下载，还有大量而丰富的教学相关资讯！" style="width:56.25pt;height:20.25pt" o:oleicon="f" o:ole="">
            <v:imagedata r:id="rId1073" o:title="eqId09732cae37c53bc45cce2368d29ffbd1"/>
          </v:shape>
        </w:pict>
      </w:r>
      <w:r>
        <w:rPr>
          <w:rFonts w:ascii="宋体" w:eastAsia="宋体" w:hAnsi="宋体" w:cs="宋体"/>
          <w:color w:val="000000"/>
        </w:rPr>
        <w:t>，…，依此规律进行下去，得到一列数</w:t>
      </w:r>
      <w:r>
        <w:pict>
          <v:shape id="_x0000_i707648" type="#_x0000_t75" alt="学科网(www.zxxk.com)--教育资源门户，提供试卷、教案、课件、论文、素材以及各类教学资源下载，还有大量而丰富的教学相关资讯！" style="width:57pt;height:18pt" o:oleicon="f" o:ole="">
            <v:imagedata r:id="rId1074" o:title="eqIddec99c57bf7997bd93e1ed8f48d5af9a"/>
          </v:shape>
        </w:pict>
      </w:r>
      <w:r>
        <w:rPr>
          <w:rFonts w:ascii="宋体" w:eastAsia="宋体" w:hAnsi="宋体" w:cs="宋体"/>
          <w:color w:val="000000"/>
        </w:rPr>
        <w:t>，…，</w:t>
      </w:r>
      <w:r>
        <w:pict>
          <v:shape id="_x0000_i707649" type="#_x0000_t75" alt="学科网(www.zxxk.com)--教育资源门户，提供试卷、教案、课件、论文、素材以及各类教学资源下载，还有大量而丰富的教学相关资讯！" style="width:14pt;height:17.9pt" o:oleicon="f" o:ole="">
            <v:imagedata r:id="rId1075" o:title="eqId96abfe2da27a63e6affb19a0c80236d9"/>
          </v:shape>
        </w:pict>
      </w:r>
      <w:r>
        <w:rPr>
          <w:rFonts w:ascii="宋体" w:eastAsia="宋体" w:hAnsi="宋体" w:cs="宋体"/>
          <w:color w:val="000000"/>
        </w:rPr>
        <w:t>，…（</w:t>
      </w:r>
      <w:r>
        <w:pict>
          <v:shape id="_x0000_i707650" type="#_x0000_t75" alt="学科网(www.zxxk.com)--教育资源门户，提供试卷、教案、课件、论文、素材以及各类教学资源下载，还有大量而丰富的教学相关资讯！" style="width:9.75pt;height:11.25pt" o:oleicon="f" o:ole="">
            <v:imagedata r:id="rId1076" o:title="eqIdb6a24198bd04c29321ae5dc5a28fe421"/>
          </v:shape>
        </w:pict>
      </w:r>
      <w:r>
        <w:rPr>
          <w:rFonts w:ascii="宋体" w:eastAsia="宋体" w:hAnsi="宋体" w:cs="宋体"/>
          <w:color w:val="000000"/>
        </w:rPr>
        <w:t>为正整数），则</w:t>
      </w:r>
      <w:r>
        <w:pict>
          <v:shape id="_x0000_i707651" type="#_x0000_t75" alt="学科网(www.zxxk.com)--教育资源门户，提供试卷、教案、课件、论文、素材以及各类教学资源下载，还有大量而丰富的教学相关资讯！" style="width:24.2pt;height:17.85pt" o:oleicon="f" o:ole="">
            <v:imagedata r:id="rId1077" o:title="eqIdfbfc875ca919921e8f63a6fca648561b"/>
          </v:shape>
        </w:pict>
      </w:r>
      <w:r>
        <w:rPr>
          <w:rFonts w:ascii="宋体" w:eastAsia="宋体" w:hAnsi="宋体" w:cs="宋体"/>
          <w:color w:val="000000"/>
        </w:rPr>
        <w:t>_________</w:t>
      </w:r>
      <w:r>
        <w:rPr>
          <w:rFonts w:ascii="宋体" w:eastAsia="宋体" w:hAnsi="宋体" w:cs="宋体"/>
          <w:color w:val="000000"/>
        </w:rPr>
        <w:t>，</w:t>
      </w:r>
      <w:r>
        <w:pict>
          <v:shape id="_x0000_i707652" type="#_x0000_t75" alt="学科网(www.zxxk.com)--教育资源门户，提供试卷、教案、课件、论文、素材以及各类教学资源下载，还有大量而丰富的教学相关资讯！" style="width:118.5pt;height:18pt" o:oleicon="f" o:ole="">
            <v:imagedata r:id="rId1078" o:title="eqId4212f290b64290bbdd98bab695982b71"/>
          </v:shape>
        </w:pict>
      </w:r>
      <w:r>
        <w:rPr>
          <w:rFonts w:ascii="宋体" w:eastAsia="宋体" w:hAnsi="宋体" w:cs="宋体"/>
          <w:color w:val="000000"/>
        </w:rPr>
        <w:t>_______</w:t>
      </w:r>
      <w:r>
        <w:rPr>
          <w:rFonts w:ascii="宋体" w:eastAsia="宋体" w:hAnsi="宋体" w:cs="宋体"/>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Times New Roman" w:eastAsia="Times New Roman" w:hAnsi="Times New Roman" w:cs="Times New Roman"/>
          <w:color w:val="000000"/>
        </w:rPr>
        <w:t>2</w:t>
      </w:r>
      <w:r>
        <w:rPr>
          <w:color w:val="000000"/>
        </w:rPr>
        <w:t xml:space="preserve">    ②. </w:t>
      </w:r>
      <w:r>
        <w:rPr>
          <w:rFonts w:ascii="Times New Roman" w:eastAsia="Times New Roman" w:hAnsi="Times New Roman" w:cs="Times New Roman"/>
          <w:color w:val="000000"/>
        </w:rPr>
        <w:t>4705</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根据“若</w:t>
      </w:r>
      <w:r>
        <w:rPr>
          <w:rFonts w:ascii="Times New Roman" w:eastAsia="Times New Roman" w:hAnsi="Times New Roman" w:cs="Times New Roman"/>
          <w:i/>
          <w:color w:val="000000"/>
        </w:rPr>
        <w:t>a</w:t>
      </w:r>
      <w:r>
        <w:rPr>
          <w:rFonts w:ascii="宋体" w:eastAsia="宋体" w:hAnsi="宋体" w:cs="宋体"/>
          <w:color w:val="000000"/>
        </w:rPr>
        <w:t>为奇数，则</w:t>
      </w:r>
      <w:r>
        <w:pict>
          <v:shape id="_x0000_i707653" type="#_x0000_t75" alt="学科网(www.zxxk.com)--教育资源门户，提供试卷、教案、课件、论文、素材以及各类教学资源下载，还有大量而丰富的教学相关资讯！" style="width:67.75pt;height:16.4pt" o:oleicon="f" o:ole="">
            <v:imagedata r:id="rId1079" o:title="eqId21db4cf224f120fa5488b19ce09c00bd"/>
          </v:shape>
        </w:pic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为偶数，则</w:t>
      </w:r>
      <w:r>
        <w:pict>
          <v:shape id="_x0000_i707654" type="#_x0000_t75" alt="学科网(www.zxxk.com)--教育资源门户，提供试卷、教案、课件、论文、素材以及各类教学资源下载，还有大量而丰富的教学相关资讯！" style="width:44.25pt;height:29.25pt" o:oleicon="f" o:ole="">
            <v:imagedata r:id="rId1080" o:title="eqIdc1fbbfaaa138388ca203ac256ea26272"/>
          </v:shape>
        </w:pict>
      </w:r>
      <w:r>
        <w:rPr>
          <w:rFonts w:ascii="宋体" w:eastAsia="宋体" w:hAnsi="宋体" w:cs="宋体"/>
          <w:color w:val="000000"/>
        </w:rPr>
        <w:t>．”即可得出</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5</w:t>
      </w:r>
      <w:r>
        <w:rPr>
          <w:rFonts w:ascii="宋体" w:eastAsia="宋体" w:hAnsi="宋体" w:cs="宋体"/>
          <w:color w:val="000000"/>
        </w:rPr>
        <w:t>的值，进而可得出数列</w:t>
      </w:r>
      <w:r>
        <w:rPr>
          <w:rFonts w:ascii="Times New Roman" w:eastAsia="Times New Roman" w:hAnsi="Times New Roman" w:cs="Times New Roman"/>
          <w:i/>
          <w:color w:val="000000"/>
        </w:rPr>
        <w:t>a</w:t>
      </w:r>
      <w:r>
        <w:rPr>
          <w:rFonts w:ascii="Times New Roman" w:eastAsia="Times New Roman" w:hAnsi="Times New Roman" w:cs="Times New Roman"/>
          <w:i/>
          <w:color w:val="000000"/>
          <w:vertAlign w:val="subscript"/>
        </w:rPr>
        <w:t>n</w:t>
      </w:r>
      <w:r>
        <w:rPr>
          <w:rFonts w:ascii="宋体" w:eastAsia="宋体" w:hAnsi="宋体" w:cs="宋体"/>
          <w:color w:val="000000"/>
        </w:rPr>
        <w:t>从第二项开始以</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为周期循环，再根据</w:t>
      </w:r>
      <w:r>
        <w:rPr>
          <w:rFonts w:ascii="Times New Roman" w:eastAsia="Times New Roman" w:hAnsi="Times New Roman" w:cs="Times New Roman"/>
          <w:color w:val="000000"/>
        </w:rPr>
        <w:t>2014−1</w:t>
      </w:r>
      <w:r>
        <w:rPr>
          <w:rFonts w:ascii="宋体" w:eastAsia="宋体" w:hAnsi="宋体" w:cs="宋体"/>
          <w:color w:val="000000"/>
        </w:rPr>
        <w:t>＝</w:t>
      </w:r>
      <w:r>
        <w:rPr>
          <w:rFonts w:ascii="Times New Roman" w:eastAsia="Times New Roman" w:hAnsi="Times New Roman" w:cs="Times New Roman"/>
          <w:color w:val="000000"/>
        </w:rPr>
        <w:t>2013</w:t>
      </w:r>
      <w:r>
        <w:rPr>
          <w:rFonts w:ascii="宋体" w:eastAsia="宋体" w:hAnsi="宋体" w:cs="宋体"/>
          <w:color w:val="000000"/>
        </w:rPr>
        <w:t>＝</w:t>
      </w:r>
      <w:r>
        <w:rPr>
          <w:rFonts w:ascii="Times New Roman" w:eastAsia="Times New Roman" w:hAnsi="Times New Roman" w:cs="Times New Roman"/>
          <w:color w:val="000000"/>
        </w:rPr>
        <w:t>671×3</w:t>
      </w:r>
      <w:r>
        <w:rPr>
          <w:rFonts w:ascii="宋体" w:eastAsia="宋体" w:hAnsi="宋体" w:cs="宋体"/>
          <w:color w:val="000000"/>
        </w:rPr>
        <w:t>，即可求出前</w:t>
      </w:r>
      <w:r>
        <w:rPr>
          <w:rFonts w:ascii="Times New Roman" w:eastAsia="Times New Roman" w:hAnsi="Times New Roman" w:cs="Times New Roman"/>
          <w:color w:val="000000"/>
        </w:rPr>
        <w:t>2014</w:t>
      </w:r>
      <w:r>
        <w:rPr>
          <w:rFonts w:ascii="宋体" w:eastAsia="宋体" w:hAnsi="宋体" w:cs="宋体"/>
          <w:color w:val="000000"/>
        </w:rPr>
        <w:t>项的和．</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pict>
          <v:shape id="_x0000_i707655" type="#_x0000_t75" alt="学科网(www.zxxk.com)--教育资源门户，提供试卷、教案、课件、论文、素材以及各类教学资源下载，还有大量而丰富的教学相关资讯！" style="width:72.7pt;height:31.25pt" o:oleicon="f" o:ole="">
            <v:imagedata r:id="rId1081" o:title="eqId32e54f79e9cfae0d66b506502926594c"/>
          </v:shape>
        </w:pic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7656" type="#_x0000_t75" alt="学科网(www.zxxk.com)--教育资源门户，提供试卷、教案、课件、论文、素材以及各类教学资源下载，还有大量而丰富的教学相关资讯！" style="width:74.05pt;height:31.25pt" o:oleicon="f" o:ole="">
            <v:imagedata r:id="rId1082" o:title="eqIdca3c994e6032c87450cd409f2ab4228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657" type="#_x0000_t75" alt="学科网(www.zxxk.com)--教育资源门户，提供试卷、教案、课件、论文、素材以及各类教学资源下载，还有大量而丰富的教学相关资讯！" style="width:86.95pt;height:31.25pt" o:oleicon="f" o:ole="">
            <v:imagedata r:id="rId1083" o:title="eqId201da6f7f3c1537f9f9443c2c9a5de38"/>
          </v:shape>
        </w:pict>
      </w:r>
      <w:r>
        <w:rPr>
          <w:rFonts w:ascii="宋体" w:eastAsia="宋体" w:hAnsi="宋体" w:cs="宋体"/>
          <w:color w:val="000000"/>
        </w:rPr>
        <w:t>，</w:t>
      </w:r>
      <w:r>
        <w:pict>
          <v:shape id="_x0000_i707658" type="#_x0000_t75" alt="学科网(www.zxxk.com)--教育资源门户，提供试卷、教案、课件、论文、素材以及各类教学资源下载，还有大量而丰富的教学相关资讯！" style="width:65.2pt;height:19.7pt" o:oleicon="f" o:ole="">
            <v:imagedata r:id="rId1084" o:title="eqIde81595a83b5c10d3f9134a2e51a5dd56"/>
          </v:shape>
        </w:pic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∴数列</w:t>
      </w:r>
      <w:r>
        <w:rPr>
          <w:rFonts w:ascii="Times New Roman" w:eastAsia="Times New Roman" w:hAnsi="Times New Roman" w:cs="Times New Roman"/>
          <w:i/>
          <w:color w:val="000000"/>
        </w:rPr>
        <w:t>a</w:t>
      </w:r>
      <w:r>
        <w:rPr>
          <w:rFonts w:ascii="Times New Roman" w:eastAsia="Times New Roman" w:hAnsi="Times New Roman" w:cs="Times New Roman"/>
          <w:i/>
          <w:color w:val="000000"/>
          <w:vertAlign w:val="subscript"/>
        </w:rPr>
        <w:t>n</w:t>
      </w:r>
      <w:r>
        <w:rPr>
          <w:rFonts w:ascii="宋体" w:eastAsia="宋体" w:hAnsi="宋体" w:cs="宋体"/>
          <w:color w:val="000000"/>
        </w:rPr>
        <w:t>从第二项开始以</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为周期循环，</w:t>
      </w:r>
    </w:p>
    <w:p>
      <w:pPr>
        <w:spacing w:line="360" w:lineRule="auto"/>
        <w:jc w:val="left"/>
        <w:textAlignment w:val="center"/>
        <w:rPr>
          <w:rFonts w:ascii="宋体" w:eastAsia="宋体" w:hAnsi="宋体" w:cs="宋体"/>
          <w:color w:val="000000"/>
        </w:rPr>
      </w:pPr>
      <w:r>
        <w:rPr>
          <w:rFonts w:ascii="宋体" w:eastAsia="宋体" w:hAnsi="宋体" w:cs="宋体"/>
          <w:color w:val="000000"/>
        </w:rPr>
        <w:t>又∵</w:t>
      </w:r>
      <w:r>
        <w:rPr>
          <w:rFonts w:ascii="Times New Roman" w:eastAsia="Times New Roman" w:hAnsi="Times New Roman" w:cs="Times New Roman"/>
          <w:color w:val="000000"/>
        </w:rPr>
        <w:t>2014−1</w:t>
      </w:r>
      <w:r>
        <w:rPr>
          <w:rFonts w:ascii="宋体" w:eastAsia="宋体" w:hAnsi="宋体" w:cs="宋体"/>
          <w:color w:val="000000"/>
        </w:rPr>
        <w:t>＝</w:t>
      </w:r>
      <w:r>
        <w:rPr>
          <w:rFonts w:ascii="Times New Roman" w:eastAsia="Times New Roman" w:hAnsi="Times New Roman" w:cs="Times New Roman"/>
          <w:color w:val="000000"/>
        </w:rPr>
        <w:t>2013</w:t>
      </w:r>
      <w:r>
        <w:rPr>
          <w:rFonts w:ascii="宋体" w:eastAsia="宋体" w:hAnsi="宋体" w:cs="宋体"/>
          <w:color w:val="000000"/>
        </w:rPr>
        <w:t>＝</w:t>
      </w:r>
      <w:r>
        <w:rPr>
          <w:rFonts w:ascii="Times New Roman" w:eastAsia="Times New Roman" w:hAnsi="Times New Roman" w:cs="Times New Roman"/>
          <w:color w:val="000000"/>
        </w:rPr>
        <w:t>671×3</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2014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671</w:t>
      </w:r>
      <w:r>
        <w:rPr>
          <w:rFonts w:ascii="宋体" w:eastAsia="宋体" w:hAnsi="宋体" w:cs="宋体"/>
          <w:color w:val="000000"/>
        </w:rPr>
        <w:t>＝</w:t>
      </w:r>
      <w:r>
        <w:rPr>
          <w:rFonts w:ascii="Times New Roman" w:eastAsia="Times New Roman" w:hAnsi="Times New Roman" w:cs="Times New Roman"/>
          <w:color w:val="000000"/>
        </w:rPr>
        <w:t>4705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4705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本题考查了规律型中数字的变化类，根据数据的变化找出变化规律是解题的关键．</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阅读下面材料，回答问题：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距离能够产生美．</w:t>
      </w:r>
    </w:p>
    <w:p>
      <w:pPr>
        <w:spacing w:line="360" w:lineRule="auto"/>
        <w:jc w:val="left"/>
        <w:textAlignment w:val="center"/>
        <w:rPr>
          <w:rFonts w:ascii="宋体" w:eastAsia="宋体" w:hAnsi="宋体" w:cs="宋体"/>
          <w:color w:val="000000"/>
        </w:rPr>
      </w:pPr>
      <w:r>
        <w:rPr>
          <w:rFonts w:ascii="宋体" w:eastAsia="宋体" w:hAnsi="宋体" w:cs="宋体"/>
          <w:color w:val="000000"/>
        </w:rPr>
        <w:t>唐代著名文学家韩愈曾赋诗：“天街小雨润如酥，草色遥看近却无”．</w:t>
      </w:r>
    </w:p>
    <w:p>
      <w:pPr>
        <w:spacing w:line="360" w:lineRule="auto"/>
        <w:jc w:val="left"/>
        <w:textAlignment w:val="center"/>
        <w:rPr>
          <w:rFonts w:ascii="宋体" w:eastAsia="宋体" w:hAnsi="宋体" w:cs="宋体"/>
          <w:color w:val="000000"/>
        </w:rPr>
      </w:pPr>
      <w:r>
        <w:rPr>
          <w:rFonts w:ascii="宋体" w:eastAsia="宋体" w:hAnsi="宋体" w:cs="宋体"/>
          <w:color w:val="000000"/>
        </w:rPr>
        <w:t>当代印度著名诗人泰戈尔在《世界上最遥远的距离》中写道：“世界上最遥远的距离，不是瞬间便无处寻觅，而是尚未相遇，便注定无法相聚．”距离是数学、天文学、物理学中的热门话题，唯有对宇宙距离进行测量，人类才能掌握世界尺度．</w:t>
      </w:r>
    </w:p>
    <w:p>
      <w:pPr>
        <w:spacing w:line="360" w:lineRule="auto"/>
        <w:jc w:val="left"/>
        <w:textAlignment w:val="center"/>
        <w:rPr>
          <w:rFonts w:ascii="宋体" w:eastAsia="宋体" w:hAnsi="宋体" w:cs="宋体"/>
          <w:color w:val="000000"/>
        </w:rPr>
      </w:pP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在数轴上分别表示理数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两点之间的距离表示为</w:t>
      </w:r>
      <w:r>
        <w:rPr>
          <w:rFonts w:ascii="Times New Roman" w:eastAsia="Times New Roman" w:hAnsi="Times New Roman" w:cs="Times New Roman"/>
          <w:i/>
          <w:color w:val="000000"/>
        </w:rPr>
        <w:t>AB</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两点中有一点在原点时，不妨设点</w:t>
      </w:r>
      <w:r>
        <w:rPr>
          <w:rFonts w:ascii="Times New Roman" w:eastAsia="Times New Roman" w:hAnsi="Times New Roman" w:cs="Times New Roman"/>
          <w:i/>
          <w:color w:val="000000"/>
        </w:rPr>
        <w:t>A</w:t>
      </w:r>
      <w:r>
        <w:rPr>
          <w:rFonts w:ascii="宋体" w:eastAsia="宋体" w:hAnsi="宋体" w:cs="宋体"/>
          <w:color w:val="000000"/>
        </w:rPr>
        <w:t>在原点，如图</w:t>
      </w:r>
      <w:r>
        <w:rPr>
          <w:rFonts w:ascii="Times New Roman" w:eastAsia="Times New Roman" w:hAnsi="Times New Roman" w:cs="Times New Roman"/>
          <w:color w:val="000000"/>
        </w:rPr>
        <w:t>1</w:t>
      </w:r>
      <w:r>
        <w:rPr>
          <w:rFonts w:ascii="宋体" w:eastAsia="宋体" w:hAnsi="宋体" w:cs="宋体"/>
          <w:color w:val="000000"/>
        </w:rPr>
        <w:t>，</w:t>
      </w:r>
      <w:r>
        <w:pict>
          <v:shape id="_x0000_i707659" type="#_x0000_t75" alt="学科网(www.zxxk.com)--教育资源门户，提供试卷、教案、课件、论文、素材以及各类教学资源下载，还有大量而丰富的教学相关资讯！" style="width:108pt;height:20.25pt" o:oleicon="f" o:ole="">
            <v:imagedata r:id="rId1085" o:title="eqId03d4ba3f7bacbe5fefcf150ab9b8f55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1533525" cy="542925"/>
            <wp:docPr id="27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 name=""/>
                    <pic:cNvPicPr>
                      <a:picLocks noChangeAspect="1"/>
                    </pic:cNvPicPr>
                  </pic:nvPicPr>
                  <pic:blipFill>
                    <a:blip r:embed="rId1086"/>
                    <a:stretch>
                      <a:fillRect/>
                    </a:stretch>
                  </pic:blipFill>
                  <pic:spPr>
                    <a:xfrm>
                      <a:off x="0" y="0"/>
                      <a:ext cx="1533525" cy="54292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两点都不在原点时，</w:t>
      </w:r>
    </w:p>
    <w:p>
      <w:pPr>
        <w:spacing w:line="360" w:lineRule="auto"/>
        <w:jc w:val="left"/>
        <w:textAlignment w:val="center"/>
        <w:rPr>
          <w:rFonts w:ascii="宋体" w:eastAsia="宋体" w:hAnsi="宋体" w:cs="宋体"/>
          <w:color w:val="000000"/>
        </w:rPr>
      </w:pPr>
      <w:r>
        <w:rPr>
          <w:rFonts w:ascii="宋体" w:eastAsia="宋体" w:hAnsi="宋体" w:cs="宋体"/>
          <w:color w:val="000000"/>
        </w:rPr>
        <w:t>①如图</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都在原点的右边，</w:t>
      </w:r>
      <w:r>
        <w:pict>
          <v:shape id="_x0000_i707660" type="#_x0000_t75" alt="学科网(www.zxxk.com)--教育资源门户，提供试卷、教案、课件、论文、素材以及各类教学资源下载，还有大量而丰富的教学相关资讯！" style="width:189pt;height:20.15pt" o:oleicon="f" o:ole="">
            <v:imagedata r:id="rId1087" o:title="eqId22e94d586928204a00b046109ef5f67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1628775" cy="571500"/>
            <wp:docPr id="27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 name=""/>
                    <pic:cNvPicPr>
                      <a:picLocks noChangeAspect="1"/>
                    </pic:cNvPicPr>
                  </pic:nvPicPr>
                  <pic:blipFill>
                    <a:blip r:embed="rId1088"/>
                    <a:stretch>
                      <a:fillRect/>
                    </a:stretch>
                  </pic:blipFill>
                  <pic:spPr>
                    <a:xfrm>
                      <a:off x="0" y="0"/>
                      <a:ext cx="1628775" cy="5715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②如图</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都在原点的左边，</w:t>
      </w:r>
    </w:p>
    <w:p>
      <w:pPr>
        <w:spacing w:line="360" w:lineRule="auto"/>
        <w:jc w:val="left"/>
        <w:textAlignment w:val="center"/>
        <w:rPr>
          <w:color w:val="000000"/>
        </w:rPr>
      </w:pPr>
      <w:r>
        <w:rPr>
          <w:rFonts w:ascii="宋体" w:eastAsia="宋体" w:hAnsi="宋体" w:cs="宋体"/>
          <w:color w:val="000000"/>
        </w:rPr>
        <w:drawing>
          <wp:inline>
            <wp:extent cx="1590675" cy="590550"/>
            <wp:docPr id="27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 name=""/>
                    <pic:cNvPicPr>
                      <a:picLocks noChangeAspect="1"/>
                    </pic:cNvPicPr>
                  </pic:nvPicPr>
                  <pic:blipFill>
                    <a:blip r:embed="rId1089"/>
                    <a:stretch>
                      <a:fillRect/>
                    </a:stretch>
                  </pic:blipFill>
                  <pic:spPr>
                    <a:xfrm>
                      <a:off x="0" y="0"/>
                      <a:ext cx="1590675" cy="5905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pict>
          <v:shape id="_x0000_i707661" type="#_x0000_t75" alt="学科网(www.zxxk.com)--教育资源门户，提供试卷、教案、课件、论文、素材以及各类教学资源下载，还有大量而丰富的教学相关资讯！" style="width:245.5pt;height:19.5pt" o:oleicon="f" o:ole="">
            <v:imagedata r:id="rId1090" o:title="eqIde532193ad9713cd094079fe96d1ea78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③如图</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在原点的两边，</w:t>
      </w:r>
    </w:p>
    <w:p>
      <w:pPr>
        <w:spacing w:line="360" w:lineRule="auto"/>
        <w:jc w:val="left"/>
        <w:textAlignment w:val="center"/>
        <w:rPr>
          <w:color w:val="000000"/>
        </w:rPr>
      </w:pPr>
      <w:r>
        <w:rPr>
          <w:rFonts w:ascii="宋体" w:eastAsia="宋体" w:hAnsi="宋体" w:cs="宋体"/>
          <w:color w:val="000000"/>
        </w:rPr>
        <w:drawing>
          <wp:inline>
            <wp:extent cx="1514475" cy="600075"/>
            <wp:docPr id="27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 name=""/>
                    <pic:cNvPicPr>
                      <a:picLocks noChangeAspect="1"/>
                    </pic:cNvPicPr>
                  </pic:nvPicPr>
                  <pic:blipFill>
                    <a:blip r:embed="rId1091"/>
                    <a:stretch>
                      <a:fillRect/>
                    </a:stretch>
                  </pic:blipFill>
                  <pic:spPr>
                    <a:xfrm>
                      <a:off x="0" y="0"/>
                      <a:ext cx="1514475" cy="60007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pict>
          <v:shape id="_x0000_i707662" type="#_x0000_t75" alt="学科网(www.zxxk.com)--教育资源门户，提供试卷、教案、课件、论文、素材以及各类教学资源下载，还有大量而丰富的教学相关资讯！" style="width:238.5pt;height:19.5pt" o:oleicon="f" o:ole="">
            <v:imagedata r:id="rId1092" o:title="eqId783f83f35aed861b9963ded4882e3ff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w:t>
      </w:r>
      <w:r>
        <w:pict>
          <v:shape id="_x0000_i707663" type="#_x0000_t75" alt="学科网(www.zxxk.com)--教育资源门户，提供试卷、教案、课件、论文、素材以及各类教学资源下载，还有大量而丰富的教学相关资讯！" style="width:62.15pt;height:20.55pt" o:oleicon="f" o:ole="">
            <v:imagedata r:id="rId1093" o:title="eqId99b60a6e9515c220c8554719e399ec4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利用上述结论，回答以下三个问题：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）若数轴上表示</w:t>
      </w:r>
      <w:r>
        <w:rPr>
          <w:rFonts w:ascii="Times New Roman" w:eastAsia="Times New Roman" w:hAnsi="Times New Roman" w:cs="Times New Roman"/>
          <w:i/>
          <w:color w:val="000000"/>
        </w:rPr>
        <w:t>x</w:t>
      </w:r>
      <w:r>
        <w:rPr>
          <w:rFonts w:ascii="宋体" w:eastAsia="宋体" w:hAnsi="宋体" w:cs="宋体"/>
          <w:color w:val="000000"/>
        </w:rPr>
        <w:t>和</w:t>
      </w:r>
      <w:r>
        <w:pict>
          <v:shape id="_x0000_i707664" type="#_x0000_t75" alt="学科网(www.zxxk.com)--教育资源门户，提供试卷、教案、课件、论文、素材以及各类教学资源下载，还有大量而丰富的教学相关资讯！" style="width:14.25pt;height:11.25pt" o:oleicon="f" o:ole="">
            <v:imagedata r:id="rId1094" o:title="eqId274a9dc37509f01c2606fb3086a46f4f"/>
          </v:shape>
        </w:pict>
      </w:r>
      <w:r>
        <w:rPr>
          <w:rFonts w:ascii="宋体" w:eastAsia="宋体" w:hAnsi="宋体" w:cs="宋体"/>
          <w:color w:val="000000"/>
        </w:rPr>
        <w:t>的两点之间的距离是</w:t>
      </w:r>
      <w:r>
        <w:rPr>
          <w:rFonts w:ascii="Times New Roman" w:eastAsia="Times New Roman" w:hAnsi="Times New Roman" w:cs="Times New Roman"/>
          <w:color w:val="000000"/>
        </w:rPr>
        <w:t>4</w:t>
      </w:r>
      <w:r>
        <w:rPr>
          <w:rFonts w:ascii="宋体" w:eastAsia="宋体" w:hAnsi="宋体" w:cs="宋体"/>
          <w:color w:val="000000"/>
        </w:rPr>
        <w:t>，则</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）若代数式</w:t>
      </w:r>
      <w:r>
        <w:pict>
          <v:shape id="_x0000_i707665" type="#_x0000_t75" alt="学科网(www.zxxk.com)--教育资源门户，提供试卷、教案、课件、论文、素材以及各类教学资源下载，还有大量而丰富的教学相关资讯！" style="width:75pt;height:16pt" o:oleicon="f" o:ole="">
            <v:imagedata r:id="rId1095" o:title="eqId479e6df4ec81331c3e00ef341ccff745"/>
          </v:shape>
        </w:pict>
      </w:r>
      <w:r>
        <w:rPr>
          <w:rFonts w:ascii="宋体" w:eastAsia="宋体" w:hAnsi="宋体" w:cs="宋体"/>
          <w:color w:val="000000"/>
        </w:rPr>
        <w:t>取最小值时，则</w:t>
      </w:r>
      <w:r>
        <w:rPr>
          <w:rFonts w:ascii="Times New Roman" w:eastAsia="Times New Roman" w:hAnsi="Times New Roman" w:cs="Times New Roman"/>
          <w:i/>
          <w:color w:val="000000"/>
        </w:rPr>
        <w:t>x</w:t>
      </w:r>
      <w:r>
        <w:rPr>
          <w:rFonts w:ascii="宋体" w:eastAsia="宋体" w:hAnsi="宋体" w:cs="宋体"/>
          <w:color w:val="000000"/>
        </w:rPr>
        <w:t>的取值范围是</w:t>
      </w:r>
      <w:r>
        <w:rPr>
          <w:rFonts w:ascii="宋体" w:eastAsia="宋体" w:hAnsi="宋体" w:cs="宋体"/>
          <w:color w:val="000000"/>
          <w:u w:val="single"/>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）若未知数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满足</w:t>
      </w:r>
      <w:r>
        <w:pict>
          <v:shape id="_x0000_i707666" type="#_x0000_t75" alt="学科网(www.zxxk.com)--教育资源门户，提供试卷、教案、课件、论文、素材以及各类教学资源下载，还有大量而丰富的教学相关资讯！" style="width:160.5pt;height:18.75pt" o:oleicon="f" o:ole="">
            <v:imagedata r:id="rId1096" o:title="eqIda8f38aea5a5baab631229be493688408"/>
          </v:shape>
        </w:pict>
      </w:r>
      <w:r>
        <w:rPr>
          <w:rFonts w:ascii="宋体" w:eastAsia="宋体" w:hAnsi="宋体" w:cs="宋体"/>
          <w:color w:val="000000"/>
        </w:rPr>
        <w:t>，则代数式</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y</w:t>
      </w:r>
      <w:r>
        <w:rPr>
          <w:rFonts w:ascii="宋体" w:eastAsia="宋体" w:hAnsi="宋体" w:cs="宋体"/>
          <w:color w:val="000000"/>
        </w:rPr>
        <w:t>的最大值是</w:t>
      </w:r>
      <w:r>
        <w:rPr>
          <w:rFonts w:ascii="Times New Roman" w:eastAsia="Times New Roman" w:hAnsi="Times New Roman" w:cs="Times New Roman"/>
          <w:color w:val="000000"/>
          <w:u w:val="single"/>
        </w:rPr>
        <w:t xml:space="preserve">            </w:t>
      </w:r>
      <w:r>
        <w:rPr>
          <w:rFonts w:ascii="宋体" w:eastAsia="宋体" w:hAnsi="宋体" w:cs="宋体"/>
          <w:color w:val="000000"/>
        </w:rPr>
        <w:t>，最小值是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）把问题转化为绝对值方程，即可解决问题．</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）若代数式</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取最小值时，表示在数轴上找一点</w:t>
      </w:r>
      <w:r>
        <w:rPr>
          <w:rFonts w:ascii="Times New Roman" w:eastAsia="Times New Roman" w:hAnsi="Times New Roman" w:cs="Times New Roman"/>
          <w:i/>
          <w:color w:val="000000"/>
        </w:rPr>
        <w:t>x</w:t>
      </w:r>
      <w:r>
        <w:rPr>
          <w:rFonts w:ascii="宋体" w:eastAsia="宋体" w:hAnsi="宋体" w:cs="宋体"/>
          <w:color w:val="000000"/>
        </w:rPr>
        <w:t>，到</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的距离之和最小，显然这个点</w:t>
      </w:r>
      <w:r>
        <w:rPr>
          <w:rFonts w:ascii="Times New Roman" w:eastAsia="Times New Roman" w:hAnsi="Times New Roman" w:cs="Times New Roman"/>
          <w:i/>
          <w:color w:val="000000"/>
        </w:rPr>
        <w:t>x</w:t>
      </w:r>
      <w:r>
        <w:rPr>
          <w:rFonts w:ascii="宋体" w:eastAsia="宋体" w:hAnsi="宋体" w:cs="宋体"/>
          <w:color w:val="000000"/>
        </w:rPr>
        <w:t>在</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之间（包括</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），由此即可解决问题．</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））因为（</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-2|+|</w:t>
      </w:r>
      <w:r>
        <w:rPr>
          <w:rFonts w:ascii="Times New Roman" w:eastAsia="Times New Roman" w:hAnsi="Times New Roman" w:cs="Times New Roman"/>
          <w:i/>
          <w:color w:val="000000"/>
        </w:rPr>
        <w:t>y</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，又因为</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的最小值为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-2|+|</w:t>
      </w:r>
      <w:r>
        <w:rPr>
          <w:rFonts w:ascii="Times New Roman" w:eastAsia="Times New Roman" w:hAnsi="Times New Roman" w:cs="Times New Roman"/>
          <w:i/>
          <w:color w:val="000000"/>
        </w:rPr>
        <w:t>y</w:t>
      </w:r>
      <w:r>
        <w:rPr>
          <w:rFonts w:ascii="Times New Roman" w:eastAsia="Times New Roman" w:hAnsi="Times New Roman" w:cs="Times New Roman"/>
          <w:color w:val="000000"/>
        </w:rPr>
        <w:t>+1|</w:t>
      </w:r>
      <w:r>
        <w:rPr>
          <w:rFonts w:ascii="宋体" w:eastAsia="宋体" w:hAnsi="宋体" w:cs="宋体"/>
          <w:color w:val="000000"/>
        </w:rPr>
        <w:t>的最小值为</w:t>
      </w:r>
      <w:r>
        <w:rPr>
          <w:rFonts w:ascii="Times New Roman" w:eastAsia="Times New Roman" w:hAnsi="Times New Roman" w:cs="Times New Roman"/>
          <w:color w:val="000000"/>
        </w:rPr>
        <w:t>3</w:t>
      </w:r>
      <w:r>
        <w:rPr>
          <w:rFonts w:ascii="宋体" w:eastAsia="宋体" w:hAnsi="宋体" w:cs="宋体"/>
          <w:color w:val="000000"/>
        </w:rPr>
        <w:t>，所以</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y</w:t>
      </w:r>
      <w:r>
        <w:rPr>
          <w:rFonts w:ascii="Times New Roman" w:eastAsia="Times New Roman" w:hAnsi="Times New Roman" w:cs="Times New Roman"/>
          <w:color w:val="000000"/>
        </w:rPr>
        <w:t>≤2</w:t>
      </w:r>
      <w:r>
        <w:rPr>
          <w:rFonts w:ascii="宋体" w:eastAsia="宋体" w:hAnsi="宋体" w:cs="宋体"/>
          <w:color w:val="000000"/>
        </w:rPr>
        <w:t>，由此不难得到答案．</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）若数轴上表示</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的两点之间的距离是</w:t>
      </w:r>
      <w:r>
        <w:rPr>
          <w:rFonts w:ascii="Times New Roman" w:eastAsia="Times New Roman" w:hAnsi="Times New Roman" w:cs="Times New Roman"/>
          <w:color w:val="000000"/>
        </w:rPr>
        <w:t>4</w:t>
      </w:r>
      <w:r>
        <w:rPr>
          <w:rFonts w:ascii="宋体" w:eastAsia="宋体" w:hAnsi="宋体" w:cs="宋体"/>
          <w:color w:val="000000"/>
        </w:rPr>
        <w:t>，</w:t>
      </w:r>
      <w:r>
        <w:rPr>
          <w:color w:val="000000"/>
        </w:rPr>
        <w:br/>
      </w:r>
      <w:r>
        <w:rPr>
          <w:rFonts w:ascii="宋体" w:eastAsia="宋体" w:hAnsi="宋体" w:cs="宋体"/>
          <w:color w:val="000000"/>
        </w:rPr>
        <w:t>则</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+2|=4</w:t>
      </w:r>
      <w:r>
        <w:rPr>
          <w:rFonts w:ascii="宋体" w:eastAsia="宋体" w:hAnsi="宋体" w:cs="宋体"/>
          <w:color w:val="000000"/>
        </w:rPr>
        <w:t>，</w:t>
      </w:r>
      <w:r>
        <w:rPr>
          <w:color w:val="000000"/>
        </w:rPr>
        <w:br/>
      </w: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=-2-4=-6</w:t>
      </w:r>
      <w:r>
        <w:rPr>
          <w:rFonts w:ascii="宋体" w:eastAsia="宋体" w:hAnsi="宋体" w:cs="宋体"/>
          <w:color w:val="000000"/>
        </w:rPr>
        <w:t>或</w:t>
      </w:r>
      <w:r>
        <w:rPr>
          <w:rFonts w:ascii="Times New Roman" w:eastAsia="Times New Roman" w:hAnsi="Times New Roman" w:cs="Times New Roman"/>
          <w:i/>
          <w:color w:val="000000"/>
        </w:rPr>
        <w:t>x</w:t>
      </w:r>
      <w:r>
        <w:rPr>
          <w:rFonts w:ascii="Times New Roman" w:eastAsia="Times New Roman" w:hAnsi="Times New Roman" w:cs="Times New Roman"/>
          <w:color w:val="000000"/>
        </w:rPr>
        <w:t>=-2+4=2</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-6</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）若代数式</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取最小值时，表示在数轴上找一点</w:t>
      </w:r>
      <w:r>
        <w:rPr>
          <w:rFonts w:ascii="Times New Roman" w:eastAsia="Times New Roman" w:hAnsi="Times New Roman" w:cs="Times New Roman"/>
          <w:i/>
          <w:color w:val="000000"/>
        </w:rPr>
        <w:t>x</w:t>
      </w:r>
      <w:r>
        <w:rPr>
          <w:rFonts w:ascii="宋体" w:eastAsia="宋体" w:hAnsi="宋体" w:cs="宋体"/>
          <w:color w:val="000000"/>
        </w:rPr>
        <w:t>，到</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的距离之和最小，显然这个点</w:t>
      </w:r>
      <w:r>
        <w:rPr>
          <w:rFonts w:ascii="Times New Roman" w:eastAsia="Times New Roman" w:hAnsi="Times New Roman" w:cs="Times New Roman"/>
          <w:i/>
          <w:color w:val="000000"/>
        </w:rPr>
        <w:t>x</w:t>
      </w:r>
      <w:r>
        <w:rPr>
          <w:rFonts w:ascii="宋体" w:eastAsia="宋体" w:hAnsi="宋体" w:cs="宋体"/>
          <w:color w:val="000000"/>
        </w:rPr>
        <w:t>在</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之间（包括</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的取值范围是</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-2|+|</w:t>
      </w:r>
      <w:r>
        <w:rPr>
          <w:rFonts w:ascii="Times New Roman" w:eastAsia="Times New Roman" w:hAnsi="Times New Roman" w:cs="Times New Roman"/>
          <w:i/>
          <w:color w:val="000000"/>
        </w:rPr>
        <w:t>y</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color w:val="000000"/>
        </w:rPr>
        <w:br/>
      </w:r>
      <w:r>
        <w:rPr>
          <w:rFonts w:ascii="宋体" w:eastAsia="宋体" w:hAnsi="宋体" w:cs="宋体"/>
          <w:color w:val="000000"/>
        </w:rPr>
        <w:t>又∵</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的最小值为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-2|+|</w:t>
      </w:r>
      <w:r>
        <w:rPr>
          <w:rFonts w:ascii="Times New Roman" w:eastAsia="Times New Roman" w:hAnsi="Times New Roman" w:cs="Times New Roman"/>
          <w:i/>
          <w:color w:val="000000"/>
        </w:rPr>
        <w:t>y</w:t>
      </w:r>
      <w:r>
        <w:rPr>
          <w:rFonts w:ascii="Times New Roman" w:eastAsia="Times New Roman" w:hAnsi="Times New Roman" w:cs="Times New Roman"/>
          <w:color w:val="000000"/>
        </w:rPr>
        <w:t>+1|</w:t>
      </w:r>
      <w:r>
        <w:rPr>
          <w:rFonts w:ascii="宋体" w:eastAsia="宋体" w:hAnsi="宋体" w:cs="宋体"/>
          <w:color w:val="000000"/>
        </w:rPr>
        <w:t>的最小值为</w:t>
      </w:r>
      <w:r>
        <w:rPr>
          <w:rFonts w:ascii="Times New Roman" w:eastAsia="Times New Roman" w:hAnsi="Times New Roman" w:cs="Times New Roman"/>
          <w:color w:val="000000"/>
        </w:rPr>
        <w:t>3</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y</w:t>
      </w:r>
      <w:r>
        <w:rPr>
          <w:rFonts w:ascii="Times New Roman" w:eastAsia="Times New Roman" w:hAnsi="Times New Roman" w:cs="Times New Roman"/>
          <w:color w:val="000000"/>
        </w:rPr>
        <w:t>≤2</w:t>
      </w:r>
      <w:r>
        <w:rPr>
          <w:rFonts w:ascii="宋体" w:eastAsia="宋体" w:hAnsi="宋体" w:cs="宋体"/>
          <w:color w:val="000000"/>
        </w:rPr>
        <w:t>，</w:t>
      </w:r>
      <w:r>
        <w:rPr>
          <w:color w:val="000000"/>
        </w:rPr>
        <w:br/>
      </w:r>
      <w:r>
        <w:rPr>
          <w:rFonts w:ascii="宋体" w:eastAsia="宋体" w:hAnsi="宋体" w:cs="宋体"/>
          <w:color w:val="000000"/>
        </w:rPr>
        <w:t>∴代数式</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Times New Roman" w:eastAsia="Times New Roman" w:hAnsi="Times New Roman" w:cs="Times New Roman"/>
          <w:i/>
          <w:color w:val="000000"/>
        </w:rPr>
        <w:t>y</w:t>
      </w:r>
      <w:r>
        <w:rPr>
          <w:rFonts w:ascii="宋体" w:eastAsia="宋体" w:hAnsi="宋体" w:cs="宋体"/>
          <w:color w:val="000000"/>
        </w:rPr>
        <w:t>的最大值是</w:t>
      </w:r>
      <w:r>
        <w:rPr>
          <w:rFonts w:ascii="Times New Roman" w:eastAsia="Times New Roman" w:hAnsi="Times New Roman" w:cs="Times New Roman"/>
          <w:color w:val="000000"/>
        </w:rPr>
        <w:t>7</w:t>
      </w:r>
      <w:r>
        <w:rPr>
          <w:rFonts w:ascii="宋体" w:eastAsia="宋体" w:hAnsi="宋体" w:cs="宋体"/>
          <w:color w:val="000000"/>
        </w:rPr>
        <w:t>，最小值是</w:t>
      </w:r>
      <w:r>
        <w:rPr>
          <w:rFonts w:ascii="Times New Roman" w:eastAsia="Times New Roman" w:hAnsi="Times New Roman" w:cs="Times New Roman"/>
          <w:color w:val="000000"/>
        </w:rPr>
        <w:t>-1</w:t>
      </w:r>
      <w:r>
        <w:rPr>
          <w:rFonts w:ascii="宋体" w:eastAsia="宋体" w:hAnsi="宋体" w:cs="宋体"/>
          <w:color w:val="000000"/>
        </w:rPr>
        <w:t>．</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此题考查数轴，绝对值，解题的关键是理解绝对值的几何意义，学会用轴的思想思考问题．</w:t>
      </w:r>
    </w:p>
    <w:p>
      <w:pPr>
        <w:pStyle w:val="Heading2"/>
      </w:pPr>
      <w:r>
        <w:t>第十三中学</w:t>
      </w:r>
    </w:p>
    <w:p>
      <w:pPr>
        <w:pStyle w:val="Normal"/>
        <w:spacing w:lineRule="auto" w:line="360"/>
        <w:jc w:val="start"/>
        <w:textAlignment w:val="center"/>
        <w:rPr/>
      </w:pPr>
      <w:r>
        <w:rPr>
          <w:color w:val="000000"/>
        </w:rPr>
        <w:t xml:space="preserve">26. </w:t>
      </w:r>
      <w:r>
        <w:rPr>
          <w:rFonts w:ascii="宋体;SimSun" w:hAnsi="宋体;SimSun" w:cs="宋体;SimSun" w:eastAsia="宋体;SimSun"/>
          <w:color w:val="000000"/>
        </w:rPr>
        <w:t>对于任意四个有理数</w:t>
      </w:r>
      <w:r>
        <w:rPr/>
        <w:pict>
          <v:shape id="_x0000_i707667" type="_x0000_tole_rId380" style="width:10pt;height:11.5pt" filled="f" o:ole="">
            <v:imagedata r:id="rId1097" o:title=""/>
          </v:shape>
        </w:pict>
      </w:r>
      <w:r>
        <w:rPr>
          <w:rFonts w:ascii="宋体;SimSun" w:hAnsi="宋体;SimSun" w:cs="宋体;SimSun" w:eastAsia="宋体;SimSun"/>
          <w:color w:val="000000"/>
        </w:rPr>
        <w:t>，</w:t>
      </w:r>
      <w:r>
        <w:rPr/>
        <w:pict>
          <v:shape id="_x0000_i707668" type="_x0000_tole_rId382" style="width:9.9pt;height:14.35pt" filled="f" o:ole="">
            <v:imagedata r:id="rId1098" o:title=""/>
          </v:shape>
        </w:pict>
      </w:r>
      <w:r>
        <w:rPr>
          <w:rFonts w:ascii="宋体;SimSun" w:hAnsi="宋体;SimSun" w:cs="宋体;SimSun" w:eastAsia="宋体;SimSun"/>
          <w:color w:val="000000"/>
        </w:rPr>
        <w:t>，</w:t>
      </w:r>
      <w:r>
        <w:rPr/>
        <w:pict>
          <v:shape id="_x0000_i707669" type="_x0000_tole_rId384" style="width:9pt;height:11.25pt" filled="f" o:ole="">
            <v:imagedata r:id="rId1099" o:title=""/>
          </v:shape>
        </w:pict>
      </w:r>
      <w:r>
        <w:rPr>
          <w:rFonts w:ascii="宋体;SimSun" w:hAnsi="宋体;SimSun" w:cs="宋体;SimSun" w:eastAsia="宋体;SimSun"/>
          <w:color w:val="000000"/>
        </w:rPr>
        <w:t>，</w:t>
      </w:r>
      <w:r>
        <w:rPr/>
        <w:pict>
          <v:shape id="_x0000_i707670" type="_x0000_tole_rId386" style="width:11.25pt;height:14.25pt" filled="f" o:ole="">
            <v:imagedata r:id="rId1100" o:title=""/>
          </v:shape>
        </w:pict>
      </w:r>
      <w:r>
        <w:rPr>
          <w:rFonts w:ascii="宋体;SimSun" w:hAnsi="宋体;SimSun" w:cs="宋体;SimSun" w:eastAsia="宋体;SimSun"/>
          <w:color w:val="000000"/>
        </w:rPr>
        <w:t>，可以组成两个有理数对</w:t>
      </w:r>
      <w:r>
        <w:rPr/>
        <w:pict>
          <v:shape id="_x0000_i707671" type="_x0000_tole_rId388" style="width:29.25pt;height:20.25pt" filled="f" o:ole="">
            <v:imagedata r:id="rId1101" o:title=""/>
          </v:shape>
        </w:pict>
      </w:r>
      <w:r>
        <w:rPr>
          <w:rFonts w:ascii="宋体;SimSun" w:hAnsi="宋体;SimSun" w:cs="宋体;SimSun" w:eastAsia="宋体;SimSun"/>
          <w:color w:val="000000"/>
        </w:rPr>
        <w:t>与</w:t>
      </w:r>
      <w:r>
        <w:rPr/>
        <w:pict>
          <v:shape id="_x0000_i707672" type="_x0000_tole_rId390" style="width:30pt;height:20.25pt" filled="f" o:ole="">
            <v:imagedata r:id="rId1102" o:title=""/>
          </v:shape>
        </w:pict>
      </w:r>
      <w:r>
        <w:rPr>
          <w:rFonts w:ascii="宋体;SimSun" w:hAnsi="宋体;SimSun" w:cs="宋体;SimSun" w:eastAsia="宋体;SimSun"/>
          <w:color w:val="000000"/>
        </w:rPr>
        <w:t>．我们规定：</w:t>
      </w:r>
      <w:r>
        <w:rPr/>
        <w:pict>
          <v:shape id="_x0000_i707673" type="_x0000_tole_rId392" style="width:108pt;height:19.9pt" filled="f" o:ole="">
            <v:imagedata r:id="rId1103" o:title=""/>
          </v:shape>
        </w:pict>
      </w:r>
      <w:r>
        <w:rPr>
          <w:rFonts w:ascii="宋体;SimSun" w:hAnsi="宋体;SimSun" w:cs="宋体;SimSun" w:eastAsia="宋体;SimSun"/>
          <w:color w:val="000000"/>
        </w:rPr>
        <w:t>．例如：</w:t>
      </w:r>
      <w:r>
        <w:rPr/>
        <w:pict>
          <v:shape id="_x0000_i707674" type="_x0000_tole_rId394" style="width:137.85pt;height:19.9pt" filled="f" o:ole="">
            <v:imagedata r:id="rId1104" o:title=""/>
          </v:shape>
        </w:pict>
      </w:r>
      <w:r>
        <w:rPr>
          <w:rFonts w:ascii="宋体;SimSun" w:hAnsi="宋体;SimSun" w:cs="宋体;SimSun" w:eastAsia="宋体;SimSun"/>
          <w:color w:val="000000"/>
        </w:rPr>
        <w:t>．根据上述规定解决下列问题：</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）有理数对</w:t>
      </w:r>
      <w:r>
        <w:rPr/>
        <w:pict>
          <v:shape id="_x0000_i707675" type="_x0000_tole_rId396" style="width:75.05pt;height:19.9pt" filled="f" o:ole="">
            <v:imagedata r:id="rId1105" o:title=""/>
          </v:shape>
        </w:pict>
      </w:r>
      <w:r>
        <w:rPr>
          <w:rFonts w:eastAsia="Times New Roman" w:cs="Times New Roman"/>
          <w:color w:val="000000"/>
        </w:rPr>
        <w:t>______</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）若有理数对</w:t>
      </w:r>
      <w:r>
        <w:rPr/>
        <w:pict>
          <v:shape id="_x0000_i707676" type="_x0000_tole_rId398" style="width:111.05pt;height:19.9pt" filled="f" o:ole="">
            <v:imagedata r:id="rId1106" o:title=""/>
          </v:shape>
        </w:pict>
      </w:r>
      <w:r>
        <w:rPr>
          <w:rFonts w:ascii="宋体;SimSun" w:hAnsi="宋体;SimSun" w:cs="宋体;SimSun" w:eastAsia="宋体;SimSun"/>
          <w:color w:val="000000"/>
        </w:rPr>
        <w:t>，则</w:t>
      </w:r>
      <w:r>
        <w:rPr/>
        <w:pict>
          <v:shape id="_x0000_i707677" type="_x0000_tole_rId400" style="width:18.75pt;height:11.25pt" filled="f" o:ole="">
            <v:imagedata r:id="rId1107" o:title=""/>
          </v:shape>
        </w:pict>
      </w:r>
      <w:r>
        <w:rPr>
          <w:rFonts w:eastAsia="Times New Roman" w:cs="Times New Roman"/>
          <w:color w:val="000000"/>
        </w:rPr>
        <w:t>______</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）当满足等式</w:t>
      </w:r>
      <w:r>
        <w:rPr/>
        <w:pict>
          <v:shape id="_x0000_i707678" type="_x0000_tole_rId402" style="width:137.85pt;height:19.9pt" filled="f" o:ole="">
            <v:imagedata r:id="rId1108" o:title=""/>
          </v:shape>
        </w:pict>
      </w:r>
      <w:r>
        <w:rPr>
          <w:rFonts w:ascii="宋体;SimSun" w:hAnsi="宋体;SimSun" w:cs="宋体;SimSun" w:eastAsia="宋体;SimSun"/>
          <w:color w:val="000000"/>
        </w:rPr>
        <w:t>的</w:t>
      </w:r>
      <w:r>
        <w:rPr/>
        <w:pict>
          <v:shape id="_x0000_i707679" type="_x0000_tole_rId404" style="width:9.65pt;height:11.3pt" filled="f" o:ole="">
            <v:imagedata r:id="rId1109" o:title=""/>
          </v:shape>
        </w:pict>
      </w:r>
      <w:r>
        <w:rPr>
          <w:rFonts w:ascii="宋体;SimSun" w:hAnsi="宋体;SimSun" w:cs="宋体;SimSun" w:eastAsia="宋体;SimSun"/>
          <w:color w:val="000000"/>
        </w:rPr>
        <w:t>是正整数时，求整数</w:t>
      </w:r>
      <w:r>
        <w:rPr/>
        <w:pict>
          <v:shape id="_x0000_i707680" type="_x0000_tole_rId406" style="width:10pt;height:14.4pt" filled="f" o:ole="">
            <v:imagedata r:id="rId1110" o:title=""/>
          </v:shape>
        </w:pict>
      </w:r>
      <w:r>
        <w:rPr>
          <w:rFonts w:ascii="宋体;SimSun" w:hAnsi="宋体;SimSun" w:cs="宋体;SimSun" w:eastAsia="宋体;SimSun"/>
          <w:color w:val="000000"/>
        </w:rPr>
        <w:t>的值．</w:t>
      </w:r>
    </w:p>
    <w:p>
      <w:pPr>
        <w:pStyle w:val="Normal"/>
        <w:spacing w:lineRule="auto" w:line="360"/>
        <w:textAlignment w:val="center"/>
        <w:rPr/>
      </w:pPr>
      <w:r>
        <w:rPr>
          <w:color w:val="2E75B6"/>
        </w:rPr>
        <w:t>【答案】</w:t>
      </w: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w:t>
      </w:r>
      <w:r>
        <w:rPr>
          <w:rFonts w:eastAsia="Times New Roman" w:cs="Times New Roman"/>
          <w:color w:val="000000"/>
        </w:rPr>
        <w:t>-13</w:t>
      </w: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w:t>
      </w:r>
      <w:r>
        <w:rPr>
          <w:rFonts w:eastAsia="Times New Roman" w:cs="Times New Roman"/>
          <w:color w:val="000000"/>
        </w:rPr>
        <w:t>-11</w:t>
      </w: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或</w:t>
      </w:r>
      <w:r>
        <w:rPr>
          <w:rFonts w:eastAsia="Times New Roman" w:cs="Times New Roman"/>
          <w:color w:val="000000"/>
        </w:rPr>
        <w:t>4</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）根据新定义可得</w:t>
      </w:r>
      <w:r>
        <w:rPr/>
        <w:pict>
          <v:shape id="_x0000_i707681" type="_x0000_tole_rId408" style="width:139.2pt;height:19.8pt" filled="f" o:ole="">
            <v:imagedata r:id="rId1111" o:title=""/>
          </v:shape>
        </w:pict>
      </w:r>
      <w:r>
        <w:rPr>
          <w:rFonts w:ascii="宋体;SimSun" w:hAnsi="宋体;SimSun" w:cs="宋体;SimSun" w:eastAsia="宋体;SimSun"/>
          <w:color w:val="000000"/>
        </w:rPr>
        <w:t>，计算即可求解；</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）根据题意可得</w:t>
      </w:r>
      <w:r>
        <w:rPr/>
        <w:pict>
          <v:shape id="_x0000_i707682" type="_x0000_tole_rId410" style="width:202.2pt;height:19.8pt" filled="f" o:ole="">
            <v:imagedata r:id="rId1112" o:title=""/>
          </v:shape>
        </w:pict>
      </w:r>
      <w:r>
        <w:rPr>
          <w:rFonts w:ascii="宋体;SimSun" w:hAnsi="宋体;SimSun" w:cs="宋体;SimSun" w:eastAsia="宋体;SimSun"/>
          <w:color w:val="000000"/>
        </w:rPr>
        <w:t>，得到关于</w:t>
      </w:r>
      <w:r>
        <w:rPr>
          <w:rFonts w:eastAsia="Times New Roman" w:cs="Times New Roman"/>
          <w:i/>
          <w:color w:val="000000"/>
        </w:rPr>
        <w:t>x</w:t>
      </w:r>
      <w:r>
        <w:rPr>
          <w:rFonts w:ascii="宋体;SimSun" w:hAnsi="宋体;SimSun" w:cs="宋体;SimSun" w:eastAsia="宋体;SimSun"/>
          <w:color w:val="000000"/>
        </w:rPr>
        <w:t>的一元一次方程，求解即可；</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）由题意可得</w:t>
      </w:r>
      <w:r>
        <w:rPr/>
        <w:pict>
          <v:shape id="_x0000_i707683" type="_x0000_tole_rId412" style="width:289.2pt;height:19.8pt" filled="f" o:ole="">
            <v:imagedata r:id="rId1113" o:title=""/>
          </v:shape>
        </w:pict>
      </w:r>
      <w:r>
        <w:rPr>
          <w:rFonts w:ascii="宋体;SimSun" w:hAnsi="宋体;SimSun" w:cs="宋体;SimSun" w:eastAsia="宋体;SimSun"/>
          <w:color w:val="000000"/>
        </w:rPr>
        <w:t>，解得</w:t>
      </w:r>
      <w:r>
        <w:rPr/>
        <w:pict>
          <v:shape id="_x0000_i707684" type="_x0000_tole_rId414" style="width:52.8pt;height:31.2pt" filled="f" o:ole="">
            <v:imagedata r:id="rId1114" o:title=""/>
          </v:shape>
        </w:pict>
      </w:r>
      <w:r>
        <w:rPr>
          <w:rFonts w:ascii="宋体;SimSun" w:hAnsi="宋体;SimSun" w:cs="宋体;SimSun" w:eastAsia="宋体;SimSun"/>
          <w:color w:val="000000"/>
        </w:rPr>
        <w:t>，根据</w:t>
      </w:r>
      <w:r>
        <w:rPr/>
        <w:pict>
          <v:shape id="_x0000_i707685" type="_x0000_tole_rId416" style="width:9.65pt;height:11.3pt" filled="f" o:ole="">
            <v:imagedata r:id="rId1115" o:title=""/>
          </v:shape>
        </w:pict>
      </w:r>
      <w:r>
        <w:rPr>
          <w:rFonts w:ascii="宋体;SimSun" w:hAnsi="宋体;SimSun" w:cs="宋体;SimSun" w:eastAsia="宋体;SimSun"/>
          <w:color w:val="000000"/>
        </w:rPr>
        <w:t>是正整数且</w:t>
      </w:r>
      <w:r>
        <w:rPr>
          <w:rFonts w:eastAsia="Times New Roman" w:cs="Times New Roman"/>
          <w:i/>
          <w:color w:val="000000"/>
        </w:rPr>
        <w:t>k</w:t>
      </w:r>
      <w:r>
        <w:rPr>
          <w:rFonts w:ascii="宋体;SimSun" w:hAnsi="宋体;SimSun" w:cs="宋体;SimSun" w:eastAsia="宋体;SimSun"/>
          <w:color w:val="000000"/>
        </w:rPr>
        <w:t>是整数，求解即可．</w:t>
      </w:r>
    </w:p>
    <w:p>
      <w:pPr>
        <w:pStyle w:val="Normal"/>
        <w:spacing w:lineRule="auto" w:line="360"/>
        <w:jc w:val="start"/>
        <w:textAlignment w:val="center"/>
        <w:rPr/>
      </w:pPr>
      <w:r>
        <w:rPr>
          <w:color w:val="000000"/>
        </w:rPr>
        <w:t>【详解】</w:t>
      </w:r>
      <w:r>
        <w:rPr>
          <w:rFonts w:ascii="宋体;SimSun" w:hAnsi="宋体;SimSun" w:cs="宋体;SimSun" w:eastAsia="宋体;SimSun"/>
          <w:color w:val="000000"/>
        </w:rPr>
        <w:t>解：（</w:t>
      </w:r>
      <w:r>
        <w:rPr>
          <w:rFonts w:eastAsia="Times New Roman" w:cs="Times New Roman"/>
          <w:color w:val="000000"/>
        </w:rPr>
        <w:t>1</w:t>
      </w:r>
      <w:r>
        <w:rPr>
          <w:rFonts w:ascii="宋体;SimSun" w:hAnsi="宋体;SimSun" w:cs="宋体;SimSun" w:eastAsia="宋体;SimSun"/>
          <w:color w:val="000000"/>
        </w:rPr>
        <w:t>）</w:t>
      </w:r>
      <w:r>
        <w:rPr/>
        <w:pict>
          <v:shape id="_x0000_i707686" type="_x0000_tole_rId418" style="width:211.8pt;height:19.8pt" filled="f" o:ole="">
            <v:imagedata r:id="rId1116" o:title=""/>
          </v:shape>
        </w:pic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故答案为：</w:t>
      </w:r>
      <w:r>
        <w:rPr/>
        <w:pict>
          <v:shape id="_x0000_i707687" type="_x0000_tole_rId420" style="width:21.75pt;height:14.25pt" filled="f" o:ole="">
            <v:imagedata r:id="rId1117" o:title=""/>
          </v:shape>
        </w:pic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）根据题意可得</w:t>
      </w:r>
      <w:r>
        <w:rPr/>
        <w:pict>
          <v:shape id="_x0000_i707688" type="_x0000_tole_rId422" style="width:313.2pt;height:19.8pt" filled="f" o:ole="">
            <v:imagedata r:id="rId1118" o:title=""/>
          </v:shape>
        </w:pict>
      </w:r>
      <w:r>
        <w:rPr>
          <w:rFonts w:ascii="宋体;SimSun" w:hAnsi="宋体;SimSun" w:cs="宋体;SimSun" w:eastAsia="宋体;SimSun"/>
          <w:color w:val="000000"/>
        </w:rPr>
        <w:t>，</w:t>
      </w:r>
    </w:p>
    <w:p>
      <w:pPr>
        <w:pStyle w:val="Normal"/>
        <w:spacing w:lineRule="auto" w:line="360"/>
        <w:jc w:val="start"/>
        <w:textAlignment w:val="center"/>
        <w:rPr/>
      </w:pPr>
      <w:r>
        <w:rPr>
          <w:rFonts w:eastAsia="Times New Roman" w:cs="Times New Roman"/>
          <w:color w:val="000000"/>
        </w:rPr>
        <w:t>∵</w:t>
      </w:r>
      <w:r>
        <w:rPr/>
        <w:pict>
          <v:shape id="_x0000_i707689" type="_x0000_tole_rId424" style="width:121.2pt;height:19.8pt" filled="f" o:ole="">
            <v:imagedata r:id="rId1119" o:title=""/>
          </v:shape>
        </w:pict>
      </w:r>
      <w:r>
        <w:rPr>
          <w:rFonts w:ascii="宋体;SimSun" w:hAnsi="宋体;SimSun" w:cs="宋体;SimSun" w:eastAsia="宋体;SimSun"/>
          <w:color w:val="000000"/>
        </w:rPr>
        <w:t>，</w:t>
      </w:r>
    </w:p>
    <w:p>
      <w:pPr>
        <w:pStyle w:val="Normal"/>
        <w:spacing w:lineRule="auto" w:line="360"/>
        <w:jc w:val="start"/>
        <w:textAlignment w:val="center"/>
        <w:rPr/>
      </w:pPr>
      <w:r>
        <w:rPr>
          <w:rFonts w:eastAsia="宋体;SimSun" w:cs="宋体;SimSun" w:ascii="宋体;SimSun" w:hAnsi="宋体;SimSun"/>
          <w:color w:val="000000"/>
        </w:rPr>
        <w:t>∴</w:t>
      </w:r>
      <w:r>
        <w:rPr/>
        <w:pict>
          <v:shape id="_x0000_i707690" type="_x0000_tole_rId426" style="width:46.2pt;height:13.2pt" filled="f" o:ole="">
            <v:imagedata r:id="rId1120" o:title=""/>
          </v:shape>
        </w:pic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解得</w:t>
      </w:r>
      <w:r>
        <w:rPr/>
        <w:pict>
          <v:shape id="_x0000_i707691" type="_x0000_tole_rId428" style="width:40.2pt;height:13.8pt" filled="f" o:ole="">
            <v:imagedata r:id="rId1121" o:title=""/>
          </v:shape>
        </w:pic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故答案为：</w:t>
      </w:r>
      <w:r>
        <w:rPr>
          <w:rFonts w:eastAsia="Times New Roman" w:cs="Times New Roman"/>
          <w:color w:val="000000"/>
        </w:rPr>
        <w:t>-11</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w:t>
      </w:r>
      <w:r>
        <w:rPr/>
        <w:pict>
          <v:shape id="_x0000_i707692" type="_x0000_tole_rId430" style="width:382.4pt;height:19.8pt" filled="f" o:ole="">
            <v:imagedata r:id="rId1122" o:title=""/>
          </v:shape>
        </w:pic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7693" type="_x0000_tole_rId432" style="width:137.85pt;height:19.9pt" filled="f" o:ole="">
            <v:imagedata r:id="rId1123" o:title=""/>
          </v:shape>
        </w:pict>
      </w:r>
    </w:p>
    <w:p>
      <w:pPr>
        <w:pStyle w:val="Normal"/>
        <w:spacing w:lineRule="auto" w:line="360"/>
        <w:jc w:val="start"/>
        <w:textAlignment w:val="center"/>
        <w:rPr/>
      </w:pPr>
      <w:r>
        <w:rPr>
          <w:rFonts w:eastAsia="Times New Roman" w:cs="Times New Roman"/>
          <w:color w:val="000000"/>
        </w:rPr>
        <w:t>∴</w:t>
      </w:r>
      <w:r>
        <w:rPr/>
        <w:pict>
          <v:shape id="_x0000_i707694" type="_x0000_tole_rId434" style="width:114pt;height:19.8pt" filled="f" o:ole="">
            <v:imagedata r:id="rId1124" o:title=""/>
          </v:shape>
        </w:pic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w:t>
      </w:r>
      <w:r>
        <w:rPr/>
        <w:pict>
          <v:shape id="_x0000_i707695" type="_x0000_tole_rId436" style="width:52.8pt;height:31.2pt" filled="f" o:ole="">
            <v:imagedata r:id="rId1125" o:title=""/>
          </v:shape>
        </w:pict>
      </w:r>
    </w:p>
    <w:p>
      <w:pPr>
        <w:pStyle w:val="Normal"/>
        <w:spacing w:lineRule="auto" w:line="360"/>
        <w:jc w:val="start"/>
        <w:textAlignment w:val="center"/>
        <w:rPr/>
      </w:pPr>
      <w:r>
        <w:rPr>
          <w:rFonts w:eastAsia="Times New Roman" w:cs="Times New Roman"/>
          <w:color w:val="000000"/>
        </w:rPr>
        <w:t>∵</w:t>
      </w:r>
      <w:r>
        <w:rPr/>
        <w:pict>
          <v:shape id="_x0000_i707696" type="_x0000_tole_rId438" style="width:9.65pt;height:11.3pt" filled="f" o:ole="">
            <v:imagedata r:id="rId1126" o:title=""/>
          </v:shape>
        </w:pict>
      </w:r>
      <w:r>
        <w:rPr>
          <w:rFonts w:ascii="宋体;SimSun" w:hAnsi="宋体;SimSun" w:cs="宋体;SimSun" w:eastAsia="宋体;SimSun"/>
          <w:color w:val="000000"/>
        </w:rPr>
        <w:t>是正整数，</w:t>
      </w:r>
      <w:r>
        <w:rPr>
          <w:rFonts w:eastAsia="Times New Roman" w:cs="Times New Roman"/>
          <w:i/>
          <w:color w:val="000000"/>
        </w:rPr>
        <w:t>k</w:t>
      </w:r>
      <w:r>
        <w:rPr>
          <w:rFonts w:ascii="宋体;SimSun" w:hAnsi="宋体;SimSun" w:cs="宋体;SimSun" w:eastAsia="宋体;SimSun"/>
          <w:color w:val="000000"/>
        </w:rPr>
        <w:t>是整数，</w:t>
      </w:r>
    </w:p>
    <w:p>
      <w:pPr>
        <w:pStyle w:val="Normal"/>
        <w:spacing w:lineRule="auto" w:line="360"/>
        <w:jc w:val="start"/>
        <w:textAlignment w:val="center"/>
        <w:rPr/>
      </w:pPr>
      <w:r>
        <w:rPr>
          <w:rFonts w:eastAsia="宋体;SimSun" w:cs="宋体;SimSun" w:ascii="宋体;SimSun" w:hAnsi="宋体;SimSun"/>
          <w:color w:val="000000"/>
        </w:rPr>
        <w:t>∴</w:t>
      </w:r>
      <w:r>
        <w:rPr/>
        <w:pict>
          <v:shape id="_x0000_i707697" type="_x0000_tole_rId440" style="width:50.25pt;height:14.25pt" filled="f" o:ole="">
            <v:imagedata r:id="rId1127" o:title=""/>
          </v:shape>
        </w:pict>
      </w:r>
      <w:r>
        <w:rPr>
          <w:rFonts w:ascii="新宋体" w:hAnsi="新宋体" w:cs="新宋体" w:eastAsia="新宋体"/>
          <w:color w:val="000000"/>
        </w:rPr>
        <w:t>或</w:t>
      </w:r>
      <w:r>
        <w:rPr/>
        <w:pict>
          <v:shape id="_x0000_i707698" type="_x0000_tole_rId442" style="width:9.25pt;height:14.2pt" filled="f" o:ole="">
            <v:imagedata r:id="rId1128" o:title=""/>
          </v:shape>
        </w:pict>
      </w:r>
      <w:r>
        <w:rPr>
          <w:rFonts w:ascii="宋体;SimSun" w:hAnsi="宋体;SimSun" w:cs="宋体;SimSun" w:eastAsia="宋体;SimSun"/>
          <w:color w:val="000000"/>
        </w:rPr>
        <w:t>，</w:t>
      </w:r>
    </w:p>
    <w:p>
      <w:pPr>
        <w:pStyle w:val="Normal"/>
        <w:spacing w:lineRule="auto" w:line="360"/>
        <w:jc w:val="start"/>
        <w:textAlignment w:val="center"/>
        <w:rPr/>
      </w:pPr>
      <w:r>
        <w:rPr>
          <w:rFonts w:eastAsia="Times New Roman" w:cs="Times New Roman"/>
          <w:color w:val="000000"/>
        </w:rPr>
        <w:t>∴</w:t>
      </w:r>
      <w:r>
        <w:rPr/>
        <w:pict>
          <v:shape id="_x0000_i707699" type="_x0000_tole_rId444" style="width:27.75pt;height:14.25pt" filled="f" o:ole="">
            <v:imagedata r:id="rId1129" o:title=""/>
          </v:shape>
        </w:pict>
      </w:r>
      <w:r>
        <w:rPr>
          <w:rFonts w:ascii="宋体;SimSun" w:hAnsi="宋体;SimSun" w:cs="宋体;SimSun" w:eastAsia="宋体;SimSun"/>
          <w:color w:val="000000"/>
        </w:rPr>
        <w:t>或</w:t>
      </w:r>
      <w:r>
        <w:rPr/>
        <w:pict>
          <v:shape id="_x0000_i707700" type="_x0000_tole_rId446" style="width:9.6pt;height:13.2pt" filled="f" o:ole="">
            <v:imagedata r:id="rId1130" o:title=""/>
          </v:shape>
        </w:pict>
      </w:r>
      <w:r>
        <w:rPr>
          <w:rFonts w:ascii="宋体;SimSun" w:hAnsi="宋体;SimSun" w:cs="宋体;SimSun" w:eastAsia="宋体;SimSun"/>
          <w:color w:val="000000"/>
        </w:rPr>
        <w:t>．</w:t>
      </w:r>
    </w:p>
    <w:p>
      <w:pPr>
        <w:pStyle w:val="Normal"/>
        <w:spacing w:lineRule="auto" w:line="360"/>
        <w:jc w:val="start"/>
        <w:textAlignment w:val="center"/>
        <w:rPr/>
      </w:pPr>
      <w:r>
        <w:rPr>
          <w:color w:val="000000"/>
        </w:rPr>
        <w:t>【点睛】</w:t>
      </w:r>
      <w:r>
        <w:rPr>
          <w:rFonts w:ascii="宋体;SimSun" w:hAnsi="宋体;SimSun" w:cs="宋体;SimSun" w:eastAsia="宋体;SimSun"/>
          <w:color w:val="000000"/>
        </w:rPr>
        <w:t>本题主要考查了解一元一次方程和有理数的混合计算，掌握解一元一次方程的方法是解题的关键．</w:t>
      </w:r>
    </w:p>
    <w:p>
      <w:pPr>
        <w:pStyle w:val="Normal"/>
        <w:spacing w:lineRule="auto" w:line="360"/>
        <w:jc w:val="start"/>
        <w:textAlignment w:val="center"/>
        <w:rPr>
          <w:color w:val="000000"/>
        </w:rPr>
      </w:pPr>
      <w:r>
        <w:rPr>
          <w:color w:val="000000"/>
        </w:rPr>
        <w:t xml:space="preserve">27. </w:t>
      </w:r>
      <w:r>
        <w:rPr>
          <w:color w:val="000000"/>
        </w:rPr>
        <w:t>已知数轴上三点</w:t>
      </w:r>
      <w:r>
        <w:rPr>
          <w:color w:val="000000"/>
        </w:rPr>
        <w:t>A</w:t>
      </w:r>
      <w:r>
        <w:rPr>
          <w:color w:val="000000"/>
        </w:rPr>
        <w:t>，</w:t>
      </w:r>
      <w:r>
        <w:rPr>
          <w:color w:val="000000"/>
        </w:rPr>
        <w:t>O</w:t>
      </w:r>
      <w:r>
        <w:rPr>
          <w:color w:val="000000"/>
        </w:rPr>
        <w:t>，</w:t>
      </w:r>
      <w:r>
        <w:rPr>
          <w:color w:val="000000"/>
        </w:rPr>
        <w:t>B</w:t>
      </w:r>
      <w:r>
        <w:rPr>
          <w:color w:val="000000"/>
        </w:rPr>
        <w:t>表示的数分别为</w:t>
      </w:r>
      <w:r>
        <w:rPr>
          <w:color w:val="000000"/>
        </w:rPr>
        <w:t>-3</w:t>
      </w:r>
      <w:r>
        <w:rPr>
          <w:color w:val="000000"/>
        </w:rPr>
        <w:t>，</w:t>
      </w:r>
      <w:r>
        <w:rPr>
          <w:color w:val="000000"/>
        </w:rPr>
        <w:t>0</w:t>
      </w:r>
      <w:r>
        <w:rPr>
          <w:color w:val="000000"/>
        </w:rPr>
        <w:t>，</w:t>
      </w:r>
      <w:r>
        <w:rPr>
          <w:color w:val="000000"/>
        </w:rPr>
        <w:t>1</w:t>
      </w:r>
      <w:r>
        <w:rPr>
          <w:color w:val="000000"/>
        </w:rPr>
        <w:t>，点</w:t>
      </w:r>
      <w:r>
        <w:rPr>
          <w:color w:val="000000"/>
        </w:rPr>
        <w:t>P</w:t>
      </w:r>
      <w:r>
        <w:rPr>
          <w:color w:val="000000"/>
        </w:rPr>
        <w:t>为数轴上任意一点，其表示的数为</w:t>
      </w:r>
      <w:r>
        <w:rPr>
          <w:color w:val="000000"/>
        </w:rPr>
        <w:t>x</w:t>
      </w:r>
      <w:r>
        <w:rPr>
          <w:color w:val="000000"/>
        </w:rPr>
        <w:t>．</w:t>
      </w:r>
    </w:p>
    <w:p>
      <w:pPr>
        <w:pStyle w:val="Normal"/>
        <w:spacing w:lineRule="auto" w:line="360"/>
        <w:jc w:val="start"/>
        <w:textAlignment w:val="center"/>
        <w:rPr>
          <w:color w:val="000000"/>
        </w:rPr>
      </w:pPr>
      <w:r>
        <w:rPr>
          <w:color w:val="000000"/>
        </w:rPr>
        <w:t>（</w:t>
      </w:r>
      <w:r>
        <w:rPr>
          <w:color w:val="000000"/>
        </w:rPr>
        <w:t>1</w:t>
      </w:r>
      <w:r>
        <w:rPr>
          <w:color w:val="000000"/>
        </w:rPr>
        <w:t>）如果点</w:t>
      </w:r>
      <w:r>
        <w:rPr>
          <w:color w:val="000000"/>
        </w:rPr>
        <w:t>P</w:t>
      </w:r>
      <w:r>
        <w:rPr>
          <w:color w:val="000000"/>
        </w:rPr>
        <w:t>到点</w:t>
      </w:r>
      <w:r>
        <w:rPr>
          <w:color w:val="000000"/>
        </w:rPr>
        <w:t>A</w:t>
      </w:r>
      <w:r>
        <w:rPr>
          <w:color w:val="000000"/>
        </w:rPr>
        <w:t>，点</w:t>
      </w:r>
      <w:r>
        <w:rPr>
          <w:color w:val="000000"/>
        </w:rPr>
        <w:t>B</w:t>
      </w:r>
      <w:r>
        <w:rPr>
          <w:color w:val="000000"/>
        </w:rPr>
        <w:t>的距离相等，那么</w:t>
      </w:r>
      <w:r>
        <w:rPr>
          <w:color w:val="000000"/>
        </w:rPr>
        <w:t>x=______</w:t>
      </w:r>
      <w:r>
        <w:rPr>
          <w:color w:val="000000"/>
        </w:rPr>
        <w:t>；</w:t>
      </w:r>
    </w:p>
    <w:p>
      <w:pPr>
        <w:pStyle w:val="Normal"/>
        <w:spacing w:lineRule="auto" w:line="360"/>
        <w:jc w:val="start"/>
        <w:textAlignment w:val="center"/>
        <w:rPr>
          <w:color w:val="000000"/>
        </w:rPr>
      </w:pPr>
      <w:r>
        <w:rPr>
          <w:color w:val="000000"/>
        </w:rPr>
        <w:t>（</w:t>
      </w:r>
      <w:r>
        <w:rPr>
          <w:color w:val="000000"/>
        </w:rPr>
        <w:t>2</w:t>
      </w:r>
      <w:r>
        <w:rPr>
          <w:color w:val="000000"/>
        </w:rPr>
        <w:t>）当</w:t>
      </w:r>
      <w:r>
        <w:rPr>
          <w:color w:val="000000"/>
        </w:rPr>
        <w:t>x=______</w:t>
      </w:r>
      <w:r>
        <w:rPr>
          <w:color w:val="000000"/>
        </w:rPr>
        <w:t>时，点</w:t>
      </w:r>
      <w:r>
        <w:rPr>
          <w:color w:val="000000"/>
        </w:rPr>
        <w:t>P</w:t>
      </w:r>
      <w:r>
        <w:rPr>
          <w:color w:val="000000"/>
        </w:rPr>
        <w:t>到点</w:t>
      </w:r>
      <w:r>
        <w:rPr>
          <w:color w:val="000000"/>
        </w:rPr>
        <w:t>A</w:t>
      </w:r>
      <w:r>
        <w:rPr>
          <w:color w:val="000000"/>
        </w:rPr>
        <w:t>，点</w:t>
      </w:r>
      <w:r>
        <w:rPr>
          <w:color w:val="000000"/>
        </w:rPr>
        <w:t>B</w:t>
      </w:r>
      <w:r>
        <w:rPr>
          <w:color w:val="000000"/>
        </w:rPr>
        <w:t>的距离之和是</w:t>
      </w:r>
      <w:r>
        <w:rPr>
          <w:color w:val="000000"/>
        </w:rPr>
        <w:t>6</w:t>
      </w:r>
      <w:r>
        <w:rPr>
          <w:color w:val="000000"/>
        </w:rPr>
        <w:t>；</w:t>
      </w:r>
    </w:p>
    <w:p>
      <w:pPr>
        <w:pStyle w:val="Normal"/>
        <w:spacing w:lineRule="auto" w:line="360"/>
        <w:jc w:val="start"/>
        <w:textAlignment w:val="center"/>
        <w:rPr>
          <w:color w:val="000000"/>
        </w:rPr>
      </w:pPr>
      <w:r>
        <w:rPr>
          <w:color w:val="000000"/>
        </w:rPr>
        <w:t>（</w:t>
      </w:r>
      <w:r>
        <w:rPr>
          <w:color w:val="000000"/>
        </w:rPr>
        <w:t>3</w:t>
      </w:r>
      <w:r>
        <w:rPr>
          <w:color w:val="000000"/>
        </w:rPr>
        <w:t>）若点</w:t>
      </w:r>
      <w:r>
        <w:rPr>
          <w:color w:val="000000"/>
        </w:rPr>
        <w:t>P</w:t>
      </w:r>
      <w:r>
        <w:rPr>
          <w:color w:val="000000"/>
        </w:rPr>
        <w:t>到点</w:t>
      </w:r>
      <w:r>
        <w:rPr>
          <w:color w:val="000000"/>
        </w:rPr>
        <w:t>A</w:t>
      </w:r>
      <w:r>
        <w:rPr>
          <w:color w:val="000000"/>
        </w:rPr>
        <w:t>，点</w:t>
      </w:r>
      <w:r>
        <w:rPr>
          <w:color w:val="000000"/>
        </w:rPr>
        <w:t>B</w:t>
      </w:r>
      <w:r>
        <w:rPr>
          <w:color w:val="000000"/>
        </w:rPr>
        <w:t>的距离之和最小，则</w:t>
      </w:r>
      <w:r>
        <w:rPr>
          <w:color w:val="000000"/>
        </w:rPr>
        <w:t>x</w:t>
      </w:r>
      <w:r>
        <w:rPr>
          <w:color w:val="000000"/>
        </w:rPr>
        <w:t>的取值范围是</w:t>
      </w:r>
      <w:r>
        <w:rPr>
          <w:color w:val="000000"/>
        </w:rPr>
        <w:t>______</w:t>
      </w:r>
      <w:r>
        <w:rPr>
          <w:color w:val="000000"/>
        </w:rPr>
        <w:t>；</w:t>
      </w:r>
    </w:p>
    <w:p>
      <w:pPr>
        <w:pStyle w:val="Normal"/>
        <w:spacing w:lineRule="auto" w:line="360"/>
        <w:jc w:val="start"/>
        <w:textAlignment w:val="center"/>
        <w:rPr/>
      </w:pPr>
      <w:r>
        <w:rPr>
          <w:color w:val="000000"/>
        </w:rPr>
        <w:t>（</w:t>
      </w:r>
      <w:r>
        <w:rPr>
          <w:color w:val="000000"/>
        </w:rPr>
        <w:t>4</w:t>
      </w:r>
      <w:r>
        <w:rPr>
          <w:color w:val="000000"/>
        </w:rPr>
        <w:t>）在数轴上，点</w:t>
      </w:r>
      <w:r>
        <w:rPr>
          <w:color w:val="000000"/>
        </w:rPr>
        <w:t>M</w:t>
      </w:r>
      <w:r>
        <w:rPr>
          <w:color w:val="000000"/>
        </w:rPr>
        <w:t>，</w:t>
      </w:r>
      <w:r>
        <w:rPr>
          <w:color w:val="000000"/>
        </w:rPr>
        <w:t>N</w:t>
      </w:r>
      <w:r>
        <w:rPr>
          <w:color w:val="000000"/>
        </w:rPr>
        <w:t>表示的数分别为</w:t>
      </w:r>
      <w:r>
        <w:rPr>
          <w:color w:val="000000"/>
        </w:rPr>
        <w:t>x</w:t>
      </w:r>
      <w:r>
        <w:rPr>
          <w:rFonts w:eastAsia="宋体;SimSun" w:cs="宋体;SimSun" w:ascii="宋体;SimSun" w:hAnsi="宋体;SimSun"/>
          <w:color w:val="000000"/>
        </w:rPr>
        <w:drawing>
          <wp:inline distT="0" distB="0" distL="0" distR="0">
            <wp:extent cx="76200" cy="219075"/>
            <wp:effectExtent l="0" t="0" r="0" b="0"/>
            <wp:docPr id="2787"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3" name="Image13"/>
                    <pic:cNvPicPr>
                      <a:picLocks noChangeAspect="1" noChangeArrowheads="1"/>
                    </pic:cNvPicPr>
                  </pic:nvPicPr>
                  <pic:blipFill>
                    <a:blip r:embed="rId1131"/>
                    <a:srcRect l="-474" t="-164" r="-474" b="-164"/>
                    <a:stretch>
                      <a:fillRect/>
                    </a:stretch>
                  </pic:blipFill>
                  <pic:spPr bwMode="auto">
                    <a:xfrm>
                      <a:off x="0" y="0"/>
                      <a:ext cx="76200" cy="219075"/>
                    </a:xfrm>
                    <a:prstGeom prst="rect">
                      <a:avLst/>
                    </a:prstGeom>
                    <a:noFill/>
                  </pic:spPr>
                </pic:pic>
              </a:graphicData>
            </a:graphic>
          </wp:inline>
        </w:drawing>
      </w:r>
      <w:r>
        <w:rPr>
          <w:color w:val="000000"/>
        </w:rPr>
        <w:t>，</w:t>
      </w:r>
      <w:r>
        <w:rPr>
          <w:color w:val="000000"/>
        </w:rPr>
        <w:t>x</w:t>
      </w:r>
      <w:r>
        <w:rPr>
          <w:rFonts w:eastAsia="宋体;SimSun" w:cs="宋体;SimSun" w:ascii="宋体;SimSun" w:hAnsi="宋体;SimSun"/>
          <w:color w:val="000000"/>
        </w:rPr>
        <w:drawing>
          <wp:inline distT="0" distB="0" distL="0" distR="0">
            <wp:extent cx="104775" cy="219075"/>
            <wp:effectExtent l="0" t="0" r="0" b="0"/>
            <wp:docPr id="2788"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 name="Image14"/>
                    <pic:cNvPicPr>
                      <a:picLocks noChangeAspect="1" noChangeArrowheads="1"/>
                    </pic:cNvPicPr>
                  </pic:nvPicPr>
                  <pic:blipFill>
                    <a:blip r:embed="rId1132"/>
                    <a:srcRect l="-344" t="-164" r="-344" b="-164"/>
                    <a:stretch>
                      <a:fillRect/>
                    </a:stretch>
                  </pic:blipFill>
                  <pic:spPr bwMode="auto">
                    <a:xfrm>
                      <a:off x="0" y="0"/>
                      <a:ext cx="104775" cy="219075"/>
                    </a:xfrm>
                    <a:prstGeom prst="rect">
                      <a:avLst/>
                    </a:prstGeom>
                    <a:noFill/>
                  </pic:spPr>
                </pic:pic>
              </a:graphicData>
            </a:graphic>
          </wp:inline>
        </w:drawing>
      </w:r>
      <w:r>
        <w:rPr>
          <w:color w:val="000000"/>
        </w:rPr>
        <w:t>，我们把</w:t>
      </w:r>
      <w:r>
        <w:rPr>
          <w:color w:val="000000"/>
        </w:rPr>
        <w:t>x</w:t>
      </w:r>
      <w:r>
        <w:rPr>
          <w:rFonts w:eastAsia="宋体;SimSun" w:cs="宋体;SimSun" w:ascii="宋体;SimSun" w:hAnsi="宋体;SimSun"/>
          <w:color w:val="000000"/>
        </w:rPr>
        <w:drawing>
          <wp:inline distT="0" distB="0" distL="0" distR="0">
            <wp:extent cx="76200" cy="219075"/>
            <wp:effectExtent l="0" t="0" r="0" b="0"/>
            <wp:docPr id="2789"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 name="Image15"/>
                    <pic:cNvPicPr>
                      <a:picLocks noChangeAspect="1" noChangeArrowheads="1"/>
                    </pic:cNvPicPr>
                  </pic:nvPicPr>
                  <pic:blipFill>
                    <a:blip r:embed="rId1133"/>
                    <a:srcRect l="-474" t="-164" r="-474" b="-164"/>
                    <a:stretch>
                      <a:fillRect/>
                    </a:stretch>
                  </pic:blipFill>
                  <pic:spPr bwMode="auto">
                    <a:xfrm>
                      <a:off x="0" y="0"/>
                      <a:ext cx="76200" cy="219075"/>
                    </a:xfrm>
                    <a:prstGeom prst="rect">
                      <a:avLst/>
                    </a:prstGeom>
                    <a:noFill/>
                  </pic:spPr>
                </pic:pic>
              </a:graphicData>
            </a:graphic>
          </wp:inline>
        </w:drawing>
      </w:r>
      <w:r>
        <w:rPr>
          <w:color w:val="000000"/>
        </w:rPr>
        <w:t>，</w:t>
      </w:r>
      <w:r>
        <w:rPr>
          <w:color w:val="000000"/>
        </w:rPr>
        <w:t>x</w:t>
      </w:r>
      <w:r>
        <w:rPr>
          <w:rFonts w:eastAsia="宋体;SimSun" w:cs="宋体;SimSun" w:ascii="宋体;SimSun" w:hAnsi="宋体;SimSun"/>
          <w:color w:val="000000"/>
        </w:rPr>
        <w:drawing>
          <wp:inline distT="0" distB="0" distL="0" distR="0">
            <wp:extent cx="104775" cy="219075"/>
            <wp:effectExtent l="0" t="0" r="0" b="0"/>
            <wp:docPr id="2790"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 name="Image16"/>
                    <pic:cNvPicPr>
                      <a:picLocks noChangeAspect="1" noChangeArrowheads="1"/>
                    </pic:cNvPicPr>
                  </pic:nvPicPr>
                  <pic:blipFill>
                    <a:blip r:embed="rId1134"/>
                    <a:srcRect l="-344" t="-164" r="-344" b="-164"/>
                    <a:stretch>
                      <a:fillRect/>
                    </a:stretch>
                  </pic:blipFill>
                  <pic:spPr bwMode="auto">
                    <a:xfrm>
                      <a:off x="0" y="0"/>
                      <a:ext cx="104775" cy="219075"/>
                    </a:xfrm>
                    <a:prstGeom prst="rect">
                      <a:avLst/>
                    </a:prstGeom>
                    <a:noFill/>
                  </pic:spPr>
                </pic:pic>
              </a:graphicData>
            </a:graphic>
          </wp:inline>
        </w:drawing>
      </w:r>
      <w:r>
        <w:rPr>
          <w:color w:val="000000"/>
        </w:rPr>
        <w:t>之差的绝对值叫做点</w:t>
      </w:r>
      <w:r>
        <w:rPr>
          <w:color w:val="000000"/>
        </w:rPr>
        <w:t>M</w:t>
      </w:r>
      <w:r>
        <w:rPr>
          <w:color w:val="000000"/>
        </w:rPr>
        <w:t>，</w:t>
      </w:r>
      <w:r>
        <w:rPr>
          <w:color w:val="000000"/>
        </w:rPr>
        <w:t>N</w:t>
      </w:r>
      <w:r>
        <w:rPr>
          <w:color w:val="000000"/>
        </w:rPr>
        <w:t>之间的距离，即</w:t>
      </w:r>
      <w:r>
        <w:rPr>
          <w:color w:val="000000"/>
        </w:rPr>
        <w:t>MN="|" x</w:t>
      </w:r>
      <w:r>
        <w:rPr>
          <w:rFonts w:eastAsia="宋体;SimSun" w:cs="宋体;SimSun" w:ascii="宋体;SimSun" w:hAnsi="宋体;SimSun"/>
          <w:color w:val="000000"/>
        </w:rPr>
        <w:drawing>
          <wp:inline distT="0" distB="0" distL="0" distR="0">
            <wp:extent cx="76200" cy="219075"/>
            <wp:effectExtent l="0" t="0" r="0" b="0"/>
            <wp:docPr id="2791"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7" name="Image17"/>
                    <pic:cNvPicPr>
                      <a:picLocks noChangeAspect="1" noChangeArrowheads="1"/>
                    </pic:cNvPicPr>
                  </pic:nvPicPr>
                  <pic:blipFill>
                    <a:blip r:embed="rId1135"/>
                    <a:srcRect l="-474" t="-164" r="-474" b="-164"/>
                    <a:stretch>
                      <a:fillRect/>
                    </a:stretch>
                  </pic:blipFill>
                  <pic:spPr bwMode="auto">
                    <a:xfrm>
                      <a:off x="0" y="0"/>
                      <a:ext cx="76200" cy="219075"/>
                    </a:xfrm>
                    <a:prstGeom prst="rect">
                      <a:avLst/>
                    </a:prstGeom>
                    <a:noFill/>
                  </pic:spPr>
                </pic:pic>
              </a:graphicData>
            </a:graphic>
          </wp:inline>
        </w:drawing>
      </w:r>
      <w:r>
        <w:rPr>
          <w:color w:val="000000"/>
        </w:rPr>
        <w:t>-x</w:t>
      </w:r>
      <w:r>
        <w:rPr>
          <w:rFonts w:eastAsia="宋体;SimSun" w:cs="宋体;SimSun" w:ascii="宋体;SimSun" w:hAnsi="宋体;SimSun"/>
          <w:color w:val="000000"/>
        </w:rPr>
        <w:drawing>
          <wp:inline distT="0" distB="0" distL="0" distR="0">
            <wp:extent cx="104775" cy="219075"/>
            <wp:effectExtent l="0" t="0" r="0" b="0"/>
            <wp:docPr id="2792"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 name="Image18"/>
                    <pic:cNvPicPr>
                      <a:picLocks noChangeAspect="1" noChangeArrowheads="1"/>
                    </pic:cNvPicPr>
                  </pic:nvPicPr>
                  <pic:blipFill>
                    <a:blip r:embed="rId1136"/>
                    <a:srcRect l="-344" t="-164" r="-344" b="-164"/>
                    <a:stretch>
                      <a:fillRect/>
                    </a:stretch>
                  </pic:blipFill>
                  <pic:spPr bwMode="auto">
                    <a:xfrm>
                      <a:off x="0" y="0"/>
                      <a:ext cx="104775" cy="219075"/>
                    </a:xfrm>
                    <a:prstGeom prst="rect">
                      <a:avLst/>
                    </a:prstGeom>
                    <a:noFill/>
                  </pic:spPr>
                </pic:pic>
              </a:graphicData>
            </a:graphic>
          </wp:inline>
        </w:drawing>
      </w:r>
      <w:r>
        <w:rPr>
          <w:color w:val="000000"/>
        </w:rPr>
        <w:t>|</w:t>
      </w:r>
      <w:r>
        <w:rPr>
          <w:color w:val="000000"/>
        </w:rPr>
        <w:t>．若点</w:t>
      </w:r>
      <w:r>
        <w:rPr>
          <w:color w:val="000000"/>
        </w:rPr>
        <w:t>P</w:t>
      </w:r>
      <w:r>
        <w:rPr>
          <w:color w:val="000000"/>
        </w:rPr>
        <w:t>以每秒</w:t>
      </w:r>
      <w:r>
        <w:rPr>
          <w:color w:val="000000"/>
        </w:rPr>
        <w:t>3</w:t>
      </w:r>
      <w:r>
        <w:rPr>
          <w:color w:val="000000"/>
        </w:rPr>
        <w:t>个单位长度的速度从点</w:t>
      </w:r>
      <w:r>
        <w:rPr>
          <w:color w:val="000000"/>
        </w:rPr>
        <w:t>O</w:t>
      </w:r>
      <w:r>
        <w:rPr>
          <w:color w:val="000000"/>
        </w:rPr>
        <w:t>沿着数轴的负方向运动时，点</w:t>
      </w:r>
      <w:r>
        <w:rPr>
          <w:color w:val="000000"/>
        </w:rPr>
        <w:t>E</w:t>
      </w:r>
      <w:r>
        <w:rPr>
          <w:color w:val="000000"/>
        </w:rPr>
        <w:t>以每秒</w:t>
      </w:r>
      <w:r>
        <w:rPr>
          <w:color w:val="000000"/>
        </w:rPr>
        <w:t>1</w:t>
      </w:r>
      <w:r>
        <w:rPr>
          <w:color w:val="000000"/>
        </w:rPr>
        <w:t>个单位长度的速度从点</w:t>
      </w:r>
      <w:r>
        <w:rPr>
          <w:color w:val="000000"/>
        </w:rPr>
        <w:t>A</w:t>
      </w:r>
      <w:r>
        <w:rPr>
          <w:color w:val="000000"/>
        </w:rPr>
        <w:t>沿着数轴的负方向运动、点</w:t>
      </w:r>
      <w:r>
        <w:rPr>
          <w:color w:val="000000"/>
        </w:rPr>
        <w:t>F</w:t>
      </w:r>
      <w:r>
        <w:rPr>
          <w:color w:val="000000"/>
        </w:rPr>
        <w:t>以每秒</w:t>
      </w:r>
      <w:r>
        <w:rPr>
          <w:color w:val="000000"/>
        </w:rPr>
        <w:t>4</w:t>
      </w:r>
      <w:r>
        <w:rPr>
          <w:color w:val="000000"/>
        </w:rPr>
        <w:t>个单位长度的速度从点</w:t>
      </w:r>
      <w:r>
        <w:rPr>
          <w:color w:val="000000"/>
        </w:rPr>
        <w:t>B</w:t>
      </w:r>
      <w:r>
        <w:rPr>
          <w:color w:val="000000"/>
        </w:rPr>
        <w:t>沿着数轴的负方向运动，且三个点同时出发，那么运动</w:t>
      </w:r>
      <w:r>
        <w:rPr>
          <w:color w:val="000000"/>
        </w:rPr>
        <w:t>______</w:t>
      </w:r>
      <w:r>
        <w:rPr>
          <w:color w:val="000000"/>
        </w:rPr>
        <w:t>秒时，点</w:t>
      </w:r>
      <w:r>
        <w:rPr>
          <w:color w:val="000000"/>
        </w:rPr>
        <w:t>P</w:t>
      </w:r>
      <w:r>
        <w:rPr>
          <w:color w:val="000000"/>
        </w:rPr>
        <w:t>到点</w:t>
      </w:r>
      <w:r>
        <w:rPr>
          <w:color w:val="000000"/>
        </w:rPr>
        <w:t>E</w:t>
      </w:r>
      <w:r>
        <w:rPr>
          <w:color w:val="000000"/>
        </w:rPr>
        <w:t>，点</w:t>
      </w:r>
      <w:r>
        <w:rPr>
          <w:color w:val="000000"/>
        </w:rPr>
        <w:t>F</w:t>
      </w:r>
      <w:r>
        <w:rPr>
          <w:color w:val="000000"/>
        </w:rPr>
        <w:t>的距离相等．</w:t>
      </w:r>
    </w:p>
    <w:p>
      <w:pPr>
        <w:pStyle w:val="Normal"/>
        <w:spacing w:lineRule="auto" w:line="360"/>
        <w:textAlignment w:val="center"/>
        <w:rPr/>
      </w:pPr>
      <w:r>
        <w:rPr>
          <w:color w:val="2E75B6"/>
        </w:rPr>
        <w:t>【答案】</w:t>
      </w:r>
      <w:r>
        <w:rPr>
          <w:color w:val="000000"/>
        </w:rPr>
        <w:t>（</w:t>
      </w:r>
      <w:r>
        <w:rPr>
          <w:color w:val="000000"/>
        </w:rPr>
        <w:t>1</w:t>
      </w:r>
      <w:r>
        <w:rPr>
          <w:color w:val="000000"/>
        </w:rPr>
        <w:t>）</w:t>
      </w:r>
      <w:r>
        <w:rPr>
          <w:color w:val="000000"/>
        </w:rPr>
        <w:t>-1</w:t>
      </w:r>
      <w:r>
        <w:rPr>
          <w:color w:val="000000"/>
        </w:rPr>
        <w:t>；（</w:t>
      </w:r>
      <w:r>
        <w:rPr>
          <w:color w:val="000000"/>
        </w:rPr>
        <w:t>2</w:t>
      </w:r>
      <w:r>
        <w:rPr>
          <w:color w:val="000000"/>
        </w:rPr>
        <w:t>）</w:t>
      </w:r>
      <w:r>
        <w:rPr>
          <w:color w:val="000000"/>
        </w:rPr>
        <w:t>-4</w:t>
      </w:r>
      <w:r>
        <w:rPr>
          <w:color w:val="000000"/>
        </w:rPr>
        <w:t>或</w:t>
      </w:r>
      <w:r>
        <w:rPr>
          <w:color w:val="000000"/>
        </w:rPr>
        <w:t>2</w:t>
      </w:r>
      <w:r>
        <w:rPr>
          <w:color w:val="000000"/>
        </w:rPr>
        <w:t>；（</w:t>
      </w:r>
      <w:r>
        <w:rPr>
          <w:color w:val="000000"/>
        </w:rPr>
        <w:t>3</w:t>
      </w:r>
      <w:r>
        <w:rPr>
          <w:color w:val="000000"/>
        </w:rPr>
        <w:t>）</w:t>
      </w:r>
      <w:r>
        <w:rPr/>
        <w:pict>
          <v:shape id="_x0000_i707701" type="_x0000_tole_rId454" style="width:48.75pt;height:14.25pt" filled="f" o:ole="">
            <v:imagedata r:id="rId1137" o:title=""/>
          </v:shape>
        </w:pict>
      </w:r>
      <w:r>
        <w:rPr>
          <w:color w:val="000000"/>
        </w:rPr>
        <w:t>；（</w:t>
      </w:r>
      <w:r>
        <w:rPr>
          <w:color w:val="000000"/>
        </w:rPr>
        <w:t>4</w:t>
      </w:r>
      <w:r>
        <w:rPr>
          <w:color w:val="000000"/>
        </w:rPr>
        <w:t>）</w:t>
      </w:r>
      <w:r>
        <w:rPr/>
        <w:pict>
          <v:shape id="_x0000_i707702" type="_x0000_tole_rId456" style="width:12pt;height:31.2pt" filled="f" o:ole="">
            <v:imagedata r:id="rId1138" o:title=""/>
          </v:shape>
        </w:pict>
      </w:r>
      <w:r>
        <w:rPr>
          <w:color w:val="000000"/>
        </w:rPr>
        <w:t>或</w:t>
      </w:r>
      <w:r>
        <w:rPr>
          <w:color w:val="000000"/>
        </w:rPr>
        <w:t>2</w:t>
      </w:r>
      <w:r>
        <w:rPr>
          <w:color w:val="000000"/>
        </w:rPr>
        <w:t>．</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【详解】试题分析：（</w:t>
      </w:r>
      <w:r>
        <w:rPr>
          <w:color w:val="000000"/>
        </w:rPr>
        <w:t>1</w:t>
      </w:r>
      <w:r>
        <w:rPr>
          <w:color w:val="000000"/>
        </w:rPr>
        <w:t>）根据题意列出关于</w:t>
      </w:r>
      <w:r>
        <w:rPr/>
        <w:pict>
          <v:shape id="_x0000_i707703" type="_x0000_tole_rId458" style="width:9.65pt;height:11.3pt" filled="f" o:ole="">
            <v:imagedata r:id="rId1139" o:title=""/>
          </v:shape>
        </w:pict>
      </w:r>
      <w:r>
        <w:rPr>
          <w:color w:val="000000"/>
        </w:rPr>
        <w:t>的方程，求出方程的解即可得到</w:t>
      </w:r>
      <w:r>
        <w:rPr/>
        <w:pict>
          <v:shape id="_x0000_i707704" type="_x0000_tole_rId460" style="width:9.65pt;height:11.3pt" filled="f" o:ole="">
            <v:imagedata r:id="rId1140" o:title=""/>
          </v:shape>
        </w:pict>
      </w:r>
      <w:r>
        <w:rPr>
          <w:color w:val="000000"/>
        </w:rPr>
        <w:t>的值；</w:t>
      </w:r>
    </w:p>
    <w:p>
      <w:pPr>
        <w:pStyle w:val="Normal"/>
        <w:spacing w:lineRule="auto" w:line="360"/>
        <w:jc w:val="start"/>
        <w:textAlignment w:val="center"/>
        <w:rPr/>
      </w:pPr>
      <w:r>
        <w:rPr>
          <w:color w:val="000000"/>
        </w:rPr>
        <w:t>根据题意列出关于</w:t>
      </w:r>
      <w:r>
        <w:rPr/>
        <w:pict>
          <v:shape id="_x0000_i707705" type="_x0000_tole_rId462" style="width:9.65pt;height:11.3pt" filled="f" o:ole="">
            <v:imagedata r:id="rId1141" o:title=""/>
          </v:shape>
        </w:pict>
      </w:r>
      <w:r>
        <w:rPr>
          <w:color w:val="000000"/>
        </w:rPr>
        <w:t>的方程，求出方程的解即可得到</w:t>
      </w:r>
      <w:r>
        <w:rPr/>
        <w:pict>
          <v:shape id="_x0000_i707706" type="_x0000_tole_rId464" style="width:9.65pt;height:11.3pt" filled="f" o:ole="">
            <v:imagedata r:id="rId1142" o:title=""/>
          </v:shape>
        </w:pict>
      </w:r>
      <w:r>
        <w:rPr>
          <w:color w:val="000000"/>
        </w:rPr>
        <w:t>的值；</w:t>
      </w:r>
    </w:p>
    <w:p>
      <w:pPr>
        <w:pStyle w:val="Normal"/>
        <w:spacing w:lineRule="auto" w:line="360"/>
        <w:jc w:val="start"/>
        <w:textAlignment w:val="center"/>
        <w:rPr/>
      </w:pPr>
      <w:r>
        <w:rPr>
          <w:color w:val="000000"/>
        </w:rPr>
        <w:t>（</w:t>
      </w:r>
      <w:r>
        <w:rPr>
          <w:color w:val="000000"/>
        </w:rPr>
        <w:t>3</w:t>
      </w:r>
      <w:r>
        <w:rPr>
          <w:color w:val="000000"/>
        </w:rPr>
        <w:t>）点</w:t>
      </w:r>
      <w:r>
        <w:rPr>
          <w:color w:val="000000"/>
        </w:rPr>
        <w:t>P</w:t>
      </w:r>
      <w:r>
        <w:rPr>
          <w:color w:val="000000"/>
        </w:rPr>
        <w:t>到点</w:t>
      </w:r>
      <w:r>
        <w:rPr>
          <w:color w:val="000000"/>
        </w:rPr>
        <w:t>A</w:t>
      </w:r>
      <w:r>
        <w:rPr>
          <w:color w:val="000000"/>
        </w:rPr>
        <w:t>，点</w:t>
      </w:r>
      <w:r>
        <w:rPr>
          <w:color w:val="000000"/>
        </w:rPr>
        <w:t>B</w:t>
      </w:r>
      <w:r>
        <w:rPr>
          <w:color w:val="000000"/>
        </w:rPr>
        <w:t>的距离之和最小，则点</w:t>
      </w:r>
      <w:r>
        <w:rPr>
          <w:color w:val="000000"/>
        </w:rPr>
        <w:t>P</w:t>
      </w:r>
      <w:r>
        <w:rPr>
          <w:color w:val="000000"/>
        </w:rPr>
        <w:t>在线段</w:t>
      </w:r>
      <w:r>
        <w:rPr>
          <w:color w:val="000000"/>
        </w:rPr>
        <w:t>AB</w:t>
      </w:r>
      <w:r>
        <w:rPr>
          <w:color w:val="000000"/>
        </w:rPr>
        <w:t>上，求出</w:t>
      </w:r>
      <w:r>
        <w:rPr/>
        <w:pict>
          <v:shape id="_x0000_i707707" type="_x0000_tole_rId466" style="width:9.65pt;height:11.3pt" filled="f" o:ole="">
            <v:imagedata r:id="rId1143" o:title=""/>
          </v:shape>
        </w:pict>
      </w:r>
      <w:r>
        <w:rPr>
          <w:color w:val="000000"/>
        </w:rPr>
        <w:t>的取值范围即可；</w:t>
      </w:r>
    </w:p>
    <w:p>
      <w:pPr>
        <w:pStyle w:val="Normal"/>
        <w:spacing w:lineRule="auto" w:line="360"/>
        <w:jc w:val="start"/>
        <w:textAlignment w:val="center"/>
        <w:rPr/>
      </w:pPr>
      <w:r>
        <w:rPr>
          <w:color w:val="000000"/>
        </w:rPr>
        <w:t>（</w:t>
      </w:r>
      <w:r>
        <w:rPr>
          <w:color w:val="000000"/>
        </w:rPr>
        <w:t>4</w:t>
      </w:r>
      <w:r>
        <w:rPr>
          <w:color w:val="000000"/>
        </w:rPr>
        <w:t>）设</w:t>
      </w:r>
      <w:r>
        <w:rPr/>
        <w:pict>
          <v:shape id="_x0000_i707708" type="_x0000_tole_rId468" style="width:6.95pt;height:12pt" filled="f" o:ole="">
            <v:imagedata r:id="rId1144" o:title=""/>
          </v:shape>
        </w:pict>
      </w:r>
      <w:r>
        <w:rPr>
          <w:color w:val="000000"/>
        </w:rPr>
        <w:t>秒时点</w:t>
      </w:r>
      <w:r>
        <w:rPr>
          <w:color w:val="000000"/>
        </w:rPr>
        <w:t>P</w:t>
      </w:r>
      <w:r>
        <w:rPr>
          <w:color w:val="000000"/>
        </w:rPr>
        <w:t>到点</w:t>
      </w:r>
      <w:r>
        <w:rPr>
          <w:color w:val="000000"/>
        </w:rPr>
        <w:t>E</w:t>
      </w:r>
      <w:r>
        <w:rPr>
          <w:color w:val="000000"/>
        </w:rPr>
        <w:t>，点</w:t>
      </w:r>
      <w:r>
        <w:rPr>
          <w:color w:val="000000"/>
        </w:rPr>
        <w:t>F</w:t>
      </w:r>
      <w:r>
        <w:rPr>
          <w:color w:val="000000"/>
        </w:rPr>
        <w:t>的距离相等，根据题意列出关于</w:t>
      </w:r>
      <w:r>
        <w:rPr/>
        <w:pict>
          <v:shape id="_x0000_i707709" type="_x0000_tole_rId470" style="width:6.95pt;height:12pt" filled="f" o:ole="">
            <v:imagedata r:id="rId1145" o:title=""/>
          </v:shape>
        </w:pict>
      </w:r>
      <w:r>
        <w:rPr>
          <w:color w:val="000000"/>
        </w:rPr>
        <w:t>的方程，求出方程的解即可得到</w:t>
      </w:r>
      <w:r>
        <w:rPr/>
        <w:pict>
          <v:shape id="_x0000_i707710" type="_x0000_tole_rId472" style="width:6.95pt;height:12pt" filled="f" o:ole="">
            <v:imagedata r:id="rId1146" o:title=""/>
          </v:shape>
        </w:pict>
      </w:r>
      <w:r>
        <w:rPr>
          <w:color w:val="000000"/>
        </w:rPr>
        <w:t>的值．</w:t>
      </w:r>
    </w:p>
    <w:p>
      <w:pPr>
        <w:pStyle w:val="Normal"/>
        <w:spacing w:lineRule="auto" w:line="360"/>
        <w:jc w:val="start"/>
        <w:textAlignment w:val="center"/>
        <w:rPr>
          <w:color w:val="000000"/>
        </w:rPr>
      </w:pPr>
      <w:r>
        <w:rPr>
          <w:color w:val="000000"/>
        </w:rPr>
        <w:t>试题解析：（</w:t>
      </w:r>
      <w:r>
        <w:rPr>
          <w:color w:val="000000"/>
        </w:rPr>
        <w:t>1</w:t>
      </w:r>
      <w:r>
        <w:rPr>
          <w:color w:val="000000"/>
        </w:rPr>
        <w:t>）根据题意得，</w:t>
      </w:r>
      <w:r>
        <w:rPr/>
        <w:pict>
          <v:shape id="_x0000_i707711" type="_x0000_tole_rId474" style="width:75.75pt;height:15.75pt" filled="f" o:ole="">
            <v:imagedata r:id="rId1147" o:title=""/>
          </v:shape>
        </w:pict>
      </w:r>
      <w:r>
        <w:rPr/>
        <w:pict>
          <v:shape id="_x0000_i707712" type="_x0000_tole_rId476" style="width:45.75pt;height:15.75pt" filled="f" o:ole="">
            <v:imagedata r:id="rId1148" o:title=""/>
          </v:shape>
        </w:pict>
      </w:r>
    </w:p>
    <w:p>
      <w:pPr>
        <w:pStyle w:val="Normal"/>
        <w:spacing w:lineRule="auto" w:line="360"/>
        <w:jc w:val="start"/>
        <w:textAlignment w:val="center"/>
        <w:rPr/>
      </w:pPr>
      <w:r>
        <w:rPr>
          <w:color w:val="000000"/>
        </w:rPr>
        <w:t>根据题意得，</w:t>
      </w:r>
      <w:r>
        <w:rPr/>
        <w:pict>
          <v:shape id="_x0000_i707713" type="_x0000_tole_rId478" style="width:99.75pt;height:20.25pt" filled="f" o:ole="">
            <v:imagedata r:id="rId1149" o:title=""/>
          </v:shape>
        </w:pict>
      </w:r>
      <w:r>
        <w:rPr>
          <w:color w:val="000000"/>
        </w:rPr>
        <w:t>解得</w:t>
      </w:r>
      <w:r>
        <w:rPr/>
        <w:pict>
          <v:shape id="_x0000_i707714" type="_x0000_tole_rId480" style="width:33.75pt;height:14.25pt" filled="f" o:ole="">
            <v:imagedata r:id="rId1150" o:title=""/>
          </v:shape>
        </w:pict>
      </w:r>
      <w:r>
        <w:rPr>
          <w:color w:val="000000"/>
        </w:rPr>
        <w:t>或</w:t>
      </w:r>
      <w:r>
        <w:rPr/>
        <w:pict>
          <v:shape id="_x0000_i707715" type="_x0000_tole_rId482" style="width:27.75pt;height:14.25pt" filled="f" o:ole="">
            <v:imagedata r:id="rId1151" o:title=""/>
          </v:shape>
        </w:pict>
      </w:r>
      <w:r>
        <w:rPr>
          <w:color w:val="000000"/>
        </w:rPr>
        <w:t>；</w:t>
      </w:r>
    </w:p>
    <w:p>
      <w:pPr>
        <w:pStyle w:val="Normal"/>
        <w:spacing w:lineRule="auto" w:line="360"/>
        <w:jc w:val="start"/>
        <w:textAlignment w:val="center"/>
        <w:rPr/>
      </w:pPr>
      <w:r>
        <w:rPr>
          <w:color w:val="000000"/>
        </w:rPr>
        <w:t>点</w:t>
      </w:r>
      <w:r>
        <w:rPr>
          <w:color w:val="000000"/>
        </w:rPr>
        <w:t>P</w:t>
      </w:r>
      <w:r>
        <w:rPr>
          <w:color w:val="000000"/>
        </w:rPr>
        <w:t>到点</w:t>
      </w:r>
      <w:r>
        <w:rPr>
          <w:color w:val="000000"/>
        </w:rPr>
        <w:t>A</w:t>
      </w:r>
      <w:r>
        <w:rPr>
          <w:color w:val="000000"/>
        </w:rPr>
        <w:t>，点</w:t>
      </w:r>
      <w:r>
        <w:rPr>
          <w:color w:val="000000"/>
        </w:rPr>
        <w:t>B</w:t>
      </w:r>
      <w:r>
        <w:rPr>
          <w:color w:val="000000"/>
        </w:rPr>
        <w:t>的距离之和最小，点</w:t>
      </w:r>
      <w:r>
        <w:rPr>
          <w:color w:val="000000"/>
        </w:rPr>
        <w:t>P</w:t>
      </w:r>
      <w:r>
        <w:rPr>
          <w:color w:val="000000"/>
        </w:rPr>
        <w:t>在线段</w:t>
      </w:r>
      <w:r>
        <w:rPr>
          <w:color w:val="000000"/>
        </w:rPr>
        <w:t>AB</w:t>
      </w:r>
      <w:r>
        <w:rPr>
          <w:color w:val="000000"/>
        </w:rPr>
        <w:t>上，则</w:t>
      </w:r>
      <w:r>
        <w:rPr/>
        <w:pict>
          <v:shape id="_x0000_i707716" type="_x0000_tole_rId484" style="width:9.65pt;height:11.3pt" filled="f" o:ole="">
            <v:imagedata r:id="rId1152" o:title=""/>
          </v:shape>
        </w:pict>
      </w:r>
      <w:r>
        <w:rPr>
          <w:color w:val="000000"/>
        </w:rPr>
        <w:t>的取值范围为</w:t>
      </w:r>
      <w:r>
        <w:rPr/>
        <w:pict>
          <v:shape id="_x0000_i707717" type="_x0000_tole_rId486" style="width:48.75pt;height:14.25pt" filled="f" o:ole="">
            <v:imagedata r:id="rId1153" o:title=""/>
          </v:shape>
        </w:pict>
      </w:r>
      <w:r>
        <w:rPr>
          <w:color w:val="000000"/>
        </w:rPr>
        <w:t>；</w:t>
      </w:r>
    </w:p>
    <w:p>
      <w:pPr>
        <w:pStyle w:val="Normal"/>
        <w:spacing w:lineRule="auto" w:line="360"/>
        <w:jc w:val="start"/>
        <w:textAlignment w:val="center"/>
        <w:rPr>
          <w:color w:val="000000"/>
        </w:rPr>
      </w:pPr>
      <w:r>
        <w:rPr>
          <w:color w:val="000000"/>
        </w:rPr>
        <w:t>设</w:t>
      </w:r>
      <w:r>
        <w:rPr/>
        <w:pict>
          <v:shape id="_x0000_i707718" type="_x0000_tole_rId488" style="width:6.95pt;height:12pt" filled="f" o:ole="">
            <v:imagedata r:id="rId1154" o:title=""/>
          </v:shape>
        </w:pict>
      </w:r>
      <w:r>
        <w:rPr>
          <w:color w:val="000000"/>
        </w:rPr>
        <w:t>秒时点</w:t>
      </w:r>
      <w:r>
        <w:rPr>
          <w:color w:val="000000"/>
        </w:rPr>
        <w:t>P</w:t>
      </w:r>
      <w:r>
        <w:rPr>
          <w:color w:val="000000"/>
        </w:rPr>
        <w:t>到点</w:t>
      </w:r>
      <w:r>
        <w:rPr>
          <w:color w:val="000000"/>
        </w:rPr>
        <w:t>E</w:t>
      </w:r>
      <w:r>
        <w:rPr>
          <w:color w:val="000000"/>
        </w:rPr>
        <w:t>，点</w:t>
      </w:r>
      <w:r>
        <w:rPr>
          <w:color w:val="000000"/>
        </w:rPr>
        <w:t>F</w:t>
      </w:r>
      <w:r>
        <w:rPr>
          <w:color w:val="000000"/>
        </w:rPr>
        <w:t>的距离相等，根据题意得：</w:t>
      </w:r>
      <w:r>
        <w:rPr/>
        <w:pict>
          <v:shape id="_x0000_i707719" type="_x0000_tole_rId490" style="width:147.75pt;height:20.25pt" filled="f" o:ole="">
            <v:imagedata r:id="rId1155" o:title=""/>
          </v:shape>
        </w:pict>
      </w:r>
      <w:r>
        <w:rPr>
          <w:color w:val="000000"/>
        </w:rPr>
        <w:t>解得：</w:t>
      </w:r>
      <w:r>
        <w:rPr/>
        <w:pict>
          <v:shape id="_x0000_i707720" type="_x0000_tole_rId492" style="width:33.75pt;height:32.25pt" filled="f" o:ole="">
            <v:imagedata r:id="rId1156" o:title=""/>
          </v:shape>
        </w:pict>
      </w:r>
      <w:r>
        <w:rPr>
          <w:color w:val="000000"/>
        </w:rPr>
        <w:t>或</w:t>
      </w:r>
      <w:r>
        <w:rPr/>
        <w:pict>
          <v:shape id="_x0000_i707721" type="_x0000_tole_rId494" style="width:28pt;height:14pt" filled="f" o:ole="">
            <v:imagedata r:id="rId1157" o:title=""/>
          </v:shape>
        </w:pict>
      </w:r>
    </w:p>
    <w:p>
      <w:pPr>
        <w:pStyle w:val="Normal"/>
        <w:spacing w:lineRule="auto" w:line="360"/>
        <w:jc w:val="start"/>
        <w:textAlignment w:val="center"/>
        <w:rPr>
          <w:color w:val="000000"/>
        </w:rPr>
      </w:pPr>
      <w:r>
        <w:rPr>
          <w:color w:val="000000"/>
        </w:rPr>
        <w:t>考点：</w:t>
      </w:r>
      <w:r>
        <w:rPr>
          <w:color w:val="000000"/>
        </w:rPr>
        <w:t>1</w:t>
      </w:r>
      <w:r>
        <w:rPr>
          <w:color w:val="000000"/>
        </w:rPr>
        <w:t>、数轴；</w:t>
      </w:r>
      <w:r>
        <w:rPr>
          <w:color w:val="000000"/>
        </w:rPr>
        <w:t>2</w:t>
      </w:r>
      <w:r>
        <w:rPr>
          <w:color w:val="000000"/>
        </w:rPr>
        <w:t>、一元一次方程的应用．</w:t>
      </w:r>
      <w:r>
        <w:br w:type="page"/>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7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 name="图片 1"/>
                    <pic:cNvPicPr>
                      <a:picLocks noChangeAspect="1" noChangeArrowheads="1"/>
                    </pic:cNvPicPr>
                  </pic:nvPicPr>
                  <pic:blipFill>
                    <a:blip r:embed="rId1158"/>
                    <a:srcRect l="-21" t="-74" r="-21" b="-74"/>
                    <a:stretch>
                      <a:fillRect/>
                    </a:stretch>
                  </pic:blipFill>
                  <pic:spPr bwMode="auto">
                    <a:xfrm>
                      <a:off x="0" y="0"/>
                      <a:ext cx="1724025" cy="485775"/>
                    </a:xfrm>
                    <a:prstGeom prst="rect">
                      <a:avLst/>
                    </a:prstGeom>
                    <a:noFill/>
                  </pic:spPr>
                </pic:pic>
              </a:graphicData>
            </a:graphic>
          </wp:inline>
        </w:drawing>
      </w:r>
    </w:p>
    <w:p>
      <w:pPr>
        <w:pStyle w:val="Heading2"/>
      </w:pPr>
      <w:r>
        <w:t>第十二中学</w:t>
      </w:r>
    </w:p>
    <w:p>
      <w:pPr>
        <w:pStyle w:val="Normal"/>
        <w:spacing w:lineRule="auto" w:line="360"/>
        <w:jc w:val="start"/>
        <w:textAlignment w:val="center"/>
        <w:rPr>
          <w:rFonts w:ascii="宋体;SimSun" w:hAnsi="宋体;SimSun" w:cs="宋体;SimSun"/>
          <w:color w:val="000000"/>
        </w:rPr>
      </w:pPr>
      <w:r>
        <w:rPr>
          <w:color w:val="000000"/>
        </w:rPr>
        <w:t xml:space="preserve">39. </w:t>
      </w:r>
      <w:r>
        <w:rPr>
          <w:rFonts w:ascii="宋体;SimSun" w:hAnsi="宋体;SimSun" w:cs="宋体;SimSun"/>
          <w:color w:val="000000"/>
        </w:rPr>
        <w:t>如图</w:t>
      </w:r>
      <w:r>
        <w:rPr>
          <w:rFonts w:eastAsia="Times New Roman" w:cs="Times New Roman"/>
          <w:color w:val="000000"/>
        </w:rPr>
        <w:t>1</w:t>
      </w:r>
      <w:r>
        <w:rPr>
          <w:rFonts w:ascii="宋体;SimSun" w:hAnsi="宋体;SimSun" w:cs="宋体;SimSun"/>
          <w:color w:val="000000"/>
        </w:rPr>
        <w:t>，点</w:t>
      </w:r>
      <w:r>
        <w:rPr>
          <w:rFonts w:eastAsia="Times New Roman" w:cs="Times New Roman"/>
          <w:i/>
          <w:color w:val="000000"/>
        </w:rPr>
        <w:t>A</w:t>
      </w:r>
      <w:r>
        <w:rPr>
          <w:rFonts w:ascii="宋体;SimSun" w:hAnsi="宋体;SimSun" w:cs="宋体;SimSun"/>
          <w:color w:val="000000"/>
        </w:rPr>
        <w:t>，</w:t>
      </w:r>
      <w:r>
        <w:rPr>
          <w:rFonts w:eastAsia="Times New Roman" w:cs="Times New Roman"/>
          <w:i/>
          <w:color w:val="000000"/>
        </w:rPr>
        <w:t>B</w:t>
      </w:r>
      <w:r>
        <w:rPr>
          <w:rFonts w:ascii="宋体;SimSun" w:hAnsi="宋体;SimSun" w:cs="宋体;SimSun"/>
          <w:color w:val="000000"/>
        </w:rPr>
        <w:t>，</w:t>
      </w:r>
      <w:r>
        <w:rPr>
          <w:rFonts w:eastAsia="Times New Roman" w:cs="Times New Roman"/>
          <w:i/>
          <w:color w:val="000000"/>
        </w:rPr>
        <w:t>C</w:t>
      </w:r>
      <w:r>
        <w:rPr>
          <w:rFonts w:ascii="宋体;SimSun" w:hAnsi="宋体;SimSun" w:cs="宋体;SimSun"/>
          <w:color w:val="000000"/>
        </w:rPr>
        <w:t>是数轴上从左到右排列的三个点，分别对应的数为﹣</w:t>
      </w:r>
      <w:r>
        <w:rPr>
          <w:rFonts w:eastAsia="Times New Roman" w:cs="Times New Roman"/>
          <w:color w:val="000000"/>
        </w:rPr>
        <w:t>5</w:t>
      </w:r>
      <w:r>
        <w:rPr>
          <w:rFonts w:ascii="宋体;SimSun" w:hAnsi="宋体;SimSun" w:cs="宋体;SimSun"/>
          <w:color w:val="000000"/>
        </w:rPr>
        <w:t>，</w:t>
      </w:r>
      <w:r>
        <w:rPr>
          <w:rFonts w:eastAsia="Times New Roman" w:cs="Times New Roman"/>
          <w:i/>
          <w:color w:val="000000"/>
        </w:rPr>
        <w:t>b</w:t>
      </w:r>
      <w:r>
        <w:rPr>
          <w:rFonts w:ascii="宋体;SimSun" w:hAnsi="宋体;SimSun" w:cs="宋体;SimSun"/>
          <w:color w:val="000000"/>
        </w:rPr>
        <w:t>，</w:t>
      </w:r>
      <w:r>
        <w:rPr>
          <w:rFonts w:eastAsia="Times New Roman" w:cs="Times New Roman"/>
          <w:color w:val="000000"/>
        </w:rPr>
        <w:t>4</w:t>
      </w:r>
      <w:r>
        <w:rPr>
          <w:rFonts w:ascii="宋体;SimSun" w:hAnsi="宋体;SimSun" w:cs="宋体;SimSun"/>
          <w:color w:val="000000"/>
        </w:rPr>
        <w:t>．某同学将刻度尺如图</w:t>
      </w:r>
      <w:r>
        <w:rPr>
          <w:rFonts w:eastAsia="Times New Roman" w:cs="Times New Roman"/>
          <w:color w:val="000000"/>
        </w:rPr>
        <w:t>2</w:t>
      </w:r>
      <w:r>
        <w:rPr>
          <w:rFonts w:ascii="宋体;SimSun" w:hAnsi="宋体;SimSun" w:cs="宋体;SimSun"/>
          <w:color w:val="000000"/>
        </w:rPr>
        <w:t>放置，使刻度尺上的数字</w:t>
      </w:r>
      <w:r>
        <w:rPr>
          <w:rFonts w:eastAsia="Times New Roman" w:cs="Times New Roman"/>
          <w:color w:val="000000"/>
        </w:rPr>
        <w:t>0</w:t>
      </w:r>
      <w:r>
        <w:rPr>
          <w:rFonts w:ascii="宋体;SimSun" w:hAnsi="宋体;SimSun" w:cs="宋体;SimSun"/>
          <w:color w:val="000000"/>
        </w:rPr>
        <w:t>对齐数轴上的点</w:t>
      </w:r>
      <w:r>
        <w:rPr>
          <w:rFonts w:eastAsia="Times New Roman" w:cs="Times New Roman"/>
          <w:i/>
          <w:color w:val="000000"/>
        </w:rPr>
        <w:t>A</w:t>
      </w:r>
      <w:r>
        <w:rPr>
          <w:rFonts w:ascii="宋体;SimSun" w:hAnsi="宋体;SimSun" w:cs="宋体;SimSun"/>
          <w:color w:val="000000"/>
        </w:rPr>
        <w:t>，发现点</w:t>
      </w:r>
      <w:r>
        <w:rPr>
          <w:rFonts w:eastAsia="Times New Roman" w:cs="Times New Roman"/>
          <w:i/>
          <w:color w:val="000000"/>
        </w:rPr>
        <w:t>B</w:t>
      </w:r>
      <w:r>
        <w:rPr>
          <w:rFonts w:ascii="宋体;SimSun" w:hAnsi="宋体;SimSun" w:cs="宋体;SimSun"/>
          <w:color w:val="000000"/>
        </w:rPr>
        <w:t>对齐刻度</w:t>
      </w:r>
      <w:r>
        <w:rPr>
          <w:rFonts w:eastAsia="Times New Roman" w:cs="Times New Roman"/>
          <w:color w:val="000000"/>
        </w:rPr>
        <w:t>1.8cm</w:t>
      </w:r>
      <w:r>
        <w:rPr>
          <w:rFonts w:ascii="宋体;SimSun" w:hAnsi="宋体;SimSun" w:cs="宋体;SimSun"/>
          <w:color w:val="000000"/>
        </w:rPr>
        <w:t>，点</w:t>
      </w:r>
      <w:r>
        <w:rPr>
          <w:rFonts w:eastAsia="Times New Roman" w:cs="Times New Roman"/>
          <w:i/>
          <w:color w:val="000000"/>
        </w:rPr>
        <w:t>C</w:t>
      </w:r>
      <w:r>
        <w:rPr>
          <w:rFonts w:ascii="宋体;SimSun" w:hAnsi="宋体;SimSun" w:cs="宋体;SimSun"/>
          <w:color w:val="000000"/>
        </w:rPr>
        <w:t>对齐刻度</w:t>
      </w:r>
      <w:r>
        <w:rPr>
          <w:rFonts w:eastAsia="Times New Roman" w:cs="Times New Roman"/>
          <w:color w:val="000000"/>
        </w:rPr>
        <w:t>5.4cm</w:t>
      </w:r>
      <w:r>
        <w:rPr>
          <w:rFonts w:ascii="宋体;SimSun" w:hAnsi="宋体;SimSun" w:cs="宋体;SimSun"/>
          <w:color w:val="000000"/>
        </w:rPr>
        <w:t>．</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4829810" cy="1162050"/>
            <wp:effectExtent l="0" t="0" r="0" b="0"/>
            <wp:docPr id="2801"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 name="图片 100008"/>
                    <pic:cNvPicPr>
                      <a:picLocks noChangeAspect="1" noChangeArrowheads="1"/>
                    </pic:cNvPicPr>
                  </pic:nvPicPr>
                  <pic:blipFill>
                    <a:blip r:embed="rId1159"/>
                    <a:srcRect l="-7" t="-31" r="-7" b="-31"/>
                    <a:stretch>
                      <a:fillRect/>
                    </a:stretch>
                  </pic:blipFill>
                  <pic:spPr bwMode="auto">
                    <a:xfrm>
                      <a:off x="0" y="0"/>
                      <a:ext cx="4829810" cy="116205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）求数轴上点</w:t>
      </w:r>
      <w:r>
        <w:rPr>
          <w:rFonts w:eastAsia="Times New Roman" w:cs="Times New Roman"/>
          <w:i/>
          <w:color w:val="000000"/>
        </w:rPr>
        <w:t>B</w:t>
      </w:r>
      <w:r>
        <w:rPr>
          <w:rFonts w:ascii="宋体;SimSun" w:hAnsi="宋体;SimSun" w:cs="宋体;SimSun"/>
          <w:color w:val="000000"/>
        </w:rPr>
        <w:t>所对应的数</w:t>
      </w:r>
      <w:r>
        <w:rPr>
          <w:rFonts w:eastAsia="Times New Roman" w:cs="Times New Roman"/>
          <w:i/>
          <w:color w:val="000000"/>
        </w:rPr>
        <w:t>b</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）点</w:t>
      </w:r>
      <w:r>
        <w:rPr>
          <w:rFonts w:eastAsia="Times New Roman" w:cs="Times New Roman"/>
          <w:i/>
          <w:color w:val="000000"/>
        </w:rPr>
        <w:t>P</w:t>
      </w:r>
      <w:r>
        <w:rPr>
          <w:rFonts w:ascii="宋体;SimSun" w:hAnsi="宋体;SimSun" w:cs="宋体;SimSun"/>
          <w:color w:val="000000"/>
        </w:rPr>
        <w:t>是图</w:t>
      </w:r>
      <w:r>
        <w:rPr>
          <w:rFonts w:eastAsia="Times New Roman" w:cs="Times New Roman"/>
          <w:color w:val="000000"/>
        </w:rPr>
        <w:t>1</w:t>
      </w:r>
      <w:r>
        <w:rPr>
          <w:rFonts w:ascii="宋体;SimSun" w:hAnsi="宋体;SimSun" w:cs="宋体;SimSun"/>
          <w:color w:val="000000"/>
        </w:rPr>
        <w:t>数轴上一点，</w:t>
      </w:r>
      <w:r>
        <w:rPr>
          <w:rFonts w:eastAsia="Times New Roman" w:cs="Times New Roman"/>
          <w:i/>
          <w:color w:val="000000"/>
        </w:rPr>
        <w:t>P</w:t>
      </w:r>
      <w:r>
        <w:rPr>
          <w:rFonts w:ascii="宋体;SimSun" w:hAnsi="宋体;SimSun" w:cs="宋体;SimSun"/>
          <w:color w:val="000000"/>
        </w:rPr>
        <w:t>到</w:t>
      </w:r>
      <w:r>
        <w:rPr>
          <w:rFonts w:eastAsia="Times New Roman" w:cs="Times New Roman"/>
          <w:i/>
          <w:color w:val="000000"/>
        </w:rPr>
        <w:t>A</w:t>
      </w:r>
      <w:r>
        <w:rPr>
          <w:rFonts w:ascii="宋体;SimSun" w:hAnsi="宋体;SimSun" w:cs="宋体;SimSun"/>
          <w:color w:val="000000"/>
        </w:rPr>
        <w:t>的距离是到</w:t>
      </w:r>
      <w:r>
        <w:rPr>
          <w:rFonts w:eastAsia="Times New Roman" w:cs="Times New Roman"/>
          <w:i/>
          <w:color w:val="000000"/>
        </w:rPr>
        <w:t>B</w:t>
      </w:r>
      <w:r>
        <w:rPr>
          <w:rFonts w:ascii="宋体;SimSun" w:hAnsi="宋体;SimSun" w:cs="宋体;SimSun"/>
          <w:color w:val="000000"/>
        </w:rPr>
        <w:t>的距离的两倍，求点</w:t>
      </w:r>
      <w:r>
        <w:rPr>
          <w:rFonts w:eastAsia="Times New Roman" w:cs="Times New Roman"/>
          <w:i/>
          <w:color w:val="000000"/>
        </w:rPr>
        <w:t>P</w:t>
      </w:r>
      <w:r>
        <w:rPr>
          <w:rFonts w:ascii="宋体;SimSun" w:hAnsi="宋体;SimSun" w:cs="宋体;SimSun"/>
          <w:color w:val="000000"/>
        </w:rPr>
        <w:t>所表示的数；</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）若点</w:t>
      </w:r>
      <w:r>
        <w:rPr>
          <w:rFonts w:eastAsia="Times New Roman" w:cs="Times New Roman"/>
          <w:i/>
          <w:color w:val="000000"/>
        </w:rPr>
        <w:t>Q</w:t>
      </w:r>
      <w:r>
        <w:rPr>
          <w:rFonts w:ascii="宋体;SimSun" w:hAnsi="宋体;SimSun" w:cs="宋体;SimSun"/>
          <w:color w:val="000000"/>
        </w:rPr>
        <w:t>在数轴上表示</w:t>
      </w:r>
      <w:r>
        <w:rPr>
          <w:rFonts w:ascii="宋体;SimSun" w:hAnsi="宋体;SimSun" w:cs="宋体;SimSun"/>
          <w:color w:val="000000"/>
        </w:rPr>
        <w:drawing>
          <wp:inline distT="0" distB="0" distL="0" distR="0">
            <wp:extent cx="133350" cy="177800"/>
            <wp:effectExtent l="0" t="0" r="0" b="0"/>
            <wp:docPr id="2803" name="图片 294655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 name="图片 294655033"/>
                    <pic:cNvPicPr>
                      <a:picLocks noChangeAspect="1" noChangeArrowheads="1"/>
                    </pic:cNvPicPr>
                  </pic:nvPicPr>
                  <pic:blipFill>
                    <a:blip r:embed="rId1160"/>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color w:val="000000"/>
        </w:rPr>
        <w:t>数为</w:t>
      </w:r>
      <w:r>
        <w:rPr>
          <w:rFonts w:eastAsia="Times New Roman" w:cs="Times New Roman"/>
          <w:i/>
          <w:color w:val="000000"/>
        </w:rPr>
        <w:t>x</w:t>
      </w:r>
      <w:r>
        <w:rPr>
          <w:rFonts w:ascii="宋体;SimSun" w:hAnsi="宋体;SimSun" w:cs="宋体;SimSun"/>
          <w:color w:val="000000"/>
        </w:rPr>
        <w:t>，则</w:t>
      </w:r>
      <w:r>
        <w:rPr>
          <w:rFonts w:eastAsia="Times New Roman" w:cs="Times New Roman"/>
          <w:color w:val="000000"/>
        </w:rPr>
        <w:t>|</w:t>
      </w:r>
      <w:r>
        <w:rPr>
          <w:rFonts w:eastAsia="Times New Roman" w:cs="Times New Roman"/>
          <w:i/>
          <w:color w:val="000000"/>
        </w:rPr>
        <w:t>x</w:t>
      </w:r>
      <w:r>
        <w:rPr>
          <w:rFonts w:eastAsia="Times New Roman" w:cs="Times New Roman"/>
          <w:color w:val="000000"/>
        </w:rPr>
        <w:t>+5|+|</w:t>
      </w:r>
      <w:r>
        <w:rPr>
          <w:rFonts w:eastAsia="Times New Roman" w:cs="Times New Roman"/>
          <w:i/>
          <w:color w:val="000000"/>
        </w:rPr>
        <w:t>x</w:t>
      </w:r>
      <w:r>
        <w:rPr>
          <w:rFonts w:cs="宋体;SimSun" w:ascii="宋体;SimSun" w:hAnsi="宋体;SimSun"/>
          <w:color w:val="000000"/>
        </w:rPr>
        <w:t>﹣</w:t>
      </w:r>
      <w:r>
        <w:rPr>
          <w:rFonts w:eastAsia="Times New Roman" w:cs="Times New Roman"/>
          <w:color w:val="000000"/>
        </w:rPr>
        <w:t>4|</w:t>
      </w:r>
      <w:r>
        <w:rPr>
          <w:rFonts w:ascii="宋体;SimSun" w:hAnsi="宋体;SimSun" w:cs="宋体;SimSun"/>
          <w:color w:val="000000"/>
        </w:rPr>
        <w:t>的最小值为</w:t>
      </w:r>
      <w:r>
        <w:rPr>
          <w:rFonts w:cs="Times New Roman"/>
          <w:color w:val="000000"/>
        </w:rPr>
        <w:t xml:space="preserve"> </w:t>
      </w:r>
      <w:r>
        <w:rPr>
          <w:rFonts w:ascii="宋体;SimSun" w:hAnsi="宋体;SimSun" w:cs="宋体;SimSun"/>
          <w:color w:val="000000"/>
          <w:u w:val="single"/>
        </w:rPr>
        <w:t>　</w:t>
      </w:r>
      <w:r>
        <w:rPr>
          <w:rFonts w:cs="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r>
        <w:rPr>
          <w:rFonts w:eastAsia="Times New Roman" w:cs="Times New Roman"/>
          <w:color w:val="000000"/>
        </w:rPr>
        <w:t>|</w:t>
      </w:r>
      <w:r>
        <w:rPr>
          <w:rFonts w:eastAsia="Times New Roman" w:cs="Times New Roman"/>
          <w:i/>
          <w:color w:val="000000"/>
        </w:rPr>
        <w:t>x</w:t>
      </w:r>
      <w:r>
        <w:rPr>
          <w:rFonts w:eastAsia="Times New Roman" w:cs="Times New Roman"/>
          <w:color w:val="000000"/>
        </w:rPr>
        <w:t>+5|</w:t>
      </w:r>
      <w:r>
        <w:rPr>
          <w:rFonts w:cs="宋体;SimSun" w:ascii="宋体;SimSun" w:hAnsi="宋体;SimSun"/>
          <w:color w:val="000000"/>
        </w:rPr>
        <w:t>﹣</w:t>
      </w:r>
      <w:r>
        <w:rPr>
          <w:rFonts w:eastAsia="Times New Roman" w:cs="Times New Roman"/>
          <w:color w:val="000000"/>
        </w:rPr>
        <w:t>|</w:t>
      </w:r>
      <w:r>
        <w:rPr>
          <w:rFonts w:eastAsia="Times New Roman" w:cs="Times New Roman"/>
          <w:i/>
          <w:color w:val="000000"/>
        </w:rPr>
        <w:t>x</w:t>
      </w:r>
      <w:r>
        <w:rPr>
          <w:rFonts w:cs="宋体;SimSun" w:ascii="宋体;SimSun" w:hAnsi="宋体;SimSun"/>
          <w:color w:val="000000"/>
        </w:rPr>
        <w:t>﹣</w:t>
      </w:r>
      <w:r>
        <w:rPr>
          <w:rFonts w:eastAsia="Times New Roman" w:cs="Times New Roman"/>
          <w:color w:val="000000"/>
        </w:rPr>
        <w:t>4|</w:t>
      </w:r>
      <w:r>
        <w:rPr>
          <w:rFonts w:ascii="宋体;SimSun" w:hAnsi="宋体;SimSun" w:cs="宋体;SimSun"/>
          <w:color w:val="000000"/>
        </w:rPr>
        <w:t>的最大值为</w:t>
      </w:r>
      <w:r>
        <w:rPr>
          <w:rFonts w:cs="Times New Roman"/>
          <w:color w:val="000000"/>
        </w:rPr>
        <w:t xml:space="preserve"> </w:t>
      </w:r>
      <w:r>
        <w:rPr>
          <w:rFonts w:ascii="宋体;SimSun" w:hAnsi="宋体;SimSun" w:cs="宋体;SimSun"/>
          <w:color w:val="000000"/>
          <w:u w:val="single"/>
        </w:rPr>
        <w:t>　</w:t>
      </w:r>
      <w:r>
        <w:rPr>
          <w:rFonts w:cs="Times New Roman"/>
          <w:color w:val="000000"/>
          <w:u w:val="single"/>
        </w:rPr>
        <w:t xml:space="preserve"> </w:t>
      </w:r>
      <w:r>
        <w:rPr>
          <w:rFonts w:ascii="宋体;SimSun" w:hAnsi="宋体;SimSun" w:cs="宋体;SimSun"/>
          <w:color w:val="000000"/>
          <w:u w:val="single"/>
        </w:rPr>
        <w:t>　</w:t>
      </w:r>
      <w:r>
        <w:rPr>
          <w:rFonts w:ascii="宋体;SimSun" w:hAnsi="宋体;SimSun" w:cs="宋体;SimSun"/>
          <w:color w:val="000000"/>
        </w:rPr>
        <w:t>．</w:t>
      </w:r>
    </w:p>
    <w:p>
      <w:pPr>
        <w:pStyle w:val="Normal"/>
        <w:spacing w:lineRule="auto" w:line="360"/>
        <w:textAlignment w:val="center"/>
        <w:rPr>
          <w:rFonts w:ascii="宋体;SimSun" w:hAnsi="宋体;SimSun" w:cs="宋体;SimSun"/>
          <w:color w:val="000000"/>
        </w:rPr>
      </w:pPr>
      <w:r>
        <w:rPr>
          <w:color w:val="2E75B6"/>
        </w:rPr>
        <w:t>【答案】</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w:t>
      </w:r>
      <w:r>
        <w:rPr/>
        <w:pict>
          <v:shape id="_x0000_i707722" type="_x0000_tole_rId466" style="width:15.75pt;height:12.75pt" filled="f" o:ole="">
            <v:imagedata r:id="rId1161" o:title=""/>
          </v:shape>
        </w:pic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pict>
          <v:shape id="_x0000_i707723" type="_x0000_tole_rId468" style="width:6.95pt;height:13pt" filled="f" o:ole="">
            <v:imagedata r:id="rId1162" o:title=""/>
          </v:shape>
        </w:pict>
      </w:r>
      <w:r>
        <w:rPr>
          <w:rFonts w:ascii="宋体;SimSun" w:hAnsi="宋体;SimSun" w:cs="宋体;SimSun"/>
          <w:color w:val="000000"/>
        </w:rPr>
        <w:t>或</w:t>
      </w:r>
      <w:r>
        <w:rPr/>
        <w:pict>
          <v:shape id="_x0000_i707724" type="_x0000_tole_rId470" style="width:15.75pt;height:14.25pt" filled="f" o:ole="">
            <v:imagedata r:id="rId1163" o:title=""/>
          </v:shape>
        </w:pict>
      </w: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w:t>
      </w:r>
      <w:r>
        <w:rPr/>
        <w:pict>
          <v:shape id="_x0000_i707725" type="_x0000_tole_rId472" style="width:9pt;height:14.25pt" filled="f" o:ole="">
            <v:imagedata r:id="rId1164" o:title=""/>
          </v:shape>
        </w:pict>
      </w:r>
      <w:r>
        <w:rPr>
          <w:rFonts w:ascii="宋体;SimSun" w:hAnsi="宋体;SimSun" w:cs="宋体;SimSun"/>
          <w:color w:val="000000"/>
        </w:rPr>
        <w:t>，</w:t>
      </w:r>
      <w:r>
        <w:rPr/>
        <w:pict>
          <v:shape id="_x0000_i707726" type="_x0000_tole_rId474" style="width:9pt;height:14.25pt" filled="f" o:ole="">
            <v:imagedata r:id="rId1165" o:title=""/>
          </v:shape>
        </w:pict>
      </w:r>
    </w:p>
    <w:p>
      <w:pPr>
        <w:pStyle w:val="Normal"/>
        <w:spacing w:lineRule="auto" w:line="360"/>
        <w:textAlignment w:val="center"/>
        <w:rPr>
          <w:color w:val="000000"/>
        </w:rPr>
      </w:pPr>
      <w:r>
        <w:rPr>
          <w:color w:val="2E75B6"/>
        </w:rPr>
        <w:t>【解析】</w:t>
      </w:r>
    </w:p>
    <w:p>
      <w:pPr>
        <w:pStyle w:val="Normal"/>
        <w:spacing w:lineRule="auto" w:line="360"/>
        <w:textAlignment w:val="center"/>
        <w:rPr>
          <w:rFonts w:ascii="宋体;SimSun" w:hAnsi="宋体;SimSun" w:cs="宋体;SimSun"/>
          <w:color w:val="000000"/>
        </w:rPr>
      </w:pPr>
      <w:r>
        <w:rPr>
          <w:color w:val="000000"/>
        </w:rPr>
        <w:t>【分析】</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）根据</w:t>
      </w:r>
      <w:r>
        <w:rPr/>
        <w:pict>
          <v:shape id="_x0000_i707727" type="_x0000_tole_rId476" style="width:21.25pt;height:14.2pt" filled="f" o:ole="">
            <v:imagedata r:id="rId1166" o:title=""/>
          </v:shape>
        </w:pict>
      </w:r>
      <w:r>
        <w:rPr>
          <w:rFonts w:ascii="宋体;SimSun" w:hAnsi="宋体;SimSun" w:cs="宋体;SimSun"/>
          <w:color w:val="000000"/>
        </w:rPr>
        <w:t>的距离求得单位为多少</w:t>
      </w:r>
      <w:r>
        <w:rPr>
          <w:rFonts w:eastAsia="Times New Roman" w:cs="Times New Roman"/>
          <w:color w:val="000000"/>
        </w:rPr>
        <w:t>cm</w:t>
      </w:r>
      <w:r>
        <w:rPr>
          <w:rFonts w:ascii="宋体;SimSun" w:hAnsi="宋体;SimSun" w:cs="宋体;SimSun"/>
          <w:color w:val="000000"/>
        </w:rPr>
        <w:t>，再根据</w:t>
      </w:r>
      <w:r>
        <w:rPr/>
        <w:pict>
          <v:shape id="_x0000_i707728" type="_x0000_tole_rId478" style="width:20.2pt;height:13.1pt" filled="f" o:ole="">
            <v:imagedata r:id="rId1167" o:title=""/>
          </v:shape>
        </w:pict>
      </w:r>
      <w:r>
        <w:rPr>
          <w:rFonts w:ascii="宋体;SimSun" w:hAnsi="宋体;SimSun" w:cs="宋体;SimSun"/>
          <w:color w:val="000000"/>
        </w:rPr>
        <w:t>长度求得</w:t>
      </w:r>
      <w:r>
        <w:rPr/>
        <w:pict>
          <v:shape id="_x0000_i707729" type="_x0000_tole_rId480" style="width:20.2pt;height:13.1pt" filled="f" o:ole="">
            <v:imagedata r:id="rId1168" o:title=""/>
          </v:shape>
        </w:pict>
      </w:r>
      <w:r>
        <w:rPr>
          <w:rFonts w:ascii="宋体;SimSun" w:hAnsi="宋体;SimSun" w:cs="宋体;SimSun"/>
          <w:color w:val="000000"/>
        </w:rPr>
        <w:t>的距离即可求解；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）设</w:t>
      </w:r>
      <w:r>
        <w:rPr/>
        <w:pict>
          <v:shape id="_x0000_i707730" type="_x0000_tole_rId482" style="width:11.25pt;height:12pt" filled="f" o:ole="">
            <v:imagedata r:id="rId1169" o:title=""/>
          </v:shape>
        </w:pict>
      </w:r>
      <w:r>
        <w:rPr>
          <w:rFonts w:ascii="宋体;SimSun" w:hAnsi="宋体;SimSun" w:cs="宋体;SimSun"/>
          <w:color w:val="000000"/>
        </w:rPr>
        <w:t>点表示的数为</w:t>
      </w:r>
      <w:r>
        <w:rPr/>
        <w:pict>
          <v:shape id="_x0000_i707731" type="_x0000_tole_rId484" style="width:9.65pt;height:11.3pt" filled="f" o:ole="">
            <v:imagedata r:id="rId1170" o:title=""/>
          </v:shape>
        </w:pict>
      </w:r>
      <w:r>
        <w:rPr>
          <w:rFonts w:ascii="宋体;SimSun" w:hAnsi="宋体;SimSun" w:cs="宋体;SimSun"/>
          <w:color w:val="000000"/>
        </w:rPr>
        <w:t>，求得</w:t>
      </w:r>
      <w:r>
        <w:rPr>
          <w:rFonts w:eastAsia="Times New Roman" w:cs="Times New Roman"/>
          <w:i/>
          <w:color w:val="000000"/>
        </w:rPr>
        <w:t>P</w:t>
      </w:r>
      <w:r>
        <w:rPr>
          <w:rFonts w:ascii="宋体;SimSun" w:hAnsi="宋体;SimSun" w:cs="宋体;SimSun"/>
          <w:color w:val="000000"/>
        </w:rPr>
        <w:t>到</w:t>
      </w:r>
      <w:r>
        <w:rPr>
          <w:rFonts w:eastAsia="Times New Roman" w:cs="Times New Roman"/>
          <w:i/>
          <w:color w:val="000000"/>
        </w:rPr>
        <w:t>A</w:t>
      </w:r>
      <w:r>
        <w:rPr>
          <w:rFonts w:ascii="宋体;SimSun" w:hAnsi="宋体;SimSun" w:cs="宋体;SimSun"/>
          <w:color w:val="000000"/>
        </w:rPr>
        <w:t>的距离和</w:t>
      </w:r>
      <w:r>
        <w:rPr>
          <w:rFonts w:eastAsia="Times New Roman" w:cs="Times New Roman"/>
          <w:i/>
          <w:color w:val="000000"/>
        </w:rPr>
        <w:t>P</w:t>
      </w:r>
      <w:r>
        <w:rPr>
          <w:rFonts w:ascii="宋体;SimSun" w:hAnsi="宋体;SimSun" w:cs="宋体;SimSun"/>
          <w:color w:val="000000"/>
        </w:rPr>
        <w:t>到</w:t>
      </w:r>
      <w:r>
        <w:rPr>
          <w:rFonts w:eastAsia="Times New Roman" w:cs="Times New Roman"/>
          <w:i/>
          <w:color w:val="000000"/>
        </w:rPr>
        <w:t>B</w:t>
      </w:r>
      <w:r>
        <w:rPr>
          <w:rFonts w:ascii="宋体;SimSun" w:hAnsi="宋体;SimSun" w:cs="宋体;SimSun"/>
          <w:color w:val="000000"/>
        </w:rPr>
        <w:t>的距离，列方程求解即可；</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）对点</w:t>
      </w:r>
      <w:r>
        <w:rPr>
          <w:rFonts w:eastAsia="Times New Roman" w:cs="Times New Roman"/>
          <w:i/>
          <w:color w:val="000000"/>
        </w:rPr>
        <w:t>Q</w:t>
      </w:r>
      <w:r>
        <w:rPr>
          <w:rFonts w:ascii="宋体;SimSun" w:hAnsi="宋体;SimSun" w:cs="宋体;SimSun"/>
          <w:color w:val="000000"/>
        </w:rPr>
        <w:t>在数轴上表示的数</w:t>
      </w:r>
      <w:r>
        <w:rPr>
          <w:rFonts w:eastAsia="Times New Roman" w:cs="Times New Roman"/>
          <w:i/>
          <w:color w:val="000000"/>
        </w:rPr>
        <w:t>x</w:t>
      </w:r>
      <w:r>
        <w:rPr>
          <w:rFonts w:ascii="宋体;SimSun" w:hAnsi="宋体;SimSun" w:cs="宋体;SimSun"/>
          <w:color w:val="000000"/>
        </w:rPr>
        <w:t>，分情况讨论求解即可．</w:t>
      </w:r>
    </w:p>
    <w:p>
      <w:pPr>
        <w:pStyle w:val="Normal"/>
        <w:spacing w:lineRule="auto" w:line="360"/>
        <w:jc w:val="start"/>
        <w:textAlignment w:val="center"/>
        <w:rPr>
          <w:rFonts w:ascii="宋体;SimSun" w:hAnsi="宋体;SimSun" w:cs="宋体;SimSun"/>
          <w:color w:val="000000"/>
        </w:rPr>
      </w:pPr>
      <w:r>
        <w:rPr>
          <w:color w:val="000000"/>
        </w:rPr>
        <w:t>【详解】</w:t>
      </w:r>
      <w:r>
        <w:rPr>
          <w:rFonts w:ascii="宋体;SimSun" w:hAnsi="宋体;SimSun" w:cs="宋体;SimSun"/>
          <w:color w:val="000000"/>
        </w:rPr>
        <w:t>解：（</w:t>
      </w:r>
      <w:r>
        <w:rPr>
          <w:rFonts w:eastAsia="Times New Roman" w:cs="Times New Roman"/>
          <w:color w:val="000000"/>
        </w:rPr>
        <w:t>1</w:t>
      </w:r>
      <w:r>
        <w:rPr>
          <w:rFonts w:ascii="宋体;SimSun" w:hAnsi="宋体;SimSun" w:cs="宋体;SimSun"/>
          <w:color w:val="000000"/>
        </w:rPr>
        <w:t>）根据题意得</w:t>
      </w:r>
      <w:r>
        <w:rPr/>
        <w:pict>
          <v:shape id="_x0000_i707732" type="_x0000_tole_rId486" style="width:21.25pt;height:14.2pt" filled="f" o:ole="">
            <v:imagedata r:id="rId1171" o:title=""/>
          </v:shape>
        </w:pict>
      </w:r>
      <w:r>
        <w:rPr>
          <w:rFonts w:ascii="宋体;SimSun" w:hAnsi="宋体;SimSun" w:cs="宋体;SimSun"/>
          <w:color w:val="000000"/>
        </w:rPr>
        <w:t>的距离为</w:t>
      </w:r>
      <w:r>
        <w:rPr/>
        <w:pict>
          <v:shape id="_x0000_i707733" type="_x0000_tole_rId488" style="width:42.75pt;height:14.25pt" filled="f" o:ole="">
            <v:imagedata r:id="rId1172" o:title=""/>
          </v:shape>
        </w:pict>
      </w:r>
      <w:r>
        <w:rPr>
          <w:rFonts w:ascii="宋体;SimSun" w:hAnsi="宋体;SimSun" w:cs="宋体;SimSun"/>
          <w:color w:val="000000"/>
        </w:rPr>
        <w:t>，</w:t>
      </w:r>
      <w:r>
        <w:rPr/>
        <w:pict>
          <v:shape id="_x0000_i707734" type="_x0000_tole_rId490" style="width:21.25pt;height:14.2pt" filled="f" o:ole="">
            <v:imagedata r:id="rId1173" o:title=""/>
          </v:shape>
        </w:pict>
      </w:r>
      <w:r>
        <w:rPr>
          <w:rFonts w:ascii="宋体;SimSun" w:hAnsi="宋体;SimSun" w:cs="宋体;SimSun"/>
          <w:color w:val="000000"/>
        </w:rPr>
        <w:t>的长度为</w:t>
      </w:r>
      <w:r>
        <w:rPr/>
        <w:pict>
          <v:shape id="_x0000_i707735" type="_x0000_tole_rId492" style="width:33pt;height:14.25pt" filled="f" o:ole="">
            <v:imagedata r:id="rId1174" o:title=""/>
          </v:shape>
        </w:pict>
      </w:r>
      <w:r>
        <w:rPr>
          <w:rFonts w:ascii="宋体;SimSun" w:hAnsi="宋体;SimSun" w:cs="宋体;SimSun"/>
          <w:color w:val="000000"/>
        </w:rPr>
        <w:t>，</w:t>
      </w:r>
      <w:r>
        <w:rPr/>
        <w:pict>
          <v:shape id="_x0000_i707736" type="_x0000_tole_rId494" style="width:20.2pt;height:13.1pt" filled="f" o:ole="">
            <v:imagedata r:id="rId1175" o:title=""/>
          </v:shape>
        </w:pict>
      </w:r>
      <w:r>
        <w:rPr>
          <w:rFonts w:ascii="宋体;SimSun" w:hAnsi="宋体;SimSun" w:cs="宋体;SimSun"/>
          <w:color w:val="000000"/>
        </w:rPr>
        <w:t>的长度为</w:t>
      </w:r>
      <w:r>
        <w:rPr/>
        <w:pict>
          <v:shape id="_x0000_i707737" type="_x0000_tole_rId496" style="width:32.25pt;height:14.25pt" filled="f" o:ole="">
            <v:imagedata r:id="rId1176"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由此可知一个单位长度为</w:t>
      </w:r>
      <w:r>
        <w:rPr/>
        <w:pict>
          <v:shape id="_x0000_i707738" type="_x0000_tole_rId498" style="width:57.75pt;height:30.75pt" filled="f" o:ole="">
            <v:imagedata r:id="rId1177"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则</w:t>
      </w:r>
      <w:r>
        <w:rPr/>
        <w:pict>
          <v:shape id="_x0000_i707739" type="_x0000_tole_rId500" style="width:20.2pt;height:13.1pt" filled="f" o:ole="">
            <v:imagedata r:id="rId1178" o:title=""/>
          </v:shape>
        </w:pict>
      </w:r>
      <w:r>
        <w:rPr>
          <w:rFonts w:ascii="宋体;SimSun" w:hAnsi="宋体;SimSun" w:cs="宋体;SimSun"/>
          <w:color w:val="000000"/>
        </w:rPr>
        <w:t>的距离为</w:t>
      </w:r>
      <w:r>
        <w:rPr/>
        <w:pict>
          <v:shape id="_x0000_i707740" type="_x0000_tole_rId502" style="width:60pt;height:14.25pt" filled="f" o:ole="">
            <v:imagedata r:id="rId1179" o:title=""/>
          </v:shape>
        </w:pict>
      </w:r>
    </w:p>
    <w:p>
      <w:pPr>
        <w:pStyle w:val="Normal"/>
        <w:spacing w:lineRule="auto" w:line="360"/>
        <w:jc w:val="start"/>
        <w:textAlignment w:val="center"/>
        <w:rPr>
          <w:color w:val="000000"/>
        </w:rPr>
      </w:pPr>
      <w:r>
        <w:rPr/>
        <w:pict>
          <v:shape id="_x0000_i707741" type="_x0000_tole_rId504" style="width:11.25pt;height:11.9pt" filled="f" o:ole="">
            <v:imagedata r:id="rId1180" o:title=""/>
          </v:shape>
        </w:pict>
      </w:r>
      <w:r>
        <w:rPr>
          <w:rFonts w:ascii="宋体;SimSun" w:hAnsi="宋体;SimSun" w:cs="宋体;SimSun"/>
          <w:color w:val="000000"/>
        </w:rPr>
        <w:t>在</w:t>
      </w:r>
      <w:r>
        <w:rPr/>
        <w:pict>
          <v:shape id="_x0000_i707742" type="_x0000_tole_rId506" style="width:12pt;height:12pt" filled="f" o:ole="">
            <v:imagedata r:id="rId1181" o:title=""/>
          </v:shape>
        </w:pict>
      </w:r>
      <w:r>
        <w:rPr>
          <w:rFonts w:ascii="宋体;SimSun" w:hAnsi="宋体;SimSun" w:cs="宋体;SimSun"/>
          <w:color w:val="000000"/>
        </w:rPr>
        <w:t>的右边，∴数轴上点</w:t>
      </w:r>
      <w:r>
        <w:rPr>
          <w:rFonts w:eastAsia="Times New Roman" w:cs="Times New Roman"/>
          <w:i/>
          <w:color w:val="000000"/>
        </w:rPr>
        <w:t>B</w:t>
      </w:r>
      <w:r>
        <w:rPr>
          <w:rFonts w:ascii="宋体;SimSun" w:hAnsi="宋体;SimSun" w:cs="宋体;SimSun"/>
          <w:color w:val="000000"/>
        </w:rPr>
        <w:t>所对应的数为</w:t>
      </w:r>
      <w:r>
        <w:rPr/>
        <w:pict>
          <v:shape id="_x0000_i707743" type="_x0000_tole_rId508" style="width:56.95pt;height:13.85pt" filled="f" o:ole="">
            <v:imagedata r:id="rId1182" o:title=""/>
          </v:shape>
        </w:pict>
      </w:r>
      <w:r>
        <w:rPr>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）设</w:t>
      </w:r>
      <w:r>
        <w:rPr/>
        <w:pict>
          <v:shape id="_x0000_i707744" type="_x0000_tole_rId510" style="width:11.25pt;height:12pt" filled="f" o:ole="">
            <v:imagedata r:id="rId1183" o:title=""/>
          </v:shape>
        </w:pict>
      </w:r>
      <w:r>
        <w:rPr>
          <w:rFonts w:ascii="宋体;SimSun" w:hAnsi="宋体;SimSun" w:cs="宋体;SimSun"/>
          <w:color w:val="000000"/>
        </w:rPr>
        <w:t>点表示的数为</w:t>
      </w:r>
      <w:r>
        <w:rPr/>
        <w:pict>
          <v:shape id="_x0000_i707745" type="_x0000_tole_rId512" style="width:9.65pt;height:11.3pt" filled="f" o:ole="">
            <v:imagedata r:id="rId1184" o:title=""/>
          </v:shape>
        </w:pict>
      </w:r>
      <w:r>
        <w:rPr>
          <w:rFonts w:ascii="宋体;SimSun" w:hAnsi="宋体;SimSun" w:cs="宋体;SimSun"/>
          <w:color w:val="000000"/>
        </w:rPr>
        <w:t>，则</w:t>
      </w:r>
      <w:r>
        <w:rPr>
          <w:rFonts w:eastAsia="Times New Roman" w:cs="Times New Roman"/>
          <w:i/>
          <w:color w:val="000000"/>
        </w:rPr>
        <w:t>P</w:t>
      </w:r>
      <w:r>
        <w:rPr>
          <w:rFonts w:ascii="宋体;SimSun" w:hAnsi="宋体;SimSun" w:cs="宋体;SimSun"/>
          <w:color w:val="000000"/>
        </w:rPr>
        <w:t>到</w:t>
      </w:r>
      <w:r>
        <w:rPr>
          <w:rFonts w:eastAsia="Times New Roman" w:cs="Times New Roman"/>
          <w:i/>
          <w:color w:val="000000"/>
        </w:rPr>
        <w:t>A</w:t>
      </w:r>
      <w:r>
        <w:rPr>
          <w:rFonts w:ascii="宋体;SimSun" w:hAnsi="宋体;SimSun" w:cs="宋体;SimSun"/>
          <w:color w:val="000000"/>
        </w:rPr>
        <w:t>的距离为</w:t>
      </w:r>
      <w:r>
        <w:rPr/>
        <w:pict>
          <v:shape id="_x0000_i707746" type="_x0000_tole_rId514" style="width:30pt;height:20.25pt" filled="f" o:ole="">
            <v:imagedata r:id="rId1185" o:title=""/>
          </v:shape>
        </w:pict>
      </w:r>
      <w:r>
        <w:rPr>
          <w:rFonts w:ascii="宋体;SimSun" w:hAnsi="宋体;SimSun" w:cs="宋体;SimSun"/>
          <w:color w:val="000000"/>
        </w:rPr>
        <w:t>，</w:t>
      </w:r>
      <w:r>
        <w:rPr>
          <w:rFonts w:eastAsia="Times New Roman" w:cs="Times New Roman"/>
          <w:i/>
          <w:color w:val="000000"/>
        </w:rPr>
        <w:t>P</w:t>
      </w:r>
      <w:r>
        <w:rPr>
          <w:rFonts w:ascii="宋体;SimSun" w:hAnsi="宋体;SimSun" w:cs="宋体;SimSun"/>
          <w:color w:val="000000"/>
        </w:rPr>
        <w:t>到</w:t>
      </w:r>
      <w:r>
        <w:rPr>
          <w:rFonts w:eastAsia="Times New Roman" w:cs="Times New Roman"/>
          <w:i/>
          <w:color w:val="000000"/>
        </w:rPr>
        <w:t>B</w:t>
      </w:r>
      <w:r>
        <w:rPr>
          <w:rFonts w:ascii="宋体;SimSun" w:hAnsi="宋体;SimSun" w:cs="宋体;SimSun"/>
          <w:color w:val="000000"/>
        </w:rPr>
        <w:t>的距离为</w:t>
      </w:r>
      <w:r>
        <w:rPr/>
        <w:pict>
          <v:shape id="_x0000_i707747" type="_x0000_tole_rId516" style="width:30pt;height:20.25pt" filled="f" o:ole="">
            <v:imagedata r:id="rId1186"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由题意可得：</w:t>
      </w:r>
      <w:r>
        <w:rPr/>
        <w:pict>
          <v:shape id="_x0000_i707748" type="_x0000_tole_rId518" style="width:75.75pt;height:20.25pt" filled="f" o:ole="">
            <v:imagedata r:id="rId1187" o:title=""/>
          </v:shape>
        </w:pict>
      </w:r>
      <w:r>
        <w:rPr>
          <w:rFonts w:ascii="宋体;SimSun" w:hAnsi="宋体;SimSun" w:cs="宋体;SimSun"/>
          <w:color w:val="000000"/>
        </w:rPr>
        <w:t>，即</w:t>
      </w:r>
      <w:r>
        <w:rPr/>
        <w:pict>
          <v:shape id="_x0000_i707749" type="_x0000_tole_rId520" style="width:75pt;height:15.75pt" filled="f" o:ole="">
            <v:imagedata r:id="rId1188" o:title=""/>
          </v:shape>
        </w:pict>
      </w:r>
      <w:r>
        <w:rPr>
          <w:rFonts w:ascii="宋体;SimSun" w:hAnsi="宋体;SimSun" w:cs="宋体;SimSun"/>
          <w:color w:val="000000"/>
        </w:rPr>
        <w:t>或</w:t>
      </w:r>
      <w:r>
        <w:rPr/>
        <w:pict>
          <v:shape id="_x0000_i707750" type="_x0000_tole_rId522" style="width:81.75pt;height:15.75pt" filled="f" o:ole="">
            <v:imagedata r:id="rId1189"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解得</w:t>
      </w:r>
      <w:r>
        <w:rPr/>
        <w:pict>
          <v:shape id="_x0000_i707751" type="_x0000_tole_rId524" style="width:26pt;height:13.95pt" filled="f" o:ole="">
            <v:imagedata r:id="rId1190" o:title=""/>
          </v:shape>
        </w:pict>
      </w:r>
      <w:r>
        <w:rPr>
          <w:rFonts w:ascii="宋体;SimSun" w:hAnsi="宋体;SimSun" w:cs="宋体;SimSun"/>
          <w:color w:val="000000"/>
        </w:rPr>
        <w:t>或</w:t>
      </w:r>
      <w:r>
        <w:rPr/>
        <w:pict>
          <v:shape id="_x0000_i707752" type="_x0000_tole_rId526" style="width:34.2pt;height:13.8pt" filled="f" o:ole="">
            <v:imagedata r:id="rId1191"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故答案为</w:t>
      </w:r>
      <w:r>
        <w:rPr/>
        <w:pict>
          <v:shape id="_x0000_i707753" type="_x0000_tole_rId528" style="width:6.95pt;height:13pt" filled="f" o:ole="">
            <v:imagedata r:id="rId1192" o:title=""/>
          </v:shape>
        </w:pict>
      </w:r>
      <w:r>
        <w:rPr>
          <w:rFonts w:ascii="宋体;SimSun" w:hAnsi="宋体;SimSun" w:cs="宋体;SimSun"/>
          <w:color w:val="000000"/>
        </w:rPr>
        <w:t>或</w:t>
      </w:r>
      <w:r>
        <w:rPr/>
        <w:pict>
          <v:shape id="_x0000_i707754" type="_x0000_tole_rId530" style="width:15.75pt;height:14.25pt" filled="f" o:ole="">
            <v:imagedata r:id="rId1193"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）当</w:t>
      </w:r>
      <w:r>
        <w:rPr/>
        <w:pict>
          <v:shape id="_x0000_i707755" type="_x0000_tole_rId532" style="width:33.75pt;height:14.25pt" filled="f" o:ole="">
            <v:imagedata r:id="rId1194" o:title=""/>
          </v:shape>
        </w:pict>
      </w:r>
      <w:r>
        <w:rPr>
          <w:rFonts w:ascii="宋体;SimSun" w:hAnsi="宋体;SimSun" w:cs="宋体;SimSun"/>
          <w:color w:val="000000"/>
        </w:rPr>
        <w:t>时，</w:t>
      </w:r>
      <w:r>
        <w:rPr/>
        <w:pict>
          <v:shape id="_x0000_i707756" type="_x0000_tole_rId534" style="width:44pt;height:13.95pt" filled="f" o:ole="">
            <v:imagedata r:id="rId1195" o:title=""/>
          </v:shape>
        </w:pict>
      </w:r>
      <w:r>
        <w:rPr>
          <w:rFonts w:ascii="宋体;SimSun" w:hAnsi="宋体;SimSun" w:cs="宋体;SimSun"/>
          <w:color w:val="000000"/>
        </w:rPr>
        <w:t>，</w:t>
      </w:r>
      <w:r>
        <w:rPr/>
        <w:pict>
          <v:shape id="_x0000_i707757" type="_x0000_tole_rId536" style="width:44.25pt;height:14.25pt" filled="f" o:ole="">
            <v:imagedata r:id="rId1196"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7758" type="_x0000_tole_rId538" style="width:222pt;height:20.25pt" filled="f" o:ole="">
            <v:imagedata r:id="rId1197" o:title=""/>
          </v:shape>
        </w:pict>
      </w:r>
    </w:p>
    <w:p>
      <w:pPr>
        <w:pStyle w:val="Normal"/>
        <w:spacing w:lineRule="auto" w:line="360"/>
        <w:jc w:val="start"/>
        <w:textAlignment w:val="center"/>
        <w:rPr>
          <w:color w:val="000000"/>
        </w:rPr>
      </w:pPr>
      <w:r>
        <w:rPr/>
        <w:pict>
          <v:shape id="_x0000_i707759" type="_x0000_tole_rId540" style="width:183.75pt;height:20.25pt" filled="f" o:ole="">
            <v:imagedata r:id="rId1198"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当</w:t>
      </w:r>
      <w:r>
        <w:rPr/>
        <w:pict>
          <v:shape id="_x0000_i707760" type="_x0000_tole_rId542" style="width:27.75pt;height:14.25pt" filled="f" o:ole="">
            <v:imagedata r:id="rId1199" o:title=""/>
          </v:shape>
        </w:pict>
      </w:r>
      <w:r>
        <w:rPr>
          <w:rFonts w:ascii="宋体;SimSun" w:hAnsi="宋体;SimSun" w:cs="宋体;SimSun"/>
          <w:color w:val="000000"/>
        </w:rPr>
        <w:t>时，</w:t>
      </w:r>
      <w:r>
        <w:rPr/>
        <w:pict>
          <v:shape id="_x0000_i707761" type="_x0000_tole_rId544" style="width:44.1pt;height:14.15pt" filled="f" o:ole="">
            <v:imagedata r:id="rId1200" o:title=""/>
          </v:shape>
        </w:pict>
      </w:r>
      <w:r>
        <w:rPr>
          <w:rFonts w:ascii="宋体;SimSun" w:hAnsi="宋体;SimSun" w:cs="宋体;SimSun"/>
          <w:color w:val="000000"/>
        </w:rPr>
        <w:t>，</w:t>
      </w:r>
      <w:r>
        <w:rPr/>
        <w:pict>
          <v:shape id="_x0000_i707762" type="_x0000_tole_rId546" style="width:44.25pt;height:14.25pt" filled="f" o:ole="">
            <v:imagedata r:id="rId1201"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7763" type="_x0000_tole_rId548" style="width:204.75pt;height:20.25pt" filled="f" o:ole="">
            <v:imagedata r:id="rId1202" o:title=""/>
          </v:shape>
        </w:pict>
      </w:r>
    </w:p>
    <w:p>
      <w:pPr>
        <w:pStyle w:val="Normal"/>
        <w:spacing w:lineRule="auto" w:line="360"/>
        <w:jc w:val="start"/>
        <w:textAlignment w:val="center"/>
        <w:rPr>
          <w:color w:val="000000"/>
        </w:rPr>
      </w:pPr>
      <w:r>
        <w:rPr/>
        <w:pict>
          <v:shape id="_x0000_i707764" type="_x0000_tole_rId550" style="width:171pt;height:20.25pt" filled="f" o:ole="">
            <v:imagedata r:id="rId1203"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当</w:t>
      </w:r>
      <w:r>
        <w:rPr/>
        <w:pict>
          <v:shape id="_x0000_i707765" type="_x0000_tole_rId552" style="width:51.75pt;height:14.25pt" filled="f" o:ole="">
            <v:imagedata r:id="rId1204" o:title=""/>
          </v:shape>
        </w:pict>
      </w:r>
      <w:r>
        <w:rPr>
          <w:rFonts w:ascii="宋体;SimSun" w:hAnsi="宋体;SimSun" w:cs="宋体;SimSun"/>
          <w:color w:val="000000"/>
        </w:rPr>
        <w:t>时，</w:t>
      </w:r>
      <w:r>
        <w:rPr/>
        <w:pict>
          <v:shape id="_x0000_i707766" type="_x0000_tole_rId554" style="width:44.4pt;height:14.4pt" filled="f" o:ole="">
            <v:imagedata r:id="rId1205" o:title=""/>
          </v:shape>
        </w:pict>
      </w:r>
      <w:r>
        <w:rPr>
          <w:rFonts w:ascii="宋体;SimSun" w:hAnsi="宋体;SimSun" w:cs="宋体;SimSun"/>
          <w:color w:val="000000"/>
        </w:rPr>
        <w:t>，</w:t>
      </w:r>
      <w:r>
        <w:rPr/>
        <w:pict>
          <v:shape id="_x0000_i707767" type="_x0000_tole_rId556" style="width:44pt;height:13.95pt" filled="f" o:ole="">
            <v:imagedata r:id="rId1206" o:title=""/>
          </v:shape>
        </w:pict>
      </w:r>
    </w:p>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pict>
          <v:shape id="_x0000_i707768" type="_x0000_tole_rId558" style="width:165.75pt;height:20.25pt" filled="f" o:ole="">
            <v:imagedata r:id="rId1207" o:title=""/>
          </v:shape>
        </w:pict>
      </w:r>
    </w:p>
    <w:p>
      <w:pPr>
        <w:pStyle w:val="Normal"/>
        <w:spacing w:lineRule="auto" w:line="360"/>
        <w:jc w:val="start"/>
        <w:textAlignment w:val="center"/>
        <w:rPr>
          <w:color w:val="000000"/>
        </w:rPr>
      </w:pPr>
      <w:r>
        <w:rPr/>
        <w:pict>
          <v:shape id="_x0000_i707769" type="_x0000_tole_rId560" style="width:209.25pt;height:20.25pt" filled="f" o:ole="">
            <v:imagedata r:id="rId1208"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综上所述</w:t>
      </w:r>
      <w:r>
        <w:rPr/>
        <w:pict>
          <v:shape id="_x0000_i707770" type="_x0000_tole_rId562" style="width:72pt;height:20.25pt" filled="f" o:ole="">
            <v:imagedata r:id="rId1209" o:title=""/>
          </v:shape>
        </w:pict>
      </w:r>
      <w:r>
        <w:rPr>
          <w:rFonts w:ascii="宋体;SimSun" w:hAnsi="宋体;SimSun" w:cs="宋体;SimSun"/>
          <w:color w:val="000000"/>
        </w:rPr>
        <w:t>的最小值为</w:t>
      </w:r>
      <w:r>
        <w:rPr/>
        <w:pict>
          <v:shape id="_x0000_i707771" type="_x0000_tole_rId564" style="width:9pt;height:14.25pt" filled="f" o:ole="">
            <v:imagedata r:id="rId1210" o:title=""/>
          </v:shape>
        </w:pict>
      </w:r>
      <w:r>
        <w:rPr>
          <w:rFonts w:ascii="宋体;SimSun" w:hAnsi="宋体;SimSun" w:cs="宋体;SimSun"/>
          <w:color w:val="000000"/>
        </w:rPr>
        <w:t>，</w:t>
      </w:r>
      <w:r>
        <w:rPr/>
        <w:pict>
          <v:shape id="_x0000_i707772" type="_x0000_tole_rId566" style="width:72pt;height:20.25pt" filled="f" o:ole="">
            <v:imagedata r:id="rId1211" o:title=""/>
          </v:shape>
        </w:pict>
      </w:r>
      <w:r>
        <w:rPr>
          <w:rFonts w:ascii="宋体;SimSun" w:hAnsi="宋体;SimSun" w:cs="宋体;SimSun"/>
          <w:color w:val="000000"/>
        </w:rPr>
        <w:t>的最大值为</w:t>
      </w:r>
      <w:r>
        <w:rPr/>
        <w:pict>
          <v:shape id="_x0000_i707773" type="_x0000_tole_rId568" style="width:9pt;height:14.25pt" filled="f" o:ole="">
            <v:imagedata r:id="rId1212" o:title=""/>
          </v:shape>
        </w:pic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故答案为</w:t>
      </w:r>
      <w:r>
        <w:rPr/>
        <w:pict>
          <v:shape id="_x0000_i707774" type="_x0000_tole_rId570" style="width:9pt;height:14.25pt" filled="f" o:ole="">
            <v:imagedata r:id="rId1213" o:title=""/>
          </v:shape>
        </w:pict>
      </w:r>
      <w:r>
        <w:rPr>
          <w:rFonts w:ascii="宋体;SimSun" w:hAnsi="宋体;SimSun" w:cs="宋体;SimSun"/>
          <w:color w:val="000000"/>
        </w:rPr>
        <w:t>，</w:t>
      </w:r>
      <w:r>
        <w:rPr/>
        <w:pict>
          <v:shape id="_x0000_i707775" type="_x0000_tole_rId572" style="width:9pt;height:14.25pt" filled="f" o:ole="">
            <v:imagedata r:id="rId1214" o:title=""/>
          </v:shape>
        </w:pict>
      </w:r>
    </w:p>
    <w:p>
      <w:pPr>
        <w:pStyle w:val="Normal"/>
        <w:spacing w:lineRule="auto" w:line="360"/>
        <w:jc w:val="start"/>
        <w:textAlignment w:val="center"/>
        <w:rPr>
          <w:rFonts w:ascii="宋体;SimSun" w:hAnsi="宋体;SimSun" w:cs="宋体;SimSun"/>
          <w:color w:val="000000"/>
        </w:rPr>
      </w:pPr>
      <w:r>
        <w:rPr>
          <w:color w:val="000000"/>
        </w:rPr>
        <w:t>【点睛】</w:t>
      </w:r>
      <w:r>
        <w:rPr>
          <w:rFonts w:ascii="宋体;SimSun" w:hAnsi="宋体;SimSun" w:cs="宋体;SimSun"/>
          <w:color w:val="000000"/>
        </w:rPr>
        <w:t>此题考查了数轴上的动点问题，涉及了数轴的定义，数轴上两点之间的距离，解题的关键是熟练掌握数轴的基本性质．</w:t>
      </w:r>
    </w:p>
    <w:p>
      <w:pPr>
        <w:pStyle w:val="Normal"/>
        <w:spacing w:lineRule="auto" w:line="360"/>
        <w:jc w:val="start"/>
        <w:textAlignment w:val="center"/>
        <w:rPr>
          <w:rFonts w:ascii="宋体;SimSun" w:hAnsi="宋体;SimSun" w:cs="宋体;SimSun"/>
          <w:color w:val="000000"/>
        </w:rPr>
      </w:pPr>
      <w:r>
        <w:rPr>
          <w:color w:val="000000"/>
        </w:rPr>
        <w:t xml:space="preserve">40. </w:t>
      </w:r>
      <w:r>
        <w:rPr>
          <w:rFonts w:ascii="宋体;SimSun" w:hAnsi="宋体;SimSun" w:cs="宋体;SimSun"/>
          <w:color w:val="000000"/>
        </w:rPr>
        <w:t>将网格中相邻的两个数分别加上同一个数，称为一步变换</w:t>
      </w:r>
      <w:r>
        <w:rPr>
          <w:rFonts w:eastAsia="Times New Roman" w:cs="Times New Roman"/>
          <w:color w:val="000000"/>
        </w:rPr>
        <w:t>.</w:t>
      </w:r>
      <w:r>
        <w:rPr>
          <w:rFonts w:ascii="宋体;SimSun" w:hAnsi="宋体;SimSun" w:cs="宋体;SimSun"/>
          <w:color w:val="000000"/>
        </w:rPr>
        <w:t>比如，我们可以用三步变换将网格</w:t>
      </w:r>
      <w:r>
        <w:rPr>
          <w:rFonts w:eastAsia="Times New Roman" w:cs="Times New Roman"/>
          <w:color w:val="000000"/>
        </w:rPr>
        <w:t>1</w:t>
      </w:r>
      <w:r>
        <w:rPr>
          <w:rFonts w:ascii="宋体;SimSun" w:hAnsi="宋体;SimSun" w:cs="宋体;SimSun"/>
          <w:color w:val="000000"/>
        </w:rPr>
        <w:t>变成网格</w:t>
      </w:r>
      <w:r>
        <w:rPr>
          <w:rFonts w:eastAsia="Times New Roman" w:cs="Times New Roman"/>
          <w:color w:val="000000"/>
        </w:rPr>
        <w:t>2</w:t>
      </w:r>
      <w:r>
        <w:rPr>
          <w:rFonts w:ascii="宋体;SimSun" w:hAnsi="宋体;SimSun" w:cs="宋体;SimSun"/>
          <w:color w:val="000000"/>
        </w:rPr>
        <w:t>，变换过程如图：</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5181600" cy="1513840"/>
            <wp:effectExtent l="0" t="0" r="0" b="0"/>
            <wp:docPr id="2805"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6" name="图片 100009"/>
                    <pic:cNvPicPr>
                      <a:picLocks noChangeAspect="1" noChangeArrowheads="1"/>
                    </pic:cNvPicPr>
                  </pic:nvPicPr>
                  <pic:blipFill>
                    <a:blip r:embed="rId1215"/>
                    <a:srcRect l="-5" t="-17" r="-5" b="-17"/>
                    <a:stretch>
                      <a:fillRect/>
                    </a:stretch>
                  </pic:blipFill>
                  <pic:spPr bwMode="auto">
                    <a:xfrm>
                      <a:off x="0" y="0"/>
                      <a:ext cx="5181600" cy="151384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）用两步变换将网格</w:t>
      </w:r>
      <w:r>
        <w:rPr>
          <w:rFonts w:eastAsia="Times New Roman" w:cs="Times New Roman"/>
          <w:color w:val="000000"/>
        </w:rPr>
        <w:t>3</w:t>
      </w:r>
      <w:r>
        <w:rPr>
          <w:rFonts w:ascii="宋体;SimSun" w:hAnsi="宋体;SimSun" w:cs="宋体;SimSun"/>
          <w:color w:val="000000"/>
        </w:rPr>
        <w:t>变成网格</w:t>
      </w:r>
      <w:r>
        <w:rPr>
          <w:rFonts w:eastAsia="Times New Roman" w:cs="Times New Roman"/>
          <w:color w:val="000000"/>
        </w:rPr>
        <w:t>4</w:t>
      </w:r>
      <w:r>
        <w:rPr>
          <w:rFonts w:ascii="宋体;SimSun" w:hAnsi="宋体;SimSun" w:cs="宋体;SimSun"/>
          <w:color w:val="000000"/>
        </w:rPr>
        <w:t>，请在网格中填写第一步变换后的结果；</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3973195" cy="1504950"/>
            <wp:effectExtent l="0" t="0" r="0" b="0"/>
            <wp:docPr id="2807"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 name="图片 100010"/>
                    <pic:cNvPicPr>
                      <a:picLocks noChangeAspect="1" noChangeArrowheads="1"/>
                    </pic:cNvPicPr>
                  </pic:nvPicPr>
                  <pic:blipFill>
                    <a:blip r:embed="rId1216"/>
                    <a:srcRect l="-7" t="-18" r="-7" b="-18"/>
                    <a:stretch>
                      <a:fillRect/>
                    </a:stretch>
                  </pic:blipFill>
                  <pic:spPr bwMode="auto">
                    <a:xfrm>
                      <a:off x="0" y="0"/>
                      <a:ext cx="3973195" cy="1504950"/>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）若网格</w:t>
      </w:r>
      <w:r>
        <w:rPr>
          <w:rFonts w:eastAsia="Times New Roman" w:cs="Times New Roman"/>
          <w:color w:val="000000"/>
        </w:rPr>
        <w:t>5</w:t>
      </w:r>
      <w:r>
        <w:rPr>
          <w:rFonts w:ascii="宋体;SimSun" w:hAnsi="宋体;SimSun" w:cs="宋体;SimSun"/>
          <w:color w:val="000000"/>
        </w:rPr>
        <w:t>经过三步变换可以变成网格</w:t>
      </w:r>
      <w:r>
        <w:rPr>
          <w:rFonts w:eastAsia="Times New Roman" w:cs="Times New Roman"/>
          <w:color w:val="000000"/>
        </w:rPr>
        <w:t>6</w:t>
      </w:r>
      <w:r>
        <w:rPr>
          <w:rFonts w:ascii="宋体;SimSun" w:hAnsi="宋体;SimSun" w:cs="宋体;SimSun"/>
          <w:color w:val="000000"/>
        </w:rPr>
        <w:t>，求</w:t>
      </w:r>
      <w:r>
        <w:rPr>
          <w:rFonts w:eastAsia="Times New Roman" w:cs="Times New Roman"/>
          <w:i/>
          <w:color w:val="000000"/>
        </w:rPr>
        <w:t>x</w:t>
      </w:r>
      <w:r>
        <w:rPr>
          <w:rFonts w:ascii="宋体;SimSun" w:hAnsi="宋体;SimSun" w:cs="宋体;SimSun"/>
          <w:color w:val="000000"/>
        </w:rPr>
        <w:t>的值（不用填写网格）；</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5019675" cy="1448435"/>
            <wp:effectExtent l="0" t="0" r="0" b="0"/>
            <wp:docPr id="2809"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0" name="图片 100011"/>
                    <pic:cNvPicPr>
                      <a:picLocks noChangeAspect="1" noChangeArrowheads="1"/>
                    </pic:cNvPicPr>
                  </pic:nvPicPr>
                  <pic:blipFill>
                    <a:blip r:embed="rId1217"/>
                    <a:srcRect l="-5" t="-18" r="-5" b="-18"/>
                    <a:stretch>
                      <a:fillRect/>
                    </a:stretch>
                  </pic:blipFill>
                  <pic:spPr bwMode="auto">
                    <a:xfrm>
                      <a:off x="0" y="0"/>
                      <a:ext cx="5019675" cy="1448435"/>
                    </a:xfrm>
                    <a:prstGeom prst="rect">
                      <a:avLst/>
                    </a:prstGeom>
                    <a:noFill/>
                  </pic:spPr>
                </pic:pic>
              </a:graphicData>
            </a:graphic>
          </wp:inline>
        </w:drawing>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）若网格</w:t>
      </w:r>
      <w:r>
        <w:rPr>
          <w:rFonts w:eastAsia="Times New Roman" w:cs="Times New Roman"/>
          <w:color w:val="000000"/>
        </w:rPr>
        <w:t>7</w:t>
      </w:r>
      <w:r>
        <w:rPr>
          <w:rFonts w:ascii="宋体;SimSun" w:hAnsi="宋体;SimSun" w:cs="宋体;SimSun"/>
          <w:color w:val="000000"/>
        </w:rPr>
        <w:t>经过若干步变换可以变成网格</w:t>
      </w:r>
      <w:r>
        <w:rPr>
          <w:rFonts w:eastAsia="Times New Roman" w:cs="Times New Roman"/>
          <w:color w:val="000000"/>
        </w:rPr>
        <w:t>8</w:t>
      </w:r>
      <w:r>
        <w:rPr>
          <w:rFonts w:ascii="宋体;SimSun" w:hAnsi="宋体;SimSun" w:cs="宋体;SimSun"/>
          <w:color w:val="000000"/>
        </w:rPr>
        <w:t>，请直接写出</w:t>
      </w:r>
      <w:r>
        <w:rPr>
          <w:rFonts w:eastAsia="Times New Roman" w:cs="Times New Roman"/>
          <w:i/>
          <w:color w:val="000000"/>
        </w:rPr>
        <w:t>a</w:t>
      </w:r>
      <w:r>
        <w:rPr>
          <w:rFonts w:ascii="宋体;SimSun" w:hAnsi="宋体;SimSun" w:cs="宋体;SimSun"/>
          <w:color w:val="000000"/>
        </w:rPr>
        <w:t>、</w:t>
      </w:r>
      <w:r>
        <w:rPr>
          <w:rFonts w:eastAsia="Times New Roman" w:cs="Times New Roman"/>
          <w:i/>
          <w:color w:val="000000"/>
        </w:rPr>
        <w:t>b</w:t>
      </w:r>
      <w:r>
        <w:rPr>
          <w:rFonts w:ascii="宋体;SimSun" w:hAnsi="宋体;SimSun" w:cs="宋体;SimSun"/>
          <w:color w:val="000000"/>
        </w:rPr>
        <w:t>之间满足的关系．</w:t>
      </w:r>
    </w:p>
    <w:p>
      <w:pPr>
        <w:pStyle w:val="Normal"/>
        <w:spacing w:lineRule="auto" w:line="360"/>
        <w:jc w:val="start"/>
        <w:textAlignment w:val="center"/>
        <w:rPr>
          <w:color w:val="000000"/>
        </w:rPr>
      </w:pPr>
      <w:r>
        <w:rPr>
          <w:rFonts w:cs="宋体;SimSun" w:ascii="宋体;SimSun" w:hAnsi="宋体;SimSun"/>
          <w:color w:val="000000"/>
        </w:rPr>
        <w:drawing>
          <wp:inline distT="0" distB="0" distL="0" distR="0">
            <wp:extent cx="2457450" cy="1477010"/>
            <wp:effectExtent l="0" t="0" r="0" b="0"/>
            <wp:docPr id="2811"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 name="图片 100012"/>
                    <pic:cNvPicPr>
                      <a:picLocks noChangeAspect="1" noChangeArrowheads="1"/>
                    </pic:cNvPicPr>
                  </pic:nvPicPr>
                  <pic:blipFill>
                    <a:blip r:embed="rId1218"/>
                    <a:srcRect l="-11" t="-19" r="-11" b="-19"/>
                    <a:stretch>
                      <a:fillRect/>
                    </a:stretch>
                  </pic:blipFill>
                  <pic:spPr bwMode="auto">
                    <a:xfrm>
                      <a:off x="0" y="0"/>
                      <a:ext cx="2457450" cy="1477010"/>
                    </a:xfrm>
                    <a:prstGeom prst="rect">
                      <a:avLst/>
                    </a:prstGeom>
                    <a:noFill/>
                  </pic:spPr>
                </pic:pic>
              </a:graphicData>
            </a:graphic>
          </wp:inline>
        </w:drawing>
      </w:r>
    </w:p>
    <w:p>
      <w:pPr>
        <w:pStyle w:val="Normal"/>
        <w:spacing w:lineRule="auto" w:line="360"/>
        <w:textAlignment w:val="center"/>
        <w:rPr>
          <w:rFonts w:ascii="宋体;SimSun" w:hAnsi="宋体;SimSun" w:cs="宋体;SimSun"/>
          <w:color w:val="000000"/>
        </w:rPr>
      </w:pPr>
      <w:r>
        <w:rPr>
          <w:color w:val="2E75B6"/>
        </w:rPr>
        <w:t>【答案】</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）第一行：</w:t>
      </w:r>
      <w:r>
        <w:rPr>
          <w:rFonts w:eastAsia="Times New Roman" w:cs="Times New Roman"/>
          <w:color w:val="000000"/>
        </w:rPr>
        <w:t>0</w:t>
      </w:r>
      <w:r>
        <w:rPr>
          <w:rFonts w:ascii="宋体;SimSun" w:hAnsi="宋体;SimSun" w:cs="宋体;SimSun"/>
          <w:color w:val="000000"/>
        </w:rPr>
        <w:t>，</w:t>
      </w:r>
      <w:r>
        <w:rPr>
          <w:rFonts w:eastAsia="Times New Roman" w:cs="Times New Roman"/>
          <w:color w:val="000000"/>
        </w:rPr>
        <w:t>-6</w:t>
      </w:r>
      <w:r>
        <w:rPr>
          <w:rFonts w:ascii="宋体;SimSun" w:hAnsi="宋体;SimSun" w:cs="宋体;SimSun"/>
          <w:color w:val="000000"/>
        </w:rPr>
        <w:t>；第二行：</w:t>
      </w:r>
      <w:r>
        <w:rPr>
          <w:rFonts w:eastAsia="Times New Roman" w:cs="Times New Roman"/>
          <w:color w:val="000000"/>
        </w:rPr>
        <w:t>0</w:t>
      </w:r>
      <w:r>
        <w:rPr>
          <w:rFonts w:ascii="宋体;SimSun" w:hAnsi="宋体;SimSun" w:cs="宋体;SimSun"/>
          <w:color w:val="000000"/>
        </w:rPr>
        <w:t>，</w:t>
      </w:r>
      <w:r>
        <w:rPr>
          <w:rFonts w:eastAsia="Times New Roman" w:cs="Times New Roman"/>
          <w:color w:val="000000"/>
        </w:rPr>
        <w:t>-5</w:t>
      </w: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w:t>
      </w:r>
      <w:r>
        <w:rPr/>
        <w:pict>
          <v:shape id="_x0000_i707776" type="_x0000_tole_rId578" style="width:30pt;height:31.2pt" filled="f" o:ole="">
            <v:imagedata r:id="rId1219" o:title=""/>
          </v:shape>
        </w:pict>
      </w: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w:t>
      </w:r>
      <w:r>
        <w:rPr>
          <w:rFonts w:eastAsia="Times New Roman" w:cs="Times New Roman"/>
          <w:color w:val="000000"/>
        </w:rPr>
        <w:t>2a+3b=0</w:t>
      </w:r>
      <w:r>
        <w:rPr>
          <w:rFonts w:ascii="宋体;SimSun" w:hAnsi="宋体;SimSun" w:cs="宋体;SimSun"/>
          <w:color w:val="000000"/>
        </w:rPr>
        <w:t>．</w:t>
      </w:r>
    </w:p>
    <w:p>
      <w:pPr>
        <w:pStyle w:val="Normal"/>
        <w:spacing w:lineRule="auto" w:line="360"/>
        <w:textAlignment w:val="center"/>
        <w:rPr>
          <w:color w:val="000000"/>
        </w:rPr>
      </w:pPr>
      <w:r>
        <w:rPr>
          <w:color w:val="2E75B6"/>
        </w:rPr>
        <w:t>【解析】</w:t>
      </w:r>
    </w:p>
    <w:p>
      <w:pPr>
        <w:pStyle w:val="Normal"/>
        <w:spacing w:lineRule="auto" w:line="360"/>
        <w:textAlignment w:val="center"/>
        <w:rPr>
          <w:rFonts w:ascii="宋体;SimSun" w:hAnsi="宋体;SimSun" w:cs="宋体;SimSun"/>
          <w:color w:val="000000"/>
        </w:rPr>
      </w:pPr>
      <w:r>
        <w:rPr>
          <w:color w:val="000000"/>
        </w:rPr>
        <w:t>【分析】</w:t>
      </w:r>
      <w:r>
        <w:rPr>
          <w:rFonts w:ascii="宋体;SimSun" w:hAnsi="宋体;SimSun" w:cs="宋体;SimSun"/>
          <w:color w:val="000000"/>
        </w:rPr>
        <w:t>（</w:t>
      </w:r>
      <w:r>
        <w:rPr>
          <w:rFonts w:eastAsia="Times New Roman" w:cs="Times New Roman"/>
          <w:color w:val="000000"/>
        </w:rPr>
        <w:t>1</w:t>
      </w:r>
      <w:r>
        <w:rPr>
          <w:rFonts w:ascii="宋体;SimSun" w:hAnsi="宋体;SimSun" w:cs="宋体;SimSun"/>
          <w:color w:val="000000"/>
        </w:rPr>
        <w:t>）根据第一步第一行减</w:t>
      </w:r>
      <w:r>
        <w:rPr>
          <w:rFonts w:eastAsia="Times New Roman" w:cs="Times New Roman"/>
          <w:color w:val="000000"/>
        </w:rPr>
        <w:t>2</w:t>
      </w:r>
      <w:r>
        <w:rPr>
          <w:rFonts w:ascii="宋体;SimSun" w:hAnsi="宋体;SimSun" w:cs="宋体;SimSun"/>
          <w:color w:val="000000"/>
        </w:rPr>
        <w:t>，第二步第二列加</w:t>
      </w:r>
      <w:r>
        <w:rPr>
          <w:rFonts w:eastAsia="Times New Roman" w:cs="Times New Roman"/>
          <w:color w:val="000000"/>
        </w:rPr>
        <w:t>6</w:t>
      </w:r>
      <w:r>
        <w:rPr>
          <w:rFonts w:ascii="宋体;SimSun" w:hAnsi="宋体;SimSun" w:cs="宋体;SimSun"/>
          <w:color w:val="000000"/>
        </w:rPr>
        <w:t>即可得解；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2</w:t>
      </w:r>
      <w:r>
        <w:rPr>
          <w:rFonts w:ascii="宋体;SimSun" w:hAnsi="宋体;SimSun" w:cs="宋体;SimSun"/>
          <w:color w:val="000000"/>
        </w:rPr>
        <w:t>）根据第一步第二列上的数都减去</w:t>
      </w:r>
      <w:r>
        <w:rPr>
          <w:rFonts w:eastAsia="Times New Roman" w:cs="Times New Roman"/>
          <w:color w:val="000000"/>
        </w:rPr>
        <w:t>2x</w:t>
      </w:r>
      <w:r>
        <w:rPr>
          <w:rFonts w:ascii="宋体;SimSun" w:hAnsi="宋体;SimSun" w:cs="宋体;SimSun"/>
          <w:color w:val="000000"/>
        </w:rPr>
        <w:t>，第二步第一列上的数都加</w:t>
      </w:r>
      <w:r>
        <w:rPr>
          <w:rFonts w:eastAsia="Times New Roman" w:cs="Times New Roman"/>
          <w:color w:val="000000"/>
        </w:rPr>
        <w:t>2</w:t>
      </w:r>
      <w:r>
        <w:rPr>
          <w:rFonts w:ascii="宋体;SimSun" w:hAnsi="宋体;SimSun" w:cs="宋体;SimSun"/>
          <w:color w:val="000000"/>
        </w:rPr>
        <w:t>，第三步第一行上的数都减去（</w:t>
      </w:r>
      <w:r>
        <w:rPr>
          <w:rFonts w:eastAsia="Times New Roman" w:cs="Times New Roman"/>
          <w:color w:val="000000"/>
        </w:rPr>
        <w:t>1-2x</w:t>
      </w:r>
      <w:r>
        <w:rPr>
          <w:rFonts w:ascii="宋体;SimSun" w:hAnsi="宋体;SimSun" w:cs="宋体;SimSun"/>
          <w:color w:val="000000"/>
        </w:rPr>
        <w:t>）可得方程（</w:t>
      </w:r>
      <w:r>
        <w:rPr>
          <w:rFonts w:eastAsia="Times New Roman" w:cs="Times New Roman"/>
          <w:color w:val="000000"/>
        </w:rPr>
        <w:t>x+1</w:t>
      </w:r>
      <w:r>
        <w:rPr>
          <w:rFonts w:ascii="宋体;SimSun" w:hAnsi="宋体;SimSun" w:cs="宋体;SimSun"/>
          <w:color w:val="000000"/>
        </w:rPr>
        <w:t>）</w:t>
      </w:r>
      <w:r>
        <w:rPr>
          <w:rFonts w:eastAsia="Times New Roman" w:cs="Times New Roman"/>
          <w:color w:val="000000"/>
        </w:rPr>
        <w:t>-(1-2x)=2</w:t>
      </w:r>
      <w:r>
        <w:rPr>
          <w:rFonts w:ascii="宋体;SimSun" w:hAnsi="宋体;SimSun" w:cs="宋体;SimSun"/>
          <w:color w:val="000000"/>
        </w:rPr>
        <w:t>，解方程即可得解；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Times New Roman"/>
          <w:color w:val="000000"/>
        </w:rPr>
        <w:t>3</w:t>
      </w:r>
      <w:r>
        <w:rPr>
          <w:rFonts w:ascii="宋体;SimSun" w:hAnsi="宋体;SimSun" w:cs="宋体;SimSun"/>
          <w:color w:val="000000"/>
        </w:rPr>
        <w:t>）根据第一步第二列上的数都减去</w:t>
      </w:r>
      <w:r>
        <w:rPr>
          <w:rFonts w:eastAsia="Times New Roman" w:cs="Times New Roman"/>
          <w:color w:val="000000"/>
        </w:rPr>
        <w:t>a</w:t>
      </w:r>
      <w:r>
        <w:rPr>
          <w:rFonts w:ascii="宋体;SimSun" w:hAnsi="宋体;SimSun" w:cs="宋体;SimSun"/>
          <w:color w:val="000000"/>
        </w:rPr>
        <w:t>，第二步第一列上的数都减去</w:t>
      </w:r>
      <w:r>
        <w:rPr>
          <w:rFonts w:eastAsia="Times New Roman" w:cs="Times New Roman"/>
          <w:color w:val="000000"/>
        </w:rPr>
        <w:t>(1-3b)</w:t>
      </w:r>
      <w:r>
        <w:rPr>
          <w:rFonts w:ascii="宋体;SimSun" w:hAnsi="宋体;SimSun" w:cs="宋体;SimSun"/>
          <w:color w:val="000000"/>
        </w:rPr>
        <w:t>，第三步第一行上的数都减去（</w:t>
      </w:r>
      <w:r>
        <w:rPr>
          <w:rFonts w:eastAsia="Times New Roman" w:cs="Times New Roman"/>
          <w:color w:val="000000"/>
        </w:rPr>
        <w:t>b-2-a</w:t>
      </w:r>
      <w:r>
        <w:rPr>
          <w:rFonts w:ascii="宋体;SimSun" w:hAnsi="宋体;SimSun" w:cs="宋体;SimSun"/>
          <w:color w:val="000000"/>
        </w:rPr>
        <w:t>）可得等式，整理后可得解．</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【详解】解：（</w:t>
      </w:r>
      <w:r>
        <w:rPr>
          <w:rFonts w:eastAsia="Times New Roman" w:cs="宋体;SimSun" w:ascii="宋体;SimSun" w:hAnsi="宋体;SimSun"/>
          <w:color w:val="000000"/>
        </w:rPr>
        <w:t>1</w:t>
      </w:r>
      <w:r>
        <w:rPr>
          <w:rFonts w:ascii="宋体;SimSun" w:hAnsi="宋体;SimSun" w:cs="宋体;SimSun"/>
          <w:color w:val="000000"/>
        </w:rPr>
        <w:t>）第一步：第一行减去</w:t>
      </w:r>
      <w:r>
        <w:rPr>
          <w:rFonts w:eastAsia="Times New Roman" w:cs="宋体;SimSun" w:ascii="宋体;SimSun" w:hAnsi="宋体;SimSun"/>
          <w:color w:val="000000"/>
        </w:rPr>
        <w:t>2</w:t>
      </w:r>
      <w:r>
        <w:rPr>
          <w:rFonts w:ascii="宋体;SimSun" w:hAnsi="宋体;SimSun" w:cs="宋体;SimSun"/>
          <w:color w:val="000000"/>
        </w:rPr>
        <w:t>，得</w:t>
      </w:r>
    </w:p>
    <w:tbl>
      <w:tblPr>
        <w:tblW w:w="1710" w:type="dxa"/>
        <w:jc w:val="start"/>
        <w:tblInd w:w="0" w:type="dxa"/>
        <w:tblLayout w:type="fixed"/>
        <w:tblCellMar>
          <w:top w:w="75" w:type="dxa"/>
          <w:start w:w="120" w:type="dxa"/>
          <w:bottom w:w="75" w:type="dxa"/>
          <w:end w:w="120" w:type="dxa"/>
        </w:tblCellMar>
      </w:tblPr>
      <w:tblGrid>
        <w:gridCol w:w="855"/>
        <w:gridCol w:w="855"/>
      </w:tblGrid>
      <w:tr>
        <w:trPr>
          <w:trHeight w:val="330" w:hRule="atLeast"/>
        </w:trPr>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-6</w:t>
            </w:r>
          </w:p>
        </w:tc>
      </w:tr>
      <w:tr>
        <w:trPr>
          <w:trHeight w:val="330" w:hRule="atLeast"/>
        </w:trPr>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-5</w:t>
            </w:r>
          </w:p>
        </w:tc>
      </w:tr>
    </w:tbl>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第二步第二列加</w:t>
      </w:r>
      <w:r>
        <w:rPr>
          <w:rFonts w:eastAsia="Times New Roman" w:cs="宋体;SimSun" w:ascii="宋体;SimSun" w:hAnsi="宋体;SimSun"/>
          <w:color w:val="000000"/>
        </w:rPr>
        <w:t>6</w:t>
      </w:r>
      <w:r>
        <w:rPr>
          <w:rFonts w:ascii="宋体;SimSun" w:hAnsi="宋体;SimSun" w:cs="宋体;SimSun"/>
          <w:color w:val="000000"/>
        </w:rPr>
        <w:t>，得</w:t>
      </w:r>
    </w:p>
    <w:tbl>
      <w:tblPr>
        <w:tblW w:w="1710" w:type="dxa"/>
        <w:jc w:val="start"/>
        <w:tblInd w:w="0" w:type="dxa"/>
        <w:tblLayout w:type="fixed"/>
        <w:tblCellMar>
          <w:top w:w="75" w:type="dxa"/>
          <w:start w:w="120" w:type="dxa"/>
          <w:bottom w:w="75" w:type="dxa"/>
          <w:end w:w="120" w:type="dxa"/>
        </w:tblCellMar>
      </w:tblPr>
      <w:tblGrid>
        <w:gridCol w:w="855"/>
        <w:gridCol w:w="855"/>
      </w:tblGrid>
      <w:tr>
        <w:trPr>
          <w:trHeight w:val="330" w:hRule="atLeast"/>
        </w:trPr>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r>
      <w:tr>
        <w:trPr>
          <w:trHeight w:val="330" w:hRule="atLeast"/>
        </w:trPr>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napToGrid w:val="false"/>
              <w:spacing w:lineRule="auto" w:line="360"/>
              <w:jc w:val="start"/>
              <w:textAlignment w:val="center"/>
              <w:rPr>
                <w:rFonts w:eastAsia="宋体;SimSun" w:cs="宋体;SimSun"/>
                <w:color w:val="000000"/>
                <w:kern w:val="2"/>
                <w:sz w:val="21"/>
                <w:szCs w:val="24"/>
              </w:rPr>
            </w:pPr>
            <w:r>
              <w:rPr>
                <w:rFonts w:eastAsia="宋体;SimSun" w:cs="宋体;SimSun"/>
                <w:color w:val="000000"/>
                <w:kern w:val="2"/>
                <w:sz w:val="21"/>
                <w:szCs w:val="24"/>
              </w:rPr>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1</w:t>
            </w:r>
          </w:p>
        </w:tc>
      </w:tr>
    </w:tbl>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宋体;SimSun" w:ascii="宋体;SimSun" w:hAnsi="宋体;SimSun"/>
          <w:color w:val="000000"/>
        </w:rPr>
        <w:t>2</w:t>
      </w:r>
      <w:r>
        <w:rPr>
          <w:rFonts w:ascii="宋体;SimSun" w:hAnsi="宋体;SimSun" w:cs="宋体;SimSun"/>
          <w:color w:val="000000"/>
        </w:rPr>
        <w:t>）第一步第二列上的数都减去</w:t>
      </w:r>
      <w:r>
        <w:rPr>
          <w:rFonts w:eastAsia="Times New Roman" w:cs="宋体;SimSun" w:ascii="宋体;SimSun" w:hAnsi="宋体;SimSun"/>
          <w:color w:val="000000"/>
        </w:rPr>
        <w:t>2x</w:t>
      </w:r>
      <w:r>
        <w:rPr>
          <w:rFonts w:ascii="宋体;SimSun" w:hAnsi="宋体;SimSun" w:cs="宋体;SimSun"/>
          <w:color w:val="000000"/>
        </w:rPr>
        <w:t>，得：</w:t>
      </w:r>
    </w:p>
    <w:tbl>
      <w:tblPr>
        <w:tblW w:w="1710" w:type="dxa"/>
        <w:jc w:val="start"/>
        <w:tblInd w:w="0" w:type="dxa"/>
        <w:tblLayout w:type="fixed"/>
        <w:tblCellMar>
          <w:top w:w="75" w:type="dxa"/>
          <w:start w:w="120" w:type="dxa"/>
          <w:bottom w:w="75" w:type="dxa"/>
          <w:end w:w="120" w:type="dxa"/>
        </w:tblCellMar>
      </w:tblPr>
      <w:tblGrid>
        <w:gridCol w:w="855"/>
        <w:gridCol w:w="855"/>
      </w:tblGrid>
      <w:tr>
        <w:trPr>
          <w:trHeight w:val="330" w:hRule="atLeast"/>
        </w:trPr>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x-1</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1-2x</w:t>
            </w:r>
          </w:p>
        </w:tc>
      </w:tr>
      <w:tr>
        <w:trPr>
          <w:trHeight w:val="330" w:hRule="atLeast"/>
        </w:trPr>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-2</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r>
    </w:tbl>
    <w:p>
      <w:pPr>
        <w:pStyle w:val="Normal"/>
        <w:spacing w:lineRule="auto" w:line="360"/>
        <w:jc w:val="start"/>
        <w:textAlignment w:val="center"/>
        <w:rPr>
          <w:rFonts w:eastAsia="Times New Roman" w:cs="Times New Roman"/>
          <w:color w:val="000000"/>
        </w:rPr>
      </w:pPr>
      <w:r>
        <w:rPr>
          <w:rFonts w:ascii="宋体;SimSun" w:hAnsi="宋体;SimSun" w:cs="Times New Roman"/>
          <w:color w:val="000000"/>
        </w:rPr>
        <w:t>第二步第一列上的数都加</w:t>
      </w:r>
      <w:r>
        <w:rPr>
          <w:rFonts w:eastAsia="Times New Roman" w:cs="Times New Roman"/>
          <w:color w:val="000000"/>
        </w:rPr>
        <w:t>2</w:t>
      </w:r>
      <w:r>
        <w:rPr>
          <w:rFonts w:ascii="宋体;SimSun" w:hAnsi="宋体;SimSun" w:cs="Times New Roman"/>
          <w:color w:val="000000"/>
        </w:rPr>
        <w:t>，</w:t>
      </w:r>
      <w:r>
        <w:rPr>
          <w:rFonts w:cs="Times New Roman"/>
          <w:color w:val="000000"/>
        </w:rPr>
        <w:t xml:space="preserve">得 </w:t>
      </w:r>
      <w:r>
        <w:rPr>
          <w:rFonts w:eastAsia="Times New Roman" w:cs="Times New Roman"/>
          <w:color w:val="000000"/>
        </w:rPr>
        <w:t>:</w:t>
      </w:r>
    </w:p>
    <w:tbl>
      <w:tblPr>
        <w:tblW w:w="1710" w:type="dxa"/>
        <w:jc w:val="start"/>
        <w:tblInd w:w="0" w:type="dxa"/>
        <w:tblLayout w:type="fixed"/>
        <w:tblCellMar>
          <w:top w:w="75" w:type="dxa"/>
          <w:start w:w="120" w:type="dxa"/>
          <w:bottom w:w="75" w:type="dxa"/>
          <w:end w:w="120" w:type="dxa"/>
        </w:tblCellMar>
      </w:tblPr>
      <w:tblGrid>
        <w:gridCol w:w="855"/>
        <w:gridCol w:w="855"/>
      </w:tblGrid>
      <w:tr>
        <w:trPr>
          <w:trHeight w:val="330" w:hRule="atLeast"/>
        </w:trPr>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x+1</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1-2x</w:t>
            </w:r>
          </w:p>
        </w:tc>
      </w:tr>
      <w:tr>
        <w:trPr>
          <w:trHeight w:val="330" w:hRule="atLeast"/>
        </w:trPr>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c>
          <w:tcPr>
            <w:tcW w:w="85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r>
    </w:tbl>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第三步第一行上的数都减去（</w:t>
      </w:r>
      <w:r>
        <w:rPr>
          <w:rFonts w:eastAsia="Times New Roman" w:cs="宋体;SimSun" w:ascii="宋体;SimSun" w:hAnsi="宋体;SimSun"/>
          <w:color w:val="000000"/>
        </w:rPr>
        <w:t>1-2x</w:t>
      </w:r>
      <w:r>
        <w:rPr>
          <w:rFonts w:ascii="宋体;SimSun" w:hAnsi="宋体;SimSun" w:cs="宋体;SimSun"/>
          <w:color w:val="000000"/>
        </w:rPr>
        <w:t>），得：</w:t>
      </w:r>
    </w:p>
    <w:tbl>
      <w:tblPr>
        <w:tblW w:w="2880" w:type="dxa"/>
        <w:jc w:val="start"/>
        <w:tblInd w:w="0" w:type="dxa"/>
        <w:tblLayout w:type="fixed"/>
        <w:tblCellMar>
          <w:top w:w="75" w:type="dxa"/>
          <w:start w:w="120" w:type="dxa"/>
          <w:bottom w:w="75" w:type="dxa"/>
          <w:end w:w="120" w:type="dxa"/>
        </w:tblCellMar>
      </w:tblPr>
      <w:tblGrid>
        <w:gridCol w:w="1440"/>
        <w:gridCol w:w="1440"/>
      </w:tblGrid>
      <w:tr>
        <w:trPr>
          <w:trHeight w:val="570" w:hRule="atLeast"/>
        </w:trPr>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x+1-(1-2x)</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r>
      <w:tr>
        <w:trPr>
          <w:trHeight w:val="495" w:hRule="atLeast"/>
        </w:trPr>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c>
          <w:tcPr>
            <w:tcW w:w="14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r>
    </w:tbl>
    <w:p>
      <w:pPr>
        <w:pStyle w:val="Normal"/>
        <w:spacing w:lineRule="auto" w:line="360"/>
        <w:jc w:val="start"/>
        <w:textAlignment w:val="center"/>
        <w:rPr>
          <w:rFonts w:ascii="宋体;SimSun" w:hAnsi="宋体;SimSun" w:cs="宋体;SimSun"/>
          <w:color w:val="000000"/>
        </w:rPr>
      </w:pPr>
      <w:r>
        <w:rPr>
          <w:rFonts w:cs="宋体;SimSun" w:ascii="宋体;SimSun" w:hAnsi="宋体;SimSun"/>
          <w:color w:val="000000"/>
        </w:rPr>
        <w:t>∴</w:t>
      </w:r>
      <w:r>
        <w:rPr>
          <w:rFonts w:ascii="宋体;SimSun" w:hAnsi="宋体;SimSun" w:cs="宋体;SimSun"/>
          <w:color w:val="000000"/>
        </w:rPr>
        <w:t>（</w:t>
      </w:r>
      <w:r>
        <w:rPr>
          <w:rFonts w:eastAsia="Times New Roman" w:cs="Times New Roman"/>
          <w:color w:val="000000"/>
        </w:rPr>
        <w:t>x+1</w:t>
      </w:r>
      <w:r>
        <w:rPr>
          <w:rFonts w:ascii="宋体;SimSun" w:hAnsi="宋体;SimSun" w:cs="宋体;SimSun"/>
          <w:color w:val="000000"/>
        </w:rPr>
        <w:t>）</w:t>
      </w:r>
      <w:r>
        <w:rPr>
          <w:rFonts w:eastAsia="Times New Roman" w:cs="Times New Roman"/>
          <w:color w:val="000000"/>
        </w:rPr>
        <w:t>-(1-2x)=2</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解得，</w:t>
      </w:r>
      <w:r>
        <w:rPr/>
        <w:pict>
          <v:shape id="_x0000_i707777" type="_x0000_tole_rId580" style="width:30pt;height:31.2pt" filled="f" o:ole="">
            <v:imagedata r:id="rId1220" o:title=""/>
          </v:shape>
        </w:pic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w:t>
      </w:r>
      <w:r>
        <w:rPr>
          <w:rFonts w:eastAsia="Times New Roman" w:cs="宋体;SimSun" w:ascii="宋体;SimSun" w:hAnsi="宋体;SimSun"/>
          <w:color w:val="000000"/>
        </w:rPr>
        <w:t>3</w:t>
      </w:r>
      <w:r>
        <w:rPr>
          <w:rFonts w:ascii="宋体;SimSun" w:hAnsi="宋体;SimSun" w:cs="宋体;SimSun"/>
          <w:color w:val="000000"/>
        </w:rPr>
        <w:t>）第一步第二列上的数都减去</w:t>
      </w:r>
      <w:r>
        <w:rPr>
          <w:rFonts w:eastAsia="Times New Roman" w:cs="宋体;SimSun" w:ascii="宋体;SimSun" w:hAnsi="宋体;SimSun"/>
          <w:color w:val="000000"/>
        </w:rPr>
        <w:t>a</w:t>
      </w:r>
      <w:r>
        <w:rPr>
          <w:rFonts w:ascii="宋体;SimSun" w:hAnsi="宋体;SimSun" w:cs="宋体;SimSun"/>
          <w:color w:val="000000"/>
        </w:rPr>
        <w:t>，得：</w:t>
      </w:r>
    </w:p>
    <w:tbl>
      <w:tblPr>
        <w:tblW w:w="2280" w:type="dxa"/>
        <w:jc w:val="start"/>
        <w:tblInd w:w="0" w:type="dxa"/>
        <w:tblLayout w:type="fixed"/>
        <w:tblCellMar>
          <w:top w:w="75" w:type="dxa"/>
          <w:start w:w="120" w:type="dxa"/>
          <w:bottom w:w="75" w:type="dxa"/>
          <w:end w:w="120" w:type="dxa"/>
        </w:tblCellMar>
      </w:tblPr>
      <w:tblGrid>
        <w:gridCol w:w="1140"/>
        <w:gridCol w:w="1140"/>
      </w:tblGrid>
      <w:tr>
        <w:trPr>
          <w:trHeight w:val="570" w:hRule="atLeast"/>
        </w:trPr>
        <w:tc>
          <w:tcPr>
            <w:tcW w:w="11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a+b</w:t>
            </w:r>
          </w:p>
        </w:tc>
        <w:tc>
          <w:tcPr>
            <w:tcW w:w="11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b-2-a</w:t>
            </w:r>
          </w:p>
        </w:tc>
      </w:tr>
      <w:tr>
        <w:trPr>
          <w:trHeight w:val="495" w:hRule="atLeast"/>
        </w:trPr>
        <w:tc>
          <w:tcPr>
            <w:tcW w:w="11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1-3b</w:t>
            </w:r>
          </w:p>
        </w:tc>
        <w:tc>
          <w:tcPr>
            <w:tcW w:w="1140"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a</w:t>
            </w:r>
          </w:p>
        </w:tc>
      </w:tr>
    </w:tbl>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第二步第一列上的数都减去</w:t>
      </w:r>
      <w:r>
        <w:rPr>
          <w:rFonts w:eastAsia="Times New Roman" w:cs="宋体;SimSun" w:ascii="宋体;SimSun" w:hAnsi="宋体;SimSun"/>
          <w:color w:val="000000"/>
        </w:rPr>
        <w:t>(1-3b)</w:t>
      </w:r>
      <w:r>
        <w:rPr>
          <w:rFonts w:ascii="宋体;SimSun" w:hAnsi="宋体;SimSun" w:cs="宋体;SimSun"/>
          <w:color w:val="000000"/>
        </w:rPr>
        <w:t>，</w:t>
      </w:r>
    </w:p>
    <w:tbl>
      <w:tblPr>
        <w:tblW w:w="2280" w:type="dxa"/>
        <w:jc w:val="start"/>
        <w:tblInd w:w="0" w:type="dxa"/>
        <w:tblLayout w:type="fixed"/>
        <w:tblCellMar>
          <w:top w:w="75" w:type="dxa"/>
          <w:start w:w="120" w:type="dxa"/>
          <w:bottom w:w="75" w:type="dxa"/>
          <w:end w:w="120" w:type="dxa"/>
        </w:tblCellMar>
      </w:tblPr>
      <w:tblGrid>
        <w:gridCol w:w="1152"/>
        <w:gridCol w:w="1128"/>
      </w:tblGrid>
      <w:tr>
        <w:trPr>
          <w:trHeight w:val="570" w:hRule="atLeast"/>
        </w:trPr>
        <w:tc>
          <w:tcPr>
            <w:tcW w:w="115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a+b-(1-3b)</w:t>
            </w:r>
          </w:p>
        </w:tc>
        <w:tc>
          <w:tcPr>
            <w:tcW w:w="112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b-2-a</w:t>
            </w:r>
          </w:p>
        </w:tc>
      </w:tr>
      <w:tr>
        <w:trPr>
          <w:trHeight w:val="495" w:hRule="atLeast"/>
        </w:trPr>
        <w:tc>
          <w:tcPr>
            <w:tcW w:w="1152"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c>
          <w:tcPr>
            <w:tcW w:w="1128"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r>
    </w:tbl>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第三步第一行上的数都减去（</w:t>
      </w:r>
      <w:r>
        <w:rPr>
          <w:rFonts w:eastAsia="Times New Roman" w:cs="宋体;SimSun" w:ascii="宋体;SimSun" w:hAnsi="宋体;SimSun"/>
          <w:color w:val="000000"/>
        </w:rPr>
        <w:t>b-2-a</w:t>
      </w:r>
      <w:r>
        <w:rPr>
          <w:rFonts w:ascii="宋体;SimSun" w:hAnsi="宋体;SimSun" w:cs="宋体;SimSun"/>
          <w:color w:val="000000"/>
        </w:rPr>
        <w:t>）</w:t>
      </w:r>
    </w:p>
    <w:tbl>
      <w:tblPr>
        <w:tblW w:w="3690" w:type="dxa"/>
        <w:jc w:val="start"/>
        <w:tblInd w:w="0" w:type="dxa"/>
        <w:tblLayout w:type="fixed"/>
        <w:tblCellMar>
          <w:top w:w="75" w:type="dxa"/>
          <w:start w:w="120" w:type="dxa"/>
          <w:bottom w:w="75" w:type="dxa"/>
          <w:end w:w="120" w:type="dxa"/>
        </w:tblCellMar>
      </w:tblPr>
      <w:tblGrid>
        <w:gridCol w:w="1845"/>
        <w:gridCol w:w="1845"/>
      </w:tblGrid>
      <w:tr>
        <w:trPr>
          <w:trHeight w:val="690" w:hRule="atLeast"/>
        </w:trPr>
        <w:tc>
          <w:tcPr>
            <w:tcW w:w="184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a+b-(1-3b)-( b-2-a)</w:t>
            </w:r>
          </w:p>
        </w:tc>
        <w:tc>
          <w:tcPr>
            <w:tcW w:w="184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r>
      <w:tr>
        <w:trPr>
          <w:trHeight w:val="420" w:hRule="atLeast"/>
        </w:trPr>
        <w:tc>
          <w:tcPr>
            <w:tcW w:w="184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c>
          <w:tcPr>
            <w:tcW w:w="1845" w:type="dxa"/>
            <w:tcBorders>
              <w:top w:val="single" w:sz="6" w:space="0" w:color="000000"/>
              <w:start w:val="single" w:sz="6" w:space="0" w:color="000000"/>
              <w:bottom w:val="single" w:sz="6" w:space="0" w:color="000000"/>
              <w:end w:val="single" w:sz="6" w:space="0" w:color="000000"/>
            </w:tcBorders>
            <w:vAlign w:val="center"/>
          </w:tcPr>
          <w:p>
            <w:pPr>
              <w:pStyle w:val="Normal"/>
              <w:widowControl w:val="false"/>
              <w:spacing w:lineRule="auto" w:line="360"/>
              <w:jc w:val="start"/>
              <w:textAlignment w:val="center"/>
              <w:rPr>
                <w:rFonts w:eastAsia="Times New Roman" w:cs="Times New Roman"/>
                <w:color w:val="000000"/>
                <w:kern w:val="2"/>
                <w:sz w:val="21"/>
                <w:szCs w:val="24"/>
              </w:rPr>
            </w:pPr>
            <w:r>
              <w:rPr>
                <w:rFonts w:eastAsia="Times New Roman" w:cs="Times New Roman"/>
                <w:color w:val="000000"/>
                <w:kern w:val="2"/>
                <w:sz w:val="21"/>
                <w:szCs w:val="24"/>
              </w:rPr>
              <w:t>0</w:t>
            </w:r>
          </w:p>
        </w:tc>
      </w:tr>
    </w:tbl>
    <w:p>
      <w:pPr>
        <w:pStyle w:val="Normal"/>
        <w:spacing w:lineRule="auto" w:line="360"/>
        <w:jc w:val="start"/>
        <w:textAlignment w:val="center"/>
        <w:rPr>
          <w:rFonts w:eastAsia="Times New Roman" w:cs="Times New Roman"/>
          <w:color w:val="000000"/>
        </w:rPr>
      </w:pPr>
      <w:r>
        <w:rPr>
          <w:rFonts w:cs="宋体;SimSun" w:ascii="宋体;SimSun" w:hAnsi="宋体;SimSun"/>
          <w:color w:val="000000"/>
        </w:rPr>
        <w:t>∴</w:t>
      </w:r>
      <w:r>
        <w:rPr>
          <w:rFonts w:eastAsia="Times New Roman" w:cs="Times New Roman"/>
          <w:color w:val="000000"/>
        </w:rPr>
        <w:t>a+b-(1-3b)-( b-2-a)=1</w:t>
      </w:r>
    </w:p>
    <w:p>
      <w:pPr>
        <w:pStyle w:val="Normal"/>
        <w:spacing w:lineRule="auto" w:line="360"/>
        <w:jc w:val="start"/>
        <w:textAlignment w:val="center"/>
        <w:rPr>
          <w:rFonts w:ascii="宋体;SimSun" w:hAnsi="宋体;SimSun" w:cs="宋体;SimSun"/>
          <w:color w:val="000000"/>
        </w:rPr>
      </w:pPr>
      <w:r>
        <w:rPr>
          <w:rFonts w:ascii="宋体;SimSun" w:hAnsi="宋体;SimSun" w:cs="宋体;SimSun"/>
          <w:color w:val="000000"/>
        </w:rPr>
        <w:t>整理得：</w:t>
      </w:r>
      <w:r>
        <w:rPr>
          <w:rFonts w:eastAsia="Times New Roman" w:cs="Times New Roman"/>
          <w:color w:val="000000"/>
        </w:rPr>
        <w:t>2a+3b=0</w:t>
      </w:r>
      <w:r>
        <w:rPr>
          <w:rFonts w:ascii="宋体;SimSun" w:hAnsi="宋体;SimSun" w:cs="宋体;SimSun"/>
          <w:color w:val="000000"/>
        </w:rPr>
        <w:t>．</w:t>
      </w:r>
    </w:p>
    <w:p>
      <w:pPr>
        <w:pStyle w:val="Normal"/>
        <w:spacing w:lineRule="auto" w:line="360"/>
        <w:jc w:val="start"/>
        <w:textAlignment w:val="center"/>
        <w:rPr>
          <w:rFonts w:ascii="宋体;SimSun" w:hAnsi="宋体;SimSun" w:cs="宋体;SimSun"/>
          <w:color w:val="000000"/>
        </w:rPr>
      </w:pPr>
      <w:r>
        <w:rPr>
          <w:color w:val="000000"/>
        </w:rPr>
        <w:t>【点睛】</w:t>
      </w:r>
      <w:r>
        <w:rPr>
          <w:rFonts w:ascii="宋体;SimSun" w:hAnsi="宋体;SimSun" w:cs="宋体;SimSun"/>
          <w:color w:val="000000"/>
        </w:rPr>
        <w:t>此题主要考查了数字的变化规律，整式的加减以及解一元一次方程，读懂题意，弄清数字之间的关系是解答此题的关键．</w:t>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8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 name="图片 1"/>
                    <pic:cNvPicPr>
                      <a:picLocks noChangeAspect="1" noChangeArrowheads="1"/>
                    </pic:cNvPicPr>
                  </pic:nvPicPr>
                  <pic:blipFill>
                    <a:blip r:embed="rId1221"/>
                    <a:srcRect l="-21" t="-74" r="-21" b="-74"/>
                    <a:stretch>
                      <a:fillRect/>
                    </a:stretch>
                  </pic:blipFill>
                  <pic:spPr bwMode="auto">
                    <a:xfrm>
                      <a:off x="0" y="0"/>
                      <a:ext cx="1724025" cy="485775"/>
                    </a:xfrm>
                    <a:prstGeom prst="rect">
                      <a:avLst/>
                    </a:prstGeom>
                    <a:noFill/>
                  </pic:spPr>
                </pic:pic>
              </a:graphicData>
            </a:graphic>
          </wp:inline>
        </w:drawing>
      </w:r>
    </w:p>
    <w:p>
      <w:pPr>
        <w:pStyle w:val="Heading2"/>
      </w:pPr>
      <w:r>
        <w:t>第十五中学</w:t>
      </w:r>
    </w:p>
    <w:p>
      <w:pPr>
        <w:spacing w:line="360" w:lineRule="auto"/>
        <w:jc w:val="left"/>
        <w:textAlignment w:val="center"/>
        <w:rPr>
          <w:color w:val="000000"/>
        </w:rPr>
      </w:pPr>
      <w:r>
        <w:rPr>
          <w:color w:val="000000"/>
        </w:rPr>
        <w:t xml:space="preserve">25. </w:t>
      </w:r>
      <w:r>
        <w:rPr>
          <w:rFonts w:ascii="宋体" w:eastAsia="宋体" w:hAnsi="宋体" w:cs="宋体"/>
          <w:color w:val="000000"/>
        </w:rPr>
        <w:t>已知数轴上两点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对应的数分别为－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为数轴上一动点，其对应的数为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19325" cy="409575"/>
            <wp:docPr id="28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 name=""/>
                    <pic:cNvPicPr>
                      <a:picLocks noChangeAspect="1"/>
                    </pic:cNvPicPr>
                  </pic:nvPicPr>
                  <pic:blipFill>
                    <a:blip r:embed="rId1222"/>
                    <a:stretch>
                      <a:fillRect/>
                    </a:stretch>
                  </pic:blipFill>
                  <pic:spPr>
                    <a:xfrm>
                      <a:off x="0" y="0"/>
                      <a:ext cx="2219325" cy="4095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position w:val="0"/>
        </w:rPr>
        <w:drawing>
          <wp:inline>
            <wp:extent cx="133350" cy="177800"/>
            <wp:docPr id="28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8" name=""/>
                    <pic:cNvPicPr>
                      <a:picLocks noChangeAspect="1"/>
                    </pic:cNvPicPr>
                  </pic:nvPicPr>
                  <pic:blipFill>
                    <a:blip r:embed="rId122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距离相等，求点</w:t>
      </w:r>
      <w:r>
        <w:rPr>
          <w:rFonts w:ascii="Times New Roman" w:eastAsia="Times New Roman" w:hAnsi="Times New Roman" w:cs="Times New Roman"/>
          <w:i/>
          <w:color w:val="000000"/>
        </w:rPr>
        <w:t>P</w:t>
      </w:r>
      <w:r>
        <w:rPr>
          <w:rFonts w:ascii="宋体" w:eastAsia="宋体" w:hAnsi="宋体" w:cs="宋体"/>
          <w:color w:val="000000"/>
        </w:rPr>
        <w:t>对应的数；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）数轴上是否存在点</w:t>
      </w:r>
      <w:r>
        <w:rPr>
          <w:rFonts w:ascii="Times New Roman" w:eastAsia="Times New Roman" w:hAnsi="Times New Roman" w:cs="Times New Roman"/>
          <w:i/>
          <w:color w:val="000000"/>
        </w:rPr>
        <w:t>P</w:t>
      </w:r>
      <w:r>
        <w:rPr>
          <w:rFonts w:ascii="宋体" w:eastAsia="宋体" w:hAnsi="宋体" w:cs="宋体"/>
          <w:color w:val="000000"/>
        </w:rPr>
        <w:t>，使点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的距离之和为</w:t>
      </w:r>
      <w:r>
        <w:rPr>
          <w:rFonts w:ascii="Times New Roman" w:eastAsia="Times New Roman" w:hAnsi="Times New Roman" w:cs="Times New Roman"/>
          <w:color w:val="000000"/>
        </w:rPr>
        <w:t>6</w:t>
      </w:r>
      <w:r>
        <w:rPr>
          <w:rFonts w:ascii="宋体" w:eastAsia="宋体" w:hAnsi="宋体" w:cs="宋体"/>
          <w:color w:val="000000"/>
        </w:rPr>
        <w:t>？若存在，请求出</w:t>
      </w:r>
      <w:r>
        <w:rPr>
          <w:rFonts w:ascii="Times New Roman" w:eastAsia="Times New Roman" w:hAnsi="Times New Roman" w:cs="Times New Roman"/>
          <w:i/>
          <w:color w:val="000000"/>
        </w:rPr>
        <w:t>x</w:t>
      </w:r>
      <w:r>
        <w:rPr>
          <w:rFonts w:ascii="宋体" w:eastAsia="宋体" w:hAnsi="宋体" w:cs="宋体"/>
          <w:color w:val="000000"/>
        </w:rPr>
        <w:t>的值；若不存在，说明理由．</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分别以</w:t>
      </w:r>
      <w:r>
        <w:rPr>
          <w:rFonts w:ascii="Times New Roman" w:eastAsia="Times New Roman" w:hAnsi="Times New Roman" w:cs="Times New Roman"/>
          <w:color w:val="000000"/>
        </w:rPr>
        <w:t>2</w:t>
      </w:r>
      <w:r>
        <w:rPr>
          <w:rFonts w:ascii="宋体" w:eastAsia="宋体" w:hAnsi="宋体" w:cs="宋体"/>
          <w:color w:val="000000"/>
        </w:rPr>
        <w:t>个单位长度</w:t>
      </w:r>
      <w:r>
        <w:rPr>
          <w:rFonts w:ascii="Times New Roman" w:eastAsia="Times New Roman" w:hAnsi="Times New Roman" w:cs="Times New Roman"/>
          <w:color w:val="000000"/>
        </w:rPr>
        <w:t>/</w:t>
      </w:r>
      <w:r>
        <w:rPr>
          <w:rFonts w:ascii="宋体" w:eastAsia="宋体" w:hAnsi="宋体" w:cs="宋体"/>
          <w:color w:val="000000"/>
        </w:rPr>
        <w:t>分、</w:t>
      </w:r>
      <w:r>
        <w:rPr>
          <w:rFonts w:ascii="Times New Roman" w:eastAsia="Times New Roman" w:hAnsi="Times New Roman" w:cs="Times New Roman"/>
          <w:color w:val="000000"/>
        </w:rPr>
        <w:t>1</w:t>
      </w:r>
      <w:r>
        <w:rPr>
          <w:rFonts w:ascii="宋体" w:eastAsia="宋体" w:hAnsi="宋体" w:cs="宋体"/>
          <w:color w:val="000000"/>
        </w:rPr>
        <w:t>个单位长度</w:t>
      </w:r>
      <w:r>
        <w:rPr>
          <w:rFonts w:ascii="Times New Roman" w:eastAsia="Times New Roman" w:hAnsi="Times New Roman" w:cs="Times New Roman"/>
          <w:color w:val="000000"/>
        </w:rPr>
        <w:t>/</w:t>
      </w:r>
      <w:r>
        <w:rPr>
          <w:rFonts w:ascii="宋体" w:eastAsia="宋体" w:hAnsi="宋体" w:cs="宋体"/>
          <w:color w:val="000000"/>
        </w:rPr>
        <w:t>分的速度向右运动，同时点</w:t>
      </w:r>
      <w:r>
        <w:rPr>
          <w:rFonts w:ascii="Times New Roman" w:eastAsia="Times New Roman" w:hAnsi="Times New Roman" w:cs="Times New Roman"/>
          <w:i/>
          <w:color w:val="000000"/>
        </w:rPr>
        <w:t>P</w:t>
      </w:r>
      <w:r>
        <w:rPr>
          <w:rFonts w:ascii="宋体" w:eastAsia="宋体" w:hAnsi="宋体" w:cs="宋体"/>
          <w:color w:val="000000"/>
        </w:rPr>
        <w:t>以</w:t>
      </w:r>
      <w:r>
        <w:rPr>
          <w:rFonts w:ascii="Times New Roman" w:eastAsia="Times New Roman" w:hAnsi="Times New Roman" w:cs="Times New Roman"/>
          <w:color w:val="000000"/>
        </w:rPr>
        <w:t>6</w:t>
      </w:r>
      <w:r>
        <w:rPr>
          <w:rFonts w:ascii="宋体" w:eastAsia="宋体" w:hAnsi="宋体" w:cs="宋体"/>
          <w:color w:val="000000"/>
        </w:rPr>
        <w:t>个单位长度</w:t>
      </w:r>
      <w:r>
        <w:rPr>
          <w:rFonts w:ascii="Times New Roman" w:eastAsia="Times New Roman" w:hAnsi="Times New Roman" w:cs="Times New Roman"/>
          <w:color w:val="000000"/>
        </w:rPr>
        <w:t>/</w:t>
      </w:r>
      <w:r>
        <w:rPr>
          <w:rFonts w:ascii="宋体" w:eastAsia="宋体" w:hAnsi="宋体" w:cs="宋体"/>
          <w:color w:val="000000"/>
        </w:rPr>
        <w:t>分的速度从</w:t>
      </w:r>
      <w:r>
        <w:rPr>
          <w:rFonts w:ascii="Times New Roman" w:eastAsia="Times New Roman" w:hAnsi="Times New Roman" w:cs="Times New Roman"/>
          <w:i/>
          <w:color w:val="000000"/>
        </w:rPr>
        <w:t>O</w:t>
      </w:r>
      <w:r>
        <w:rPr>
          <w:rFonts w:ascii="宋体" w:eastAsia="宋体" w:hAnsi="宋体" w:cs="宋体"/>
          <w:color w:val="000000"/>
        </w:rPr>
        <w:t>点向左运动．当遇到</w:t>
      </w:r>
      <w:r>
        <w:rPr>
          <w:rFonts w:ascii="Times New Roman" w:eastAsia="Times New Roman" w:hAnsi="Times New Roman" w:cs="Times New Roman"/>
          <w:i/>
          <w:color w:val="000000"/>
        </w:rPr>
        <w:t>A</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立即以同样的速度向右运动，并不停地往返于点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之间，求当点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重合时，点</w:t>
      </w:r>
      <w:r>
        <w:rPr>
          <w:rFonts w:ascii="Times New Roman" w:eastAsia="Times New Roman" w:hAnsi="Times New Roman" w:cs="Times New Roman"/>
          <w:i/>
          <w:color w:val="000000"/>
        </w:rPr>
        <w:t>P</w:t>
      </w:r>
      <w:r>
        <w:rPr>
          <w:rFonts w:ascii="宋体" w:eastAsia="宋体" w:hAnsi="宋体" w:cs="宋体"/>
          <w:color w:val="000000"/>
        </w:rPr>
        <w:t>所经过的总路程是多少？</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）存在；</w:t>
      </w:r>
      <w:r>
        <w:rPr>
          <w:rFonts w:ascii="Times New Roman" w:eastAsia="Times New Roman" w:hAnsi="Times New Roman" w:cs="Times New Roman"/>
          <w:i/>
          <w:color w:val="000000"/>
        </w:rPr>
        <w:t>P</w:t>
      </w:r>
      <w:r>
        <w:rPr>
          <w:rFonts w:ascii="宋体" w:eastAsia="宋体" w:hAnsi="宋体" w:cs="宋体"/>
          <w:color w:val="000000"/>
        </w:rPr>
        <w:t>点对应的数是</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由题意得：</w:t>
      </w:r>
      <w:r>
        <w:pict>
          <v:shape id="_x0000_i707778" type="#_x0000_t75" alt="学科网(www.zxxk.com)--教育资源门户，提供试卷、教案、课件、论文、素材以及各类教学资源下载，还有大量而丰富的教学相关资讯！" style="width:74.15pt;height:15.85pt" o:oleicon="f" o:ole="">
            <v:imagedata r:id="rId1224" o:title="eqIdbb0082046f8610b0de9f029d91ea6399"/>
          </v:shape>
        </w:pic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①若点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w:t>
      </w:r>
    </w:p>
    <w:p>
      <w:pPr>
        <w:spacing w:line="360" w:lineRule="auto"/>
        <w:jc w:val="left"/>
        <w:textAlignment w:val="center"/>
        <w:rPr>
          <w:color w:val="000000"/>
        </w:rPr>
      </w:pPr>
      <w:r>
        <w:pict>
          <v:shape id="_x0000_i707779" type="#_x0000_t75" alt="学科网(www.zxxk.com)--教育资源门户，提供试卷、教案、课件、论文、素材以及各类教学资源下载，还有大量而丰富的教学相关资讯！" style="width:99pt;height:15.75pt" o:oleicon="f" o:ole="">
            <v:imagedata r:id="rId1225" o:title="eqId5e53dac3acfd2c23190b132c05d6cb74"/>
          </v:shape>
        </w:pict>
      </w:r>
    </w:p>
    <w:p>
      <w:pPr>
        <w:spacing w:line="360" w:lineRule="auto"/>
        <w:jc w:val="left"/>
        <w:textAlignment w:val="center"/>
        <w:rPr>
          <w:color w:val="000000"/>
        </w:rPr>
      </w:pPr>
      <w:r>
        <w:pict>
          <v:shape id="_x0000_i707780" type="#_x0000_t75" alt="学科网(www.zxxk.com)--教育资源门户，提供试卷、教案、课件、论文、素材以及各类教学资源下载，还有大量而丰富的教学相关资讯！" style="width:30.75pt;height:12.75pt" o:oleicon="f" o:ole="">
            <v:imagedata r:id="rId1226" o:title="eqId639c3d2ff5ee566fcc1b69c65712a661"/>
          </v:shape>
        </w:pict>
      </w:r>
    </w:p>
    <w:p>
      <w:pPr>
        <w:spacing w:line="360" w:lineRule="auto"/>
        <w:jc w:val="left"/>
        <w:textAlignment w:val="center"/>
        <w:rPr>
          <w:color w:val="000000"/>
        </w:rPr>
      </w:pPr>
      <w:r>
        <w:rPr>
          <w:rFonts w:ascii="宋体" w:eastAsia="宋体" w:hAnsi="宋体" w:cs="宋体"/>
          <w:color w:val="000000"/>
        </w:rPr>
        <w:t>②若点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w:t>
      </w:r>
    </w:p>
    <w:p>
      <w:pPr>
        <w:spacing w:line="360" w:lineRule="auto"/>
        <w:jc w:val="left"/>
        <w:textAlignment w:val="center"/>
        <w:rPr>
          <w:color w:val="000000"/>
        </w:rPr>
      </w:pPr>
      <w:r>
        <w:pict>
          <v:shape id="_x0000_i707781" type="#_x0000_t75" alt="学科网(www.zxxk.com)--教育资源门户，提供试卷、教案、课件、论文、素材以及各类教学资源下载，还有大量而丰富的教学相关资讯！" style="width:107.25pt;height:20.25pt" o:oleicon="f" o:ole="">
            <v:imagedata r:id="rId1227" o:title="eqIdedb3015dacb33fe1c74dcbbeafbf8dc3"/>
          </v:shape>
        </w:pict>
      </w:r>
      <w:r>
        <w:rPr>
          <w:rFonts w:ascii="宋体" w:eastAsia="宋体" w:hAnsi="宋体" w:cs="宋体"/>
          <w:color w:val="000000"/>
        </w:rPr>
        <w:t>此方程无解，故这样的点</w:t>
      </w:r>
      <w:r>
        <w:rPr>
          <w:rFonts w:ascii="Times New Roman" w:eastAsia="Times New Roman" w:hAnsi="Times New Roman" w:cs="Times New Roman"/>
          <w:i/>
          <w:color w:val="000000"/>
        </w:rPr>
        <w:t>P</w:t>
      </w:r>
      <w:r>
        <w:rPr>
          <w:rFonts w:ascii="宋体" w:eastAsia="宋体" w:hAnsi="宋体" w:cs="宋体"/>
          <w:color w:val="000000"/>
        </w:rPr>
        <w:t>不存在</w:t>
      </w:r>
    </w:p>
    <w:p>
      <w:pPr>
        <w:spacing w:line="360" w:lineRule="auto"/>
        <w:jc w:val="left"/>
        <w:textAlignment w:val="center"/>
        <w:rPr>
          <w:color w:val="000000"/>
        </w:rPr>
      </w:pPr>
      <w:r>
        <w:rPr>
          <w:rFonts w:ascii="宋体" w:eastAsia="宋体" w:hAnsi="宋体" w:cs="宋体"/>
          <w:color w:val="000000"/>
        </w:rPr>
        <w:t>③若点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右侧，</w:t>
      </w:r>
    </w:p>
    <w:p>
      <w:pPr>
        <w:spacing w:line="360" w:lineRule="auto"/>
        <w:jc w:val="left"/>
        <w:textAlignment w:val="center"/>
        <w:rPr>
          <w:color w:val="000000"/>
        </w:rPr>
      </w:pPr>
      <w:r>
        <w:pict>
          <v:shape id="_x0000_i707782" type="#_x0000_t75" alt="学科网(www.zxxk.com)--教育资源门户，提供试卷、教案、课件、论文、素材以及各类教学资源下载，还有大量而丰富的教学相关资讯！" style="width:107.25pt;height:20.25pt" o:oleicon="f" o:ole="">
            <v:imagedata r:id="rId1228" o:title="eqIda766c2fc61fdcae432b6c339e7114fa4"/>
          </v:shape>
        </w:pict>
      </w:r>
    </w:p>
    <w:p>
      <w:pPr>
        <w:spacing w:line="360" w:lineRule="auto"/>
        <w:jc w:val="left"/>
        <w:textAlignment w:val="center"/>
        <w:rPr>
          <w:color w:val="000000"/>
        </w:rPr>
      </w:pPr>
      <w:r>
        <w:pict>
          <v:shape id="_x0000_i707783" type="#_x0000_t75" alt="学科网(www.zxxk.com)--教育资源门户，提供试卷、教案、课件、论文、素材以及各类教学资源下载，还有大量而丰富的教学相关资讯！" style="width:24.75pt;height:12.75pt" o:oleicon="f" o:ole="">
            <v:imagedata r:id="rId1229" o:title="eqIdf23d29646155e27b172ecdf263e2d702"/>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点对应的数是</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4</w:t>
      </w:r>
    </w:p>
    <w:p>
      <w:pPr>
        <w:spacing w:line="360" w:lineRule="auto"/>
        <w:jc w:val="left"/>
        <w:textAlignment w:val="center"/>
        <w:rPr>
          <w:color w:val="000000"/>
        </w:rPr>
      </w:pPr>
      <w:r>
        <w:rPr>
          <w:rFonts w:ascii="Times New Roman" w:eastAsia="Times New Roman" w:hAnsi="Times New Roman" w:cs="Times New Roman"/>
          <w:color w:val="000000"/>
        </w:rPr>
        <w:t>(3)</w:t>
      </w:r>
      <w:r>
        <w:rPr>
          <w:rFonts w:ascii="宋体" w:eastAsia="宋体" w:hAnsi="宋体" w:cs="宋体"/>
          <w:color w:val="000000"/>
        </w:rPr>
        <w:t>设</w:t>
      </w:r>
      <w:r>
        <w:rPr>
          <w:rFonts w:ascii="Times New Roman" w:eastAsia="Times New Roman" w:hAnsi="Times New Roman" w:cs="Times New Roman"/>
          <w:i/>
          <w:color w:val="000000"/>
        </w:rPr>
        <w:t>t</w:t>
      </w:r>
      <w:r>
        <w:rPr>
          <w:rFonts w:ascii="宋体" w:eastAsia="宋体" w:hAnsi="宋体" w:cs="宋体"/>
          <w:color w:val="000000"/>
        </w:rPr>
        <w:t>秒后，点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重合</w:t>
      </w:r>
    </w:p>
    <w:p>
      <w:pPr>
        <w:spacing w:line="360" w:lineRule="auto"/>
        <w:jc w:val="left"/>
        <w:textAlignment w:val="center"/>
        <w:rPr>
          <w:color w:val="000000"/>
        </w:rPr>
      </w:pPr>
      <w:r>
        <w:rPr>
          <w:rFonts w:ascii="宋体" w:eastAsia="宋体" w:hAnsi="宋体" w:cs="宋体"/>
          <w:color w:val="000000"/>
        </w:rPr>
        <w:t>由题意得：</w:t>
      </w:r>
      <w:r>
        <w:pict>
          <v:shape id="_x0000_i707784" type="#_x0000_t75" alt="学科网(www.zxxk.com)--教育资源门户，提供试卷、教案、课件、论文、素材以及各类教学资源下载，还有大量而丰富的教学相关资讯！" style="width:75.75pt;height:15.75pt" o:oleicon="f" o:ole="">
            <v:imagedata r:id="rId1230" o:title="eqId9562df875173f070f118b4260154d651"/>
          </v:shape>
        </w:pict>
      </w:r>
    </w:p>
    <w:p>
      <w:pPr>
        <w:spacing w:line="360" w:lineRule="auto"/>
        <w:jc w:val="left"/>
        <w:textAlignment w:val="center"/>
        <w:rPr>
          <w:color w:val="000000"/>
        </w:rPr>
      </w:pPr>
      <w:r>
        <w:rPr>
          <w:color w:val="000000"/>
        </w:rPr>
        <w:t>解得：</w:t>
      </w:r>
      <w:r>
        <w:pict>
          <v:shape id="_x0000_i707785" type="#_x0000_t75" alt="学科网(www.zxxk.com)--教育资源门户，提供试卷、教案、课件、论文、素材以及各类教学资源下载，还有大量而丰富的教学相关资讯！" style="width:24.75pt;height:14.25pt" o:oleicon="f" o:ole="">
            <v:imagedata r:id="rId1231" o:title="eqIda15a13b4190ac3d5feaee27a4c97b21b"/>
          </v:shape>
        </w:pict>
      </w:r>
    </w:p>
    <w:p>
      <w:pPr>
        <w:spacing w:line="360" w:lineRule="auto"/>
        <w:jc w:val="left"/>
        <w:textAlignment w:val="center"/>
        <w:rPr>
          <w:color w:val="000000"/>
        </w:rPr>
      </w:pPr>
      <w:r>
        <w:rPr>
          <w:rFonts w:ascii="宋体" w:eastAsia="宋体" w:hAnsi="宋体" w:cs="宋体"/>
          <w:color w:val="000000"/>
        </w:rPr>
        <w:t>所以，点</w:t>
      </w:r>
      <w:r>
        <w:rPr>
          <w:rFonts w:ascii="Times New Roman" w:eastAsia="Times New Roman" w:hAnsi="Times New Roman" w:cs="Times New Roman"/>
          <w:i/>
          <w:color w:val="000000"/>
        </w:rPr>
        <w:t>P</w:t>
      </w:r>
      <w:r>
        <w:rPr>
          <w:rFonts w:ascii="宋体" w:eastAsia="宋体" w:hAnsi="宋体" w:cs="宋体"/>
          <w:color w:val="000000"/>
        </w:rPr>
        <w:t>运动的总路程</w:t>
      </w:r>
      <w:r>
        <w:rPr>
          <w:rFonts w:ascii="Times New Roman" w:eastAsia="Times New Roman" w:hAnsi="Times New Roman" w:cs="Times New Roman"/>
          <w:color w:val="000000"/>
        </w:rPr>
        <w:t>=</w:t>
      </w:r>
      <w:r>
        <w:pict>
          <v:shape id="_x0000_i707786" type="#_x0000_t75" alt="学科网(www.zxxk.com)--教育资源门户，提供试卷、教案、课件、论文、素材以及各类教学资源下载，还有大量而丰富的教学相关资讯！" style="width:24.95pt;height:13.95pt" o:oleicon="f" o:ole="">
            <v:imagedata r:id="rId1232" o:title="eqId8fed892d056a84412355770243b5faf6"/>
          </v:shape>
        </w:pict>
      </w:r>
      <w:r>
        <w:rPr>
          <w:rFonts w:ascii="Times New Roman" w:eastAsia="Times New Roman" w:hAnsi="Times New Roman" w:cs="Times New Roman"/>
          <w:color w:val="000000"/>
        </w:rPr>
        <w:t>=24</w:t>
      </w:r>
    </w:p>
    <w:p>
      <w:pPr>
        <w:spacing w:line="360" w:lineRule="auto"/>
        <w:jc w:val="left"/>
        <w:textAlignment w:val="center"/>
        <w:rPr>
          <w:color w:val="000000"/>
        </w:rPr>
      </w:pPr>
      <w:r>
        <w:rPr>
          <w:color w:val="000000"/>
        </w:rPr>
        <w:t xml:space="preserve">26. </w:t>
      </w:r>
      <w:r>
        <w:rPr>
          <w:rFonts w:ascii="宋体" w:eastAsia="宋体" w:hAnsi="宋体" w:cs="宋体"/>
          <w:color w:val="000000"/>
        </w:rPr>
        <w:t>给定一个十进制下的自然数</w:t>
      </w:r>
      <w:r>
        <w:rPr>
          <w:rFonts w:ascii="Times New Roman" w:eastAsia="Times New Roman" w:hAnsi="Times New Roman" w:cs="Times New Roman"/>
          <w:i/>
          <w:color w:val="000000"/>
        </w:rPr>
        <w:t>x</w:t>
      </w:r>
      <w:r>
        <w:rPr>
          <w:rFonts w:ascii="宋体" w:eastAsia="宋体" w:hAnsi="宋体" w:cs="宋体"/>
          <w:color w:val="000000"/>
        </w:rPr>
        <w:t>，对于</w:t>
      </w:r>
      <w:r>
        <w:rPr>
          <w:rFonts w:ascii="Times New Roman" w:eastAsia="Times New Roman" w:hAnsi="Times New Roman" w:cs="Times New Roman"/>
          <w:i/>
          <w:color w:val="000000"/>
        </w:rPr>
        <w:t>x</w:t>
      </w:r>
      <w:r>
        <w:rPr>
          <w:rFonts w:ascii="宋体" w:eastAsia="宋体" w:hAnsi="宋体" w:cs="宋体"/>
          <w:color w:val="000000"/>
        </w:rPr>
        <w:t>每个数位上的数，求出它除以</w:t>
      </w:r>
      <w:r>
        <w:rPr>
          <w:rFonts w:ascii="Times New Roman" w:eastAsia="Times New Roman" w:hAnsi="Times New Roman" w:cs="Times New Roman"/>
          <w:color w:val="000000"/>
        </w:rPr>
        <w:t>2</w:t>
      </w:r>
      <w:r>
        <w:rPr>
          <w:rFonts w:ascii="宋体" w:eastAsia="宋体" w:hAnsi="宋体" w:cs="宋体"/>
          <w:color w:val="000000"/>
        </w:rPr>
        <w:t>的余数，再把每一个余数按照原来的数位顺序排列，得到一个新的数，定义这个新数为原数</w:t>
      </w:r>
      <w:r>
        <w:rPr>
          <w:rFonts w:ascii="Times New Roman" w:eastAsia="Times New Roman" w:hAnsi="Times New Roman" w:cs="Times New Roman"/>
          <w:i/>
          <w:color w:val="000000"/>
        </w:rPr>
        <w:t>x</w:t>
      </w:r>
      <w:r>
        <w:rPr>
          <w:rFonts w:ascii="宋体" w:eastAsia="宋体" w:hAnsi="宋体" w:cs="宋体"/>
          <w:color w:val="000000"/>
        </w:rPr>
        <w:t>的“模二数”，记为</w:t>
      </w:r>
      <w:r>
        <w:pict>
          <v:shape id="_x0000_i707787" type="#_x0000_t75" alt="学科网(www.zxxk.com)--教育资源门户，提供试卷、教案、课件、论文、素材以及各类教学资源下载，还有大量而丰富的教学相关资讯！" style="width:30.75pt;height:15.75pt" o:oleicon="f" o:ole="">
            <v:imagedata r:id="rId1233" o:title="eqId699cdc3e6d78d4abdeba7597033c4985"/>
          </v:shape>
        </w:pict>
      </w:r>
      <w:r>
        <w:rPr>
          <w:rFonts w:ascii="宋体" w:eastAsia="宋体" w:hAnsi="宋体" w:cs="宋体"/>
          <w:color w:val="000000"/>
        </w:rPr>
        <w:t>．如</w:t>
      </w:r>
      <w:r>
        <w:pict>
          <v:shape id="_x0000_i707788" type="#_x0000_t75" alt="学科网(www.zxxk.com)--教育资源门户，提供试卷、教案、课件、论文、素材以及各类教学资源下载，还有大量而丰富的教学相关资讯！" style="width:65.25pt;height:15.75pt" o:oleicon="f" o:ole="">
            <v:imagedata r:id="rId1234" o:title="eqId6b7a148170da75122050e1dbb56d3a23"/>
          </v:shape>
        </w:pict>
      </w:r>
      <w:r>
        <w:rPr>
          <w:rFonts w:ascii="宋体" w:eastAsia="宋体" w:hAnsi="宋体" w:cs="宋体"/>
          <w:color w:val="000000"/>
        </w:rPr>
        <w:t>，</w:t>
      </w:r>
      <w:r>
        <w:pict>
          <v:shape id="_x0000_i707789" type="#_x0000_t75" alt="学科网(www.zxxk.com)--教育资源门户，提供试卷、教案、课件、论文、素材以及各类教学资源下载，还有大量而丰富的教学相关资讯！" style="width:65.25pt;height:15.75pt" o:oleicon="f" o:ole="">
            <v:imagedata r:id="rId1235" o:title="eqId85e2b476241de69daf7534be46b288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对于“模二数”的加法规定如下：将两数末位对齐，从右往左依次将相应数位上的数分别相加，规定：</w:t>
      </w:r>
      <w:r>
        <w:rPr>
          <w:rFonts w:ascii="Times New Roman" w:eastAsia="Times New Roman" w:hAnsi="Times New Roman" w:cs="Times New Roman"/>
          <w:color w:val="000000"/>
        </w:rPr>
        <w:t>0</w:t>
      </w:r>
      <w:r>
        <w:rPr>
          <w:rFonts w:ascii="宋体" w:eastAsia="宋体" w:hAnsi="宋体" w:cs="宋体"/>
          <w:color w:val="000000"/>
        </w:rPr>
        <w:t>与</w:t>
      </w:r>
      <w:r>
        <w:rPr>
          <w:rFonts w:ascii="Times New Roman" w:eastAsia="Times New Roman" w:hAnsi="Times New Roman" w:cs="Times New Roman"/>
          <w:color w:val="000000"/>
        </w:rPr>
        <w:t>0</w:t>
      </w:r>
      <w:r>
        <w:rPr>
          <w:rFonts w:ascii="宋体" w:eastAsia="宋体" w:hAnsi="宋体" w:cs="宋体"/>
          <w:color w:val="000000"/>
        </w:rPr>
        <w:t>相加得</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与</w:t>
      </w:r>
      <w:r>
        <w:rPr>
          <w:rFonts w:ascii="Times New Roman" w:eastAsia="Times New Roman" w:hAnsi="Times New Roman" w:cs="Times New Roman"/>
          <w:color w:val="000000"/>
        </w:rPr>
        <w:t>1</w:t>
      </w:r>
      <w:r>
        <w:rPr>
          <w:rFonts w:ascii="宋体" w:eastAsia="宋体" w:hAnsi="宋体" w:cs="宋体"/>
          <w:color w:val="000000"/>
        </w:rPr>
        <w:t>相加得</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与</w:t>
      </w:r>
      <w:r>
        <w:rPr>
          <w:rFonts w:ascii="Times New Roman" w:eastAsia="Times New Roman" w:hAnsi="Times New Roman" w:cs="Times New Roman"/>
          <w:color w:val="000000"/>
        </w:rPr>
        <w:t>1</w:t>
      </w:r>
      <w:r>
        <w:rPr>
          <w:rFonts w:ascii="宋体" w:eastAsia="宋体" w:hAnsi="宋体" w:cs="宋体"/>
          <w:color w:val="000000"/>
        </w:rPr>
        <w:t>相加得</w:t>
      </w:r>
      <w:r>
        <w:rPr>
          <w:rFonts w:ascii="Times New Roman" w:eastAsia="Times New Roman" w:hAnsi="Times New Roman" w:cs="Times New Roman"/>
          <w:color w:val="000000"/>
        </w:rPr>
        <w:t>0</w:t>
      </w:r>
      <w:r>
        <w:rPr>
          <w:rFonts w:ascii="宋体" w:eastAsia="宋体" w:hAnsi="宋体" w:cs="宋体"/>
          <w:color w:val="000000"/>
        </w:rPr>
        <w:t>，并向左边一位进</w:t>
      </w:r>
      <w:r>
        <w:rPr>
          <w:rFonts w:ascii="Times New Roman" w:eastAsia="Times New Roman" w:hAnsi="Times New Roman" w:cs="Times New Roman"/>
          <w:color w:val="000000"/>
        </w:rPr>
        <w:t>1</w:t>
      </w:r>
      <w:r>
        <w:rPr>
          <w:rFonts w:ascii="宋体" w:eastAsia="宋体" w:hAnsi="宋体" w:cs="宋体"/>
          <w:color w:val="000000"/>
        </w:rPr>
        <w:t>．如</w:t>
      </w:r>
      <w:r>
        <w:rPr>
          <w:rFonts w:ascii="Times New Roman" w:eastAsia="Times New Roman" w:hAnsi="Times New Roman" w:cs="Times New Roman"/>
          <w:color w:val="000000"/>
        </w:rPr>
        <w:t>735</w:t>
      </w:r>
      <w:r>
        <w:rPr>
          <w:rFonts w:ascii="宋体" w:eastAsia="宋体" w:hAnsi="宋体" w:cs="宋体"/>
          <w:color w:val="000000"/>
        </w:rPr>
        <w:t>、</w:t>
      </w:r>
      <w:r>
        <w:rPr>
          <w:rFonts w:ascii="Times New Roman" w:eastAsia="Times New Roman" w:hAnsi="Times New Roman" w:cs="Times New Roman"/>
          <w:color w:val="000000"/>
        </w:rPr>
        <w:t>561</w:t>
      </w:r>
      <w:r>
        <w:rPr>
          <w:rFonts w:ascii="宋体" w:eastAsia="宋体" w:hAnsi="宋体" w:cs="宋体"/>
          <w:color w:val="000000"/>
        </w:rPr>
        <w:t>的“模二数”</w:t>
      </w:r>
      <w:r>
        <w:rPr>
          <w:rFonts w:ascii="Times New Roman" w:eastAsia="Times New Roman" w:hAnsi="Times New Roman" w:cs="Times New Roman"/>
          <w:color w:val="000000"/>
        </w:rPr>
        <w:t>111</w:t>
      </w:r>
      <w:r>
        <w:rPr>
          <w:rFonts w:ascii="宋体" w:eastAsia="宋体" w:hAnsi="宋体" w:cs="宋体"/>
          <w:color w:val="000000"/>
        </w:rPr>
        <w:t>、</w:t>
      </w:r>
      <w:r>
        <w:rPr>
          <w:rFonts w:ascii="Times New Roman" w:eastAsia="Times New Roman" w:hAnsi="Times New Roman" w:cs="Times New Roman"/>
          <w:color w:val="000000"/>
        </w:rPr>
        <w:t>101</w:t>
      </w:r>
      <w:r>
        <w:rPr>
          <w:rFonts w:ascii="宋体" w:eastAsia="宋体" w:hAnsi="宋体" w:cs="宋体"/>
          <w:color w:val="000000"/>
        </w:rPr>
        <w:t>相加的运算过程如右图所示，即</w:t>
      </w:r>
      <w:r>
        <w:pict>
          <v:shape id="_x0000_i707790" type="#_x0000_t75" alt="学科网(www.zxxk.com)--教育资源门户，提供试卷、教案、课件、论文、素材以及各类教学资源下载，还有大量而丰富的教学相关资讯！" style="width:117pt;height:15pt" o:oleicon="f" o:ole="">
            <v:imagedata r:id="rId1236" o:title="eqId57529179733ef35445ccd8dff0551aca"/>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42900" cy="638175"/>
            <wp:docPr id="28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0" name=""/>
                    <pic:cNvPicPr>
                      <a:picLocks noChangeAspect="1"/>
                    </pic:cNvPicPr>
                  </pic:nvPicPr>
                  <pic:blipFill>
                    <a:blip r:embed="rId1237"/>
                    <a:stretch>
                      <a:fillRect/>
                    </a:stretch>
                  </pic:blipFill>
                  <pic:spPr>
                    <a:xfrm>
                      <a:off x="0" y="0"/>
                      <a:ext cx="342900" cy="6381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根据以上材料，解决下列问题：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7791" type="#_x0000_t75" alt="学科网(www.zxxk.com)--教育资源门户，提供试卷、教案、课件、论文、素材以及各类教学资源下载，还有大量而丰富的教学相关资讯！" style="width:45.75pt;height:15.75pt" o:oleicon="f" o:ole="">
            <v:imagedata r:id="rId1238" o:title="eqId29d35530ba680aabe77711caac77130e"/>
          </v:shape>
        </w:pic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r>
        <w:pict>
          <v:shape id="_x0000_i707792" type="#_x0000_t75" alt="学科网(www.zxxk.com)--教育资源门户，提供试卷、教案、课件、论文、素材以及各类教学资源下载，还有大量而丰富的教学相关资讯！" style="width:87pt;height:15pt" o:oleicon="f" o:ole="">
            <v:imagedata r:id="rId1239" o:title="eqId918923fbc4be08920f330d2b40d07c71"/>
          </v:shape>
        </w:pic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）如果两个自然数的和的“模二数”与它们的“模二数”的和相等，则称这两个数“模二相加不变”．如</w:t>
      </w:r>
      <w:r>
        <w:pict>
          <v:shape id="_x0000_i707793" type="#_x0000_t75" alt="学科网(www.zxxk.com)--教育资源门户，提供试卷、教案、课件、论文、素材以及各类教学资源下载，还有大量而丰富的教学相关资讯！" style="width:65.25pt;height:15.75pt" o:oleicon="f" o:ole="">
            <v:imagedata r:id="rId1240" o:title="eqId7f752a4202706a3f43577e44abfb059a"/>
          </v:shape>
        </w:pict>
      </w:r>
      <w:r>
        <w:rPr>
          <w:rFonts w:ascii="宋体" w:eastAsia="宋体" w:hAnsi="宋体" w:cs="宋体"/>
          <w:color w:val="000000"/>
        </w:rPr>
        <w:t>，</w:t>
      </w:r>
      <w:r>
        <w:pict>
          <v:shape id="_x0000_i707794" type="#_x0000_t75" alt="学科网(www.zxxk.com)--教育资源门户，提供试卷、教案、课件、论文、素材以及各类教学资源下载，还有大量而丰富的教学相关资讯！" style="width:66.75pt;height:15.75pt" o:oleicon="f" o:ole="">
            <v:imagedata r:id="rId1241" o:title="eqId1e12474c8cc1ed5945bc9a257bc127b3"/>
          </v:shape>
        </w:pict>
      </w:r>
      <w:r>
        <w:rPr>
          <w:rFonts w:ascii="宋体" w:eastAsia="宋体" w:hAnsi="宋体" w:cs="宋体"/>
          <w:color w:val="000000"/>
        </w:rPr>
        <w:t>，因为</w:t>
      </w:r>
      <w:r>
        <w:pict>
          <v:shape id="_x0000_i707795" type="#_x0000_t75" alt="学科网(www.zxxk.com)--教育资源门户，提供试卷、教案、课件、论文、素材以及各类教学资源下载，还有大量而丰富的教学相关资讯！" style="width:108.75pt;height:15.75pt" o:oleicon="f" o:ole="">
            <v:imagedata r:id="rId1242" o:title="eqId7300ade39c9ccdec896e0cbe6d2c485d"/>
          </v:shape>
        </w:pict>
      </w:r>
      <w:r>
        <w:rPr>
          <w:rFonts w:ascii="宋体" w:eastAsia="宋体" w:hAnsi="宋体" w:cs="宋体"/>
          <w:color w:val="000000"/>
        </w:rPr>
        <w:t>，</w:t>
      </w:r>
      <w:r>
        <w:pict>
          <v:shape id="_x0000_i707796" type="#_x0000_t75" alt="学科网(www.zxxk.com)--教育资源门户，提供试卷、教案、课件、论文、素材以及各类教学资源下载，还有大量而丰富的教学相关资讯！" style="width:140.25pt;height:15pt" o:oleicon="f" o:ole="">
            <v:imagedata r:id="rId1243" o:title="eqIdfe7c3afe2181581ef1ba5642b4d9f74e"/>
          </v:shape>
        </w:pict>
      </w:r>
      <w:r>
        <w:rPr>
          <w:rFonts w:ascii="宋体" w:eastAsia="宋体" w:hAnsi="宋体" w:cs="宋体"/>
          <w:color w:val="000000"/>
        </w:rPr>
        <w:t>，所以</w:t>
      </w:r>
      <w:r>
        <w:pict>
          <v:shape id="_x0000_i707797" type="#_x0000_t75" alt="学科网(www.zxxk.com)--教育资源门户，提供试卷、教案、课件、论文、素材以及各类教学资源下载，还有大量而丰富的教学相关资讯！" style="width:153pt;height:15.75pt" o:oleicon="f" o:ole="">
            <v:imagedata r:id="rId1244" o:title="eqId98f2be70ab301551bd80b33d1a04dd41"/>
          </v:shape>
        </w:pict>
      </w:r>
      <w:r>
        <w:rPr>
          <w:rFonts w:ascii="宋体" w:eastAsia="宋体" w:hAnsi="宋体" w:cs="宋体"/>
          <w:color w:val="000000"/>
        </w:rPr>
        <w:t>，即</w:t>
      </w:r>
      <w:r>
        <w:rPr>
          <w:rFonts w:ascii="Times New Roman" w:eastAsia="Times New Roman" w:hAnsi="Times New Roman" w:cs="Times New Roman"/>
          <w:color w:val="000000"/>
        </w:rPr>
        <w:t>124</w:t>
      </w:r>
      <w:r>
        <w:rPr>
          <w:rFonts w:ascii="宋体" w:eastAsia="宋体" w:hAnsi="宋体" w:cs="宋体"/>
          <w:color w:val="000000"/>
        </w:rPr>
        <w:t>与</w:t>
      </w:r>
      <w:r>
        <w:rPr>
          <w:rFonts w:ascii="Times New Roman" w:eastAsia="Times New Roman" w:hAnsi="Times New Roman" w:cs="Times New Roman"/>
          <w:color w:val="000000"/>
        </w:rPr>
        <w:t>630</w:t>
      </w:r>
      <w:r>
        <w:rPr>
          <w:rFonts w:ascii="宋体" w:eastAsia="宋体" w:hAnsi="宋体" w:cs="宋体"/>
          <w:color w:val="000000"/>
        </w:rPr>
        <w:t>满足“模二相加不变”．</w:t>
      </w:r>
    </w:p>
    <w:p>
      <w:pPr>
        <w:spacing w:line="360" w:lineRule="auto"/>
        <w:jc w:val="left"/>
        <w:textAlignment w:val="center"/>
        <w:rPr>
          <w:color w:val="000000"/>
        </w:rPr>
      </w:pPr>
      <w:r>
        <w:rPr>
          <w:rFonts w:ascii="宋体" w:eastAsia="宋体" w:hAnsi="宋体" w:cs="宋体"/>
          <w:color w:val="000000"/>
        </w:rPr>
        <w:t>①判断</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中哪个数与</w:t>
      </w:r>
      <w:r>
        <w:rPr>
          <w:rFonts w:ascii="Times New Roman" w:eastAsia="Times New Roman" w:hAnsi="Times New Roman" w:cs="Times New Roman"/>
          <w:color w:val="000000"/>
        </w:rPr>
        <w:t>23</w:t>
      </w:r>
      <w:r>
        <w:rPr>
          <w:rFonts w:ascii="宋体" w:eastAsia="宋体" w:hAnsi="宋体" w:cs="宋体"/>
          <w:color w:val="000000"/>
        </w:rPr>
        <w:t>“模二相加不变”，并说明理由；</w:t>
      </w:r>
    </w:p>
    <w:p>
      <w:pPr>
        <w:spacing w:line="360" w:lineRule="auto"/>
        <w:jc w:val="left"/>
        <w:textAlignment w:val="center"/>
        <w:rPr>
          <w:color w:val="000000"/>
        </w:rPr>
      </w:pPr>
      <w:r>
        <w:rPr>
          <w:rFonts w:ascii="宋体" w:eastAsia="宋体" w:hAnsi="宋体" w:cs="宋体"/>
          <w:color w:val="000000"/>
        </w:rPr>
        <w:t>②再写出一个与</w:t>
      </w:r>
      <w:r>
        <w:rPr>
          <w:rFonts w:ascii="Times New Roman" w:eastAsia="Times New Roman" w:hAnsi="Times New Roman" w:cs="Times New Roman"/>
          <w:color w:val="000000"/>
        </w:rPr>
        <w:t>23</w:t>
      </w:r>
      <w:r>
        <w:rPr>
          <w:rFonts w:ascii="宋体" w:eastAsia="宋体" w:hAnsi="宋体" w:cs="宋体"/>
          <w:color w:val="000000"/>
        </w:rPr>
        <w:t>“模二相加不变”的两位数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1011</w:t>
      </w:r>
      <w:r>
        <w:rPr>
          <w:rFonts w:ascii="宋体" w:eastAsia="宋体" w:hAnsi="宋体" w:cs="宋体"/>
          <w:color w:val="000000"/>
        </w:rPr>
        <w:t>；</w:t>
      </w:r>
      <w:r>
        <w:rPr>
          <w:rFonts w:ascii="Times New Roman" w:eastAsia="Times New Roman" w:hAnsi="Times New Roman" w:cs="Times New Roman"/>
          <w:color w:val="000000"/>
        </w:rPr>
        <w:t>1101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rPr>
          <w:rFonts w:ascii="Times New Roman" w:eastAsia="Times New Roman" w:hAnsi="Times New Roman" w:cs="Times New Roman"/>
          <w:color w:val="000000"/>
        </w:rPr>
        <w:t>12</w:t>
      </w:r>
      <w:r>
        <w:rPr>
          <w:rFonts w:ascii="宋体" w:eastAsia="宋体" w:hAnsi="宋体" w:cs="宋体"/>
          <w:color w:val="000000"/>
        </w:rPr>
        <w:t>；②</w:t>
      </w:r>
      <w:r>
        <w:rPr>
          <w:rFonts w:ascii="Times New Roman" w:eastAsia="Times New Roman" w:hAnsi="Times New Roman" w:cs="Times New Roman"/>
          <w:color w:val="000000"/>
        </w:rPr>
        <w:t>97</w: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9653</w:t>
      </w:r>
      <w:r>
        <w:rPr>
          <w:rFonts w:ascii="宋体" w:eastAsia="宋体" w:hAnsi="宋体" w:cs="宋体"/>
          <w:color w:val="000000"/>
        </w:rPr>
        <w:t>）的值为</w:t>
      </w:r>
      <w:r>
        <w:rPr>
          <w:rFonts w:ascii="Times New Roman" w:eastAsia="Times New Roman" w:hAnsi="Times New Roman" w:cs="Times New Roman"/>
          <w:color w:val="000000"/>
        </w:rPr>
        <w:t>1011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58</w:t>
      </w:r>
      <w:r>
        <w:rPr>
          <w:rFonts w:ascii="宋体" w:eastAsia="宋体" w:hAnsi="宋体" w:cs="宋体"/>
          <w:color w:val="000000"/>
        </w:rPr>
        <w:t>）</w:t>
      </w:r>
      <w:r>
        <w:rPr>
          <w:rFonts w:ascii="Times New Roman" w:eastAsia="Times New Roman" w:hAnsi="Times New Roman" w:cs="Times New Roman"/>
          <w:color w:val="000000"/>
        </w:rPr>
        <w:t>=12</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9653</w:t>
      </w:r>
      <w:r>
        <w:rPr>
          <w:rFonts w:ascii="宋体" w:eastAsia="宋体" w:hAnsi="宋体" w:cs="宋体"/>
          <w:color w:val="000000"/>
        </w:rPr>
        <w:t>）</w:t>
      </w:r>
      <w:r>
        <w:rPr>
          <w:rFonts w:ascii="Times New Roman" w:eastAsia="Times New Roman" w:hAnsi="Times New Roman" w:cs="Times New Roman"/>
          <w:color w:val="000000"/>
        </w:rPr>
        <w:t>=1011</w:t>
      </w:r>
      <w:r>
        <w:rPr>
          <w:rFonts w:ascii="宋体" w:eastAsia="宋体" w:hAnsi="宋体" w:cs="宋体"/>
          <w:color w:val="000000"/>
        </w:rPr>
        <w:t>，所以</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58</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9653</w:t>
      </w:r>
      <w:r>
        <w:rPr>
          <w:rFonts w:ascii="宋体" w:eastAsia="宋体" w:hAnsi="宋体" w:cs="宋体"/>
          <w:color w:val="000000"/>
        </w:rPr>
        <w:t>）的值为</w:t>
      </w:r>
      <w:r>
        <w:rPr>
          <w:rFonts w:ascii="Times New Roman" w:eastAsia="Times New Roman" w:hAnsi="Times New Roman" w:cs="Times New Roman"/>
          <w:color w:val="000000"/>
        </w:rPr>
        <w:t>1101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，求出</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23+12</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，可得</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23+23</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，求出</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23+65</w:t>
      </w:r>
      <w:r>
        <w:rPr>
          <w:rFonts w:ascii="宋体" w:eastAsia="宋体" w:hAnsi="宋体" w:cs="宋体"/>
          <w:color w:val="000000"/>
        </w:rPr>
        <w:t>）</w:t>
      </w:r>
      <w:r>
        <w:rPr>
          <w:rFonts w:ascii="Times New Roman" w:eastAsia="Times New Roman" w:hAnsi="Times New Roman" w:cs="Times New Roman"/>
          <w:color w:val="000000"/>
        </w:rPr>
        <w:t>=00</w:t>
      </w:r>
      <w:r>
        <w:rPr>
          <w:rFonts w:ascii="宋体" w:eastAsia="宋体" w:hAnsi="宋体" w:cs="宋体"/>
          <w:color w:val="000000"/>
        </w:rPr>
        <w:t>，可得</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23+65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97</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，求出</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97</w:t>
      </w:r>
      <w:r>
        <w:rPr>
          <w:rFonts w:ascii="宋体" w:eastAsia="宋体" w:hAnsi="宋体" w:cs="宋体"/>
          <w:color w:val="000000"/>
        </w:rPr>
        <w:t>）</w:t>
      </w:r>
      <w:r>
        <w:rPr>
          <w:rFonts w:ascii="Times New Roman" w:eastAsia="Times New Roman" w:hAnsi="Times New Roman" w:cs="Times New Roman"/>
          <w:color w:val="000000"/>
        </w:rPr>
        <w:t>=100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23+297</w:t>
      </w:r>
      <w:r>
        <w:rPr>
          <w:rFonts w:ascii="宋体" w:eastAsia="宋体" w:hAnsi="宋体" w:cs="宋体"/>
          <w:color w:val="000000"/>
        </w:rPr>
        <w:t>）</w:t>
      </w:r>
      <w:r>
        <w:rPr>
          <w:rFonts w:ascii="Times New Roman" w:eastAsia="Times New Roman" w:hAnsi="Times New Roman" w:cs="Times New Roman"/>
          <w:color w:val="000000"/>
        </w:rPr>
        <w:t>=100</w:t>
      </w:r>
      <w:r>
        <w:rPr>
          <w:rFonts w:ascii="宋体" w:eastAsia="宋体" w:hAnsi="宋体" w:cs="宋体"/>
          <w:color w:val="000000"/>
        </w:rPr>
        <w:t>，可得</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97</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23+97</w:t>
      </w:r>
      <w:r>
        <w:rPr>
          <w:rFonts w:ascii="宋体" w:eastAsia="宋体" w:hAnsi="宋体" w:cs="宋体"/>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9653</w:t>
      </w:r>
      <w:r>
        <w:rPr>
          <w:rFonts w:ascii="宋体" w:eastAsia="宋体" w:hAnsi="宋体" w:cs="宋体"/>
          <w:color w:val="000000"/>
        </w:rPr>
        <w:t>）的值为</w:t>
      </w:r>
      <w:r>
        <w:rPr>
          <w:rFonts w:ascii="Times New Roman" w:eastAsia="Times New Roman" w:hAnsi="Times New Roman" w:cs="Times New Roman"/>
          <w:color w:val="000000"/>
        </w:rPr>
        <w:t>1011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58</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9653</w:t>
      </w:r>
      <w:r>
        <w:rPr>
          <w:rFonts w:ascii="宋体" w:eastAsia="宋体" w:hAnsi="宋体" w:cs="宋体"/>
          <w:color w:val="000000"/>
        </w:rPr>
        <w:t>）</w:t>
      </w:r>
      <w:r>
        <w:rPr>
          <w:rFonts w:ascii="Times New Roman" w:eastAsia="Times New Roman" w:hAnsi="Times New Roman" w:cs="Times New Roman"/>
          <w:color w:val="000000"/>
        </w:rPr>
        <w:t>=1011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58</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9653</w:t>
      </w:r>
      <w:r>
        <w:rPr>
          <w:rFonts w:ascii="宋体" w:eastAsia="宋体" w:hAnsi="宋体" w:cs="宋体"/>
          <w:color w:val="000000"/>
        </w:rPr>
        <w:t>）的值为</w:t>
      </w:r>
      <w:r>
        <w:rPr>
          <w:rFonts w:ascii="Times New Roman" w:eastAsia="Times New Roman" w:hAnsi="Times New Roman" w:cs="Times New Roman"/>
          <w:color w:val="000000"/>
        </w:rPr>
        <w:t>1101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1011</w:t>
      </w:r>
      <w:r>
        <w:rPr>
          <w:rFonts w:ascii="宋体" w:eastAsia="宋体" w:hAnsi="宋体" w:cs="宋体"/>
          <w:color w:val="000000"/>
        </w:rPr>
        <w:t>，</w:t>
      </w:r>
      <w:r>
        <w:rPr>
          <w:rFonts w:ascii="Times New Roman" w:eastAsia="Times New Roman" w:hAnsi="Times New Roman" w:cs="Times New Roman"/>
          <w:color w:val="000000"/>
        </w:rPr>
        <w:t>1101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23+12</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12+23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与</w:t>
      </w:r>
      <w:r>
        <w:rPr>
          <w:rFonts w:ascii="Times New Roman" w:eastAsia="Times New Roman" w:hAnsi="Times New Roman" w:cs="Times New Roman"/>
          <w:color w:val="000000"/>
        </w:rPr>
        <w:t>23</w:t>
      </w:r>
      <w:r>
        <w:rPr>
          <w:rFonts w:ascii="宋体" w:eastAsia="宋体" w:hAnsi="宋体" w:cs="宋体"/>
          <w:color w:val="000000"/>
        </w:rPr>
        <w:t>满足“模二相加不变”，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23+65</w:t>
      </w:r>
      <w:r>
        <w:rPr>
          <w:rFonts w:ascii="宋体" w:eastAsia="宋体" w:hAnsi="宋体" w:cs="宋体"/>
          <w:color w:val="000000"/>
        </w:rPr>
        <w:t>）</w:t>
      </w:r>
      <w:r>
        <w:rPr>
          <w:rFonts w:ascii="Times New Roman" w:eastAsia="Times New Roman" w:hAnsi="Times New Roman" w:cs="Times New Roman"/>
          <w:color w:val="000000"/>
        </w:rPr>
        <w:t>=00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23+65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65</w:t>
      </w:r>
      <w:r>
        <w:rPr>
          <w:rFonts w:ascii="宋体" w:eastAsia="宋体" w:hAnsi="宋体" w:cs="宋体"/>
          <w:color w:val="000000"/>
        </w:rPr>
        <w:t>与</w:t>
      </w:r>
      <w:r>
        <w:rPr>
          <w:rFonts w:ascii="Times New Roman" w:eastAsia="Times New Roman" w:hAnsi="Times New Roman" w:cs="Times New Roman"/>
          <w:color w:val="000000"/>
        </w:rPr>
        <w:t>23</w:t>
      </w:r>
      <w:r>
        <w:rPr>
          <w:rFonts w:ascii="宋体" w:eastAsia="宋体" w:hAnsi="宋体" w:cs="宋体"/>
          <w:color w:val="000000"/>
        </w:rPr>
        <w:t>不满足“模二相加不变”；</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color w:val="000000"/>
        </w:rPr>
        <w:t>12</w:t>
      </w:r>
      <w:r>
        <w:rPr>
          <w:rFonts w:ascii="宋体" w:eastAsia="宋体" w:hAnsi="宋体" w:cs="宋体"/>
          <w:color w:val="000000"/>
        </w:rPr>
        <w:t>与</w:t>
      </w:r>
      <w:r>
        <w:rPr>
          <w:rFonts w:ascii="Times New Roman" w:eastAsia="Times New Roman" w:hAnsi="Times New Roman" w:cs="Times New Roman"/>
          <w:color w:val="000000"/>
        </w:rPr>
        <w:t>23</w:t>
      </w:r>
      <w:r>
        <w:rPr>
          <w:rFonts w:ascii="宋体" w:eastAsia="宋体" w:hAnsi="宋体" w:cs="宋体"/>
          <w:color w:val="000000"/>
        </w:rPr>
        <w:t>“模二相加不变”；</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97</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97</w:t>
      </w:r>
      <w:r>
        <w:rPr>
          <w:rFonts w:ascii="宋体" w:eastAsia="宋体" w:hAnsi="宋体" w:cs="宋体"/>
          <w:color w:val="000000"/>
        </w:rPr>
        <w:t>）</w:t>
      </w:r>
      <w:r>
        <w:rPr>
          <w:rFonts w:ascii="Times New Roman" w:eastAsia="Times New Roman" w:hAnsi="Times New Roman" w:cs="Times New Roman"/>
          <w:color w:val="000000"/>
        </w:rPr>
        <w:t>=100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23+97</w:t>
      </w:r>
      <w:r>
        <w:rPr>
          <w:rFonts w:ascii="宋体" w:eastAsia="宋体" w:hAnsi="宋体" w:cs="宋体"/>
          <w:color w:val="000000"/>
        </w:rPr>
        <w:t>）</w:t>
      </w:r>
      <w:r>
        <w:rPr>
          <w:rFonts w:ascii="Times New Roman" w:eastAsia="Times New Roman" w:hAnsi="Times New Roman" w:cs="Times New Roman"/>
          <w:color w:val="000000"/>
        </w:rPr>
        <w:t>=100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97</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23+97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97</w:t>
      </w:r>
      <w:r>
        <w:rPr>
          <w:rFonts w:ascii="宋体" w:eastAsia="宋体" w:hAnsi="宋体" w:cs="宋体"/>
          <w:color w:val="000000"/>
        </w:rPr>
        <w:t>与</w:t>
      </w:r>
      <w:r>
        <w:rPr>
          <w:rFonts w:ascii="Times New Roman" w:eastAsia="Times New Roman" w:hAnsi="Times New Roman" w:cs="Times New Roman"/>
          <w:color w:val="000000"/>
        </w:rPr>
        <w:t>23</w:t>
      </w:r>
      <w:r>
        <w:rPr>
          <w:rFonts w:ascii="宋体" w:eastAsia="宋体" w:hAnsi="宋体" w:cs="宋体"/>
          <w:color w:val="000000"/>
        </w:rPr>
        <w:t>满足“模二相加不变”．</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97</w:t>
      </w:r>
      <w:r>
        <w:rPr>
          <w:rFonts w:ascii="宋体" w:eastAsia="宋体" w:hAnsi="宋体" w:cs="宋体"/>
          <w:color w:val="000000"/>
        </w:rPr>
        <w:t>．</w:t>
      </w:r>
    </w:p>
    <w:p>
      <w:pPr>
        <w:spacing w:line="360" w:lineRule="auto"/>
        <w:jc w:val="left"/>
        <w:textAlignment w:val="center"/>
        <w:rPr>
          <w:color w:val="000000"/>
        </w:rPr>
        <w:sectPr w:rsidSect="00C321EB">
          <w:headerReference w:type="even" r:id="rId450"/>
          <w:footerReference w:type="even" r:id="rId451"/>
          <w:headerReference w:type="first" r:id="rId452"/>
          <w:footerReference w:type="first" r:id="rId453"/>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本题考查了数字的变化规律；能够通过所给例子，找到式子的规律，利用有理数的混合运算解题是关键．</w:t>
      </w:r>
    </w:p>
    <w:p>
      <w:pPr>
        <w:pStyle w:val="Heading2"/>
      </w:pPr>
      <w:r>
        <w:t>第十四中学</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是由若干个小圆圈堆成的一个形如正三角形的图案，最上面一层有一个圆圈，以下各层均比上一层多一个圆圈，一共堆了</w:t>
      </w:r>
      <w:r>
        <w:pict>
          <v:shape id="_x0000_i707798" type="#_x0000_t75" alt="学科网(www.zxxk.com)--教育资源门户，提供试卷、教案、课件、论文、素材以及各类教学资源下载，还有大量而丰富的教学相关资讯！" style="width:9.75pt;height:11.25pt" o:oleicon="f" o:ole="">
            <v:imagedata r:id="rId1245" o:title="eqIdb6a24198bd04c29321ae5dc5a28fe421"/>
          </v:shape>
        </w:pict>
      </w:r>
      <w:r>
        <w:rPr>
          <w:rFonts w:ascii="宋体" w:eastAsia="宋体" w:hAnsi="宋体" w:cs="宋体"/>
          <w:color w:val="000000"/>
        </w:rPr>
        <w:t>层，将图</w:t>
      </w:r>
      <w:r>
        <w:rPr>
          <w:rFonts w:ascii="Times New Roman" w:eastAsia="Times New Roman" w:hAnsi="Times New Roman" w:cs="Times New Roman"/>
          <w:color w:val="000000"/>
        </w:rPr>
        <w:t>1</w:t>
      </w:r>
      <w:r>
        <w:rPr>
          <w:rFonts w:ascii="宋体" w:eastAsia="宋体" w:hAnsi="宋体" w:cs="宋体"/>
          <w:color w:val="000000"/>
        </w:rPr>
        <w:t>倒置后与原图</w:t>
      </w:r>
      <w:r>
        <w:rPr>
          <w:rFonts w:ascii="Times New Roman" w:eastAsia="Times New Roman" w:hAnsi="Times New Roman" w:cs="Times New Roman"/>
          <w:color w:val="000000"/>
        </w:rPr>
        <w:t>1</w:t>
      </w:r>
      <w:r>
        <w:rPr>
          <w:rFonts w:ascii="宋体" w:eastAsia="宋体" w:hAnsi="宋体" w:cs="宋体"/>
          <w:color w:val="000000"/>
        </w:rPr>
        <w:t>拼成图</w:t>
      </w:r>
      <w:r>
        <w:rPr>
          <w:rFonts w:ascii="Times New Roman" w:eastAsia="Times New Roman" w:hAnsi="Times New Roman" w:cs="Times New Roman"/>
          <w:color w:val="000000"/>
        </w:rPr>
        <w:t>2</w:t>
      </w:r>
      <w:r>
        <w:rPr>
          <w:rFonts w:ascii="宋体" w:eastAsia="宋体" w:hAnsi="宋体" w:cs="宋体"/>
          <w:color w:val="000000"/>
        </w:rPr>
        <w:t>的形状，这样我们可以算出图</w:t>
      </w:r>
      <w:r>
        <w:rPr>
          <w:rFonts w:ascii="Times New Roman" w:eastAsia="Times New Roman" w:hAnsi="Times New Roman" w:cs="Times New Roman"/>
          <w:color w:val="000000"/>
        </w:rPr>
        <w:t>1</w:t>
      </w:r>
      <w:r>
        <w:rPr>
          <w:rFonts w:ascii="宋体" w:eastAsia="宋体" w:hAnsi="宋体" w:cs="宋体"/>
          <w:color w:val="000000"/>
        </w:rPr>
        <w:t>中所有圆圈的个数</w:t>
      </w:r>
      <w:r>
        <w:pict>
          <v:shape id="_x0000_i707799" type="#_x0000_t75" alt="学科网(www.zxxk.com)--教育资源门户，提供试卷、教案、课件、论文、素材以及各类教学资源下载，还有大量而丰富的教学相关资讯！" style="width:126.75pt;height:30.75pt" o:oleicon="f" o:ole="">
            <v:imagedata r:id="rId1246" o:title="eqId4f1fd1831bd207e872795da9568a91b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5143500" cy="1714500"/>
            <wp:docPr id="28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 name=""/>
                    <pic:cNvPicPr>
                      <a:picLocks noChangeAspect="1"/>
                    </pic:cNvPicPr>
                  </pic:nvPicPr>
                  <pic:blipFill>
                    <a:blip r:embed="rId1247"/>
                    <a:stretch>
                      <a:fillRect/>
                    </a:stretch>
                  </pic:blipFill>
                  <pic:spPr>
                    <a:xfrm>
                      <a:off x="0" y="0"/>
                      <a:ext cx="5143500" cy="1714500"/>
                    </a:xfrm>
                    <a:prstGeom prst="rect">
                      <a:avLst/>
                    </a:prstGeom>
                  </pic:spPr>
                </pic:pic>
              </a:graphicData>
            </a:graphic>
          </wp:inline>
        </w:drawing>
      </w:r>
      <w:r>
        <w:rPr>
          <w:rFonts w:ascii="宋体" w:eastAsia="宋体" w:hAnsi="宋体" w:cs="宋体"/>
          <w:color w:val="000000"/>
        </w:rPr>
        <w:br/>
      </w:r>
    </w:p>
    <w:p>
      <w:pPr>
        <w:spacing w:line="360" w:lineRule="auto"/>
        <w:jc w:val="left"/>
        <w:textAlignment w:val="center"/>
        <w:rPr>
          <w:rFonts w:ascii="宋体" w:eastAsia="宋体" w:hAnsi="宋体" w:cs="宋体"/>
          <w:color w:val="000000"/>
        </w:rPr>
      </w:pPr>
      <w:r>
        <w:rPr>
          <w:rFonts w:ascii="宋体" w:eastAsia="宋体" w:hAnsi="宋体" w:cs="宋体"/>
          <w:color w:val="000000"/>
        </w:rPr>
        <w:t>如果图</w:t>
      </w:r>
      <w:r>
        <w:rPr>
          <w:rFonts w:ascii="Times New Roman" w:eastAsia="Times New Roman" w:hAnsi="Times New Roman" w:cs="Times New Roman"/>
          <w:color w:val="000000"/>
        </w:rPr>
        <w:t>1</w:t>
      </w:r>
      <w:r>
        <w:rPr>
          <w:rFonts w:ascii="宋体" w:eastAsia="宋体" w:hAnsi="宋体" w:cs="宋体"/>
          <w:color w:val="000000"/>
        </w:rPr>
        <w:t>中的圆圈共有</w:t>
      </w:r>
      <w:r>
        <w:rPr>
          <w:rFonts w:ascii="Times New Roman" w:eastAsia="Times New Roman" w:hAnsi="Times New Roman" w:cs="Times New Roman"/>
          <w:color w:val="000000"/>
        </w:rPr>
        <w:t>12</w:t>
      </w:r>
      <w:r>
        <w:rPr>
          <w:rFonts w:ascii="宋体" w:eastAsia="宋体" w:hAnsi="宋体" w:cs="宋体"/>
          <w:color w:val="000000"/>
        </w:rPr>
        <w:t>层：</w:t>
      </w:r>
    </w:p>
    <w:p>
      <w:pPr>
        <w:spacing w:line="360" w:lineRule="auto"/>
        <w:jc w:val="left"/>
        <w:textAlignment w:val="center"/>
        <w:rPr>
          <w:color w:val="000000"/>
        </w:rPr>
      </w:pPr>
      <w:r>
        <w:rPr>
          <w:rFonts w:ascii="宋体" w:eastAsia="宋体" w:hAnsi="宋体" w:cs="宋体"/>
          <w:color w:val="000000"/>
        </w:rPr>
        <w:drawing>
          <wp:inline>
            <wp:extent cx="4981575" cy="1866900"/>
            <wp:docPr id="28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 name=""/>
                    <pic:cNvPicPr>
                      <a:picLocks noChangeAspect="1"/>
                    </pic:cNvPicPr>
                  </pic:nvPicPr>
                  <pic:blipFill>
                    <a:blip r:embed="rId1248"/>
                    <a:stretch>
                      <a:fillRect/>
                    </a:stretch>
                  </pic:blipFill>
                  <pic:spPr>
                    <a:xfrm>
                      <a:off x="0" y="0"/>
                      <a:ext cx="4981575" cy="1866900"/>
                    </a:xfrm>
                    <a:prstGeom prst="rect">
                      <a:avLst/>
                    </a:prstGeom>
                  </pic:spPr>
                </pic:pic>
              </a:graphicData>
            </a:graphic>
          </wp:inline>
        </w:drawing>
      </w:r>
      <w:r>
        <w:rPr>
          <w:rFonts w:ascii="宋体" w:eastAsia="宋体" w:hAnsi="宋体" w:cs="宋体"/>
          <w:color w:val="000000"/>
        </w:rPr>
        <w:br/>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）我们从上往下，在每个圆圈都按图</w:t>
      </w:r>
      <w:r>
        <w:rPr>
          <w:rFonts w:ascii="Times New Roman" w:eastAsia="Times New Roman" w:hAnsi="Times New Roman" w:cs="Times New Roman"/>
          <w:color w:val="000000"/>
        </w:rPr>
        <w:t>3</w:t>
      </w:r>
      <w:r>
        <w:rPr>
          <w:rFonts w:ascii="宋体" w:eastAsia="宋体" w:hAnsi="宋体" w:cs="宋体"/>
          <w:color w:val="000000"/>
        </w:rPr>
        <w:t>的方式填上一串连续的正整数</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，则最底层最左边这个圆圈中的数是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）我们从上往下，在每个圆圈中都按图</w:t>
      </w:r>
      <w:r>
        <w:rPr>
          <w:rFonts w:ascii="Times New Roman" w:eastAsia="Times New Roman" w:hAnsi="Times New Roman" w:cs="Times New Roman"/>
          <w:color w:val="000000"/>
        </w:rPr>
        <w:t>4</w:t>
      </w:r>
      <w:r>
        <w:rPr>
          <w:rFonts w:ascii="宋体" w:eastAsia="宋体" w:hAnsi="宋体" w:cs="宋体"/>
          <w:color w:val="000000"/>
        </w:rPr>
        <w:t>的方式填上一串连续的整数</w:t>
      </w:r>
      <w:r>
        <w:rPr>
          <w:rFonts w:ascii="Symbol" w:eastAsia="Symbol" w:hAnsi="Symbol" w:cs="Symbol"/>
          <w:color w:val="000000"/>
        </w:rPr>
        <w:sym w:font="Symbol" w:char="F02D"/>
      </w:r>
      <w:r>
        <w:rPr>
          <w:rFonts w:ascii="Times New Roman" w:eastAsia="Times New Roman" w:hAnsi="Times New Roman" w:cs="Times New Roman"/>
          <w:color w:val="000000"/>
        </w:rPr>
        <w:t>23</w:t>
      </w:r>
      <w:r>
        <w:rPr>
          <w:rFonts w:ascii="宋体" w:eastAsia="宋体" w:hAnsi="宋体" w:cs="宋体"/>
          <w:color w:val="000000"/>
        </w:rPr>
        <w:t>，</w:t>
      </w:r>
      <w:r>
        <w:rPr>
          <w:rFonts w:ascii="Symbol" w:eastAsia="Symbol" w:hAnsi="Symbol" w:cs="Symbol"/>
          <w:color w:val="000000"/>
        </w:rPr>
        <w:sym w:font="Symbol" w:char="F02D"/>
      </w:r>
      <w:r>
        <w:rPr>
          <w:rFonts w:ascii="Times New Roman" w:eastAsia="Times New Roman" w:hAnsi="Times New Roman" w:cs="Times New Roman"/>
          <w:color w:val="000000"/>
        </w:rPr>
        <w:t>22</w:t>
      </w:r>
      <w:r>
        <w:rPr>
          <w:rFonts w:ascii="宋体" w:eastAsia="宋体" w:hAnsi="宋体" w:cs="宋体"/>
          <w:color w:val="000000"/>
        </w:rPr>
        <w:t>，</w:t>
      </w:r>
      <w:r>
        <w:rPr>
          <w:rFonts w:ascii="Symbol" w:eastAsia="Symbol" w:hAnsi="Symbol" w:cs="Symbol"/>
          <w:color w:val="000000"/>
        </w:rPr>
        <w:sym w:font="Symbol" w:char="F02D"/>
      </w:r>
      <w:r>
        <w:rPr>
          <w:rFonts w:ascii="Times New Roman" w:eastAsia="Times New Roman" w:hAnsi="Times New Roman" w:cs="Times New Roman"/>
          <w:color w:val="000000"/>
        </w:rPr>
        <w:t>21</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，则图</w:t>
      </w:r>
      <w:r>
        <w:rPr>
          <w:rFonts w:ascii="Times New Roman" w:eastAsia="Times New Roman" w:hAnsi="Times New Roman" w:cs="Times New Roman"/>
          <w:color w:val="000000"/>
        </w:rPr>
        <w:t>4</w:t>
      </w:r>
      <w:r>
        <w:rPr>
          <w:rFonts w:ascii="宋体" w:eastAsia="宋体" w:hAnsi="宋体" w:cs="宋体"/>
          <w:color w:val="000000"/>
        </w:rPr>
        <w:t>中所有圆圈中各数的绝对值之和为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67</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1761</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）根据题意和题目中数字的特点，可以求得图</w:t>
      </w:r>
      <w:r>
        <w:rPr>
          <w:rFonts w:ascii="Times New Roman" w:eastAsia="Times New Roman" w:hAnsi="Times New Roman" w:cs="Times New Roman"/>
          <w:color w:val="000000"/>
        </w:rPr>
        <w:t>3</w:t>
      </w:r>
      <w:r>
        <w:rPr>
          <w:rFonts w:ascii="宋体" w:eastAsia="宋体" w:hAnsi="宋体" w:cs="宋体"/>
          <w:color w:val="000000"/>
        </w:rPr>
        <w:t>中最底层最左边这个圆圈中的数；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）再根据题意可以求得图</w:t>
      </w:r>
      <w:r>
        <w:rPr>
          <w:rFonts w:ascii="Times New Roman" w:eastAsia="Times New Roman" w:hAnsi="Times New Roman" w:cs="Times New Roman"/>
          <w:color w:val="000000"/>
        </w:rPr>
        <w:t>4</w:t>
      </w:r>
      <w:r>
        <w:rPr>
          <w:rFonts w:ascii="宋体" w:eastAsia="宋体" w:hAnsi="宋体" w:cs="宋体"/>
          <w:color w:val="000000"/>
        </w:rPr>
        <w:t>中所有圆圈中各数的绝对值之和．</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中，第</w:t>
      </w:r>
      <w:r>
        <w:rPr>
          <w:rFonts w:ascii="Times New Roman" w:eastAsia="Times New Roman" w:hAnsi="Times New Roman" w:cs="Times New Roman"/>
          <w:color w:val="000000"/>
        </w:rPr>
        <w:t>11</w:t>
      </w:r>
      <w:r>
        <w:rPr>
          <w:rFonts w:ascii="宋体" w:eastAsia="宋体" w:hAnsi="宋体" w:cs="宋体"/>
          <w:color w:val="000000"/>
        </w:rPr>
        <w:t>层最右边的数字是：</w:t>
      </w:r>
      <w:r>
        <w:pict>
          <v:shape id="_x0000_i707800" type="#_x0000_t75" alt="学科网(www.zxxk.com)--教育资源门户，提供试卷、教案、课件、论文、素材以及各类教学资源下载，还有大量而丰富的教学相关资讯！" style="width:57.85pt;height:32.8pt" o:oleicon="f" o:ole="">
            <v:imagedata r:id="rId1249" o:title="eqId9b80e8a26f9cd348547f8499b6f8bd31"/>
          </v:shape>
        </w:pict>
      </w:r>
      <w:r>
        <w:rPr>
          <w:rFonts w:ascii="宋体" w:eastAsia="宋体" w:hAnsi="宋体" w:cs="宋体"/>
          <w:color w:val="000000"/>
        </w:rPr>
        <w:t>＝</w:t>
      </w:r>
      <w:r>
        <w:rPr>
          <w:rFonts w:ascii="Times New Roman" w:eastAsia="Times New Roman" w:hAnsi="Times New Roman" w:cs="Times New Roman"/>
          <w:color w:val="000000"/>
        </w:rPr>
        <w:t>66</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则图</w:t>
      </w:r>
      <w:r>
        <w:rPr>
          <w:rFonts w:ascii="Times New Roman" w:eastAsia="Times New Roman" w:hAnsi="Times New Roman" w:cs="Times New Roman"/>
          <w:color w:val="000000"/>
        </w:rPr>
        <w:t>3</w:t>
      </w:r>
      <w:r>
        <w:rPr>
          <w:rFonts w:ascii="宋体" w:eastAsia="宋体" w:hAnsi="宋体" w:cs="宋体"/>
          <w:color w:val="000000"/>
        </w:rPr>
        <w:t>中最底层最左边这个圆圈中的数是：</w:t>
      </w:r>
      <w:r>
        <w:rPr>
          <w:rFonts w:ascii="Times New Roman" w:eastAsia="Times New Roman" w:hAnsi="Times New Roman" w:cs="Times New Roman"/>
          <w:color w:val="000000"/>
        </w:rPr>
        <w:t>66</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67</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67</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）在图</w:t>
      </w:r>
      <w:r>
        <w:rPr>
          <w:rFonts w:ascii="Times New Roman" w:eastAsia="Times New Roman" w:hAnsi="Times New Roman" w:cs="Times New Roman"/>
          <w:color w:val="000000"/>
        </w:rPr>
        <w:t>4</w:t>
      </w:r>
      <w:r>
        <w:rPr>
          <w:rFonts w:ascii="宋体" w:eastAsia="宋体" w:hAnsi="宋体" w:cs="宋体"/>
          <w:color w:val="000000"/>
        </w:rPr>
        <w:t>中，这</w:t>
      </w:r>
      <w:r>
        <w:rPr>
          <w:rFonts w:ascii="Times New Roman" w:eastAsia="Times New Roman" w:hAnsi="Times New Roman" w:cs="Times New Roman"/>
          <w:color w:val="000000"/>
        </w:rPr>
        <w:t>12</w:t>
      </w:r>
      <w:r>
        <w:rPr>
          <w:rFonts w:ascii="宋体" w:eastAsia="宋体" w:hAnsi="宋体" w:cs="宋体"/>
          <w:color w:val="000000"/>
        </w:rPr>
        <w:t>层的数字个数为：</w:t>
      </w:r>
      <w:r>
        <w:pict>
          <v:shape id="_x0000_i707801" type="#_x0000_t75" alt="学科网(www.zxxk.com)--教育资源门户，提供试卷、教案、课件、论文、素材以及各类教学资源下载，还有大量而丰富的教学相关资讯！" style="width:30.85pt;height:27pt" o:oleicon="f" o:ole="">
            <v:imagedata r:id="rId1250" o:title="eqId45919c2153c564a42724901aef342a80"/>
          </v:shape>
        </w:pict>
      </w:r>
      <w:r>
        <w:rPr>
          <w:rFonts w:ascii="宋体" w:eastAsia="宋体" w:hAnsi="宋体" w:cs="宋体"/>
          <w:color w:val="000000"/>
        </w:rPr>
        <w:t>＝</w:t>
      </w:r>
      <w:r>
        <w:rPr>
          <w:rFonts w:ascii="Times New Roman" w:eastAsia="Times New Roman" w:hAnsi="Times New Roman" w:cs="Times New Roman"/>
          <w:color w:val="000000"/>
        </w:rPr>
        <w:t>78</w:t>
      </w:r>
      <w:r>
        <w:rPr>
          <w:rFonts w:ascii="宋体" w:eastAsia="宋体" w:hAnsi="宋体" w:cs="宋体"/>
          <w:color w:val="000000"/>
        </w:rPr>
        <w:t>，其中</w:t>
      </w:r>
      <w:r>
        <w:rPr>
          <w:rFonts w:ascii="Times New Roman" w:eastAsia="Times New Roman" w:hAnsi="Times New Roman" w:cs="Times New Roman"/>
          <w:color w:val="000000"/>
        </w:rPr>
        <w:t>23</w:t>
      </w:r>
      <w:r>
        <w:rPr>
          <w:rFonts w:ascii="宋体" w:eastAsia="宋体" w:hAnsi="宋体" w:cs="宋体"/>
          <w:color w:val="000000"/>
        </w:rPr>
        <w:t>个负数，</w:t>
      </w:r>
      <w:r>
        <w:rPr>
          <w:rFonts w:ascii="Times New Roman" w:eastAsia="Times New Roman" w:hAnsi="Times New Roman" w:cs="Times New Roman"/>
          <w:color w:val="000000"/>
        </w:rPr>
        <w:t>1</w:t>
      </w:r>
      <w:r>
        <w:rPr>
          <w:rFonts w:ascii="宋体" w:eastAsia="宋体" w:hAnsi="宋体" w:cs="宋体"/>
          <w:color w:val="000000"/>
        </w:rPr>
        <w:t>个</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54</w:t>
      </w:r>
      <w:r>
        <w:rPr>
          <w:rFonts w:ascii="宋体" w:eastAsia="宋体" w:hAnsi="宋体" w:cs="宋体"/>
          <w:color w:val="000000"/>
        </w:rPr>
        <w:t>个正数，</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∴图</w:t>
      </w:r>
      <w:r>
        <w:rPr>
          <w:rFonts w:ascii="Times New Roman" w:eastAsia="Times New Roman" w:hAnsi="Times New Roman" w:cs="Times New Roman"/>
          <w:color w:val="000000"/>
        </w:rPr>
        <w:t>4</w:t>
      </w:r>
      <w:r>
        <w:rPr>
          <w:rFonts w:ascii="宋体" w:eastAsia="宋体" w:hAnsi="宋体" w:cs="宋体"/>
          <w:color w:val="000000"/>
        </w:rPr>
        <w:t>中所有圆圈中各数的绝对值之和为：</w:t>
      </w:r>
      <w:r>
        <w:rPr>
          <w:rFonts w:ascii="Times New Roman" w:eastAsia="Times New Roman" w:hAnsi="Times New Roman" w:cs="Times New Roman"/>
          <w:color w:val="000000"/>
        </w:rPr>
        <w:t>|−23|</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54</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7802" type="#_x0000_t75" alt="学科网(www.zxxk.com)--教育资源门户，提供试卷、教案、课件、论文、素材以及各类教学资源下载，还有大量而丰富的教学相关资讯！" style="width:61.95pt;height:32.8pt" o:oleicon="f" o:ole="">
            <v:imagedata r:id="rId1251" o:title="eqIdb6e1b8bf0ca7f679e114635ba1b99a97"/>
          </v:shape>
        </w:pict>
      </w:r>
      <w:r>
        <w:rPr>
          <w:rFonts w:ascii="宋体" w:eastAsia="宋体" w:hAnsi="宋体" w:cs="宋体"/>
          <w:color w:val="000000"/>
        </w:rPr>
        <w:t>＋</w:t>
      </w:r>
      <w:r>
        <w:pict>
          <v:shape id="_x0000_i707803" type="#_x0000_t75" alt="学科网(www.zxxk.com)--教育资源门户，提供试卷、教案、课件、论文、素材以及各类教学资源下载，还有大量而丰富的教学相关资讯！" style="width:61.95pt;height:32.8pt" o:oleicon="f" o:ole="">
            <v:imagedata r:id="rId1252" o:title="eqId6343e58d424aa6443f4366267a10ae03"/>
          </v:shape>
        </w:pic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rPr>
          <w:rFonts w:ascii="Times New Roman" w:eastAsia="Times New Roman" w:hAnsi="Times New Roman" w:cs="Times New Roman"/>
          <w:color w:val="000000"/>
        </w:rPr>
        <w:t>1485</w:t>
      </w:r>
      <w:r>
        <w:rPr>
          <w:rFonts w:ascii="宋体" w:eastAsia="宋体" w:hAnsi="宋体" w:cs="宋体"/>
          <w:color w:val="000000"/>
        </w:rPr>
        <w:t>＋</w:t>
      </w:r>
      <w:r>
        <w:rPr>
          <w:rFonts w:ascii="Times New Roman" w:eastAsia="Times New Roman" w:hAnsi="Times New Roman" w:cs="Times New Roman"/>
          <w:color w:val="000000"/>
        </w:rPr>
        <w:t>276</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1761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drawing>
          <wp:inline>
            <wp:extent cx="4743450" cy="1781175"/>
            <wp:docPr id="28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 name=""/>
                    <pic:cNvPicPr>
                      <a:picLocks noChangeAspect="1"/>
                    </pic:cNvPicPr>
                  </pic:nvPicPr>
                  <pic:blipFill>
                    <a:blip r:embed="rId1253"/>
                    <a:stretch>
                      <a:fillRect/>
                    </a:stretch>
                  </pic:blipFill>
                  <pic:spPr>
                    <a:xfrm>
                      <a:off x="0" y="0"/>
                      <a:ext cx="4743450" cy="1781175"/>
                    </a:xfrm>
                    <a:prstGeom prst="rect">
                      <a:avLst/>
                    </a:prstGeom>
                  </pic:spPr>
                </pic:pic>
              </a:graphicData>
            </a:graphic>
          </wp:inline>
        </w:drawing>
      </w:r>
      <w:r>
        <w:rPr>
          <w:color w:val="000000"/>
        </w:rPr>
        <w:br/>
      </w:r>
      <w:r>
        <w:rPr>
          <w:color w:val="000000"/>
        </w:rPr>
        <w:t>【点睛】</w:t>
      </w:r>
      <w:r>
        <w:rPr>
          <w:rFonts w:ascii="宋体" w:eastAsia="宋体" w:hAnsi="宋体" w:cs="宋体"/>
          <w:color w:val="000000"/>
        </w:rPr>
        <w:t>本题考查图形的变化类、绝对值，解答本题的关键是明确题意，发现题目中数字的特点，利用数形结合的思想解答．</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对于数轴上的</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三点，给出如下定义：若其中一个点与其它两个点的距离恰好满足2倍的数量关系，则称该点是其它两个点的“联盟点”.</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例如数轴上点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所表示的数分别为1，3，4，此时点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 xml:space="preserve"> C</w:t>
      </w:r>
      <w:r>
        <w:rPr>
          <w:rFonts w:ascii="宋体" w:eastAsia="宋体" w:hAnsi="宋体" w:cs="宋体"/>
          <w:color w:val="000000"/>
        </w:rPr>
        <w:t>的“联盟点”</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drawing>
          <wp:inline>
            <wp:extent cx="1952625" cy="323850"/>
            <wp:docPr id="28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 name=""/>
                    <pic:cNvPicPr>
                      <a:picLocks noChangeAspect="1"/>
                    </pic:cNvPicPr>
                  </pic:nvPicPr>
                  <pic:blipFill>
                    <a:blip r:embed="rId1254"/>
                    <a:stretch>
                      <a:fillRect/>
                    </a:stretch>
                  </pic:blipFill>
                  <pic:spPr>
                    <a:xfrm>
                      <a:off x="0" y="0"/>
                      <a:ext cx="1952625" cy="3238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表示数-2, 点</w:t>
      </w:r>
      <w:r>
        <w:rPr>
          <w:rFonts w:ascii="Times New Roman" w:eastAsia="Times New Roman" w:hAnsi="Times New Roman" w:cs="Times New Roman"/>
          <w:i/>
          <w:color w:val="000000"/>
        </w:rPr>
        <w:t>B</w:t>
      </w:r>
      <w:r>
        <w:rPr>
          <w:rFonts w:ascii="宋体" w:eastAsia="宋体" w:hAnsi="宋体" w:cs="宋体"/>
          <w:color w:val="000000"/>
        </w:rPr>
        <w:t>表示的数2，下列各数</w:t>
      </w:r>
      <w:r>
        <w:pict>
          <v:shape id="_x0000_i707804" type="#_x0000_t75" alt="学科网(www.zxxk.com)--教育资源门户，提供试卷、教案、课件、论文、素材以及各类教学资源下载，还有大量而丰富的教学相关资讯！" style="width:20.25pt;height:30.75pt;mso-position-horizontal-relative:page;mso-position-vertical-relative:page" o:oleicon="f" o:ole="">
            <v:imagedata r:id="rId1255" o:title="eqId459c84c9addfbd1cdd0a877ba7c584e4"/>
          </v:shape>
        </w:pict>
      </w:r>
      <w:r>
        <w:rPr>
          <w:rFonts w:ascii="宋体" w:eastAsia="宋体" w:hAnsi="宋体" w:cs="宋体"/>
          <w:color w:val="000000"/>
        </w:rPr>
        <w:t>，0，4，6所对应的点分别</w:t>
      </w:r>
      <w:r>
        <w:rPr>
          <w:rFonts w:ascii="Times New Roman" w:eastAsia="Times New Roman" w:hAnsi="Times New Roman" w:cs="Times New Roman"/>
          <w:i/>
          <w:color w:val="000000"/>
        </w:rPr>
        <w:t>C</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i/>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vertAlign w:val="subscript"/>
        </w:rPr>
        <w:t>3</w:t>
      </w:r>
      <w:r>
        <w:rPr>
          <w:rFonts w:ascii="Times New Roman" w:eastAsia="Times New Roman" w:hAnsi="Times New Roman" w:cs="Times New Roman"/>
          <w:i/>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C</w:t>
      </w:r>
      <w:r>
        <w:rPr>
          <w:rFonts w:ascii="Times New Roman" w:eastAsia="Times New Roman" w:hAnsi="Times New Roman" w:cs="Times New Roman"/>
          <w:color w:val="000000"/>
          <w:vertAlign w:val="subscript"/>
        </w:rPr>
        <w:t>4</w:t>
      </w:r>
      <w:r>
        <w:rPr>
          <w:rFonts w:ascii="宋体" w:eastAsia="宋体" w:hAnsi="宋体" w:cs="宋体"/>
          <w:color w:val="000000"/>
        </w:rPr>
        <w:t>，其中是点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的“联盟点”的是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（2）点</w:t>
      </w:r>
      <w:r>
        <w:rPr>
          <w:rFonts w:ascii="Times New Roman" w:eastAsia="Times New Roman" w:hAnsi="Times New Roman" w:cs="Times New Roman"/>
          <w:i/>
          <w:color w:val="000000"/>
        </w:rPr>
        <w:t>A</w:t>
      </w:r>
      <w:r>
        <w:rPr>
          <w:rFonts w:ascii="宋体" w:eastAsia="宋体" w:hAnsi="宋体" w:cs="宋体"/>
          <w:color w:val="000000"/>
        </w:rPr>
        <w:t>表示数-10, 点</w:t>
      </w:r>
      <w:r>
        <w:rPr>
          <w:rFonts w:ascii="Times New Roman" w:eastAsia="Times New Roman" w:hAnsi="Times New Roman" w:cs="Times New Roman"/>
          <w:i/>
          <w:color w:val="000000"/>
        </w:rPr>
        <w:t>B</w:t>
      </w:r>
      <w:r>
        <w:rPr>
          <w:rFonts w:ascii="宋体" w:eastAsia="宋体" w:hAnsi="宋体" w:cs="宋体"/>
          <w:color w:val="000000"/>
        </w:rPr>
        <w:t>表示的数30，</w:t>
      </w:r>
      <w:r>
        <w:rPr>
          <w:rFonts w:ascii="Times New Roman" w:eastAsia="Times New Roman" w:hAnsi="Times New Roman" w:cs="Times New Roman"/>
          <w:i/>
          <w:color w:val="000000"/>
        </w:rPr>
        <w:t>P</w:t>
      </w:r>
      <w:r>
        <w:rPr>
          <w:rFonts w:ascii="宋体" w:eastAsia="宋体" w:hAnsi="宋体" w:cs="宋体"/>
          <w:color w:val="000000"/>
        </w:rPr>
        <w:t>在为数轴上一个动点：</w:t>
      </w:r>
    </w:p>
    <w:p>
      <w:pPr>
        <w:spacing w:line="360" w:lineRule="auto"/>
        <w:jc w:val="left"/>
        <w:textAlignment w:val="center"/>
        <w:rPr>
          <w:rFonts w:ascii="宋体" w:eastAsia="宋体" w:hAnsi="宋体" w:cs="宋体"/>
          <w:color w:val="000000"/>
        </w:rPr>
      </w:pPr>
      <w:r>
        <w:rPr>
          <w:rFonts w:ascii="宋体" w:eastAsia="宋体" w:hAnsi="宋体" w:cs="宋体"/>
          <w:color w:val="000000"/>
        </w:rPr>
        <w:t>①若点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的左侧，且点</w:t>
      </w:r>
      <w:r>
        <w:rPr>
          <w:rFonts w:ascii="Times New Roman" w:eastAsia="Times New Roman" w:hAnsi="Times New Roman" w:cs="Times New Roman"/>
          <w:i/>
          <w:color w:val="000000"/>
        </w:rPr>
        <w:t>P</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 xml:space="preserve"> B</w:t>
      </w:r>
      <w:r>
        <w:rPr>
          <w:rFonts w:ascii="宋体" w:eastAsia="宋体" w:hAnsi="宋体" w:cs="宋体"/>
          <w:color w:val="000000"/>
        </w:rPr>
        <w:t>的“联盟点”，求此时点</w:t>
      </w:r>
      <w:r>
        <w:rPr>
          <w:rFonts w:ascii="Times New Roman" w:eastAsia="Times New Roman" w:hAnsi="Times New Roman" w:cs="Times New Roman"/>
          <w:i/>
          <w:color w:val="000000"/>
        </w:rPr>
        <w:t>P</w:t>
      </w:r>
      <w:r>
        <w:rPr>
          <w:rFonts w:ascii="宋体" w:eastAsia="宋体" w:hAnsi="宋体" w:cs="宋体"/>
          <w:color w:val="000000"/>
        </w:rPr>
        <w:t>表示的数；</w:t>
      </w:r>
    </w:p>
    <w:p>
      <w:pPr>
        <w:spacing w:line="360" w:lineRule="auto"/>
        <w:jc w:val="left"/>
        <w:textAlignment w:val="center"/>
        <w:rPr>
          <w:rFonts w:ascii="宋体" w:eastAsia="宋体" w:hAnsi="宋体" w:cs="宋体"/>
          <w:color w:val="000000"/>
        </w:rPr>
      </w:pPr>
      <w:r>
        <w:rPr>
          <w:rFonts w:ascii="宋体" w:eastAsia="宋体" w:hAnsi="宋体" w:cs="宋体"/>
          <w:color w:val="000000"/>
        </w:rPr>
        <w:t>②若点</w:t>
      </w:r>
      <w:r>
        <w:rPr>
          <w:rFonts w:ascii="Times New Roman" w:eastAsia="Times New Roman" w:hAnsi="Times New Roman" w:cs="Times New Roman"/>
          <w:i/>
          <w:color w:val="000000"/>
        </w:rPr>
        <w:t>P</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的右侧，点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宋体" w:eastAsia="宋体" w:hAnsi="宋体" w:cs="宋体"/>
          <w:color w:val="000000"/>
        </w:rPr>
        <w:t>中，有一个点恰好是其它两个点的“联盟点”，写出此时点</w:t>
      </w:r>
      <w:r>
        <w:rPr>
          <w:rFonts w:ascii="Times New Roman" w:eastAsia="Times New Roman" w:hAnsi="Times New Roman" w:cs="Times New Roman"/>
          <w:i/>
          <w:color w:val="000000"/>
        </w:rPr>
        <w:t>P</w:t>
      </w:r>
      <w:r>
        <w:rPr>
          <w:rFonts w:ascii="宋体" w:eastAsia="宋体" w:hAnsi="宋体" w:cs="宋体"/>
          <w:color w:val="000000"/>
        </w:rPr>
        <w:t>表示的数</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rFonts w:ascii="Calibri" w:eastAsia="Calibri" w:hAnsi="Calibri" w:cs="Calibri"/>
          <w:color w:val="000000"/>
        </w:rPr>
      </w:pPr>
      <w:r>
        <w:rPr>
          <w:color w:val="2E75B6"/>
        </w:rPr>
        <w:t>【答案】</w:t>
      </w:r>
      <w:r>
        <w:rPr>
          <w:rFonts w:ascii="宋体" w:eastAsia="宋体" w:hAnsi="宋体" w:cs="宋体"/>
          <w:color w:val="000000"/>
        </w:rPr>
        <w:t>（</w:t>
      </w:r>
      <w:r>
        <w:rPr>
          <w:rFonts w:ascii="Calibri" w:eastAsia="Calibri" w:hAnsi="Calibri" w:cs="Calibri"/>
          <w:color w:val="000000"/>
        </w:rPr>
        <w:t>1</w:t>
      </w:r>
      <w:r>
        <w:rPr>
          <w:rFonts w:ascii="宋体" w:eastAsia="宋体" w:hAnsi="宋体" w:cs="宋体"/>
          <w:color w:val="000000"/>
        </w:rPr>
        <w:t>）</w:t>
      </w:r>
      <w:r>
        <w:pict>
          <v:shape id="_x0000_i707805" type="#_x0000_t75" alt="学科网(www.zxxk.com)--教育资源门户，提供试卷、教案、课件、论文、素材以及各类教学资源下载，还有大量而丰富的教学相关资讯！" style="width:14.25pt;height:18pt" o:oleicon="f" o:ole="">
            <v:imagedata r:id="rId1256" o:title="eqIdb1241216f3c1cb5e73043dd1037f556d"/>
          </v:shape>
        </w:pict>
      </w:r>
      <w:r>
        <w:rPr>
          <w:rFonts w:ascii="宋体" w:eastAsia="宋体" w:hAnsi="宋体" w:cs="宋体"/>
          <w:color w:val="000000"/>
        </w:rPr>
        <w:t>，</w:t>
      </w:r>
      <w:r>
        <w:pict>
          <v:shape id="_x0000_i707806" type="#_x0000_t75" alt="学科网(www.zxxk.com)--教育资源门户，提供试卷、教案、课件、论文、素材以及各类教学资源下载，还有大量而丰富的教学相关资讯！" style="width:15pt;height:18pt" o:oleicon="f" o:ole="">
            <v:imagedata r:id="rId1257" o:title="eqId384bef25d6a7f4c661e83498628c1409"/>
          </v:shape>
        </w:pict>
      </w:r>
      <w:r>
        <w:rPr>
          <w:rFonts w:ascii="宋体" w:eastAsia="宋体" w:hAnsi="宋体" w:cs="宋体"/>
          <w:color w:val="000000"/>
        </w:rPr>
        <w:t>；（</w:t>
      </w:r>
      <w:r>
        <w:rPr>
          <w:rFonts w:ascii="Calibri" w:eastAsia="Calibri" w:hAnsi="Calibri" w:cs="Calibri"/>
          <w:color w:val="000000"/>
        </w:rPr>
        <w:t>2</w:t>
      </w:r>
      <w:r>
        <w:rPr>
          <w:rFonts w:ascii="宋体" w:eastAsia="宋体" w:hAnsi="宋体" w:cs="宋体"/>
          <w:color w:val="000000"/>
        </w:rPr>
        <w:t>）①－</w:t>
      </w:r>
      <w:r>
        <w:rPr>
          <w:rFonts w:ascii="Calibri" w:eastAsia="Calibri" w:hAnsi="Calibri" w:cs="Calibri"/>
          <w:color w:val="000000"/>
        </w:rPr>
        <w:t>50</w:t>
      </w:r>
      <w:r>
        <w:rPr>
          <w:rFonts w:ascii="宋体" w:eastAsia="宋体" w:hAnsi="宋体" w:cs="宋体"/>
          <w:color w:val="000000"/>
        </w:rPr>
        <w:t>或</w:t>
      </w:r>
      <w:r>
        <w:pict>
          <v:shape id="_x0000_i707807" type="#_x0000_t75" alt="学科网(www.zxxk.com)--教育资源门户，提供试卷、教案、课件、论文、素材以及各类教学资源下载，还有大量而丰富的教学相关资讯！" style="width:15.75pt;height:30.75pt" o:oleicon="f" o:ole="">
            <v:imagedata r:id="rId1258" o:title="eqId5991e9ec7666f533a528a4173c58f0ff"/>
          </v:shape>
        </w:pict>
      </w:r>
      <w:r>
        <w:rPr>
          <w:rFonts w:ascii="宋体" w:eastAsia="宋体" w:hAnsi="宋体" w:cs="宋体"/>
          <w:color w:val="000000"/>
        </w:rPr>
        <w:t>或</w:t>
      </w:r>
      <w:r>
        <w:pict>
          <v:shape id="_x0000_i707808" type="#_x0000_t75" alt="学科网(www.zxxk.com)--教育资源门户，提供试卷、教案、课件、论文、素材以及各类教学资源下载，还有大量而丰富的教学相关资讯！" style="width:17.25pt;height:30.75pt" o:oleicon="f" o:ole="">
            <v:imagedata r:id="rId1259" o:title="eqIdb7f5a566e9905ebdca5e064e1dc7d5e9"/>
          </v:shape>
        </w:pict>
      </w:r>
      <w:r>
        <w:rPr>
          <w:rFonts w:ascii="宋体" w:eastAsia="宋体" w:hAnsi="宋体" w:cs="宋体"/>
          <w:color w:val="000000"/>
        </w:rPr>
        <w:t>；②</w:t>
      </w:r>
      <w:r>
        <w:rPr>
          <w:rFonts w:ascii="Calibri" w:eastAsia="Calibri" w:hAnsi="Calibri" w:cs="Calibri"/>
          <w:color w:val="000000"/>
        </w:rPr>
        <w:t>50</w:t>
      </w:r>
      <w:r>
        <w:rPr>
          <w:rFonts w:ascii="宋体" w:eastAsia="宋体" w:hAnsi="宋体" w:cs="宋体"/>
          <w:color w:val="000000"/>
        </w:rPr>
        <w:t>或</w:t>
      </w:r>
      <w:r>
        <w:rPr>
          <w:rFonts w:ascii="Calibri" w:eastAsia="Calibri" w:hAnsi="Calibri" w:cs="Calibri"/>
          <w:color w:val="000000"/>
        </w:rPr>
        <w:t>70</w:t>
      </w:r>
      <w:r>
        <w:rPr>
          <w:rFonts w:ascii="宋体" w:eastAsia="宋体" w:hAnsi="宋体" w:cs="宋体"/>
          <w:color w:val="000000"/>
        </w:rPr>
        <w:t>或</w:t>
      </w:r>
      <w:r>
        <w:rPr>
          <w:rFonts w:ascii="Calibri" w:eastAsia="Calibri" w:hAnsi="Calibri" w:cs="Calibri"/>
          <w:color w:val="000000"/>
        </w:rPr>
        <w:t xml:space="preserve">110. </w:t>
      </w:r>
    </w:p>
    <w:p>
      <w:pPr>
        <w:spacing w:line="360" w:lineRule="auto"/>
        <w:textAlignment w:val="center"/>
        <w:rPr>
          <w:color w:val="000000"/>
        </w:rPr>
      </w:pPr>
      <w:r>
        <w:rPr>
          <w:color w:val="2E75B6"/>
        </w:rPr>
        <w:t>【解析】</w:t>
      </w:r>
    </w:p>
    <w:p>
      <w:pPr>
        <w:spacing w:line="360" w:lineRule="auto"/>
        <w:textAlignment w:val="center"/>
        <w:rPr>
          <w:rFonts w:ascii="Times New Roman" w:eastAsia="Times New Roman" w:hAnsi="Times New Roman" w:cs="Times New Roman"/>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）题目给定的规律，联盟点必须满足其中一个点与其它两个点的距离恰好满足</w:t>
      </w:r>
      <w:r>
        <w:rPr>
          <w:rFonts w:ascii="Times New Roman" w:eastAsia="Times New Roman" w:hAnsi="Times New Roman" w:cs="Times New Roman"/>
          <w:color w:val="000000"/>
        </w:rPr>
        <w:t>2</w:t>
      </w:r>
      <w:r>
        <w:rPr>
          <w:rFonts w:ascii="宋体" w:eastAsia="宋体" w:hAnsi="宋体" w:cs="宋体"/>
          <w:color w:val="000000"/>
        </w:rPr>
        <w:t>倍的数量关系，根据规律找出即可（</w:t>
      </w:r>
      <w:r>
        <w:rPr>
          <w:rFonts w:ascii="Times New Roman" w:eastAsia="Times New Roman" w:hAnsi="Times New Roman" w:cs="Times New Roman"/>
          <w:color w:val="000000"/>
        </w:rPr>
        <w:t>2</w:t>
      </w:r>
      <w:r>
        <w:rPr>
          <w:rFonts w:ascii="宋体" w:eastAsia="宋体" w:hAnsi="宋体" w:cs="宋体"/>
          <w:color w:val="000000"/>
        </w:rPr>
        <w:t>）已知点</w:t>
      </w:r>
      <w:r>
        <w:rPr>
          <w:rFonts w:ascii="Times New Roman" w:eastAsia="Times New Roman" w:hAnsi="Times New Roman" w:cs="Times New Roman"/>
          <w:color w:val="000000"/>
        </w:rPr>
        <w:t>A</w:t>
      </w:r>
      <w:r>
        <w:rPr>
          <w:rFonts w:ascii="宋体" w:eastAsia="宋体" w:hAnsi="宋体" w:cs="宋体"/>
          <w:color w:val="000000"/>
        </w:rPr>
        <w:t>的大小，点</w:t>
      </w:r>
      <w:r>
        <w:rPr>
          <w:rFonts w:ascii="Times New Roman" w:eastAsia="Times New Roman" w:hAnsi="Times New Roman" w:cs="Times New Roman"/>
          <w:color w:val="000000"/>
        </w:rPr>
        <w:t>B</w:t>
      </w:r>
      <w:r>
        <w:rPr>
          <w:rFonts w:ascii="宋体" w:eastAsia="宋体" w:hAnsi="宋体" w:cs="宋体"/>
          <w:color w:val="000000"/>
        </w:rPr>
        <w:t>的大小，根据不同的位置分别找出点</w:t>
      </w:r>
      <w:r>
        <w:rPr>
          <w:rFonts w:ascii="Times New Roman" w:eastAsia="Times New Roman" w:hAnsi="Times New Roman" w:cs="Times New Roman"/>
          <w:color w:val="000000"/>
        </w:rPr>
        <w:t>P</w:t>
      </w:r>
      <w:r>
        <w:rPr>
          <w:rFonts w:ascii="宋体" w:eastAsia="宋体" w:hAnsi="宋体" w:cs="宋体"/>
          <w:color w:val="000000"/>
        </w:rPr>
        <w:t>的坐标即可</w:t>
      </w:r>
      <w:r>
        <w:rPr>
          <w:rFonts w:ascii="Times New Roman" w:eastAsia="Times New Roman" w:hAnsi="Times New Roman" w:cs="Times New Roman"/>
          <w:color w:val="000000"/>
        </w:rPr>
        <w:t>.</w:t>
      </w:r>
    </w:p>
    <w:p>
      <w:pPr>
        <w:spacing w:line="360" w:lineRule="auto"/>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Calibri" w:eastAsia="Calibri" w:hAnsi="Calibri" w:cs="Calibri"/>
          <w:color w:val="000000"/>
        </w:rPr>
        <w:t>1</w:t>
      </w:r>
      <w:r>
        <w:rPr>
          <w:rFonts w:ascii="宋体" w:eastAsia="宋体" w:hAnsi="宋体" w:cs="宋体"/>
          <w:color w:val="000000"/>
        </w:rPr>
        <w:t>）</w:t>
      </w:r>
      <w:r>
        <w:pict>
          <v:shape id="_x0000_i707809" type="#_x0000_t75" alt="学科网(www.zxxk.com)--教育资源门户，提供试卷、教案、课件、论文、素材以及各类教学资源下载，还有大量而丰富的教学相关资讯！" style="width:14.25pt;height:18pt" o:oleicon="f" o:ole="">
            <v:imagedata r:id="rId1260" o:title="eqIdafb6101e45f8d7013bc3dc4197188c0c"/>
          </v:shape>
        </w:pict>
      </w:r>
      <w:r>
        <w:rPr>
          <w:rFonts w:ascii="宋体" w:eastAsia="宋体" w:hAnsi="宋体" w:cs="宋体"/>
          <w:color w:val="000000"/>
        </w:rPr>
        <w:t>，</w:t>
      </w:r>
      <w:r>
        <w:pict>
          <v:shape id="_x0000_i707810" type="#_x0000_t75" alt="学科网(www.zxxk.com)--教育资源门户，提供试卷、教案、课件、论文、素材以及各类教学资源下载，还有大量而丰富的教学相关资讯！" style="width:15pt;height:18pt" o:oleicon="f" o:ole="">
            <v:imagedata r:id="rId1261" o:title="eqIdadfb30eb5f7b2354b439ce51de4420c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Calibri" w:eastAsia="Calibri" w:hAnsi="Calibri" w:cs="Calibri"/>
          <w:color w:val="000000"/>
        </w:rPr>
        <w:t>2</w:t>
      </w:r>
      <w:r>
        <w:rPr>
          <w:rFonts w:ascii="宋体" w:eastAsia="宋体" w:hAnsi="宋体" w:cs="宋体"/>
          <w:color w:val="000000"/>
        </w:rPr>
        <w:t>）①</w:t>
      </w:r>
      <w:r>
        <w:rPr>
          <w:rFonts w:ascii="Calibri" w:eastAsia="Calibri" w:hAnsi="Calibri" w:cs="Calibri"/>
          <w:color w:val="000000"/>
        </w:rPr>
        <w:t xml:space="preserve"> </w:t>
      </w:r>
      <w:r>
        <w:rPr>
          <w:rFonts w:ascii="宋体" w:eastAsia="宋体" w:hAnsi="宋体" w:cs="宋体"/>
          <w:color w:val="000000"/>
        </w:rPr>
        <w:t>设点</w:t>
      </w:r>
      <w:r>
        <w:rPr>
          <w:rFonts w:ascii="Calibri" w:eastAsia="Calibri" w:hAnsi="Calibri" w:cs="Calibri"/>
          <w:i/>
          <w:color w:val="000000"/>
        </w:rPr>
        <w:t>P</w:t>
      </w:r>
      <w:r>
        <w:rPr>
          <w:rFonts w:ascii="宋体" w:eastAsia="宋体" w:hAnsi="宋体" w:cs="宋体"/>
          <w:color w:val="000000"/>
        </w:rPr>
        <w:t>表示的数为</w:t>
      </w:r>
      <w:r>
        <w:rPr>
          <w:rFonts w:ascii="Calibri" w:eastAsia="Calibri" w:hAnsi="Calibri" w:cs="Calibri"/>
          <w:i/>
          <w:color w:val="000000"/>
        </w:rPr>
        <w:t>x</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05000" cy="381000"/>
            <wp:docPr id="28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0" name=""/>
                    <pic:cNvPicPr>
                      <a:picLocks noChangeAspect="1"/>
                    </pic:cNvPicPr>
                  </pic:nvPicPr>
                  <pic:blipFill>
                    <a:blip r:embed="rId1262"/>
                    <a:stretch>
                      <a:fillRect/>
                    </a:stretch>
                  </pic:blipFill>
                  <pic:spPr>
                    <a:xfrm>
                      <a:off x="0" y="0"/>
                      <a:ext cx="1905000" cy="3810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Calibri" w:eastAsia="Calibri" w:hAnsi="Calibri" w:cs="Calibri"/>
          <w:color w:val="000000"/>
        </w:rPr>
        <w:t xml:space="preserve"> </w:t>
      </w:r>
      <w:r>
        <w:rPr>
          <w:rFonts w:ascii="宋体" w:eastAsia="宋体" w:hAnsi="宋体" w:cs="宋体"/>
          <w:color w:val="000000"/>
        </w:rPr>
        <w:t>如图，当点</w:t>
      </w:r>
      <w:r>
        <w:pict>
          <v:shape id="_x0000_i707811" type="#_x0000_t75" alt="学科网(www.zxxk.com)--教育资源门户，提供试卷、教案、课件、论文、素材以及各类教学资源下载，还有大量而丰富的教学相关资讯！" style="width:12pt;height:18pt" o:oleicon="f" o:ole="">
            <v:imagedata r:id="rId1263" o:title="eqId85d85d8c1f8add55bdc8c393be3ba2ae"/>
          </v:shape>
        </w:pict>
      </w:r>
      <w:r>
        <w:rPr>
          <w:rFonts w:ascii="宋体" w:eastAsia="宋体" w:hAnsi="宋体" w:cs="宋体"/>
          <w:color w:val="000000"/>
        </w:rPr>
        <w:t>在点</w:t>
      </w:r>
      <w:r>
        <w:rPr>
          <w:rFonts w:ascii="Calibri" w:eastAsia="Calibri" w:hAnsi="Calibri" w:cs="Calibri"/>
          <w:i/>
          <w:color w:val="000000"/>
        </w:rPr>
        <w:t>A</w:t>
      </w:r>
      <w:r>
        <w:rPr>
          <w:rFonts w:ascii="宋体" w:eastAsia="宋体" w:hAnsi="宋体" w:cs="宋体"/>
          <w:color w:val="000000"/>
        </w:rPr>
        <w:t>左侧时，</w:t>
      </w:r>
      <w:r>
        <w:pict>
          <v:shape id="_x0000_i707812" type="#_x0000_t75" alt="学科网(www.zxxk.com)--教育资源门户，提供试卷、教案、课件、论文、素材以及各类教学资源下载，还有大量而丰富的教学相关资讯！" style="width:54.75pt;height:18pt" o:oleicon="f" o:ole="">
            <v:imagedata r:id="rId1264" o:title="eqId2224af09a1a7a07e29e6ae21418d28e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则</w:t>
      </w:r>
      <w:r>
        <w:rPr>
          <w:rFonts w:ascii="Calibri" w:eastAsia="Calibri" w:hAnsi="Calibri" w:cs="Calibri"/>
          <w:color w:val="000000"/>
        </w:rPr>
        <w:t xml:space="preserve">  30</w:t>
      </w:r>
      <w:r>
        <w:rPr>
          <w:rFonts w:ascii="宋体" w:eastAsia="宋体" w:hAnsi="宋体" w:cs="宋体"/>
          <w:color w:val="000000"/>
        </w:rPr>
        <w:t>－</w:t>
      </w:r>
      <w:r>
        <w:rPr>
          <w:rFonts w:ascii="Calibri" w:eastAsia="Calibri" w:hAnsi="Calibri" w:cs="Calibri"/>
          <w:i/>
          <w:color w:val="000000"/>
        </w:rPr>
        <w:t>x</w:t>
      </w:r>
      <w:r>
        <w:rPr>
          <w:rFonts w:ascii="宋体" w:eastAsia="宋体" w:hAnsi="宋体" w:cs="宋体"/>
          <w:color w:val="000000"/>
        </w:rPr>
        <w:t>＝</w:t>
      </w:r>
      <w:r>
        <w:rPr>
          <w:rFonts w:ascii="Calibri" w:eastAsia="Calibri" w:hAnsi="Calibri" w:cs="Calibri"/>
          <w:color w:val="000000"/>
        </w:rPr>
        <w:t>2</w:t>
      </w:r>
      <w:r>
        <w:rPr>
          <w:rFonts w:ascii="宋体" w:eastAsia="宋体" w:hAnsi="宋体" w:cs="宋体"/>
          <w:color w:val="000000"/>
        </w:rPr>
        <w:t>（－</w:t>
      </w:r>
      <w:r>
        <w:rPr>
          <w:rFonts w:ascii="Calibri" w:eastAsia="Calibri" w:hAnsi="Calibri" w:cs="Calibri"/>
          <w:color w:val="000000"/>
        </w:rPr>
        <w:t>10</w:t>
      </w:r>
      <w:r>
        <w:rPr>
          <w:rFonts w:ascii="宋体" w:eastAsia="宋体" w:hAnsi="宋体" w:cs="宋体"/>
          <w:color w:val="000000"/>
        </w:rPr>
        <w:t>－</w:t>
      </w:r>
      <w:r>
        <w:rPr>
          <w:rFonts w:ascii="Calibri" w:eastAsia="Calibri" w:hAnsi="Calibri" w:cs="Calibri"/>
          <w:i/>
          <w:color w:val="000000"/>
        </w:rPr>
        <w:t>x</w:t>
      </w:r>
      <w:r>
        <w:rPr>
          <w:rFonts w:ascii="宋体" w:eastAsia="宋体" w:hAnsi="宋体" w:cs="宋体"/>
          <w:color w:val="000000"/>
        </w:rPr>
        <w:t>），</w:t>
      </w:r>
    </w:p>
    <w:p>
      <w:pPr>
        <w:spacing w:line="360" w:lineRule="auto"/>
        <w:jc w:val="left"/>
        <w:textAlignment w:val="center"/>
        <w:rPr>
          <w:rFonts w:ascii="Calibri" w:eastAsia="Calibri" w:hAnsi="Calibri" w:cs="Calibri"/>
          <w:color w:val="000000"/>
        </w:rPr>
      </w:pPr>
      <w:r>
        <w:rPr>
          <w:rFonts w:ascii="Calibri" w:eastAsia="Calibri" w:hAnsi="Calibri" w:cs="Calibri"/>
          <w:color w:val="000000"/>
        </w:rPr>
        <w:t xml:space="preserve">解得  </w:t>
      </w:r>
      <w:r>
        <w:rPr>
          <w:rFonts w:ascii="Calibri" w:eastAsia="Calibri" w:hAnsi="Calibri" w:cs="Calibri"/>
          <w:i/>
          <w:color w:val="000000"/>
        </w:rPr>
        <w:t>x</w:t>
      </w:r>
      <w:r>
        <w:rPr>
          <w:rFonts w:ascii="Calibri" w:eastAsia="Calibri" w:hAnsi="Calibri" w:cs="Calibri"/>
          <w:color w:val="000000"/>
        </w:rPr>
        <w:t>＝－50.</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所以点</w:t>
      </w:r>
      <w:r>
        <w:pict>
          <v:shape id="_x0000_i707813" type="#_x0000_t75" alt="学科网(www.zxxk.com)--教育资源门户，提供试卷、教案、课件、论文、素材以及各类教学资源下载，还有大量而丰富的教学相关资讯！" style="width:12pt;height:18pt" o:oleicon="f" o:ole="">
            <v:imagedata r:id="rId1265" o:title="eqId85d85d8c1f8add55bdc8c393be3ba2ae"/>
          </v:shape>
        </w:pict>
      </w:r>
      <w:r>
        <w:rPr>
          <w:rFonts w:ascii="宋体" w:eastAsia="宋体" w:hAnsi="宋体" w:cs="宋体"/>
          <w:color w:val="000000"/>
        </w:rPr>
        <w:t>表示的数为－</w:t>
      </w:r>
      <w:r>
        <w:rPr>
          <w:rFonts w:ascii="Calibri" w:eastAsia="Calibri" w:hAnsi="Calibri" w:cs="Calibri"/>
          <w:color w:val="000000"/>
        </w:rPr>
        <w:t>50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Calibri" w:eastAsia="Calibri" w:hAnsi="Calibri" w:cs="Calibri"/>
          <w:color w:val="000000"/>
        </w:rPr>
        <w:t xml:space="preserve"> </w:t>
      </w:r>
      <w:r>
        <w:rPr>
          <w:rFonts w:ascii="宋体" w:eastAsia="宋体" w:hAnsi="宋体" w:cs="宋体"/>
          <w:color w:val="000000"/>
        </w:rPr>
        <w:t>如图，当点</w:t>
      </w:r>
      <w:r>
        <w:pict>
          <v:shape id="_x0000_i707814" type="#_x0000_t75" alt="学科网(www.zxxk.com)--教育资源门户，提供试卷、教案、课件、论文、素材以及各类教学资源下载，还有大量而丰富的教学相关资讯！" style="width:12.75pt;height:18pt" o:oleicon="f" o:ole="">
            <v:imagedata r:id="rId1266" o:title="eqId0ac64da7f096fea95c25cfe54fe83d3c"/>
          </v:shape>
        </w:pict>
      </w:r>
      <w:r>
        <w:rPr>
          <w:rFonts w:ascii="宋体" w:eastAsia="宋体" w:hAnsi="宋体" w:cs="宋体"/>
          <w:color w:val="000000"/>
        </w:rPr>
        <w:t>在线段</w:t>
      </w:r>
      <w:r>
        <w:rPr>
          <w:rFonts w:ascii="Calibri" w:eastAsia="Calibri" w:hAnsi="Calibri" w:cs="Calibri"/>
          <w:i/>
          <w:color w:val="000000"/>
        </w:rPr>
        <w:t>AB</w:t>
      </w:r>
      <w:r>
        <w:rPr>
          <w:rFonts w:ascii="宋体" w:eastAsia="宋体" w:hAnsi="宋体" w:cs="宋体"/>
          <w:color w:val="000000"/>
        </w:rPr>
        <w:t>上且</w:t>
      </w:r>
      <w:r>
        <w:pict>
          <v:shape id="_x0000_i707815" type="#_x0000_t75" alt="学科网(www.zxxk.com)--教育资源门户，提供试卷、教案、课件、论文、素材以及各类教学资源下载，还有大量而丰富的教学相关资讯！" style="width:57.75pt;height:18pt" o:oleicon="f" o:ole="">
            <v:imagedata r:id="rId1267" o:title="eqId49b539e7e0a19d92e46f6e9a8f37869c"/>
          </v:shape>
        </w:pic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1905000" cy="381000"/>
            <wp:docPr id="28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 name=""/>
                    <pic:cNvPicPr>
                      <a:picLocks noChangeAspect="1"/>
                    </pic:cNvPicPr>
                  </pic:nvPicPr>
                  <pic:blipFill>
                    <a:blip r:embed="rId1268"/>
                    <a:stretch>
                      <a:fillRect/>
                    </a:stretch>
                  </pic:blipFill>
                  <pic:spPr>
                    <a:xfrm>
                      <a:off x="0" y="0"/>
                      <a:ext cx="1905000" cy="3810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则</w:t>
      </w:r>
      <w:r>
        <w:rPr>
          <w:rFonts w:ascii="Calibri" w:eastAsia="Calibri" w:hAnsi="Calibri" w:cs="Calibri"/>
          <w:color w:val="000000"/>
        </w:rPr>
        <w:t xml:space="preserve">  30</w:t>
      </w:r>
      <w:r>
        <w:rPr>
          <w:rFonts w:ascii="宋体" w:eastAsia="宋体" w:hAnsi="宋体" w:cs="宋体"/>
          <w:color w:val="000000"/>
        </w:rPr>
        <w:t>－</w:t>
      </w:r>
      <w:r>
        <w:rPr>
          <w:rFonts w:ascii="Calibri" w:eastAsia="Calibri" w:hAnsi="Calibri" w:cs="Calibri"/>
          <w:i/>
          <w:color w:val="000000"/>
        </w:rPr>
        <w:t>x</w:t>
      </w:r>
      <w:r>
        <w:rPr>
          <w:rFonts w:ascii="宋体" w:eastAsia="宋体" w:hAnsi="宋体" w:cs="宋体"/>
          <w:color w:val="000000"/>
        </w:rPr>
        <w:t>＝</w:t>
      </w:r>
      <w:r>
        <w:rPr>
          <w:rFonts w:ascii="Calibri" w:eastAsia="Calibri" w:hAnsi="Calibri" w:cs="Calibri"/>
          <w:color w:val="000000"/>
        </w:rPr>
        <w:t>2</w:t>
      </w:r>
      <w:r>
        <w:rPr>
          <w:rFonts w:ascii="宋体" w:eastAsia="宋体" w:hAnsi="宋体" w:cs="宋体"/>
          <w:color w:val="000000"/>
        </w:rPr>
        <w:t>（</w:t>
      </w:r>
      <w:r>
        <w:rPr>
          <w:rFonts w:ascii="Calibri" w:eastAsia="Calibri" w:hAnsi="Calibri" w:cs="Calibri"/>
          <w:i/>
          <w:color w:val="000000"/>
        </w:rPr>
        <w:t>x</w:t>
      </w:r>
      <w:r>
        <w:rPr>
          <w:rFonts w:ascii="宋体" w:eastAsia="宋体" w:hAnsi="宋体" w:cs="宋体"/>
          <w:color w:val="000000"/>
        </w:rPr>
        <w:t>＋</w:t>
      </w:r>
      <w:r>
        <w:rPr>
          <w:rFonts w:ascii="Calibri" w:eastAsia="Calibri" w:hAnsi="Calibri" w:cs="Calibri"/>
          <w:color w:val="000000"/>
        </w:rPr>
        <w:t>10</w:t>
      </w:r>
      <w:r>
        <w:rPr>
          <w:rFonts w:ascii="宋体" w:eastAsia="宋体" w:hAnsi="宋体" w:cs="宋体"/>
          <w:color w:val="000000"/>
        </w:rPr>
        <w:t>），</w:t>
      </w:r>
    </w:p>
    <w:p>
      <w:pPr>
        <w:spacing w:line="360" w:lineRule="auto"/>
        <w:jc w:val="left"/>
        <w:textAlignment w:val="center"/>
        <w:rPr>
          <w:rFonts w:ascii="Calibri" w:eastAsia="Calibri" w:hAnsi="Calibri" w:cs="Calibri"/>
          <w:color w:val="000000"/>
        </w:rPr>
      </w:pPr>
      <w:r>
        <w:rPr>
          <w:rFonts w:ascii="Calibri" w:eastAsia="Calibri" w:hAnsi="Calibri" w:cs="Calibri"/>
          <w:color w:val="000000"/>
        </w:rPr>
        <w:t xml:space="preserve">解得  </w:t>
      </w:r>
      <w:r>
        <w:rPr>
          <w:rFonts w:ascii="Calibri" w:eastAsia="Calibri" w:hAnsi="Calibri" w:cs="Calibri"/>
          <w:i/>
          <w:color w:val="000000"/>
        </w:rPr>
        <w:t>x</w:t>
      </w:r>
      <w:r>
        <w:rPr>
          <w:rFonts w:ascii="Calibri" w:eastAsia="Calibri" w:hAnsi="Calibri" w:cs="Calibri"/>
          <w:color w:val="000000"/>
        </w:rPr>
        <w:t>＝</w:t>
      </w:r>
      <w:r>
        <w:pict>
          <v:shape id="_x0000_i707816" type="#_x0000_t75" alt="学科网(www.zxxk.com)--教育资源门户，提供试卷、教案、课件、论文、素材以及各类教学资源下载，还有大量而丰富的教学相关资讯！" style="width:15.75pt;height:30.75pt" o:oleicon="f" o:ole="">
            <v:imagedata r:id="rId1269" o:title="eqId0fa3ec12945aec8d8cbda49ebf49bde9"/>
          </v:shape>
        </w:pict>
      </w:r>
      <w:r>
        <w:rPr>
          <w:rFonts w:ascii="Calibri" w:eastAsia="Calibri" w:hAnsi="Calibri" w:cs="Calibri"/>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所以点</w:t>
      </w:r>
      <w:r>
        <w:pict>
          <v:shape id="_x0000_i707817" type="#_x0000_t75" alt="学科网(www.zxxk.com)--教育资源门户，提供试卷、教案、课件、论文、素材以及各类教学资源下载，还有大量而丰富的教学相关资讯！" style="width:12.75pt;height:18pt" o:oleicon="f" o:ole="">
            <v:imagedata r:id="rId1270" o:title="eqId0ac64da7f096fea95c25cfe54fe83d3c"/>
          </v:shape>
        </w:pict>
      </w:r>
      <w:r>
        <w:rPr>
          <w:rFonts w:ascii="宋体" w:eastAsia="宋体" w:hAnsi="宋体" w:cs="宋体"/>
          <w:color w:val="000000"/>
        </w:rPr>
        <w:t>表示的数为</w:t>
      </w:r>
      <w:r>
        <w:pict>
          <v:shape id="_x0000_i707818" type="#_x0000_t75" alt="学科网(www.zxxk.com)--教育资源门户，提供试卷、教案、课件、论文、素材以及各类教学资源下载，还有大量而丰富的教学相关资讯！" style="width:15.75pt;height:30.75pt" o:oleicon="f" o:ole="">
            <v:imagedata r:id="rId1271" o:title="eqId0fa3ec12945aec8d8cbda49ebf49bde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Calibri" w:eastAsia="Calibri" w:hAnsi="Calibri" w:cs="Calibri"/>
          <w:color w:val="000000"/>
        </w:rPr>
        <w:t xml:space="preserve"> </w:t>
      </w:r>
      <w:r>
        <w:rPr>
          <w:rFonts w:ascii="宋体" w:eastAsia="宋体" w:hAnsi="宋体" w:cs="宋体"/>
          <w:color w:val="000000"/>
        </w:rPr>
        <w:t>如图，当点</w:t>
      </w:r>
      <w:r>
        <w:pict>
          <v:shape id="_x0000_i707819" type="#_x0000_t75" alt="学科网(www.zxxk.com)--教育资源门户，提供试卷、教案、课件、论文、素材以及各类教学资源下载，还有大量而丰富的教学相关资讯！" style="width:12.75pt;height:18pt" o:oleicon="f" o:ole="">
            <v:imagedata r:id="rId1272" o:title="eqIdfa9d7cb07ff7f2c4da5f7b33c5484c09"/>
          </v:shape>
        </w:pict>
      </w:r>
      <w:r>
        <w:rPr>
          <w:rFonts w:ascii="宋体" w:eastAsia="宋体" w:hAnsi="宋体" w:cs="宋体"/>
          <w:color w:val="000000"/>
        </w:rPr>
        <w:t>在线段</w:t>
      </w:r>
      <w:r>
        <w:rPr>
          <w:rFonts w:ascii="Calibri" w:eastAsia="Calibri" w:hAnsi="Calibri" w:cs="Calibri"/>
          <w:i/>
          <w:color w:val="000000"/>
        </w:rPr>
        <w:t>AB</w:t>
      </w:r>
      <w:r>
        <w:rPr>
          <w:rFonts w:ascii="宋体" w:eastAsia="宋体" w:hAnsi="宋体" w:cs="宋体"/>
          <w:color w:val="000000"/>
        </w:rPr>
        <w:t>上且</w:t>
      </w:r>
      <w:r>
        <w:pict>
          <v:shape id="_x0000_i707820" type="#_x0000_t75" alt="学科网(www.zxxk.com)--教育资源门户，提供试卷、教案、课件、论文、素材以及各类教学资源下载，还有大量而丰富的教学相关资讯！" style="width:57pt;height:18pt" o:oleicon="f" o:ole="">
            <v:imagedata r:id="rId1273" o:title="eqId8799c7342e3bd49462383747bd190e45"/>
          </v:shape>
        </w:pic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1905000" cy="381000"/>
            <wp:docPr id="28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 name=""/>
                    <pic:cNvPicPr>
                      <a:picLocks noChangeAspect="1"/>
                    </pic:cNvPicPr>
                  </pic:nvPicPr>
                  <pic:blipFill>
                    <a:blip r:embed="rId1274"/>
                    <a:stretch>
                      <a:fillRect/>
                    </a:stretch>
                  </pic:blipFill>
                  <pic:spPr>
                    <a:xfrm>
                      <a:off x="0" y="0"/>
                      <a:ext cx="1905000" cy="3810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则</w:t>
      </w:r>
      <w:r>
        <w:rPr>
          <w:rFonts w:ascii="Calibri" w:eastAsia="Calibri" w:hAnsi="Calibri" w:cs="Calibri"/>
          <w:color w:val="000000"/>
        </w:rPr>
        <w:t xml:space="preserve">  </w:t>
      </w:r>
      <w:r>
        <w:rPr>
          <w:rFonts w:ascii="Calibri" w:eastAsia="Calibri" w:hAnsi="Calibri" w:cs="Calibri"/>
          <w:i/>
          <w:color w:val="000000"/>
        </w:rPr>
        <w:t>x</w:t>
      </w:r>
      <w:r>
        <w:rPr>
          <w:rFonts w:ascii="宋体" w:eastAsia="宋体" w:hAnsi="宋体" w:cs="宋体"/>
          <w:color w:val="000000"/>
        </w:rPr>
        <w:t>＋</w:t>
      </w:r>
      <w:r>
        <w:rPr>
          <w:rFonts w:ascii="Calibri" w:eastAsia="Calibri" w:hAnsi="Calibri" w:cs="Calibri"/>
          <w:color w:val="000000"/>
        </w:rPr>
        <w:t>10</w:t>
      </w:r>
      <w:r>
        <w:rPr>
          <w:rFonts w:ascii="宋体" w:eastAsia="宋体" w:hAnsi="宋体" w:cs="宋体"/>
          <w:color w:val="000000"/>
        </w:rPr>
        <w:t>＝</w:t>
      </w:r>
      <w:r>
        <w:rPr>
          <w:rFonts w:ascii="Calibri" w:eastAsia="Calibri" w:hAnsi="Calibri" w:cs="Calibri"/>
          <w:color w:val="000000"/>
        </w:rPr>
        <w:t>2</w:t>
      </w:r>
      <w:r>
        <w:rPr>
          <w:rFonts w:ascii="宋体" w:eastAsia="宋体" w:hAnsi="宋体" w:cs="宋体"/>
          <w:color w:val="000000"/>
        </w:rPr>
        <w:t>（</w:t>
      </w:r>
      <w:r>
        <w:rPr>
          <w:rFonts w:ascii="Calibri" w:eastAsia="Calibri" w:hAnsi="Calibri" w:cs="Calibri"/>
          <w:color w:val="000000"/>
        </w:rPr>
        <w:t>30</w:t>
      </w:r>
      <w:r>
        <w:rPr>
          <w:rFonts w:ascii="宋体" w:eastAsia="宋体" w:hAnsi="宋体" w:cs="宋体"/>
          <w:color w:val="000000"/>
        </w:rPr>
        <w:t>－</w:t>
      </w:r>
      <w:r>
        <w:rPr>
          <w:rFonts w:ascii="Calibri" w:eastAsia="Calibri" w:hAnsi="Calibri" w:cs="Calibri"/>
          <w:i/>
          <w:color w:val="000000"/>
        </w:rPr>
        <w:t>x</w:t>
      </w:r>
      <w:r>
        <w:rPr>
          <w:rFonts w:ascii="宋体" w:eastAsia="宋体" w:hAnsi="宋体" w:cs="宋体"/>
          <w:color w:val="000000"/>
        </w:rPr>
        <w:t>），</w:t>
      </w:r>
    </w:p>
    <w:p>
      <w:pPr>
        <w:spacing w:line="360" w:lineRule="auto"/>
        <w:jc w:val="left"/>
        <w:textAlignment w:val="center"/>
        <w:rPr>
          <w:rFonts w:ascii="Calibri" w:eastAsia="Calibri" w:hAnsi="Calibri" w:cs="Calibri"/>
          <w:color w:val="000000"/>
        </w:rPr>
      </w:pPr>
      <w:r>
        <w:rPr>
          <w:rFonts w:ascii="Calibri" w:eastAsia="Calibri" w:hAnsi="Calibri" w:cs="Calibri"/>
          <w:color w:val="000000"/>
        </w:rPr>
        <w:t xml:space="preserve">解得  </w:t>
      </w:r>
      <w:r>
        <w:rPr>
          <w:rFonts w:ascii="Calibri" w:eastAsia="Calibri" w:hAnsi="Calibri" w:cs="Calibri"/>
          <w:i/>
          <w:color w:val="000000"/>
        </w:rPr>
        <w:t>x</w:t>
      </w:r>
      <w:r>
        <w:rPr>
          <w:rFonts w:ascii="Calibri" w:eastAsia="Calibri" w:hAnsi="Calibri" w:cs="Calibri"/>
          <w:color w:val="000000"/>
        </w:rPr>
        <w:t>＝</w:t>
      </w:r>
      <w:r>
        <w:pict>
          <v:shape id="_x0000_i707821" type="#_x0000_t75" alt="学科网(www.zxxk.com)--教育资源门户，提供试卷、教案、课件、论文、素材以及各类教学资源下载，还有大量而丰富的教学相关资讯！" style="width:17.25pt;height:30.75pt" o:oleicon="f" o:ole="">
            <v:imagedata r:id="rId1275" o:title="eqIdd7e612de2b8fb8621e81b5d603500cce"/>
          </v:shape>
        </w:pict>
      </w:r>
      <w:r>
        <w:rPr>
          <w:rFonts w:ascii="Calibri" w:eastAsia="Calibri" w:hAnsi="Calibri" w:cs="Calibri"/>
          <w:color w:val="000000"/>
        </w:rPr>
        <w:t xml:space="preserve">. </w:t>
      </w:r>
    </w:p>
    <w:p>
      <w:pPr>
        <w:spacing w:line="360" w:lineRule="auto"/>
        <w:jc w:val="left"/>
        <w:textAlignment w:val="center"/>
        <w:rPr>
          <w:rFonts w:ascii="Calibri" w:eastAsia="Calibri" w:hAnsi="Calibri" w:cs="Calibri"/>
          <w:color w:val="000000"/>
        </w:rPr>
      </w:pPr>
      <w:r>
        <w:rPr>
          <w:rFonts w:ascii="Calibri" w:eastAsia="Calibri" w:hAnsi="Calibri" w:cs="Calibri"/>
          <w:color w:val="000000"/>
        </w:rPr>
        <w:t>所以点</w:t>
      </w:r>
      <w:r>
        <w:pict>
          <v:shape id="_x0000_i707822" type="#_x0000_t75" alt="学科网(www.zxxk.com)--教育资源门户，提供试卷、教案、课件、论文、素材以及各类教学资源下载，还有大量而丰富的教学相关资讯！" style="width:12.75pt;height:18pt" o:oleicon="f" o:ole="">
            <v:imagedata r:id="rId1276" o:title="eqIdfa9d7cb07ff7f2c4da5f7b33c5484c09"/>
          </v:shape>
        </w:pict>
      </w:r>
      <w:r>
        <w:rPr>
          <w:rFonts w:ascii="Calibri" w:eastAsia="Calibri" w:hAnsi="Calibri" w:cs="Calibri"/>
          <w:color w:val="000000"/>
        </w:rPr>
        <w:t>表示的数为</w:t>
      </w:r>
      <w:r>
        <w:pict>
          <v:shape id="_x0000_i707823" type="#_x0000_t75" alt="学科网(www.zxxk.com)--教育资源门户，提供试卷、教案、课件、论文、素材以及各类教学资源下载，还有大量而丰富的教学相关资讯！" style="width:17.25pt;height:30.75pt" o:oleicon="f" o:ole="">
            <v:imagedata r:id="rId1277" o:title="eqIdd7e612de2b8fb8621e81b5d603500cce"/>
          </v:shape>
        </w:pict>
      </w:r>
      <w:r>
        <w:rPr>
          <w:rFonts w:ascii="Calibri" w:eastAsia="Calibri" w:hAnsi="Calibri" w:cs="Calibri"/>
          <w:color w:val="000000"/>
        </w:rPr>
        <w:t>.</w:t>
      </w:r>
    </w:p>
    <w:p>
      <w:pPr>
        <w:spacing w:line="360" w:lineRule="auto"/>
        <w:jc w:val="left"/>
        <w:textAlignment w:val="center"/>
        <w:rPr>
          <w:rFonts w:ascii="Calibri" w:eastAsia="Calibri" w:hAnsi="Calibri" w:cs="Calibri"/>
          <w:color w:val="000000"/>
        </w:rPr>
      </w:pPr>
      <w:r>
        <w:rPr>
          <w:rFonts w:ascii="Calibri" w:eastAsia="Calibri" w:hAnsi="Calibri" w:cs="Calibri"/>
          <w:color w:val="000000"/>
        </w:rPr>
        <w:t>综上所述，当点</w:t>
      </w:r>
      <w:r>
        <w:rPr>
          <w:rFonts w:ascii="Calibri" w:eastAsia="Calibri" w:hAnsi="Calibri" w:cs="Calibri"/>
          <w:i/>
          <w:color w:val="000000"/>
        </w:rPr>
        <w:t>P</w:t>
      </w:r>
      <w:r>
        <w:rPr>
          <w:rFonts w:ascii="Calibri" w:eastAsia="Calibri" w:hAnsi="Calibri" w:cs="Calibri"/>
          <w:color w:val="000000"/>
        </w:rPr>
        <w:t>在点</w:t>
      </w:r>
      <w:r>
        <w:rPr>
          <w:rFonts w:ascii="Calibri" w:eastAsia="Calibri" w:hAnsi="Calibri" w:cs="Calibri"/>
          <w:i/>
          <w:color w:val="000000"/>
        </w:rPr>
        <w:t>B</w:t>
      </w:r>
      <w:r>
        <w:rPr>
          <w:rFonts w:ascii="Calibri" w:eastAsia="Calibri" w:hAnsi="Calibri" w:cs="Calibri"/>
          <w:color w:val="000000"/>
        </w:rPr>
        <w:t>的左侧时，点</w:t>
      </w:r>
      <w:r>
        <w:rPr>
          <w:rFonts w:ascii="Calibri" w:eastAsia="Calibri" w:hAnsi="Calibri" w:cs="Calibri"/>
          <w:i/>
          <w:color w:val="000000"/>
        </w:rPr>
        <w:t>P</w:t>
      </w:r>
      <w:r>
        <w:rPr>
          <w:rFonts w:ascii="Calibri" w:eastAsia="Calibri" w:hAnsi="Calibri" w:cs="Calibri"/>
          <w:color w:val="000000"/>
        </w:rPr>
        <w:t>表示的数为－50或</w:t>
      </w:r>
      <w:r>
        <w:pict>
          <v:shape id="_x0000_i707824" type="#_x0000_t75" alt="学科网(www.zxxk.com)--教育资源门户，提供试卷、教案、课件、论文、素材以及各类教学资源下载，还有大量而丰富的教学相关资讯！" style="width:15.75pt;height:30.75pt" o:oleicon="f" o:ole="">
            <v:imagedata r:id="rId1278" o:title="eqId0fa3ec12945aec8d8cbda49ebf49bde9"/>
          </v:shape>
        </w:pict>
      </w:r>
      <w:r>
        <w:rPr>
          <w:rFonts w:ascii="Calibri" w:eastAsia="Calibri" w:hAnsi="Calibri" w:cs="Calibri"/>
          <w:color w:val="000000"/>
        </w:rPr>
        <w:t>或</w:t>
      </w:r>
      <w:r>
        <w:pict>
          <v:shape id="_x0000_i707825" type="#_x0000_t75" alt="学科网(www.zxxk.com)--教育资源门户，提供试卷、教案、课件、论文、素材以及各类教学资源下载，还有大量而丰富的教学相关资讯！" style="width:17.25pt;height:30.75pt" o:oleicon="f" o:ole="">
            <v:imagedata r:id="rId1279" o:title="eqIdd7e612de2b8fb8621e81b5d603500cce"/>
          </v:shape>
        </w:pict>
      </w:r>
      <w:r>
        <w:rPr>
          <w:rFonts w:ascii="Calibri" w:eastAsia="Calibri" w:hAnsi="Calibri" w:cs="Calibri"/>
          <w:color w:val="000000"/>
        </w:rPr>
        <w:t xml:space="preserve">. </w:t>
      </w:r>
    </w:p>
    <w:p>
      <w:pPr>
        <w:spacing w:line="360" w:lineRule="auto"/>
        <w:jc w:val="left"/>
        <w:textAlignment w:val="center"/>
        <w:rPr>
          <w:rFonts w:ascii="Calibri" w:eastAsia="Calibri" w:hAnsi="Calibri" w:cs="Calibri"/>
          <w:color w:val="000000"/>
        </w:rPr>
      </w:pPr>
      <w:r>
        <w:rPr>
          <w:rFonts w:ascii="宋体" w:eastAsia="宋体" w:hAnsi="宋体" w:cs="宋体"/>
          <w:color w:val="000000"/>
        </w:rPr>
        <w:t>②</w:t>
      </w:r>
      <w:r>
        <w:rPr>
          <w:rFonts w:ascii="Calibri" w:eastAsia="Calibri" w:hAnsi="Calibri" w:cs="Calibri"/>
          <w:color w:val="000000"/>
        </w:rPr>
        <w:t xml:space="preserve"> 50或70或110.</w:t>
      </w:r>
    </w:p>
    <w:p>
      <w:pPr>
        <w:spacing w:line="360" w:lineRule="auto"/>
        <w:jc w:val="left"/>
        <w:textAlignment w:val="center"/>
        <w:rPr>
          <w:rFonts w:ascii="Times New Roman" w:eastAsia="Times New Roman" w:hAnsi="Times New Roman" w:cs="Times New Roman"/>
          <w:color w:val="000000"/>
        </w:rPr>
      </w:pPr>
      <w:r>
        <w:rPr>
          <w:color w:val="000000"/>
        </w:rPr>
        <w:t>【点睛】</w:t>
      </w:r>
      <w:r>
        <w:rPr>
          <w:rFonts w:ascii="宋体" w:eastAsia="宋体" w:hAnsi="宋体" w:cs="宋体"/>
          <w:color w:val="000000"/>
        </w:rPr>
        <w:t>此题重点考察学生对坐标轴上的点的大小的理解，理解数轴上的点的大小是解题的关键</w:t>
      </w:r>
      <w:r>
        <w:rPr>
          <w:rFonts w:ascii="Times New Roman" w:eastAsia="Times New Roman" w:hAnsi="Times New Roman" w:cs="Times New Roman"/>
          <w:color w:val="000000"/>
        </w:rPr>
        <w:t>.</w:t>
      </w:r>
    </w:p>
    <w:p>
      <w:pPr>
        <w:pStyle w:val="Heading2"/>
      </w:pPr>
      <w:r>
        <w:t>第四十三中学</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在数轴上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两点分别表示有理数﹣</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i/>
          <w:color w:val="000000"/>
        </w:rPr>
        <w:t>x</w:t>
      </w:r>
      <w:r>
        <w:rPr>
          <w:rFonts w:ascii="宋体" w:eastAsia="宋体" w:hAnsi="宋体" w:cs="宋体"/>
          <w:color w:val="000000"/>
        </w:rPr>
        <w:t>，我们用</w:t>
      </w: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两点之间的距离</w:t>
      </w:r>
    </w:p>
    <w:p>
      <w:pPr>
        <w:spacing w:line="360" w:lineRule="auto"/>
        <w:jc w:val="left"/>
        <w:textAlignment w:val="center"/>
        <w:rPr>
          <w:color w:val="000000"/>
        </w:rPr>
      </w:pPr>
      <w:r>
        <w:rPr>
          <w:rFonts w:ascii="宋体" w:eastAsia="宋体" w:hAnsi="宋体" w:cs="宋体"/>
          <w:color w:val="000000"/>
        </w:rPr>
        <w:drawing>
          <wp:inline>
            <wp:extent cx="3619500" cy="171450"/>
            <wp:docPr id="28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6" name=""/>
                    <pic:cNvPicPr>
                      <a:picLocks noChangeAspect="1"/>
                    </pic:cNvPicPr>
                  </pic:nvPicPr>
                  <pic:blipFill>
                    <a:blip r:embed="rId1280"/>
                    <a:stretch>
                      <a:fillRect/>
                    </a:stretch>
                  </pic:blipFill>
                  <pic:spPr>
                    <a:xfrm>
                      <a:off x="0" y="0"/>
                      <a:ext cx="3619500" cy="1714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w:t>
      </w:r>
      <w:r>
        <w:rPr>
          <w:rFonts w:ascii="Times New Roman" w:eastAsia="Times New Roman" w:hAnsi="Times New Roman" w:cs="Times New Roman"/>
          <w:i/>
          <w:color w:val="000000"/>
        </w:rPr>
        <w:t>x</w:t>
      </w:r>
      <w:r>
        <w:rPr>
          <w:rFonts w:ascii="宋体" w:eastAsia="宋体" w:hAnsi="宋体" w:cs="宋体"/>
          <w:color w:val="000000"/>
        </w:rPr>
        <w:t>的值为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时，点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分别以每秒</w:t>
      </w:r>
      <w:r>
        <w:rPr>
          <w:rFonts w:ascii="Times New Roman" w:eastAsia="Times New Roman" w:hAnsi="Times New Roman" w:cs="Times New Roman"/>
          <w:color w:val="000000"/>
        </w:rPr>
        <w:t>1</w:t>
      </w:r>
      <w:r>
        <w:rPr>
          <w:rFonts w:ascii="宋体" w:eastAsia="宋体" w:hAnsi="宋体" w:cs="宋体"/>
          <w:color w:val="000000"/>
        </w:rPr>
        <w:t>个单位长度和</w:t>
      </w:r>
      <w:r>
        <w:rPr>
          <w:rFonts w:ascii="Times New Roman" w:eastAsia="Times New Roman" w:hAnsi="Times New Roman" w:cs="Times New Roman"/>
          <w:color w:val="000000"/>
        </w:rPr>
        <w:t>2</w:t>
      </w:r>
      <w:r>
        <w:rPr>
          <w:rFonts w:ascii="宋体" w:eastAsia="宋体" w:hAnsi="宋体" w:cs="宋体"/>
          <w:color w:val="000000"/>
        </w:rPr>
        <w:t>个单位长度的速度同时向数轴负方向运动，求经过多少秒后，点</w:t>
      </w:r>
      <w:r>
        <w:rPr>
          <w:rFonts w:ascii="Times New Roman" w:eastAsia="Times New Roman" w:hAnsi="Times New Roman" w:cs="Times New Roman"/>
          <w:i/>
          <w:color w:val="000000"/>
        </w:rPr>
        <w:t>A</w:t>
      </w:r>
      <w:r>
        <w:rPr>
          <w:rFonts w:ascii="宋体" w:eastAsia="宋体" w:hAnsi="宋体" w:cs="宋体"/>
          <w:color w:val="000000"/>
        </w:rPr>
        <w:t>到原点的距离是点</w:t>
      </w:r>
      <w:r>
        <w:rPr>
          <w:rFonts w:ascii="Times New Roman" w:eastAsia="Times New Roman" w:hAnsi="Times New Roman" w:cs="Times New Roman"/>
          <w:i/>
          <w:color w:val="000000"/>
        </w:rPr>
        <w:t>B</w:t>
      </w:r>
      <w:r>
        <w:rPr>
          <w:rFonts w:ascii="宋体" w:eastAsia="宋体" w:hAnsi="宋体" w:cs="宋体"/>
          <w:color w:val="000000"/>
        </w:rPr>
        <w:t>到原点的距离的</w:t>
      </w:r>
      <w:r>
        <w:rPr>
          <w:rFonts w:ascii="Times New Roman" w:eastAsia="Times New Roman" w:hAnsi="Times New Roman" w:cs="Times New Roman"/>
          <w:color w:val="000000"/>
        </w:rPr>
        <w:t>2</w:t>
      </w:r>
      <w:r>
        <w:rPr>
          <w:rFonts w:ascii="宋体" w:eastAsia="宋体" w:hAnsi="宋体" w:cs="宋体"/>
          <w:color w:val="000000"/>
        </w:rPr>
        <w:t>倍．</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2.6</w:t>
      </w:r>
      <w:r>
        <w:rPr>
          <w:rFonts w:ascii="宋体" w:eastAsia="宋体" w:hAnsi="宋体" w:cs="宋体"/>
          <w:color w:val="000000"/>
        </w:rPr>
        <w:t>秒或</w:t>
      </w:r>
      <w:r>
        <w:rPr>
          <w:rFonts w:ascii="Times New Roman" w:eastAsia="Times New Roman" w:hAnsi="Times New Roman" w:cs="Times New Roman"/>
          <w:color w:val="000000"/>
        </w:rPr>
        <w:t>5</w:t>
      </w:r>
      <w:r>
        <w:rPr>
          <w:rFonts w:ascii="宋体" w:eastAsia="宋体" w:hAnsi="宋体" w:cs="宋体"/>
          <w:color w:val="000000"/>
        </w:rPr>
        <w:t>秒</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）根据当</w:t>
      </w:r>
      <w:r>
        <w:pict>
          <v:shape id="_x0000_i707826" type="#_x0000_t75" alt="学科网(www.zxxk.com)--教育资源门户，提供试卷、教案、课件、论文、素材以及各类教学资源下载，还有大量而丰富的教学相关资讯！" style="width:42.95pt;height:16pt" o:oleicon="f" o:ole="">
            <v:imagedata r:id="rId1281" o:title="eqId179d7920ec6cd22f3a0cfa6738260153"/>
          </v:shape>
        </w:pict>
      </w:r>
      <w:r>
        <w:rPr>
          <w:rFonts w:ascii="宋体" w:eastAsia="宋体" w:hAnsi="宋体" w:cs="宋体"/>
          <w:color w:val="000000"/>
        </w:rPr>
        <w:t>时，</w:t>
      </w:r>
      <w:r>
        <w:pict>
          <v:shape id="_x0000_i707827" type="#_x0000_t75" alt="学科网(www.zxxk.com)--教育资源门户，提供试卷、教案、课件、论文、素材以及各类教学资源下载，还有大量而丰富的教学相关资讯！" style="width:42pt;height:14.25pt" o:oleicon="f" o:ole="">
            <v:imagedata r:id="rId1282" o:title="eqIdd826b351463dad37cc7fb056e1b8483b"/>
          </v:shape>
        </w:pict>
      </w:r>
      <w:r>
        <w:rPr>
          <w:rFonts w:ascii="宋体" w:eastAsia="宋体" w:hAnsi="宋体" w:cs="宋体"/>
          <w:color w:val="000000"/>
        </w:rPr>
        <w:t>或</w:t>
      </w:r>
      <w:r>
        <w:pict>
          <v:shape id="_x0000_i707828" type="#_x0000_t75" alt="学科网(www.zxxk.com)--教育资源门户，提供试卷、教案、课件、论文、素材以及各类教学资源下载，还有大量而丰富的教学相关资讯！" style="width:48.75pt;height:14.25pt" o:oleicon="f" o:ole="">
            <v:imagedata r:id="rId1283" o:title="eqId3570754b50a56514d7723816c6bad36b"/>
          </v:shape>
        </w:pict>
      </w:r>
      <w:r>
        <w:rPr>
          <w:rFonts w:ascii="宋体" w:eastAsia="宋体" w:hAnsi="宋体" w:cs="宋体"/>
          <w:color w:val="000000"/>
        </w:rPr>
        <w:t>，进而求出</w:t>
      </w:r>
      <w:r>
        <w:pict>
          <v:shape id="_x0000_i707829" type="#_x0000_t75" alt="学科网(www.zxxk.com)--教育资源门户，提供试卷、教案、课件、论文、素材以及各类教学资源下载，还有大量而丰富的教学相关资讯！" style="width:9pt;height:9.75pt" o:oleicon="f" o:ole="">
            <v:imagedata r:id="rId1284" o:title="eqId81dea63b8ce3e51adf66cf7b9982a248"/>
          </v:shape>
        </w:pict>
      </w:r>
      <w:r>
        <w:rPr>
          <w:rFonts w:ascii="宋体" w:eastAsia="宋体" w:hAnsi="宋体" w:cs="宋体"/>
          <w:color w:val="000000"/>
        </w:rPr>
        <w:t>的值即可；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根据第一种情况：</w:t>
      </w:r>
      <w:r>
        <w:pict>
          <v:shape id="_x0000_i707830" type="#_x0000_t75" alt="学科网(www.zxxk.com)--教育资源门户，提供试卷、教案、课件、论文、素材以及各类教学资源下载，还有大量而丰富的教学相关资讯！" style="width:75.25pt;height:16.35pt" o:oleicon="f" o:ole="">
            <v:imagedata r:id="rId1285" o:title="eqId836dc6799edfe4a0b28e25b5cf0f1d28"/>
          </v:shape>
        </w:pict>
      </w:r>
      <w:r>
        <w:rPr>
          <w:rFonts w:ascii="宋体" w:eastAsia="宋体" w:hAnsi="宋体" w:cs="宋体"/>
          <w:color w:val="000000"/>
        </w:rPr>
        <w:t>以及第二种情况：</w:t>
      </w:r>
      <w:r>
        <w:pict>
          <v:shape id="_x0000_i707831" type="#_x0000_t75" alt="学科网(www.zxxk.com)--教育资源门户，提供试卷、教案、课件、论文、素材以及各类教学资源下载，还有大量而丰富的教学相关资讯！" style="width:75.25pt;height:16.35pt" o:oleicon="f" o:ole="">
            <v:imagedata r:id="rId1286" o:title="eqId27d0c2d78e8ce3fa54e17492a8baf5d7"/>
          </v:shape>
        </w:pict>
      </w:r>
      <w:r>
        <w:rPr>
          <w:rFonts w:ascii="宋体" w:eastAsia="宋体" w:hAnsi="宋体" w:cs="宋体"/>
          <w:color w:val="000000"/>
        </w:rPr>
        <w:t>分别求出即可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07832" type="#_x0000_t75" alt="学科网(www.zxxk.com)--教育资源门户，提供试卷、教案、课件、论文、素材以及各类教学资源下载，还有大量而丰富的教学相关资讯！" style="width:9.75pt;height:8.25pt" o:oleicon="f" o:ole="">
            <v:imagedata r:id="rId1287" o:title="eqId16f3d198e76391779fa3badc848c8ac8"/>
          </v:shape>
        </w:pict>
      </w:r>
      <w:r>
        <w:rPr>
          <w:rFonts w:ascii="宋体" w:eastAsia="宋体" w:hAnsi="宋体" w:cs="宋体"/>
          <w:color w:val="000000"/>
        </w:rPr>
        <w:t>在数轴上</w:t>
      </w:r>
      <w:r>
        <w:pict>
          <v:shape id="_x0000_i707833" type="#_x0000_t75" alt="学科网(www.zxxk.com)--教育资源门户，提供试卷、教案、课件、论文、素材以及各类教学资源下载，还有大量而丰富的教学相关资讯！" style="width:12pt;height:12pt" o:oleicon="f" o:ole="">
            <v:imagedata r:id="rId1288" o:title="eqId5963abe8f421bd99a2aaa94831a951e9"/>
          </v:shape>
        </w:pict>
      </w:r>
      <w:r>
        <w:rPr>
          <w:rFonts w:ascii="宋体" w:eastAsia="宋体" w:hAnsi="宋体" w:cs="宋体"/>
          <w:color w:val="000000"/>
        </w:rPr>
        <w:t>、</w:t>
      </w:r>
      <w:r>
        <w:pict>
          <v:shape id="_x0000_i707834" type="#_x0000_t75" alt="学科网(www.zxxk.com)--教育资源门户，提供试卷、教案、课件、论文、素材以及各类教学资源下载，还有大量而丰富的教学相关资讯！" style="width:9.75pt;height:10.5pt" o:oleicon="f" o:ole="">
            <v:imagedata r:id="rId1289" o:title="eqId7f9e8449aad35c5d840a3395ea86df6d"/>
          </v:shape>
        </w:pict>
      </w:r>
      <w:r>
        <w:rPr>
          <w:rFonts w:ascii="宋体" w:eastAsia="宋体" w:hAnsi="宋体" w:cs="宋体"/>
          <w:color w:val="000000"/>
        </w:rPr>
        <w:t>两点分别表示有理数</w:t>
      </w:r>
      <w:r>
        <w:pict>
          <v:shape id="_x0000_i707835" type="#_x0000_t75" alt="学科网(www.zxxk.com)--教育资源门户，提供试卷、教案、课件、论文、素材以及各类教学资源下载，还有大量而丰富的教学相关资讯！" style="width:14.25pt;height:12pt" o:oleicon="f" o:ole="">
            <v:imagedata r:id="rId1290" o:title="eqIdacbc6a613224461ade69362d46550474"/>
          </v:shape>
        </w:pict>
      </w:r>
      <w:r>
        <w:rPr>
          <w:rFonts w:ascii="宋体" w:eastAsia="宋体" w:hAnsi="宋体" w:cs="宋体"/>
          <w:color w:val="000000"/>
        </w:rPr>
        <w:t>和</w:t>
      </w:r>
      <w:r>
        <w:pict>
          <v:shape id="_x0000_i707836" type="#_x0000_t75" alt="学科网(www.zxxk.com)--教育资源门户，提供试卷、教案、课件、论文、素材以及各类教学资源下载，还有大量而丰富的教学相关资讯！" style="width:9pt;height:9.75pt" o:oleicon="f" o:ole="">
            <v:imagedata r:id="rId1291" o:title="eqId81dea63b8ce3e51adf66cf7b9982a2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7837" type="#_x0000_t75" alt="学科网(www.zxxk.com)--教育资源门户，提供试卷、教案、课件、论文、素材以及各类教学资源下载，还有大量而丰富的教学相关资讯！" style="width:9.75pt;height:9pt" o:oleicon="f" o:ole="">
            <v:imagedata r:id="rId1292" o:title="eqId2de0d10ef8b748d4531250c37c5d3f9e"/>
          </v:shape>
        </w:pict>
      </w:r>
      <w:r>
        <w:rPr>
          <w:rFonts w:ascii="宋体" w:eastAsia="宋体" w:hAnsi="宋体" w:cs="宋体"/>
          <w:color w:val="000000"/>
        </w:rPr>
        <w:t>当</w:t>
      </w:r>
      <w:r>
        <w:pict>
          <v:shape id="_x0000_i707838" type="#_x0000_t75" alt="学科网(www.zxxk.com)--教育资源门户，提供试卷、教案、课件、论文、素材以及各类教学资源下载，还有大量而丰富的教学相关资讯！" style="width:42.95pt;height:16pt" o:oleicon="f" o:ole="">
            <v:imagedata r:id="rId1293" o:title="eqId179d7920ec6cd22f3a0cfa6738260153"/>
          </v:shape>
        </w:pict>
      </w:r>
      <w:r>
        <w:rPr>
          <w:rFonts w:ascii="宋体" w:eastAsia="宋体" w:hAnsi="宋体" w:cs="宋体"/>
          <w:color w:val="000000"/>
        </w:rPr>
        <w:t>时，</w:t>
      </w:r>
      <w:r>
        <w:pict>
          <v:shape id="_x0000_i707839" type="#_x0000_t75" alt="学科网(www.zxxk.com)--教育资源门户，提供试卷、教案、课件、论文、素材以及各类教学资源下载，还有大量而丰富的教学相关资讯！" style="width:42pt;height:14.25pt" o:oleicon="f" o:ole="">
            <v:imagedata r:id="rId1294" o:title="eqIdd826b351463dad37cc7fb056e1b8483b"/>
          </v:shape>
        </w:pict>
      </w:r>
      <w:r>
        <w:rPr>
          <w:rFonts w:ascii="宋体" w:eastAsia="宋体" w:hAnsi="宋体" w:cs="宋体"/>
          <w:color w:val="000000"/>
        </w:rPr>
        <w:t>或</w:t>
      </w:r>
      <w:r>
        <w:pict>
          <v:shape id="_x0000_i707840" type="#_x0000_t75" alt="学科网(www.zxxk.com)--教育资源门户，提供试卷、教案、课件、论文、素材以及各类教学资源下载，还有大量而丰富的教学相关资讯！" style="width:48.75pt;height:14.25pt" o:oleicon="f" o:ole="">
            <v:imagedata r:id="rId1295" o:title="eqId3570754b50a56514d7723816c6bad36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7841" type="#_x0000_t75" alt="学科网(www.zxxk.com)--教育资源门户，提供试卷、教案、课件、论文、素材以及各类教学资源下载，还有大量而丰富的教学相关资讯！" style="width:35.25pt;height:14.25pt;mso-position-horizontal-relative:page;mso-position-vertical-relative:page;mso-wrap-style:square" o:oleicon="f" o:ole="">
            <v:imagedata r:id="rId1296" o:title="eqIdbaf2917e77945b30da7be9b48b0b317a"/>
          </v:shape>
        </w:pict>
      </w:r>
      <w:r>
        <w:rPr>
          <w:rFonts w:ascii="宋体" w:eastAsia="宋体" w:hAnsi="宋体" w:cs="宋体"/>
          <w:color w:val="000000"/>
        </w:rPr>
        <w:t>或</w:t>
      </w:r>
      <w:r>
        <w:pict>
          <v:shape id="_x0000_i707842" type="#_x0000_t75" alt="学科网(www.zxxk.com)--教育资源门户，提供试卷、教案、课件、论文、素材以及各类教学资源下载，还有大量而丰富的教学相关资讯！" style="width:27pt;height:14.25pt" o:oleicon="f" o:ole="">
            <v:imagedata r:id="rId1297" o:title="eqIde55aa0a20848c37c1892c567b2315e0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07843" type="#_x0000_t75" alt="学科网(www.zxxk.com)--教育资源门户，提供试卷、教案、课件、论文、素材以及各类教学资源下载，还有大量而丰富的教学相关资讯！" style="width:15pt;height:12.75pt" o:oleicon="f" o:ole="">
            <v:imagedata r:id="rId1298" o:title="eqIdd13ce3ebd1112220c639562739f1f9d1"/>
          </v:shape>
        </w:pict>
      </w:r>
      <w:r>
        <w:rPr>
          <w:rFonts w:ascii="宋体" w:eastAsia="宋体" w:hAnsi="宋体" w:cs="宋体"/>
          <w:color w:val="000000"/>
        </w:rPr>
        <w:t>或</w:t>
      </w:r>
      <w:r>
        <w:rPr>
          <w:rFonts w:ascii="Times New Roman" w:eastAsia="Times New Roman" w:hAnsi="Times New Roman" w:cs="Times New Roman"/>
          <w:color w:val="000000"/>
        </w:rPr>
        <w:t xml:space="preserve"> 3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宋体" w:eastAsia="宋体" w:hAnsi="宋体" w:cs="宋体"/>
          <w:color w:val="000000"/>
        </w:rPr>
        <w:t>设经过</w:t>
      </w:r>
      <w:r>
        <w:pict>
          <v:shape id="_x0000_i707844" type="#_x0000_t75" alt="学科网(www.zxxk.com)--教育资源门户，提供试卷、教案、课件、论文、素材以及各类教学资源下载，还有大量而丰富的教学相关资讯！" style="width:7.35pt;height:11.9pt" o:oleicon="f" o:ole="">
            <v:imagedata r:id="rId1299" o:title="eqId36a1b09c653185842513e24ebba60bb3"/>
          </v:shape>
        </w:pict>
      </w:r>
      <w:r>
        <w:rPr>
          <w:rFonts w:ascii="宋体" w:eastAsia="宋体" w:hAnsi="宋体" w:cs="宋体"/>
          <w:color w:val="000000"/>
        </w:rPr>
        <w:t>秒后点</w:t>
      </w:r>
      <w:r>
        <w:pict>
          <v:shape id="_x0000_i707845" type="#_x0000_t75" alt="学科网(www.zxxk.com)--教育资源门户，提供试卷、教案、课件、论文、素材以及各类教学资源下载，还有大量而丰富的教学相关资讯！" style="width:12pt;height:12pt" o:oleicon="f" o:ole="">
            <v:imagedata r:id="rId1300" o:title="eqId5963abe8f421bd99a2aaa94831a951e9"/>
          </v:shape>
        </w:pict>
      </w:r>
      <w:r>
        <w:rPr>
          <w:rFonts w:ascii="宋体" w:eastAsia="宋体" w:hAnsi="宋体" w:cs="宋体"/>
          <w:color w:val="000000"/>
        </w:rPr>
        <w:t>到原点的距离是点</w:t>
      </w:r>
      <w:r>
        <w:pict>
          <v:shape id="_x0000_i707846" type="#_x0000_t75" alt="学科网(www.zxxk.com)--教育资源门户，提供试卷、教案、课件、论文、素材以及各类教学资源下载，还有大量而丰富的教学相关资讯！" style="width:9.75pt;height:10.5pt" o:oleicon="f" o:ole="">
            <v:imagedata r:id="rId1301" o:title="eqId7f9e8449aad35c5d840a3395ea86df6d"/>
          </v:shape>
        </w:pict>
      </w:r>
      <w:r>
        <w:rPr>
          <w:rFonts w:ascii="宋体" w:eastAsia="宋体" w:hAnsi="宋体" w:cs="宋体"/>
          <w:color w:val="000000"/>
        </w:rPr>
        <w:t>到原点的距离的</w:t>
      </w:r>
      <w:r>
        <w:rPr>
          <w:rFonts w:ascii="Times New Roman" w:eastAsia="Times New Roman" w:hAnsi="Times New Roman" w:cs="Times New Roman"/>
          <w:color w:val="000000"/>
        </w:rPr>
        <w:t xml:space="preserve"> 2 </w:t>
      </w:r>
      <w:r>
        <w:rPr>
          <w:rFonts w:ascii="宋体" w:eastAsia="宋体" w:hAnsi="宋体" w:cs="宋体"/>
          <w:color w:val="000000"/>
        </w:rPr>
        <w:t>倍</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第一种情况：</w:t>
      </w:r>
      <w:r>
        <w:pict>
          <v:shape id="_x0000_i707847" type="#_x0000_t75" alt="学科网(www.zxxk.com)--教育资源门户，提供试卷、教案、课件、论文、素材以及各类教学资源下载，还有大量而丰富的教学相关资讯！" style="width:75.25pt;height:16.35pt" o:oleicon="f" o:ole="">
            <v:imagedata r:id="rId1302" o:title="eqId836dc6799edfe4a0b28e25b5cf0f1d2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7848" type="#_x0000_t75" alt="学科网(www.zxxk.com)--教育资源门户，提供试卷、教案、课件、论文、素材以及各类教学资源下载，还有大量而丰富的教学相关资讯！" style="width:59.45pt;height:31.1pt" o:oleicon="f" o:ole="">
            <v:imagedata r:id="rId1303" o:title="eqId4e7575c9b29ab0c48444a7e546c99be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第二种情况：</w:t>
      </w:r>
      <w:r>
        <w:pict>
          <v:shape id="_x0000_i707849" type="#_x0000_t75" alt="学科网(www.zxxk.com)--教育资源门户，提供试卷、教案、课件、论文、素材以及各类教学资源下载，还有大量而丰富的教学相关资讯！" style="width:75.25pt;height:16.35pt" o:oleicon="f" o:ole="">
            <v:imagedata r:id="rId1304" o:title="eqId27d0c2d78e8ce3fa54e17492a8baf5d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7850" type="#_x0000_t75" alt="学科网(www.zxxk.com)--教育资源门户，提供试卷、教案、课件、论文、素材以及各类教学资源下载，还有大量而丰富的教学相关资讯！" style="width:24.7pt;height:14.1pt" o:oleicon="f" o:ole="">
            <v:imagedata r:id="rId1305" o:title="eqIda495c197fcbacb8c109aa0060525a37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答：经过</w:t>
      </w:r>
      <w:r>
        <w:rPr>
          <w:rFonts w:ascii="Times New Roman" w:eastAsia="Times New Roman" w:hAnsi="Times New Roman" w:cs="Times New Roman"/>
          <w:color w:val="000000"/>
        </w:rPr>
        <w:t>2.6</w:t>
      </w:r>
      <w:r>
        <w:rPr>
          <w:rFonts w:ascii="宋体" w:eastAsia="宋体" w:hAnsi="宋体" w:cs="宋体"/>
          <w:color w:val="000000"/>
        </w:rPr>
        <w:t>秒或</w:t>
      </w:r>
      <w:r>
        <w:rPr>
          <w:rFonts w:ascii="Times New Roman" w:eastAsia="Times New Roman" w:hAnsi="Times New Roman" w:cs="Times New Roman"/>
          <w:color w:val="000000"/>
        </w:rPr>
        <w:t>5</w:t>
      </w:r>
      <w:r>
        <w:rPr>
          <w:rFonts w:ascii="宋体" w:eastAsia="宋体" w:hAnsi="宋体" w:cs="宋体"/>
          <w:color w:val="000000"/>
        </w:rPr>
        <w:t>秒后，点</w:t>
      </w:r>
      <w:r>
        <w:pict>
          <v:shape id="_x0000_i707851" type="#_x0000_t75" alt="学科网(www.zxxk.com)--教育资源门户，提供试卷、教案、课件、论文、素材以及各类教学资源下载，还有大量而丰富的教学相关资讯！" style="width:12pt;height:12pt" o:oleicon="f" o:ole="">
            <v:imagedata r:id="rId1306" o:title="eqId5963abe8f421bd99a2aaa94831a951e9"/>
          </v:shape>
        </w:pict>
      </w:r>
      <w:r>
        <w:rPr>
          <w:rFonts w:ascii="宋体" w:eastAsia="宋体" w:hAnsi="宋体" w:cs="宋体"/>
          <w:color w:val="000000"/>
        </w:rPr>
        <w:t>到原点的距离是点</w:t>
      </w:r>
      <w:r>
        <w:pict>
          <v:shape id="_x0000_i707852" type="#_x0000_t75" alt="学科网(www.zxxk.com)--教育资源门户，提供试卷、教案、课件、论文、素材以及各类教学资源下载，还有大量而丰富的教学相关资讯！" style="width:9.75pt;height:10.5pt" o:oleicon="f" o:ole="">
            <v:imagedata r:id="rId1307" o:title="eqId7f9e8449aad35c5d840a3395ea86df6d"/>
          </v:shape>
        </w:pict>
      </w:r>
      <w:r>
        <w:rPr>
          <w:rFonts w:ascii="宋体" w:eastAsia="宋体" w:hAnsi="宋体" w:cs="宋体"/>
          <w:color w:val="000000"/>
        </w:rPr>
        <w:t>到原点的距离的</w:t>
      </w:r>
      <w:r>
        <w:rPr>
          <w:rFonts w:ascii="Times New Roman" w:eastAsia="Times New Roman" w:hAnsi="Times New Roman" w:cs="Times New Roman"/>
          <w:color w:val="000000"/>
        </w:rPr>
        <w:t xml:space="preserve"> 2 </w:t>
      </w:r>
      <w:r>
        <w:rPr>
          <w:rFonts w:ascii="宋体" w:eastAsia="宋体" w:hAnsi="宋体" w:cs="宋体"/>
          <w:color w:val="000000"/>
        </w:rPr>
        <w:t>倍</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此题主要考查了一元一次方程的应用，解题关键是要读懂题目的意思，根据题目给出的条件，找出合适的等量关系，列出方程，再求解．</w:t>
      </w:r>
    </w:p>
    <w:p>
      <w:pPr>
        <w:spacing w:line="360" w:lineRule="auto"/>
        <w:jc w:val="left"/>
        <w:textAlignment w:val="center"/>
        <w:rPr>
          <w:rFonts w:ascii="宋体" w:eastAsia="宋体" w:hAnsi="宋体" w:cs="宋体"/>
          <w:b/>
          <w:color w:val="000000"/>
          <w:sz w:val="24"/>
        </w:rPr>
      </w:pPr>
      <w:r>
        <w:rPr>
          <w:rFonts w:ascii="宋体" w:eastAsia="宋体" w:hAnsi="宋体" w:cs="宋体"/>
          <w:b/>
          <w:color w:val="000000"/>
          <w:sz w:val="24"/>
        </w:rPr>
        <w:t>五、附加题（本题共</w:t>
      </w:r>
      <w:r>
        <w:rPr>
          <w:rFonts w:ascii="Times New Roman" w:eastAsia="Times New Roman" w:hAnsi="Times New Roman" w:cs="Times New Roman"/>
          <w:b/>
          <w:color w:val="000000"/>
          <w:sz w:val="24"/>
        </w:rPr>
        <w:t>10</w:t>
      </w:r>
      <w:r>
        <w:rPr>
          <w:rFonts w:ascii="宋体" w:eastAsia="宋体" w:hAnsi="宋体" w:cs="宋体"/>
          <w:b/>
          <w:color w:val="000000"/>
          <w:sz w:val="24"/>
        </w:rPr>
        <w:t>分 ）</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）有一列数</w:t>
      </w:r>
      <w:r>
        <w:pict>
          <v:shape id="_x0000_i707853" type="#_x0000_t75" alt="学科网(www.zxxk.com)--教育资源门户，提供试卷、教案、课件、论文、素材以及各类教学资源下载，还有大量而丰富的教学相关资讯！" style="width:133.5pt;height:31.5pt" o:oleicon="f" o:ole="">
            <v:imagedata r:id="rId1308" o:title="eqId805ab5fc77c7235902b83ea8187c4ea0"/>
          </v:shape>
        </w:pict>
      </w:r>
      <w:r>
        <w:rPr>
          <w:rFonts w:ascii="宋体" w:eastAsia="宋体" w:hAnsi="宋体" w:cs="宋体"/>
          <w:color w:val="000000"/>
        </w:rPr>
        <w:t>则这列数的第九个数为</w:t>
      </w:r>
      <w:r>
        <w:rPr>
          <w:rFonts w:ascii="Times New Roman" w:eastAsia="Times New Roman" w:hAnsi="Times New Roman" w:cs="Times New Roman"/>
          <w:color w:val="000000"/>
          <w:u w:val="single"/>
        </w:rPr>
        <w:t xml:space="preserve">        </w:t>
      </w: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）规定：用</w:t>
      </w:r>
      <w:r>
        <w:pict>
          <v:shape id="_x0000_i707854" type="#_x0000_t75" alt="学科网(www.zxxk.com)--教育资源门户，提供试卷、教案、课件、论文、素材以及各类教学资源下载，还有大量而丰富的教学相关资讯！" style="width:21.75pt;height:20.25pt" o:oleicon="f" o:ole="">
            <v:imagedata r:id="rId1309" o:title="eqId32a2160512af683837a8dcd9452d9146"/>
          </v:shape>
        </w:pict>
      </w:r>
      <w:r>
        <w:rPr>
          <w:rFonts w:ascii="宋体" w:eastAsia="宋体" w:hAnsi="宋体" w:cs="宋体"/>
          <w:color w:val="000000"/>
        </w:rPr>
        <w:t>表示大于</w:t>
      </w:r>
      <w:r>
        <w:pict>
          <v:shape id="_x0000_i707855" type="#_x0000_t75" alt="学科网(www.zxxk.com)--教育资源门户，提供试卷、教案、课件、论文、素材以及各类教学资源下载，还有大量而丰富的教学相关资讯！" style="width:12.75pt;height:11.25pt" o:oleicon="f" o:ole="">
            <v:imagedata r:id="rId1310" o:title="eqId294f5ba74cdf695fc9a8a8e52f421328"/>
          </v:shape>
        </w:pict>
      </w:r>
      <w:r>
        <w:rPr>
          <w:rFonts w:ascii="宋体" w:eastAsia="宋体" w:hAnsi="宋体" w:cs="宋体"/>
          <w:color w:val="000000"/>
        </w:rPr>
        <w:t>的最小整数，</w:t>
      </w:r>
      <w:r>
        <w:rPr>
          <w:rFonts w:ascii="Times New Roman" w:eastAsia="Times New Roman" w:hAnsi="Times New Roman" w:cs="Times New Roman"/>
          <w:color w:val="000000"/>
        </w:rPr>
        <w:t xml:space="preserve"> </w:t>
      </w:r>
      <w:r>
        <w:rPr>
          <w:rFonts w:ascii="宋体" w:eastAsia="宋体" w:hAnsi="宋体" w:cs="宋体"/>
          <w:color w:val="000000"/>
        </w:rPr>
        <w:t>例</w:t>
      </w:r>
      <w:r>
        <w:rPr>
          <w:rFonts w:ascii="Times New Roman" w:eastAsia="Times New Roman" w:hAnsi="Times New Roman" w:cs="Times New Roman"/>
          <w:color w:val="000000"/>
        </w:rPr>
        <w:t>{</w:t>
      </w:r>
      <w:r>
        <w:pict>
          <v:shape id="_x0000_i707856" type="#_x0000_t75" alt="学科网(www.zxxk.com)--教育资源门户，提供试卷、教案、课件、论文、素材以及各类教学资源下载，还有大量而丰富的教学相关资讯！" style="width:12pt;height:30.75pt" o:oleicon="f" o:ole="">
            <v:imagedata r:id="rId1311" o:title="eqId533a7b702ada1dd80123e4041271d521"/>
          </v:shape>
        </w:pic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 xml:space="preserve"> 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等；用</w:t>
      </w:r>
      <w:r>
        <w:pict>
          <v:shape id="_x0000_i707857" type="#_x0000_t75" alt="学科网(www.zxxk.com)--教育资源门户，提供试卷、教案、课件、论文、素材以及各类教学资源下载，还有大量而丰富的教学相关资讯！" style="width:20.25pt;height:20.25pt" o:oleicon="f" o:ole="">
            <v:imagedata r:id="rId1312" o:title="eqId23145dde872b37ef225d66504b43e21b"/>
          </v:shape>
        </w:pict>
      </w:r>
      <w:r>
        <w:rPr>
          <w:rFonts w:ascii="宋体" w:eastAsia="宋体" w:hAnsi="宋体" w:cs="宋体"/>
          <w:color w:val="000000"/>
        </w:rPr>
        <w:t>表示不大于</w:t>
      </w:r>
      <w:r>
        <w:rPr>
          <w:rFonts w:ascii="Times New Roman" w:eastAsia="Times New Roman" w:hAnsi="Times New Roman" w:cs="Times New Roman"/>
          <w:i/>
          <w:color w:val="000000"/>
        </w:rPr>
        <w:t>m</w:t>
      </w:r>
      <w:r>
        <w:rPr>
          <w:rFonts w:ascii="宋体" w:eastAsia="宋体" w:hAnsi="宋体" w:cs="宋体"/>
          <w:color w:val="000000"/>
        </w:rPr>
        <w:t>的最大整数，例如</w:t>
      </w:r>
      <w:r>
        <w:pict>
          <v:shape id="_x0000_i707858" type="#_x0000_t75" alt="学科网(www.zxxk.com)--教育资源门户，提供试卷、教案、课件、论文、素材以及各类教学资源下载，还有大量而丰富的教学相关资讯！" style="width:21.75pt;height:33.75pt" o:oleicon="f" o:ole="">
            <v:imagedata r:id="rId1313" o:title="eqId5b2d3945d08dd86942ba4e6a5c246dac"/>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，如果整数</w:t>
      </w:r>
      <w:r>
        <w:rPr>
          <w:rFonts w:ascii="Times New Roman" w:eastAsia="Times New Roman" w:hAnsi="Times New Roman" w:cs="Times New Roman"/>
          <w:i/>
          <w:color w:val="000000"/>
        </w:rPr>
        <w:t>x</w:t>
      </w:r>
      <w:r>
        <w:rPr>
          <w:rFonts w:ascii="宋体" w:eastAsia="宋体" w:hAnsi="宋体" w:cs="宋体"/>
          <w:color w:val="000000"/>
        </w:rPr>
        <w:t>满足关系式</w:t>
      </w:r>
      <w:r>
        <w:pict>
          <v:shape id="_x0000_i707859" type="#_x0000_t75" alt="学科网(www.zxxk.com)--教育资源门户，提供试卷、教案、课件、论文、素材以及各类教学资源下载，还有大量而丰富的教学相关资讯！" style="width:1in;height:17.1pt" o:oleicon="f" o:ole="">
            <v:imagedata r:id="rId1314" o:title="eqId10d1da49730ba85a1c50c08a617653b1"/>
          </v:shape>
        </w:pict>
      </w:r>
      <w:r>
        <w:rPr>
          <w:rFonts w:ascii="宋体" w:eastAsia="宋体" w:hAnsi="宋体" w:cs="宋体"/>
          <w:color w:val="000000"/>
        </w:rPr>
        <w:t>，求</w:t>
      </w:r>
      <w:r>
        <w:rPr>
          <w:rFonts w:ascii="Times New Roman" w:eastAsia="Times New Roman" w:hAnsi="Times New Roman" w:cs="Times New Roman"/>
          <w:i/>
          <w:color w:val="000000"/>
        </w:rPr>
        <w:t>x</w:t>
      </w:r>
      <w:r>
        <w:rPr>
          <w:rFonts w:ascii="宋体" w:eastAsia="宋体" w:hAnsi="宋体" w:cs="宋体"/>
          <w:color w:val="000000"/>
        </w:rPr>
        <w:t>的值并说明理由．</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7860" type="#_x0000_t75" alt="学科网(www.zxxk.com)--教育资源门户，提供试卷、教案、课件、论文、素材以及各类教学资源下载，还有大量而丰富的教学相关资讯！" style="width:30.75pt;height:30.75pt" o:oleicon="f" o:ole="">
            <v:imagedata r:id="rId1315" o:title="eqIda1e169a66213d4f98bc667f630c144a5"/>
          </v:shape>
        </w:pict>
      </w:r>
      <w:r>
        <w:rPr>
          <w:rFonts w:ascii="宋体" w:eastAsia="宋体" w:hAnsi="宋体" w:cs="宋体"/>
          <w:color w:val="000000"/>
        </w:rPr>
        <w:t>；</w:t>
      </w:r>
      <w:r>
        <w:pict>
          <v:shape id="_x0000_i707861" type="#_x0000_t75" alt="学科网(www.zxxk.com)--教育资源门户，提供试卷、教案、课件、论文、素材以及各类教学资源下载，还有大量而丰富的教学相关资讯！" style="width:84.75pt;height:35.25pt" o:oleicon="f" o:ole="">
            <v:imagedata r:id="rId1316" o:title="eqIda20b50a6cd125b034da399293b3a77cb"/>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）观察数据发现分子是</w:t>
      </w:r>
      <w:r>
        <w:pict>
          <v:shape id="_x0000_i707862" type="#_x0000_t75" alt="学科网(www.zxxk.com)--教育资源门户，提供试卷、教案、课件、论文、素材以及各类教学资源下载，还有大量而丰富的教学相关资讯！" style="width:54.75pt;height:21.75pt" o:oleicon="f" o:ole="">
            <v:imagedata r:id="rId1317" o:title="eqId6255efe027daa1bf7515bdc0a467ee2b"/>
          </v:shape>
        </w:pict>
      </w:r>
      <w:r>
        <w:rPr>
          <w:rFonts w:ascii="宋体" w:eastAsia="宋体" w:hAnsi="宋体" w:cs="宋体"/>
          <w:color w:val="000000"/>
        </w:rPr>
        <w:t>，分母比分子小</w:t>
      </w:r>
      <w:r>
        <w:rPr>
          <w:rFonts w:ascii="Times New Roman" w:eastAsia="Times New Roman" w:hAnsi="Times New Roman" w:cs="Times New Roman"/>
          <w:color w:val="000000"/>
        </w:rPr>
        <w:t>5</w:t>
      </w:r>
      <w:r>
        <w:rPr>
          <w:rFonts w:ascii="宋体" w:eastAsia="宋体" w:hAnsi="宋体" w:cs="宋体"/>
          <w:color w:val="000000"/>
        </w:rPr>
        <w:t>，奇数的位置为负，偶数的位置为正，即可得出答案；</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）根据题意知</w:t>
      </w:r>
      <w:r>
        <w:pict>
          <v:shape id="_x0000_i707863" type="#_x0000_t75" alt="学科网(www.zxxk.com)--教育资源门户，提供试卷、教案、课件、论文、素材以及各类教学资源下载，还有大量而丰富的教学相关资讯！" style="width:53.25pt;height:17.25pt" o:oleicon="f" o:ole="">
            <v:imagedata r:id="rId1318" o:title="eqId8412e307d48b8f92cc4712abf3d314f6"/>
          </v:shape>
        </w:pict>
      </w:r>
      <w:r>
        <w:rPr>
          <w:rFonts w:ascii="宋体" w:eastAsia="宋体" w:hAnsi="宋体" w:cs="宋体"/>
          <w:color w:val="000000"/>
        </w:rPr>
        <w:t>，化简</w:t>
      </w:r>
      <w:r>
        <w:pict>
          <v:shape id="_x0000_i707864" type="#_x0000_t75" alt="学科网(www.zxxk.com)--教育资源门户，提供试卷、教案、课件、论文、素材以及各类教学资源下载，还有大量而丰富的教学相关资讯！" style="width:1in;height:17.1pt" o:oleicon="f" o:ole="">
            <v:imagedata r:id="rId1319" o:title="eqId10d1da49730ba85a1c50c08a617653b1"/>
          </v:shape>
        </w:pict>
      </w:r>
      <w:r>
        <w:rPr>
          <w:rFonts w:ascii="宋体" w:eastAsia="宋体" w:hAnsi="宋体" w:cs="宋体"/>
          <w:color w:val="000000"/>
        </w:rPr>
        <w:t>，求得</w:t>
      </w:r>
      <w:r>
        <w:rPr>
          <w:rFonts w:ascii="Times New Roman" w:eastAsia="Times New Roman" w:hAnsi="Times New Roman" w:cs="Times New Roman"/>
          <w:color w:val="000000"/>
        </w:rPr>
        <w:t>[x]=2</w:t>
      </w:r>
      <w:r>
        <w:rPr>
          <w:rFonts w:ascii="宋体" w:eastAsia="宋体" w:hAnsi="宋体" w:cs="宋体"/>
          <w:color w:val="000000"/>
        </w:rPr>
        <w:t>，即可得出答案．</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）有一列数</w:t>
      </w:r>
      <w:r>
        <w:pict>
          <v:shape id="_x0000_i707865" type="#_x0000_t75" alt="学科网(www.zxxk.com)--教育资源门户，提供试卷、教案、课件、论文、素材以及各类教学资源下载，还有大量而丰富的教学相关资讯！" style="width:153pt;height:31pt" o:oleicon="f" o:ole="">
            <v:imagedata r:id="rId1320" o:title="eqIdc4b7757404ac61439d048d477f71f28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分子是</w:t>
      </w:r>
      <w:r>
        <w:pict>
          <v:shape id="_x0000_i707866" type="#_x0000_t75" alt="学科网(www.zxxk.com)--教育资源门户，提供试卷、教案、课件、论文、素材以及各类教学资源下载，还有大量而丰富的教学相关资讯！" style="width:54.75pt;height:21.75pt" o:oleicon="f" o:ole="">
            <v:imagedata r:id="rId1321" o:title="eqId6255efe027daa1bf7515bdc0a467ee2b"/>
          </v:shape>
        </w:pict>
      </w:r>
      <w:r>
        <w:rPr>
          <w:rFonts w:ascii="宋体" w:eastAsia="宋体" w:hAnsi="宋体" w:cs="宋体"/>
          <w:color w:val="000000"/>
        </w:rPr>
        <w:t>，分母比分子小</w:t>
      </w:r>
      <w:r>
        <w:rPr>
          <w:rFonts w:ascii="Times New Roman" w:eastAsia="Times New Roman" w:hAnsi="Times New Roman" w:cs="Times New Roman"/>
          <w:color w:val="000000"/>
        </w:rPr>
        <w:t>5</w:t>
      </w:r>
      <w:r>
        <w:rPr>
          <w:rFonts w:ascii="宋体" w:eastAsia="宋体" w:hAnsi="宋体" w:cs="宋体"/>
          <w:color w:val="000000"/>
        </w:rPr>
        <w:t>，即</w:t>
      </w:r>
      <w:r>
        <w:pict>
          <v:shape id="_x0000_i707867" type="#_x0000_t75" alt="学科网(www.zxxk.com)--教育资源门户，提供试卷、教案、课件、论文、素材以及各类教学资源下载，还有大量而丰富的教学相关资讯！" style="width:57.2pt;height:21.9pt" o:oleicon="f" o:ole="">
            <v:imagedata r:id="rId1322" o:title="eqId8e2a3e6ed110f573b63fe4732de1159d"/>
          </v:shape>
        </w:pict>
      </w:r>
      <w:r>
        <w:rPr>
          <w:rFonts w:ascii="宋体" w:eastAsia="宋体" w:hAnsi="宋体" w:cs="宋体"/>
          <w:color w:val="000000"/>
        </w:rPr>
        <w:t>，奇数的位置为负，偶数的位置为正，</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宋体" w:eastAsia="宋体" w:hAnsi="宋体" w:cs="宋体"/>
          <w:color w:val="000000"/>
        </w:rPr>
        <w:t>这列数的第九个数为：</w:t>
      </w:r>
      <w:r>
        <w:pict>
          <v:shape id="_x0000_i707868" type="#_x0000_t75" alt="学科网(www.zxxk.com)--教育资源门户，提供试卷、教案、课件、论文、素材以及各类教学资源下载，还有大量而丰富的教学相关资讯！" style="width:105.75pt;height:42pt" o:oleicon="f" o:ole="">
            <v:imagedata r:id="rId1323" o:title="eqId9b76abb501773345e4943c2d9edd7d3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第</w:t>
      </w:r>
      <w:r>
        <w:rPr>
          <w:rFonts w:ascii="Times New Roman" w:eastAsia="Times New Roman" w:hAnsi="Times New Roman" w:cs="Times New Roman"/>
          <w:i/>
          <w:color w:val="000000"/>
        </w:rPr>
        <w:t>n</w:t>
      </w:r>
      <w:r>
        <w:rPr>
          <w:rFonts w:ascii="宋体" w:eastAsia="宋体" w:hAnsi="宋体" w:cs="宋体"/>
          <w:color w:val="000000"/>
        </w:rPr>
        <w:t>个数为：</w:t>
      </w:r>
      <w:r>
        <w:pict>
          <v:shape id="_x0000_i707869" type="#_x0000_t75" alt="学科网(www.zxxk.com)--教育资源门户，提供试卷、教案、课件、论文、素材以及各类教学资源下载，还有大量而丰富的教学相关资讯！" style="width:84.75pt;height:35.25pt" o:oleicon="f" o:ole="">
            <v:imagedata r:id="rId1324" o:title="eqIda20b50a6cd125b034da399293b3a77c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07870" type="#_x0000_t75" alt="学科网(www.zxxk.com)--教育资源门户，提供试卷、教案、课件、论文、素材以及各类教学资源下载，还有大量而丰富的教学相关资讯！" style="width:30.75pt;height:30.75pt" o:oleicon="f" o:ole="">
            <v:imagedata r:id="rId1325" o:title="eqIda1e169a66213d4f98bc667f630c144a5"/>
          </v:shape>
        </w:pict>
      </w:r>
      <w:r>
        <w:rPr>
          <w:rFonts w:ascii="宋体" w:eastAsia="宋体" w:hAnsi="宋体" w:cs="宋体"/>
          <w:color w:val="000000"/>
        </w:rPr>
        <w:t>；</w:t>
      </w:r>
      <w:r>
        <w:pict>
          <v:shape id="_x0000_i707871" type="#_x0000_t75" alt="学科网(www.zxxk.com)--教育资源门户，提供试卷、教案、课件、论文、素材以及各类教学资源下载，还有大量而丰富的教学相关资讯！" style="width:84.75pt;height:35.25pt" o:oleicon="f" o:ole="">
            <v:imagedata r:id="rId1326" o:title="eqIda20b50a6cd125b034da399293b3a77cb"/>
          </v:shape>
        </w:pic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 xml:space="preserve"> (2) </w:t>
      </w:r>
      <w:r>
        <w:rPr>
          <w:rFonts w:ascii="宋体" w:eastAsia="宋体" w:hAnsi="宋体" w:cs="宋体"/>
          <w:color w:val="000000"/>
        </w:rPr>
        <w:t>解：由题意知：</w:t>
      </w:r>
      <w:r>
        <w:pict>
          <v:shape id="_x0000_i707872" type="#_x0000_t75" alt="学科网(www.zxxk.com)--教育资源门户，提供试卷、教案、课件、论文、素材以及各类教学资源下载，还有大量而丰富的教学相关资讯！" style="width:53.25pt;height:17.25pt" o:oleicon="f" o:ole="">
            <v:imagedata r:id="rId1327" o:title="eqId8412e307d48b8f92cc4712abf3d314f6"/>
          </v:shape>
        </w:pic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pict>
          <v:shape id="_x0000_i707873" type="#_x0000_t75" alt="学科网(www.zxxk.com)--教育资源门户，提供试卷、教案、课件、论文、素材以及各类教学资源下载，还有大量而丰富的教学相关资讯！" style="width:1in;height:17.1pt" o:oleicon="f" o:ole="">
            <v:imagedata r:id="rId1328" o:title="eqId10d1da49730ba85a1c50c08a617653b1"/>
          </v:shape>
        </w:pic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[x]+1</w:t>
      </w:r>
      <w:r>
        <w:rPr>
          <w:rFonts w:ascii="宋体" w:eastAsia="宋体" w:hAnsi="宋体" w:cs="宋体"/>
          <w:color w:val="000000"/>
        </w:rPr>
        <w:t>）</w:t>
      </w:r>
      <w:r>
        <w:rPr>
          <w:rFonts w:ascii="Times New Roman" w:eastAsia="Times New Roman" w:hAnsi="Times New Roman" w:cs="Times New Roman"/>
          <w:color w:val="000000"/>
        </w:rPr>
        <w:t xml:space="preserve">+3[x]=12   </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5[x]=10</w:t>
      </w:r>
    </w:p>
    <w:p>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[x]=2  </w:t>
      </w:r>
    </w:p>
    <w:p>
      <w:pPr>
        <w:spacing w:line="360" w:lineRule="auto"/>
        <w:jc w:val="left"/>
        <w:textAlignment w:val="center"/>
        <w:rPr>
          <w:rFonts w:ascii="宋体" w:eastAsia="宋体" w:hAnsi="宋体" w:cs="宋体"/>
          <w:color w:val="000000"/>
        </w:rPr>
      </w:pPr>
      <w:r>
        <w:rPr>
          <w:rFonts w:ascii="宋体" w:eastAsia="宋体" w:hAnsi="宋体" w:cs="宋体"/>
          <w:color w:val="000000"/>
        </w:rPr>
        <w:t>又</w:t>
      </w:r>
      <w:r>
        <w:rPr>
          <w:rFonts w:ascii="Times New Roman" w:eastAsia="Times New Roman" w:hAnsi="Times New Roman" w:cs="Times New Roman"/>
          <w:i/>
          <w:color w:val="000000"/>
        </w:rPr>
        <w:t>x</w:t>
      </w:r>
      <w:r>
        <w:rPr>
          <w:rFonts w:ascii="宋体" w:eastAsia="宋体" w:hAnsi="宋体" w:cs="宋体"/>
          <w:color w:val="000000"/>
        </w:rPr>
        <w:t>为整数，所以</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本题考查数字的变化规律，找出数字的运算规律与符号排列的规律，利用规律解决问题．</w:t>
      </w:r>
    </w:p>
    <w:p>
      <w:pPr>
        <w:pStyle w:val="Heading2"/>
      </w:pPr>
      <w:r>
        <w:t>育才学校</w:t>
      </w:r>
    </w:p>
    <w:p>
      <w:pPr>
        <w:pStyle w:val="Normal"/>
        <w:spacing w:lineRule="auto" w:line="360"/>
        <w:jc w:val="start"/>
        <w:textAlignment w:val="center"/>
        <w:rPr/>
      </w:pPr>
      <w:r>
        <w:rPr>
          <w:color w:val="000000"/>
        </w:rPr>
        <w:t xml:space="preserve">26. </w:t>
      </w:r>
      <w:r>
        <w:rPr>
          <w:rFonts w:ascii="宋体;SimSun" w:hAnsi="宋体;SimSun" w:cs="宋体;SimSun" w:eastAsia="宋体;SimSun"/>
          <w:color w:val="000000"/>
        </w:rPr>
        <w:t>小明在数学探究活动中遇到这样一个问题：</w:t>
      </w:r>
      <w:r>
        <w:rPr>
          <w:rFonts w:eastAsia="Times New Roman" w:cs="Times New Roman"/>
          <w:i/>
          <w:color w:val="000000"/>
        </w:rPr>
        <w:t>A</w:t>
      </w:r>
      <w:r>
        <w:rPr>
          <w:rFonts w:ascii="宋体;SimSun" w:hAnsi="宋体;SimSun" w:cs="宋体;SimSun" w:eastAsia="宋体;SimSun"/>
          <w:color w:val="000000"/>
        </w:rPr>
        <w:t>、</w:t>
      </w:r>
      <w:r>
        <w:rPr>
          <w:rFonts w:eastAsia="Times New Roman" w:cs="Times New Roman"/>
          <w:i/>
          <w:color w:val="000000"/>
        </w:rPr>
        <w:t>B</w:t>
      </w:r>
      <w:r>
        <w:rPr>
          <w:rFonts w:ascii="宋体;SimSun" w:hAnsi="宋体;SimSun" w:cs="宋体;SimSun" w:eastAsia="宋体;SimSun"/>
          <w:color w:val="000000"/>
        </w:rPr>
        <w:t>分别表示两个多项式，且满足</w:t>
      </w:r>
      <w:r>
        <w:rPr/>
        <w:pict>
          <v:shape id="_x0000_i707874" type="_x0000_tole_rId491" style="width:84pt;height:15.9pt" filled="f" o:ole="">
            <v:imagedata r:id="rId1329" o:title=""/>
          </v:shape>
        </w:pic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）若</w:t>
      </w:r>
      <w:r>
        <w:rPr/>
        <w:pict>
          <v:shape id="_x0000_i707875" type="_x0000_tole_rId493" style="width:31.8pt;height:13.2pt" filled="f" o:ole="">
            <v:imagedata r:id="rId1330" o:title=""/>
          </v:shape>
        </w:pict>
      </w:r>
      <w:r>
        <w:rPr>
          <w:rFonts w:ascii="宋体;SimSun" w:hAnsi="宋体;SimSun" w:cs="宋体;SimSun" w:eastAsia="宋体;SimSun"/>
          <w:color w:val="000000"/>
        </w:rPr>
        <w:t>，则</w:t>
      </w:r>
      <w:r>
        <w:rPr>
          <w:rFonts w:eastAsia="Times New Roman" w:cs="Times New Roman"/>
          <w:i/>
          <w:color w:val="000000"/>
        </w:rPr>
        <w:t>A</w:t>
      </w:r>
      <w:r>
        <w:rPr>
          <w:rFonts w:ascii="宋体;SimSun" w:hAnsi="宋体;SimSun" w:cs="宋体;SimSun" w:eastAsia="宋体;SimSun"/>
          <w:color w:val="000000"/>
        </w:rPr>
        <w:t>＝</w:t>
      </w:r>
      <w:r>
        <w:rPr>
          <w:rFonts w:eastAsia="Times New Roman" w:cs="Times New Roman"/>
          <w:color w:val="000000"/>
        </w:rPr>
        <w:t>___________</w:t>
      </w:r>
      <w:r>
        <w:rPr>
          <w:rFonts w:ascii="等线" w:hAnsi="等线" w:cs="等线" w:eastAsia="等线"/>
          <w:color w:val="000000"/>
        </w:rPr>
        <w:t>（</w:t>
      </w:r>
      <w:r>
        <w:rPr>
          <w:rFonts w:ascii="宋体;SimSun" w:hAnsi="宋体;SimSun" w:cs="宋体;SimSun" w:eastAsia="宋体;SimSun"/>
          <w:color w:val="000000"/>
        </w:rPr>
        <w:t>用含</w:t>
      </w:r>
      <w:r>
        <w:rPr>
          <w:rFonts w:eastAsia="Times New Roman" w:cs="Times New Roman"/>
          <w:i/>
          <w:color w:val="000000"/>
        </w:rPr>
        <w:t>x</w:t>
      </w:r>
      <w:r>
        <w:rPr>
          <w:rFonts w:ascii="宋体;SimSun" w:hAnsi="宋体;SimSun" w:cs="宋体;SimSun" w:eastAsia="宋体;SimSun"/>
          <w:color w:val="000000"/>
        </w:rPr>
        <w:t>的代数式表示）；</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）若</w:t>
      </w:r>
      <w:r>
        <w:rPr/>
        <w:pict>
          <v:shape id="_x0000_i707876" type="_x0000_tole_rId495" style="width:87.2pt;height:15.9pt" filled="f" o:ole="">
            <v:imagedata r:id="rId1331" o:title=""/>
          </v:shape>
        </w:pict>
      </w:r>
      <w:r>
        <w:rPr>
          <w:rFonts w:ascii="宋体;SimSun" w:hAnsi="宋体;SimSun" w:cs="宋体;SimSun" w:eastAsia="宋体;SimSun"/>
          <w:color w:val="000000"/>
        </w:rPr>
        <w:t>，当</w:t>
      </w:r>
      <w:r>
        <w:rPr/>
        <w:pict>
          <v:shape id="_x0000_i707877" type="_x0000_tole_rId497" style="width:33.75pt;height:14.25pt" filled="f" o:ole="">
            <v:imagedata r:id="rId1332" o:title=""/>
          </v:shape>
        </w:pict>
      </w:r>
      <w:r>
        <w:rPr>
          <w:rFonts w:ascii="宋体;SimSun" w:hAnsi="宋体;SimSun" w:cs="宋体;SimSun" w:eastAsia="宋体;SimSun"/>
          <w:color w:val="000000"/>
        </w:rPr>
        <w:t>时，求</w:t>
      </w:r>
      <w:r>
        <w:rPr>
          <w:rFonts w:eastAsia="Times New Roman" w:cs="Times New Roman"/>
          <w:i/>
          <w:color w:val="000000"/>
        </w:rPr>
        <w:t>B</w:t>
      </w:r>
      <w:r>
        <w:rPr>
          <w:rFonts w:ascii="宋体;SimSun" w:hAnsi="宋体;SimSun" w:cs="宋体;SimSun" w:eastAsia="宋体;SimSun"/>
          <w:color w:val="000000"/>
        </w:rPr>
        <w:t>的值．</w:t>
      </w:r>
    </w:p>
    <w:p>
      <w:pPr>
        <w:pStyle w:val="Normal"/>
        <w:spacing w:lineRule="auto" w:line="360"/>
        <w:textAlignment w:val="center"/>
        <w:rPr/>
      </w:pPr>
      <w:r>
        <w:rPr>
          <w:color w:val="2E75B6"/>
        </w:rPr>
        <w:t>【答案】</w:t>
      </w: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w:t>
      </w:r>
      <w:r>
        <w:rPr/>
        <w:pict>
          <v:shape id="_x0000_i707878" type="_x0000_tole_rId499" style="width:32.25pt;height:15.75pt" filled="f" o:ole="">
            <v:imagedata r:id="rId1333" o:title=""/>
          </v:shape>
        </w:pict>
      </w: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w:t>
      </w:r>
      <w:r>
        <w:rPr>
          <w:rFonts w:eastAsia="Times New Roman" w:cs="Times New Roman"/>
          <w:color w:val="000000"/>
        </w:rPr>
        <w:t>5</w: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）根据整式的加减可得</w:t>
      </w:r>
      <w:r>
        <w:rPr/>
        <w:pict>
          <v:shape id="_x0000_i707879" type="_x0000_tole_rId501" style="width:63.9pt;height:13.05pt" filled="f" o:ole="">
            <v:imagedata r:id="rId1334" o:title=""/>
          </v:shape>
        </w:pict>
      </w:r>
      <w:r>
        <w:rPr>
          <w:rFonts w:ascii="宋体;SimSun" w:hAnsi="宋体;SimSun" w:cs="宋体;SimSun" w:eastAsia="宋体;SimSun"/>
          <w:color w:val="000000"/>
        </w:rPr>
        <w:t>，进而即可求得</w:t>
      </w:r>
      <w:r>
        <w:rPr/>
        <w:pict>
          <v:shape id="_x0000_i707880" type="_x0000_tole_rId503" style="width:12pt;height:12pt" filled="f" o:ole="">
            <v:imagedata r:id="rId1335" o:title=""/>
          </v:shape>
        </w:pic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）根据已知条件求得</w:t>
      </w:r>
      <w:r>
        <w:rPr/>
        <w:pict>
          <v:shape id="_x0000_i707881" type="_x0000_tole_rId505" style="width:11.25pt;height:11.9pt" filled="f" o:ole="">
            <v:imagedata r:id="rId1336" o:title=""/>
          </v:shape>
        </w:pict>
      </w:r>
      <w:r>
        <w:rPr>
          <w:rFonts w:ascii="宋体;SimSun" w:hAnsi="宋体;SimSun" w:cs="宋体;SimSun" w:eastAsia="宋体;SimSun"/>
          <w:color w:val="000000"/>
        </w:rPr>
        <w:t>，再将</w:t>
      </w:r>
      <w:r>
        <w:rPr/>
        <w:pict>
          <v:shape id="_x0000_i707882" type="_x0000_tole_rId507" style="width:33.75pt;height:14.25pt" filled="f" o:ole="">
            <v:imagedata r:id="rId1337" o:title=""/>
          </v:shape>
        </w:pict>
      </w:r>
      <w:r>
        <w:rPr>
          <w:rFonts w:ascii="宋体;SimSun" w:hAnsi="宋体;SimSun" w:cs="宋体;SimSun" w:eastAsia="宋体;SimSun"/>
          <w:color w:val="000000"/>
        </w:rPr>
        <w:t>，进而求得</w:t>
      </w:r>
      <w:r>
        <w:rPr>
          <w:rFonts w:eastAsia="Times New Roman" w:cs="Times New Roman"/>
          <w:i/>
          <w:color w:val="000000"/>
        </w:rPr>
        <w:t>B</w:t>
      </w:r>
      <w:r>
        <w:rPr>
          <w:rFonts w:ascii="宋体;SimSun" w:hAnsi="宋体;SimSun" w:cs="宋体;SimSun" w:eastAsia="宋体;SimSun"/>
          <w:color w:val="000000"/>
        </w:rPr>
        <w:t>的值</w:t>
      </w:r>
    </w:p>
    <w:p>
      <w:pPr>
        <w:pStyle w:val="Normal"/>
        <w:spacing w:lineRule="auto" w:line="360"/>
        <w:jc w:val="start"/>
        <w:textAlignment w:val="center"/>
        <w:rPr>
          <w:rFonts w:ascii="Times New Roman" w:hAnsi="Times New Roman" w:eastAsia="Times New Roman" w:cs="Times New Roman"/>
          <w:color w:val="000000"/>
        </w:rPr>
      </w:pPr>
      <w:r>
        <w:rPr>
          <w:color w:val="000000"/>
        </w:rPr>
        <w:t>【详解】</w:t>
      </w:r>
      <w:r>
        <w:rPr>
          <w:rFonts w:ascii="宋体;SimSun" w:hAnsi="宋体;SimSun" w:cs="宋体;SimSun" w:eastAsia="宋体;SimSun"/>
          <w:color w:val="000000"/>
        </w:rPr>
        <w:t>解：（</w:t>
      </w:r>
      <w:r>
        <w:rPr>
          <w:rFonts w:eastAsia="Times New Roman" w:cs="Times New Roman"/>
          <w:color w:val="000000"/>
        </w:rPr>
        <w:t>1</w:t>
      </w:r>
      <w:r>
        <w:rPr>
          <w:rFonts w:ascii="宋体;SimSun" w:hAnsi="宋体;SimSun" w:cs="宋体;SimSun" w:eastAsia="宋体;SimSun"/>
          <w:color w:val="000000"/>
        </w:rPr>
        <w:t>）</w:t>
      </w:r>
      <w:r>
        <w:rPr/>
        <w:pict>
          <v:shape id="_x0000_i707883" type="_x0000_tole_rId509" style="width:41.25pt;height:12.75pt" filled="f" o:ole="">
            <v:imagedata r:id="rId1338" o:title=""/>
          </v:shape>
        </w:pict>
      </w:r>
      <w:r>
        <w:rPr>
          <w:rFonts w:eastAsia="Times New Roman" w:cs="Times New Roman"/>
          <w:color w:val="000000"/>
        </w:rPr>
        <w:t>,</w:t>
      </w:r>
      <w:r>
        <w:rPr/>
        <w:pict>
          <v:shape id="_x0000_i707884" type="_x0000_tole_rId511" style="width:84pt;height:15.9pt" filled="f" o:ole="">
            <v:imagedata r:id="rId1339" o:title=""/>
          </v:shape>
        </w:pict>
      </w:r>
    </w:p>
    <w:p>
      <w:pPr>
        <w:pStyle w:val="Normal"/>
        <w:spacing w:lineRule="auto" w:line="360"/>
        <w:jc w:val="start"/>
        <w:textAlignment w:val="center"/>
        <w:rPr>
          <w:color w:val="000000"/>
        </w:rPr>
      </w:pPr>
      <w:r>
        <w:rPr/>
        <w:pict>
          <v:shape id="_x0000_i707885" type="_x0000_tole_rId513" style="width:11.25pt;height:9.75pt" filled="f" o:ole="">
            <v:imagedata r:id="rId1340" o:title=""/>
          </v:shape>
        </w:pict>
      </w:r>
      <w:r>
        <w:rPr/>
        <w:pict>
          <v:shape id="_x0000_i707886" type="_x0000_tole_rId515" style="width:63.9pt;height:13.05pt" filled="f" o:ole="">
            <v:imagedata r:id="rId1341" o:title=""/>
          </v:shape>
        </w:pict>
      </w:r>
      <w:r>
        <w:rPr/>
        <w:pict>
          <v:shape id="_x0000_i707887" type="_x0000_tole_rId517" style="width:48pt;height:15.75pt" filled="f" o:ole="">
            <v:imagedata r:id="rId1342" o:title=""/>
          </v:shape>
        </w:pict>
      </w:r>
    </w:p>
    <w:p>
      <w:pPr>
        <w:pStyle w:val="Normal"/>
        <w:spacing w:lineRule="auto" w:line="360"/>
        <w:jc w:val="start"/>
        <w:textAlignment w:val="center"/>
        <w:rPr>
          <w:color w:val="000000"/>
        </w:rPr>
      </w:pPr>
      <w:r>
        <w:rPr/>
        <w:pict>
          <v:shape id="_x0000_i707888" type="_x0000_tole_rId519" style="width:61.05pt;height:15.9pt" filled="f" o:ole="">
            <v:imagedata r:id="rId1343"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故答案为：</w:t>
      </w:r>
      <w:r>
        <w:rPr/>
        <w:pict>
          <v:shape id="_x0000_i707889" type="_x0000_tole_rId521" style="width:32.25pt;height:15.75pt" filled="f" o:ole="">
            <v:imagedata r:id="rId1344"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w:t>
      </w:r>
      <w:r>
        <w:rPr/>
        <w:pict>
          <v:shape id="_x0000_i707890" type="_x0000_tole_rId523" style="width:11.25pt;height:9.75pt" filled="f" o:ole="">
            <v:imagedata r:id="rId1345" o:title=""/>
          </v:shape>
        </w:pict>
      </w:r>
      <w:r>
        <w:rPr/>
        <w:pict>
          <v:shape id="_x0000_i707891" type="_x0000_tole_rId525" style="width:84pt;height:15.9pt" filled="f" o:ole="">
            <v:imagedata r:id="rId1346" o:title=""/>
          </v:shape>
        </w:pict>
      </w:r>
      <w:r>
        <w:rPr>
          <w:rFonts w:ascii="宋体;SimSun" w:hAnsi="宋体;SimSun" w:cs="宋体;SimSun" w:eastAsia="宋体;SimSun"/>
          <w:color w:val="000000"/>
        </w:rPr>
        <w:t>，</w:t>
      </w:r>
      <w:r>
        <w:rPr/>
        <w:pict>
          <v:shape id="_x0000_i707892" type="_x0000_tole_rId527" style="width:87.2pt;height:15.9pt" filled="f" o:ole="">
            <v:imagedata r:id="rId1347" o:title=""/>
          </v:shape>
        </w:pict>
      </w:r>
    </w:p>
    <w:p>
      <w:pPr>
        <w:pStyle w:val="Normal"/>
        <w:spacing w:lineRule="auto" w:line="360"/>
        <w:jc w:val="start"/>
        <w:textAlignment w:val="center"/>
        <w:rPr>
          <w:color w:val="000000"/>
        </w:rPr>
      </w:pPr>
      <w:r>
        <w:rPr/>
        <w:pict>
          <v:shape id="_x0000_i707893" type="_x0000_tole_rId529" style="width:116.1pt;height:31.05pt" filled="f" o:ole="">
            <v:imagedata r:id="rId1348" o:title=""/>
          </v:shape>
        </w:pict>
      </w:r>
    </w:p>
    <w:p>
      <w:pPr>
        <w:pStyle w:val="Normal"/>
        <w:spacing w:lineRule="auto" w:line="360"/>
        <w:jc w:val="start"/>
        <w:textAlignment w:val="center"/>
        <w:rPr>
          <w:color w:val="000000"/>
        </w:rPr>
      </w:pPr>
      <w:r>
        <w:rPr/>
        <w:pict>
          <v:shape id="_x0000_i707894" type="_x0000_tole_rId531" style="width:150pt;height:31.05pt" filled="f" o:ole="">
            <v:imagedata r:id="rId1349" o:title=""/>
          </v:shape>
        </w:pict>
      </w:r>
    </w:p>
    <w:p>
      <w:pPr>
        <w:pStyle w:val="Normal"/>
        <w:spacing w:lineRule="auto" w:line="360"/>
        <w:jc w:val="start"/>
        <w:textAlignment w:val="center"/>
        <w:rPr>
          <w:color w:val="000000"/>
        </w:rPr>
      </w:pPr>
      <w:r>
        <w:rPr/>
        <w:pict>
          <v:shape id="_x0000_i707895" type="_x0000_tole_rId533" style="width:93.9pt;height:31.05pt" filled="f" o:ole="">
            <v:imagedata r:id="rId1350" o:title=""/>
          </v:shape>
        </w:pict>
      </w:r>
    </w:p>
    <w:p>
      <w:pPr>
        <w:pStyle w:val="Normal"/>
        <w:spacing w:lineRule="auto" w:line="360"/>
        <w:jc w:val="start"/>
        <w:textAlignment w:val="center"/>
        <w:rPr>
          <w:color w:val="000000"/>
        </w:rPr>
      </w:pPr>
      <w:r>
        <w:rPr/>
        <w:pict>
          <v:shape id="_x0000_i707896" type="_x0000_tole_rId535" style="width:70.95pt;height:15.9pt" filled="f" o:ole="">
            <v:imagedata r:id="rId1351" o:title=""/>
          </v:shape>
        </w:pict>
      </w:r>
    </w:p>
    <w:p>
      <w:pPr>
        <w:pStyle w:val="Normal"/>
        <w:spacing w:lineRule="auto" w:line="360"/>
        <w:jc w:val="start"/>
        <w:textAlignment w:val="center"/>
        <w:rPr/>
      </w:pPr>
      <w:r>
        <w:rPr>
          <w:rFonts w:ascii="宋体;SimSun" w:hAnsi="宋体;SimSun" w:cs="宋体;SimSun" w:eastAsia="宋体;SimSun"/>
          <w:color w:val="000000"/>
        </w:rPr>
        <w:t>当</w:t>
      </w:r>
      <w:r>
        <w:rPr/>
        <w:pict>
          <v:shape id="_x0000_i707897" type="_x0000_tole_rId537" style="width:33.75pt;height:14.25pt" filled="f" o:ole="">
            <v:imagedata r:id="rId1352" o:title=""/>
          </v:shape>
        </w:pict>
      </w:r>
      <w:r>
        <w:rPr>
          <w:rFonts w:ascii="宋体;SimSun" w:hAnsi="宋体;SimSun" w:cs="宋体;SimSun" w:eastAsia="宋体;SimSun"/>
          <w:color w:val="000000"/>
        </w:rPr>
        <w:t>时，</w:t>
      </w:r>
    </w:p>
    <w:p>
      <w:pPr>
        <w:pStyle w:val="Normal"/>
        <w:spacing w:lineRule="auto" w:line="360"/>
        <w:jc w:val="start"/>
        <w:textAlignment w:val="center"/>
        <w:rPr>
          <w:color w:val="000000"/>
        </w:rPr>
      </w:pPr>
      <w:r>
        <w:rPr/>
        <w:pict>
          <v:shape id="_x0000_i707898" type="_x0000_tole_rId539" style="width:195.9pt;height:21.9pt" filled="f" o:ole="">
            <v:imagedata r:id="rId1353" o:title=""/>
          </v:shape>
        </w:pict>
      </w:r>
    </w:p>
    <w:p>
      <w:pPr>
        <w:pStyle w:val="Normal"/>
        <w:spacing w:lineRule="auto" w:line="360"/>
        <w:jc w:val="start"/>
        <w:textAlignment w:val="center"/>
        <w:rPr/>
      </w:pPr>
      <w:r>
        <w:rPr>
          <w:color w:val="000000"/>
        </w:rPr>
        <w:t>【点睛】</w:t>
      </w:r>
      <w:r>
        <w:rPr>
          <w:rFonts w:ascii="宋体;SimSun" w:hAnsi="宋体;SimSun" w:cs="宋体;SimSun" w:eastAsia="宋体;SimSun"/>
          <w:color w:val="000000"/>
        </w:rPr>
        <w:t>本题考查了整式的加减运算，化简求值，注意添括号和去括号时符号问题是解题的关键．</w:t>
      </w:r>
    </w:p>
    <w:p>
      <w:pPr>
        <w:pStyle w:val="Normal"/>
        <w:spacing w:lineRule="auto" w:line="360"/>
        <w:jc w:val="start"/>
        <w:textAlignment w:val="center"/>
        <w:rPr/>
      </w:pPr>
      <w:r>
        <w:rPr>
          <w:color w:val="000000"/>
        </w:rPr>
        <w:t xml:space="preserve">27. </w:t>
      </w:r>
      <w:r>
        <w:rPr>
          <w:rFonts w:ascii="宋体;SimSun" w:hAnsi="宋体;SimSun" w:cs="宋体;SimSun" w:eastAsia="宋体;SimSun"/>
          <w:color w:val="000000"/>
        </w:rPr>
        <w:t>在数轴上，点</w:t>
      </w:r>
      <w:r>
        <w:rPr>
          <w:rFonts w:eastAsia="Times New Roman" w:cs="Times New Roman"/>
          <w:i/>
          <w:color w:val="000000"/>
        </w:rPr>
        <w:t>A</w:t>
      </w:r>
      <w:r>
        <w:rPr>
          <w:rFonts w:ascii="宋体;SimSun" w:hAnsi="宋体;SimSun" w:cs="宋体;SimSun" w:eastAsia="宋体;SimSun"/>
          <w:color w:val="000000"/>
        </w:rPr>
        <w:t>表示－</w:t>
      </w:r>
      <w:r>
        <w:rPr>
          <w:rFonts w:eastAsia="Times New Roman" w:cs="Times New Roman"/>
          <w:color w:val="000000"/>
        </w:rPr>
        <w:t>2</w:t>
      </w:r>
      <w:r>
        <w:rPr>
          <w:rFonts w:ascii="宋体;SimSun" w:hAnsi="宋体;SimSun" w:cs="宋体;SimSun" w:eastAsia="宋体;SimSun"/>
          <w:color w:val="000000"/>
        </w:rPr>
        <w:t>，点</w:t>
      </w:r>
      <w:r>
        <w:rPr>
          <w:rFonts w:eastAsia="Times New Roman" w:cs="Times New Roman"/>
          <w:i/>
          <w:color w:val="000000"/>
        </w:rPr>
        <w:t>B</w:t>
      </w:r>
      <w:r>
        <w:rPr>
          <w:rFonts w:ascii="宋体;SimSun" w:hAnsi="宋体;SimSun" w:cs="宋体;SimSun" w:eastAsia="宋体;SimSun"/>
          <w:color w:val="000000"/>
        </w:rPr>
        <w:t>表示</w:t>
      </w:r>
      <w:r>
        <w:rPr>
          <w:rFonts w:eastAsia="Times New Roman" w:cs="Times New Roman"/>
          <w:color w:val="000000"/>
        </w:rPr>
        <w:t>6</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）点</w:t>
      </w:r>
      <w:r>
        <w:rPr>
          <w:rFonts w:eastAsia="Times New Roman" w:cs="Times New Roman"/>
          <w:i/>
          <w:color w:val="000000"/>
        </w:rPr>
        <w:t>A</w:t>
      </w:r>
      <w:r>
        <w:rPr>
          <w:rFonts w:ascii="宋体;SimSun" w:hAnsi="宋体;SimSun" w:cs="宋体;SimSun" w:eastAsia="宋体;SimSun"/>
          <w:color w:val="000000"/>
        </w:rPr>
        <w:t>与</w:t>
      </w:r>
      <w:r>
        <w:rPr>
          <w:rFonts w:eastAsia="Times New Roman" w:cs="Times New Roman"/>
          <w:i/>
          <w:color w:val="000000"/>
        </w:rPr>
        <w:t>B</w:t>
      </w:r>
      <w:r>
        <w:rPr>
          <w:rFonts w:ascii="宋体;SimSun" w:hAnsi="宋体;SimSun" w:cs="宋体;SimSun" w:eastAsia="宋体;SimSun"/>
          <w:color w:val="000000"/>
        </w:rPr>
        <w:t>的距离为</w:t>
      </w:r>
      <w:r>
        <w:rPr>
          <w:rFonts w:eastAsia="Times New Roman" w:cs="Times New Roman"/>
          <w:color w:val="000000"/>
        </w:rPr>
        <w:t>_______________</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）点</w:t>
      </w:r>
      <w:r>
        <w:rPr>
          <w:rFonts w:eastAsia="Times New Roman" w:cs="Times New Roman"/>
          <w:i/>
          <w:color w:val="000000"/>
        </w:rPr>
        <w:t>C</w:t>
      </w:r>
      <w:r>
        <w:rPr>
          <w:rFonts w:ascii="宋体;SimSun" w:hAnsi="宋体;SimSun" w:cs="宋体;SimSun" w:eastAsia="宋体;SimSun"/>
          <w:color w:val="000000"/>
        </w:rPr>
        <w:t>表示的数为</w:t>
      </w:r>
      <w:r>
        <w:rPr>
          <w:rFonts w:eastAsia="Times New Roman" w:cs="Times New Roman"/>
          <w:i/>
          <w:color w:val="000000"/>
        </w:rPr>
        <w:t>c</w:t>
      </w:r>
      <w:r>
        <w:rPr>
          <w:rFonts w:ascii="宋体;SimSun" w:hAnsi="宋体;SimSun" w:cs="宋体;SimSun" w:eastAsia="宋体;SimSun"/>
          <w:color w:val="000000"/>
        </w:rPr>
        <w:t>，设</w:t>
      </w:r>
      <w:r>
        <w:rPr/>
        <w:pict>
          <v:shape id="_x0000_i707899" type="_x0000_tole_rId541" style="width:75.2pt;height:15.6pt" filled="f" o:ole="">
            <v:imagedata r:id="rId1354" o:title=""/>
          </v:shape>
        </w:pict>
      </w:r>
      <w:r>
        <w:rPr>
          <w:rFonts w:ascii="宋体;SimSun" w:hAnsi="宋体;SimSun" w:cs="宋体;SimSun" w:eastAsia="宋体;SimSun"/>
          <w:color w:val="000000"/>
        </w:rPr>
        <w:t>，若</w:t>
      </w:r>
      <w:r>
        <w:rPr/>
        <w:pict>
          <v:shape id="_x0000_i707900" type="_x0000_tole_rId543" style="width:33.75pt;height:15.75pt" filled="f" o:ole="">
            <v:imagedata r:id="rId1355" o:title=""/>
          </v:shape>
        </w:pict>
      </w:r>
      <w:r>
        <w:rPr>
          <w:rFonts w:ascii="宋体;SimSun" w:hAnsi="宋体;SimSun" w:cs="宋体;SimSun" w:eastAsia="宋体;SimSun"/>
          <w:color w:val="000000"/>
        </w:rPr>
        <w:t>，则</w:t>
      </w:r>
      <w:r>
        <w:rPr>
          <w:rFonts w:eastAsia="Times New Roman" w:cs="Times New Roman"/>
          <w:i/>
          <w:color w:val="000000"/>
        </w:rPr>
        <w:t>c</w:t>
      </w:r>
      <w:r>
        <w:rPr>
          <w:rFonts w:ascii="宋体;SimSun" w:hAnsi="宋体;SimSun" w:cs="宋体;SimSun" w:eastAsia="宋体;SimSun"/>
          <w:color w:val="000000"/>
        </w:rPr>
        <w:t>的值为</w:t>
      </w:r>
      <w:r>
        <w:rPr>
          <w:rFonts w:eastAsia="Times New Roman" w:cs="Times New Roman"/>
          <w:color w:val="000000"/>
        </w:rPr>
        <w:t>___________</w:t>
      </w:r>
      <w:r>
        <w:rPr>
          <w:rFonts w:ascii="宋体;SimSun" w:hAnsi="宋体;SimSun" w:cs="宋体;SimSun" w:eastAsia="宋体;SimSun"/>
          <w:color w:val="000000"/>
        </w:rPr>
        <w:t>；</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）点</w:t>
      </w:r>
      <w:r>
        <w:rPr>
          <w:rFonts w:eastAsia="Times New Roman" w:cs="Times New Roman"/>
          <w:i/>
          <w:color w:val="000000"/>
        </w:rPr>
        <w:t>P</w:t>
      </w:r>
      <w:r>
        <w:rPr>
          <w:rFonts w:ascii="宋体;SimSun" w:hAnsi="宋体;SimSun" w:cs="宋体;SimSun" w:eastAsia="宋体;SimSun"/>
          <w:color w:val="000000"/>
        </w:rPr>
        <w:t>从原点</w:t>
      </w:r>
      <w:r>
        <w:rPr>
          <w:rFonts w:eastAsia="Times New Roman" w:cs="Times New Roman"/>
          <w:i/>
          <w:color w:val="000000"/>
        </w:rPr>
        <w:t>O</w:t>
      </w:r>
      <w:r>
        <w:rPr>
          <w:rFonts w:ascii="宋体;SimSun" w:hAnsi="宋体;SimSun" w:cs="宋体;SimSun" w:eastAsia="宋体;SimSun"/>
          <w:color w:val="000000"/>
        </w:rPr>
        <w:t>出发，沿数轴负方向以速度</w:t>
      </w:r>
      <w:r>
        <w:rPr/>
        <w:pict>
          <v:shape id="_x0000_i707901" type="_x0000_tole_rId545" style="width:11.25pt;height:18.1pt" filled="f" o:ole="">
            <v:imagedata r:id="rId1356" o:title=""/>
          </v:shape>
        </w:pict>
      </w:r>
      <w:r>
        <w:rPr>
          <w:rFonts w:ascii="宋体;SimSun" w:hAnsi="宋体;SimSun" w:cs="宋体;SimSun" w:eastAsia="宋体;SimSun"/>
          <w:color w:val="000000"/>
        </w:rPr>
        <w:t>向终点</w:t>
      </w:r>
      <w:r>
        <w:rPr>
          <w:rFonts w:eastAsia="Times New Roman" w:cs="Times New Roman"/>
          <w:i/>
          <w:color w:val="000000"/>
        </w:rPr>
        <w:t>A</w:t>
      </w:r>
      <w:r>
        <w:rPr>
          <w:rFonts w:ascii="宋体;SimSun" w:hAnsi="宋体;SimSun" w:cs="宋体;SimSun" w:eastAsia="宋体;SimSun"/>
          <w:color w:val="000000"/>
        </w:rPr>
        <w:t>运动，同时，点</w:t>
      </w:r>
      <w:r>
        <w:rPr>
          <w:rFonts w:eastAsia="Times New Roman" w:cs="Times New Roman"/>
          <w:i/>
          <w:color w:val="000000"/>
        </w:rPr>
        <w:t>Q</w:t>
      </w:r>
      <w:r>
        <w:rPr>
          <w:rFonts w:ascii="宋体;SimSun" w:hAnsi="宋体;SimSun" w:cs="宋体;SimSun" w:eastAsia="宋体;SimSun"/>
          <w:color w:val="000000"/>
        </w:rPr>
        <w:t>从点</w:t>
      </w:r>
      <w:r>
        <w:rPr>
          <w:rFonts w:eastAsia="Times New Roman" w:cs="Times New Roman"/>
          <w:i/>
          <w:color w:val="000000"/>
        </w:rPr>
        <w:t>B</w:t>
      </w:r>
      <w:r>
        <w:rPr>
          <w:rFonts w:ascii="宋体;SimSun" w:hAnsi="宋体;SimSun" w:cs="宋体;SimSun" w:eastAsia="宋体;SimSun"/>
          <w:color w:val="000000"/>
        </w:rPr>
        <w:t>出发沿数轴负方向以速度</w:t>
      </w:r>
      <w:r>
        <w:rPr/>
        <w:pict>
          <v:shape id="_x0000_i707902" type="_x0000_tole_rId547" style="width:11.95pt;height:18.1pt" filled="f" o:ole="">
            <v:imagedata r:id="rId1357" o:title=""/>
          </v:shape>
        </w:pict>
      </w:r>
      <w:r>
        <w:rPr>
          <w:rFonts w:ascii="宋体;SimSun" w:hAnsi="宋体;SimSun" w:cs="宋体;SimSun" w:eastAsia="宋体;SimSun"/>
          <w:color w:val="000000"/>
        </w:rPr>
        <w:t>向终点</w:t>
      </w:r>
      <w:r>
        <w:rPr>
          <w:rFonts w:eastAsia="Times New Roman" w:cs="Times New Roman"/>
          <w:i/>
          <w:color w:val="000000"/>
        </w:rPr>
        <w:t>O</w:t>
      </w:r>
      <w:r>
        <w:rPr>
          <w:rFonts w:ascii="宋体;SimSun" w:hAnsi="宋体;SimSun" w:cs="宋体;SimSun" w:eastAsia="宋体;SimSun"/>
          <w:color w:val="000000"/>
        </w:rPr>
        <w:t>运动，运动时间为</w:t>
      </w:r>
      <w:r>
        <w:rPr>
          <w:rFonts w:eastAsia="Times New Roman" w:cs="Times New Roman"/>
          <w:i/>
          <w:color w:val="000000"/>
        </w:rPr>
        <w:t>t</w:t>
      </w:r>
      <w:r>
        <w:rPr>
          <w:rFonts w:ascii="宋体;SimSun" w:hAnsi="宋体;SimSun" w:cs="宋体;SimSun" w:eastAsia="宋体;SimSun"/>
          <w:color w:val="000000"/>
        </w:rPr>
        <w:t>．</w:t>
      </w:r>
    </w:p>
    <w:p>
      <w:pPr>
        <w:pStyle w:val="Normal"/>
        <w:spacing w:lineRule="auto" w:line="360"/>
        <w:jc w:val="start"/>
        <w:textAlignment w:val="center"/>
        <w:rPr/>
      </w:pPr>
      <w:r>
        <w:rPr>
          <w:rFonts w:eastAsia="宋体;SimSun" w:cs="宋体;SimSun" w:ascii="宋体;SimSun" w:hAnsi="宋体;SimSun"/>
          <w:color w:val="000000"/>
        </w:rPr>
        <w:t>①</w:t>
      </w:r>
      <w:r>
        <w:rPr>
          <w:rFonts w:ascii="宋体;SimSun" w:hAnsi="宋体;SimSun" w:cs="宋体;SimSun" w:eastAsia="宋体;SimSun"/>
          <w:color w:val="000000"/>
        </w:rPr>
        <w:t>点</w:t>
      </w:r>
      <w:r>
        <w:rPr>
          <w:rFonts w:eastAsia="Times New Roman" w:cs="Times New Roman"/>
          <w:i/>
          <w:color w:val="000000"/>
        </w:rPr>
        <w:t>P</w:t>
      </w:r>
      <w:r>
        <w:rPr>
          <w:rFonts w:ascii="宋体;SimSun" w:hAnsi="宋体;SimSun" w:cs="宋体;SimSun" w:eastAsia="宋体;SimSun"/>
          <w:color w:val="000000"/>
        </w:rPr>
        <w:t>表示的数为</w:t>
      </w:r>
      <w:r>
        <w:rPr>
          <w:rFonts w:eastAsia="Times New Roman" w:cs="Times New Roman"/>
          <w:color w:val="000000"/>
        </w:rPr>
        <w:t>__________</w:t>
      </w:r>
      <w:r>
        <w:rPr>
          <w:rFonts w:ascii="宋体;SimSun" w:hAnsi="宋体;SimSun" w:cs="宋体;SimSun" w:eastAsia="宋体;SimSun"/>
          <w:color w:val="000000"/>
        </w:rPr>
        <w:t>，点</w:t>
      </w:r>
      <w:r>
        <w:rPr>
          <w:rFonts w:eastAsia="Times New Roman" w:cs="Times New Roman"/>
          <w:i/>
          <w:color w:val="000000"/>
        </w:rPr>
        <w:t>Q</w:t>
      </w:r>
      <w:r>
        <w:rPr>
          <w:rFonts w:ascii="宋体;SimSun" w:hAnsi="宋体;SimSun" w:cs="宋体;SimSun" w:eastAsia="宋体;SimSun"/>
          <w:color w:val="000000"/>
        </w:rPr>
        <w:t>表示的数为</w:t>
      </w:r>
      <w:r>
        <w:rPr>
          <w:rFonts w:eastAsia="Times New Roman" w:cs="Times New Roman"/>
          <w:color w:val="000000"/>
        </w:rPr>
        <w:t>___________</w:t>
      </w:r>
      <w:r>
        <w:rPr>
          <w:rFonts w:ascii="宋体;SimSun" w:hAnsi="宋体;SimSun" w:cs="宋体;SimSun" w:eastAsia="宋体;SimSun"/>
          <w:color w:val="000000"/>
        </w:rPr>
        <w:t>（用含</w:t>
      </w:r>
      <w:r>
        <w:rPr/>
        <w:pict>
          <v:shape id="_x0000_i707903" type="_x0000_tole_rId549" style="width:11.25pt;height:18.1pt" filled="f" o:ole="">
            <v:imagedata r:id="rId1358" o:title=""/>
          </v:shape>
        </w:pict>
      </w:r>
      <w:r>
        <w:rPr>
          <w:rFonts w:ascii="宋体;SimSun" w:hAnsi="宋体;SimSun" w:cs="宋体;SimSun" w:eastAsia="宋体;SimSun"/>
          <w:color w:val="000000"/>
        </w:rPr>
        <w:t>、</w:t>
      </w:r>
      <w:r>
        <w:rPr/>
        <w:pict>
          <v:shape id="_x0000_i707904" type="_x0000_tole_rId551" style="width:11.95pt;height:18.1pt" filled="f" o:ole="">
            <v:imagedata r:id="rId1359" o:title=""/>
          </v:shape>
        </w:pict>
      </w:r>
      <w:r>
        <w:rPr>
          <w:rFonts w:ascii="宋体;SimSun" w:hAnsi="宋体;SimSun" w:cs="宋体;SimSun" w:eastAsia="宋体;SimSun"/>
          <w:color w:val="000000"/>
        </w:rPr>
        <w:t>、</w:t>
      </w:r>
      <w:r>
        <w:rPr>
          <w:rFonts w:eastAsia="Times New Roman" w:cs="Times New Roman"/>
          <w:i/>
          <w:color w:val="000000"/>
        </w:rPr>
        <w:t>t</w:t>
      </w:r>
      <w:r>
        <w:rPr>
          <w:rFonts w:ascii="宋体;SimSun" w:hAnsi="宋体;SimSun" w:cs="宋体;SimSun" w:eastAsia="宋体;SimSun"/>
          <w:color w:val="000000"/>
        </w:rPr>
        <w:t>的代数式表示）；</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eastAsia="宋体;SimSun"/>
          <w:color w:val="000000"/>
        </w:rPr>
        <w:t>点</w:t>
      </w:r>
      <w:r>
        <w:rPr>
          <w:rFonts w:eastAsia="Times New Roman" w:cs="Times New Roman"/>
          <w:i/>
          <w:color w:val="000000"/>
        </w:rPr>
        <w:t>N</w:t>
      </w:r>
      <w:r>
        <w:rPr>
          <w:rFonts w:ascii="宋体;SimSun" w:hAnsi="宋体;SimSun" w:cs="宋体;SimSun" w:eastAsia="宋体;SimSun"/>
          <w:color w:val="000000"/>
        </w:rPr>
        <w:t>为</w:t>
      </w:r>
      <w:r>
        <w:rPr>
          <w:rFonts w:eastAsia="Times New Roman" w:cs="Times New Roman"/>
          <w:i/>
          <w:color w:val="000000"/>
        </w:rPr>
        <w:t>O</w:t>
      </w:r>
      <w:r>
        <w:rPr>
          <w:rFonts w:ascii="宋体;SimSun" w:hAnsi="宋体;SimSun" w:cs="宋体;SimSun" w:eastAsia="宋体;SimSun"/>
          <w:color w:val="000000"/>
        </w:rPr>
        <w:t>、</w:t>
      </w:r>
      <w:r>
        <w:rPr>
          <w:rFonts w:eastAsia="Times New Roman" w:cs="Times New Roman"/>
          <w:i/>
          <w:color w:val="000000"/>
        </w:rPr>
        <w:t>Q</w:t>
      </w:r>
      <w:r>
        <w:rPr>
          <w:rFonts w:ascii="宋体;SimSun" w:hAnsi="宋体;SimSun" w:cs="宋体;SimSun" w:eastAsia="宋体;SimSun"/>
          <w:color w:val="000000"/>
        </w:rPr>
        <w:t>之间</w:t>
      </w:r>
      <w:r>
        <w:rPr>
          <w:rFonts w:ascii="宋体;SimSun" w:hAnsi="宋体;SimSun" w:cs="宋体;SimSun" w:eastAsia="宋体;SimSun"/>
          <w:color w:val="000000"/>
        </w:rPr>
        <w:drawing>
          <wp:inline distT="0" distB="0" distL="0" distR="0">
            <wp:extent cx="133350" cy="177800"/>
            <wp:effectExtent l="0" t="0" r="0" b="0"/>
            <wp:docPr id="2837"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8" name="Image8"/>
                    <pic:cNvPicPr>
                      <a:picLocks noChangeAspect="1" noChangeArrowheads="1"/>
                    </pic:cNvPicPr>
                  </pic:nvPicPr>
                  <pic:blipFill>
                    <a:blip r:embed="rId1360"/>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eastAsia="宋体;SimSun"/>
          <w:color w:val="000000"/>
        </w:rPr>
        <w:t>动点，在</w:t>
      </w:r>
      <w:r>
        <w:rPr>
          <w:rFonts w:eastAsia="Times New Roman" w:cs="Times New Roman"/>
          <w:i/>
          <w:color w:val="000000"/>
        </w:rPr>
        <w:t>P</w:t>
      </w:r>
      <w:r>
        <w:rPr>
          <w:rFonts w:ascii="宋体;SimSun" w:hAnsi="宋体;SimSun" w:cs="宋体;SimSun" w:eastAsia="宋体;SimSun"/>
          <w:color w:val="000000"/>
        </w:rPr>
        <w:t>、</w:t>
      </w:r>
      <w:r>
        <w:rPr>
          <w:rFonts w:eastAsia="Times New Roman" w:cs="Times New Roman"/>
          <w:i/>
          <w:color w:val="000000"/>
        </w:rPr>
        <w:t>Q</w:t>
      </w:r>
      <w:r>
        <w:rPr>
          <w:rFonts w:ascii="宋体;SimSun" w:hAnsi="宋体;SimSun" w:cs="宋体;SimSun" w:eastAsia="宋体;SimSun"/>
          <w:color w:val="000000"/>
        </w:rPr>
        <w:t>运动过程中，</w:t>
      </w:r>
      <w:r>
        <w:rPr>
          <w:rFonts w:eastAsia="Times New Roman" w:cs="Times New Roman"/>
          <w:i/>
          <w:color w:val="000000"/>
        </w:rPr>
        <w:t>NP</w:t>
      </w:r>
      <w:r>
        <w:rPr>
          <w:rFonts w:ascii="宋体;SimSun" w:hAnsi="宋体;SimSun" w:cs="宋体;SimSun" w:eastAsia="宋体;SimSun"/>
          <w:color w:val="000000"/>
        </w:rPr>
        <w:t>始终为定值，设</w:t>
      </w:r>
      <w:r>
        <w:rPr/>
        <w:pict>
          <v:shape id="_x0000_i707905" type="_x0000_tole_rId554" style="width:43pt;height:15.5pt" filled="f" o:ole="">
            <v:imagedata r:id="rId1361" o:title=""/>
          </v:shape>
        </w:pict>
      </w:r>
      <w:r>
        <w:rPr>
          <w:rFonts w:ascii="宋体;SimSun" w:hAnsi="宋体;SimSun" w:cs="宋体;SimSun" w:eastAsia="宋体;SimSun"/>
          <w:color w:val="000000"/>
        </w:rPr>
        <w:t>，</w:t>
      </w:r>
      <w:r>
        <w:rPr/>
        <w:pict>
          <v:shape id="_x0000_i707906" type="_x0000_tole_rId556" style="width:39.2pt;height:15.6pt" filled="f" o:ole="">
            <v:imagedata r:id="rId1362" o:title=""/>
          </v:shape>
        </w:pict>
      </w:r>
      <w:r>
        <w:rPr>
          <w:rFonts w:ascii="宋体;SimSun" w:hAnsi="宋体;SimSun" w:cs="宋体;SimSun" w:eastAsia="宋体;SimSun"/>
          <w:color w:val="000000"/>
        </w:rPr>
        <w:t>，若</w:t>
      </w:r>
      <w:r>
        <w:rPr/>
        <w:pict>
          <v:shape id="_x0000_i707907" type="_x0000_tole_rId558" style="width:37.05pt;height:13.95pt" filled="f" o:ole="">
            <v:imagedata r:id="rId1363" o:title=""/>
          </v:shape>
        </w:pict>
      </w:r>
      <w:r>
        <w:rPr>
          <w:rFonts w:ascii="宋体;SimSun" w:hAnsi="宋体;SimSun" w:cs="宋体;SimSun" w:eastAsia="宋体;SimSun"/>
          <w:color w:val="000000"/>
        </w:rPr>
        <w:t>，探究</w:t>
      </w:r>
      <w:r>
        <w:rPr/>
        <w:pict>
          <v:shape id="_x0000_i707908" type="_x0000_tole_rId560" style="width:11.25pt;height:18.1pt" filled="f" o:ole="">
            <v:imagedata r:id="rId1364" o:title=""/>
          </v:shape>
        </w:pict>
      </w:r>
      <w:r>
        <w:rPr>
          <w:rFonts w:ascii="宋体;SimSun" w:hAnsi="宋体;SimSun" w:cs="宋体;SimSun" w:eastAsia="宋体;SimSun"/>
          <w:color w:val="000000"/>
        </w:rPr>
        <w:t>、</w:t>
      </w:r>
      <w:r>
        <w:rPr/>
        <w:pict>
          <v:shape id="_x0000_i707909" type="_x0000_tole_rId562" style="width:11.95pt;height:18.1pt" filled="f" o:ole="">
            <v:imagedata r:id="rId1365" o:title=""/>
          </v:shape>
        </w:pict>
      </w:r>
      <w:r>
        <w:rPr>
          <w:rFonts w:ascii="宋体;SimSun" w:hAnsi="宋体;SimSun" w:cs="宋体;SimSun" w:eastAsia="宋体;SimSun"/>
          <w:color w:val="000000"/>
        </w:rPr>
        <w:t>满足的等量关系．</w:t>
      </w:r>
    </w:p>
    <w:p>
      <w:pPr>
        <w:pStyle w:val="Normal"/>
        <w:spacing w:lineRule="auto" w:line="360"/>
        <w:jc w:val="start"/>
        <w:textAlignment w:val="center"/>
        <w:rPr>
          <w:color w:val="000000"/>
        </w:rPr>
      </w:pPr>
      <w:r>
        <w:rPr>
          <w:rFonts w:eastAsia="宋体;SimSun" w:cs="宋体;SimSun" w:ascii="宋体;SimSun" w:hAnsi="宋体;SimSun"/>
          <w:color w:val="000000"/>
        </w:rPr>
        <w:drawing>
          <wp:inline distT="0" distB="0" distL="0" distR="0">
            <wp:extent cx="3162300" cy="419100"/>
            <wp:effectExtent l="0" t="0" r="0" b="0"/>
            <wp:docPr id="2839"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 name="Image9"/>
                    <pic:cNvPicPr>
                      <a:picLocks noChangeAspect="1" noChangeArrowheads="1"/>
                    </pic:cNvPicPr>
                  </pic:nvPicPr>
                  <pic:blipFill>
                    <a:blip r:embed="rId1366"/>
                    <a:srcRect l="-7" t="-54" r="-7" b="-54"/>
                    <a:stretch>
                      <a:fillRect/>
                    </a:stretch>
                  </pic:blipFill>
                  <pic:spPr bwMode="auto">
                    <a:xfrm>
                      <a:off x="0" y="0"/>
                      <a:ext cx="3162300" cy="419100"/>
                    </a:xfrm>
                    <a:prstGeom prst="rect">
                      <a:avLst/>
                    </a:prstGeom>
                    <a:noFill/>
                  </pic:spPr>
                </pic:pic>
              </a:graphicData>
            </a:graphic>
          </wp:inline>
        </w:drawing>
      </w:r>
      <w:r>
        <w:rPr>
          <w:rFonts w:eastAsia="宋体;SimSun" w:cs="宋体;SimSun" w:ascii="宋体;SimSun" w:hAnsi="宋体;SimSun"/>
          <w:color w:val="000000"/>
        </w:rPr>
        <w:br/>
      </w:r>
    </w:p>
    <w:p>
      <w:pPr>
        <w:pStyle w:val="Normal"/>
        <w:spacing w:lineRule="auto" w:line="360"/>
        <w:textAlignment w:val="center"/>
        <w:rPr>
          <w:rFonts w:ascii="宋体;SimSun" w:hAnsi="宋体;SimSun" w:eastAsia="宋体;SimSun" w:cs="宋体;SimSun"/>
          <w:color w:val="000000"/>
        </w:rPr>
      </w:pPr>
      <w:r>
        <w:rPr>
          <w:color w:val="2E75B6"/>
        </w:rPr>
        <w:t>【答案】</w:t>
      </w: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w:t>
      </w:r>
      <w:r>
        <w:rPr>
          <w:rFonts w:eastAsia="Times New Roman" w:cs="Times New Roman"/>
          <w:color w:val="000000"/>
        </w:rPr>
        <w:t>8</w:t>
      </w: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w:t>
      </w:r>
      <w:r>
        <w:rPr>
          <w:rFonts w:eastAsia="Times New Roman" w:cs="Times New Roman"/>
          <w:color w:val="000000"/>
        </w:rPr>
        <w:t>4</w:t>
      </w:r>
      <w:r>
        <w:rPr>
          <w:rFonts w:ascii="宋体;SimSun" w:hAnsi="宋体;SimSun" w:cs="宋体;SimSun" w:eastAsia="宋体;SimSun"/>
          <w:color w:val="000000"/>
        </w:rPr>
        <w:t>或</w:t>
      </w:r>
      <w:r>
        <w:rPr>
          <w:rFonts w:eastAsia="Times New Roman" w:cs="Times New Roman"/>
          <w:color w:val="000000"/>
        </w:rPr>
        <w:t>10</w:t>
      </w: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）①</w:t>
      </w:r>
      <w:r>
        <w:rPr/>
        <w:pict>
          <v:shape id="_x0000_i707910" type="_x0000_tole_rId565" style="width:21.9pt;height:17.85pt" filled="f" o:ole="">
            <v:imagedata r:id="rId1367" o:title=""/>
          </v:shape>
        </w:pict>
      </w:r>
      <w:r>
        <w:rPr>
          <w:rFonts w:ascii="宋体;SimSun" w:hAnsi="宋体;SimSun" w:cs="宋体;SimSun" w:eastAsia="宋体;SimSun"/>
          <w:color w:val="000000"/>
        </w:rPr>
        <w:t>，</w:t>
      </w:r>
      <w:r>
        <w:rPr/>
        <w:pict>
          <v:shape id="_x0000_i707911" type="_x0000_tole_rId567" style="width:33.2pt;height:18pt" filled="f" o:ole="">
            <v:imagedata r:id="rId1368" o:title=""/>
          </v:shape>
        </w:pict>
      </w:r>
      <w:r>
        <w:rPr>
          <w:rFonts w:ascii="宋体;SimSun" w:hAnsi="宋体;SimSun" w:cs="宋体;SimSun" w:eastAsia="宋体;SimSun"/>
          <w:color w:val="000000"/>
        </w:rPr>
        <w:t>；②</w:t>
      </w:r>
      <w:r>
        <w:rPr/>
        <w:pict>
          <v:shape id="_x0000_i707912" type="_x0000_tole_rId569" style="width:42pt;height:30.75pt" filled="f" o:ole="">
            <v:imagedata r:id="rId1369" o:title=""/>
          </v:shape>
        </w:pict>
      </w:r>
    </w:p>
    <w:p>
      <w:pPr>
        <w:pStyle w:val="Normal"/>
        <w:spacing w:lineRule="auto" w:line="360"/>
        <w:textAlignment w:val="center"/>
        <w:rPr>
          <w:color w:val="000000"/>
        </w:rPr>
      </w:pPr>
      <w:r>
        <w:rPr>
          <w:color w:val="2E75B6"/>
        </w:rPr>
        <w:t>【解析】</w:t>
      </w:r>
    </w:p>
    <w:p>
      <w:pPr>
        <w:pStyle w:val="Normal"/>
        <w:spacing w:lineRule="auto" w:line="360"/>
        <w:textAlignment w:val="center"/>
        <w:rPr/>
      </w:pPr>
      <w:r>
        <w:rPr>
          <w:color w:val="000000"/>
        </w:rPr>
        <w:t>【分析】</w:t>
      </w: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）将</w:t>
      </w:r>
      <w:r>
        <w:rPr>
          <w:rFonts w:eastAsia="Times New Roman" w:cs="Times New Roman"/>
          <w:i/>
          <w:color w:val="000000"/>
        </w:rPr>
        <w:t>B</w:t>
      </w:r>
      <w:r>
        <w:rPr>
          <w:rFonts w:ascii="宋体;SimSun" w:hAnsi="宋体;SimSun" w:cs="宋体;SimSun" w:eastAsia="宋体;SimSun"/>
          <w:color w:val="000000"/>
        </w:rPr>
        <w:t>点表示的数减去</w:t>
      </w:r>
      <w:r>
        <w:rPr>
          <w:rFonts w:eastAsia="Times New Roman" w:cs="Times New Roman"/>
          <w:i/>
          <w:color w:val="000000"/>
        </w:rPr>
        <w:t>A</w:t>
      </w:r>
      <w:r>
        <w:rPr>
          <w:rFonts w:ascii="宋体;SimSun" w:hAnsi="宋体;SimSun" w:cs="宋体;SimSun" w:eastAsia="宋体;SimSun"/>
          <w:color w:val="000000"/>
        </w:rPr>
        <w:t>点表示的数即可求得</w:t>
      </w:r>
      <w:r>
        <w:rPr/>
        <w:pict>
          <v:shape id="_x0000_i707913" type="_x0000_tole_rId571" style="width:20.5pt;height:13pt" filled="f" o:ole="">
            <v:imagedata r:id="rId1370" o:title=""/>
          </v:shape>
        </w:pict>
      </w:r>
      <w:r>
        <w:rPr>
          <w:rFonts w:ascii="宋体;SimSun" w:hAnsi="宋体;SimSun" w:cs="宋体;SimSun" w:eastAsia="宋体;SimSun"/>
          <w:color w:val="000000"/>
        </w:rPr>
        <w:t>的距离；</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）分</w:t>
      </w:r>
      <w:r>
        <w:rPr>
          <w:rFonts w:eastAsia="Times New Roman" w:cs="Times New Roman"/>
          <w:i/>
          <w:color w:val="000000"/>
        </w:rPr>
        <w:t>C</w:t>
      </w:r>
      <w:r>
        <w:rPr>
          <w:rFonts w:ascii="宋体;SimSun" w:hAnsi="宋体;SimSun" w:cs="宋体;SimSun" w:eastAsia="宋体;SimSun"/>
          <w:color w:val="000000"/>
        </w:rPr>
        <w:t>点在线段</w:t>
      </w:r>
      <w:r>
        <w:rPr/>
        <w:pict>
          <v:shape id="_x0000_i707914" type="_x0000_tole_rId573" style="width:11.25pt;height:11.9pt" filled="f" o:ole="">
            <v:imagedata r:id="rId1371" o:title=""/>
          </v:shape>
        </w:pict>
      </w:r>
      <w:r>
        <w:rPr/>
        <w:pict>
          <v:shape id="_x0000_i707915" type="_x0000_tole_rId575" style="width:12pt;height:12pt" filled="f" o:ole="">
            <v:imagedata r:id="rId1372" o:title=""/>
          </v:shape>
        </w:pict>
      </w:r>
      <w:r>
        <w:rPr>
          <w:rFonts w:ascii="宋体;SimSun" w:hAnsi="宋体;SimSun" w:cs="宋体;SimSun" w:eastAsia="宋体;SimSun"/>
          <w:color w:val="000000"/>
        </w:rPr>
        <w:t>的延长线上，线段</w:t>
      </w:r>
      <w:r>
        <w:rPr/>
        <w:pict>
          <v:shape id="_x0000_i707916" type="_x0000_tole_rId577" style="width:20.5pt;height:13pt" filled="f" o:ole="">
            <v:imagedata r:id="rId1373" o:title=""/>
          </v:shape>
        </w:pict>
      </w:r>
      <w:r>
        <w:rPr>
          <w:rFonts w:ascii="宋体;SimSun" w:hAnsi="宋体;SimSun" w:cs="宋体;SimSun" w:eastAsia="宋体;SimSun"/>
          <w:color w:val="000000"/>
        </w:rPr>
        <w:t>上，线段</w:t>
      </w:r>
      <w:r>
        <w:rPr/>
        <w:pict>
          <v:shape id="_x0000_i707917" type="_x0000_tole_rId579" style="width:20.5pt;height:13pt" filled="f" o:ole="">
            <v:imagedata r:id="rId1374" o:title=""/>
          </v:shape>
        </w:pict>
      </w:r>
      <w:r>
        <w:rPr>
          <w:rFonts w:ascii="宋体;SimSun" w:hAnsi="宋体;SimSun" w:cs="宋体;SimSun" w:eastAsia="宋体;SimSun"/>
          <w:color w:val="000000"/>
        </w:rPr>
        <w:t>的延长线上三种情况分析，根据</w:t>
      </w:r>
      <w:r>
        <w:rPr/>
        <w:pict>
          <v:shape id="_x0000_i707918" type="_x0000_tole_rId581" style="width:33.75pt;height:15.75pt" filled="f" o:ole="">
            <v:imagedata r:id="rId1375" o:title=""/>
          </v:shape>
        </w:pict>
      </w:r>
      <w:r>
        <w:rPr>
          <w:rFonts w:ascii="宋体;SimSun" w:hAnsi="宋体;SimSun" w:cs="宋体;SimSun" w:eastAsia="宋体;SimSun"/>
          <w:color w:val="000000"/>
        </w:rPr>
        <w:t>，则点</w:t>
      </w:r>
      <w:r>
        <w:rPr>
          <w:rFonts w:eastAsia="Times New Roman" w:cs="Times New Roman"/>
          <w:i/>
          <w:color w:val="000000"/>
        </w:rPr>
        <w:t>C</w:t>
      </w:r>
      <w:r>
        <w:rPr>
          <w:rFonts w:ascii="宋体;SimSun" w:hAnsi="宋体;SimSun" w:cs="宋体;SimSun" w:eastAsia="宋体;SimSun"/>
          <w:color w:val="000000"/>
        </w:rPr>
        <w:t>不可能在线段</w:t>
      </w:r>
      <w:r>
        <w:rPr/>
        <w:pict>
          <v:shape id="_x0000_i707919" type="_x0000_tole_rId583" style="width:11.25pt;height:11.9pt" filled="f" o:ole="">
            <v:imagedata r:id="rId1376" o:title=""/>
          </v:shape>
        </w:pict>
      </w:r>
      <w:r>
        <w:rPr/>
        <w:pict>
          <v:shape id="_x0000_i707920" type="_x0000_tole_rId585" style="width:12pt;height:12pt" filled="f" o:ole="">
            <v:imagedata r:id="rId1377" o:title=""/>
          </v:shape>
        </w:pict>
      </w:r>
      <w:r>
        <w:rPr>
          <w:rFonts w:ascii="宋体;SimSun" w:hAnsi="宋体;SimSun" w:cs="宋体;SimSun" w:eastAsia="宋体;SimSun"/>
          <w:color w:val="000000"/>
        </w:rPr>
        <w:t>的延长线上，根据另两种情况分析列出一元一次方程解方程求解即可；</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）①根据速度乘以时间得到路程，根据运动方向即可求得</w:t>
      </w:r>
      <w:r>
        <w:rPr>
          <w:rFonts w:eastAsia="Times New Roman" w:cs="Times New Roman"/>
          <w:i/>
          <w:color w:val="000000"/>
        </w:rPr>
        <w:t>P</w:t>
      </w:r>
      <w:r>
        <w:rPr>
          <w:rFonts w:eastAsia="Times New Roman" w:cs="Times New Roman"/>
          <w:color w:val="000000"/>
        </w:rPr>
        <w:t>,</w:t>
      </w:r>
      <w:r>
        <w:rPr>
          <w:rFonts w:eastAsia="Times New Roman" w:cs="Times New Roman"/>
          <w:i/>
          <w:color w:val="000000"/>
        </w:rPr>
        <w:t>Q</w:t>
      </w:r>
      <w:r>
        <w:rPr>
          <w:rFonts w:ascii="宋体;SimSun" w:hAnsi="宋体;SimSun" w:cs="宋体;SimSun" w:eastAsia="宋体;SimSun"/>
          <w:color w:val="000000"/>
        </w:rPr>
        <w:t>点表示数；</w: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eastAsia="宋体;SimSun"/>
          <w:color w:val="000000"/>
        </w:rPr>
        <w:t>先求得</w:t>
      </w:r>
      <w:r>
        <w:rPr/>
        <w:pict>
          <v:shape id="_x0000_i707921" type="_x0000_tole_rId587" style="width:39.2pt;height:15.6pt" filled="f" o:ole="">
            <v:imagedata r:id="rId1378" o:title=""/>
          </v:shape>
        </w:pict>
      </w:r>
      <w:r>
        <w:rPr/>
        <w:pict>
          <v:shape id="_x0000_i707922" type="_x0000_tole_rId589" style="width:42pt;height:18pt" filled="f" o:ole="">
            <v:imagedata r:id="rId1379" o:title=""/>
          </v:shape>
        </w:pict>
      </w:r>
      <w:r>
        <w:rPr>
          <w:rFonts w:ascii="宋体;SimSun" w:hAnsi="宋体;SimSun" w:cs="宋体;SimSun" w:eastAsia="宋体;SimSun"/>
          <w:color w:val="000000"/>
        </w:rPr>
        <w:t>，根据</w:t>
      </w:r>
      <w:r>
        <w:rPr/>
        <w:pict>
          <v:shape id="_x0000_i707923" type="_x0000_tole_rId591" style="width:37.05pt;height:13.95pt" filled="f" o:ole="">
            <v:imagedata r:id="rId1380" o:title=""/>
          </v:shape>
        </w:pict>
      </w:r>
      <w:r>
        <w:rPr>
          <w:rFonts w:ascii="宋体;SimSun" w:hAnsi="宋体;SimSun" w:cs="宋体;SimSun" w:eastAsia="宋体;SimSun"/>
          <w:color w:val="000000"/>
        </w:rPr>
        <w:t>求得</w:t>
      </w:r>
      <w:r>
        <w:rPr/>
        <w:pict>
          <v:shape id="_x0000_i707924" type="_x0000_tole_rId593" style="width:12.75pt;height:11.25pt" filled="f" o:ole="">
            <v:imagedata r:id="rId1381" o:title=""/>
          </v:shape>
        </w:pict>
      </w:r>
      <w:r>
        <w:rPr>
          <w:rFonts w:ascii="宋体;SimSun" w:hAnsi="宋体;SimSun" w:cs="宋体;SimSun" w:eastAsia="宋体;SimSun"/>
          <w:color w:val="000000"/>
        </w:rPr>
        <w:t>，即可求得</w:t>
      </w:r>
      <w:r>
        <w:rPr/>
        <w:pict>
          <v:shape id="_x0000_i707925" type="_x0000_tole_rId595" style="width:14.25pt;height:14.25pt" filled="f" o:ole="">
            <v:imagedata r:id="rId1382" o:title=""/>
          </v:shape>
        </w:pict>
      </w:r>
      <w:r>
        <w:rPr>
          <w:rFonts w:ascii="宋体;SimSun" w:hAnsi="宋体;SimSun" w:cs="宋体;SimSun" w:eastAsia="宋体;SimSun"/>
          <w:color w:val="000000"/>
        </w:rPr>
        <w:t>点表示的数，进而求得</w:t>
      </w:r>
      <w:r>
        <w:rPr/>
        <w:pict>
          <v:shape id="_x0000_i707926" type="_x0000_tole_rId597" style="width:21.75pt;height:14.25pt" filled="f" o:ole="">
            <v:imagedata r:id="rId1383" o:title=""/>
          </v:shape>
        </w:pict>
      </w:r>
      <w:r>
        <w:rPr>
          <w:rFonts w:ascii="宋体;SimSun" w:hAnsi="宋体;SimSun" w:cs="宋体;SimSun" w:eastAsia="宋体;SimSun"/>
          <w:color w:val="000000"/>
        </w:rPr>
        <w:t>的长度，根据</w:t>
      </w:r>
      <w:r>
        <w:rPr>
          <w:rFonts w:eastAsia="Times New Roman" w:cs="Times New Roman"/>
          <w:i/>
          <w:color w:val="000000"/>
        </w:rPr>
        <w:t>NP</w:t>
      </w:r>
      <w:r>
        <w:rPr>
          <w:rFonts w:ascii="宋体;SimSun" w:hAnsi="宋体;SimSun" w:cs="宋体;SimSun" w:eastAsia="宋体;SimSun"/>
          <w:color w:val="000000"/>
        </w:rPr>
        <w:t>始终为定值，即可求得</w:t>
      </w:r>
      <w:r>
        <w:rPr/>
        <w:pict>
          <v:shape id="_x0000_i707927" type="_x0000_tole_rId599" style="width:11.25pt;height:18.1pt" filled="f" o:ole="">
            <v:imagedata r:id="rId1384" o:title=""/>
          </v:shape>
        </w:pict>
      </w:r>
      <w:r>
        <w:rPr>
          <w:rFonts w:ascii="宋体;SimSun" w:hAnsi="宋体;SimSun" w:cs="宋体;SimSun" w:eastAsia="宋体;SimSun"/>
          <w:color w:val="000000"/>
        </w:rPr>
        <w:t>、</w:t>
      </w:r>
      <w:r>
        <w:rPr/>
        <w:pict>
          <v:shape id="_x0000_i707928" type="_x0000_tole_rId601" style="width:11.95pt;height:18.1pt" filled="f" o:ole="">
            <v:imagedata r:id="rId1385" o:title=""/>
          </v:shape>
        </w:pict>
      </w:r>
      <w:r>
        <w:rPr>
          <w:rFonts w:ascii="宋体;SimSun" w:hAnsi="宋体;SimSun" w:cs="宋体;SimSun" w:eastAsia="宋体;SimSun"/>
          <w:color w:val="000000"/>
        </w:rPr>
        <w:t>满足的等量关系</w:t>
      </w:r>
    </w:p>
    <w:p>
      <w:pPr>
        <w:pStyle w:val="Normal"/>
        <w:spacing w:lineRule="auto" w:line="360"/>
        <w:jc w:val="start"/>
        <w:textAlignment w:val="center"/>
        <w:rPr/>
      </w:pPr>
      <w:r>
        <w:rPr>
          <w:color w:val="000000"/>
        </w:rPr>
        <w:t>【详解】</w:t>
      </w:r>
      <w:r>
        <w:rPr>
          <w:rFonts w:ascii="宋体;SimSun" w:hAnsi="宋体;SimSun" w:cs="宋体;SimSun" w:eastAsia="宋体;SimSun"/>
          <w:color w:val="000000"/>
        </w:rPr>
        <w:t>（</w:t>
      </w:r>
      <w:r>
        <w:rPr>
          <w:rFonts w:eastAsia="Times New Roman" w:cs="Times New Roman"/>
          <w:color w:val="000000"/>
        </w:rPr>
        <w:t>1</w:t>
      </w:r>
      <w:r>
        <w:rPr>
          <w:rFonts w:ascii="宋体;SimSun" w:hAnsi="宋体;SimSun" w:cs="宋体;SimSun" w:eastAsia="宋体;SimSun"/>
          <w:color w:val="000000"/>
        </w:rPr>
        <w:t>）</w:t>
      </w:r>
      <w:r>
        <w:rPr/>
        <w:pict>
          <v:shape id="_x0000_i707929" type="_x0000_tole_rId603" style="width:11.25pt;height:9.75pt" filled="f" o:ole="">
            <v:imagedata r:id="rId1386" o:title=""/>
          </v:shape>
        </w:pict>
      </w:r>
      <w:r>
        <w:rPr>
          <w:rFonts w:ascii="宋体;SimSun" w:hAnsi="宋体;SimSun" w:cs="宋体;SimSun" w:eastAsia="宋体;SimSun"/>
          <w:color w:val="000000"/>
        </w:rPr>
        <w:t>点</w:t>
      </w:r>
      <w:r>
        <w:rPr>
          <w:rFonts w:eastAsia="Times New Roman" w:cs="Times New Roman"/>
          <w:i/>
          <w:color w:val="000000"/>
        </w:rPr>
        <w:t>A</w:t>
      </w:r>
      <w:r>
        <w:rPr>
          <w:rFonts w:ascii="宋体;SimSun" w:hAnsi="宋体;SimSun" w:cs="宋体;SimSun" w:eastAsia="宋体;SimSun"/>
          <w:color w:val="000000"/>
        </w:rPr>
        <w:t>表示－</w:t>
      </w:r>
      <w:r>
        <w:rPr>
          <w:rFonts w:eastAsia="Times New Roman" w:cs="Times New Roman"/>
          <w:color w:val="000000"/>
        </w:rPr>
        <w:t>2</w:t>
      </w:r>
      <w:r>
        <w:rPr>
          <w:rFonts w:ascii="宋体;SimSun" w:hAnsi="宋体;SimSun" w:cs="宋体;SimSun" w:eastAsia="宋体;SimSun"/>
          <w:color w:val="000000"/>
        </w:rPr>
        <w:t>，点</w:t>
      </w:r>
      <w:r>
        <w:rPr>
          <w:rFonts w:eastAsia="Times New Roman" w:cs="Times New Roman"/>
          <w:i/>
          <w:color w:val="000000"/>
        </w:rPr>
        <w:t>B</w:t>
      </w:r>
      <w:r>
        <w:rPr>
          <w:rFonts w:ascii="宋体;SimSun" w:hAnsi="宋体;SimSun" w:cs="宋体;SimSun" w:eastAsia="宋体;SimSun"/>
          <w:color w:val="000000"/>
        </w:rPr>
        <w:t>表示</w:t>
      </w:r>
      <w:r>
        <w:rPr>
          <w:rFonts w:eastAsia="Times New Roman" w:cs="Times New Roman"/>
          <w:color w:val="000000"/>
        </w:rPr>
        <w:t>6</w:t>
      </w:r>
    </w:p>
    <w:p>
      <w:pPr>
        <w:pStyle w:val="Normal"/>
        <w:spacing w:lineRule="auto" w:line="360"/>
        <w:jc w:val="start"/>
        <w:textAlignment w:val="center"/>
        <w:rPr>
          <w:rFonts w:ascii="宋体;SimSun" w:hAnsi="宋体;SimSun" w:eastAsia="宋体;SimSun" w:cs="宋体;SimSun"/>
          <w:color w:val="000000"/>
        </w:rPr>
      </w:pPr>
      <w:r>
        <w:rPr/>
        <w:pict>
          <v:shape id="_x0000_i707930" type="_x0000_tole_rId605" style="width:29.25pt;height:12.75pt" filled="f" o:ole="">
            <v:imagedata r:id="rId1387" o:title=""/>
          </v:shape>
        </w:pict>
      </w:r>
      <w:r>
        <w:rPr>
          <w:rFonts w:ascii="宋体;SimSun" w:hAnsi="宋体;SimSun" w:cs="宋体;SimSun" w:eastAsia="宋体;SimSun"/>
          <w:color w:val="000000"/>
        </w:rPr>
        <w:t>的距离为：</w:t>
      </w:r>
      <w:r>
        <w:rPr/>
        <w:pict>
          <v:shape id="_x0000_i707931" type="_x0000_tole_rId607" style="width:58.8pt;height:19.8pt" filled="f" o:ole="">
            <v:imagedata r:id="rId1388" o:title=""/>
          </v:shape>
        </w:pict>
      </w:r>
    </w:p>
    <w:p>
      <w:pPr>
        <w:pStyle w:val="Normal"/>
        <w:spacing w:lineRule="auto" w:line="360"/>
        <w:jc w:val="start"/>
        <w:textAlignment w:val="center"/>
        <w:rPr/>
      </w:pPr>
      <w:r>
        <w:rPr>
          <w:rFonts w:ascii="宋体;SimSun" w:hAnsi="宋体;SimSun" w:cs="宋体;SimSun" w:eastAsia="宋体;SimSun"/>
          <w:color w:val="000000"/>
        </w:rPr>
        <w:t>故答案为：</w:t>
      </w:r>
      <w:r>
        <w:rPr>
          <w:rFonts w:eastAsia="Times New Roman" w:cs="Times New Roman"/>
          <w:color w:val="000000"/>
        </w:rPr>
        <w:t xml:space="preserve">8                             </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2</w:t>
      </w:r>
      <w:r>
        <w:rPr>
          <w:rFonts w:ascii="宋体;SimSun" w:hAnsi="宋体;SimSun" w:cs="宋体;SimSun" w:eastAsia="宋体;SimSun"/>
          <w:color w:val="000000"/>
        </w:rPr>
        <w:t>）点</w:t>
      </w:r>
      <w:r>
        <w:rPr>
          <w:rFonts w:eastAsia="Times New Roman" w:cs="Times New Roman"/>
          <w:i/>
          <w:color w:val="000000"/>
        </w:rPr>
        <w:t>C</w:t>
      </w:r>
      <w:r>
        <w:rPr>
          <w:rFonts w:ascii="宋体;SimSun" w:hAnsi="宋体;SimSun" w:cs="宋体;SimSun" w:eastAsia="宋体;SimSun"/>
          <w:color w:val="000000"/>
        </w:rPr>
        <w:t>表示的数为</w:t>
      </w:r>
      <w:r>
        <w:rPr>
          <w:rFonts w:eastAsia="Times New Roman" w:cs="Times New Roman"/>
          <w:i/>
          <w:color w:val="000000"/>
        </w:rPr>
        <w:t>c</w:t>
      </w:r>
      <w:r>
        <w:rPr>
          <w:rFonts w:ascii="宋体;SimSun" w:hAnsi="宋体;SimSun" w:cs="宋体;SimSun" w:eastAsia="宋体;SimSun"/>
          <w:color w:val="000000"/>
        </w:rPr>
        <w:t>，设</w:t>
      </w:r>
      <w:r>
        <w:rPr/>
        <w:pict>
          <v:shape id="_x0000_i707932" type="_x0000_tole_rId609" style="width:75.2pt;height:15.6pt" filled="f" o:ole="">
            <v:imagedata r:id="rId1389" o:title=""/>
          </v:shape>
        </w:pict>
      </w:r>
      <w:r>
        <w:rPr>
          <w:rFonts w:ascii="宋体;SimSun" w:hAnsi="宋体;SimSun" w:cs="宋体;SimSun" w:eastAsia="宋体;SimSun"/>
          <w:color w:val="000000"/>
        </w:rPr>
        <w:t>，若</w:t>
      </w:r>
      <w:r>
        <w:rPr/>
        <w:pict>
          <v:shape id="_x0000_i707933" type="_x0000_tole_rId611" style="width:33.75pt;height:15.75pt" filled="f" o:ole="">
            <v:imagedata r:id="rId1390" o:title=""/>
          </v:shape>
        </w:pict>
      </w:r>
      <w:r>
        <w:rPr>
          <w:rFonts w:ascii="宋体;SimSun" w:hAnsi="宋体;SimSun" w:cs="宋体;SimSun" w:eastAsia="宋体;SimSun"/>
          <w:color w:val="000000"/>
        </w:rPr>
        <w:t>，</w:t>
      </w:r>
    </w:p>
    <w:p>
      <w:pPr>
        <w:pStyle w:val="Normal"/>
        <w:spacing w:lineRule="auto" w:line="360"/>
        <w:jc w:val="start"/>
        <w:textAlignment w:val="center"/>
        <w:rPr/>
      </w:pPr>
      <w:r>
        <w:rPr>
          <w:rFonts w:eastAsia="宋体;SimSun" w:cs="宋体;SimSun" w:ascii="宋体;SimSun" w:hAnsi="宋体;SimSun"/>
          <w:color w:val="000000"/>
        </w:rPr>
        <w:t>①</w:t>
      </w:r>
      <w:r>
        <w:rPr>
          <w:rFonts w:ascii="宋体;SimSun" w:hAnsi="宋体;SimSun" w:cs="宋体;SimSun" w:eastAsia="宋体;SimSun"/>
          <w:color w:val="000000"/>
        </w:rPr>
        <w:t>点</w:t>
      </w:r>
      <w:r>
        <w:rPr>
          <w:rFonts w:eastAsia="Times New Roman" w:cs="Times New Roman"/>
          <w:color w:val="000000"/>
        </w:rPr>
        <w:t>C</w:t>
      </w:r>
      <w:r>
        <w:rPr>
          <w:rFonts w:ascii="宋体;SimSun" w:hAnsi="宋体;SimSun" w:cs="宋体;SimSun" w:eastAsia="宋体;SimSun"/>
          <w:color w:val="000000"/>
        </w:rPr>
        <w:t>在线段</w:t>
      </w:r>
      <w:r>
        <w:rPr/>
        <w:pict>
          <v:shape id="_x0000_i707934" type="_x0000_tole_rId613" style="width:20.5pt;height:13pt" filled="f" o:ole="">
            <v:imagedata r:id="rId1391" o:title=""/>
          </v:shape>
        </w:pict>
      </w:r>
      <w:r>
        <w:rPr>
          <w:rFonts w:ascii="宋体;SimSun" w:hAnsi="宋体;SimSun" w:cs="宋体;SimSun" w:eastAsia="宋体;SimSun"/>
          <w:color w:val="000000"/>
        </w:rPr>
        <w:t>上时，则</w:t>
      </w:r>
      <w:r>
        <w:rPr/>
        <w:pict>
          <v:shape id="_x0000_i707935" type="_x0000_tole_rId615" style="width:132pt;height:20pt" filled="f" o:ole="">
            <v:imagedata r:id="rId1392" o:title=""/>
          </v:shape>
        </w:pic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则</w:t>
      </w:r>
      <w:r>
        <w:rPr/>
        <w:pict>
          <v:shape id="_x0000_i707936" type="_x0000_tole_rId617" style="width:72pt;height:20pt" filled="f" o:ole="">
            <v:imagedata r:id="rId1393"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解得</w:t>
      </w:r>
      <w:r>
        <w:rPr/>
        <w:pict>
          <v:shape id="_x0000_i707937" type="_x0000_tole_rId619" style="width:27pt;height:14.25pt" filled="f" o:ole="">
            <v:imagedata r:id="rId1394" o:title=""/>
          </v:shape>
        </w:pict>
      </w:r>
    </w:p>
    <w:p>
      <w:pPr>
        <w:pStyle w:val="Normal"/>
        <w:spacing w:lineRule="auto" w:line="360"/>
        <w:jc w:val="start"/>
        <w:textAlignment w:val="center"/>
        <w:rPr/>
      </w:pPr>
      <w:r>
        <w:rPr>
          <w:rFonts w:eastAsia="宋体;SimSun" w:cs="宋体;SimSun" w:ascii="宋体;SimSun" w:hAnsi="宋体;SimSun"/>
          <w:color w:val="000000"/>
        </w:rPr>
        <w:t>②</w:t>
      </w:r>
      <w:r>
        <w:rPr>
          <w:rFonts w:ascii="宋体;SimSun" w:hAnsi="宋体;SimSun" w:cs="宋体;SimSun" w:eastAsia="宋体;SimSun"/>
          <w:color w:val="000000"/>
        </w:rPr>
        <w:t>点</w:t>
      </w:r>
      <w:r>
        <w:rPr>
          <w:rFonts w:eastAsia="Times New Roman" w:cs="Times New Roman"/>
          <w:color w:val="000000"/>
        </w:rPr>
        <w:t>C</w:t>
      </w:r>
      <w:r>
        <w:rPr>
          <w:rFonts w:ascii="宋体;SimSun" w:hAnsi="宋体;SimSun" w:cs="宋体;SimSun" w:eastAsia="宋体;SimSun"/>
          <w:color w:val="000000"/>
        </w:rPr>
        <w:t>在线段</w:t>
      </w:r>
      <w:r>
        <w:rPr/>
        <w:pict>
          <v:shape id="_x0000_i707938" type="_x0000_tole_rId621" style="width:20.5pt;height:13pt" filled="f" o:ole="">
            <v:imagedata r:id="rId1395" o:title=""/>
          </v:shape>
        </w:pict>
      </w:r>
      <w:r>
        <w:rPr>
          <w:rFonts w:ascii="宋体;SimSun" w:hAnsi="宋体;SimSun" w:cs="宋体;SimSun" w:eastAsia="宋体;SimSun"/>
          <w:color w:val="000000"/>
        </w:rPr>
        <w:t>的延长线上，则</w:t>
      </w:r>
      <w:r>
        <w:rPr/>
        <w:pict>
          <v:shape id="_x0000_i707939" type="_x0000_tole_rId623" style="width:132pt;height:20pt" filled="f" o:ole="">
            <v:imagedata r:id="rId1396" o:title=""/>
          </v:shape>
        </w:pict>
      </w:r>
      <w:r>
        <w:rPr>
          <w:rFonts w:ascii="宋体;SimSun" w:hAnsi="宋体;SimSun" w:cs="宋体;SimSun" w:eastAsia="宋体;SimSun"/>
          <w:color w:val="000000"/>
        </w:rPr>
        <w: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则</w:t>
      </w:r>
      <w:r>
        <w:rPr/>
        <w:pict>
          <v:shape id="_x0000_i707940" type="_x0000_tole_rId625" style="width:72pt;height:20pt" filled="f" o:ole="">
            <v:imagedata r:id="rId1397" o:title=""/>
          </v:shape>
        </w:pic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解得</w:t>
      </w:r>
      <w:r>
        <w:rPr/>
        <w:pict>
          <v:shape id="_x0000_i707941" type="_x0000_tole_rId627" style="width:32.1pt;height:14.1pt" filled="f" o:ole="">
            <v:imagedata r:id="rId1398" o:title=""/>
          </v:shape>
        </w:pict>
      </w:r>
    </w:p>
    <w:p>
      <w:pPr>
        <w:pStyle w:val="Normal"/>
        <w:spacing w:lineRule="auto" w:line="360"/>
        <w:jc w:val="start"/>
        <w:textAlignment w:val="center"/>
        <w:rPr/>
      </w:pPr>
      <w:r>
        <w:rPr>
          <w:rFonts w:ascii="宋体;SimSun" w:hAnsi="宋体;SimSun" w:cs="宋体;SimSun" w:eastAsia="宋体;SimSun"/>
          <w:color w:val="000000"/>
        </w:rPr>
        <w:t>故答案为：</w:t>
      </w:r>
      <w:r>
        <w:rPr>
          <w:rFonts w:eastAsia="Times New Roman" w:cs="Times New Roman"/>
          <w:color w:val="000000"/>
        </w:rPr>
        <w:t>4</w:t>
      </w:r>
      <w:r>
        <w:rPr>
          <w:rFonts w:ascii="宋体;SimSun" w:hAnsi="宋体;SimSun" w:cs="宋体;SimSun" w:eastAsia="宋体;SimSun"/>
          <w:color w:val="000000"/>
        </w:rPr>
        <w:t>或</w:t>
      </w:r>
      <w:r>
        <w:rPr>
          <w:rFonts w:eastAsia="Times New Roman" w:cs="Times New Roman"/>
          <w:color w:val="000000"/>
        </w:rPr>
        <w:t>10</w:t>
      </w:r>
    </w:p>
    <w:p>
      <w:pPr>
        <w:pStyle w:val="Normal"/>
        <w:spacing w:lineRule="auto" w:line="360"/>
        <w:jc w:val="start"/>
        <w:textAlignment w:val="center"/>
        <w:rPr/>
      </w:pPr>
      <w:r>
        <w:rPr>
          <w:rFonts w:ascii="宋体;SimSun" w:hAnsi="宋体;SimSun" w:cs="宋体;SimSun" w:eastAsia="宋体;SimSun"/>
          <w:color w:val="000000"/>
        </w:rPr>
        <w:t>（</w:t>
      </w:r>
      <w:r>
        <w:rPr>
          <w:rFonts w:eastAsia="Times New Roman" w:cs="Times New Roman"/>
          <w:color w:val="000000"/>
        </w:rPr>
        <w:t>3</w:t>
      </w:r>
      <w:r>
        <w:rPr>
          <w:rFonts w:ascii="宋体;SimSun" w:hAnsi="宋体;SimSun" w:cs="宋体;SimSun" w:eastAsia="宋体;SimSun"/>
          <w:color w:val="000000"/>
        </w:rPr>
        <w:t>）①点</w:t>
      </w:r>
      <w:r>
        <w:rPr>
          <w:rFonts w:eastAsia="Times New Roman" w:cs="Times New Roman"/>
          <w:i/>
          <w:color w:val="000000"/>
        </w:rPr>
        <w:t>P</w:t>
      </w:r>
      <w:r>
        <w:rPr>
          <w:rFonts w:ascii="宋体;SimSun" w:hAnsi="宋体;SimSun" w:cs="宋体;SimSun" w:eastAsia="宋体;SimSun"/>
          <w:color w:val="000000"/>
        </w:rPr>
        <w:t>从原点</w:t>
      </w:r>
      <w:r>
        <w:rPr>
          <w:rFonts w:eastAsia="Times New Roman" w:cs="Times New Roman"/>
          <w:i/>
          <w:color w:val="000000"/>
        </w:rPr>
        <w:t>O</w:t>
      </w:r>
      <w:r>
        <w:rPr>
          <w:rFonts w:ascii="宋体;SimSun" w:hAnsi="宋体;SimSun" w:cs="宋体;SimSun" w:eastAsia="宋体;SimSun"/>
          <w:color w:val="000000"/>
        </w:rPr>
        <w:t>出发，沿数轴负方向以速度</w:t>
      </w:r>
      <w:r>
        <w:rPr/>
        <w:pict>
          <v:shape id="_x0000_i707942" type="_x0000_tole_rId629" style="width:11.25pt;height:18.1pt" filled="f" o:ole="">
            <v:imagedata r:id="rId1399" o:title=""/>
          </v:shape>
        </w:pict>
      </w:r>
      <w:r>
        <w:rPr>
          <w:rFonts w:ascii="宋体;SimSun" w:hAnsi="宋体;SimSun" w:cs="宋体;SimSun" w:eastAsia="宋体;SimSun"/>
          <w:color w:val="000000"/>
        </w:rPr>
        <w:t>向终点</w:t>
      </w:r>
      <w:r>
        <w:rPr>
          <w:rFonts w:eastAsia="Times New Roman" w:cs="Times New Roman"/>
          <w:i/>
          <w:color w:val="000000"/>
        </w:rPr>
        <w:t>A</w:t>
      </w:r>
      <w:r>
        <w:rPr>
          <w:rFonts w:ascii="宋体;SimSun" w:hAnsi="宋体;SimSun" w:cs="宋体;SimSun" w:eastAsia="宋体;SimSun"/>
          <w:color w:val="000000"/>
        </w:rPr>
        <w:t>运动，同时，点</w:t>
      </w:r>
      <w:r>
        <w:rPr>
          <w:rFonts w:eastAsia="Times New Roman" w:cs="Times New Roman"/>
          <w:i/>
          <w:color w:val="000000"/>
        </w:rPr>
        <w:t>Q</w:t>
      </w:r>
      <w:r>
        <w:rPr>
          <w:rFonts w:ascii="宋体;SimSun" w:hAnsi="宋体;SimSun" w:cs="宋体;SimSun" w:eastAsia="宋体;SimSun"/>
          <w:color w:val="000000"/>
        </w:rPr>
        <w:t>从点</w:t>
      </w:r>
      <w:r>
        <w:rPr>
          <w:rFonts w:eastAsia="Times New Roman" w:cs="Times New Roman"/>
          <w:i/>
          <w:color w:val="000000"/>
        </w:rPr>
        <w:t>B</w:t>
      </w:r>
      <w:r>
        <w:rPr>
          <w:rFonts w:ascii="宋体;SimSun" w:hAnsi="宋体;SimSun" w:cs="宋体;SimSun" w:eastAsia="宋体;SimSun"/>
          <w:color w:val="000000"/>
        </w:rPr>
        <w:t>出发沿数轴负方向以速度</w:t>
      </w:r>
      <w:r>
        <w:rPr/>
        <w:pict>
          <v:shape id="_x0000_i707943" type="_x0000_tole_rId631" style="width:11.95pt;height:18.1pt" filled="f" o:ole="">
            <v:imagedata r:id="rId1400" o:title=""/>
          </v:shape>
        </w:pict>
      </w:r>
      <w:r>
        <w:rPr>
          <w:rFonts w:ascii="宋体;SimSun" w:hAnsi="宋体;SimSun" w:cs="宋体;SimSun" w:eastAsia="宋体;SimSun"/>
          <w:color w:val="000000"/>
        </w:rPr>
        <w:t>向终点</w:t>
      </w:r>
      <w:r>
        <w:rPr>
          <w:rFonts w:eastAsia="Times New Roman" w:cs="Times New Roman"/>
          <w:i/>
          <w:color w:val="000000"/>
        </w:rPr>
        <w:t>O</w:t>
      </w:r>
      <w:r>
        <w:rPr>
          <w:rFonts w:ascii="宋体;SimSun" w:hAnsi="宋体;SimSun" w:cs="宋体;SimSun" w:eastAsia="宋体;SimSun"/>
          <w:color w:val="000000"/>
        </w:rPr>
        <w:t>运动，运动时间为</w:t>
      </w:r>
      <w:r>
        <w:rPr>
          <w:rFonts w:eastAsia="Times New Roman" w:cs="Times New Roman"/>
          <w:i/>
          <w:color w:val="000000"/>
        </w:rPr>
        <w:t>t</w:t>
      </w:r>
    </w:p>
    <w:p>
      <w:pPr>
        <w:pStyle w:val="Normal"/>
        <w:spacing w:lineRule="auto" w:line="360"/>
        <w:jc w:val="start"/>
        <w:textAlignment w:val="center"/>
        <w:rPr>
          <w:rFonts w:ascii="宋体;SimSun" w:hAnsi="宋体;SimSun" w:eastAsia="宋体;SimSun" w:cs="宋体;SimSun"/>
          <w:color w:val="000000"/>
        </w:rPr>
      </w:pPr>
      <w:r>
        <w:rPr>
          <w:rFonts w:ascii="宋体;SimSun" w:hAnsi="宋体;SimSun" w:cs="宋体;SimSun" w:eastAsia="宋体;SimSun"/>
          <w:color w:val="000000"/>
        </w:rPr>
        <w:t>则点</w:t>
      </w:r>
      <w:r>
        <w:rPr>
          <w:rFonts w:eastAsia="Times New Roman" w:cs="Times New Roman"/>
          <w:i/>
          <w:color w:val="000000"/>
        </w:rPr>
        <w:t>P</w:t>
      </w:r>
      <w:r>
        <w:rPr>
          <w:rFonts w:ascii="宋体;SimSun" w:hAnsi="宋体;SimSun" w:cs="宋体;SimSun" w:eastAsia="宋体;SimSun"/>
          <w:color w:val="000000"/>
        </w:rPr>
        <w:t>表示的数为</w:t>
      </w:r>
      <w:r>
        <w:rPr/>
        <w:pict>
          <v:shape id="_x0000_i707944" type="_x0000_tole_rId633" style="width:21.9pt;height:17.85pt" filled="f" o:ole="">
            <v:imagedata r:id="rId1401" o:title=""/>
          </v:shape>
        </w:pict>
      </w:r>
      <w:r>
        <w:rPr>
          <w:rFonts w:ascii="宋体;SimSun" w:hAnsi="宋体;SimSun" w:cs="宋体;SimSun" w:eastAsia="宋体;SimSun"/>
          <w:color w:val="000000"/>
        </w:rPr>
        <w:t>，点</w:t>
      </w:r>
      <w:r>
        <w:rPr>
          <w:rFonts w:eastAsia="Times New Roman" w:cs="Times New Roman"/>
          <w:i/>
          <w:color w:val="000000"/>
        </w:rPr>
        <w:t>Q</w:t>
      </w:r>
      <w:r>
        <w:rPr>
          <w:rFonts w:ascii="宋体;SimSun" w:hAnsi="宋体;SimSun" w:cs="宋体;SimSun" w:eastAsia="宋体;SimSun"/>
          <w:color w:val="000000"/>
        </w:rPr>
        <w:t>表示的数为</w:t>
      </w:r>
      <w:r>
        <w:rPr/>
        <w:pict>
          <v:shape id="_x0000_i707945" type="_x0000_tole_rId635" style="width:33.2pt;height:18pt" filled="f" o:ole="">
            <v:imagedata r:id="rId1402" o:title=""/>
          </v:shape>
        </w:pict>
      </w:r>
    </w:p>
    <w:p>
      <w:pPr>
        <w:pStyle w:val="Normal"/>
        <w:spacing w:lineRule="auto" w:line="360"/>
        <w:jc w:val="start"/>
        <w:textAlignment w:val="center"/>
        <w:rPr/>
      </w:pPr>
      <w:r>
        <w:rPr>
          <w:rFonts w:ascii="宋体;SimSun" w:hAnsi="宋体;SimSun" w:cs="宋体;SimSun" w:eastAsia="宋体;SimSun"/>
          <w:color w:val="000000"/>
        </w:rPr>
        <w:t>故答案为：</w:t>
      </w:r>
      <w:r>
        <w:rPr/>
        <w:pict>
          <v:shape id="_x0000_i707946" type="_x0000_tole_rId637" style="width:21.9pt;height:17.85pt" filled="f" o:ole="">
            <v:imagedata r:id="rId1403" o:title=""/>
          </v:shape>
        </w:pict>
      </w:r>
      <w:r>
        <w:rPr>
          <w:rFonts w:ascii="宋体;SimSun" w:hAnsi="宋体;SimSun" w:cs="宋体;SimSun" w:eastAsia="宋体;SimSun"/>
          <w:color w:val="000000"/>
        </w:rPr>
        <w:t>，</w:t>
      </w:r>
      <w:r>
        <w:rPr>
          <w:rFonts w:ascii="Times New Roman" w:hAnsi="Times New Roman" w:cs="Times New Roman"/>
          <w:color w:val="000000"/>
        </w:rPr>
        <w:t xml:space="preserve"> </w:t>
      </w:r>
      <w:r>
        <w:rPr/>
        <w:pict>
          <v:shape id="_x0000_i707947" type="_x0000_tole_rId639" style="width:33.2pt;height:18pt" filled="f" o:ole="">
            <v:imagedata r:id="rId1404" o:title=""/>
          </v:shape>
        </w:pict>
      </w:r>
      <w:r>
        <w:rPr>
          <w:rFonts w:ascii="Times New Roman" w:hAnsi="Times New Roman" w:cs="Times New Roman"/>
          <w:color w:val="000000"/>
        </w:rPr>
        <w:t xml:space="preserve"> </w:t>
      </w:r>
    </w:p>
    <w:p>
      <w:pPr>
        <w:pStyle w:val="Normal"/>
        <w:spacing w:lineRule="auto" w:line="360"/>
        <w:jc w:val="start"/>
        <w:textAlignment w:val="center"/>
        <w:rPr>
          <w:rFonts w:ascii="宋体;SimSun" w:hAnsi="宋体;SimSun" w:eastAsia="宋体;SimSun" w:cs="宋体;SimSun"/>
          <w:color w:val="000000"/>
        </w:rPr>
      </w:pPr>
      <w:r>
        <w:rPr>
          <w:rFonts w:eastAsia="宋体;SimSun" w:cs="宋体;SimSun" w:ascii="宋体;SimSun" w:hAnsi="宋体;SimSun"/>
          <w:color w:val="000000"/>
        </w:rPr>
        <w:t>②</w:t>
      </w:r>
      <w:r>
        <w:rPr>
          <w:rFonts w:ascii="宋体;SimSun" w:hAnsi="宋体;SimSun" w:cs="宋体;SimSun" w:eastAsia="宋体;SimSun"/>
          <w:color w:val="000000"/>
        </w:rPr>
        <w:t>由题意得，</w:t>
      </w:r>
      <w:r>
        <w:rPr/>
        <w:pict>
          <v:shape id="_x0000_i707948" type="_x0000_tole_rId641" style="width:11.25pt;height:9.75pt" filled="f" o:ole="">
            <v:imagedata r:id="rId1406" o:title=""/>
          </v:shape>
        </w:pict>
      </w:r>
      <w:r>
        <w:rPr>
          <w:rFonts w:ascii="宋体;SimSun" w:hAnsi="宋体;SimSun" w:cs="宋体;SimSun" w:eastAsia="宋体;SimSun"/>
          <w:color w:val="000000"/>
        </w:rPr>
        <w:t>点</w:t>
      </w:r>
      <w:r>
        <w:rPr>
          <w:rFonts w:eastAsia="Times New Roman" w:cs="Times New Roman"/>
          <w:i/>
          <w:color w:val="000000"/>
        </w:rPr>
        <w:t>A</w:t>
      </w:r>
      <w:r>
        <w:rPr>
          <w:rFonts w:ascii="宋体;SimSun" w:hAnsi="宋体;SimSun" w:cs="宋体;SimSun" w:eastAsia="宋体;SimSun"/>
          <w:color w:val="000000"/>
        </w:rPr>
        <w:t>表示－</w:t>
      </w:r>
      <w:r>
        <w:rPr>
          <w:rFonts w:eastAsia="Times New Roman" w:cs="Times New Roman"/>
          <w:color w:val="000000"/>
        </w:rPr>
        <w:t>2</w:t>
      </w:r>
      <w:r>
        <w:rPr>
          <w:rFonts w:ascii="宋体;SimSun" w:hAnsi="宋体;SimSun" w:cs="宋体;SimSun" w:eastAsia="宋体;SimSun"/>
          <w:color w:val="000000"/>
        </w:rPr>
        <w:t>，点</w:t>
      </w:r>
      <w:r>
        <w:rPr>
          <w:rFonts w:eastAsia="Times New Roman" w:cs="Times New Roman"/>
          <w:i/>
          <w:color w:val="000000"/>
        </w:rPr>
        <w:t>B</w:t>
      </w:r>
      <w:r>
        <w:rPr>
          <w:rFonts w:ascii="宋体;SimSun" w:hAnsi="宋体;SimSun" w:cs="宋体;SimSun" w:eastAsia="宋体;SimSun"/>
          <w:color w:val="000000"/>
        </w:rPr>
        <w:t>表示</w:t>
      </w:r>
      <w:r>
        <w:rPr>
          <w:rFonts w:eastAsia="Times New Roman" w:cs="Times New Roman"/>
          <w:color w:val="000000"/>
        </w:rPr>
        <w:t>6</w:t>
      </w:r>
      <w:r>
        <w:rPr>
          <w:rFonts w:ascii="宋体;SimSun" w:hAnsi="宋体;SimSun" w:cs="宋体;SimSun" w:eastAsia="宋体;SimSun"/>
          <w:color w:val="000000"/>
        </w:rPr>
        <w:t>，</w:t>
      </w:r>
      <w:r>
        <w:rPr>
          <w:rFonts w:ascii="Times New Roman" w:hAnsi="Times New Roman" w:cs="Times New Roman"/>
          <w:i/>
          <w:color w:val="000000"/>
        </w:rPr>
        <w:t xml:space="preserve"> </w:t>
      </w:r>
      <w:r>
        <w:rPr>
          <w:rFonts w:eastAsia="Times New Roman" w:cs="Times New Roman"/>
          <w:i/>
          <w:color w:val="000000"/>
        </w:rPr>
        <w:t>Q</w:t>
      </w:r>
      <w:r>
        <w:rPr>
          <w:rFonts w:ascii="宋体;SimSun" w:hAnsi="宋体;SimSun" w:cs="宋体;SimSun" w:eastAsia="宋体;SimSun"/>
          <w:color w:val="000000"/>
        </w:rPr>
        <w:t>表示</w:t>
      </w:r>
      <w:r>
        <w:rPr>
          <w:rFonts w:ascii="宋体;SimSun" w:hAnsi="宋体;SimSun" w:cs="宋体;SimSun" w:eastAsia="宋体;SimSun"/>
          <w:color w:val="000000"/>
        </w:rPr>
        <w:drawing>
          <wp:inline distT="0" distB="0" distL="0" distR="0">
            <wp:extent cx="133350" cy="177800"/>
            <wp:effectExtent l="0" t="0" r="0" b="0"/>
            <wp:docPr id="2841"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 name="Image10"/>
                    <pic:cNvPicPr>
                      <a:picLocks noChangeAspect="1" noChangeArrowheads="1"/>
                    </pic:cNvPicPr>
                  </pic:nvPicPr>
                  <pic:blipFill>
                    <a:blip r:embed="rId1405"/>
                    <a:srcRect l="-218" t="-189" r="-218" b="-189"/>
                    <a:stretch>
                      <a:fillRect/>
                    </a:stretch>
                  </pic:blipFill>
                  <pic:spPr bwMode="auto">
                    <a:xfrm>
                      <a:off x="0" y="0"/>
                      <a:ext cx="133350" cy="177800"/>
                    </a:xfrm>
                    <a:prstGeom prst="rect">
                      <a:avLst/>
                    </a:prstGeom>
                    <a:noFill/>
                  </pic:spPr>
                </pic:pic>
              </a:graphicData>
            </a:graphic>
          </wp:inline>
        </w:drawing>
      </w:r>
      <w:r>
        <w:rPr>
          <w:rFonts w:ascii="宋体;SimSun" w:hAnsi="宋体;SimSun" w:cs="宋体;SimSun" w:eastAsia="宋体;SimSun"/>
          <w:color w:val="000000"/>
        </w:rPr>
        <w:t>数为</w:t>
      </w:r>
      <w:r>
        <w:rPr/>
        <w:pict>
          <v:shape id="_x0000_i707949" type="_x0000_tole_rId644" style="width:33.2pt;height:18pt" filled="f" o:ole="">
            <v:imagedata r:id="rId1407" o:title=""/>
          </v:shape>
        </w:pict>
      </w:r>
    </w:p>
    <w:p>
      <w:pPr>
        <w:pStyle w:val="Normal"/>
        <w:spacing w:lineRule="auto" w:line="360"/>
        <w:jc w:val="start"/>
        <w:textAlignment w:val="center"/>
        <w:rPr>
          <w:color w:val="000000"/>
        </w:rPr>
      </w:pPr>
      <w:r>
        <w:rPr/>
        <w:pict>
          <v:shape id="_x0000_i707950" type="_x0000_tole_rId646" style="width:40pt;height:16pt" filled="f" o:ole="">
            <v:imagedata r:id="rId1408" o:title=""/>
          </v:shape>
        </w:pict>
      </w:r>
      <w:r>
        <w:rPr/>
        <w:pict>
          <v:shape id="_x0000_i707951" type="_x0000_tole_rId648" style="width:51.2pt;height:18pt" filled="f" o:ole="">
            <v:imagedata r:id="rId1409" o:title=""/>
          </v:shape>
        </w:pict>
      </w:r>
    </w:p>
    <w:p>
      <w:pPr>
        <w:pStyle w:val="Normal"/>
        <w:spacing w:lineRule="auto" w:line="360"/>
        <w:jc w:val="start"/>
        <w:textAlignment w:val="center"/>
        <w:rPr>
          <w:color w:val="000000"/>
        </w:rPr>
      </w:pPr>
      <w:r>
        <w:rPr/>
        <w:pict>
          <v:shape id="_x0000_i707952" type="_x0000_tole_rId650" style="width:45.6pt;height:14.4pt" filled="f" o:ole="">
            <v:imagedata r:id="rId1410" o:title=""/>
          </v:shape>
        </w:pict>
      </w:r>
    </w:p>
    <w:p>
      <w:pPr>
        <w:pStyle w:val="Normal"/>
        <w:spacing w:lineRule="auto" w:line="360"/>
        <w:jc w:val="start"/>
        <w:textAlignment w:val="center"/>
        <w:rPr>
          <w:color w:val="000000"/>
        </w:rPr>
      </w:pPr>
      <w:r>
        <w:rPr/>
        <w:pict>
          <v:shape id="_x0000_i707953" type="_x0000_tole_rId652" style="width:72.8pt;height:30.8pt" filled="f" o:ole="">
            <v:imagedata r:id="rId1411" o:title=""/>
          </v:shape>
        </w:pict>
      </w:r>
    </w:p>
    <w:p>
      <w:pPr>
        <w:pStyle w:val="Normal"/>
        <w:spacing w:lineRule="auto" w:line="360"/>
        <w:jc w:val="start"/>
        <w:textAlignment w:val="center"/>
        <w:rPr/>
      </w:pPr>
      <w:r>
        <w:rPr/>
        <w:pict>
          <v:shape id="_x0000_i707954" type="_x0000_tole_rId654" style="width:23pt;height:13.95pt" filled="f" o:ole="">
            <v:imagedata r:id="rId1412" o:title=""/>
          </v:shape>
        </w:pict>
      </w:r>
      <w:r>
        <w:rPr>
          <w:rFonts w:ascii="宋体;SimSun" w:hAnsi="宋体;SimSun" w:cs="宋体;SimSun" w:eastAsia="宋体;SimSun"/>
          <w:color w:val="000000"/>
        </w:rPr>
        <w:t>表示的数为</w:t>
      </w:r>
      <w:r>
        <w:rPr/>
        <w:pict>
          <v:shape id="_x0000_i707955" type="_x0000_tole_rId656" style="width:42.8pt;height:30.8pt" filled="f" o:ole="">
            <v:imagedata r:id="rId1413" o:title=""/>
          </v:shape>
        </w:pict>
      </w:r>
      <w:r>
        <w:rPr>
          <w:rFonts w:ascii="Times New Roman" w:hAnsi="Times New Roman" w:cs="Times New Roman"/>
          <w:color w:val="000000"/>
        </w:rPr>
        <w:t xml:space="preserve"> </w:t>
      </w:r>
    </w:p>
    <w:p>
      <w:pPr>
        <w:pStyle w:val="Normal"/>
        <w:spacing w:lineRule="auto" w:line="360"/>
        <w:jc w:val="start"/>
        <w:textAlignment w:val="center"/>
        <w:rPr/>
      </w:pPr>
      <w:r>
        <w:rPr/>
        <w:pict>
          <v:shape id="_x0000_i707956" type="_x0000_tole_rId658" style="width:30pt;height:14.25pt" filled="f" o:ole="">
            <v:imagedata r:id="rId1414" o:title=""/>
          </v:shape>
        </w:pict>
      </w:r>
      <w:r>
        <w:rPr>
          <w:rFonts w:ascii="宋体;SimSun" w:hAnsi="宋体;SimSun" w:cs="宋体;SimSun" w:eastAsia="宋体;SimSun"/>
          <w:color w:val="000000"/>
        </w:rPr>
        <w:t>始终为定值</w:t>
      </w:r>
    </w:p>
    <w:p>
      <w:pPr>
        <w:pStyle w:val="Normal"/>
        <w:spacing w:lineRule="auto" w:line="360"/>
        <w:jc w:val="start"/>
        <w:textAlignment w:val="center"/>
        <w:rPr/>
      </w:pPr>
      <w:r>
        <w:rPr/>
        <w:pict>
          <v:shape id="_x0000_i707957" type="_x0000_tole_rId660" style="width:114pt;height:33.6pt" filled="f" o:ole="">
            <v:imagedata r:id="rId1415" o:title=""/>
          </v:shape>
        </w:pict>
      </w:r>
      <w:r>
        <w:rPr>
          <w:rFonts w:ascii="宋体;SimSun" w:hAnsi="宋体;SimSun" w:cs="宋体;SimSun" w:eastAsia="宋体;SimSun"/>
          <w:color w:val="000000"/>
        </w:rPr>
        <w:t>与时间</w:t>
      </w:r>
      <w:r>
        <w:rPr>
          <w:rFonts w:eastAsia="Times New Roman" w:cs="Times New Roman"/>
          <w:i/>
          <w:color w:val="000000"/>
        </w:rPr>
        <w:t>t</w:t>
      </w:r>
      <w:r>
        <w:rPr>
          <w:rFonts w:ascii="宋体;SimSun" w:hAnsi="宋体;SimSun" w:cs="宋体;SimSun" w:eastAsia="宋体;SimSun"/>
          <w:color w:val="000000"/>
        </w:rPr>
        <w:t>无关</w:t>
      </w:r>
    </w:p>
    <w:p>
      <w:pPr>
        <w:pStyle w:val="Normal"/>
        <w:spacing w:lineRule="auto" w:line="360"/>
        <w:jc w:val="start"/>
        <w:textAlignment w:val="center"/>
        <w:rPr>
          <w:color w:val="000000"/>
        </w:rPr>
      </w:pPr>
      <w:r>
        <w:rPr/>
        <w:pict>
          <v:shape id="_x0000_i707958" type="_x0000_tole_rId662" style="width:51.6pt;height:30.8pt" filled="f" o:ole="">
            <v:imagedata r:id="rId1416" o:title=""/>
          </v:shape>
        </w:pict>
      </w:r>
    </w:p>
    <w:p>
      <w:pPr>
        <w:pStyle w:val="Normal"/>
        <w:spacing w:lineRule="auto" w:line="360"/>
        <w:jc w:val="start"/>
        <w:textAlignment w:val="center"/>
        <w:rPr/>
      </w:pPr>
      <w:r>
        <w:rPr>
          <w:color w:val="000000"/>
        </w:rPr>
        <w:t>【点睛】</w:t>
      </w:r>
      <w:r>
        <w:rPr>
          <w:rFonts w:ascii="宋体;SimSun" w:hAnsi="宋体;SimSun" w:cs="宋体;SimSun" w:eastAsia="宋体;SimSun"/>
          <w:color w:val="000000"/>
        </w:rPr>
        <w:t>本题考查了数轴上动点问题，数轴上两点距离，一元一次方程的应用，整式加减中无关类型，数形结合是解题的关键．</w:t>
      </w:r>
    </w:p>
    <w:p>
      <w:pPr>
        <w:pStyle w:val="Normal"/>
        <w:ind w:firstLineChars="135" w:startChars="0" w:start="0" w:endChars="0" w:end="0"/>
        <w:jc w:val="start"/>
        <w:rPr>
          <w:rFonts w:ascii="Calibri" w:hAnsi="Calibri" w:cs="Times New Roman"/>
        </w:rPr>
      </w:pPr>
      <w:r>
        <w:rPr/>
        <w:drawing>
          <wp:inline distT="0" distB="0" distL="0" distR="0">
            <wp:extent cx="1724025" cy="485775"/>
            <wp:effectExtent l="0" t="0" r="0" b="0"/>
            <wp:docPr id="28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 name="图片 1"/>
                    <pic:cNvPicPr>
                      <a:picLocks noChangeAspect="1" noChangeArrowheads="1"/>
                    </pic:cNvPicPr>
                  </pic:nvPicPr>
                  <pic:blipFill>
                    <a:blip r:embed="rId1417"/>
                    <a:srcRect l="-21" t="-74" r="-21" b="-74"/>
                    <a:stretch>
                      <a:fillRect/>
                    </a:stretch>
                  </pic:blipFill>
                  <pic:spPr bwMode="auto">
                    <a:xfrm>
                      <a:off x="0" y="0"/>
                      <a:ext cx="1724025" cy="485775"/>
                    </a:xfrm>
                    <a:prstGeom prst="rect">
                      <a:avLst/>
                    </a:prstGeom>
                    <a:noFill/>
                  </pic:spPr>
                </pic:pic>
              </a:graphicData>
            </a:graphic>
          </wp:inline>
        </w:drawing>
      </w:r>
    </w:p>
    <w:p>
      <w:pPr>
        <w:pStyle w:val="Heading2"/>
      </w:pPr>
      <w:r>
        <w:t>西城区三帆中学</w:t>
      </w:r>
    </w:p>
    <w:p>
      <w:pPr>
        <w:spacing w:line="360" w:lineRule="auto"/>
        <w:jc w:val="left"/>
        <w:textAlignment w:val="center"/>
        <w:rPr>
          <w:color w:val="000000"/>
        </w:rPr>
      </w:pPr>
      <w:r>
        <w:rPr>
          <w:color w:val="000000"/>
        </w:rPr>
        <w:t xml:space="preserve">29. </w:t>
      </w:r>
      <w:r>
        <w:rPr>
          <w:rFonts w:ascii="宋体" w:eastAsia="宋体" w:hAnsi="宋体" w:cs="宋体"/>
          <w:color w:val="000000"/>
        </w:rPr>
        <w:t>在一张长方形纸条上画一条数轴，我们定义：点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为数轴上任意两点，若折叠纸条使点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刚好重合，折痕与数轴的交点为点</w:t>
      </w:r>
      <w:r>
        <w:rPr>
          <w:rFonts w:ascii="Times New Roman" w:eastAsia="Times New Roman" w:hAnsi="Times New Roman" w:cs="Times New Roman"/>
          <w:i/>
          <w:color w:val="000000"/>
        </w:rPr>
        <w:t>Q</w:t>
      </w:r>
      <w:r>
        <w:rPr>
          <w:rFonts w:ascii="宋体" w:eastAsia="宋体" w:hAnsi="宋体" w:cs="宋体"/>
          <w:color w:val="000000"/>
        </w:rPr>
        <w:t>，我们称点</w:t>
      </w:r>
      <w:r>
        <w:rPr>
          <w:rFonts w:ascii="Times New Roman" w:eastAsia="Times New Roman" w:hAnsi="Times New Roman" w:cs="Times New Roman"/>
          <w:i/>
          <w:color w:val="000000"/>
        </w:rPr>
        <w:t>Q</w:t>
      </w:r>
      <w:r>
        <w:rPr>
          <w:rFonts w:ascii="宋体" w:eastAsia="宋体" w:hAnsi="宋体" w:cs="宋体"/>
          <w:color w:val="000000"/>
        </w:rPr>
        <w:t>为点</w:t>
      </w:r>
      <w:r>
        <w:rPr>
          <w:rFonts w:ascii="Times New Roman" w:eastAsia="Times New Roman" w:hAnsi="Times New Roman" w:cs="Times New Roman"/>
          <w:i/>
          <w:color w:val="000000"/>
        </w:rPr>
        <w:t>M</w:t>
      </w:r>
      <w:r>
        <w:rPr>
          <w:rFonts w:ascii="宋体" w:eastAsia="宋体" w:hAnsi="宋体" w:cs="宋体"/>
          <w:color w:val="000000"/>
        </w:rPr>
        <w:t>和点</w:t>
      </w:r>
      <w:r>
        <w:rPr>
          <w:rFonts w:ascii="Times New Roman" w:eastAsia="Times New Roman" w:hAnsi="Times New Roman" w:cs="Times New Roman"/>
          <w:i/>
          <w:color w:val="000000"/>
        </w:rPr>
        <w:t>N</w:t>
      </w:r>
      <w:r>
        <w:rPr>
          <w:rFonts w:ascii="宋体" w:eastAsia="宋体" w:hAnsi="宋体" w:cs="宋体"/>
          <w:color w:val="000000"/>
        </w:rPr>
        <w:t>的“折点”．例如：若折叠纸条，使数轴上表示</w:t>
      </w:r>
      <w:r>
        <w:rPr>
          <w:rFonts w:ascii="Times New Roman" w:eastAsia="Times New Roman" w:hAnsi="Times New Roman" w:cs="Times New Roman"/>
          <w:i/>
          <w:color w:val="000000"/>
        </w:rPr>
        <w:t>-</w:t>
      </w:r>
      <w:r>
        <w:rPr>
          <w:rFonts w:ascii="Times New Roman" w:eastAsia="Times New Roman" w:hAnsi="Times New Roman" w:cs="Times New Roman"/>
          <w:color w:val="000000"/>
        </w:rPr>
        <w:t>2</w:t>
      </w:r>
      <w:r>
        <w:rPr>
          <w:rFonts w:ascii="宋体" w:eastAsia="宋体" w:hAnsi="宋体" w:cs="宋体"/>
          <w:color w:val="000000"/>
        </w:rPr>
        <w:t>的点</w:t>
      </w:r>
      <w:r>
        <w:rPr>
          <w:rFonts w:ascii="Times New Roman" w:eastAsia="Times New Roman" w:hAnsi="Times New Roman" w:cs="Times New Roman"/>
          <w:i/>
          <w:color w:val="000000"/>
        </w:rPr>
        <w:t>M</w:t>
      </w:r>
      <w:r>
        <w:rPr>
          <w:rFonts w:ascii="宋体" w:eastAsia="宋体" w:hAnsi="宋体" w:cs="宋体"/>
          <w:color w:val="000000"/>
        </w:rPr>
        <w:t>与表示</w:t>
      </w:r>
      <w:r>
        <w:rPr>
          <w:rFonts w:ascii="Times New Roman" w:eastAsia="Times New Roman" w:hAnsi="Times New Roman" w:cs="Times New Roman"/>
          <w:color w:val="000000"/>
        </w:rPr>
        <w:t>2</w:t>
      </w:r>
      <w:r>
        <w:rPr>
          <w:rFonts w:ascii="宋体" w:eastAsia="宋体" w:hAnsi="宋体" w:cs="宋体"/>
          <w:color w:val="000000"/>
        </w:rPr>
        <w:t>的点</w:t>
      </w:r>
      <w:r>
        <w:rPr>
          <w:rFonts w:ascii="Times New Roman" w:eastAsia="Times New Roman" w:hAnsi="Times New Roman" w:cs="Times New Roman"/>
          <w:i/>
          <w:color w:val="000000"/>
        </w:rPr>
        <w:t>N</w:t>
      </w:r>
      <w:r>
        <w:rPr>
          <w:rFonts w:ascii="宋体" w:eastAsia="宋体" w:hAnsi="宋体" w:cs="宋体"/>
          <w:color w:val="000000"/>
        </w:rPr>
        <w:t>重合，则原点为点</w:t>
      </w:r>
      <w:r>
        <w:rPr>
          <w:rFonts w:ascii="Times New Roman" w:eastAsia="Times New Roman" w:hAnsi="Times New Roman" w:cs="Times New Roman"/>
          <w:i/>
          <w:color w:val="000000"/>
        </w:rPr>
        <w:t>M</w:t>
      </w:r>
      <w:r>
        <w:rPr>
          <w:rFonts w:ascii="宋体" w:eastAsia="宋体" w:hAnsi="宋体" w:cs="宋体"/>
          <w:color w:val="000000"/>
        </w:rPr>
        <w:t>和点</w:t>
      </w:r>
      <w:r>
        <w:rPr>
          <w:rFonts w:ascii="Times New Roman" w:eastAsia="Times New Roman" w:hAnsi="Times New Roman" w:cs="Times New Roman"/>
          <w:i/>
          <w:color w:val="000000"/>
        </w:rPr>
        <w:t>N</w:t>
      </w:r>
      <w:r>
        <w:rPr>
          <w:rFonts w:ascii="宋体" w:eastAsia="宋体" w:hAnsi="宋体" w:cs="宋体"/>
          <w:color w:val="000000"/>
        </w:rPr>
        <w:t>的“折点”．</w:t>
      </w:r>
    </w:p>
    <w:p>
      <w:pPr>
        <w:spacing w:line="360" w:lineRule="auto"/>
        <w:jc w:val="left"/>
        <w:textAlignment w:val="center"/>
        <w:rPr>
          <w:color w:val="000000"/>
        </w:rPr>
      </w:pPr>
      <w:r>
        <w:rPr>
          <w:color w:val="000000"/>
        </w:rPr>
        <w:drawing>
          <wp:inline>
            <wp:extent cx="2362200" cy="1104900"/>
            <wp:docPr id="28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6" name=""/>
                    <pic:cNvPicPr>
                      <a:picLocks noChangeAspect="1"/>
                    </pic:cNvPicPr>
                  </pic:nvPicPr>
                  <pic:blipFill>
                    <a:blip r:embed="rId1418"/>
                    <a:stretch>
                      <a:fillRect/>
                    </a:stretch>
                  </pic:blipFill>
                  <pic:spPr>
                    <a:xfrm>
                      <a:off x="0" y="0"/>
                      <a:ext cx="2362200" cy="11049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如下图，数轴上依次有三点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，它们在数轴上表示的数依次为-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514725" cy="590550"/>
            <wp:docPr id="28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 name=""/>
                    <pic:cNvPicPr>
                      <a:picLocks noChangeAspect="1"/>
                    </pic:cNvPicPr>
                  </pic:nvPicPr>
                  <pic:blipFill>
                    <a:blip r:embed="rId1419"/>
                    <a:stretch>
                      <a:fillRect/>
                    </a:stretch>
                  </pic:blipFill>
                  <pic:spPr>
                    <a:xfrm>
                      <a:off x="0" y="0"/>
                      <a:ext cx="3514725" cy="590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）若将数轴折叠，使</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两点重合，则点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C</w:t>
      </w:r>
      <w:r>
        <w:rPr>
          <w:rFonts w:ascii="宋体" w:eastAsia="宋体" w:hAnsi="宋体" w:cs="宋体"/>
          <w:color w:val="000000"/>
        </w:rPr>
        <w:t>的“折点”表示的数是______，此时与点</w:t>
      </w:r>
      <w:r>
        <w:rPr>
          <w:rFonts w:ascii="Times New Roman" w:eastAsia="Times New Roman" w:hAnsi="Times New Roman" w:cs="Times New Roman"/>
          <w:i/>
          <w:color w:val="000000"/>
        </w:rPr>
        <w:t>B</w:t>
      </w:r>
      <w:r>
        <w:rPr>
          <w:rFonts w:ascii="宋体" w:eastAsia="宋体" w:hAnsi="宋体" w:cs="宋体"/>
          <w:color w:val="000000"/>
        </w:rPr>
        <w:t>重合的点表示的数是</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）若线段</w:t>
      </w:r>
      <w:r>
        <w:rPr>
          <w:rFonts w:ascii="Times New Roman" w:eastAsia="Times New Roman" w:hAnsi="Times New Roman" w:cs="Times New Roman"/>
          <w:i/>
          <w:color w:val="000000"/>
        </w:rPr>
        <w:t>BC</w:t>
      </w:r>
      <w:r>
        <w:rPr>
          <w:rFonts w:ascii="宋体" w:eastAsia="宋体" w:hAnsi="宋体" w:cs="宋体"/>
          <w:color w:val="000000"/>
        </w:rPr>
        <w:t>以每秒</w:t>
      </w:r>
      <w:r>
        <w:rPr>
          <w:rFonts w:ascii="Times New Roman" w:eastAsia="Times New Roman" w:hAnsi="Times New Roman" w:cs="Times New Roman"/>
          <w:color w:val="000000"/>
        </w:rPr>
        <w:t>1</w:t>
      </w:r>
      <w:r>
        <w:rPr>
          <w:rFonts w:ascii="宋体" w:eastAsia="宋体" w:hAnsi="宋体" w:cs="宋体"/>
          <w:color w:val="000000"/>
        </w:rPr>
        <w:t>个单位长度的速度沿着数轴向左运动，运动时间为</w:t>
      </w:r>
      <w:r>
        <w:rPr>
          <w:rFonts w:ascii="Times New Roman" w:eastAsia="Times New Roman" w:hAnsi="Times New Roman" w:cs="Times New Roman"/>
          <w:i/>
          <w:color w:val="000000"/>
        </w:rPr>
        <w:t>t</w:t>
      </w:r>
      <w:r>
        <w:rPr>
          <w:rFonts w:ascii="宋体" w:eastAsia="宋体" w:hAnsi="宋体" w:cs="宋体"/>
          <w:color w:val="000000"/>
        </w:rPr>
        <w:t>秒．当</w:t>
      </w:r>
      <w:r>
        <w:rPr>
          <w:rFonts w:ascii="Times New Roman" w:eastAsia="Times New Roman" w:hAnsi="Times New Roman" w:cs="Times New Roman"/>
          <w:i/>
          <w:color w:val="000000"/>
        </w:rPr>
        <w:t>t</w:t>
      </w:r>
      <w:r>
        <w:rPr>
          <w:rFonts w:ascii="宋体" w:eastAsia="宋体" w:hAnsi="宋体" w:cs="宋体"/>
          <w:color w:val="000000"/>
        </w:rPr>
        <w:t>为何值时，</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三个点中，恰好一点为另外两点的“折点”？</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）根据“折点”的定义求解即可；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）分三种情况讨论，分别求解即可．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两点重合，</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C</w:t>
      </w:r>
      <w:r>
        <w:rPr>
          <w:rFonts w:ascii="宋体" w:eastAsia="宋体" w:hAnsi="宋体" w:cs="宋体"/>
          <w:color w:val="000000"/>
        </w:rPr>
        <w:t>的“折点”表示的数是</w:t>
      </w:r>
      <w:r>
        <w:pict>
          <v:shape id="_x0000_i707959" type="#_x0000_t75" alt="学科网(www.zxxk.com)--教育资源门户，提供试卷、教案、课件、论文、素材以及各类教学资源下载，还有大量而丰富的教学相关资讯！" style="width:51pt;height:30.75pt" o:oleicon="f" o:ole="">
            <v:imagedata r:id="rId1420" o:title="eqId454b1bcd90cce912826d6787e534df8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此时与点</w:t>
      </w:r>
      <w:r>
        <w:rPr>
          <w:rFonts w:ascii="Times New Roman" w:eastAsia="Times New Roman" w:hAnsi="Times New Roman" w:cs="Times New Roman"/>
          <w:i/>
          <w:color w:val="000000"/>
        </w:rPr>
        <w:t>B</w:t>
      </w:r>
      <w:r>
        <w:rPr>
          <w:rFonts w:ascii="宋体" w:eastAsia="宋体" w:hAnsi="宋体" w:cs="宋体"/>
          <w:color w:val="000000"/>
        </w:rPr>
        <w:t>重合的点表示的数是</w:t>
      </w:r>
      <w:r>
        <w:rPr>
          <w:rFonts w:ascii="Times New Roman" w:eastAsia="Times New Roman" w:hAnsi="Times New Roman" w:cs="Times New Roman"/>
          <w:color w:val="000000"/>
        </w:rPr>
        <w:t>1</w: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）∵线段</w:t>
      </w:r>
      <w:r>
        <w:rPr>
          <w:rFonts w:ascii="Times New Roman" w:eastAsia="Times New Roman" w:hAnsi="Times New Roman" w:cs="Times New Roman"/>
          <w:i/>
          <w:color w:val="000000"/>
        </w:rPr>
        <w:t>BC</w:t>
      </w:r>
      <w:r>
        <w:rPr>
          <w:rFonts w:ascii="宋体" w:eastAsia="宋体" w:hAnsi="宋体" w:cs="宋体"/>
          <w:color w:val="000000"/>
        </w:rPr>
        <w:t>以每秒</w:t>
      </w:r>
      <w:r>
        <w:rPr>
          <w:rFonts w:ascii="Times New Roman" w:eastAsia="Times New Roman" w:hAnsi="Times New Roman" w:cs="Times New Roman"/>
          <w:color w:val="000000"/>
        </w:rPr>
        <w:t>1</w:t>
      </w:r>
      <w:r>
        <w:rPr>
          <w:rFonts w:ascii="宋体" w:eastAsia="宋体" w:hAnsi="宋体" w:cs="宋体"/>
          <w:color w:val="000000"/>
        </w:rPr>
        <w:t>个单位长度的速度沿着数轴向左运动，运动时间为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3-</w:t>
      </w:r>
      <w:r>
        <w:rPr>
          <w:rFonts w:ascii="Times New Roman" w:eastAsia="Times New Roman" w:hAnsi="Times New Roman" w:cs="Times New Roman"/>
          <w:i/>
          <w:color w:val="000000"/>
        </w:rPr>
        <w:t>t</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5-</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rPr>
          <w:rFonts w:ascii="Times New Roman" w:eastAsia="Times New Roman" w:hAnsi="Times New Roman" w:cs="Times New Roman"/>
          <w:i/>
          <w:color w:val="000000"/>
        </w:rPr>
        <w:t>B</w:t>
      </w:r>
      <w:r>
        <w:rPr>
          <w:rFonts w:ascii="宋体" w:eastAsia="宋体" w:hAnsi="宋体" w:cs="宋体"/>
          <w:color w:val="000000"/>
        </w:rPr>
        <w:t>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的折点时，</w:t>
      </w:r>
      <w:r>
        <w:pict>
          <v:shape id="_x0000_i707960" type="#_x0000_t75" alt="学科网(www.zxxk.com)--教育资源门户，提供试卷、教案、课件、论文、素材以及各类教学资源下载，还有大量而丰富的教学相关资讯！" style="width:78.75pt;height:30.75pt" o:oleicon="f" o:ole="">
            <v:imagedata r:id="rId1421" o:title="eqId14a8baee33b091a4d384289475e4cd5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rPr>
          <w:rFonts w:ascii="Times New Roman" w:eastAsia="Times New Roman" w:hAnsi="Times New Roman" w:cs="Times New Roman"/>
          <w:i/>
          <w:color w:val="000000"/>
        </w:rPr>
        <w:t>A</w:t>
      </w:r>
      <w:r>
        <w:rPr>
          <w:rFonts w:ascii="宋体" w:eastAsia="宋体" w:hAnsi="宋体" w:cs="宋体"/>
          <w:color w:val="000000"/>
        </w:rPr>
        <w:t>为</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的折点时，</w:t>
      </w:r>
      <w:r>
        <w:pict>
          <v:shape id="_x0000_i707961" type="#_x0000_t75" alt="学科网(www.zxxk.com)--教育资源门户，提供试卷、教案、课件、论文、素材以及各类教学资源下载，还有大量而丰富的教学相关资讯！" style="width:78.75pt;height:30.75pt" o:oleicon="f" o:ole="">
            <v:imagedata r:id="rId1422" o:title="eqId461f717a9efaa649aeb3207e5f102dd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③当</w:t>
      </w:r>
      <w:r>
        <w:rPr>
          <w:rFonts w:ascii="Times New Roman" w:eastAsia="Times New Roman" w:hAnsi="Times New Roman" w:cs="Times New Roman"/>
          <w:i/>
          <w:color w:val="000000"/>
        </w:rPr>
        <w:t>C</w:t>
      </w:r>
      <w:r>
        <w:rPr>
          <w:rFonts w:ascii="宋体" w:eastAsia="宋体" w:hAnsi="宋体" w:cs="宋体"/>
          <w:color w:val="000000"/>
        </w:rPr>
        <w:t>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的折点时，</w:t>
      </w:r>
      <w:r>
        <w:pict>
          <v:shape id="_x0000_i707962" type="#_x0000_t75" alt="学科网(www.zxxk.com)--教育资源门户，提供试卷、教案、课件、论文、素材以及各类教学资源下载，还有大量而丰富的教学相关资讯！" style="width:78.75pt;height:30.75pt" o:oleicon="f" o:ole="">
            <v:imagedata r:id="rId1423" o:title="eqId626884c078457fccaecaf164956c1be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综上，符合题意的</w:t>
      </w:r>
      <w:r>
        <w:rPr>
          <w:rFonts w:ascii="Times New Roman" w:eastAsia="Times New Roman" w:hAnsi="Times New Roman" w:cs="Times New Roman"/>
          <w:i/>
          <w:color w:val="000000"/>
        </w:rPr>
        <w:t>t</w: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5</w:t>
      </w:r>
      <w:r>
        <w:rPr>
          <w:rFonts w:ascii="宋体" w:eastAsia="宋体" w:hAnsi="宋体" w:cs="宋体"/>
          <w:color w:val="000000"/>
        </w:rPr>
        <w:t>或</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本题主要考查数轴，两点间的距离，一元一次方程的应用，“折点”的定义，分类讨论是解决问题的关键．</w:t>
      </w:r>
    </w:p>
    <w:p>
      <w:pPr>
        <w:spacing w:line="360" w:lineRule="auto"/>
        <w:jc w:val="left"/>
        <w:textAlignment w:val="center"/>
        <w:rPr>
          <w:color w:val="000000"/>
        </w:rPr>
      </w:pPr>
      <w:r>
        <w:rPr>
          <w:color w:val="000000"/>
        </w:rPr>
        <w:t xml:space="preserve">30. </w:t>
      </w:r>
      <w:r>
        <w:rPr>
          <w:rFonts w:ascii="宋体" w:eastAsia="宋体" w:hAnsi="宋体" w:cs="宋体"/>
          <w:color w:val="000000"/>
        </w:rPr>
        <w:t>当前</w:t>
      </w:r>
      <w:r>
        <w:rPr>
          <w:color w:val="000000"/>
        </w:rPr>
        <w:t>计算机</w:t>
      </w:r>
      <w:r>
        <w:rPr>
          <w:rFonts w:ascii="宋体" w:eastAsia="宋体" w:hAnsi="宋体" w:cs="宋体"/>
          <w:color w:val="000000"/>
        </w:rPr>
        <w:t>常用的数据形式是二进制，二进制数与十进制数之间的转化问题，二进制数的计算问题十分常见．为了区分二进制与十进制的数，我们一般在二进制数的右下角标注</w:t>
      </w:r>
      <w:r>
        <w:rPr>
          <w:rFonts w:ascii="Times New Roman" w:eastAsia="Times New Roman" w:hAnsi="Times New Roman" w:cs="Times New Roman"/>
          <w:color w:val="000000"/>
        </w:rPr>
        <w:t>2</w:t>
      </w:r>
      <w:r>
        <w:rPr>
          <w:rFonts w:ascii="宋体" w:eastAsia="宋体" w:hAnsi="宋体" w:cs="宋体"/>
          <w:color w:val="000000"/>
        </w:rPr>
        <w:t>，例如</w:t>
      </w:r>
      <w:r>
        <w:rPr>
          <w:rFonts w:ascii="Times New Roman" w:eastAsia="Times New Roman" w:hAnsi="Times New Roman" w:cs="Times New Roman"/>
          <w:color w:val="000000"/>
        </w:rPr>
        <w:t>10110</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）类比十进制的计数原理：</w:t>
      </w:r>
      <w:r>
        <w:pict>
          <v:shape id="_x0000_i707963" type="#_x0000_t75" alt="学科网(www.zxxk.com)--教育资源门户，提供试卷、教案、课件、论文、素材以及各类教学资源下载，还有大量而丰富的教学相关资讯！" style="width:217.2pt;height:16.2pt" o:oleicon="f" o:ole="">
            <v:imagedata r:id="rId1424" o:title="eqIdf04844399b80d488cf7e5fa92d5519c9"/>
          </v:shape>
        </w:pict>
      </w:r>
      <w:r>
        <w:rPr>
          <w:rFonts w:ascii="宋体" w:eastAsia="宋体" w:hAnsi="宋体" w:cs="宋体"/>
          <w:color w:val="000000"/>
        </w:rPr>
        <w:t>，把一个二进制数转化为十进制数的方法为：</w:t>
      </w:r>
      <w:r>
        <w:pict>
          <v:shape id="_x0000_i707964" type="#_x0000_t75" alt="学科网(www.zxxk.com)--教育资源门户，提供试卷、教案、课件、论文、素材以及各类教学资源下载，还有大量而丰富的教学相关资讯！" style="width:225pt;height:19.2pt" o:oleicon="f" o:ole="">
            <v:imagedata r:id="rId1425" o:title="eqId11b70f188a430cb76535c9156bdb35c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请你将二进制数</w:t>
      </w:r>
      <w:r>
        <w:pict>
          <v:shape id="_x0000_i707965" type="#_x0000_t75" alt="学科网(www.zxxk.com)--教育资源门户，提供试卷、教案、课件、论文、素材以及各类教学资源下载，还有大量而丰富的教学相关资讯！" style="width:36pt;height:18pt" o:oleicon="f" o:ole="">
            <v:imagedata r:id="rId1426" o:title="eqId18855dcdbe4942a1d6d981771756d026"/>
          </v:shape>
        </w:pict>
      </w:r>
      <w:r>
        <w:rPr>
          <w:rFonts w:ascii="宋体" w:eastAsia="宋体" w:hAnsi="宋体" w:cs="宋体"/>
          <w:color w:val="000000"/>
        </w:rPr>
        <w:t>转化为十进制数：则</w:t>
      </w:r>
      <w:r>
        <w:pict>
          <v:shape id="_x0000_i707966" type="#_x0000_t75" alt="学科网(www.zxxk.com)--教育资源门户，提供试卷、教案、课件、论文、素材以及各类教学资源下载，还有大量而丰富的教学相关资讯！" style="width:46.2pt;height:18pt" o:oleicon="f" o:ole="">
            <v:imagedata r:id="rId1427" o:title="eqId5eb1f4dab8a79e136ab30e434f40e3ab"/>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）把一个十进制数转化为二进制数，一般按照“除以</w:t>
      </w:r>
      <w:r>
        <w:rPr>
          <w:rFonts w:ascii="Times New Roman" w:eastAsia="Times New Roman" w:hAnsi="Times New Roman" w:cs="Times New Roman"/>
          <w:color w:val="000000"/>
        </w:rPr>
        <w:t>2</w:t>
      </w:r>
      <w:r>
        <w:rPr>
          <w:rFonts w:ascii="宋体" w:eastAsia="宋体" w:hAnsi="宋体" w:cs="宋体"/>
          <w:color w:val="000000"/>
        </w:rPr>
        <w:t>取余数”的方法，将余数从下向上倒序写，就是结果．例如将十进制数</w:t>
      </w:r>
      <w:r>
        <w:rPr>
          <w:rFonts w:ascii="Times New Roman" w:eastAsia="Times New Roman" w:hAnsi="Times New Roman" w:cs="Times New Roman"/>
          <w:color w:val="000000"/>
        </w:rPr>
        <w:t>302</w:t>
      </w:r>
      <w:r>
        <w:rPr>
          <w:rFonts w:ascii="宋体" w:eastAsia="宋体" w:hAnsi="宋体" w:cs="宋体"/>
          <w:color w:val="000000"/>
        </w:rPr>
        <w:t>转化为二进制数：</w:t>
      </w:r>
    </w:p>
    <w:p>
      <w:pPr>
        <w:spacing w:line="360" w:lineRule="auto"/>
        <w:jc w:val="left"/>
        <w:textAlignment w:val="center"/>
        <w:rPr>
          <w:color w:val="000000"/>
        </w:rPr>
      </w:pPr>
      <w:r>
        <w:rPr>
          <w:rFonts w:ascii="Times New Roman" w:eastAsia="Times New Roman" w:hAnsi="Times New Roman" w:cs="Times New Roman"/>
          <w:color w:val="000000"/>
        </w:rPr>
        <w:t>302÷2</w:t>
      </w:r>
      <w:r>
        <w:rPr>
          <w:rFonts w:ascii="宋体" w:eastAsia="宋体" w:hAnsi="宋体" w:cs="宋体"/>
          <w:color w:val="000000"/>
        </w:rPr>
        <w:t>＝</w:t>
      </w:r>
      <w:r>
        <w:rPr>
          <w:rFonts w:ascii="Times New Roman" w:eastAsia="Times New Roman" w:hAnsi="Times New Roman" w:cs="Times New Roman"/>
          <w:color w:val="000000"/>
        </w:rPr>
        <w:t>151</w:t>
      </w:r>
      <w:r>
        <w:rPr>
          <w:rFonts w:ascii="宋体" w:eastAsia="宋体" w:hAnsi="宋体" w:cs="宋体"/>
          <w:color w:val="000000"/>
        </w:rPr>
        <w:t>余</w:t>
      </w:r>
      <w:r>
        <w:rPr>
          <w:rFonts w:ascii="Times New Roman" w:eastAsia="Times New Roman" w:hAnsi="Times New Roman" w:cs="Times New Roman"/>
          <w:color w:val="000000"/>
        </w:rPr>
        <w:t>0</w:t>
      </w:r>
    </w:p>
    <w:p>
      <w:pPr>
        <w:spacing w:line="360" w:lineRule="auto"/>
        <w:jc w:val="left"/>
        <w:textAlignment w:val="center"/>
        <w:rPr>
          <w:color w:val="000000"/>
        </w:rPr>
      </w:pPr>
      <w:r>
        <w:rPr>
          <w:rFonts w:ascii="Times New Roman" w:eastAsia="Times New Roman" w:hAnsi="Times New Roman" w:cs="Times New Roman"/>
          <w:color w:val="000000"/>
        </w:rPr>
        <w:t>151÷2</w:t>
      </w:r>
      <w:r>
        <w:rPr>
          <w:rFonts w:ascii="宋体" w:eastAsia="宋体" w:hAnsi="宋体" w:cs="宋体"/>
          <w:color w:val="000000"/>
        </w:rPr>
        <w:t>＝</w:t>
      </w:r>
      <w:r>
        <w:rPr>
          <w:rFonts w:ascii="Times New Roman" w:eastAsia="Times New Roman" w:hAnsi="Times New Roman" w:cs="Times New Roman"/>
          <w:color w:val="000000"/>
        </w:rPr>
        <w:t>75</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75÷2</w:t>
      </w:r>
      <w:r>
        <w:rPr>
          <w:rFonts w:ascii="宋体" w:eastAsia="宋体" w:hAnsi="宋体" w:cs="宋体"/>
          <w:color w:val="000000"/>
        </w:rPr>
        <w:t>＝</w:t>
      </w:r>
      <w:r>
        <w:rPr>
          <w:rFonts w:ascii="Times New Roman" w:eastAsia="Times New Roman" w:hAnsi="Times New Roman" w:cs="Times New Roman"/>
          <w:color w:val="000000"/>
        </w:rPr>
        <w:t>37</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37÷2</w:t>
      </w:r>
      <w:r>
        <w:rPr>
          <w:rFonts w:ascii="宋体" w:eastAsia="宋体" w:hAnsi="宋体" w:cs="宋体"/>
          <w:color w:val="000000"/>
        </w:rPr>
        <w:t>＝</w:t>
      </w:r>
      <w:r>
        <w:rPr>
          <w:rFonts w:ascii="Times New Roman" w:eastAsia="Times New Roman" w:hAnsi="Times New Roman" w:cs="Times New Roman"/>
          <w:color w:val="000000"/>
        </w:rPr>
        <w:t>18</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18÷2</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余</w:t>
      </w:r>
      <w:r>
        <w:rPr>
          <w:rFonts w:ascii="Times New Roman" w:eastAsia="Times New Roman" w:hAnsi="Times New Roman" w:cs="Times New Roman"/>
          <w:color w:val="000000"/>
        </w:rPr>
        <w:t>0</w:t>
      </w:r>
    </w:p>
    <w:p>
      <w:pPr>
        <w:spacing w:line="360" w:lineRule="auto"/>
        <w:jc w:val="left"/>
        <w:textAlignment w:val="center"/>
        <w:rPr>
          <w:color w:val="000000"/>
        </w:rPr>
      </w:pPr>
      <w:r>
        <w:rPr>
          <w:rFonts w:ascii="Times New Roman" w:eastAsia="Times New Roman" w:hAnsi="Times New Roman" w:cs="Times New Roman"/>
          <w:color w:val="000000"/>
        </w:rPr>
        <w:t>9÷2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Times New Roman" w:eastAsia="Times New Roman" w:hAnsi="Times New Roman" w:cs="Times New Roman"/>
          <w:color w:val="000000"/>
        </w:rPr>
        <w:t>4÷2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余</w:t>
      </w:r>
      <w:r>
        <w:rPr>
          <w:rFonts w:ascii="Times New Roman" w:eastAsia="Times New Roman" w:hAnsi="Times New Roman" w:cs="Times New Roman"/>
          <w:color w:val="000000"/>
        </w:rPr>
        <w:t>0</w:t>
      </w:r>
    </w:p>
    <w:p>
      <w:pPr>
        <w:spacing w:line="360" w:lineRule="auto"/>
        <w:jc w:val="left"/>
        <w:textAlignment w:val="center"/>
        <w:rPr>
          <w:color w:val="000000"/>
        </w:rPr>
      </w:pP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余</w:t>
      </w:r>
      <w:r>
        <w:rPr>
          <w:rFonts w:ascii="Times New Roman" w:eastAsia="Times New Roman" w:hAnsi="Times New Roman" w:cs="Times New Roman"/>
          <w:color w:val="000000"/>
        </w:rPr>
        <w:t>0</w:t>
      </w:r>
    </w:p>
    <w:p>
      <w:pPr>
        <w:spacing w:line="360" w:lineRule="auto"/>
        <w:jc w:val="left"/>
        <w:textAlignment w:val="center"/>
        <w:rPr>
          <w:color w:val="000000"/>
        </w:rPr>
      </w:pP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余</w:t>
      </w:r>
      <w:r>
        <w:rPr>
          <w:rFonts w:ascii="Times New Roman" w:eastAsia="Times New Roman" w:hAnsi="Times New Roman" w:cs="Times New Roman"/>
          <w:color w:val="000000"/>
        </w:rPr>
        <w:t>1</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302</w:t>
      </w:r>
      <w:r>
        <w:rPr>
          <w:rFonts w:ascii="宋体" w:eastAsia="宋体" w:hAnsi="宋体" w:cs="宋体"/>
          <w:color w:val="000000"/>
        </w:rPr>
        <w:t>＝</w:t>
      </w:r>
      <w:r>
        <w:rPr>
          <w:rFonts w:ascii="Times New Roman" w:eastAsia="Times New Roman" w:hAnsi="Times New Roman" w:cs="Times New Roman"/>
          <w:color w:val="000000"/>
        </w:rPr>
        <w:t>100101110</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请你将十进制数</w:t>
      </w:r>
      <w:r>
        <w:rPr>
          <w:rFonts w:ascii="Times New Roman" w:eastAsia="Times New Roman" w:hAnsi="Times New Roman" w:cs="Times New Roman"/>
          <w:color w:val="000000"/>
        </w:rPr>
        <w:t>101</w:t>
      </w:r>
      <w:r>
        <w:rPr>
          <w:rFonts w:ascii="宋体" w:eastAsia="宋体" w:hAnsi="宋体" w:cs="宋体"/>
          <w:color w:val="000000"/>
        </w:rPr>
        <w:t>转化为二进制数，则</w:t>
      </w:r>
      <w:r>
        <w:rPr>
          <w:rFonts w:ascii="Times New Roman" w:eastAsia="Times New Roman" w:hAnsi="Times New Roman" w:cs="Times New Roman"/>
          <w:color w:val="000000"/>
        </w:rPr>
        <w:t>101</w:t>
      </w:r>
      <w:r>
        <w:rPr>
          <w:rFonts w:ascii="宋体" w:eastAsia="宋体" w:hAnsi="宋体" w:cs="宋体"/>
          <w:color w:val="000000"/>
        </w:rPr>
        <w:t>＝</w:t>
      </w:r>
      <w:r>
        <w:rPr>
          <w:rFonts w:ascii="Times New Roman" w:eastAsia="Times New Roman" w:hAnsi="Times New Roman" w:cs="Times New Roman"/>
          <w:color w:val="000000"/>
        </w:rPr>
        <w:t>_____</w:t>
      </w:r>
      <w:r>
        <w:rPr>
          <w:rFonts w:ascii="Times New Roman" w:eastAsia="Times New Roman" w:hAnsi="Times New Roman" w:cs="Times New Roman"/>
          <w:color w:val="000000"/>
          <w:vertAlign w:val="subscript"/>
        </w:rPr>
        <w:t>2</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）二进制的四则运算与十进制的四则运算原理相同，不同的是十进制的数位有十个数码</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，满十进一，而二进制的数位有两个数码</w:t>
      </w:r>
      <w:r>
        <w:rPr>
          <w:rFonts w:ascii="Times New Roman" w:eastAsia="Times New Roman" w:hAnsi="Times New Roman" w:cs="Times New Roman"/>
          <w:color w:val="000000"/>
        </w:rPr>
        <w:t>0</w:t>
      </w:r>
      <w:r>
        <w:rPr>
          <w:rFonts w:ascii="宋体" w:eastAsia="宋体" w:hAnsi="宋体" w:cs="宋体"/>
          <w:color w:val="000000"/>
        </w:rPr>
        <w:t>和</w:t>
      </w:r>
      <w:r>
        <w:rPr>
          <w:rFonts w:ascii="Times New Roman" w:eastAsia="Times New Roman" w:hAnsi="Times New Roman" w:cs="Times New Roman"/>
          <w:color w:val="000000"/>
        </w:rPr>
        <w:t>1</w:t>
      </w:r>
      <w:r>
        <w:rPr>
          <w:rFonts w:ascii="宋体" w:eastAsia="宋体" w:hAnsi="宋体" w:cs="宋体"/>
          <w:color w:val="000000"/>
        </w:rPr>
        <w:t>，满二进一．</w:t>
      </w:r>
    </w:p>
    <w:p>
      <w:pPr>
        <w:spacing w:line="360" w:lineRule="auto"/>
        <w:jc w:val="left"/>
        <w:textAlignment w:val="center"/>
        <w:rPr>
          <w:color w:val="000000"/>
        </w:rPr>
      </w:pPr>
      <w:r>
        <w:rPr>
          <w:rFonts w:ascii="宋体" w:eastAsia="宋体" w:hAnsi="宋体" w:cs="宋体"/>
          <w:color w:val="000000"/>
        </w:rPr>
        <w:t>二进制的四则运算口诀如下：</w:t>
      </w:r>
    </w:p>
    <w:p>
      <w:pPr>
        <w:spacing w:line="360" w:lineRule="auto"/>
        <w:jc w:val="left"/>
        <w:textAlignment w:val="center"/>
        <w:rPr>
          <w:color w:val="000000"/>
        </w:rPr>
      </w:pPr>
      <w:r>
        <w:rPr>
          <w:rFonts w:ascii="宋体" w:eastAsia="宋体" w:hAnsi="宋体" w:cs="宋体"/>
          <w:color w:val="000000"/>
        </w:rPr>
        <w:t>加法：</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减法：</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10</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（同一数位不够减时，向高一位借</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乘法：</w:t>
      </w:r>
      <w:r>
        <w:rPr>
          <w:rFonts w:ascii="Times New Roman" w:eastAsia="Times New Roman" w:hAnsi="Times New Roman" w:cs="Times New Roman"/>
          <w:color w:val="000000"/>
        </w:rPr>
        <w:t>0×0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除法：</w:t>
      </w:r>
      <w:r>
        <w:rPr>
          <w:rFonts w:ascii="Times New Roman" w:eastAsia="Times New Roman" w:hAnsi="Times New Roman" w:cs="Times New Roman"/>
          <w:color w:val="000000"/>
        </w:rPr>
        <w:t>0÷1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请根据以上信息和所学的竖式计算相关知识，填空：</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10110</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_______</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110101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11110</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______</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w:t>
      </w:r>
      <w:r>
        <w:rPr>
          <w:rFonts w:ascii="Times New Roman" w:eastAsia="Times New Roman" w:hAnsi="Times New Roman" w:cs="Times New Roman"/>
          <w:color w:val="000000"/>
        </w:rPr>
        <w:t>1101</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10101</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×111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______</w:t>
      </w:r>
      <w:r>
        <w:rPr>
          <w:rFonts w:ascii="Times New Roman" w:eastAsia="Times New Roman" w:hAnsi="Times New Roman" w:cs="Times New Roman"/>
          <w:color w:val="000000"/>
          <w:vertAlign w:val="subscript"/>
        </w:rPr>
        <w:t>2</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1100101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w:t>
      </w:r>
      <w:r>
        <w:rPr>
          <w:rFonts w:ascii="Times New Roman" w:eastAsia="Times New Roman" w:hAnsi="Times New Roman" w:cs="Times New Roman"/>
          <w:color w:val="000000"/>
        </w:rPr>
        <w:t>100011</w:t>
      </w:r>
      <w:r>
        <w:rPr>
          <w:rFonts w:ascii="宋体" w:eastAsia="宋体" w:hAnsi="宋体" w:cs="宋体"/>
          <w:color w:val="000000"/>
        </w:rPr>
        <w:t>；②</w:t>
      </w:r>
      <w:r>
        <w:rPr>
          <w:rFonts w:ascii="Times New Roman" w:eastAsia="Times New Roman" w:hAnsi="Times New Roman" w:cs="Times New Roman"/>
          <w:color w:val="000000"/>
        </w:rPr>
        <w:t>10111</w:t>
      </w:r>
      <w:r>
        <w:rPr>
          <w:rFonts w:ascii="宋体" w:eastAsia="宋体" w:hAnsi="宋体" w:cs="宋体"/>
          <w:color w:val="000000"/>
        </w:rPr>
        <w:t>；③</w:t>
      </w:r>
      <w:r>
        <w:rPr>
          <w:rFonts w:ascii="Times New Roman" w:eastAsia="Times New Roman" w:hAnsi="Times New Roman" w:cs="Times New Roman"/>
          <w:color w:val="000000"/>
        </w:rPr>
        <w:t>11010100</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）按照例子进行计算即可；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）按照例子进行计算即可；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）①根据二进制的加法运算口诀进行求解即可；</w:t>
      </w:r>
    </w:p>
    <w:p>
      <w:pPr>
        <w:spacing w:line="360" w:lineRule="auto"/>
        <w:jc w:val="left"/>
        <w:textAlignment w:val="center"/>
        <w:rPr>
          <w:color w:val="000000"/>
        </w:rPr>
      </w:pPr>
      <w:r>
        <w:rPr>
          <w:rFonts w:ascii="宋体" w:eastAsia="宋体" w:hAnsi="宋体" w:cs="宋体"/>
          <w:color w:val="000000"/>
        </w:rPr>
        <w:t>②根据二进制的减法运算口诀进行求解即可；</w:t>
      </w:r>
    </w:p>
    <w:p>
      <w:pPr>
        <w:spacing w:line="360" w:lineRule="auto"/>
        <w:jc w:val="left"/>
        <w:textAlignment w:val="center"/>
        <w:rPr>
          <w:color w:val="000000"/>
        </w:rPr>
      </w:pPr>
      <w:r>
        <w:rPr>
          <w:color w:val="000000"/>
        </w:rPr>
        <w:t>③根据二进制的运算口诀计算乘法，再由二进制加法运算口诀进行相加即可．</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7967" type="#_x0000_t75" alt="学科网(www.zxxk.com)--教育资源门户，提供试卷、教案、课件、论文、素材以及各类教学资源下载，还有大量而丰富的教学相关资讯！" style="width:269.25pt;height:18.75pt" o:oleicon="f" o:ole="">
            <v:imagedata r:id="rId1428" o:title="eqId12409110cbf2631c7ca876fb72b8373e"/>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19</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101</w:t>
      </w:r>
      <w:r>
        <w:rPr>
          <w:rFonts w:ascii="Cambria Math" w:eastAsia="Cambria Math" w:hAnsi="Cambria Math" w:cs="Cambria Math"/>
          <w:color w:val="000000"/>
        </w:rPr>
        <w:t>÷</w:t>
      </w:r>
      <w:r>
        <w:rPr>
          <w:rFonts w:ascii="Times New Roman" w:eastAsia="Times New Roman" w:hAnsi="Times New Roman" w:cs="Times New Roman"/>
          <w:color w:val="000000"/>
        </w:rPr>
        <w:t>2=50</w:t>
      </w:r>
      <w:r>
        <w:rPr>
          <w:rFonts w:ascii="宋体" w:eastAsia="宋体" w:hAnsi="宋体" w:cs="宋体"/>
          <w:color w:val="000000"/>
        </w:rPr>
        <w:t>余</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50</w:t>
      </w:r>
      <w:r>
        <w:rPr>
          <w:rFonts w:ascii="Cambria Math" w:eastAsia="Cambria Math" w:hAnsi="Cambria Math" w:cs="Cambria Math"/>
          <w:color w:val="000000"/>
        </w:rPr>
        <w:t>÷</w:t>
      </w:r>
      <w:r>
        <w:rPr>
          <w:rFonts w:ascii="Times New Roman" w:eastAsia="Times New Roman" w:hAnsi="Times New Roman" w:cs="Times New Roman"/>
          <w:color w:val="000000"/>
        </w:rPr>
        <w:t>2=25</w:t>
      </w:r>
      <w:r>
        <w:rPr>
          <w:rFonts w:ascii="宋体" w:eastAsia="宋体" w:hAnsi="宋体" w:cs="宋体"/>
          <w:color w:val="000000"/>
        </w:rPr>
        <w:t>余</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25</w:t>
      </w:r>
      <w:r>
        <w:rPr>
          <w:rFonts w:ascii="Cambria Math" w:eastAsia="Cambria Math" w:hAnsi="Cambria Math" w:cs="Cambria Math"/>
          <w:color w:val="000000"/>
        </w:rPr>
        <w:t>÷</w:t>
      </w:r>
      <w:r>
        <w:rPr>
          <w:rFonts w:ascii="Times New Roman" w:eastAsia="Times New Roman" w:hAnsi="Times New Roman" w:cs="Times New Roman"/>
          <w:color w:val="000000"/>
        </w:rPr>
        <w:t>2=12</w:t>
      </w:r>
      <w:r>
        <w:rPr>
          <w:rFonts w:ascii="宋体" w:eastAsia="宋体" w:hAnsi="宋体" w:cs="宋体"/>
          <w:color w:val="000000"/>
        </w:rPr>
        <w:t>余</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Cambria Math" w:eastAsia="Cambria Math" w:hAnsi="Cambria Math" w:cs="Cambria Math"/>
          <w:color w:val="000000"/>
        </w:rPr>
        <w:t>÷</w:t>
      </w:r>
      <w:r>
        <w:rPr>
          <w:rFonts w:ascii="Times New Roman" w:eastAsia="Times New Roman" w:hAnsi="Times New Roman" w:cs="Times New Roman"/>
          <w:color w:val="000000"/>
        </w:rPr>
        <w:t>2=6</w:t>
      </w:r>
      <w:r>
        <w:rPr>
          <w:rFonts w:ascii="宋体" w:eastAsia="宋体" w:hAnsi="宋体" w:cs="宋体"/>
          <w:color w:val="000000"/>
        </w:rPr>
        <w:t>余</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6</w:t>
      </w:r>
      <w:r>
        <w:rPr>
          <w:rFonts w:ascii="Cambria Math" w:eastAsia="Cambria Math" w:hAnsi="Cambria Math" w:cs="Cambria Math"/>
          <w:color w:val="000000"/>
        </w:rPr>
        <w:t>÷</w:t>
      </w:r>
      <w:r>
        <w:rPr>
          <w:rFonts w:ascii="Times New Roman" w:eastAsia="Times New Roman" w:hAnsi="Times New Roman" w:cs="Times New Roman"/>
          <w:color w:val="000000"/>
        </w:rPr>
        <w:t>2=3</w:t>
      </w:r>
      <w:r>
        <w:rPr>
          <w:rFonts w:ascii="宋体" w:eastAsia="宋体" w:hAnsi="宋体" w:cs="宋体"/>
          <w:color w:val="000000"/>
        </w:rPr>
        <w:t>余</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3</w:t>
      </w:r>
      <w:r>
        <w:rPr>
          <w:rFonts w:ascii="Cambria Math" w:eastAsia="Cambria Math" w:hAnsi="Cambria Math" w:cs="Cambria Math"/>
          <w:color w:val="000000"/>
        </w:rPr>
        <w:t>÷</w:t>
      </w:r>
      <w:r>
        <w:rPr>
          <w:rFonts w:ascii="Times New Roman" w:eastAsia="Times New Roman" w:hAnsi="Times New Roman" w:cs="Times New Roman"/>
          <w:color w:val="000000"/>
        </w:rPr>
        <w:t>2=1</w:t>
      </w:r>
      <w:r>
        <w:rPr>
          <w:rFonts w:ascii="宋体" w:eastAsia="宋体" w:hAnsi="宋体" w:cs="宋体"/>
          <w:color w:val="000000"/>
        </w:rPr>
        <w:t>余</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Cambria Math" w:eastAsia="Cambria Math" w:hAnsi="Cambria Math" w:cs="Cambria Math"/>
          <w:color w:val="000000"/>
        </w:rPr>
        <w:t>÷</w:t>
      </w:r>
      <w:r>
        <w:rPr>
          <w:rFonts w:ascii="Times New Roman" w:eastAsia="Times New Roman" w:hAnsi="Times New Roman" w:cs="Times New Roman"/>
          <w:color w:val="000000"/>
        </w:rPr>
        <w:t>2=0</w:t>
      </w:r>
      <w:r>
        <w:rPr>
          <w:rFonts w:ascii="宋体" w:eastAsia="宋体" w:hAnsi="宋体" w:cs="宋体"/>
          <w:color w:val="000000"/>
        </w:rPr>
        <w:t>余</w:t>
      </w:r>
      <w:r>
        <w:rPr>
          <w:rFonts w:ascii="Times New Roman" w:eastAsia="Times New Roman" w:hAnsi="Times New Roman" w:cs="Times New Roman"/>
          <w:color w:val="000000"/>
        </w:rPr>
        <w:t>1</w:t>
      </w:r>
      <w:r>
        <w:rPr>
          <w:rFonts w:ascii="宋体" w:eastAsia="宋体" w:hAnsi="宋体" w:cs="宋体"/>
          <w:color w:val="000000"/>
        </w:rPr>
        <w:t>，所以</w:t>
      </w:r>
      <w:r>
        <w:rPr>
          <w:rFonts w:ascii="Times New Roman" w:eastAsia="Times New Roman" w:hAnsi="Times New Roman" w:cs="Times New Roman"/>
          <w:color w:val="000000"/>
        </w:rPr>
        <w:t>101=1100101</w:t>
      </w:r>
      <w:r>
        <w:rPr>
          <w:rFonts w:ascii="Times New Roman" w:eastAsia="Times New Roman" w:hAnsi="Times New Roman" w:cs="Times New Roman"/>
          <w:color w:val="000000"/>
          <w:vertAlign w:val="subscript"/>
        </w:rPr>
        <w:t>2</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1100101</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w:t>
      </w:r>
      <w:r>
        <w:rPr>
          <w:rFonts w:ascii="Times New Roman" w:eastAsia="Times New Roman" w:hAnsi="Times New Roman" w:cs="Times New Roman"/>
          <w:color w:val="000000"/>
        </w:rPr>
        <w:t>10110</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100011</w:t>
      </w:r>
      <w:r>
        <w:rPr>
          <w:rFonts w:ascii="Times New Roman" w:eastAsia="Times New Roman" w:hAnsi="Times New Roman" w:cs="Times New Roman"/>
          <w:color w:val="000000"/>
          <w:vertAlign w:val="subscript"/>
        </w:rPr>
        <w:t>2</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100011</w:t>
      </w:r>
      <w:r>
        <w:rPr>
          <w:rFonts w:ascii="Times New Roman" w:eastAsia="Times New Roman" w:hAnsi="Times New Roman" w:cs="Times New Roman"/>
          <w:color w:val="000000"/>
          <w:vertAlign w:val="subscript"/>
        </w:rPr>
        <w:t>2</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110101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11110</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10111</w:t>
      </w:r>
      <w:r>
        <w:rPr>
          <w:rFonts w:ascii="Times New Roman" w:eastAsia="Times New Roman" w:hAnsi="Times New Roman" w:cs="Times New Roman"/>
          <w:color w:val="000000"/>
          <w:vertAlign w:val="subscript"/>
        </w:rPr>
        <w:t>2</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10111</w:t>
      </w:r>
      <w:r>
        <w:rPr>
          <w:rFonts w:ascii="Times New Roman" w:eastAsia="Times New Roman" w:hAnsi="Times New Roman" w:cs="Times New Roman"/>
          <w:color w:val="000000"/>
          <w:vertAlign w:val="subscript"/>
        </w:rPr>
        <w:t>2</w:t>
      </w:r>
    </w:p>
    <w:p>
      <w:pPr>
        <w:spacing w:line="360" w:lineRule="auto"/>
        <w:jc w:val="left"/>
        <w:textAlignment w:val="center"/>
        <w:rPr>
          <w:color w:val="000000"/>
        </w:rPr>
      </w:pPr>
      <w:r>
        <w:rPr>
          <w:rFonts w:ascii="宋体" w:eastAsia="宋体" w:hAnsi="宋体" w:cs="宋体"/>
          <w:color w:val="000000"/>
        </w:rPr>
        <w:t>③</w:t>
      </w:r>
      <w:r>
        <w:rPr>
          <w:rFonts w:ascii="Times New Roman" w:eastAsia="Times New Roman" w:hAnsi="Times New Roman" w:cs="Times New Roman"/>
          <w:color w:val="000000"/>
        </w:rPr>
        <w:t>1101</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×101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10101</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×111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1000001</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10010011</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=11010100</w:t>
      </w:r>
      <w:r>
        <w:rPr>
          <w:rFonts w:ascii="Times New Roman" w:eastAsia="Times New Roman" w:hAnsi="Times New Roman" w:cs="Times New Roman"/>
          <w:color w:val="000000"/>
          <w:vertAlign w:val="subscript"/>
        </w:rPr>
        <w:t>2</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11010100</w:t>
      </w:r>
      <w:r>
        <w:rPr>
          <w:rFonts w:ascii="Times New Roman" w:eastAsia="Times New Roman" w:hAnsi="Times New Roman" w:cs="Times New Roman"/>
          <w:color w:val="000000"/>
          <w:vertAlign w:val="subscript"/>
        </w:rPr>
        <w:t>2</w:t>
      </w:r>
    </w:p>
    <w:p>
      <w:pPr>
        <w:spacing w:line="360" w:lineRule="auto"/>
        <w:jc w:val="left"/>
        <w:textAlignment w:val="center"/>
        <w:rPr>
          <w:color w:val="000000"/>
        </w:rPr>
        <w:sectPr w:rsidSect="00C321EB">
          <w:headerReference w:type="even" r:id="rId415"/>
          <w:footerReference w:type="even" r:id="rId416"/>
          <w:headerReference w:type="first" r:id="rId417"/>
          <w:footerReference w:type="first" r:id="rId418"/>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本题是材料阅读题，考查了有理数的运算，读懂材料中两种进制互化的例子及二进制的四则运算法则是关键．</w:t>
      </w:r>
    </w:p>
    <w:p>
      <w:pPr>
        <w:pStyle w:val="Heading2"/>
      </w:pPr>
      <w:r>
        <w:t>西城区宣武外国语实验学校</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如下图中表示，寻找其中规律，</w:t>
      </w:r>
    </w:p>
    <w:p>
      <w:pPr>
        <w:spacing w:line="360" w:lineRule="auto"/>
        <w:jc w:val="left"/>
        <w:textAlignment w:val="center"/>
        <w:rPr>
          <w:color w:val="000000"/>
        </w:rPr>
      </w:pPr>
      <w:r>
        <w:rPr>
          <w:rFonts w:ascii="宋体" w:eastAsia="宋体" w:hAnsi="宋体" w:cs="宋体"/>
          <w:color w:val="000000"/>
        </w:rPr>
        <w:drawing>
          <wp:inline>
            <wp:extent cx="4905375" cy="1647825"/>
            <wp:docPr id="28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 name=""/>
                    <pic:cNvPicPr>
                      <a:picLocks noChangeAspect="1"/>
                    </pic:cNvPicPr>
                  </pic:nvPicPr>
                  <pic:blipFill>
                    <a:blip r:embed="rId1429"/>
                    <a:stretch>
                      <a:fillRect/>
                    </a:stretch>
                  </pic:blipFill>
                  <pic:spPr>
                    <a:xfrm>
                      <a:off x="0" y="0"/>
                      <a:ext cx="4905375" cy="164782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color w:val="000000"/>
        </w:rPr>
        <w:t>1</w:t>
      </w:r>
      <w:r>
        <w:rPr>
          <w:rFonts w:ascii="宋体" w:eastAsia="宋体" w:hAnsi="宋体" w:cs="宋体"/>
          <w:color w:val="000000"/>
        </w:rPr>
        <w:t>正三边形中共有</w:t>
      </w:r>
      <w:r>
        <w:pict>
          <v:shape id="_x0000_i707968" type="#_x0000_t75" alt="学科网(www.zxxk.com)--教育资源门户，提供试卷、教案、课件、论文、素材以及各类教学资源下载，还有大量而丰富的教学相关资讯！" style="width:9.6pt;height:13.2pt" o:oleicon="f" o:ole="">
            <v:imagedata r:id="rId1430" o:title="eqIdb8860d9787671b53b1ab68b3d526f5ca"/>
          </v:shape>
        </w:pic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正四边形中共有</w:t>
      </w:r>
      <w:r>
        <w:pict>
          <v:shape id="_x0000_i707969" type="#_x0000_t75" alt="学科网(www.zxxk.com)--教育资源门户，提供试卷、教案、课件、论文、素材以及各类教学资源下载，还有大量而丰富的教学相关资讯！" style="width:13.95pt;height:13.95pt" o:oleicon="f" o:ole="">
            <v:imagedata r:id="rId1431" o:title="eqId5453184e251cfe787b5965cd38426962"/>
          </v:shape>
        </w:pic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正五边形中共有</w:t>
      </w:r>
      <w:r>
        <w:pict>
          <v:shape id="_x0000_i707970" type="#_x0000_t75" alt="学科网(www.zxxk.com)--教育资源门户，提供试卷、教案、课件、论文、素材以及各类教学资源下载，还有大量而丰富的教学相关资讯！" style="width:15.75pt;height:14.25pt" o:oleicon="f" o:ole="">
            <v:imagedata r:id="rId1432" o:title="eqIdc696d722e1b4b938c7a956ff83f733bd"/>
          </v:shape>
        </w:pic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color w:val="000000"/>
        </w:rPr>
        <w:t>4</w:t>
      </w:r>
      <w:r>
        <w:rPr>
          <w:rFonts w:ascii="宋体" w:eastAsia="宋体" w:hAnsi="宋体" w:cs="宋体"/>
          <w:color w:val="000000"/>
        </w:rPr>
        <w:t>正六边形中共有</w:t>
      </w:r>
      <w:r>
        <w:rPr>
          <w:rFonts w:ascii="宋体" w:eastAsia="宋体" w:hAnsi="宋体" w:cs="宋体"/>
          <w:color w:val="000000"/>
        </w:rPr>
        <w:t>_____________</w: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正七边形中共有</w:t>
      </w:r>
      <w:r>
        <w:rPr>
          <w:rFonts w:ascii="宋体" w:eastAsia="宋体" w:hAnsi="宋体" w:cs="宋体"/>
          <w:color w:val="000000"/>
        </w:rPr>
        <w:t>_____________</w:t>
      </w:r>
      <w:r>
        <w:rPr>
          <w:rFonts w:ascii="宋体" w:eastAsia="宋体" w:hAnsi="宋体" w:cs="宋体"/>
          <w:color w:val="000000"/>
        </w:rPr>
        <w:t>个点．</w:t>
      </w:r>
    </w:p>
    <w:p>
      <w:pPr>
        <w:spacing w:line="360" w:lineRule="auto"/>
        <w:jc w:val="left"/>
        <w:textAlignment w:val="center"/>
        <w:rPr>
          <w:rFonts w:ascii="宋体" w:eastAsia="宋体" w:hAnsi="宋体" w:cs="宋体"/>
          <w:color w:val="000000"/>
        </w:rPr>
      </w:pPr>
      <w:r>
        <w:rPr>
          <w:rFonts w:ascii="宋体" w:eastAsia="宋体" w:hAnsi="宋体" w:cs="宋体"/>
          <w:color w:val="000000"/>
        </w:rPr>
        <w:t>依次类推……</w:t>
      </w:r>
    </w:p>
    <w:p>
      <w:pPr>
        <w:spacing w:line="360" w:lineRule="auto"/>
        <w:jc w:val="left"/>
        <w:textAlignment w:val="center"/>
        <w:rPr>
          <w:rFonts w:ascii="宋体" w:eastAsia="宋体" w:hAnsi="宋体" w:cs="宋体"/>
          <w:color w:val="000000"/>
        </w:rPr>
      </w:pPr>
      <w:r>
        <w:rPr>
          <w:rFonts w:ascii="宋体" w:eastAsia="宋体" w:hAnsi="宋体" w:cs="宋体"/>
          <w:color w:val="000000"/>
        </w:rPr>
        <w:t>图</w:t>
      </w:r>
      <w:r>
        <w:rPr>
          <w:rFonts w:ascii="Times New Roman" w:eastAsia="Times New Roman" w:hAnsi="Times New Roman" w:cs="Times New Roman"/>
          <w:i/>
          <w:color w:val="000000"/>
        </w:rPr>
        <w:t>n</w:t>
      </w:r>
      <w:r>
        <w:rPr>
          <w:rFonts w:ascii="宋体" w:eastAsia="宋体" w:hAnsi="宋体" w:cs="宋体"/>
          <w:color w:val="000000"/>
        </w:rPr>
        <w:t>正</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边形中共有</w:t>
      </w:r>
      <w:r>
        <w:rPr>
          <w:rFonts w:ascii="宋体" w:eastAsia="宋体" w:hAnsi="宋体" w:cs="宋体"/>
          <w:color w:val="000000"/>
        </w:rPr>
        <w:t>_____________</w:t>
      </w:r>
      <w:r>
        <w:rPr>
          <w:rFonts w:ascii="宋体" w:eastAsia="宋体" w:hAnsi="宋体" w:cs="宋体"/>
          <w:color w:val="000000"/>
        </w:rPr>
        <w:t>个点．</w:t>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①. </w:t>
      </w:r>
      <w:r>
        <w:rPr>
          <w:rFonts w:ascii="Times New Roman" w:eastAsia="Times New Roman" w:hAnsi="Times New Roman" w:cs="Times New Roman"/>
          <w:color w:val="000000"/>
        </w:rPr>
        <w:t>43</w:t>
      </w:r>
      <w:r>
        <w:rPr>
          <w:color w:val="000000"/>
        </w:rPr>
        <w:t xml:space="preserve">    ②. </w:t>
      </w:r>
      <w:r>
        <w:rPr>
          <w:rFonts w:ascii="Times New Roman" w:eastAsia="Times New Roman" w:hAnsi="Times New Roman" w:cs="Times New Roman"/>
          <w:color w:val="000000"/>
        </w:rPr>
        <w:t>64</w:t>
      </w:r>
      <w:r>
        <w:rPr>
          <w:color w:val="000000"/>
        </w:rPr>
        <w:t xml:space="preserve">    ③. </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−5</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根据图形归纳出第</w:t>
      </w:r>
      <w:r>
        <w:rPr>
          <w:rFonts w:ascii="Times New Roman" w:eastAsia="Times New Roman" w:hAnsi="Times New Roman" w:cs="Times New Roman"/>
          <w:i/>
          <w:color w:val="000000"/>
        </w:rPr>
        <w:t>n</w:t>
      </w:r>
      <w:r>
        <w:rPr>
          <w:rFonts w:ascii="宋体" w:eastAsia="宋体" w:hAnsi="宋体" w:cs="宋体"/>
          <w:color w:val="000000"/>
        </w:rPr>
        <w:t>个图形中点的个数，再代入可得答案．</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解：图</w:t>
      </w:r>
      <w:r>
        <w:rPr>
          <w:rFonts w:ascii="Times New Roman" w:eastAsia="Times New Roman" w:hAnsi="Times New Roman" w:cs="Times New Roman"/>
          <w:color w:val="000000"/>
        </w:rPr>
        <w:t>1</w:t>
      </w:r>
      <w:r>
        <w:rPr>
          <w:rFonts w:ascii="宋体" w:eastAsia="宋体" w:hAnsi="宋体" w:cs="宋体"/>
          <w:color w:val="000000"/>
        </w:rPr>
        <w:t>为正三边形中共有</w:t>
      </w:r>
      <w:r>
        <w:rPr>
          <w:rFonts w:ascii="Times New Roman" w:eastAsia="Times New Roman" w:hAnsi="Times New Roman" w:cs="Times New Roman"/>
          <w:color w:val="000000"/>
        </w:rPr>
        <w:t>4</w:t>
      </w:r>
      <w:r>
        <w:rPr>
          <w:rFonts w:ascii="宋体" w:eastAsia="宋体" w:hAnsi="宋体" w:cs="宋体"/>
          <w:color w:val="000000"/>
        </w:rPr>
        <w:t>个点，</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6×1−2</w:t>
      </w:r>
      <w:r>
        <w:rPr>
          <w:rFonts w:ascii="宋体" w:eastAsia="宋体" w:hAnsi="宋体" w:cs="宋体"/>
          <w:color w:val="000000"/>
        </w:rPr>
        <w:t>；</w:t>
      </w:r>
      <w:r>
        <w:rPr>
          <w:color w:val="000000"/>
        </w:rPr>
        <w:br/>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为正四边形中共有</w:t>
      </w:r>
      <w:r>
        <w:rPr>
          <w:rFonts w:ascii="Times New Roman" w:eastAsia="Times New Roman" w:hAnsi="Times New Roman" w:cs="Times New Roman"/>
          <w:color w:val="000000"/>
        </w:rPr>
        <w:t>13</w:t>
      </w:r>
      <w:r>
        <w:rPr>
          <w:rFonts w:ascii="宋体" w:eastAsia="宋体" w:hAnsi="宋体" w:cs="宋体"/>
          <w:color w:val="000000"/>
        </w:rPr>
        <w:t>个点，</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8×2−3</w:t>
      </w:r>
      <w:r>
        <w:rPr>
          <w:rFonts w:ascii="宋体" w:eastAsia="宋体" w:hAnsi="宋体" w:cs="宋体"/>
          <w:color w:val="000000"/>
        </w:rPr>
        <w:t>；</w:t>
      </w:r>
      <w:r>
        <w:rPr>
          <w:color w:val="000000"/>
        </w:rPr>
        <w:br/>
      </w:r>
      <w:r>
        <w:rPr>
          <w:rFonts w:ascii="宋体" w:eastAsia="宋体" w:hAnsi="宋体" w:cs="宋体"/>
          <w:color w:val="000000"/>
        </w:rPr>
        <w:t>图</w:t>
      </w:r>
      <w:r>
        <w:rPr>
          <w:rFonts w:ascii="Times New Roman" w:eastAsia="Times New Roman" w:hAnsi="Times New Roman" w:cs="Times New Roman"/>
          <w:color w:val="000000"/>
        </w:rPr>
        <w:t>3</w:t>
      </w:r>
      <w:r>
        <w:rPr>
          <w:rFonts w:ascii="宋体" w:eastAsia="宋体" w:hAnsi="宋体" w:cs="宋体"/>
          <w:color w:val="000000"/>
        </w:rPr>
        <w:t>为正五边形中共有</w:t>
      </w:r>
      <w:r>
        <w:rPr>
          <w:rFonts w:ascii="Times New Roman" w:eastAsia="Times New Roman" w:hAnsi="Times New Roman" w:cs="Times New Roman"/>
          <w:color w:val="000000"/>
        </w:rPr>
        <w:t>26</w:t>
      </w:r>
      <w:r>
        <w:rPr>
          <w:rFonts w:ascii="宋体" w:eastAsia="宋体" w:hAnsi="宋体" w:cs="宋体"/>
          <w:color w:val="000000"/>
        </w:rPr>
        <w:t>个点，</w:t>
      </w:r>
      <w:r>
        <w:rPr>
          <w:rFonts w:ascii="Times New Roman" w:eastAsia="Times New Roman" w:hAnsi="Times New Roman" w:cs="Times New Roman"/>
          <w:color w:val="000000"/>
        </w:rPr>
        <w:t>26</w:t>
      </w:r>
      <w:r>
        <w:rPr>
          <w:rFonts w:ascii="宋体" w:eastAsia="宋体" w:hAnsi="宋体" w:cs="宋体"/>
          <w:color w:val="000000"/>
        </w:rPr>
        <w:t>＝</w:t>
      </w:r>
      <w:r>
        <w:rPr>
          <w:rFonts w:ascii="Times New Roman" w:eastAsia="Times New Roman" w:hAnsi="Times New Roman" w:cs="Times New Roman"/>
          <w:color w:val="000000"/>
        </w:rPr>
        <w:t>10×3−4</w:t>
      </w:r>
      <w:r>
        <w:rPr>
          <w:rFonts w:ascii="宋体" w:eastAsia="宋体" w:hAnsi="宋体" w:cs="宋体"/>
          <w:color w:val="000000"/>
        </w:rPr>
        <w:t>；</w:t>
      </w:r>
      <w:r>
        <w:rPr>
          <w:color w:val="000000"/>
        </w:rPr>
        <w:br/>
      </w:r>
      <w:r>
        <w:rPr>
          <w:rFonts w:ascii="宋体" w:eastAsia="宋体" w:hAnsi="宋体" w:cs="宋体"/>
          <w:color w:val="000000"/>
        </w:rPr>
        <w:t>∴图</w:t>
      </w:r>
      <w:r>
        <w:rPr>
          <w:rFonts w:ascii="Times New Roman" w:eastAsia="Times New Roman" w:hAnsi="Times New Roman" w:cs="Times New Roman"/>
          <w:color w:val="000000"/>
        </w:rPr>
        <w:t>4</w:t>
      </w:r>
      <w:r>
        <w:rPr>
          <w:rFonts w:ascii="宋体" w:eastAsia="宋体" w:hAnsi="宋体" w:cs="宋体"/>
          <w:color w:val="000000"/>
        </w:rPr>
        <w:t>为正六边形中点的个数为</w:t>
      </w:r>
      <w:r>
        <w:rPr>
          <w:rFonts w:ascii="Times New Roman" w:eastAsia="Times New Roman" w:hAnsi="Times New Roman" w:cs="Times New Roman"/>
          <w:color w:val="000000"/>
        </w:rPr>
        <w:t>12×4−5</w:t>
      </w:r>
      <w:r>
        <w:rPr>
          <w:rFonts w:ascii="宋体" w:eastAsia="宋体" w:hAnsi="宋体" w:cs="宋体"/>
          <w:color w:val="000000"/>
        </w:rPr>
        <w:t>＝</w:t>
      </w:r>
      <w:r>
        <w:rPr>
          <w:rFonts w:ascii="Times New Roman" w:eastAsia="Times New Roman" w:hAnsi="Times New Roman" w:cs="Times New Roman"/>
          <w:color w:val="000000"/>
        </w:rPr>
        <w:t>43</w:t>
      </w:r>
      <w:r>
        <w:rPr>
          <w:rFonts w:ascii="宋体" w:eastAsia="宋体" w:hAnsi="宋体" w:cs="宋体"/>
          <w:color w:val="000000"/>
        </w:rPr>
        <w:t>（个），</w:t>
      </w:r>
      <w:r>
        <w:rPr>
          <w:color w:val="000000"/>
        </w:rPr>
        <w:br/>
      </w:r>
      <w:r>
        <w:rPr>
          <w:rFonts w:ascii="宋体" w:eastAsia="宋体" w:hAnsi="宋体" w:cs="宋体"/>
          <w:color w:val="000000"/>
        </w:rPr>
        <w:t>图</w:t>
      </w:r>
      <w:r>
        <w:rPr>
          <w:rFonts w:ascii="Times New Roman" w:eastAsia="Times New Roman" w:hAnsi="Times New Roman" w:cs="Times New Roman"/>
          <w:color w:val="000000"/>
        </w:rPr>
        <w:t>5</w:t>
      </w:r>
      <w:r>
        <w:rPr>
          <w:rFonts w:ascii="宋体" w:eastAsia="宋体" w:hAnsi="宋体" w:cs="宋体"/>
          <w:color w:val="000000"/>
        </w:rPr>
        <w:t>为正七边形中点的个数为</w:t>
      </w:r>
      <w:r>
        <w:rPr>
          <w:rFonts w:ascii="Times New Roman" w:eastAsia="Times New Roman" w:hAnsi="Times New Roman" w:cs="Times New Roman"/>
          <w:color w:val="000000"/>
        </w:rPr>
        <w:t>14×5−6</w:t>
      </w:r>
      <w:r>
        <w:rPr>
          <w:rFonts w:ascii="宋体" w:eastAsia="宋体" w:hAnsi="宋体" w:cs="宋体"/>
          <w:color w:val="000000"/>
        </w:rPr>
        <w:t>＝</w:t>
      </w:r>
      <w:r>
        <w:rPr>
          <w:rFonts w:ascii="Times New Roman" w:eastAsia="Times New Roman" w:hAnsi="Times New Roman" w:cs="Times New Roman"/>
          <w:color w:val="000000"/>
        </w:rPr>
        <w:t>64</w:t>
      </w:r>
      <w:r>
        <w:rPr>
          <w:rFonts w:ascii="宋体" w:eastAsia="宋体" w:hAnsi="宋体" w:cs="宋体"/>
          <w:color w:val="000000"/>
        </w:rPr>
        <w:t>（个），</w:t>
      </w:r>
      <w:r>
        <w:rPr>
          <w:color w:val="000000"/>
        </w:rPr>
        <w:br/>
      </w:r>
      <w:r>
        <w:rPr>
          <w:rFonts w:ascii="Times New Roman" w:eastAsia="Times New Roman" w:hAnsi="Times New Roman" w:cs="Times New Roman"/>
          <w:color w:val="000000"/>
        </w:rPr>
        <w:t>……</w:t>
      </w:r>
      <w:r>
        <w:rPr>
          <w:rFonts w:ascii="宋体" w:eastAsia="宋体" w:hAnsi="宋体" w:cs="宋体"/>
          <w:color w:val="000000"/>
        </w:rPr>
        <w:t>，</w:t>
      </w:r>
      <w:r>
        <w:rPr>
          <w:color w:val="000000"/>
        </w:rPr>
        <w:br/>
      </w:r>
      <w:r>
        <w:rPr>
          <w:rFonts w:ascii="宋体" w:eastAsia="宋体" w:hAnsi="宋体" w:cs="宋体"/>
          <w:color w:val="000000"/>
        </w:rPr>
        <w:t>图</w:t>
      </w:r>
      <w:r>
        <w:rPr>
          <w:rFonts w:ascii="Times New Roman" w:eastAsia="Times New Roman" w:hAnsi="Times New Roman" w:cs="Times New Roman"/>
          <w:i/>
          <w:color w:val="000000"/>
        </w:rPr>
        <w:t>n</w:t>
      </w:r>
      <w:r>
        <w:rPr>
          <w:rFonts w:ascii="宋体" w:eastAsia="宋体" w:hAnsi="宋体" w:cs="宋体"/>
          <w:color w:val="000000"/>
        </w:rPr>
        <w:t>为正</w:t>
      </w:r>
      <w:r>
        <w:rPr>
          <w:rFonts w:ascii="Times New Roman" w:eastAsia="Times New Roman" w:hAnsi="Times New Roman" w:cs="Times New Roman"/>
          <w:i/>
          <w:color w:val="000000"/>
        </w:rPr>
        <w:t>n</w:t>
      </w:r>
      <w:r>
        <w:rPr>
          <w:rFonts w:ascii="宋体" w:eastAsia="宋体" w:hAnsi="宋体" w:cs="宋体"/>
          <w:color w:val="000000"/>
        </w:rPr>
        <w:t>边形中点的个数为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−5</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）个．</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43</w:t>
      </w:r>
      <w:r>
        <w:rPr>
          <w:rFonts w:ascii="宋体" w:eastAsia="宋体" w:hAnsi="宋体" w:cs="宋体"/>
          <w:color w:val="000000"/>
        </w:rPr>
        <w:t>，</w:t>
      </w:r>
      <w:r>
        <w:rPr>
          <w:rFonts w:ascii="Times New Roman" w:eastAsia="Times New Roman" w:hAnsi="Times New Roman" w:cs="Times New Roman"/>
          <w:color w:val="000000"/>
        </w:rPr>
        <w:t>64</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n</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−5</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本题考查图形的规律型问题，根据题目找到规律是解题关键．</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数轴上点</w:t>
      </w:r>
      <w:r>
        <w:rPr>
          <w:rFonts w:ascii="Times New Roman" w:eastAsia="Times New Roman" w:hAnsi="Times New Roman" w:cs="Times New Roman"/>
          <w:i/>
          <w:color w:val="000000"/>
        </w:rPr>
        <w:t>A</w:t>
      </w:r>
      <w:r>
        <w:rPr>
          <w:rFonts w:ascii="宋体" w:eastAsia="宋体" w:hAnsi="宋体" w:cs="宋体"/>
          <w:color w:val="000000"/>
        </w:rPr>
        <w:t>表示</w:t>
      </w:r>
      <w:r>
        <w:pict>
          <v:shape id="_x0000_i707971" type="#_x0000_t75" alt="学科网(www.zxxk.com)--教育资源门户，提供试卷、教案、课件、论文、素材以及各类教学资源下载，还有大量而丰富的教学相关资讯！" style="width:22.2pt;height:13.8pt" o:oleicon="f" o:ole="">
            <v:imagedata r:id="rId1433" o:title="eqId32e22e1223baf7cb3d53e668c2449609"/>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10</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w:t>
      </w:r>
      <w:r>
        <w:rPr>
          <w:rFonts w:ascii="Times New Roman" w:eastAsia="Times New Roman" w:hAnsi="Times New Roman" w:cs="Times New Roman"/>
          <w:color w:val="000000"/>
        </w:rPr>
        <w:t>18</w:t>
      </w:r>
      <w:r>
        <w:rPr>
          <w:rFonts w:ascii="宋体" w:eastAsia="宋体" w:hAnsi="宋体" w:cs="宋体"/>
          <w:color w:val="000000"/>
        </w:rPr>
        <w:t>，如图，将数轴在原点</w:t>
      </w:r>
      <w:r>
        <w:rPr>
          <w:rFonts w:ascii="Times New Roman" w:eastAsia="Times New Roman" w:hAnsi="Times New Roman" w:cs="Times New Roman"/>
          <w:i/>
          <w:color w:val="000000"/>
        </w:rPr>
        <w:t>O</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处各折一下，得到一条</w:t>
      </w:r>
      <w:r>
        <w:rPr>
          <w:rFonts w:ascii="Times New Roman" w:eastAsia="Times New Roman" w:hAnsi="Times New Roman" w:cs="Times New Roman"/>
          <w:color w:val="000000"/>
        </w:rPr>
        <w:t>“</w:t>
      </w:r>
      <w:r>
        <w:rPr>
          <w:rFonts w:ascii="宋体" w:eastAsia="宋体" w:hAnsi="宋体" w:cs="宋体"/>
          <w:color w:val="000000"/>
        </w:rPr>
        <w:t>折线数轴</w:t>
      </w:r>
      <w:r>
        <w:rPr>
          <w:rFonts w:ascii="Times New Roman" w:eastAsia="Times New Roman" w:hAnsi="Times New Roman" w:cs="Times New Roman"/>
          <w:color w:val="000000"/>
        </w:rPr>
        <w:t>”</w:t>
      </w:r>
      <w:r>
        <w:rPr>
          <w:rFonts w:ascii="宋体" w:eastAsia="宋体" w:hAnsi="宋体" w:cs="宋体"/>
          <w:color w:val="000000"/>
        </w:rPr>
        <w:t>，在</w:t>
      </w:r>
      <w:r>
        <w:rPr>
          <w:rFonts w:ascii="Times New Roman" w:eastAsia="Times New Roman" w:hAnsi="Times New Roman" w:cs="Times New Roman"/>
          <w:color w:val="000000"/>
        </w:rPr>
        <w:t>“</w:t>
      </w:r>
      <w:r>
        <w:rPr>
          <w:rFonts w:ascii="宋体" w:eastAsia="宋体" w:hAnsi="宋体" w:cs="宋体"/>
          <w:color w:val="000000"/>
        </w:rPr>
        <w:t>折线数轴</w:t>
      </w:r>
      <w:r>
        <w:rPr>
          <w:rFonts w:ascii="Times New Roman" w:eastAsia="Times New Roman" w:hAnsi="Times New Roman" w:cs="Times New Roman"/>
          <w:color w:val="000000"/>
        </w:rPr>
        <w:t>”</w:t>
      </w:r>
      <w:r>
        <w:rPr>
          <w:rFonts w:ascii="宋体" w:eastAsia="宋体" w:hAnsi="宋体" w:cs="宋体"/>
          <w:color w:val="000000"/>
        </w:rPr>
        <w:t>上，点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表示的数分别是</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，我们把</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之差的绝对值叫做点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之间友好距离，即</w:t>
      </w:r>
      <w:r>
        <w:pict>
          <v:shape id="_x0000_i707972" type="#_x0000_t75" alt="学科网(www.zxxk.com)--教育资源门户，提供试卷、教案、课件、论文、素材以及各类教学资源下载，还有大量而丰富的教学相关资讯！" style="width:66pt;height:15.75pt" o:oleicon="f" o:ole="">
            <v:imagedata r:id="rId1434" o:title="eqIdf088facd46b1e2f1d037cd22bf407893"/>
          </v:shape>
        </w:pict>
      </w:r>
      <w:r>
        <w:rPr>
          <w:rFonts w:ascii="宋体" w:eastAsia="宋体" w:hAnsi="宋体" w:cs="宋体"/>
          <w:color w:val="000000"/>
        </w:rPr>
        <w:t>，那么我们称点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C</w:t>
      </w:r>
      <w:r>
        <w:rPr>
          <w:rFonts w:ascii="宋体" w:eastAsia="宋体" w:hAnsi="宋体" w:cs="宋体"/>
          <w:color w:val="000000"/>
        </w:rPr>
        <w:t>在折线数轴上友好距离为</w:t>
      </w:r>
      <w:r>
        <w:rPr>
          <w:rFonts w:ascii="Times New Roman" w:eastAsia="Times New Roman" w:hAnsi="Times New Roman" w:cs="Times New Roman"/>
          <w:color w:val="000000"/>
        </w:rPr>
        <w:t>28</w:t>
      </w:r>
      <w:r>
        <w:rPr>
          <w:rFonts w:ascii="宋体" w:eastAsia="宋体" w:hAnsi="宋体" w:cs="宋体"/>
          <w:color w:val="000000"/>
        </w:rPr>
        <w:t>个长度单位．动点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出发，以</w:t>
      </w:r>
      <w:r>
        <w:rPr>
          <w:rFonts w:ascii="Times New Roman" w:eastAsia="Times New Roman" w:hAnsi="Times New Roman" w:cs="Times New Roman"/>
          <w:color w:val="000000"/>
        </w:rPr>
        <w:t>2</w:t>
      </w:r>
      <w:r>
        <w:rPr>
          <w:rFonts w:ascii="宋体" w:eastAsia="宋体" w:hAnsi="宋体" w:cs="宋体"/>
          <w:color w:val="000000"/>
        </w:rPr>
        <w:t>单位</w:t>
      </w:r>
      <w:r>
        <w:rPr>
          <w:rFonts w:ascii="Times New Roman" w:eastAsia="Times New Roman" w:hAnsi="Times New Roman" w:cs="Times New Roman"/>
          <w:color w:val="000000"/>
        </w:rPr>
        <w:t>/</w:t>
      </w:r>
      <w:r>
        <w:rPr>
          <w:rFonts w:ascii="宋体" w:eastAsia="宋体" w:hAnsi="宋体" w:cs="宋体"/>
          <w:color w:val="000000"/>
        </w:rPr>
        <w:t>秒的速度沿着折线数轴的正方向运动，从点</w:t>
      </w:r>
      <w:r>
        <w:rPr>
          <w:rFonts w:ascii="Times New Roman" w:eastAsia="Times New Roman" w:hAnsi="Times New Roman" w:cs="Times New Roman"/>
          <w:i/>
          <w:color w:val="000000"/>
        </w:rPr>
        <w:t>O</w:t>
      </w:r>
      <w:r>
        <w:rPr>
          <w:rFonts w:ascii="宋体" w:eastAsia="宋体" w:hAnsi="宋体" w:cs="宋体"/>
          <w:color w:val="000000"/>
        </w:rPr>
        <w:t>运动到点</w:t>
      </w:r>
      <w:r>
        <w:rPr>
          <w:rFonts w:ascii="Times New Roman" w:eastAsia="Times New Roman" w:hAnsi="Times New Roman" w:cs="Times New Roman"/>
          <w:i/>
          <w:color w:val="000000"/>
        </w:rPr>
        <w:t>B</w:t>
      </w:r>
      <w:r>
        <w:rPr>
          <w:rFonts w:ascii="宋体" w:eastAsia="宋体" w:hAnsi="宋体" w:cs="宋体"/>
          <w:color w:val="000000"/>
        </w:rPr>
        <w:t>期间速度变为原来的一半：点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出发的同时，点</w:t>
      </w:r>
      <w:r>
        <w:rPr>
          <w:rFonts w:ascii="Times New Roman" w:eastAsia="Times New Roman" w:hAnsi="Times New Roman" w:cs="Times New Roman"/>
          <w:i/>
          <w:color w:val="000000"/>
        </w:rPr>
        <w:t>Q</w:t>
      </w:r>
      <w:r>
        <w:rPr>
          <w:rFonts w:ascii="宋体" w:eastAsia="宋体" w:hAnsi="宋体" w:cs="宋体"/>
          <w:color w:val="000000"/>
        </w:rPr>
        <w:t>从点</w:t>
      </w:r>
      <w:r>
        <w:rPr>
          <w:rFonts w:ascii="Times New Roman" w:eastAsia="Times New Roman" w:hAnsi="Times New Roman" w:cs="Times New Roman"/>
          <w:i/>
          <w:color w:val="000000"/>
        </w:rPr>
        <w:t>C</w:t>
      </w:r>
      <w:r>
        <w:rPr>
          <w:rFonts w:ascii="宋体" w:eastAsia="宋体" w:hAnsi="宋体" w:cs="宋体"/>
          <w:color w:val="000000"/>
        </w:rPr>
        <w:t>出发，以</w:t>
      </w:r>
      <w:r>
        <w:rPr>
          <w:rFonts w:ascii="Times New Roman" w:eastAsia="Times New Roman" w:hAnsi="Times New Roman" w:cs="Times New Roman"/>
          <w:color w:val="000000"/>
        </w:rPr>
        <w:t>1</w:t>
      </w:r>
      <w:r>
        <w:rPr>
          <w:rFonts w:ascii="宋体" w:eastAsia="宋体" w:hAnsi="宋体" w:cs="宋体"/>
          <w:color w:val="000000"/>
        </w:rPr>
        <w:t>单位</w:t>
      </w:r>
      <w:r>
        <w:rPr>
          <w:rFonts w:ascii="Times New Roman" w:eastAsia="Times New Roman" w:hAnsi="Times New Roman" w:cs="Times New Roman"/>
          <w:color w:val="000000"/>
        </w:rPr>
        <w:t>/</w:t>
      </w:r>
      <w:r>
        <w:rPr>
          <w:rFonts w:ascii="宋体" w:eastAsia="宋体" w:hAnsi="宋体" w:cs="宋体"/>
          <w:color w:val="000000"/>
        </w:rPr>
        <w:t>秒的速度沿着</w:t>
      </w:r>
      <w:r>
        <w:rPr>
          <w:rFonts w:ascii="Times New Roman" w:eastAsia="Times New Roman" w:hAnsi="Times New Roman" w:cs="Times New Roman"/>
          <w:color w:val="000000"/>
        </w:rPr>
        <w:t>“</w:t>
      </w:r>
      <w:r>
        <w:rPr>
          <w:rFonts w:ascii="宋体" w:eastAsia="宋体" w:hAnsi="宋体" w:cs="宋体"/>
          <w:color w:val="000000"/>
        </w:rPr>
        <w:t>折线数轴</w:t>
      </w:r>
      <w:r>
        <w:rPr>
          <w:rFonts w:ascii="Times New Roman" w:eastAsia="Times New Roman" w:hAnsi="Times New Roman" w:cs="Times New Roman"/>
          <w:color w:val="000000"/>
        </w:rPr>
        <w:t>”</w:t>
      </w:r>
      <w:r>
        <w:rPr>
          <w:rFonts w:ascii="宋体" w:eastAsia="宋体" w:hAnsi="宋体" w:cs="宋体"/>
          <w:color w:val="000000"/>
        </w:rPr>
        <w:t>的负方向运动，当点</w:t>
      </w:r>
      <w:r>
        <w:rPr>
          <w:rFonts w:ascii="Times New Roman" w:eastAsia="Times New Roman" w:hAnsi="Times New Roman" w:cs="Times New Roman"/>
          <w:i/>
          <w:color w:val="000000"/>
        </w:rPr>
        <w:t>P</w:t>
      </w:r>
      <w:r>
        <w:rPr>
          <w:rFonts w:ascii="宋体" w:eastAsia="宋体" w:hAnsi="宋体" w:cs="宋体"/>
          <w:color w:val="000000"/>
        </w:rPr>
        <w:t>到达</w:t>
      </w:r>
      <w:r>
        <w:rPr>
          <w:rFonts w:ascii="Times New Roman" w:eastAsia="Times New Roman" w:hAnsi="Times New Roman" w:cs="Times New Roman"/>
          <w:i/>
          <w:color w:val="000000"/>
        </w:rPr>
        <w:t>B</w:t>
      </w:r>
      <w:r>
        <w:rPr>
          <w:rFonts w:ascii="宋体" w:eastAsia="宋体" w:hAnsi="宋体" w:cs="宋体"/>
          <w:color w:val="000000"/>
        </w:rPr>
        <w:t>点时，点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均停止运动．设运动的时间为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drawing>
          <wp:inline>
            <wp:extent cx="3067050" cy="638175"/>
            <wp:docPr id="28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2" name=""/>
                    <pic:cNvPicPr>
                      <a:picLocks noChangeAspect="1"/>
                    </pic:cNvPicPr>
                  </pic:nvPicPr>
                  <pic:blipFill>
                    <a:blip r:embed="rId1435"/>
                    <a:stretch>
                      <a:fillRect/>
                    </a:stretch>
                  </pic:blipFill>
                  <pic:spPr>
                    <a:xfrm>
                      <a:off x="0" y="0"/>
                      <a:ext cx="3067050" cy="63817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7973" type="#_x0000_t75" alt="学科网(www.zxxk.com)--教育资源门户，提供试卷、教案、课件、论文、素材以及各类教学资源下载，还有大量而丰富的教学相关资讯！" style="width:30.75pt;height:14.25pt" o:oleicon="f" o:ole="">
            <v:imagedata r:id="rId1436" o:title="eqId07d991c9733c2695febf497ac4373b4e"/>
          </v:shape>
        </w:pic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两点在折线数轴上的友好距离为</w:t>
      </w:r>
      <w:r>
        <w:rPr>
          <w:rFonts w:ascii="Times New Roman" w:eastAsia="Times New Roman" w:hAnsi="Times New Roman" w:cs="Times New Roman"/>
          <w:color w:val="000000"/>
        </w:rPr>
        <w:t>______</w:t>
      </w:r>
      <w:r>
        <w:rPr>
          <w:rFonts w:ascii="宋体" w:eastAsia="宋体" w:hAnsi="宋体" w:cs="宋体"/>
          <w:color w:val="000000"/>
        </w:rPr>
        <w:t>个单位长度．</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两点在折线数轴上相遇时，求运动的时间</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）是否存在某一时刻使得</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O</w:t>
      </w:r>
      <w:r>
        <w:rPr>
          <w:rFonts w:ascii="宋体" w:eastAsia="宋体" w:hAnsi="宋体" w:cs="宋体"/>
          <w:color w:val="000000"/>
        </w:rPr>
        <w:t>两点在折线数轴上的友好距离与</w:t>
      </w:r>
      <w:r>
        <w:rPr>
          <w:rFonts w:ascii="Times New Roman" w:eastAsia="Times New Roman" w:hAnsi="Times New Roman" w:cs="Times New Roman"/>
          <w:i/>
          <w:color w:val="000000"/>
        </w:rPr>
        <w:t>Q</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两点在折线数轴上的友好距离相等？若存在，请直接写出</w:t>
      </w:r>
      <w:r>
        <w:rPr>
          <w:rFonts w:ascii="Times New Roman" w:eastAsia="Times New Roman" w:hAnsi="Times New Roman" w:cs="Times New Roman"/>
          <w:i/>
          <w:color w:val="000000"/>
        </w:rPr>
        <w:t>t</w:t>
      </w:r>
      <w:r>
        <w:rPr>
          <w:rFonts w:ascii="宋体" w:eastAsia="宋体" w:hAnsi="宋体" w:cs="宋体"/>
          <w:color w:val="000000"/>
        </w:rPr>
        <w:t>的值；若不存在，请说明理由．</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7974" type="#_x0000_t75" alt="学科网(www.zxxk.com)--教育资源门户，提供试卷、教案、课件、论文、素材以及各类教学资源下载，还有大量而丰富的教学相关资讯！" style="width:32.9pt;height:30.8pt" o:oleicon="f" o:ole="">
            <v:imagedata r:id="rId1437" o:title="eqIdcfe2e3fa707e63aae060667e519615a2"/>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）存在，</w:t>
      </w:r>
      <w:r>
        <w:pict>
          <v:shape id="_x0000_i707975" type="#_x0000_t75" alt="学科网(www.zxxk.com)--教育资源门户，提供试卷、教案、课件、论文、素材以及各类教学资源下载，还有大量而丰富的教学相关资讯！" style="width:24.75pt;height:14.25pt" o:oleicon="f" o:ole="">
            <v:imagedata r:id="rId1438" o:title="eqId8cbeede118c407a800b05757b9a1393e"/>
          </v:shape>
        </w:pict>
      </w:r>
      <w:r>
        <w:rPr>
          <w:rFonts w:ascii="宋体" w:eastAsia="宋体" w:hAnsi="宋体" w:cs="宋体"/>
          <w:color w:val="000000"/>
        </w:rPr>
        <w:t>或</w:t>
      </w:r>
      <w:r>
        <w:pict>
          <v:shape id="_x0000_i707976" type="#_x0000_t75" alt="学科网(www.zxxk.com)--教育资源门户，提供试卷、教案、课件、论文、素材以及各类教学资源下载，还有大量而丰富的教学相关资讯！" style="width:16.2pt;height:31.2pt" o:oleicon="f" o:ole="">
            <v:imagedata r:id="rId1439" o:title="eqId5294d690e81bbc5c4898c97c538953f0"/>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）根据路程等于速度乘时间，可得点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运动的路程，从而可求出点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与点</w:t>
      </w:r>
      <w:r>
        <w:rPr>
          <w:rFonts w:ascii="Times New Roman" w:eastAsia="Times New Roman" w:hAnsi="Times New Roman" w:cs="Times New Roman"/>
          <w:i/>
          <w:color w:val="000000"/>
        </w:rPr>
        <w:t>O</w:t>
      </w:r>
      <w:r>
        <w:rPr>
          <w:rFonts w:ascii="宋体" w:eastAsia="宋体" w:hAnsi="宋体" w:cs="宋体"/>
          <w:color w:val="000000"/>
        </w:rPr>
        <w:t>相距的距离，进一步求得</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友好距离；</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）根据题意可以列出相应的方程，从而可以求得当</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两点相遇时，运动的时间</w:t>
      </w:r>
      <w:r>
        <w:rPr>
          <w:rFonts w:ascii="Times New Roman" w:eastAsia="Times New Roman" w:hAnsi="Times New Roman" w:cs="Times New Roman"/>
          <w:i/>
          <w:color w:val="000000"/>
        </w:rPr>
        <w:t>t</w:t>
      </w:r>
      <w:r>
        <w:rPr>
          <w:rFonts w:ascii="宋体" w:eastAsia="宋体" w:hAnsi="宋体" w:cs="宋体"/>
          <w:color w:val="000000"/>
        </w:rPr>
        <w:t>的值；</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）由路程、速度、时间三者关系，根据</w:t>
      </w:r>
      <w:r>
        <w:rPr>
          <w:rFonts w:ascii="Times New Roman" w:eastAsia="Times New Roman" w:hAnsi="Times New Roman" w:cs="Times New Roman"/>
          <w:i/>
          <w:color w:val="000000"/>
        </w:rPr>
        <w:t>PO</w:t>
      </w:r>
      <w:r>
        <w:rPr>
          <w:rFonts w:ascii="Times New Roman" w:eastAsia="Times New Roman" w:hAnsi="Times New Roman" w:cs="Times New Roman"/>
          <w:color w:val="000000"/>
        </w:rPr>
        <w:t>=</w:t>
      </w:r>
      <w:r>
        <w:rPr>
          <w:rFonts w:ascii="Times New Roman" w:eastAsia="Times New Roman" w:hAnsi="Times New Roman" w:cs="Times New Roman"/>
          <w:i/>
          <w:color w:val="000000"/>
        </w:rPr>
        <w:t>QB</w:t>
      </w:r>
      <w:r>
        <w:rPr>
          <w:rFonts w:ascii="宋体" w:eastAsia="宋体" w:hAnsi="宋体" w:cs="宋体"/>
          <w:color w:val="000000"/>
        </w:rPr>
        <w:t>分类求出三种情况下的时间为</w:t>
      </w:r>
      <w:r>
        <w:rPr>
          <w:rFonts w:ascii="Times New Roman" w:eastAsia="Times New Roman" w:hAnsi="Times New Roman" w:cs="Times New Roman"/>
          <w:color w:val="000000"/>
        </w:rPr>
        <w:t>2</w:t>
      </w:r>
      <w:r>
        <w:rPr>
          <w:rFonts w:ascii="宋体" w:eastAsia="宋体" w:hAnsi="宋体" w:cs="宋体"/>
          <w:color w:val="000000"/>
        </w:rPr>
        <w:t>秒或</w:t>
      </w:r>
      <w:r>
        <w:pict>
          <v:shape id="_x0000_i707977" type="#_x0000_t75" alt="学科网(www.zxxk.com)--教育资源门户，提供试卷、教案、课件、论文、素材以及各类教学资源下载，还有大量而丰富的教学相关资讯！" style="width:16.2pt;height:31.2pt" o:oleicon="f" o:ole="">
            <v:imagedata r:id="rId1440" o:title="eqId5294d690e81bbc5c4898c97c538953f0"/>
          </v:shape>
        </w:pict>
      </w:r>
      <w:r>
        <w:rPr>
          <w:rFonts w:ascii="宋体" w:eastAsia="宋体" w:hAnsi="宋体" w:cs="宋体"/>
          <w:color w:val="000000"/>
        </w:rPr>
        <w:t>秒．</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t</w:t>
      </w:r>
      <w:r>
        <w:rPr>
          <w:rFonts w:ascii="Times New Roman" w:eastAsia="Times New Roman" w:hAnsi="Times New Roman" w:cs="Times New Roman"/>
          <w:color w:val="000000"/>
        </w:rPr>
        <w:t>=14</w:t>
      </w:r>
      <w:r>
        <w:rPr>
          <w:rFonts w:ascii="宋体" w:eastAsia="宋体" w:hAnsi="宋体" w:cs="宋体"/>
          <w:color w:val="000000"/>
        </w:rPr>
        <w:t>秒时，点</w:t>
      </w:r>
      <w:r>
        <w:rPr>
          <w:rFonts w:ascii="Times New Roman" w:eastAsia="Times New Roman" w:hAnsi="Times New Roman" w:cs="Times New Roman"/>
          <w:i/>
          <w:color w:val="000000"/>
        </w:rPr>
        <w:t>P</w:t>
      </w:r>
      <w:r>
        <w:rPr>
          <w:rFonts w:ascii="宋体" w:eastAsia="宋体" w:hAnsi="宋体" w:cs="宋体"/>
          <w:color w:val="000000"/>
        </w:rPr>
        <w:t>和点</w:t>
      </w:r>
      <w:r>
        <w:rPr>
          <w:rFonts w:ascii="Times New Roman" w:eastAsia="Times New Roman" w:hAnsi="Times New Roman" w:cs="Times New Roman"/>
          <w:i/>
          <w:color w:val="000000"/>
        </w:rPr>
        <w:t>O</w:t>
      </w:r>
      <w:r>
        <w:rPr>
          <w:rFonts w:ascii="宋体" w:eastAsia="宋体" w:hAnsi="宋体" w:cs="宋体"/>
          <w:color w:val="000000"/>
        </w:rPr>
        <w:t>在数轴上相距（</w:t>
      </w:r>
      <w:r>
        <w:rPr>
          <w:rFonts w:ascii="Times New Roman" w:eastAsia="Times New Roman" w:hAnsi="Times New Roman" w:cs="Times New Roman"/>
          <w:color w:val="000000"/>
        </w:rPr>
        <w:t>14-10÷2</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个长度单位，点</w:t>
      </w:r>
      <w:r>
        <w:rPr>
          <w:rFonts w:ascii="Times New Roman" w:eastAsia="Times New Roman" w:hAnsi="Times New Roman" w:cs="Times New Roman"/>
          <w:i/>
          <w:color w:val="000000"/>
        </w:rPr>
        <w:t>Q</w:t>
      </w:r>
      <w:r>
        <w:rPr>
          <w:rFonts w:ascii="宋体" w:eastAsia="宋体" w:hAnsi="宋体" w:cs="宋体"/>
          <w:color w:val="000000"/>
        </w:rPr>
        <w:t>和点</w:t>
      </w:r>
      <w:r>
        <w:rPr>
          <w:rFonts w:ascii="Times New Roman" w:eastAsia="Times New Roman" w:hAnsi="Times New Roman" w:cs="Times New Roman"/>
          <w:i/>
          <w:color w:val="000000"/>
        </w:rPr>
        <w:t>O</w:t>
      </w:r>
      <w:r>
        <w:rPr>
          <w:rFonts w:ascii="宋体" w:eastAsia="宋体" w:hAnsi="宋体" w:cs="宋体"/>
          <w:color w:val="000000"/>
        </w:rPr>
        <w:t>在数轴上相距</w:t>
      </w:r>
      <w:r>
        <w:rPr>
          <w:rFonts w:ascii="Times New Roman" w:eastAsia="Times New Roman" w:hAnsi="Times New Roman" w:cs="Times New Roman"/>
          <w:color w:val="000000"/>
        </w:rPr>
        <w:t>18-1×14=4</w:t>
      </w:r>
      <w:r>
        <w:rPr>
          <w:rFonts w:ascii="宋体" w:eastAsia="宋体" w:hAnsi="宋体" w:cs="宋体"/>
          <w:color w:val="000000"/>
        </w:rPr>
        <w:t>个长度单位，</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友好距离</w:t>
      </w:r>
      <w:r>
        <w:rPr>
          <w:rFonts w:ascii="Times New Roman" w:eastAsia="Times New Roman" w:hAnsi="Times New Roman" w:cs="Times New Roman"/>
          <w:color w:val="000000"/>
        </w:rPr>
        <w:t>9-4=5</w:t>
      </w:r>
      <w:r>
        <w:rPr>
          <w:rFonts w:ascii="宋体" w:eastAsia="宋体" w:hAnsi="宋体" w:cs="宋体"/>
          <w:color w:val="000000"/>
        </w:rPr>
        <w:t>个单位长度．</w:t>
      </w:r>
      <w:r>
        <w:rPr>
          <w:color w:val="000000"/>
        </w:rPr>
        <w:br/>
      </w: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）依题意可得：</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=28</w:t>
      </w:r>
      <w:r>
        <w:rPr>
          <w:rFonts w:ascii="宋体" w:eastAsia="宋体" w:hAnsi="宋体" w:cs="宋体"/>
          <w:color w:val="000000"/>
        </w:rPr>
        <w:t>，</w:t>
      </w:r>
      <w:r>
        <w:rPr>
          <w:color w:val="000000"/>
        </w:rPr>
        <w:br/>
      </w:r>
      <w:r>
        <w:rPr>
          <w:rFonts w:ascii="宋体" w:eastAsia="宋体" w:hAnsi="宋体" w:cs="宋体"/>
          <w:color w:val="000000"/>
        </w:rPr>
        <w:t>解得</w:t>
      </w:r>
      <w:r>
        <w:pict>
          <v:shape id="_x0000_i707978" type="#_x0000_t75" alt="学科网(www.zxxk.com)--教育资源门户，提供试卷、教案、课件、论文、素材以及各类教学资源下载，还有大量而丰富的教学相关资讯！" style="width:32.9pt;height:30.8pt" o:oleicon="f" o:ole="">
            <v:imagedata r:id="rId1441" o:title="eqIdcfe2e3fa707e63aae060667e519615a2"/>
          </v:shape>
        </w:pict>
      </w:r>
      <w:r>
        <w:rPr>
          <w:rFonts w:ascii="宋体" w:eastAsia="宋体" w:hAnsi="宋体" w:cs="宋体"/>
          <w:color w:val="000000"/>
        </w:rPr>
        <w:t>．</w:t>
      </w:r>
      <w:r>
        <w:rPr>
          <w:color w:val="000000"/>
        </w:rPr>
        <w:br/>
      </w:r>
      <w:r>
        <w:rPr>
          <w:rFonts w:ascii="宋体" w:eastAsia="宋体" w:hAnsi="宋体" w:cs="宋体"/>
          <w:color w:val="000000"/>
        </w:rPr>
        <w:t>故运动的时间</w:t>
      </w:r>
      <w:r>
        <w:rPr>
          <w:rFonts w:ascii="Times New Roman" w:eastAsia="Times New Roman" w:hAnsi="Times New Roman" w:cs="Times New Roman"/>
          <w:i/>
          <w:color w:val="000000"/>
        </w:rPr>
        <w:t>t</w:t>
      </w:r>
      <w:r>
        <w:rPr>
          <w:rFonts w:ascii="宋体" w:eastAsia="宋体" w:hAnsi="宋体" w:cs="宋体"/>
          <w:color w:val="000000"/>
        </w:rPr>
        <w:t>的值为</w:t>
      </w:r>
      <w:r>
        <w:pict>
          <v:shape id="_x0000_i707979" type="#_x0000_t75" alt="学科网(www.zxxk.com)--教育资源门户，提供试卷、教案、课件、论文、素材以及各类教学资源下载，还有大量而丰富的教学相关资讯！" style="width:17.25pt;height:30.75pt" o:oleicon="f" o:ole="">
            <v:imagedata r:id="rId1442" o:title="eqId458b2bce612bd1f6e5c01564ac137524"/>
          </v:shape>
        </w:pict>
      </w:r>
      <w:r>
        <w:rPr>
          <w:rFonts w:ascii="宋体" w:eastAsia="宋体" w:hAnsi="宋体" w:cs="宋体"/>
          <w:color w:val="000000"/>
        </w:rPr>
        <w:t>；</w:t>
      </w:r>
      <w:r>
        <w:rPr>
          <w:color w:val="000000"/>
        </w:rPr>
        <w:br/>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w:t>
      </w:r>
      <w:r>
        <w:rPr>
          <w:rFonts w:ascii="Times New Roman" w:eastAsia="Times New Roman" w:hAnsi="Times New Roman" w:cs="Times New Roman"/>
          <w:i/>
          <w:color w:val="000000"/>
        </w:rPr>
        <w:t>AO</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在</w:t>
      </w:r>
      <w:r>
        <w:rPr>
          <w:rFonts w:ascii="Times New Roman" w:eastAsia="Times New Roman" w:hAnsi="Times New Roman" w:cs="Times New Roman"/>
          <w:i/>
          <w:color w:val="000000"/>
        </w:rPr>
        <w:t>BC</w:t>
      </w:r>
      <w:r>
        <w:rPr>
          <w:rFonts w:ascii="宋体" w:eastAsia="宋体" w:hAnsi="宋体" w:cs="宋体"/>
          <w:color w:val="000000"/>
        </w:rPr>
        <w:t>上运动时，依题意得：</w:t>
      </w:r>
      <w:r>
        <w:rPr>
          <w:color w:val="000000"/>
        </w:rPr>
        <w:br/>
      </w:r>
      <w:r>
        <w:rPr>
          <w:rFonts w:ascii="Times New Roman" w:eastAsia="Times New Roman" w:hAnsi="Times New Roman" w:cs="Times New Roman"/>
          <w:color w:val="000000"/>
        </w:rPr>
        <w:t>10-2</w:t>
      </w:r>
      <w:r>
        <w:rPr>
          <w:rFonts w:ascii="Times New Roman" w:eastAsia="Times New Roman" w:hAnsi="Times New Roman" w:cs="Times New Roman"/>
          <w:i/>
          <w:color w:val="000000"/>
        </w:rPr>
        <w:t>t</w:t>
      </w:r>
      <w:r>
        <w:rPr>
          <w:rFonts w:ascii="Times New Roman" w:eastAsia="Times New Roman" w:hAnsi="Times New Roman" w:cs="Times New Roman"/>
          <w:color w:val="000000"/>
        </w:rPr>
        <w:t>=8-</w:t>
      </w:r>
      <w:r>
        <w:rPr>
          <w:rFonts w:ascii="Times New Roman" w:eastAsia="Times New Roman" w:hAnsi="Times New Roman" w:cs="Times New Roman"/>
          <w:i/>
          <w:color w:val="000000"/>
        </w:rPr>
        <w:t>t</w:t>
      </w:r>
      <w:r>
        <w:rPr>
          <w:rFonts w:ascii="宋体" w:eastAsia="宋体" w:hAnsi="宋体" w:cs="宋体"/>
          <w:color w:val="000000"/>
        </w:rPr>
        <w:t>，</w:t>
      </w:r>
      <w:r>
        <w:rPr>
          <w:color w:val="000000"/>
        </w:rPr>
        <w:br/>
      </w: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w:t>
      </w:r>
      <w:r>
        <w:rPr>
          <w:color w:val="000000"/>
        </w:rPr>
        <w:br/>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两点都在</w:t>
      </w:r>
      <w:r>
        <w:rPr>
          <w:rFonts w:ascii="Times New Roman" w:eastAsia="Times New Roman" w:hAnsi="Times New Roman" w:cs="Times New Roman"/>
          <w:i/>
          <w:color w:val="000000"/>
        </w:rPr>
        <w:t>OB</w:t>
      </w:r>
      <w:r>
        <w:rPr>
          <w:rFonts w:ascii="宋体" w:eastAsia="宋体" w:hAnsi="宋体" w:cs="宋体"/>
          <w:color w:val="000000"/>
        </w:rPr>
        <w:t>上运动时，</w:t>
      </w:r>
      <w:r>
        <w:rPr>
          <w:color w:val="000000"/>
        </w:rPr>
        <w:br/>
      </w:r>
      <w:r>
        <w:rPr>
          <w:rFonts w:ascii="Times New Roman" w:eastAsia="Times New Roman" w:hAnsi="Times New Roman" w:cs="Times New Roman"/>
          <w:i/>
          <w:color w:val="000000"/>
        </w:rPr>
        <w:t>t</w:t>
      </w:r>
      <w:r>
        <w:rPr>
          <w:rFonts w:ascii="Times New Roman" w:eastAsia="Times New Roman" w:hAnsi="Times New Roman" w:cs="Times New Roman"/>
          <w:color w:val="000000"/>
        </w:rPr>
        <w:t>-5=</w:t>
      </w:r>
      <w:r>
        <w:rPr>
          <w:rFonts w:ascii="Times New Roman" w:eastAsia="Times New Roman" w:hAnsi="Times New Roman" w:cs="Times New Roman"/>
          <w:i/>
          <w:color w:val="000000"/>
        </w:rPr>
        <w:t>t</w:t>
      </w:r>
      <w:r>
        <w:rPr>
          <w:rFonts w:ascii="Times New Roman" w:eastAsia="Times New Roman" w:hAnsi="Times New Roman" w:cs="Times New Roman"/>
          <w:color w:val="000000"/>
        </w:rPr>
        <w:t>-8</w:t>
      </w:r>
      <w:r>
        <w:rPr>
          <w:rFonts w:ascii="宋体" w:eastAsia="宋体" w:hAnsi="宋体" w:cs="宋体"/>
          <w:color w:val="000000"/>
        </w:rPr>
        <w:t>，</w:t>
      </w:r>
      <w:r>
        <w:rPr>
          <w:color w:val="000000"/>
        </w:rPr>
        <w:br/>
      </w:r>
      <w:r>
        <w:rPr>
          <w:rFonts w:ascii="宋体" w:eastAsia="宋体" w:hAnsi="宋体" w:cs="宋体"/>
          <w:color w:val="000000"/>
        </w:rPr>
        <w:t>无解，</w:t>
      </w:r>
      <w:r>
        <w:rPr>
          <w:color w:val="000000"/>
        </w:rPr>
        <w:br/>
      </w: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在</w:t>
      </w:r>
      <w:r>
        <w:rPr>
          <w:rFonts w:ascii="Times New Roman" w:eastAsia="Times New Roman" w:hAnsi="Times New Roman" w:cs="Times New Roman"/>
          <w:i/>
          <w:color w:val="000000"/>
        </w:rPr>
        <w:t>OB</w:t>
      </w:r>
      <w:r>
        <w:rPr>
          <w:rFonts w:ascii="宋体" w:eastAsia="宋体" w:hAnsi="宋体" w:cs="宋体"/>
          <w:color w:val="000000"/>
        </w:rPr>
        <w:t>上，</w:t>
      </w:r>
      <w:r>
        <w:rPr>
          <w:rFonts w:ascii="Times New Roman" w:eastAsia="Times New Roman" w:hAnsi="Times New Roman" w:cs="Times New Roman"/>
          <w:i/>
          <w:color w:val="000000"/>
        </w:rPr>
        <w:t>Q</w:t>
      </w:r>
      <w:r>
        <w:rPr>
          <w:rFonts w:ascii="宋体" w:eastAsia="宋体" w:hAnsi="宋体" w:cs="宋体"/>
          <w:color w:val="000000"/>
        </w:rPr>
        <w:t>在</w:t>
      </w:r>
      <w:r>
        <w:rPr>
          <w:rFonts w:ascii="Times New Roman" w:eastAsia="Times New Roman" w:hAnsi="Times New Roman" w:cs="Times New Roman"/>
          <w:i/>
          <w:color w:val="000000"/>
        </w:rPr>
        <w:t>BC</w:t>
      </w:r>
      <w:r>
        <w:rPr>
          <w:rFonts w:ascii="宋体" w:eastAsia="宋体" w:hAnsi="宋体" w:cs="宋体"/>
          <w:color w:val="000000"/>
        </w:rPr>
        <w:t>上运动时，</w:t>
      </w:r>
      <w:r>
        <w:rPr>
          <w:color w:val="000000"/>
        </w:rPr>
        <w:br/>
      </w:r>
      <w:r>
        <w:rPr>
          <w:rFonts w:ascii="Times New Roman" w:eastAsia="Times New Roman" w:hAnsi="Times New Roman" w:cs="Times New Roman"/>
          <w:color w:val="000000"/>
        </w:rPr>
        <w:t>8-</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-5</w:t>
      </w:r>
      <w:r>
        <w:rPr>
          <w:rFonts w:ascii="宋体" w:eastAsia="宋体" w:hAnsi="宋体" w:cs="宋体"/>
          <w:color w:val="000000"/>
        </w:rPr>
        <w:t>，</w:t>
      </w:r>
      <w:r>
        <w:rPr>
          <w:color w:val="000000"/>
        </w:rPr>
        <w:br/>
      </w: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7980" type="#_x0000_t75" alt="学科网(www.zxxk.com)--教育资源门户，提供试卷、教案、课件、论文、素材以及各类教学资源下载，还有大量而丰富的教学相关资讯！" style="width:16.2pt;height:31.2pt" o:oleicon="f" o:ole="">
            <v:imagedata r:id="rId1443" o:title="eqId5294d690e81bbc5c4898c97c538953f0"/>
          </v:shape>
        </w:pict>
      </w:r>
      <w:r>
        <w:rPr>
          <w:rFonts w:ascii="宋体" w:eastAsia="宋体" w:hAnsi="宋体" w:cs="宋体"/>
          <w:color w:val="000000"/>
        </w:rPr>
        <w:t>；</w:t>
      </w:r>
      <w:r>
        <w:rPr>
          <w:color w:val="000000"/>
        </w:rPr>
        <w:br/>
      </w:r>
      <w:r>
        <w:rPr>
          <w:rFonts w:ascii="宋体" w:eastAsia="宋体" w:hAnsi="宋体" w:cs="宋体"/>
          <w:color w:val="000000"/>
        </w:rPr>
        <w:t>即</w:t>
      </w:r>
      <w:r>
        <w:rPr>
          <w:rFonts w:ascii="Times New Roman" w:eastAsia="Times New Roman" w:hAnsi="Times New Roman" w:cs="Times New Roman"/>
          <w:i/>
          <w:color w:val="000000"/>
        </w:rPr>
        <w:t>PO</w:t>
      </w:r>
      <w:r>
        <w:rPr>
          <w:rFonts w:ascii="Times New Roman" w:eastAsia="Times New Roman" w:hAnsi="Times New Roman" w:cs="Times New Roman"/>
          <w:color w:val="000000"/>
        </w:rPr>
        <w:t>=</w:t>
      </w:r>
      <w:r>
        <w:rPr>
          <w:rFonts w:ascii="Times New Roman" w:eastAsia="Times New Roman" w:hAnsi="Times New Roman" w:cs="Times New Roman"/>
          <w:i/>
          <w:color w:val="000000"/>
        </w:rPr>
        <w:t>QB</w:t>
      </w:r>
      <w:r>
        <w:rPr>
          <w:rFonts w:ascii="宋体" w:eastAsia="宋体" w:hAnsi="宋体" w:cs="宋体"/>
          <w:color w:val="000000"/>
        </w:rPr>
        <w:t>时，运动的时间为</w:t>
      </w:r>
      <w:r>
        <w:rPr>
          <w:rFonts w:ascii="Times New Roman" w:eastAsia="Times New Roman" w:hAnsi="Times New Roman" w:cs="Times New Roman"/>
          <w:color w:val="000000"/>
        </w:rPr>
        <w:t>2</w:t>
      </w:r>
      <w:r>
        <w:rPr>
          <w:rFonts w:ascii="宋体" w:eastAsia="宋体" w:hAnsi="宋体" w:cs="宋体"/>
          <w:color w:val="000000"/>
        </w:rPr>
        <w:t>秒或</w:t>
      </w:r>
      <w:r>
        <w:pict>
          <v:shape id="_x0000_i707981" type="#_x0000_t75" alt="学科网(www.zxxk.com)--教育资源门户，提供试卷、教案、课件、论文、素材以及各类教学资源下载，还有大量而丰富的教学相关资讯！" style="width:16.2pt;height:31.2pt" o:oleicon="f" o:ole="">
            <v:imagedata r:id="rId1443" o:title="eqId5294d690e81bbc5c4898c97c538953f0"/>
          </v:shape>
        </w:pict>
      </w:r>
      <w:r>
        <w:rPr>
          <w:rFonts w:ascii="宋体" w:eastAsia="宋体" w:hAnsi="宋体" w:cs="宋体"/>
          <w:color w:val="000000"/>
        </w:rPr>
        <w:t>秒．</w:t>
      </w:r>
      <w:r>
        <w:rPr>
          <w:color w:val="000000"/>
        </w:rPr>
        <w:br/>
      </w:r>
      <w:r>
        <w:rPr>
          <w:rFonts w:ascii="宋体" w:eastAsia="宋体" w:hAnsi="宋体" w:cs="宋体"/>
          <w:color w:val="000000"/>
        </w:rPr>
        <w:t>∴存在，</w:t>
      </w:r>
      <w:r>
        <w:rPr>
          <w:rFonts w:ascii="Times New Roman" w:eastAsia="Times New Roman" w:hAnsi="Times New Roman" w:cs="Times New Roman"/>
          <w:i/>
          <w:color w:val="000000"/>
        </w:rPr>
        <w:t>t</w:t>
      </w:r>
      <w:r>
        <w:rPr>
          <w:rFonts w:ascii="宋体" w:eastAsia="宋体" w:hAnsi="宋体" w:cs="宋体"/>
          <w:color w:val="000000"/>
        </w:rPr>
        <w:t>的值为</w:t>
      </w:r>
      <w:r>
        <w:rPr>
          <w:rFonts w:ascii="Times New Roman" w:eastAsia="Times New Roman" w:hAnsi="Times New Roman" w:cs="Times New Roman"/>
          <w:color w:val="000000"/>
        </w:rPr>
        <w:t>2</w:t>
      </w:r>
      <w:r>
        <w:rPr>
          <w:rFonts w:ascii="宋体" w:eastAsia="宋体" w:hAnsi="宋体" w:cs="宋体"/>
          <w:color w:val="000000"/>
        </w:rPr>
        <w:t>或</w:t>
      </w:r>
      <w:r>
        <w:pict>
          <v:shape id="_x0000_i707982" type="#_x0000_t75" alt="学科网(www.zxxk.com)--教育资源门户，提供试卷、教案、课件、论文、素材以及各类教学资源下载，还有大量而丰富的教学相关资讯！" style="width:16.2pt;height:31.2pt" o:oleicon="f" o:ole="">
            <v:imagedata r:id="rId1443" o:title="eqId5294d690e81bbc5c4898c97c538953f0"/>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本题考查了数轴与有理数的关系，一元一次方程在数轴上的应用，路程、速度、时间三者的关系等相关知识点，重点掌握一元一次方程的应用．</w:t>
      </w:r>
    </w:p>
    <w:p>
      <w:pPr>
        <w:pStyle w:val="Heading2"/>
      </w:pPr>
      <w:r>
        <w:t>西城区第一五六中学</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阅读下列材料：根据绝对值的定义，</w:t>
      </w:r>
      <w:r>
        <w:pict>
          <v:shape id="_x0000_i707983" type="#_x0000_t75" alt="学科网(www.zxxk.com)--教育资源门户，提供试卷、教案、课件、论文、素材以及各类教学资源下载，还有大量而丰富的教学相关资讯！" style="width:18pt;height:16pt" o:oleicon="f" o:ole="">
            <v:imagedata r:id="rId1444" o:title="eqId6ff6b35d3bf8f94ff28a9aa033bcfe2c"/>
          </v:shape>
        </w:pict>
      </w:r>
      <w:r>
        <w:rPr>
          <w:rFonts w:ascii="宋体" w:eastAsia="宋体" w:hAnsi="宋体" w:cs="宋体"/>
          <w:color w:val="000000"/>
        </w:rPr>
        <w:t>表示数轴上表示数</w:t>
      </w:r>
      <w:r>
        <w:rPr>
          <w:rFonts w:ascii="Times New Roman" w:eastAsia="Times New Roman" w:hAnsi="Times New Roman" w:cs="Times New Roman"/>
          <w:i/>
          <w:color w:val="000000"/>
        </w:rPr>
        <w:t>x</w:t>
      </w:r>
      <w:r>
        <w:rPr>
          <w:rFonts w:ascii="宋体" w:eastAsia="宋体" w:hAnsi="宋体" w:cs="宋体"/>
          <w:color w:val="000000"/>
        </w:rPr>
        <w:t>的点与原点的距离，那么，如果数轴上两点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bscript"/>
        </w:rPr>
        <w:t>2</w:t>
      </w:r>
      <w:r>
        <w:rPr>
          <w:rFonts w:ascii="宋体" w:eastAsia="宋体" w:hAnsi="宋体" w:cs="宋体"/>
          <w:color w:val="000000"/>
        </w:rPr>
        <w:t>时，点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Q</w:t>
      </w:r>
      <w:r>
        <w:rPr>
          <w:rFonts w:ascii="宋体" w:eastAsia="宋体" w:hAnsi="宋体" w:cs="宋体"/>
          <w:color w:val="000000"/>
        </w:rPr>
        <w:t>之间的距离为</w:t>
      </w:r>
      <w:r>
        <w:rPr>
          <w:rFonts w:ascii="Times New Roman" w:eastAsia="Times New Roman" w:hAnsi="Times New Roman" w:cs="Times New Roman"/>
          <w:i/>
          <w:color w:val="000000"/>
        </w:rPr>
        <w:t>PQ</w: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07984" type="#_x0000_t75" alt="学科网(www.zxxk.com)--教育资源门户，提供试卷、教案、课件、论文、素材以及各类教学资源下载，还有大量而丰富的教学相关资讯！" style="width:38.25pt;height:15.75pt" o:oleicon="f" o:ole="">
            <v:imagedata r:id="rId1445" o:title="eqIdc875c55f2117fb4572265601f096895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根据上述材料，解决下列问题：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如图，在数轴上，点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两点的距离用</w:t>
      </w:r>
      <w:r>
        <w:rPr>
          <w:rFonts w:ascii="Times New Roman" w:eastAsia="Times New Roman" w:hAnsi="Times New Roman" w:cs="Times New Roman"/>
          <w:i/>
          <w:color w:val="000000"/>
        </w:rPr>
        <w:t>AB</w:t>
      </w:r>
      <w:r>
        <w:rPr>
          <w:rFonts w:ascii="宋体" w:eastAsia="宋体" w:hAnsi="宋体" w:cs="宋体"/>
          <w:color w:val="000000"/>
        </w:rPr>
        <w:t>表示），点</w:t>
      </w:r>
      <w:r>
        <w:rPr>
          <w:rFonts w:ascii="Times New Roman" w:eastAsia="Times New Roman" w:hAnsi="Times New Roman" w:cs="Times New Roman"/>
          <w:i/>
          <w:color w:val="000000"/>
        </w:rPr>
        <w:t>M</w:t>
      </w:r>
      <w:r>
        <w:rPr>
          <w:rFonts w:ascii="宋体" w:eastAsia="宋体" w:hAnsi="宋体" w:cs="宋体"/>
          <w:color w:val="000000"/>
        </w:rPr>
        <w:t>是数轴上一个动点，表示数</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4438650" cy="352425"/>
            <wp:docPr id="28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 name=""/>
                    <pic:cNvPicPr>
                      <a:picLocks noChangeAspect="1"/>
                    </pic:cNvPicPr>
                  </pic:nvPicPr>
                  <pic:blipFill>
                    <a:blip r:embed="rId1446"/>
                    <a:stretch>
                      <a:fillRect/>
                    </a:stretch>
                  </pic:blipFill>
                  <pic:spPr>
                    <a:xfrm>
                      <a:off x="0" y="0"/>
                      <a:ext cx="4438650" cy="352425"/>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 xml:space="preserve">       </w:t>
      </w:r>
      <w:r>
        <w:rPr>
          <w:rFonts w:ascii="宋体" w:eastAsia="宋体" w:hAnsi="宋体" w:cs="宋体"/>
          <w:color w:val="000000"/>
        </w:rPr>
        <w:t>个单位长度；</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之间，则</w:t>
      </w:r>
      <w:r>
        <w:pict>
          <v:shape id="_x0000_i707985" type="#_x0000_t75" alt="学科网(www.zxxk.com)--教育资源门户，提供试卷、教案、课件、论文、素材以及各类教学资源下载，还有大量而丰富的教学相关资讯！" style="width:75.75pt;height:15pt" o:oleicon="f" o:ole="">
            <v:imagedata r:id="rId1447" o:title="eqIdb547e6d2a66c3a9cf6ba7a2f3e8334d9"/>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07986" type="#_x0000_t75" alt="学科网(www.zxxk.com)--教育资源门户，提供试卷、教案、课件、论文、素材以及各类教学资源下载，还有大量而丰富的教学相关资讯！" style="width:75.75pt;height:15pt" o:oleicon="f" o:ole="">
            <v:imagedata r:id="rId1448" o:title="eqIdb547e6d2a66c3a9cf6ba7a2f3e8334d9"/>
          </v:shape>
        </w:pict>
      </w:r>
      <w:r>
        <w:rPr>
          <w:rFonts w:ascii="宋体" w:eastAsia="宋体" w:hAnsi="宋体" w:cs="宋体"/>
          <w:color w:val="000000"/>
        </w:rPr>
        <w:t>＝</w:t>
      </w:r>
      <w:r>
        <w:rPr>
          <w:rFonts w:ascii="Times New Roman" w:eastAsia="Times New Roman" w:hAnsi="Times New Roman" w:cs="Times New Roman"/>
          <w:color w:val="000000"/>
        </w:rPr>
        <w:t xml:space="preserve"> 20</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或</w:t>
      </w:r>
      <w:r>
        <w:rPr>
          <w:rFonts w:ascii="Times New Roman" w:eastAsia="Times New Roman" w:hAnsi="Times New Roman" w:cs="Times New Roman"/>
          <w:color w:val="000000"/>
        </w:rPr>
        <w:t>12</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）代入两点间的距离公式即可求得</w:t>
      </w:r>
      <w:r>
        <w:rPr>
          <w:rFonts w:ascii="Times New Roman" w:eastAsia="Times New Roman" w:hAnsi="Times New Roman" w:cs="Times New Roman"/>
          <w:i/>
          <w:color w:val="000000"/>
        </w:rPr>
        <w:t>AB</w:t>
      </w:r>
      <w:r>
        <w:rPr>
          <w:rFonts w:ascii="宋体" w:eastAsia="宋体" w:hAnsi="宋体" w:cs="宋体"/>
          <w:color w:val="000000"/>
        </w:rPr>
        <w:t>的长；</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）依据点</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之间，结合数轴即可得出</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，然后化去绝对值合并同类项即可；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）的结果可确定点</w:t>
      </w:r>
      <w:r>
        <w:rPr>
          <w:rFonts w:ascii="Times New Roman" w:eastAsia="Times New Roman" w:hAnsi="Times New Roman" w:cs="Times New Roman"/>
          <w:i/>
          <w:color w:val="000000"/>
        </w:rPr>
        <w:t>M</w:t>
      </w:r>
      <w:r>
        <w:rPr>
          <w:rFonts w:ascii="宋体" w:eastAsia="宋体" w:hAnsi="宋体" w:cs="宋体"/>
          <w:color w:val="000000"/>
        </w:rPr>
        <w:t>不在</w:t>
      </w:r>
      <w:r>
        <w:rPr>
          <w:rFonts w:ascii="Times New Roman" w:eastAsia="Times New Roman" w:hAnsi="Times New Roman" w:cs="Times New Roman"/>
          <w:i/>
          <w:color w:val="000000"/>
        </w:rPr>
        <w:t>A</w:t>
      </w:r>
      <w:r>
        <w:rPr>
          <w:rFonts w:ascii="宋体" w:eastAsia="宋体" w:hAnsi="宋体" w:cs="宋体"/>
          <w:i/>
          <w:color w:val="000000"/>
        </w:rPr>
        <w:t>、</w:t>
      </w:r>
      <w:r>
        <w:rPr>
          <w:rFonts w:ascii="Times New Roman" w:eastAsia="Times New Roman" w:hAnsi="Times New Roman" w:cs="Times New Roman"/>
          <w:i/>
          <w:color w:val="000000"/>
        </w:rPr>
        <w:t>B</w:t>
      </w:r>
      <w:r>
        <w:rPr>
          <w:rFonts w:ascii="宋体" w:eastAsia="宋体" w:hAnsi="宋体" w:cs="宋体"/>
          <w:color w:val="000000"/>
        </w:rPr>
        <w:t>之间，再分两种情况讨论，化简绝对值，得出关于</w:t>
      </w:r>
      <w:r>
        <w:rPr>
          <w:rFonts w:ascii="Times New Roman" w:eastAsia="Times New Roman" w:hAnsi="Times New Roman" w:cs="Times New Roman"/>
          <w:i/>
          <w:color w:val="000000"/>
        </w:rPr>
        <w:t>m</w:t>
      </w:r>
      <w:r>
        <w:rPr>
          <w:rFonts w:ascii="宋体" w:eastAsia="宋体" w:hAnsi="宋体" w:cs="宋体"/>
          <w:color w:val="000000"/>
        </w:rPr>
        <w:t>的方程，解方程即可．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AB</w:t>
      </w:r>
      <w:r>
        <w:rPr>
          <w:rFonts w:ascii="宋体" w:eastAsia="宋体" w:hAnsi="宋体" w:cs="宋体"/>
          <w:color w:val="000000"/>
        </w:rPr>
        <w:t>＝</w:t>
      </w:r>
      <w:r>
        <w:pict>
          <v:shape id="_x0000_i707987" type="#_x0000_t75" alt="学科网(www.zxxk.com)--教育资源门户，提供试卷、教案、课件、论文、素材以及各类教学资源下载，还有大量而丰富的教学相关资讯！" style="width:45pt;height:21.75pt" o:oleicon="f" o:ole="">
            <v:imagedata r:id="rId1449" o:title="eqIda0387fba6359d96648fc9e1717976de5"/>
          </v:shape>
        </w:pic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w:t>
      </w:r>
      <w:r>
        <w:rPr>
          <w:rFonts w:ascii="Times New Roman" w:eastAsia="Times New Roman" w:hAnsi="Times New Roman" w:cs="Times New Roman"/>
          <w:i/>
          <w:color w:val="000000"/>
        </w:rPr>
        <w:t>m</w:t>
      </w:r>
      <w:r>
        <w:rPr>
          <w:rFonts w:ascii="Times New Roman" w:eastAsia="Times New Roman" w:hAnsi="Times New Roman" w:cs="Times New Roman"/>
          <w:color w:val="000000"/>
        </w:rPr>
        <w:t>+4+8-</w:t>
      </w:r>
      <w:r>
        <w:rPr>
          <w:rFonts w:ascii="Times New Roman" w:eastAsia="Times New Roman" w:hAnsi="Times New Roman" w:cs="Times New Roman"/>
          <w:i/>
          <w:color w:val="000000"/>
        </w:rPr>
        <w:t>m</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）知，点</w:t>
      </w:r>
      <w:r>
        <w:rPr>
          <w:rFonts w:ascii="Times New Roman" w:eastAsia="Times New Roman" w:hAnsi="Times New Roman" w:cs="Times New Roman"/>
          <w:i/>
          <w:color w:val="000000"/>
        </w:rPr>
        <w:t>M</w:t>
      </w:r>
      <w:r>
        <w:rPr>
          <w:rFonts w:ascii="宋体" w:eastAsia="宋体" w:hAnsi="宋体" w:cs="宋体"/>
          <w:color w:val="000000"/>
        </w:rPr>
        <w:t>在</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之间时，</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8|=12≠20</w:t>
      </w:r>
      <w:r>
        <w:rPr>
          <w:rFonts w:ascii="宋体" w:eastAsia="宋体" w:hAnsi="宋体" w:cs="宋体"/>
          <w:color w:val="000000"/>
        </w:rPr>
        <w:t>，不符合题意；</w: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左边，即</w:t>
      </w:r>
      <w:r>
        <w:rPr>
          <w:rFonts w:ascii="Times New Roman" w:eastAsia="Times New Roman" w:hAnsi="Times New Roman" w:cs="Times New Roman"/>
          <w:i/>
          <w:color w:val="000000"/>
        </w:rPr>
        <w:t>m</w:t>
      </w:r>
      <w:r>
        <w:rPr>
          <w:rFonts w:ascii="Times New Roman" w:eastAsia="Times New Roman" w:hAnsi="Times New Roman" w:cs="Times New Roman"/>
          <w:color w:val="000000"/>
        </w:rPr>
        <w:t>&lt;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w:t>
      </w:r>
      <w:r>
        <w:pict>
          <v:shape id="_x0000_i707988" type="#_x0000_t75" alt="学科网(www.zxxk.com)--教育资源门户，提供试卷、教案、课件、论文、素材以及各类教学资源下载，还有大量而丰富的教学相关资讯！" style="width:73.2pt;height:15pt" o:oleicon="f" o:ole="">
            <v:imagedata r:id="rId1450" o:title="eqId2535451a67a09e9b210622cc6eedd6b0"/>
          </v:shape>
        </w:pict>
      </w:r>
      <w:r>
        <w:rPr>
          <w:rFonts w:ascii="宋体" w:eastAsia="宋体" w:hAnsi="宋体" w:cs="宋体"/>
          <w:color w:val="000000"/>
        </w:rPr>
        <w:t>，</w:t>
      </w:r>
      <w:r>
        <w:pict>
          <v:shape id="_x0000_i707989" type="#_x0000_t75" alt="学科网(www.zxxk.com)--教育资源门户，提供试卷、教案、课件、论文、素材以及各类教学资源下载，还有大量而丰富的教学相关资讯！" style="width:64.8pt;height:15pt" o:oleicon="f" o:ole="">
            <v:imagedata r:id="rId1451" o:title="eqId7d2807ee688178d93249b84374a9ea7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rPr>
          <w:rFonts w:ascii="Times New Roman" w:eastAsia="Times New Roman" w:hAnsi="Times New Roman" w:cs="Times New Roman"/>
          <w:i/>
          <w:color w:val="000000"/>
        </w:rPr>
        <w:t>M</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右边，即</w:t>
      </w:r>
      <w:r>
        <w:rPr>
          <w:rFonts w:ascii="Times New Roman" w:eastAsia="Times New Roman" w:hAnsi="Times New Roman" w:cs="Times New Roman"/>
          <w:i/>
          <w:color w:val="000000"/>
        </w:rPr>
        <w:t>m</w:t>
      </w:r>
      <w:r>
        <w:rPr>
          <w:rFonts w:ascii="Times New Roman" w:eastAsia="Times New Roman" w:hAnsi="Times New Roman" w:cs="Times New Roman"/>
          <w:color w:val="000000"/>
        </w:rPr>
        <w:t>&gt;8</w:t>
      </w:r>
      <w:r>
        <w:rPr>
          <w:rFonts w:ascii="宋体" w:eastAsia="宋体" w:hAnsi="宋体" w:cs="宋体"/>
          <w:color w:val="000000"/>
        </w:rPr>
        <w:t>时，</w:t>
      </w:r>
      <w:r>
        <w:pict>
          <v:shape id="_x0000_i707990" type="#_x0000_t75" alt="学科网(www.zxxk.com)--教育资源门户，提供试卷、教案、课件、论文、素材以及各类教学资源下载，还有大量而丰富的教学相关资讯！" style="width:67.2pt;height:15pt" o:oleicon="f" o:ole="">
            <v:imagedata r:id="rId1452" o:title="eqIdef33b8103bd4a9b6d1cae6046d18246c"/>
          </v:shape>
        </w:pict>
      </w:r>
      <w:r>
        <w:rPr>
          <w:rFonts w:ascii="宋体" w:eastAsia="宋体" w:hAnsi="宋体" w:cs="宋体"/>
          <w:color w:val="000000"/>
        </w:rPr>
        <w:t>，</w:t>
      </w:r>
      <w:r>
        <w:pict>
          <v:shape id="_x0000_i707991" type="#_x0000_t75" alt="学科网(www.zxxk.com)--教育资源门户，提供试卷、教案、课件、论文、素材以及各类教学资源下载，还有大量而丰富的教学相关资讯！" style="width:64.8pt;height:15pt" o:oleicon="f" o:ole="">
            <v:imagedata r:id="rId1453" o:title="eqId51d08a2231b8cbbffe095cf5cb9ca03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综上所述，</w:t>
      </w:r>
      <w:r>
        <w:rPr>
          <w:rFonts w:ascii="Times New Roman" w:eastAsia="Times New Roman" w:hAnsi="Times New Roman" w:cs="Times New Roman"/>
          <w:i/>
          <w:color w:val="000000"/>
        </w:rPr>
        <w:t>m</w:t>
      </w:r>
      <w:r>
        <w:rPr>
          <w:rFonts w:ascii="宋体" w:eastAsia="宋体" w:hAnsi="宋体" w:cs="宋体"/>
          <w:color w:val="000000"/>
        </w:rPr>
        <w:t>的值为﹣</w:t>
      </w:r>
      <w:r>
        <w:rPr>
          <w:rFonts w:ascii="Times New Roman" w:eastAsia="Times New Roman" w:hAnsi="Times New Roman" w:cs="Times New Roman"/>
          <w:color w:val="000000"/>
        </w:rPr>
        <w:t>8</w:t>
      </w:r>
      <w:r>
        <w:rPr>
          <w:rFonts w:ascii="宋体" w:eastAsia="宋体" w:hAnsi="宋体" w:cs="宋体"/>
          <w:color w:val="000000"/>
        </w:rPr>
        <w:t>或</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此题考查了数轴的有关知识、绝对值的化简和一元一次方程的求解，熟练进行绝对值的化简、灵活应用数形结合和分类讨论的数学思想是解题的关键．</w:t>
      </w:r>
    </w:p>
    <w:p>
      <w:pPr>
        <w:spacing w:line="360" w:lineRule="auto"/>
        <w:jc w:val="left"/>
        <w:textAlignment w:val="center"/>
        <w:rPr>
          <w:rFonts w:ascii="宋体" w:eastAsia="宋体" w:hAnsi="宋体" w:cs="宋体"/>
          <w:color w:val="000000"/>
        </w:rPr>
      </w:pPr>
      <w:r>
        <w:rPr>
          <w:color w:val="000000"/>
        </w:rPr>
        <w:t xml:space="preserve">28. </w:t>
      </w:r>
      <w:r>
        <w:rPr>
          <w:rFonts w:ascii="宋体" w:eastAsia="宋体" w:hAnsi="宋体" w:cs="宋体"/>
          <w:color w:val="000000"/>
        </w:rPr>
        <w:t>阅读理解：若</w:t>
      </w:r>
      <w:r>
        <w:pict>
          <v:shape id="_x0000_i707992" type="#_x0000_t75" alt="学科网(www.zxxk.com)--教育资源门户，提供试卷、教案、课件、论文、素材以及各类教学资源下载，还有大量而丰富的教学相关资讯！" style="width:12pt;height:12pt" o:oleicon="f" o:ole="">
            <v:imagedata r:id="rId1454" o:title="eqId5963abe8f421bd99a2aaa94831a951e9"/>
          </v:shape>
        </w:pict>
      </w:r>
      <w:r>
        <w:rPr>
          <w:rFonts w:ascii="宋体" w:eastAsia="宋体" w:hAnsi="宋体" w:cs="宋体"/>
          <w:color w:val="000000"/>
        </w:rPr>
        <w:t>、</w:t>
      </w:r>
      <w:r>
        <w:pict>
          <v:shape id="_x0000_i707993" type="#_x0000_t75" alt="学科网(www.zxxk.com)--教育资源门户，提供试卷、教案、课件、论文、素材以及各类教学资源下载，还有大量而丰富的教学相关资讯！" style="width:9.75pt;height:10.5pt" o:oleicon="f" o:ole="">
            <v:imagedata r:id="rId1455" o:title="eqId7f9e8449aad35c5d840a3395ea86df6d"/>
          </v:shape>
        </w:pict>
      </w:r>
      <w:r>
        <w:rPr>
          <w:rFonts w:ascii="宋体" w:eastAsia="宋体" w:hAnsi="宋体" w:cs="宋体"/>
          <w:color w:val="000000"/>
        </w:rPr>
        <w:t>、</w:t>
      </w:r>
      <w:r>
        <w:pict>
          <v:shape id="_x0000_i707994" type="#_x0000_t75" alt="学科网(www.zxxk.com)--教育资源门户，提供试卷、教案、课件、论文、素材以及各类教学资源下载，还有大量而丰富的教学相关资讯！" style="width:11.9pt;height:14.4pt" o:oleicon="f" o:ole="">
            <v:imagedata r:id="rId1456" o:title="eqIdc5db41a1f31d6baee7c69990811edb9f"/>
          </v:shape>
        </w:pict>
      </w:r>
      <w:r>
        <w:rPr>
          <w:rFonts w:ascii="宋体" w:eastAsia="宋体" w:hAnsi="宋体" w:cs="宋体"/>
          <w:color w:val="000000"/>
        </w:rPr>
        <w:t>为数轴上三点，若点</w:t>
      </w:r>
      <w:r>
        <w:pict>
          <v:shape id="_x0000_i707995" type="#_x0000_t75" alt="学科网(www.zxxk.com)--教育资源门户，提供试卷、教案、课件、论文、素材以及各类教学资源下载，还有大量而丰富的教学相关资讯！" style="width:11.9pt;height:14.4pt" o:oleicon="f" o:ole="">
            <v:imagedata r:id="rId1456" o:title="eqIdc5db41a1f31d6baee7c69990811edb9f"/>
          </v:shape>
        </w:pict>
      </w:r>
      <w:r>
        <w:rPr>
          <w:rFonts w:ascii="宋体" w:eastAsia="宋体" w:hAnsi="宋体" w:cs="宋体"/>
          <w:color w:val="000000"/>
        </w:rPr>
        <w:t>到</w:t>
      </w:r>
      <w:r>
        <w:pict>
          <v:shape id="_x0000_i707996" type="#_x0000_t75" alt="学科网(www.zxxk.com)--教育资源门户，提供试卷、教案、课件、论文、素材以及各类教学资源下载，还有大量而丰富的教学相关资讯！" style="width:12pt;height:12pt" o:oleicon="f" o:ole="">
            <v:imagedata r:id="rId1454" o:title="eqId5963abe8f421bd99a2aaa94831a951e9"/>
          </v:shape>
        </w:pict>
      </w:r>
      <w:r>
        <w:rPr>
          <w:rFonts w:ascii="宋体" w:eastAsia="宋体" w:hAnsi="宋体" w:cs="宋体"/>
          <w:color w:val="000000"/>
        </w:rPr>
        <w:t>的距离是点</w:t>
      </w:r>
      <w:r>
        <w:pict>
          <v:shape id="_x0000_i707997" type="#_x0000_t75" alt="学科网(www.zxxk.com)--教育资源门户，提供试卷、教案、课件、论文、素材以及各类教学资源下载，还有大量而丰富的教学相关资讯！" style="width:11.9pt;height:14.4pt" o:oleicon="f" o:ole="">
            <v:imagedata r:id="rId1456" o:title="eqIdc5db41a1f31d6baee7c69990811edb9f"/>
          </v:shape>
        </w:pict>
      </w:r>
      <w:r>
        <w:rPr>
          <w:rFonts w:ascii="宋体" w:eastAsia="宋体" w:hAnsi="宋体" w:cs="宋体"/>
          <w:color w:val="000000"/>
        </w:rPr>
        <w:t>到</w:t>
      </w:r>
      <w:r>
        <w:pict>
          <v:shape id="_x0000_i707998" type="#_x0000_t75" alt="学科网(www.zxxk.com)--教育资源门户，提供试卷、教案、课件、论文、素材以及各类教学资源下载，还有大量而丰富的教学相关资讯！" style="width:9.75pt;height:10.5pt" o:oleicon="f" o:ole="">
            <v:imagedata r:id="rId1455" o:title="eqId7f9e8449aad35c5d840a3395ea86df6d"/>
          </v:shape>
        </w:pict>
      </w:r>
      <w:r>
        <w:rPr>
          <w:rFonts w:ascii="宋体" w:eastAsia="宋体" w:hAnsi="宋体" w:cs="宋体"/>
          <w:color w:val="000000"/>
        </w:rPr>
        <w:t>的距离的</w:t>
      </w:r>
      <w:r>
        <w:pict>
          <v:shape id="_x0000_i707999" type="#_x0000_t75" alt="学科网(www.zxxk.com)--教育资源门户，提供试卷、教案、课件、论文、素材以及各类教学资源下载，还有大量而丰富的教学相关资讯！" style="width:10pt;height:14.4pt" o:oleicon="f" o:ole="">
            <v:imagedata r:id="rId1457" o:title="eqIdf0a532e15e232cb4b99a8d4d07c89575"/>
          </v:shape>
        </w:pict>
      </w:r>
      <w:r>
        <w:rPr>
          <w:rFonts w:ascii="宋体" w:eastAsia="宋体" w:hAnsi="宋体" w:cs="宋体"/>
          <w:color w:val="000000"/>
        </w:rPr>
        <w:t>倍，即满足</w:t>
      </w:r>
      <w:r>
        <w:pict>
          <v:shape id="_x0000_i708000" type="#_x0000_t75" alt="学科网(www.zxxk.com)--教育资源门户，提供试卷、教案、课件、论文、素材以及各类教学资源下载，还有大量而丰富的教学相关资讯！" style="width:57pt;height:18.3pt" o:oleicon="f" o:ole="">
            <v:imagedata r:id="rId1458" o:title="eqId471cc8200f53734374eaecddae4f3cdf"/>
          </v:shape>
        </w:pict>
      </w:r>
      <w:r>
        <w:rPr>
          <w:rFonts w:ascii="Times New Roman" w:eastAsia="Times New Roman" w:hAnsi="Times New Roman" w:cs="Times New Roman"/>
          <w:color w:val="000000"/>
        </w:rPr>
        <w:t xml:space="preserve"> </w:t>
      </w:r>
      <w:r>
        <w:pict>
          <v:shape id="_x0000_i708001" type="#_x0000_t75" alt="学科网(www.zxxk.com)--教育资源门户，提供试卷、教案、课件、论文、素材以及各类教学资源下载，还有大量而丰富的教学相关资讯！" style="width:30pt;height:15pt" o:oleicon="f" o:ole="">
            <v:imagedata r:id="rId1459" o:title="eqId9f0d33cc937822b1e2d1ef5b3478a04c"/>
          </v:shape>
        </w:pict>
      </w:r>
      <w:r>
        <w:rPr>
          <w:rFonts w:ascii="宋体" w:eastAsia="宋体" w:hAnsi="宋体" w:cs="宋体"/>
          <w:color w:val="000000"/>
        </w:rPr>
        <w:t>时，则称点</w:t>
      </w:r>
      <w:r>
        <w:pict>
          <v:shape id="_x0000_i708002" type="#_x0000_t75" alt="学科网(www.zxxk.com)--教育资源门户，提供试卷、教案、课件、论文、素材以及各类教学资源下载，还有大量而丰富的教学相关资讯！" style="width:11.9pt;height:14.4pt" o:oleicon="f" o:ole="">
            <v:imagedata r:id="rId1456" o:title="eqIdc5db41a1f31d6baee7c69990811edb9f"/>
          </v:shape>
        </w:pict>
      </w:r>
      <w:r>
        <w:rPr>
          <w:rFonts w:ascii="宋体" w:eastAsia="宋体" w:hAnsi="宋体" w:cs="宋体"/>
          <w:color w:val="000000"/>
        </w:rPr>
        <w:t>是“</w:t>
      </w:r>
      <w:r>
        <w:pict>
          <v:shape id="_x0000_i708003" type="#_x0000_t75" alt="学科网(www.zxxk.com)--教育资源门户，提供试卷、教案、课件、论文、素材以及各类教学资源下载，还有大量而丰富的教学相关资讯！" style="width:12pt;height:12pt" o:oleicon="f" o:ole="">
            <v:imagedata r:id="rId1454" o:title="eqId5963abe8f421bd99a2aaa94831a951e9"/>
          </v:shape>
        </w:pict>
      </w:r>
      <w:r>
        <w:rPr>
          <w:rFonts w:ascii="宋体" w:eastAsia="宋体" w:hAnsi="宋体" w:cs="宋体"/>
          <w:color w:val="000000"/>
        </w:rPr>
        <w:t>对</w:t>
      </w:r>
      <w:r>
        <w:pict>
          <v:shape id="_x0000_i708004" type="#_x0000_t75" alt="学科网(www.zxxk.com)--教育资源门户，提供试卷、教案、课件、论文、素材以及各类教学资源下载，还有大量而丰富的教学相关资讯！" style="width:9.75pt;height:10.5pt" o:oleicon="f" o:ole="">
            <v:imagedata r:id="rId1455" o:title="eqId7f9e8449aad35c5d840a3395ea86df6d"/>
          </v:shape>
        </w:pict>
      </w:r>
      <w:r>
        <w:rPr>
          <w:rFonts w:ascii="宋体" w:eastAsia="宋体" w:hAnsi="宋体" w:cs="宋体"/>
          <w:color w:val="000000"/>
        </w:rPr>
        <w:t>的</w:t>
      </w:r>
      <w:r>
        <w:pict>
          <v:shape id="_x0000_i708005" type="#_x0000_t75" alt="学科网(www.zxxk.com)--教育资源门户，提供试卷、教案、课件、论文、素材以及各类教学资源下载，还有大量而丰富的教学相关资讯！" style="width:10pt;height:14.4pt" o:oleicon="f" o:ole="">
            <v:imagedata r:id="rId1457" o:title="eqIdf0a532e15e232cb4b99a8d4d07c89575"/>
          </v:shape>
        </w:pict>
      </w:r>
      <w:r>
        <w:rPr>
          <w:rFonts w:ascii="宋体" w:eastAsia="宋体" w:hAnsi="宋体" w:cs="宋体"/>
          <w:color w:val="000000"/>
        </w:rPr>
        <w:t>相关点”．例如，当点</w:t>
      </w:r>
      <w:r>
        <w:pict>
          <v:shape id="_x0000_i708006" type="#_x0000_t75" alt="学科网(www.zxxk.com)--教育资源门户，提供试卷、教案、课件、论文、素材以及各类教学资源下载，还有大量而丰富的教学相关资讯！" style="width:12pt;height:12pt" o:oleicon="f" o:ole="">
            <v:imagedata r:id="rId1454" o:title="eqId5963abe8f421bd99a2aaa94831a951e9"/>
          </v:shape>
        </w:pict>
      </w:r>
      <w:r>
        <w:rPr>
          <w:rFonts w:ascii="宋体" w:eastAsia="宋体" w:hAnsi="宋体" w:cs="宋体"/>
          <w:color w:val="000000"/>
        </w:rPr>
        <w:t>、</w:t>
      </w:r>
      <w:r>
        <w:pict>
          <v:shape id="_x0000_i708007" type="#_x0000_t75" alt="学科网(www.zxxk.com)--教育资源门户，提供试卷、教案、课件、论文、素材以及各类教学资源下载，还有大量而丰富的教学相关资讯！" style="width:9.75pt;height:10.5pt" o:oleicon="f" o:ole="">
            <v:imagedata r:id="rId1455" o:title="eqId7f9e8449aad35c5d840a3395ea86df6d"/>
          </v:shape>
        </w:pict>
      </w:r>
      <w:r>
        <w:rPr>
          <w:rFonts w:ascii="宋体" w:eastAsia="宋体" w:hAnsi="宋体" w:cs="宋体"/>
          <w:color w:val="000000"/>
        </w:rPr>
        <w:t>、</w:t>
      </w:r>
      <w:r>
        <w:pict>
          <v:shape id="_x0000_i708008" type="#_x0000_t75" alt="学科网(www.zxxk.com)--教育资源门户，提供试卷、教案、课件、论文、素材以及各类教学资源下载，还有大量而丰富的教学相关资讯！" style="width:11.9pt;height:14.4pt" o:oleicon="f" o:ole="">
            <v:imagedata r:id="rId1456" o:title="eqIdc5db41a1f31d6baee7c69990811edb9f"/>
          </v:shape>
        </w:pict>
      </w:r>
      <w:r>
        <w:rPr>
          <w:rFonts w:ascii="Times New Roman" w:eastAsia="Times New Roman" w:hAnsi="Times New Roman" w:cs="Times New Roman"/>
          <w:color w:val="000000"/>
        </w:rPr>
        <w:t xml:space="preserve"> </w:t>
      </w:r>
      <w:r>
        <w:rPr>
          <w:rFonts w:ascii="宋体" w:eastAsia="宋体" w:hAnsi="宋体" w:cs="宋体"/>
          <w:color w:val="000000"/>
        </w:rPr>
        <w:t>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w:t>
      </w:r>
      <w:r>
        <w:pict>
          <v:shape id="_x0000_i708009" type="#_x0000_t75" alt="学科网(www.zxxk.com)--教育资源门户，提供试卷、教案、课件、论文、素材以及各类教学资源下载，还有大量而丰富的教学相关资讯！" style="width:60.75pt;height:20.25pt" o:oleicon="f" o:ole="">
            <v:imagedata r:id="rId1460" o:title="eqId576f45af0ba5240dd0c86d62d9370184"/>
          </v:shape>
        </w:pict>
      </w:r>
      <w:r>
        <w:rPr>
          <w:rFonts w:ascii="宋体" w:eastAsia="宋体" w:hAnsi="宋体" w:cs="宋体"/>
          <w:color w:val="000000"/>
        </w:rPr>
        <w:t>，则称点</w:t>
      </w:r>
      <w:r>
        <w:pict>
          <v:shape id="_x0000_i708010" type="#_x0000_t75" alt="学科网(www.zxxk.com)--教育资源门户，提供试卷、教案、课件、论文、素材以及各类教学资源下载，还有大量而丰富的教学相关资讯！" style="width:11.9pt;height:14.4pt" o:oleicon="f" o:ole="">
            <v:imagedata r:id="rId1456" o:title="eqIdc5db41a1f31d6baee7c69990811edb9f"/>
          </v:shape>
        </w:pict>
      </w:r>
      <w:r>
        <w:rPr>
          <w:rFonts w:ascii="宋体" w:eastAsia="宋体" w:hAnsi="宋体" w:cs="宋体"/>
          <w:color w:val="000000"/>
        </w:rPr>
        <w:t>是“</w:t>
      </w:r>
      <w:r>
        <w:pict>
          <v:shape id="_x0000_i708011" type="#_x0000_t75" alt="学科网(www.zxxk.com)--教育资源门户，提供试卷、教案、课件、论文、素材以及各类教学资源下载，还有大量而丰富的教学相关资讯！" style="width:12pt;height:12pt" o:oleicon="f" o:ole="">
            <v:imagedata r:id="rId1454" o:title="eqId5963abe8f421bd99a2aaa94831a951e9"/>
          </v:shape>
        </w:pict>
      </w:r>
      <w:r>
        <w:rPr>
          <w:rFonts w:ascii="宋体" w:eastAsia="宋体" w:hAnsi="宋体" w:cs="宋体"/>
          <w:color w:val="000000"/>
        </w:rPr>
        <w:t>对</w:t>
      </w:r>
      <w:r>
        <w:pict>
          <v:shape id="_x0000_i708012" type="#_x0000_t75" alt="学科网(www.zxxk.com)--教育资源门户，提供试卷、教案、课件、论文、素材以及各类教学资源下载，还有大量而丰富的教学相关资讯！" style="width:9.75pt;height:10.5pt" o:oleicon="f" o:ole="">
            <v:imagedata r:id="rId1455"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，点</w:t>
      </w:r>
      <w:r>
        <w:pict>
          <v:shape id="_x0000_i708013" type="#_x0000_t75" alt="学科网(www.zxxk.com)--教育资源门户，提供试卷、教案、课件、论文、素材以及各类教学资源下载，还有大量而丰富的教学相关资讯！" style="width:12pt;height:12pt" o:oleicon="f" o:ole="">
            <v:imagedata r:id="rId1461" o:title="eqId5963abe8f421bd99a2aaa94831a951e9"/>
          </v:shape>
        </w:pict>
      </w:r>
      <w:r>
        <w:rPr>
          <w:rFonts w:ascii="宋体" w:eastAsia="宋体" w:hAnsi="宋体" w:cs="宋体"/>
          <w:color w:val="000000"/>
        </w:rPr>
        <w:t>表示的数为</w:t>
      </w:r>
      <w:r>
        <w:pict>
          <v:shape id="_x0000_i708014" type="#_x0000_t75" alt="学科网(www.zxxk.com)--教育资源门户，提供试卷、教案、课件、论文、素材以及各类教学资源下载，还有大量而丰富的教学相关资讯！" style="width:14.25pt;height:12pt" o:oleicon="f" o:ole="">
            <v:imagedata r:id="rId1462" o:title="eqIdacbc6a613224461ade69362d46550474"/>
          </v:shape>
        </w:pict>
      </w:r>
      <w:r>
        <w:rPr>
          <w:rFonts w:ascii="宋体" w:eastAsia="宋体" w:hAnsi="宋体" w:cs="宋体"/>
          <w:color w:val="000000"/>
        </w:rPr>
        <w:t>，点</w:t>
      </w:r>
      <w:r>
        <w:pict>
          <v:shape id="_x0000_i708015" type="#_x0000_t75" alt="学科网(www.zxxk.com)--教育资源门户，提供试卷、教案、课件、论文、素材以及各类教学资源下载，还有大量而丰富的教学相关资讯！" style="width:9.75pt;height:10.5pt" o:oleicon="f" o:ole="">
            <v:imagedata r:id="rId1463" o:title="eqId7f9e8449aad35c5d840a3395ea86df6d"/>
          </v:shape>
        </w:pic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的点</w:t>
      </w:r>
      <w:r>
        <w:pict>
          <v:shape id="_x0000_i708016" type="#_x0000_t75" alt="学科网(www.zxxk.com)--教育资源门户，提供试卷、教案、课件、论文、素材以及各类教学资源下载，还有大量而丰富的教学相关资讯！" style="width:11.9pt;height:14.4pt" o:oleicon="f" o:ole="">
            <v:imagedata r:id="rId1464" o:title="eqIdc5db41a1f31d6baee7c69990811edb9f"/>
          </v:shape>
        </w:pict>
      </w:r>
      <w:r>
        <w:rPr>
          <w:rFonts w:ascii="宋体" w:eastAsia="宋体" w:hAnsi="宋体" w:cs="宋体"/>
          <w:color w:val="000000"/>
        </w:rPr>
        <w:t>到点</w:t>
      </w:r>
      <w:r>
        <w:pict>
          <v:shape id="_x0000_i708017" type="#_x0000_t75" alt="学科网(www.zxxk.com)--教育资源门户，提供试卷、教案、课件、论文、素材以及各类教学资源下载，还有大量而丰富的教学相关资讯！" style="width:12pt;height:12pt" o:oleicon="f" o:ole="">
            <v:imagedata r:id="rId1461" o:title="eqId5963abe8f421bd99a2aaa94831a951e9"/>
          </v:shape>
        </w:pic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，到点</w:t>
      </w:r>
      <w:r>
        <w:pict>
          <v:shape id="_x0000_i708018" type="#_x0000_t75" alt="学科网(www.zxxk.com)--教育资源门户，提供试卷、教案、课件、论文、素材以及各类教学资源下载，还有大量而丰富的教学相关资讯！" style="width:9.75pt;height:10.5pt" o:oleicon="f" o:ole="">
            <v:imagedata r:id="rId1463" o:title="eqId7f9e8449aad35c5d840a3395ea86df6d"/>
          </v:shape>
        </w:pic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，那么点</w:t>
      </w:r>
      <w:r>
        <w:pict>
          <v:shape id="_x0000_i708019" type="#_x0000_t75" alt="学科网(www.zxxk.com)--教育资源门户，提供试卷、教案、课件、论文、素材以及各类教学资源下载，还有大量而丰富的教学相关资讯！" style="width:11.9pt;height:14.4pt" o:oleicon="f" o:ole="">
            <v:imagedata r:id="rId1464" o:title="eqIdc5db41a1f31d6baee7c69990811edb9f"/>
          </v:shape>
        </w:pict>
      </w:r>
      <w:r>
        <w:rPr>
          <w:rFonts w:ascii="宋体" w:eastAsia="宋体" w:hAnsi="宋体" w:cs="宋体"/>
          <w:color w:val="000000"/>
        </w:rPr>
        <w:t>是“</w:t>
      </w:r>
      <w:r>
        <w:pict>
          <v:shape id="_x0000_i708020" type="#_x0000_t75" alt="学科网(www.zxxk.com)--教育资源门户，提供试卷、教案、课件、论文、素材以及各类教学资源下载，还有大量而丰富的教学相关资讯！" style="width:12pt;height:12pt" o:oleicon="f" o:ole="">
            <v:imagedata r:id="rId1461" o:title="eqId5963abe8f421bd99a2aaa94831a951e9"/>
          </v:shape>
        </w:pict>
      </w:r>
      <w:r>
        <w:rPr>
          <w:rFonts w:ascii="宋体" w:eastAsia="宋体" w:hAnsi="宋体" w:cs="宋体"/>
          <w:color w:val="000000"/>
        </w:rPr>
        <w:t>对</w:t>
      </w:r>
      <w:r>
        <w:pict>
          <v:shape id="_x0000_i708021" type="#_x0000_t75" alt="学科网(www.zxxk.com)--教育资源门户，提供试卷、教案、课件、论文、素材以及各类教学资源下载，还有大量而丰富的教学相关资讯！" style="width:9.75pt;height:10.5pt" o:oleicon="f" o:ole="">
            <v:imagedata r:id="rId1463"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相关点”；又如，表示</w:t>
      </w:r>
      <w:r>
        <w:rPr>
          <w:rFonts w:ascii="Times New Roman" w:eastAsia="Times New Roman" w:hAnsi="Times New Roman" w:cs="Times New Roman"/>
          <w:color w:val="000000"/>
        </w:rPr>
        <w:t>0</w:t>
      </w:r>
      <w:r>
        <w:rPr>
          <w:rFonts w:ascii="宋体" w:eastAsia="宋体" w:hAnsi="宋体" w:cs="宋体"/>
          <w:color w:val="000000"/>
        </w:rPr>
        <w:t>的点</w:t>
      </w:r>
      <w:r>
        <w:pict>
          <v:shape id="_x0000_i708022" type="#_x0000_t75" alt="学科网(www.zxxk.com)--教育资源门户，提供试卷、教案、课件、论文、素材以及各类教学资源下载，还有大量而丰富的教学相关资讯！" style="width:11.25pt;height:11.25pt" o:oleicon="f" o:ole="">
            <v:imagedata r:id="rId1465" o:title="eqId8455657dde27aabe6adb7b188e031c11"/>
          </v:shape>
        </w:pict>
      </w:r>
      <w:r>
        <w:rPr>
          <w:rFonts w:ascii="宋体" w:eastAsia="宋体" w:hAnsi="宋体" w:cs="宋体"/>
          <w:color w:val="000000"/>
        </w:rPr>
        <w:t>到点</w:t>
      </w:r>
      <w:r>
        <w:pict>
          <v:shape id="_x0000_i708023" type="#_x0000_t75" alt="学科网(www.zxxk.com)--教育资源门户，提供试卷、教案、课件、论文、素材以及各类教学资源下载，还有大量而丰富的教学相关资讯！" style="width:12pt;height:12pt" o:oleicon="f" o:ole="">
            <v:imagedata r:id="rId1461" o:title="eqId5963abe8f421bd99a2aaa94831a951e9"/>
          </v:shape>
        </w:pic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，到点</w:t>
      </w:r>
      <w:r>
        <w:pict>
          <v:shape id="_x0000_i708024" type="#_x0000_t75" alt="学科网(www.zxxk.com)--教育资源门户，提供试卷、教案、课件、论文、素材以及各类教学资源下载，还有大量而丰富的教学相关资讯！" style="width:9.75pt;height:10.5pt" o:oleicon="f" o:ole="">
            <v:imagedata r:id="rId1463" o:title="eqId7f9e8449aad35c5d840a3395ea86df6d"/>
          </v:shape>
        </w:pic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，那么点</w:t>
      </w:r>
      <w:r>
        <w:pict>
          <v:shape id="_x0000_i708025" type="#_x0000_t75" alt="学科网(www.zxxk.com)--教育资源门户，提供试卷、教案、课件、论文、素材以及各类教学资源下载，还有大量而丰富的教学相关资讯！" style="width:11.25pt;height:11.25pt" o:oleicon="f" o:ole="">
            <v:imagedata r:id="rId1465" o:title="eqId8455657dde27aabe6adb7b188e031c11"/>
          </v:shape>
        </w:pict>
      </w:r>
      <w:r>
        <w:rPr>
          <w:rFonts w:ascii="宋体" w:eastAsia="宋体" w:hAnsi="宋体" w:cs="宋体"/>
          <w:color w:val="000000"/>
          <w:u w:val="single"/>
        </w:rPr>
        <w:t>　　</w:t>
      </w:r>
      <w:r>
        <w:rPr>
          <w:rFonts w:ascii="宋体" w:eastAsia="宋体" w:hAnsi="宋体" w:cs="宋体"/>
          <w:color w:val="000000"/>
        </w:rPr>
        <w:t>“</w:t>
      </w:r>
      <w:r>
        <w:pict>
          <v:shape id="_x0000_i708026" type="#_x0000_t75" alt="学科网(www.zxxk.com)--教育资源门户，提供试卷、教案、课件、论文、素材以及各类教学资源下载，还有大量而丰富的教学相关资讯！" style="width:12pt;height:12pt" o:oleicon="f" o:ole="">
            <v:imagedata r:id="rId1461" o:title="eqId5963abe8f421bd99a2aaa94831a951e9"/>
          </v:shape>
        </w:pict>
      </w:r>
      <w:r>
        <w:rPr>
          <w:rFonts w:ascii="宋体" w:eastAsia="宋体" w:hAnsi="宋体" w:cs="宋体"/>
          <w:color w:val="000000"/>
        </w:rPr>
        <w:t>对</w:t>
      </w:r>
      <w:r>
        <w:pict>
          <v:shape id="_x0000_i708027" type="#_x0000_t75" alt="学科网(www.zxxk.com)--教育资源门户，提供试卷、教案、课件、论文、素材以及各类教学资源下载，还有大量而丰富的教学相关资讯！" style="width:9.75pt;height:10.5pt" o:oleicon="f" o:ole="">
            <v:imagedata r:id="rId1463" o:title="eqId7f9e8449aad35c5d840a3395ea86df6d"/>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相关点”，但点</w:t>
      </w:r>
      <w:r>
        <w:pict>
          <v:shape id="_x0000_i708028" type="#_x0000_t75" alt="学科网(www.zxxk.com)--教育资源门户，提供试卷、教案、课件、论文、素材以及各类教学资源下载，还有大量而丰富的教学相关资讯！" style="width:11.25pt;height:11.25pt" o:oleicon="f" o:ole="">
            <v:imagedata r:id="rId1465" o:title="eqId8455657dde27aabe6adb7b188e031c11"/>
          </v:shape>
        </w:pict>
      </w:r>
      <w:r>
        <w:rPr>
          <w:rFonts w:ascii="宋体" w:eastAsia="宋体" w:hAnsi="宋体" w:cs="宋体"/>
          <w:color w:val="000000"/>
          <w:u w:val="single"/>
        </w:rPr>
        <w:t>　　</w:t>
      </w:r>
      <w:r>
        <w:rPr>
          <w:rFonts w:ascii="宋体" w:eastAsia="宋体" w:hAnsi="宋体" w:cs="宋体"/>
          <w:color w:val="000000"/>
        </w:rPr>
        <w:t>“</w:t>
      </w:r>
      <w:r>
        <w:pict>
          <v:shape id="_x0000_i708029" type="#_x0000_t75" alt="学科网(www.zxxk.com)--教育资源门户，提供试卷、教案、课件、论文、素材以及各类教学资源下载，还有大量而丰富的教学相关资讯！" style="width:9.75pt;height:10.5pt" o:oleicon="f" o:ole="">
            <v:imagedata r:id="rId1463" o:title="eqId7f9e8449aad35c5d840a3395ea86df6d"/>
          </v:shape>
        </w:pict>
      </w:r>
      <w:r>
        <w:rPr>
          <w:rFonts w:ascii="宋体" w:eastAsia="宋体" w:hAnsi="宋体" w:cs="宋体"/>
          <w:color w:val="000000"/>
        </w:rPr>
        <w:t>对</w:t>
      </w:r>
      <w:r>
        <w:pict>
          <v:shape id="_x0000_i708030" type="#_x0000_t75" alt="学科网(www.zxxk.com)--教育资源门户，提供试卷、教案、课件、论文、素材以及各类教学资源下载，还有大量而丰富的教学相关资讯！" style="width:12pt;height:12pt" o:oleicon="f" o:ole="">
            <v:imagedata r:id="rId1461" o:title="eqId5963abe8f421bd99a2aaa94831a951e9"/>
          </v:shape>
        </w:pic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相关点”；（请在横线上填是或不是）；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w:t>
      </w:r>
      <w:r>
        <w:pict>
          <v:shape id="_x0000_i708031" type="#_x0000_t75" alt="学科网(www.zxxk.com)--教育资源门户，提供试卷、教案、课件、论文、素材以及各类教学资源下载，还有大量而丰富的教学相关资讯！" style="width:14.25pt;height:10.5pt" o:oleicon="f" o:ole="">
            <v:imagedata r:id="rId1466" o:title="eqIdac047e91852b91af639feec23a9598b2"/>
          </v:shape>
        </w:pict>
      </w:r>
      <w:r>
        <w:rPr>
          <w:rFonts w:ascii="宋体" w:eastAsia="宋体" w:hAnsi="宋体" w:cs="宋体"/>
          <w:color w:val="000000"/>
        </w:rPr>
        <w:t>、</w:t>
      </w:r>
      <w:r>
        <w:pict>
          <v:shape id="_x0000_i708032" type="#_x0000_t75" alt="学科网(www.zxxk.com)--教育资源门户，提供试卷、教案、课件、论文、素材以及各类教学资源下载，还有大量而丰富的教学相关资讯！" style="width:14.25pt;height:14.25pt" o:oleicon="f" o:ole="">
            <v:imagedata r:id="rId1467" o:title="eqId54a5d7d3b6b63fe5c24c3907b7a8eaa3"/>
          </v:shape>
        </w:pict>
      </w:r>
      <w:r>
        <w:rPr>
          <w:rFonts w:ascii="宋体" w:eastAsia="宋体" w:hAnsi="宋体" w:cs="宋体"/>
          <w:color w:val="000000"/>
        </w:rPr>
        <w:t>为数轴上两点，点</w:t>
      </w:r>
      <w:r>
        <w:pict>
          <v:shape id="_x0000_i708033" type="#_x0000_t75" alt="学科网(www.zxxk.com)--教育资源门户，提供试卷、教案、课件、论文、素材以及各类教学资源下载，还有大量而丰富的教学相关资讯！" style="width:14.25pt;height:10.5pt" o:oleicon="f" o:ole="">
            <v:imagedata r:id="rId1466" o:title="eqIdac047e91852b91af639feec23a9598b2"/>
          </v:shape>
        </w:pict>
      </w:r>
      <w:r>
        <w:rPr>
          <w:rFonts w:ascii="宋体" w:eastAsia="宋体" w:hAnsi="宋体" w:cs="宋体"/>
          <w:color w:val="000000"/>
        </w:rPr>
        <w:t>所表示的数为</w:t>
      </w:r>
      <w:r>
        <w:pict>
          <v:shape id="_x0000_i708034" type="#_x0000_t75" alt="学科网(www.zxxk.com)--教育资源门户，提供试卷、教案、课件、论文、素材以及各类教学资源下载，还有大量而丰富的教学相关资讯！" style="width:14.25pt;height:11.25pt" o:oleicon="f" o:ole="">
            <v:imagedata r:id="rId1468" o:title="eqId274a9dc37509f01c2606fb3086a46f4f"/>
          </v:shape>
        </w:pict>
      </w:r>
      <w:r>
        <w:rPr>
          <w:rFonts w:ascii="宋体" w:eastAsia="宋体" w:hAnsi="宋体" w:cs="宋体"/>
          <w:color w:val="000000"/>
        </w:rPr>
        <w:t>，点</w:t>
      </w:r>
      <w:r>
        <w:pict>
          <v:shape id="_x0000_i708035" type="#_x0000_t75" alt="学科网(www.zxxk.com)--教育资源门户，提供试卷、教案、课件、论文、素材以及各类教学资源下载，还有大量而丰富的教学相关资讯！" style="width:14.25pt;height:14.25pt" o:oleicon="f" o:ole="">
            <v:imagedata r:id="rId1467" o:title="eqId54a5d7d3b6b63fe5c24c3907b7a8eaa3"/>
          </v:shape>
        </w:pict>
      </w:r>
      <w:r>
        <w:rPr>
          <w:rFonts w:ascii="宋体" w:eastAsia="宋体" w:hAnsi="宋体" w:cs="宋体"/>
          <w:color w:val="000000"/>
        </w:rPr>
        <w:t>所表示的数为</w:t>
      </w:r>
      <w:r>
        <w:rPr>
          <w:rFonts w:ascii="Times New Roman" w:eastAsia="Times New Roman" w:hAnsi="Times New Roman" w:cs="Times New Roman"/>
          <w:color w:val="000000"/>
        </w:rPr>
        <w:t>4</w:t>
      </w:r>
      <w:r>
        <w:rPr>
          <w:rFonts w:ascii="宋体" w:eastAsia="宋体" w:hAnsi="宋体" w:cs="宋体"/>
          <w:color w:val="000000"/>
        </w:rPr>
        <w:t>．在</w:t>
      </w:r>
      <w:r>
        <w:rPr>
          <w:rFonts w:ascii="宋体" w:eastAsia="宋体" w:hAnsi="宋体" w:cs="宋体"/>
          <w:color w:val="000000"/>
          <w:em w:val="dot"/>
        </w:rPr>
        <w:t>数轴</w:t>
      </w:r>
      <w:r>
        <w:rPr>
          <w:rFonts w:ascii="宋体" w:eastAsia="宋体" w:hAnsi="宋体" w:cs="宋体"/>
          <w:color w:val="000000"/>
        </w:rPr>
        <w:t>上，数</w:t>
      </w:r>
      <w:r>
        <w:rPr>
          <w:rFonts w:ascii="Times New Roman" w:eastAsia="Times New Roman" w:hAnsi="Times New Roman" w:cs="Times New Roman"/>
          <w:color w:val="000000"/>
          <w:u w:val="single"/>
        </w:rPr>
        <w:t xml:space="preserve">          </w:t>
      </w:r>
      <w:r>
        <w:rPr>
          <w:rFonts w:ascii="宋体" w:eastAsia="宋体" w:hAnsi="宋体" w:cs="宋体"/>
          <w:color w:val="000000"/>
        </w:rPr>
        <w:t>所表示的点是“</w:t>
      </w:r>
      <w:r>
        <w:pict>
          <v:shape id="_x0000_i708036" type="#_x0000_t75" alt="学科网(www.zxxk.com)--教育资源门户，提供试卷、教案、课件、论文、素材以及各类教学资源下载，还有大量而丰富的教学相关资讯！" style="width:14.25pt;height:10.5pt" o:oleicon="f" o:ole="">
            <v:imagedata r:id="rId1466" o:title="eqIdac047e91852b91af639feec23a9598b2"/>
          </v:shape>
        </w:pict>
      </w:r>
      <w:r>
        <w:rPr>
          <w:rFonts w:ascii="宋体" w:eastAsia="宋体" w:hAnsi="宋体" w:cs="宋体"/>
          <w:color w:val="000000"/>
        </w:rPr>
        <w:t>对</w:t>
      </w:r>
      <w:r>
        <w:pict>
          <v:shape id="_x0000_i708037" type="#_x0000_t75" alt="学科网(www.zxxk.com)--教育资源门户，提供试卷、教案、课件、论文、素材以及各类教学资源下载，还有大量而丰富的教学相关资讯！" style="width:14.25pt;height:14.25pt" o:oleicon="f" o:ole="">
            <v:imagedata r:id="rId1467" o:title="eqId54a5d7d3b6b63fe5c24c3907b7a8eaa3"/>
          </v:shape>
        </w:pic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w:t>
      </w:r>
      <w:r>
        <w:pict>
          <v:shape id="_x0000_i708038" type="#_x0000_t75" alt="学科网(www.zxxk.com)--教育资源门户，提供试卷、教案、课件、论文、素材以及各类教学资源下载，还有大量而丰富的教学相关资讯！" style="width:12pt;height:12pt" o:oleicon="f" o:ole="">
            <v:imagedata r:id="rId1469" o:title="eqId5963abe8f421bd99a2aaa94831a951e9"/>
          </v:shape>
        </w:pict>
      </w:r>
      <w:r>
        <w:rPr>
          <w:rFonts w:ascii="宋体" w:eastAsia="宋体" w:hAnsi="宋体" w:cs="宋体"/>
          <w:color w:val="000000"/>
        </w:rPr>
        <w:t>、</w:t>
      </w:r>
      <w:r>
        <w:pict>
          <v:shape id="_x0000_i708039" type="#_x0000_t75" alt="学科网(www.zxxk.com)--教育资源门户，提供试卷、教案、课件、论文、素材以及各类教学资源下载，还有大量而丰富的教学相关资讯！" style="width:9.75pt;height:10.5pt" o:oleicon="f" o:ole="">
            <v:imagedata r:id="rId1470" o:title="eqId7f9e8449aad35c5d840a3395ea86df6d"/>
          </v:shape>
        </w:pict>
      </w:r>
      <w:r>
        <w:rPr>
          <w:rFonts w:ascii="宋体" w:eastAsia="宋体" w:hAnsi="宋体" w:cs="宋体"/>
          <w:color w:val="000000"/>
        </w:rPr>
        <w:t>为数轴上两点，点</w:t>
      </w:r>
      <w:r>
        <w:rPr>
          <w:rFonts w:ascii="Times New Roman" w:eastAsia="Times New Roman" w:hAnsi="Times New Roman" w:cs="Times New Roman"/>
          <w:i/>
          <w:color w:val="000000"/>
        </w:rPr>
        <w:t>A</w:t>
      </w:r>
      <w:r>
        <w:rPr>
          <w:rFonts w:ascii="宋体" w:eastAsia="宋体" w:hAnsi="宋体" w:cs="宋体"/>
          <w:color w:val="000000"/>
        </w:rPr>
        <w:t>所表示的数为</w:t>
      </w:r>
      <w:r>
        <w:pict>
          <v:shape id="_x0000_i708040" type="#_x0000_t75" alt="学科网(www.zxxk.com)--教育资源门户，提供试卷、教案、课件、论文、素材以及各类教学资源下载，还有大量而丰富的教学相关资讯！" style="width:22pt;height:13.95pt" o:oleicon="f" o:ole="">
            <v:imagedata r:id="rId1471" o:title="eqId79ef63ad7b61f3fae0ac81148e7700ff"/>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所表示的数为</w:t>
      </w:r>
      <w:r>
        <w:rPr>
          <w:rFonts w:ascii="Times New Roman" w:eastAsia="Times New Roman" w:hAnsi="Times New Roman" w:cs="Times New Roman"/>
          <w:color w:val="000000"/>
        </w:rPr>
        <w:t>40</w:t>
      </w:r>
      <w:r>
        <w:rPr>
          <w:rFonts w:ascii="宋体" w:eastAsia="宋体" w:hAnsi="宋体" w:cs="宋体"/>
          <w:color w:val="000000"/>
        </w:rPr>
        <w:t>．现有一只电子蚂蚁</w:t>
      </w:r>
      <w:r>
        <w:pict>
          <v:shape id="_x0000_i708041" type="#_x0000_t75" alt="学科网(www.zxxk.com)--教育资源门户，提供试卷、教案、课件、论文、素材以及各类教学资源下载，还有大量而丰富的教学相关资讯！" style="width:11.25pt;height:12pt" o:oleicon="f" o:ole="">
            <v:imagedata r:id="rId1472" o:title="eqIddad2a36927223bd70f426ba06aea4b45"/>
          </v:shape>
        </w:pict>
      </w:r>
      <w:r>
        <w:rPr>
          <w:rFonts w:ascii="宋体" w:eastAsia="宋体" w:hAnsi="宋体" w:cs="宋体"/>
          <w:color w:val="000000"/>
        </w:rPr>
        <w:t>从点</w:t>
      </w:r>
      <w:r>
        <w:pict>
          <v:shape id="_x0000_i708042" type="#_x0000_t75" alt="学科网(www.zxxk.com)--教育资源门户，提供试卷、教案、课件、论文、素材以及各类教学资源下载，还有大量而丰富的教学相关资讯！" style="width:9.75pt;height:10.5pt" o:oleicon="f" o:ole="">
            <v:imagedata r:id="rId1470" o:title="eqId7f9e8449aad35c5d840a3395ea86df6d"/>
          </v:shape>
        </w:pict>
      </w:r>
      <w:r>
        <w:rPr>
          <w:rFonts w:ascii="宋体" w:eastAsia="宋体" w:hAnsi="宋体" w:cs="宋体"/>
          <w:color w:val="000000"/>
        </w:rPr>
        <w:t>出发，以每秒</w:t>
      </w:r>
      <w:r>
        <w:rPr>
          <w:rFonts w:ascii="Times New Roman" w:eastAsia="Times New Roman" w:hAnsi="Times New Roman" w:cs="Times New Roman"/>
          <w:color w:val="000000"/>
        </w:rPr>
        <w:t>4</w:t>
      </w:r>
      <w:r>
        <w:rPr>
          <w:rFonts w:ascii="宋体" w:eastAsia="宋体" w:hAnsi="宋体" w:cs="宋体"/>
          <w:color w:val="000000"/>
        </w:rPr>
        <w:t>个单位的速度向左运动，到达点</w:t>
      </w:r>
      <w:r>
        <w:rPr>
          <w:rFonts w:ascii="Times New Roman" w:eastAsia="Times New Roman" w:hAnsi="Times New Roman" w:cs="Times New Roman"/>
          <w:i/>
          <w:color w:val="000000"/>
        </w:rPr>
        <w:t>A</w:t>
      </w:r>
      <w:r>
        <w:rPr>
          <w:rFonts w:ascii="宋体" w:eastAsia="宋体" w:hAnsi="宋体" w:cs="宋体"/>
          <w:color w:val="000000"/>
        </w:rPr>
        <w:t>停止．当经过多少秒时，</w:t>
      </w:r>
      <w:r>
        <w:pict>
          <v:shape id="_x0000_i708043" type="#_x0000_t75" alt="学科网(www.zxxk.com)--教育资源门户，提供试卷、教案、课件、论文、素材以及各类教学资源下载，还有大量而丰富的教学相关资讯！" style="width:11.25pt;height:12pt" o:oleicon="f" o:ole="">
            <v:imagedata r:id="rId1472" o:title="eqIddad2a36927223bd70f426ba06aea4b45"/>
          </v:shape>
        </w:pict>
      </w:r>
      <w:r>
        <w:rPr>
          <w:rFonts w:ascii="宋体" w:eastAsia="宋体" w:hAnsi="宋体" w:cs="宋体"/>
          <w:color w:val="000000"/>
        </w:rPr>
        <w:t>、</w:t>
      </w:r>
      <w:r>
        <w:pict>
          <v:shape id="_x0000_i708044" type="#_x0000_t75" alt="学科网(www.zxxk.com)--教育资源门户，提供试卷、教案、课件、论文、素材以及各类教学资源下载，还有大量而丰富的教学相关资讯！" style="width:12pt;height:12pt" o:oleicon="f" o:ole="">
            <v:imagedata r:id="rId1469" o:title="eqId5963abe8f421bd99a2aaa94831a951e9"/>
          </v:shape>
        </w:pict>
      </w:r>
      <w:r>
        <w:rPr>
          <w:rFonts w:ascii="宋体" w:eastAsia="宋体" w:hAnsi="宋体" w:cs="宋体"/>
          <w:color w:val="000000"/>
        </w:rPr>
        <w:t>和</w:t>
      </w:r>
      <w:r>
        <w:pict>
          <v:shape id="_x0000_i708045" type="#_x0000_t75" alt="学科网(www.zxxk.com)--教育资源门户，提供试卷、教案、课件、论文、素材以及各类教学资源下载，还有大量而丰富的教学相关资讯！" style="width:9.75pt;height:10.5pt" o:oleicon="f" o:ole="">
            <v:imagedata r:id="rId1470" o:title="eqId7f9e8449aad35c5d840a3395ea86df6d"/>
          </v:shape>
        </w:pict>
      </w:r>
      <w:r>
        <w:rPr>
          <w:rFonts w:ascii="宋体" w:eastAsia="宋体" w:hAnsi="宋体" w:cs="宋体"/>
          <w:color w:val="000000"/>
        </w:rPr>
        <w:t>中恰有一个点为“其余两点中一点对另一点的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color w:val="000000"/>
        </w:rPr>
      </w:pPr>
      <w:r>
        <w:rPr>
          <w:rFonts w:ascii="宋体" w:eastAsia="宋体" w:hAnsi="宋体" w:cs="宋体"/>
          <w:color w:val="000000"/>
        </w:rPr>
        <w:drawing>
          <wp:inline>
            <wp:extent cx="5238750" cy="1096863"/>
            <wp:docPr id="28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6" name=""/>
                    <pic:cNvPicPr>
                      <a:picLocks noChangeAspect="1"/>
                    </pic:cNvPicPr>
                  </pic:nvPicPr>
                  <pic:blipFill>
                    <a:blip r:embed="rId1473"/>
                    <a:stretch>
                      <a:fillRect/>
                    </a:stretch>
                  </pic:blipFill>
                  <pic:spPr>
                    <a:xfrm>
                      <a:off x="0" y="0"/>
                      <a:ext cx="5238750" cy="1096863"/>
                    </a:xfrm>
                    <a:prstGeom prst="rect">
                      <a:avLst/>
                    </a:prstGeom>
                  </pic:spPr>
                </pic:pic>
              </a:graphicData>
            </a:graphic>
          </wp:inline>
        </w:drawing>
      </w:r>
      <w:r>
        <w:rPr>
          <w:rFonts w:ascii="宋体" w:eastAsia="宋体" w:hAnsi="宋体" w:cs="宋体"/>
          <w:color w:val="000000"/>
        </w:rPr>
        <w:br/>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）不是，是；（</w:t>
      </w:r>
      <w:r>
        <w:rPr>
          <w:rFonts w:ascii="Times New Roman" w:eastAsia="Times New Roman" w:hAnsi="Times New Roman" w:cs="Times New Roman"/>
          <w:color w:val="000000"/>
        </w:rPr>
        <w:t>2</w:t>
      </w:r>
      <w:r>
        <w:rPr>
          <w:rFonts w:ascii="宋体" w:eastAsia="宋体" w:hAnsi="宋体" w:cs="宋体"/>
          <w:color w:val="000000"/>
        </w:rPr>
        <w:t>）</w:t>
      </w:r>
      <w:r>
        <w:pict>
          <v:shape id="_x0000_i708046" type="#_x0000_t75" alt="学科网(www.zxxk.com)--教育资源门户，提供试卷、教案、课件、论文、素材以及各类教学资源下载，还有大量而丰富的教学相关资讯！" style="width:12pt;height:30.75pt" o:oleicon="f" o:ole="">
            <v:imagedata r:id="rId1474" o:title="eqId533a7b702ada1dd80123e4041271d521"/>
          </v:shape>
        </w:pict>
      </w:r>
      <w:r>
        <w:rPr>
          <w:rFonts w:ascii="宋体" w:eastAsia="宋体" w:hAnsi="宋体" w:cs="宋体"/>
          <w:color w:val="000000"/>
        </w:rPr>
        <w:t>或</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秒或</w:t>
      </w:r>
      <w:r>
        <w:rPr>
          <w:rFonts w:ascii="Times New Roman" w:eastAsia="Times New Roman" w:hAnsi="Times New Roman" w:cs="Times New Roman"/>
          <w:color w:val="000000"/>
        </w:rPr>
        <w:t>7.5</w:t>
      </w:r>
      <w:r>
        <w:rPr>
          <w:rFonts w:ascii="宋体" w:eastAsia="宋体" w:hAnsi="宋体" w:cs="宋体"/>
          <w:color w:val="000000"/>
        </w:rPr>
        <w:t>或</w:t>
      </w:r>
      <w:r>
        <w:rPr>
          <w:rFonts w:ascii="Times New Roman" w:eastAsia="Times New Roman" w:hAnsi="Times New Roman" w:cs="Times New Roman"/>
          <w:color w:val="000000"/>
        </w:rPr>
        <w:t>10</w:t>
      </w:r>
      <w:r>
        <w:rPr>
          <w:rFonts w:ascii="宋体" w:eastAsia="宋体" w:hAnsi="宋体" w:cs="宋体"/>
          <w:color w:val="000000"/>
        </w:rPr>
        <w:t>秒</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相关点”的定义和“</w:t>
      </w:r>
      <w:r>
        <w:rPr>
          <w:rFonts w:ascii="Times New Roman" w:eastAsia="Times New Roman" w:hAnsi="Times New Roman" w:cs="Times New Roman"/>
          <w:i/>
          <w:color w:val="000000"/>
        </w:rPr>
        <w:t>B</w:t>
      </w:r>
      <w:r>
        <w:rPr>
          <w:rFonts w:ascii="宋体" w:eastAsia="宋体" w:hAnsi="宋体" w:cs="宋体"/>
          <w:color w:val="000000"/>
        </w:rPr>
        <w:t>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相关点”即可求解；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i/>
          <w:color w:val="000000"/>
        </w:rPr>
        <w:t>M</w:t>
      </w:r>
      <w:r>
        <w:rPr>
          <w:rFonts w:ascii="宋体" w:eastAsia="宋体" w:hAnsi="宋体" w:cs="宋体"/>
          <w:color w:val="000000"/>
        </w:rPr>
        <w:t>对</w:t>
      </w:r>
      <w:r>
        <w:rPr>
          <w:rFonts w:ascii="Times New Roman" w:eastAsia="Times New Roman" w:hAnsi="Times New Roman" w:cs="Times New Roman"/>
          <w:i/>
          <w:color w:val="000000"/>
        </w:rPr>
        <w:t>N</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相关点”的定义列方程即可求解；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）根据题意得：</w:t>
      </w:r>
      <w:r>
        <w:rPr>
          <w:rFonts w:ascii="Times New Roman" w:eastAsia="Times New Roman" w:hAnsi="Times New Roman" w:cs="Times New Roman"/>
          <w:i/>
          <w:color w:val="000000"/>
        </w:rPr>
        <w:t>PB</w:t>
      </w:r>
      <w:r>
        <w:rPr>
          <w:rFonts w:ascii="Times New Roman" w:eastAsia="Times New Roman" w:hAnsi="Times New Roman" w:cs="Times New Roman"/>
          <w:color w:val="000000"/>
        </w:rPr>
        <w:t>=4</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=40+20=60</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=60-4</w:t>
      </w:r>
      <w:r>
        <w:rPr>
          <w:rFonts w:ascii="Times New Roman" w:eastAsia="Times New Roman" w:hAnsi="Times New Roman" w:cs="Times New Roman"/>
          <w:i/>
          <w:color w:val="000000"/>
        </w:rPr>
        <w:t>t</w:t>
      </w:r>
      <w:r>
        <w:rPr>
          <w:rFonts w:ascii="宋体" w:eastAsia="宋体" w:hAnsi="宋体" w:cs="宋体"/>
          <w:color w:val="000000"/>
        </w:rPr>
        <w:t>，由“</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相关点”的定义可知：分两种情况列式：①</w:t>
      </w:r>
      <w:r>
        <w:rPr>
          <w:rFonts w:ascii="Times New Roman" w:eastAsia="Times New Roman" w:hAnsi="Times New Roman" w:cs="Times New Roman"/>
          <w:i/>
          <w:color w:val="000000"/>
        </w:rPr>
        <w:t>PB</w:t>
      </w:r>
      <w:r>
        <w:rPr>
          <w:rFonts w:ascii="Times New Roman" w:eastAsia="Times New Roman" w:hAnsi="Times New Roman" w:cs="Times New Roman"/>
          <w:color w:val="000000"/>
        </w:rPr>
        <w:t>=2</w:t>
      </w:r>
      <w:r>
        <w:rPr>
          <w:rFonts w:ascii="Times New Roman" w:eastAsia="Times New Roman" w:hAnsi="Times New Roman" w:cs="Times New Roman"/>
          <w:i/>
          <w:color w:val="000000"/>
        </w:rPr>
        <w:t>PA</w:t>
      </w:r>
      <w:r>
        <w:rPr>
          <w:rFonts w:ascii="宋体" w:eastAsia="宋体" w:hAnsi="宋体" w:cs="宋体"/>
          <w:color w:val="000000"/>
        </w:rPr>
        <w:t>；②</w:t>
      </w:r>
      <w:r>
        <w:rPr>
          <w:rFonts w:ascii="Times New Roman" w:eastAsia="Times New Roman" w:hAnsi="Times New Roman" w:cs="Times New Roman"/>
          <w:i/>
          <w:color w:val="000000"/>
        </w:rPr>
        <w:t>PA</w:t>
      </w:r>
      <w:r>
        <w:rPr>
          <w:rFonts w:ascii="Times New Roman" w:eastAsia="Times New Roman" w:hAnsi="Times New Roman" w:cs="Times New Roman"/>
          <w:color w:val="000000"/>
        </w:rPr>
        <w:t>=2</w:t>
      </w:r>
      <w:r>
        <w:rPr>
          <w:rFonts w:ascii="Times New Roman" w:eastAsia="Times New Roman" w:hAnsi="Times New Roman" w:cs="Times New Roman"/>
          <w:i/>
          <w:color w:val="000000"/>
        </w:rPr>
        <w:t>PB</w:t>
      </w:r>
      <w:r>
        <w:rPr>
          <w:rFonts w:ascii="宋体" w:eastAsia="宋体" w:hAnsi="宋体" w:cs="宋体"/>
          <w:color w:val="000000"/>
        </w:rPr>
        <w:t>；可以得出结论．</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）∵表示</w:t>
      </w:r>
      <w:r>
        <w:rPr>
          <w:rFonts w:ascii="Times New Roman" w:eastAsia="Times New Roman" w:hAnsi="Times New Roman" w:cs="Times New Roman"/>
          <w:color w:val="000000"/>
        </w:rPr>
        <w:t>0</w:t>
      </w:r>
      <w:r>
        <w:rPr>
          <w:rFonts w:ascii="宋体" w:eastAsia="宋体" w:hAnsi="宋体" w:cs="宋体"/>
          <w:color w:val="000000"/>
        </w:rPr>
        <w:t>的点</w:t>
      </w:r>
      <w:r>
        <w:rPr>
          <w:rFonts w:ascii="Times New Roman" w:eastAsia="Times New Roman" w:hAnsi="Times New Roman" w:cs="Times New Roman"/>
          <w:i/>
          <w:color w:val="000000"/>
        </w:rPr>
        <w:t>D</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w:t>
      </w:r>
      <w:r>
        <w:rPr>
          <w:rFonts w:ascii="Times New Roman" w:eastAsia="Times New Roman" w:hAnsi="Times New Roman" w:cs="Times New Roman"/>
          <w:color w:val="000000"/>
        </w:rPr>
        <w:t>1</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的距离是</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那么点</w:t>
      </w:r>
      <w:r>
        <w:rPr>
          <w:rFonts w:ascii="Times New Roman" w:eastAsia="Times New Roman" w:hAnsi="Times New Roman" w:cs="Times New Roman"/>
          <w:i/>
          <w:color w:val="000000"/>
        </w:rPr>
        <w:t>D</w:t>
      </w:r>
      <w:r>
        <w:rPr>
          <w:rFonts w:ascii="宋体" w:eastAsia="宋体" w:hAnsi="宋体" w:cs="宋体"/>
          <w:color w:val="000000"/>
        </w:rPr>
        <w:t>不是“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相关点”，但点</w:t>
      </w:r>
      <w:r>
        <w:rPr>
          <w:rFonts w:ascii="Times New Roman" w:eastAsia="Times New Roman" w:hAnsi="Times New Roman" w:cs="Times New Roman"/>
          <w:i/>
          <w:color w:val="000000"/>
        </w:rPr>
        <w:t>D</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故答案为：不是，是；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所表示的数为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N</w:t>
      </w:r>
      <w:r>
        <w:rPr>
          <w:rFonts w:ascii="宋体" w:eastAsia="宋体" w:hAnsi="宋体" w:cs="宋体"/>
          <w:color w:val="000000"/>
        </w:rPr>
        <w:t>所表示的数为</w:t>
      </w:r>
      <w:r>
        <w:rPr>
          <w:rFonts w:ascii="Times New Roman" w:eastAsia="Times New Roman" w:hAnsi="Times New Roman" w:cs="Times New Roman"/>
          <w:color w:val="000000"/>
        </w:rPr>
        <w:t>4</w:t>
      </w:r>
      <w:r>
        <w:rPr>
          <w:rFonts w:ascii="宋体" w:eastAsia="宋体" w:hAnsi="宋体" w:cs="宋体"/>
          <w:color w:val="000000"/>
        </w:rPr>
        <w:t>．设点</w:t>
      </w:r>
      <w:r>
        <w:rPr>
          <w:rFonts w:ascii="Times New Roman" w:eastAsia="Times New Roman" w:hAnsi="Times New Roman" w:cs="Times New Roman"/>
          <w:i/>
          <w:color w:val="000000"/>
        </w:rPr>
        <w:t>C</w:t>
      </w:r>
      <w:r>
        <w:rPr>
          <w:rFonts w:ascii="宋体" w:eastAsia="宋体" w:hAnsi="宋体" w:cs="宋体"/>
          <w:color w:val="000000"/>
        </w:rPr>
        <w:t>的坐标为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依题意得：</w:t>
      </w:r>
      <w:r>
        <w:pict>
          <v:shape id="_x0000_i708047" type="#_x0000_t75" alt="学科网(www.zxxk.com)--教育资源门户，提供试卷、教案、课件、论文、素材以及各类教学资源下载，还有大量而丰富的教学相关资讯！" style="width:90.75pt;height:21.75pt" o:oleicon="f" o:ole="">
            <v:imagedata r:id="rId1475" o:title="eqId5bc94b18a45cf3c9564e87827e43ba6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pict>
          <v:shape id="_x0000_i708048" type="#_x0000_t75" alt="学科网(www.zxxk.com)--教育资源门户，提供试卷、教案、课件、论文、素材以及各类教学资源下载，还有大量而丰富的教学相关资讯！" style="width:12pt;height:30.75pt" o:oleicon="f" o:ole="">
            <v:imagedata r:id="rId1476" o:title="eqId9658fb1429b9378cdeb5316778391c48"/>
          </v:shape>
        </w:pict>
      </w:r>
      <w:r>
        <w:rPr>
          <w:rFonts w:ascii="宋体" w:eastAsia="宋体" w:hAnsi="宋体" w:cs="宋体"/>
          <w:color w:val="000000"/>
        </w:rPr>
        <w:t>或</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∴数</w:t>
      </w:r>
      <w:r>
        <w:pict>
          <v:shape id="_x0000_i708049" type="#_x0000_t75" alt="学科网(www.zxxk.com)--教育资源门户，提供试卷、教案、课件、论文、素材以及各类教学资源下载，还有大量而丰富的教学相关资讯！" style="width:12pt;height:30.75pt" o:oleicon="f" o:ole="">
            <v:imagedata r:id="rId1477" o:title="eqId9658fb1429b9378cdeb5316778391c48"/>
          </v:shape>
        </w:pict>
      </w:r>
      <w:r>
        <w:rPr>
          <w:rFonts w:ascii="宋体" w:eastAsia="宋体" w:hAnsi="宋体" w:cs="宋体"/>
          <w:color w:val="000000"/>
        </w:rPr>
        <w:t>或</w:t>
      </w:r>
      <w:r>
        <w:rPr>
          <w:rFonts w:ascii="Times New Roman" w:eastAsia="Times New Roman" w:hAnsi="Times New Roman" w:cs="Times New Roman"/>
          <w:color w:val="000000"/>
        </w:rPr>
        <w:t>7</w:t>
      </w:r>
      <w:r>
        <w:rPr>
          <w:rFonts w:ascii="宋体" w:eastAsia="宋体" w:hAnsi="宋体" w:cs="宋体"/>
          <w:color w:val="000000"/>
        </w:rPr>
        <w:t>所表示的点是“</w:t>
      </w:r>
      <w:r>
        <w:rPr>
          <w:rFonts w:ascii="Times New Roman" w:eastAsia="Times New Roman" w:hAnsi="Times New Roman" w:cs="Times New Roman"/>
          <w:i/>
          <w:color w:val="000000"/>
        </w:rPr>
        <w:t>M</w:t>
      </w:r>
      <w:r>
        <w:rPr>
          <w:rFonts w:ascii="宋体" w:eastAsia="宋体" w:hAnsi="宋体" w:cs="宋体"/>
          <w:color w:val="000000"/>
        </w:rPr>
        <w:t>对</w:t>
      </w:r>
      <w:r>
        <w:rPr>
          <w:rFonts w:ascii="Times New Roman" w:eastAsia="Times New Roman" w:hAnsi="Times New Roman" w:cs="Times New Roman"/>
          <w:i/>
          <w:color w:val="000000"/>
        </w:rPr>
        <w:t>N</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pict>
          <v:shape id="_x0000_i708050" type="#_x0000_t75" alt="学科网(www.zxxk.com)--教育资源门户，提供试卷、教案、课件、论文、素材以及各类教学资源下载，还有大量而丰富的教学相关资讯！" style="width:12pt;height:30.75pt" o:oleicon="f" o:ole="">
            <v:imagedata r:id="rId1478" o:title="eqId9658fb1429b9378cdeb5316778391c48"/>
          </v:shape>
        </w:pict>
      </w:r>
      <w:r>
        <w:rPr>
          <w:rFonts w:ascii="宋体" w:eastAsia="宋体" w:hAnsi="宋体" w:cs="宋体"/>
          <w:color w:val="000000"/>
        </w:rPr>
        <w:t>或</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）由题意得：</w:t>
      </w:r>
      <w:r>
        <w:rPr>
          <w:rFonts w:ascii="Times New Roman" w:eastAsia="Times New Roman" w:hAnsi="Times New Roman" w:cs="Times New Roman"/>
          <w:i/>
          <w:color w:val="000000"/>
        </w:rPr>
        <w:t>PB</w:t>
      </w:r>
      <w:r>
        <w:rPr>
          <w:rFonts w:ascii="Times New Roman" w:eastAsia="Times New Roman" w:hAnsi="Times New Roman" w:cs="Times New Roman"/>
          <w:color w:val="000000"/>
        </w:rPr>
        <w:t>=4</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AB</w:t>
      </w:r>
      <w:r>
        <w:rPr>
          <w:rFonts w:ascii="Times New Roman" w:eastAsia="Times New Roman" w:hAnsi="Times New Roman" w:cs="Times New Roman"/>
          <w:color w:val="000000"/>
        </w:rPr>
        <w:t>=40+20=60</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=60-4</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走完所用的时间为：</w:t>
      </w:r>
      <w:r>
        <w:rPr>
          <w:rFonts w:ascii="Times New Roman" w:eastAsia="Times New Roman" w:hAnsi="Times New Roman" w:cs="Times New Roman"/>
          <w:color w:val="000000"/>
        </w:rPr>
        <w:t>60÷4=15</w:t>
      </w:r>
      <w:r>
        <w:rPr>
          <w:rFonts w:ascii="宋体" w:eastAsia="宋体" w:hAnsi="宋体" w:cs="宋体"/>
          <w:color w:val="000000"/>
        </w:rPr>
        <w:t>（秒），</w:t>
      </w:r>
    </w:p>
    <w:p>
      <w:pPr>
        <w:spacing w:line="360" w:lineRule="auto"/>
        <w:jc w:val="left"/>
        <w:textAlignment w:val="center"/>
        <w:rPr>
          <w:rFonts w:ascii="宋体" w:eastAsia="宋体" w:hAnsi="宋体" w:cs="宋体"/>
          <w:color w:val="000000"/>
        </w:rPr>
      </w:pPr>
      <w:r>
        <w:rPr>
          <w:rFonts w:ascii="宋体" w:eastAsia="宋体" w:hAnsi="宋体" w:cs="宋体"/>
          <w:color w:val="000000"/>
        </w:rPr>
        <w:t>分四种情况：</w:t>
      </w:r>
    </w:p>
    <w:p>
      <w:pPr>
        <w:spacing w:line="360" w:lineRule="auto"/>
        <w:jc w:val="left"/>
        <w:textAlignment w:val="center"/>
        <w:rPr>
          <w:color w:val="000000"/>
        </w:rPr>
      </w:pPr>
      <w:r>
        <w:rPr>
          <w:color w:val="000000"/>
        </w:rPr>
        <w:drawing>
          <wp:inline>
            <wp:extent cx="2571750" cy="333375"/>
            <wp:docPr id="28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8" name=""/>
                    <pic:cNvPicPr>
                      <a:picLocks noChangeAspect="1"/>
                    </pic:cNvPicPr>
                  </pic:nvPicPr>
                  <pic:blipFill>
                    <a:blip r:embed="rId1479"/>
                    <a:stretch>
                      <a:fillRect/>
                    </a:stretch>
                  </pic:blipFill>
                  <pic:spPr>
                    <a:xfrm>
                      <a:off x="0" y="0"/>
                      <a:ext cx="2571750" cy="333375"/>
                    </a:xfrm>
                    <a:prstGeom prst="rect">
                      <a:avLst/>
                    </a:prstGeom>
                  </pic:spPr>
                </pic:pic>
              </a:graphicData>
            </a:graphic>
          </wp:inline>
        </w:drawing>
      </w:r>
      <w:r>
        <w:rPr>
          <w:color w:val="000000"/>
        </w:rPr>
        <w:br/>
      </w:r>
    </w:p>
    <w:p>
      <w:pPr>
        <w:spacing w:line="360" w:lineRule="auto"/>
        <w:jc w:val="left"/>
        <w:textAlignment w:val="center"/>
        <w:rPr>
          <w:rFonts w:ascii="宋体" w:eastAsia="宋体" w:hAnsi="宋体" w:cs="宋体"/>
          <w:color w:val="000000"/>
        </w:rPr>
      </w:pPr>
      <w:r>
        <w:rPr>
          <w:rFonts w:ascii="宋体" w:eastAsia="宋体" w:hAnsi="宋体" w:cs="宋体"/>
          <w:color w:val="000000"/>
        </w:rPr>
        <w:t>①当</w:t>
      </w:r>
      <w:r>
        <w:rPr>
          <w:rFonts w:ascii="Times New Roman" w:eastAsia="Times New Roman" w:hAnsi="Times New Roman" w:cs="Times New Roman"/>
          <w:i/>
          <w:color w:val="000000"/>
        </w:rPr>
        <w:t>PA</w:t>
      </w:r>
      <w:r>
        <w:rPr>
          <w:rFonts w:ascii="Times New Roman" w:eastAsia="Times New Roman" w:hAnsi="Times New Roman" w:cs="Times New Roman"/>
          <w:color w:val="000000"/>
        </w:rPr>
        <w:t>=2</w:t>
      </w:r>
      <w:r>
        <w:rPr>
          <w:rFonts w:ascii="Times New Roman" w:eastAsia="Times New Roman" w:hAnsi="Times New Roman" w:cs="Times New Roman"/>
          <w:i/>
          <w:color w:val="000000"/>
        </w:rPr>
        <w:t>PB</w:t>
      </w:r>
      <w:r>
        <w:rPr>
          <w:rFonts w:ascii="宋体" w:eastAsia="宋体" w:hAnsi="宋体" w:cs="宋体"/>
          <w:color w:val="000000"/>
        </w:rPr>
        <w:t>时，即</w:t>
      </w:r>
      <w:r>
        <w:rPr>
          <w:rFonts w:ascii="Times New Roman" w:eastAsia="Times New Roman" w:hAnsi="Times New Roman" w:cs="Times New Roman"/>
          <w:color w:val="000000"/>
        </w:rPr>
        <w:t>2×4</w:t>
      </w:r>
      <w:r>
        <w:rPr>
          <w:rFonts w:ascii="Times New Roman" w:eastAsia="Times New Roman" w:hAnsi="Times New Roman" w:cs="Times New Roman"/>
          <w:i/>
          <w:color w:val="000000"/>
        </w:rPr>
        <w:t>t</w:t>
      </w:r>
      <w:r>
        <w:rPr>
          <w:rFonts w:ascii="Times New Roman" w:eastAsia="Times New Roman" w:hAnsi="Times New Roman" w:cs="Times New Roman"/>
          <w:color w:val="000000"/>
        </w:rPr>
        <w:t>=60-4</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=5</w:t>
      </w:r>
      <w:r>
        <w:rPr>
          <w:rFonts w:ascii="宋体" w:eastAsia="宋体" w:hAnsi="宋体" w:cs="宋体"/>
          <w:color w:val="000000"/>
        </w:rPr>
        <w:t>（秒），</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②当</w:t>
      </w:r>
      <w:r>
        <w:rPr>
          <w:rFonts w:ascii="Times New Roman" w:eastAsia="Times New Roman" w:hAnsi="Times New Roman" w:cs="Times New Roman"/>
          <w:i/>
          <w:color w:val="000000"/>
        </w:rPr>
        <w:t>PB</w:t>
      </w:r>
      <w:r>
        <w:rPr>
          <w:rFonts w:ascii="Times New Roman" w:eastAsia="Times New Roman" w:hAnsi="Times New Roman" w:cs="Times New Roman"/>
          <w:color w:val="000000"/>
        </w:rPr>
        <w:t>=2</w:t>
      </w:r>
      <w:r>
        <w:rPr>
          <w:rFonts w:ascii="Times New Roman" w:eastAsia="Times New Roman" w:hAnsi="Times New Roman" w:cs="Times New Roman"/>
          <w:i/>
          <w:color w:val="000000"/>
        </w:rPr>
        <w:t>PA</w:t>
      </w:r>
      <w:r>
        <w:rPr>
          <w:rFonts w:ascii="宋体" w:eastAsia="宋体" w:hAnsi="宋体" w:cs="宋体"/>
          <w:color w:val="000000"/>
        </w:rPr>
        <w:t>时，即</w:t>
      </w:r>
      <w:r>
        <w:rPr>
          <w:rFonts w:ascii="Times New Roman" w:eastAsia="Times New Roman" w:hAnsi="Times New Roman" w:cs="Times New Roman"/>
          <w:color w:val="000000"/>
        </w:rPr>
        <w:t>4</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60-4</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=10</w:t>
      </w:r>
      <w:r>
        <w:rPr>
          <w:rFonts w:ascii="宋体" w:eastAsia="宋体" w:hAnsi="宋体" w:cs="宋体"/>
          <w:color w:val="000000"/>
        </w:rPr>
        <w:t>（秒），</w:t>
      </w:r>
      <w:r>
        <w:rPr>
          <w:rFonts w:ascii="Times New Roman" w:eastAsia="Times New Roman" w:hAnsi="Times New Roman" w:cs="Times New Roman"/>
          <w:i/>
          <w:color w:val="000000"/>
        </w:rPr>
        <w:t>P</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对</w:t>
      </w:r>
      <w:r>
        <w:rPr>
          <w:rFonts w:ascii="Times New Roman" w:eastAsia="Times New Roman" w:hAnsi="Times New Roman" w:cs="Times New Roman"/>
          <w:i/>
          <w:color w:val="000000"/>
        </w:rPr>
        <w:t>A</w:t>
      </w:r>
      <w:r>
        <w:rPr>
          <w:rFonts w:ascii="宋体" w:eastAsia="宋体" w:hAnsi="宋体" w:cs="宋体"/>
          <w:color w:val="000000"/>
          <w:position w:val="0"/>
        </w:rPr>
        <w:drawing>
          <wp:inline>
            <wp:extent cx="133350" cy="177800"/>
            <wp:docPr id="285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 name=""/>
                    <pic:cNvPicPr>
                      <a:picLocks noChangeAspect="1"/>
                    </pic:cNvPicPr>
                  </pic:nvPicPr>
                  <pic:blipFill>
                    <a:blip r:embed="rId1480"/>
                    <a:stretch>
                      <a:fillRect/>
                    </a:stretch>
                  </pic:blipFill>
                  <pic:spPr>
                    <a:xfrm>
                      <a:off x="0" y="0"/>
                      <a:ext cx="133350" cy="177800"/>
                    </a:xfrm>
                    <a:prstGeom prst="rect">
                      <a:avLst/>
                    </a:prstGeom>
                  </pic:spPr>
                </pic:pic>
              </a:graphicData>
            </a:graphic>
          </wp:inline>
        </w:drawing>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③当</w:t>
      </w:r>
      <w:r>
        <w:rPr>
          <w:rFonts w:ascii="Times New Roman" w:eastAsia="Times New Roman" w:hAnsi="Times New Roman" w:cs="Times New Roman"/>
          <w:i/>
          <w:color w:val="000000"/>
        </w:rPr>
        <w:t>AB</w:t>
      </w:r>
      <w:r>
        <w:rPr>
          <w:rFonts w:ascii="Times New Roman" w:eastAsia="Times New Roman" w:hAnsi="Times New Roman" w:cs="Times New Roman"/>
          <w:color w:val="000000"/>
        </w:rPr>
        <w:t>=2</w:t>
      </w:r>
      <w:r>
        <w:rPr>
          <w:rFonts w:ascii="Times New Roman" w:eastAsia="Times New Roman" w:hAnsi="Times New Roman" w:cs="Times New Roman"/>
          <w:i/>
          <w:color w:val="000000"/>
        </w:rPr>
        <w:t>PB</w:t>
      </w:r>
      <w:r>
        <w:rPr>
          <w:rFonts w:ascii="宋体" w:eastAsia="宋体" w:hAnsi="宋体" w:cs="宋体"/>
          <w:color w:val="000000"/>
        </w:rPr>
        <w:t>时，即</w:t>
      </w:r>
      <w:r>
        <w:rPr>
          <w:rFonts w:ascii="Times New Roman" w:eastAsia="Times New Roman" w:hAnsi="Times New Roman" w:cs="Times New Roman"/>
          <w:color w:val="000000"/>
        </w:rPr>
        <w:t>60=2×4</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=7.5</w:t>
      </w:r>
      <w:r>
        <w:rPr>
          <w:rFonts w:ascii="宋体" w:eastAsia="宋体" w:hAnsi="宋体" w:cs="宋体"/>
          <w:color w:val="000000"/>
        </w:rPr>
        <w:t>（秒），</w:t>
      </w:r>
      <w:r>
        <w:rPr>
          <w:rFonts w:ascii="Times New Roman" w:eastAsia="Times New Roman" w:hAnsi="Times New Roman" w:cs="Times New Roman"/>
          <w:i/>
          <w:color w:val="000000"/>
        </w:rPr>
        <w:t>B</w:t>
      </w:r>
      <w:r>
        <w:rPr>
          <w:rFonts w:ascii="宋体" w:eastAsia="宋体" w:hAnsi="宋体" w:cs="宋体"/>
          <w:color w:val="000000"/>
        </w:rPr>
        <w:t>是“</w:t>
      </w:r>
      <w:r>
        <w:rPr>
          <w:rFonts w:ascii="Times New Roman" w:eastAsia="Times New Roman" w:hAnsi="Times New Roman" w:cs="Times New Roman"/>
          <w:i/>
          <w:color w:val="000000"/>
        </w:rPr>
        <w:t>A</w:t>
      </w:r>
      <w:r>
        <w:rPr>
          <w:rFonts w:ascii="宋体" w:eastAsia="宋体" w:hAnsi="宋体" w:cs="宋体"/>
          <w:color w:val="000000"/>
        </w:rPr>
        <w:t>对</w:t>
      </w:r>
      <w:r>
        <w:rPr>
          <w:rFonts w:ascii="Times New Roman" w:eastAsia="Times New Roman" w:hAnsi="Times New Roman" w:cs="Times New Roman"/>
          <w:i/>
          <w:color w:val="000000"/>
        </w:rPr>
        <w:t>P</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④当</w:t>
      </w:r>
      <w:r>
        <w:rPr>
          <w:rFonts w:ascii="Times New Roman" w:eastAsia="Times New Roman" w:hAnsi="Times New Roman" w:cs="Times New Roman"/>
          <w:i/>
          <w:color w:val="000000"/>
        </w:rPr>
        <w:t>AB</w:t>
      </w:r>
      <w:r>
        <w:rPr>
          <w:rFonts w:ascii="Times New Roman" w:eastAsia="Times New Roman" w:hAnsi="Times New Roman" w:cs="Times New Roman"/>
          <w:color w:val="000000"/>
        </w:rPr>
        <w:t>=2</w:t>
      </w:r>
      <w:r>
        <w:rPr>
          <w:rFonts w:ascii="Times New Roman" w:eastAsia="Times New Roman" w:hAnsi="Times New Roman" w:cs="Times New Roman"/>
          <w:i/>
          <w:color w:val="000000"/>
        </w:rPr>
        <w:t>AP</w:t>
      </w:r>
      <w:r>
        <w:rPr>
          <w:rFonts w:ascii="宋体" w:eastAsia="宋体" w:hAnsi="宋体" w:cs="宋体"/>
          <w:color w:val="000000"/>
        </w:rPr>
        <w:t>时，即</w:t>
      </w:r>
      <w:r>
        <w:rPr>
          <w:rFonts w:ascii="Times New Roman" w:eastAsia="Times New Roman" w:hAnsi="Times New Roman" w:cs="Times New Roman"/>
          <w:color w:val="000000"/>
        </w:rPr>
        <w:t>60=2</w:t>
      </w:r>
      <w:r>
        <w:rPr>
          <w:rFonts w:ascii="宋体" w:eastAsia="宋体" w:hAnsi="宋体" w:cs="宋体"/>
          <w:color w:val="000000"/>
        </w:rPr>
        <w:t>（</w:t>
      </w:r>
      <w:r>
        <w:rPr>
          <w:rFonts w:ascii="Times New Roman" w:eastAsia="Times New Roman" w:hAnsi="Times New Roman" w:cs="Times New Roman"/>
          <w:color w:val="000000"/>
        </w:rPr>
        <w:t>60-4</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t</w:t>
      </w:r>
      <w:r>
        <w:rPr>
          <w:rFonts w:ascii="Times New Roman" w:eastAsia="Times New Roman" w:hAnsi="Times New Roman" w:cs="Times New Roman"/>
          <w:color w:val="000000"/>
        </w:rPr>
        <w:t>=7.5</w:t>
      </w:r>
      <w:r>
        <w:rPr>
          <w:rFonts w:ascii="宋体" w:eastAsia="宋体" w:hAnsi="宋体" w:cs="宋体"/>
          <w:color w:val="000000"/>
        </w:rPr>
        <w:t>（秒），</w:t>
      </w:r>
      <w:r>
        <w:rPr>
          <w:rFonts w:ascii="Times New Roman" w:eastAsia="Times New Roman" w:hAnsi="Times New Roman" w:cs="Times New Roman"/>
          <w:i/>
          <w:color w:val="000000"/>
        </w:rPr>
        <w:t>A</w:t>
      </w:r>
      <w:r>
        <w:rPr>
          <w:rFonts w:ascii="宋体" w:eastAsia="宋体" w:hAnsi="宋体" w:cs="宋体"/>
          <w:color w:val="000000"/>
        </w:rPr>
        <w:t>是“</w:t>
      </w:r>
      <w:r>
        <w:rPr>
          <w:rFonts w:ascii="Times New Roman" w:eastAsia="Times New Roman" w:hAnsi="Times New Roman" w:cs="Times New Roman"/>
          <w:i/>
          <w:color w:val="000000"/>
        </w:rPr>
        <w:t>B</w:t>
      </w:r>
      <w:r>
        <w:rPr>
          <w:rFonts w:ascii="宋体" w:eastAsia="宋体" w:hAnsi="宋体" w:cs="宋体"/>
          <w:color w:val="000000"/>
        </w:rPr>
        <w:t>对</w:t>
      </w:r>
      <w:r>
        <w:rPr>
          <w:rFonts w:ascii="Times New Roman" w:eastAsia="Times New Roman" w:hAnsi="Times New Roman" w:cs="Times New Roman"/>
          <w:i/>
          <w:color w:val="000000"/>
        </w:rPr>
        <w:t>P</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pPr>
      <w:r>
        <w:rPr>
          <w:rFonts w:ascii="宋体" w:eastAsia="宋体" w:hAnsi="宋体" w:cs="宋体"/>
          <w:color w:val="000000"/>
        </w:rPr>
        <w:t>∴当经过</w:t>
      </w:r>
      <w:r>
        <w:rPr>
          <w:rFonts w:ascii="Times New Roman" w:eastAsia="Times New Roman" w:hAnsi="Times New Roman" w:cs="Times New Roman"/>
          <w:color w:val="000000"/>
        </w:rPr>
        <w:t>5</w:t>
      </w:r>
      <w:r>
        <w:rPr>
          <w:rFonts w:ascii="宋体" w:eastAsia="宋体" w:hAnsi="宋体" w:cs="宋体"/>
          <w:color w:val="000000"/>
        </w:rPr>
        <w:t>秒或</w:t>
      </w:r>
      <w:r>
        <w:rPr>
          <w:rFonts w:ascii="Times New Roman" w:eastAsia="Times New Roman" w:hAnsi="Times New Roman" w:cs="Times New Roman"/>
          <w:color w:val="000000"/>
        </w:rPr>
        <w:t>7.5</w:t>
      </w:r>
      <w:r>
        <w:rPr>
          <w:rFonts w:ascii="宋体" w:eastAsia="宋体" w:hAnsi="宋体" w:cs="宋体"/>
          <w:color w:val="000000"/>
        </w:rPr>
        <w:t>或</w:t>
      </w:r>
      <w:r>
        <w:rPr>
          <w:rFonts w:ascii="Times New Roman" w:eastAsia="Times New Roman" w:hAnsi="Times New Roman" w:cs="Times New Roman"/>
          <w:color w:val="000000"/>
        </w:rPr>
        <w:t>10</w: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中恰有一个点为“其余两点中一点对另一点的</w:t>
      </w:r>
      <w:r>
        <w:rPr>
          <w:rFonts w:ascii="Times New Roman" w:eastAsia="Times New Roman" w:hAnsi="Times New Roman" w:cs="Times New Roman"/>
          <w:color w:val="000000"/>
        </w:rPr>
        <w:t>2</w:t>
      </w:r>
      <w:r>
        <w:rPr>
          <w:rFonts w:ascii="宋体" w:eastAsia="宋体" w:hAnsi="宋体" w:cs="宋体"/>
          <w:color w:val="000000"/>
        </w:rPr>
        <w:t>相关点”．</w: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本题考查了数轴及数轴上两点的距离、动点问题，熟练掌握动点中三个量的数量关系式：路程</w:t>
      </w:r>
      <w:r>
        <w:rPr>
          <w:rFonts w:ascii="Times New Roman" w:eastAsia="Times New Roman" w:hAnsi="Times New Roman" w:cs="Times New Roman"/>
          <w:color w:val="000000"/>
        </w:rPr>
        <w:t>=</w:t>
      </w:r>
      <w:r>
        <w:rPr>
          <w:rFonts w:ascii="宋体" w:eastAsia="宋体" w:hAnsi="宋体" w:cs="宋体"/>
          <w:color w:val="000000"/>
        </w:rPr>
        <w:t>时间</w:t>
      </w:r>
      <w:r>
        <w:rPr>
          <w:rFonts w:ascii="Times New Roman" w:eastAsia="Times New Roman" w:hAnsi="Times New Roman" w:cs="Times New Roman"/>
          <w:color w:val="000000"/>
        </w:rPr>
        <w:t>×</w:t>
      </w:r>
      <w:r>
        <w:rPr>
          <w:rFonts w:ascii="宋体" w:eastAsia="宋体" w:hAnsi="宋体" w:cs="宋体"/>
          <w:color w:val="000000"/>
        </w:rPr>
        <w:t>速度，认真理解新定义是解题的关键．</w:t>
      </w:r>
    </w:p>
    <w:p>
      <w:pPr>
        <w:pStyle w:val="Heading2"/>
      </w:pPr>
      <w:r>
        <w:t>西城区第三中学</w:t>
      </w:r>
    </w:p>
    <w:p>
      <w:pPr>
        <w:spacing w:line="360" w:lineRule="auto"/>
        <w:jc w:val="left"/>
        <w:textAlignment w:val="center"/>
        <w:rPr>
          <w:color w:val="000000"/>
        </w:rPr>
      </w:pPr>
      <w:r>
        <w:rPr>
          <w:color w:val="000000"/>
        </w:rPr>
        <w:t xml:space="preserve">27. </w:t>
      </w:r>
      <w:r>
        <w:rPr>
          <w:rFonts w:ascii="宋体" w:eastAsia="宋体" w:hAnsi="宋体" w:cs="宋体"/>
          <w:color w:val="000000"/>
        </w:rPr>
        <w:t>将除去零以外的自然数按以下规律排列，根据第一列的奇数行的数的规律，写出第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9</w:t>
      </w:r>
      <w:r>
        <w:rPr>
          <w:rFonts w:ascii="宋体" w:eastAsia="宋体" w:hAnsi="宋体" w:cs="宋体"/>
          <w:color w:val="000000"/>
        </w:rPr>
        <w:t>行的数为</w:t>
      </w:r>
      <w:r>
        <w:rPr>
          <w:color w:val="000000"/>
        </w:rPr>
        <w:t>_____</w:t>
      </w:r>
      <w:r>
        <w:rPr>
          <w:rFonts w:ascii="宋体" w:eastAsia="宋体" w:hAnsi="宋体" w:cs="宋体"/>
          <w:color w:val="000000"/>
        </w:rPr>
        <w:t>，再根据第</w:t>
      </w:r>
      <w:r>
        <w:rPr>
          <w:rFonts w:ascii="Times New Roman" w:eastAsia="Times New Roman" w:hAnsi="Times New Roman" w:cs="Times New Roman"/>
          <w:color w:val="000000"/>
        </w:rPr>
        <w:t>1</w:t>
      </w:r>
      <w:r>
        <w:rPr>
          <w:rFonts w:ascii="宋体" w:eastAsia="宋体" w:hAnsi="宋体" w:cs="宋体"/>
          <w:color w:val="000000"/>
        </w:rPr>
        <w:t>行的偶数列的规律，写出第</w:t>
      </w:r>
      <w:r>
        <w:rPr>
          <w:rFonts w:ascii="Times New Roman" w:eastAsia="Times New Roman" w:hAnsi="Times New Roman" w:cs="Times New Roman"/>
          <w:color w:val="000000"/>
        </w:rPr>
        <w:t>3</w:t>
      </w:r>
      <w:r>
        <w:rPr>
          <w:rFonts w:ascii="宋体" w:eastAsia="宋体" w:hAnsi="宋体" w:cs="宋体"/>
          <w:color w:val="000000"/>
        </w:rPr>
        <w:t>行第</w:t>
      </w:r>
      <w:r>
        <w:rPr>
          <w:rFonts w:ascii="Times New Roman" w:eastAsia="Times New Roman" w:hAnsi="Times New Roman" w:cs="Times New Roman"/>
          <w:color w:val="000000"/>
        </w:rPr>
        <w:t>6</w:t>
      </w:r>
      <w:r>
        <w:rPr>
          <w:rFonts w:ascii="宋体" w:eastAsia="宋体" w:hAnsi="宋体" w:cs="宋体"/>
          <w:color w:val="000000"/>
        </w:rPr>
        <w:t>列的数为</w:t>
      </w:r>
      <w:r>
        <w:rPr>
          <w:color w:val="000000"/>
        </w:rPr>
        <w:t>_____</w:t>
      </w:r>
      <w:r>
        <w:rPr>
          <w:rFonts w:ascii="宋体" w:eastAsia="宋体" w:hAnsi="宋体" w:cs="宋体"/>
          <w:color w:val="000000"/>
        </w:rPr>
        <w:t>，判断</w:t>
      </w:r>
      <w:r>
        <w:rPr>
          <w:rFonts w:ascii="Times New Roman" w:eastAsia="Times New Roman" w:hAnsi="Times New Roman" w:cs="Times New Roman"/>
          <w:color w:val="000000"/>
        </w:rPr>
        <w:t>2021</w:t>
      </w:r>
      <w:r>
        <w:rPr>
          <w:rFonts w:ascii="宋体" w:eastAsia="宋体" w:hAnsi="宋体" w:cs="宋体"/>
          <w:color w:val="000000"/>
        </w:rPr>
        <w:t>所在的位置是第</w:t>
      </w:r>
      <w:r>
        <w:rPr>
          <w:color w:val="000000"/>
        </w:rPr>
        <w:t>_____</w:t>
      </w:r>
      <w:r>
        <w:rPr>
          <w:rFonts w:ascii="宋体" w:eastAsia="宋体" w:hAnsi="宋体" w:cs="宋体"/>
          <w:color w:val="000000"/>
        </w:rPr>
        <w:t>行，第</w:t>
      </w:r>
      <w:r>
        <w:rPr>
          <w:color w:val="000000"/>
        </w:rPr>
        <w:t>_____</w:t>
      </w:r>
      <w:r>
        <w:rPr>
          <w:rFonts w:ascii="宋体" w:eastAsia="宋体" w:hAnsi="宋体" w:cs="宋体"/>
          <w:color w:val="000000"/>
        </w:rPr>
        <w:t>列．</w:t>
      </w:r>
    </w:p>
    <w:tbl>
      <w:tblPr>
        <w:tblStyle w:val="TableNormal"/>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127"/>
        <w:gridCol w:w="1127"/>
        <w:gridCol w:w="1186"/>
        <w:gridCol w:w="1127"/>
        <w:gridCol w:w="1127"/>
        <w:gridCol w:w="1127"/>
        <w:gridCol w:w="1186"/>
      </w:tblGrid>
      <w:tr>
        <w:tblPrEx>
          <w:tblW w:w="8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列</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4</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5</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16</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17</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2</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3</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6</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15</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18</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9</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8</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7</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14</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19</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4</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10</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11</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12</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13</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20</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5</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25</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24</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23</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22</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21</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r>
        <w:tblPrEx>
          <w:tblW w:w="8025" w:type="dxa"/>
          <w:tblCellMar>
            <w:top w:w="120" w:type="dxa"/>
            <w:left w:w="120" w:type="dxa"/>
            <w:bottom w:w="120" w:type="dxa"/>
            <w:right w:w="120" w:type="dxa"/>
          </w:tblCellMar>
        </w:tblPrEx>
        <w:trPr>
          <w:cantSplit w:val="0"/>
          <w:trHeight w:val="180"/>
        </w:trPr>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6</w:t>
            </w:r>
            <w:r>
              <w:rPr>
                <w:rFonts w:ascii="宋体" w:eastAsia="宋体" w:hAnsi="宋体" w:cs="宋体"/>
                <w:color w:val="000000"/>
              </w:rPr>
              <w:t>行</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Times New Roman" w:eastAsia="Times New Roman" w:hAnsi="Times New Roman" w:cs="Times New Roman"/>
                <w:color w:val="000000"/>
              </w:rPr>
              <w:t>26</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rPr>
                <w:rFonts w:ascii="宋体" w:eastAsia="宋体" w:hAnsi="宋体" w:cs="宋体"/>
                <w:color w:val="000000"/>
              </w:rPr>
              <w:t>……</w:t>
            </w: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W w:w="114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r>
    </w:tbl>
    <w:p>
      <w:pPr>
        <w:spacing w:line="360" w:lineRule="auto"/>
        <w:textAlignment w:val="center"/>
        <w:rPr>
          <w:color w:val="000000"/>
        </w:rPr>
      </w:pPr>
      <w:r>
        <w:rPr>
          <w:color w:val="2E75B6"/>
        </w:rPr>
        <w:t>【答案】</w:t>
      </w:r>
      <w:r>
        <w:rPr>
          <w:color w:val="000000"/>
        </w:rPr>
        <w:t xml:space="preserve">    ①. </w:t>
      </w:r>
      <w:r>
        <w:rPr>
          <w:rFonts w:ascii="Times New Roman" w:eastAsia="Times New Roman" w:hAnsi="Times New Roman" w:cs="Times New Roman"/>
          <w:color w:val="000000"/>
        </w:rPr>
        <w:t>81</w:t>
      </w:r>
      <w:r>
        <w:rPr>
          <w:color w:val="000000"/>
        </w:rPr>
        <w:t xml:space="preserve">    ②. </w:t>
      </w:r>
      <w:r>
        <w:rPr>
          <w:rFonts w:ascii="Times New Roman" w:eastAsia="Times New Roman" w:hAnsi="Times New Roman" w:cs="Times New Roman"/>
          <w:color w:val="000000"/>
        </w:rPr>
        <w:t>34</w:t>
      </w:r>
      <w:r>
        <w:rPr>
          <w:color w:val="000000"/>
        </w:rPr>
        <w:t xml:space="preserve">    ③. </w:t>
      </w:r>
      <w:r>
        <w:rPr>
          <w:rFonts w:ascii="Times New Roman" w:eastAsia="Times New Roman" w:hAnsi="Times New Roman" w:cs="Times New Roman"/>
          <w:color w:val="000000"/>
        </w:rPr>
        <w:t>45</w:t>
      </w:r>
      <w:r>
        <w:rPr>
          <w:color w:val="000000"/>
        </w:rPr>
        <w:t xml:space="preserve">    ④. </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根据题意得：第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1</w:t>
      </w:r>
      <w:r>
        <w:rPr>
          <w:rFonts w:ascii="宋体" w:eastAsia="宋体" w:hAnsi="宋体" w:cs="宋体"/>
          <w:color w:val="000000"/>
        </w:rPr>
        <w:t>行的数为</w:t>
      </w:r>
      <w:r>
        <w:rPr>
          <w:rFonts w:ascii="Times New Roman" w:eastAsia="Times New Roman" w:hAnsi="Times New Roman" w:cs="Times New Roman"/>
          <w:color w:val="000000"/>
        </w:rPr>
        <w:t>1=1</w:t>
      </w:r>
      <w:r>
        <w:rPr>
          <w:rFonts w:ascii="Times New Roman" w:eastAsia="Times New Roman" w:hAnsi="Times New Roman" w:cs="Times New Roman"/>
          <w:color w:val="000000"/>
          <w:vertAlign w:val="superscript"/>
        </w:rPr>
        <w:t>2</w: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3</w:t>
      </w:r>
      <w:r>
        <w:rPr>
          <w:rFonts w:ascii="宋体" w:eastAsia="宋体" w:hAnsi="宋体" w:cs="宋体"/>
          <w:color w:val="000000"/>
        </w:rPr>
        <w:t>行的数为</w:t>
      </w:r>
      <w:r>
        <w:rPr>
          <w:rFonts w:ascii="Times New Roman" w:eastAsia="Times New Roman" w:hAnsi="Times New Roman" w:cs="Times New Roman"/>
          <w:color w:val="000000"/>
        </w:rPr>
        <w:t>9=3</w:t>
      </w:r>
      <w:r>
        <w:rPr>
          <w:rFonts w:ascii="Times New Roman" w:eastAsia="Times New Roman" w:hAnsi="Times New Roman" w:cs="Times New Roman"/>
          <w:color w:val="000000"/>
          <w:vertAlign w:val="superscript"/>
        </w:rPr>
        <w:t>2</w: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5</w:t>
      </w:r>
      <w:r>
        <w:rPr>
          <w:rFonts w:ascii="宋体" w:eastAsia="宋体" w:hAnsi="宋体" w:cs="宋体"/>
          <w:color w:val="000000"/>
        </w:rPr>
        <w:t>行的数为</w:t>
      </w:r>
      <w:r>
        <w:rPr>
          <w:rFonts w:ascii="Times New Roman" w:eastAsia="Times New Roman" w:hAnsi="Times New Roman" w:cs="Times New Roman"/>
          <w:color w:val="000000"/>
        </w:rPr>
        <w:t>25=5</w:t>
      </w:r>
      <w:r>
        <w:rPr>
          <w:rFonts w:ascii="Times New Roman" w:eastAsia="Times New Roman" w:hAnsi="Times New Roman" w:cs="Times New Roman"/>
          <w:color w:val="000000"/>
          <w:vertAlign w:val="superscript"/>
        </w:rPr>
        <w:t>2</w:t>
      </w:r>
      <w:r>
        <w:rPr>
          <w:rFonts w:ascii="宋体" w:eastAsia="宋体" w:hAnsi="宋体" w:cs="宋体"/>
          <w:color w:val="000000"/>
        </w:rPr>
        <w:t>，由此得到第一列的奇数行的数的规律是第几行就是那个数平方；根据题意得：第</w:t>
      </w:r>
      <w:r>
        <w:rPr>
          <w:rFonts w:ascii="Times New Roman" w:eastAsia="Times New Roman" w:hAnsi="Times New Roman" w:cs="Times New Roman"/>
          <w:color w:val="000000"/>
        </w:rPr>
        <w:t>1</w:t>
      </w:r>
      <w:r>
        <w:rPr>
          <w:rFonts w:ascii="宋体" w:eastAsia="宋体" w:hAnsi="宋体" w:cs="宋体"/>
          <w:color w:val="000000"/>
        </w:rPr>
        <w:t>行第</w:t>
      </w:r>
      <w:r>
        <w:rPr>
          <w:rFonts w:ascii="Times New Roman" w:eastAsia="Times New Roman" w:hAnsi="Times New Roman" w:cs="Times New Roman"/>
          <w:color w:val="000000"/>
        </w:rPr>
        <w:t>2</w:t>
      </w:r>
      <w:r>
        <w:rPr>
          <w:rFonts w:ascii="宋体" w:eastAsia="宋体" w:hAnsi="宋体" w:cs="宋体"/>
          <w:color w:val="000000"/>
        </w:rPr>
        <w:t>列的数为</w:t>
      </w:r>
      <w:r>
        <w:rPr>
          <w:rFonts w:ascii="Times New Roman" w:eastAsia="Times New Roman" w:hAnsi="Times New Roman" w:cs="Times New Roman"/>
          <w:color w:val="000000"/>
        </w:rPr>
        <w:t>4=2</w:t>
      </w:r>
      <w:r>
        <w:rPr>
          <w:rFonts w:ascii="Times New Roman" w:eastAsia="Times New Roman" w:hAnsi="Times New Roman" w:cs="Times New Roman"/>
          <w:color w:val="000000"/>
          <w:vertAlign w:val="superscript"/>
        </w:rPr>
        <w:t>2</w: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行第</w:t>
      </w:r>
      <w:r>
        <w:rPr>
          <w:rFonts w:ascii="Times New Roman" w:eastAsia="Times New Roman" w:hAnsi="Times New Roman" w:cs="Times New Roman"/>
          <w:color w:val="000000"/>
        </w:rPr>
        <w:t>4</w:t>
      </w:r>
      <w:r>
        <w:rPr>
          <w:rFonts w:ascii="宋体" w:eastAsia="宋体" w:hAnsi="宋体" w:cs="宋体"/>
          <w:color w:val="000000"/>
        </w:rPr>
        <w:t>列的数为</w:t>
      </w:r>
      <w:r>
        <w:rPr>
          <w:rFonts w:ascii="Times New Roman" w:eastAsia="Times New Roman" w:hAnsi="Times New Roman" w:cs="Times New Roman"/>
          <w:color w:val="000000"/>
        </w:rPr>
        <w:t>16=4</w:t>
      </w:r>
      <w:r>
        <w:rPr>
          <w:rFonts w:ascii="Times New Roman" w:eastAsia="Times New Roman" w:hAnsi="Times New Roman" w:cs="Times New Roman"/>
          <w:color w:val="000000"/>
          <w:vertAlign w:val="superscript"/>
        </w:rPr>
        <w:t>2</w:t>
      </w: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行第</w:t>
      </w:r>
      <w:r>
        <w:rPr>
          <w:rFonts w:ascii="Times New Roman" w:eastAsia="Times New Roman" w:hAnsi="Times New Roman" w:cs="Times New Roman"/>
          <w:color w:val="000000"/>
        </w:rPr>
        <w:t>6</w:t>
      </w:r>
      <w:r>
        <w:rPr>
          <w:rFonts w:ascii="宋体" w:eastAsia="宋体" w:hAnsi="宋体" w:cs="宋体"/>
          <w:color w:val="000000"/>
        </w:rPr>
        <w:t>列的数为</w:t>
      </w:r>
      <w:r>
        <w:rPr>
          <w:rFonts w:ascii="Times New Roman" w:eastAsia="Times New Roman" w:hAnsi="Times New Roman" w:cs="Times New Roman"/>
          <w:color w:val="000000"/>
        </w:rPr>
        <w:t>36=6</w:t>
      </w:r>
      <w:r>
        <w:rPr>
          <w:rFonts w:ascii="Times New Roman" w:eastAsia="Times New Roman" w:hAnsi="Times New Roman" w:cs="Times New Roman"/>
          <w:color w:val="000000"/>
          <w:vertAlign w:val="superscript"/>
        </w:rPr>
        <w:t>2</w:t>
      </w:r>
      <w:r>
        <w:rPr>
          <w:rFonts w:ascii="宋体" w:eastAsia="宋体" w:hAnsi="宋体" w:cs="宋体"/>
          <w:color w:val="000000"/>
        </w:rPr>
        <w:t>，且第</w:t>
      </w:r>
      <w:r>
        <w:rPr>
          <w:rFonts w:ascii="Times New Roman" w:eastAsia="Times New Roman" w:hAnsi="Times New Roman" w:cs="Times New Roman"/>
          <w:color w:val="000000"/>
        </w:rPr>
        <w:t>6</w:t>
      </w:r>
      <w:r>
        <w:rPr>
          <w:rFonts w:ascii="宋体" w:eastAsia="宋体" w:hAnsi="宋体" w:cs="宋体"/>
          <w:color w:val="000000"/>
        </w:rPr>
        <w:t>列的数向下依次减小，可得第</w:t>
      </w:r>
      <w:r>
        <w:rPr>
          <w:rFonts w:ascii="Times New Roman" w:eastAsia="Times New Roman" w:hAnsi="Times New Roman" w:cs="Times New Roman"/>
          <w:color w:val="000000"/>
        </w:rPr>
        <w:t>3</w:t>
      </w:r>
      <w:r>
        <w:rPr>
          <w:rFonts w:ascii="宋体" w:eastAsia="宋体" w:hAnsi="宋体" w:cs="宋体"/>
          <w:color w:val="000000"/>
        </w:rPr>
        <w:t>行第</w:t>
      </w:r>
      <w:r>
        <w:rPr>
          <w:rFonts w:ascii="Times New Roman" w:eastAsia="Times New Roman" w:hAnsi="Times New Roman" w:cs="Times New Roman"/>
          <w:color w:val="000000"/>
        </w:rPr>
        <w:t>6</w:t>
      </w:r>
      <w:r>
        <w:rPr>
          <w:rFonts w:ascii="宋体" w:eastAsia="宋体" w:hAnsi="宋体" w:cs="宋体"/>
          <w:color w:val="000000"/>
        </w:rPr>
        <w:t>列的数为</w:t>
      </w:r>
      <w:r>
        <w:rPr>
          <w:rFonts w:ascii="Times New Roman" w:eastAsia="Times New Roman" w:hAnsi="Times New Roman" w:cs="Times New Roman"/>
          <w:color w:val="000000"/>
        </w:rPr>
        <w:t>34</w:t>
      </w:r>
      <w:r>
        <w:rPr>
          <w:rFonts w:ascii="宋体" w:eastAsia="宋体" w:hAnsi="宋体" w:cs="宋体"/>
          <w:color w:val="000000"/>
        </w:rPr>
        <w:t>；又由</w:t>
      </w:r>
      <w:r>
        <w:rPr>
          <w:rFonts w:ascii="Times New Roman" w:eastAsia="Times New Roman" w:hAnsi="Times New Roman" w:cs="Times New Roman"/>
          <w:color w:val="000000"/>
        </w:rPr>
        <w:t>45×45=2025</w:t>
      </w:r>
      <w:r>
        <w:rPr>
          <w:rFonts w:ascii="宋体" w:eastAsia="宋体" w:hAnsi="宋体" w:cs="宋体"/>
          <w:color w:val="000000"/>
        </w:rPr>
        <w:t>，可得</w:t>
      </w:r>
      <w:r>
        <w:rPr>
          <w:rFonts w:ascii="Times New Roman" w:eastAsia="Times New Roman" w:hAnsi="Times New Roman" w:cs="Times New Roman"/>
          <w:color w:val="000000"/>
        </w:rPr>
        <w:t>2021</w:t>
      </w:r>
      <w:r>
        <w:rPr>
          <w:rFonts w:ascii="宋体" w:eastAsia="宋体" w:hAnsi="宋体" w:cs="宋体"/>
          <w:color w:val="000000"/>
        </w:rPr>
        <w:t>在第</w:t>
      </w:r>
      <w:r>
        <w:rPr>
          <w:rFonts w:ascii="Times New Roman" w:eastAsia="Times New Roman" w:hAnsi="Times New Roman" w:cs="Times New Roman"/>
          <w:color w:val="000000"/>
        </w:rPr>
        <w:t>45</w:t>
      </w:r>
      <w:r>
        <w:rPr>
          <w:rFonts w:ascii="宋体" w:eastAsia="宋体" w:hAnsi="宋体" w:cs="宋体"/>
          <w:color w:val="000000"/>
        </w:rPr>
        <w:t>行，向右依次减小，即可求解．</w:t>
      </w:r>
    </w:p>
    <w:p>
      <w:pPr>
        <w:spacing w:line="360" w:lineRule="auto"/>
        <w:jc w:val="left"/>
        <w:textAlignment w:val="center"/>
        <w:rPr>
          <w:color w:val="000000"/>
        </w:rPr>
      </w:pPr>
      <w:r>
        <w:rPr>
          <w:color w:val="000000"/>
        </w:rPr>
        <w:t>【详解】</w:t>
      </w:r>
      <w:r>
        <w:rPr>
          <w:rFonts w:ascii="宋体" w:eastAsia="宋体" w:hAnsi="宋体" w:cs="宋体"/>
          <w:color w:val="000000"/>
        </w:rPr>
        <w:t>解：根据题意得：第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1</w:t>
      </w:r>
      <w:r>
        <w:rPr>
          <w:rFonts w:ascii="宋体" w:eastAsia="宋体" w:hAnsi="宋体" w:cs="宋体"/>
          <w:color w:val="000000"/>
        </w:rPr>
        <w:t>行的数为</w:t>
      </w:r>
      <w:r>
        <w:rPr>
          <w:rFonts w:ascii="Times New Roman" w:eastAsia="Times New Roman" w:hAnsi="Times New Roman" w:cs="Times New Roman"/>
          <w:color w:val="000000"/>
        </w:rPr>
        <w:t>1=1</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3</w:t>
      </w:r>
      <w:r>
        <w:rPr>
          <w:rFonts w:ascii="宋体" w:eastAsia="宋体" w:hAnsi="宋体" w:cs="宋体"/>
          <w:color w:val="000000"/>
        </w:rPr>
        <w:t>行的数为</w:t>
      </w:r>
      <w:r>
        <w:rPr>
          <w:rFonts w:ascii="Times New Roman" w:eastAsia="Times New Roman" w:hAnsi="Times New Roman" w:cs="Times New Roman"/>
          <w:color w:val="000000"/>
        </w:rPr>
        <w:t>9=3</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5</w:t>
      </w:r>
      <w:r>
        <w:rPr>
          <w:rFonts w:ascii="宋体" w:eastAsia="宋体" w:hAnsi="宋体" w:cs="宋体"/>
          <w:color w:val="000000"/>
        </w:rPr>
        <w:t>行的数为</w:t>
      </w:r>
      <w:r>
        <w:rPr>
          <w:rFonts w:ascii="Times New Roman" w:eastAsia="Times New Roman" w:hAnsi="Times New Roman" w:cs="Times New Roman"/>
          <w:color w:val="000000"/>
        </w:rPr>
        <w:t>25=5</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由此得到第一列的奇数行的数的规律是第几行就是那个数平方，</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列第</w:t>
      </w:r>
      <w:r>
        <w:rPr>
          <w:rFonts w:ascii="Times New Roman" w:eastAsia="Times New Roman" w:hAnsi="Times New Roman" w:cs="Times New Roman"/>
          <w:color w:val="000000"/>
        </w:rPr>
        <w:t>9</w:t>
      </w:r>
      <w:r>
        <w:rPr>
          <w:rFonts w:ascii="宋体" w:eastAsia="宋体" w:hAnsi="宋体" w:cs="宋体"/>
          <w:color w:val="000000"/>
        </w:rPr>
        <w:t>行的数为</w:t>
      </w:r>
      <w:r>
        <w:rPr>
          <w:rFonts w:ascii="Times New Roman" w:eastAsia="Times New Roman" w:hAnsi="Times New Roman" w:cs="Times New Roman"/>
          <w:color w:val="000000"/>
        </w:rPr>
        <w:t>9</w:t>
      </w:r>
      <w:r>
        <w:rPr>
          <w:rFonts w:ascii="宋体" w:eastAsia="宋体" w:hAnsi="宋体" w:cs="宋体"/>
          <w:color w:val="000000"/>
        </w:rPr>
        <w:t>的平方，即：</w:t>
      </w:r>
      <w:r>
        <w:rPr>
          <w:rFonts w:ascii="Times New Roman" w:eastAsia="Times New Roman" w:hAnsi="Times New Roman" w:cs="Times New Roman"/>
          <w:color w:val="000000"/>
        </w:rPr>
        <w:t>9</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=81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根据题意得：第</w:t>
      </w:r>
      <w:r>
        <w:rPr>
          <w:rFonts w:ascii="Times New Roman" w:eastAsia="Times New Roman" w:hAnsi="Times New Roman" w:cs="Times New Roman"/>
          <w:color w:val="000000"/>
        </w:rPr>
        <w:t>1</w:t>
      </w:r>
      <w:r>
        <w:rPr>
          <w:rFonts w:ascii="宋体" w:eastAsia="宋体" w:hAnsi="宋体" w:cs="宋体"/>
          <w:color w:val="000000"/>
        </w:rPr>
        <w:t>行第</w:t>
      </w:r>
      <w:r>
        <w:rPr>
          <w:rFonts w:ascii="Times New Roman" w:eastAsia="Times New Roman" w:hAnsi="Times New Roman" w:cs="Times New Roman"/>
          <w:color w:val="000000"/>
        </w:rPr>
        <w:t>2</w:t>
      </w:r>
      <w:r>
        <w:rPr>
          <w:rFonts w:ascii="宋体" w:eastAsia="宋体" w:hAnsi="宋体" w:cs="宋体"/>
          <w:color w:val="000000"/>
        </w:rPr>
        <w:t>列的数为</w:t>
      </w:r>
      <w:r>
        <w:rPr>
          <w:rFonts w:ascii="Times New Roman" w:eastAsia="Times New Roman" w:hAnsi="Times New Roman" w:cs="Times New Roman"/>
          <w:color w:val="000000"/>
        </w:rPr>
        <w:t>4=2</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行第</w:t>
      </w:r>
      <w:r>
        <w:rPr>
          <w:rFonts w:ascii="Times New Roman" w:eastAsia="Times New Roman" w:hAnsi="Times New Roman" w:cs="Times New Roman"/>
          <w:color w:val="000000"/>
        </w:rPr>
        <w:t>4</w:t>
      </w:r>
      <w:r>
        <w:rPr>
          <w:rFonts w:ascii="宋体" w:eastAsia="宋体" w:hAnsi="宋体" w:cs="宋体"/>
          <w:color w:val="000000"/>
        </w:rPr>
        <w:t>列的数为</w:t>
      </w:r>
      <w:r>
        <w:rPr>
          <w:rFonts w:ascii="Times New Roman" w:eastAsia="Times New Roman" w:hAnsi="Times New Roman" w:cs="Times New Roman"/>
          <w:color w:val="000000"/>
        </w:rPr>
        <w:t>16=4</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1</w:t>
      </w:r>
      <w:r>
        <w:rPr>
          <w:rFonts w:ascii="宋体" w:eastAsia="宋体" w:hAnsi="宋体" w:cs="宋体"/>
          <w:color w:val="000000"/>
        </w:rPr>
        <w:t>行第</w:t>
      </w:r>
      <w:r>
        <w:rPr>
          <w:rFonts w:ascii="Times New Roman" w:eastAsia="Times New Roman" w:hAnsi="Times New Roman" w:cs="Times New Roman"/>
          <w:color w:val="000000"/>
        </w:rPr>
        <w:t>6</w:t>
      </w:r>
      <w:r>
        <w:rPr>
          <w:rFonts w:ascii="宋体" w:eastAsia="宋体" w:hAnsi="宋体" w:cs="宋体"/>
          <w:color w:val="000000"/>
        </w:rPr>
        <w:t>列的数为</w:t>
      </w:r>
      <w:r>
        <w:rPr>
          <w:rFonts w:ascii="Times New Roman" w:eastAsia="Times New Roman" w:hAnsi="Times New Roman" w:cs="Times New Roman"/>
          <w:color w:val="000000"/>
        </w:rPr>
        <w:t>36=6</w:t>
      </w:r>
      <w:r>
        <w:rPr>
          <w:rFonts w:ascii="Times New Roman" w:eastAsia="Times New Roman" w:hAnsi="Times New Roman" w:cs="Times New Roman"/>
          <w:color w:val="000000"/>
          <w:vertAlign w:val="superscript"/>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6</w:t>
      </w:r>
      <w:r>
        <w:rPr>
          <w:rFonts w:ascii="宋体" w:eastAsia="宋体" w:hAnsi="宋体" w:cs="宋体"/>
          <w:color w:val="000000"/>
        </w:rPr>
        <w:t>列的数向下依次减小，</w:t>
      </w:r>
    </w:p>
    <w:p>
      <w:pPr>
        <w:spacing w:line="360" w:lineRule="auto"/>
        <w:jc w:val="left"/>
        <w:textAlignment w:val="center"/>
        <w:rPr>
          <w:color w:val="000000"/>
        </w:rPr>
      </w:pPr>
      <w:r>
        <w:rPr>
          <w:rFonts w:ascii="宋体" w:eastAsia="宋体" w:hAnsi="宋体" w:cs="宋体"/>
          <w:color w:val="000000"/>
        </w:rPr>
        <w:t>∴第</w:t>
      </w:r>
      <w:r>
        <w:rPr>
          <w:rFonts w:ascii="Times New Roman" w:eastAsia="Times New Roman" w:hAnsi="Times New Roman" w:cs="Times New Roman"/>
          <w:color w:val="000000"/>
        </w:rPr>
        <w:t>3</w:t>
      </w:r>
      <w:r>
        <w:rPr>
          <w:rFonts w:ascii="宋体" w:eastAsia="宋体" w:hAnsi="宋体" w:cs="宋体"/>
          <w:color w:val="000000"/>
        </w:rPr>
        <w:t>行第</w:t>
      </w:r>
      <w:r>
        <w:rPr>
          <w:rFonts w:ascii="Times New Roman" w:eastAsia="Times New Roman" w:hAnsi="Times New Roman" w:cs="Times New Roman"/>
          <w:color w:val="000000"/>
        </w:rPr>
        <w:t>6</w:t>
      </w:r>
      <w:r>
        <w:rPr>
          <w:rFonts w:ascii="宋体" w:eastAsia="宋体" w:hAnsi="宋体" w:cs="宋体"/>
          <w:color w:val="000000"/>
        </w:rPr>
        <w:t>列的数为</w:t>
      </w:r>
      <w:r>
        <w:rPr>
          <w:rFonts w:ascii="Times New Roman" w:eastAsia="Times New Roman" w:hAnsi="Times New Roman" w:cs="Times New Roman"/>
          <w:color w:val="000000"/>
        </w:rPr>
        <w:t>34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45×45=2025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2021</w:t>
      </w:r>
      <w:r>
        <w:rPr>
          <w:rFonts w:ascii="宋体" w:eastAsia="宋体" w:hAnsi="宋体" w:cs="宋体"/>
          <w:color w:val="000000"/>
        </w:rPr>
        <w:t>在第</w:t>
      </w:r>
      <w:r>
        <w:rPr>
          <w:rFonts w:ascii="Times New Roman" w:eastAsia="Times New Roman" w:hAnsi="Times New Roman" w:cs="Times New Roman"/>
          <w:color w:val="000000"/>
        </w:rPr>
        <w:t>45</w:t>
      </w:r>
      <w:r>
        <w:rPr>
          <w:rFonts w:ascii="宋体" w:eastAsia="宋体" w:hAnsi="宋体" w:cs="宋体"/>
          <w:color w:val="000000"/>
        </w:rPr>
        <w:t>行，向右依次减小，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2021</w:t>
      </w:r>
      <w:r>
        <w:rPr>
          <w:rFonts w:ascii="宋体" w:eastAsia="宋体" w:hAnsi="宋体" w:cs="宋体"/>
          <w:color w:val="000000"/>
        </w:rPr>
        <w:t>所在的位置是第</w:t>
      </w:r>
      <w:r>
        <w:rPr>
          <w:rFonts w:ascii="Times New Roman" w:eastAsia="Times New Roman" w:hAnsi="Times New Roman" w:cs="Times New Roman"/>
          <w:color w:val="000000"/>
        </w:rPr>
        <w:t>45</w:t>
      </w:r>
      <w:r>
        <w:rPr>
          <w:rFonts w:ascii="宋体" w:eastAsia="宋体" w:hAnsi="宋体" w:cs="宋体"/>
          <w:color w:val="000000"/>
        </w:rPr>
        <w:t>行，第</w:t>
      </w:r>
      <w:r>
        <w:rPr>
          <w:rFonts w:ascii="Times New Roman" w:eastAsia="Times New Roman" w:hAnsi="Times New Roman" w:cs="Times New Roman"/>
          <w:color w:val="000000"/>
        </w:rPr>
        <w:t>5</w:t>
      </w:r>
      <w:r>
        <w:rPr>
          <w:rFonts w:ascii="宋体" w:eastAsia="宋体" w:hAnsi="宋体" w:cs="宋体"/>
          <w:color w:val="000000"/>
        </w:rPr>
        <w:t>列．</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81</w:t>
      </w:r>
      <w:r>
        <w:rPr>
          <w:rFonts w:ascii="宋体" w:eastAsia="宋体" w:hAnsi="宋体" w:cs="宋体"/>
          <w:color w:val="000000"/>
        </w:rPr>
        <w:t>；</w:t>
      </w:r>
      <w:r>
        <w:rPr>
          <w:rFonts w:ascii="Times New Roman" w:eastAsia="Times New Roman" w:hAnsi="Times New Roman" w:cs="Times New Roman"/>
          <w:color w:val="000000"/>
        </w:rPr>
        <w:t>34</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color w:val="000000"/>
        </w:rPr>
        <w:t>5</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本题主要考查了数字类规律题，明确题意，准确得到规律是解题的关键．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阅读下面材料并解决有关问题：</w:t>
      </w:r>
    </w:p>
    <w:p>
      <w:pPr>
        <w:spacing w:line="360" w:lineRule="auto"/>
        <w:jc w:val="left"/>
        <w:textAlignment w:val="center"/>
        <w:rPr>
          <w:color w:val="000000"/>
        </w:rPr>
      </w:pPr>
      <w:r>
        <w:rPr>
          <w:rFonts w:ascii="宋体" w:eastAsia="宋体" w:hAnsi="宋体" w:cs="宋体"/>
          <w:color w:val="000000"/>
        </w:rPr>
        <w:t>我们知道：</w:t>
      </w:r>
      <w:r>
        <w:pict>
          <v:shape id="_x0000_i708051" type="#_x0000_t75" alt="学科网(www.zxxk.com)--教育资源门户，提供试卷、教案、课件、论文、素材以及各类教学资源下载，还有大量而丰富的教学相关资讯！" style="width:77.5pt;height:56.5pt" o:oleicon="f" o:ole="">
            <v:imagedata r:id="rId1481" o:title="eqIdff5e3f36405ffde13e8fd801f558ba34"/>
          </v:shape>
        </w:pict>
      </w:r>
      <w:r>
        <w:rPr>
          <w:rFonts w:ascii="宋体" w:eastAsia="宋体" w:hAnsi="宋体" w:cs="宋体"/>
          <w:color w:val="000000"/>
        </w:rPr>
        <w:t>现在我们可以用这一结论来化简含有绝对值的代数式，如化简代数式</w:t>
      </w:r>
      <w:r>
        <w:pict>
          <v:shape id="_x0000_i708052" type="#_x0000_t75" alt="学科网(www.zxxk.com)--教育资源门户，提供试卷、教案、课件、论文、素材以及各类教学资源下载，还有大量而丰富的教学相关资讯！" style="width:1in;height:16.5pt" o:oleicon="f" o:ole="">
            <v:imagedata r:id="rId1482" o:title="eqIdf29b84332d9f490122c6edceefc2310f"/>
          </v:shape>
        </w:pict>
      </w:r>
      <w:r>
        <w:rPr>
          <w:rFonts w:ascii="宋体" w:eastAsia="宋体" w:hAnsi="宋体" w:cs="宋体"/>
          <w:color w:val="000000"/>
        </w:rPr>
        <w:t>时，可令</w:t>
      </w:r>
      <w:r>
        <w:pict>
          <v:shape id="_x0000_i708053" type="#_x0000_t75" alt="学科网(www.zxxk.com)--教育资源门户，提供试卷、教案、课件、论文、素材以及各类教学资源下载，还有大量而丰富的教学相关资讯！" style="width:42pt;height:14.4pt" o:oleicon="f" o:ole="">
            <v:imagedata r:id="rId1483" o:title="eqId122fa7155f6858a570e8dee2495822a3"/>
          </v:shape>
        </w:pict>
      </w:r>
      <w:r>
        <w:rPr>
          <w:rFonts w:ascii="宋体" w:eastAsia="宋体" w:hAnsi="宋体" w:cs="宋体"/>
          <w:color w:val="000000"/>
        </w:rPr>
        <w:t>和</w:t>
      </w:r>
      <w:r>
        <w:pict>
          <v:shape id="_x0000_i708054" type="#_x0000_t75" alt="学科网(www.zxxk.com)--教育资源门户，提供试卷、教案、课件、论文、素材以及各类教学资源下载，还有大量而丰富的教学相关资讯！" style="width:44.25pt;height:14.25pt" o:oleicon="f" o:ole="">
            <v:imagedata r:id="rId1484" o:title="eqIdf9378f4030a56301dfdf892c0b36182b"/>
          </v:shape>
        </w:pict>
      </w:r>
      <w:r>
        <w:rPr>
          <w:rFonts w:ascii="宋体" w:eastAsia="宋体" w:hAnsi="宋体" w:cs="宋体"/>
          <w:color w:val="000000"/>
        </w:rPr>
        <w:t>，分别求得</w:t>
      </w:r>
      <w:r>
        <w:pict>
          <v:shape id="_x0000_i708055" type="#_x0000_t75" alt="学科网(www.zxxk.com)--教育资源门户，提供试卷、教案、课件、论文、素材以及各类教学资源下载，还有大量而丰富的教学相关资讯！" style="width:32.4pt;height:14.4pt" o:oleicon="f" o:ole="">
            <v:imagedata r:id="rId1485" o:title="eqId99c6875d552e9fff3c7d655f3a59b166"/>
          </v:shape>
        </w:pict>
      </w:r>
      <w:r>
        <w:rPr>
          <w:rFonts w:ascii="宋体" w:eastAsia="宋体" w:hAnsi="宋体" w:cs="宋体"/>
          <w:color w:val="000000"/>
        </w:rPr>
        <w:t>，</w:t>
      </w:r>
      <w:r>
        <w:pict>
          <v:shape id="_x0000_i708056" type="#_x0000_t75" alt="学科网(www.zxxk.com)--教育资源门户，提供试卷、教案、课件、论文、素材以及各类教学资源下载，还有大量而丰富的教学相关资讯！" style="width:24.75pt;height:12.75pt" o:oleicon="f" o:ole="">
            <v:imagedata r:id="rId1486" o:title="eqId707ea658f3a9359f5740d5aab48f7948"/>
          </v:shape>
        </w:pict>
      </w:r>
      <w:r>
        <w:rPr>
          <w:rFonts w:ascii="宋体" w:eastAsia="宋体" w:hAnsi="宋体" w:cs="宋体"/>
          <w:color w:val="000000"/>
        </w:rPr>
        <w:t>（称</w:t>
      </w:r>
      <w:r>
        <w:pict>
          <v:shape id="_x0000_i708057" type="#_x0000_t75" alt="学科网(www.zxxk.com)--教育资源门户，提供试卷、教案、课件、论文、素材以及各类教学资源下载，还有大量而丰富的教学相关资讯！" style="width:12pt;height:10.5pt" o:oleicon="f" o:ole="">
            <v:imagedata r:id="rId1487" o:title="eqIdacbc6a613224461ade69362d4655047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分别为</w:t>
      </w:r>
      <w:r>
        <w:pict>
          <v:shape id="_x0000_i708058" type="#_x0000_t75" alt="学科网(www.zxxk.com)--教育资源门户，提供试卷、教案、课件、论文、素材以及各类教学资源下载，还有大量而丰富的教学相关资讯！" style="width:28.5pt;height:16.5pt" o:oleicon="f" o:ole="">
            <v:imagedata r:id="rId1488" o:title="eqId90526865fe31996c4a4142986a56f29d"/>
          </v:shape>
        </w:pict>
      </w:r>
      <w:r>
        <w:rPr>
          <w:rFonts w:ascii="宋体" w:eastAsia="宋体" w:hAnsi="宋体" w:cs="宋体"/>
          <w:color w:val="000000"/>
        </w:rPr>
        <w:t>和</w:t>
      </w:r>
      <w:r>
        <w:pict>
          <v:shape id="_x0000_i708059" type="#_x0000_t75" alt="学科网(www.zxxk.com)--教育资源门户，提供试卷、教案、课件、论文、素材以及各类教学资源下载，还有大量而丰富的教学相关资讯！" style="width:28.5pt;height:16.5pt" o:oleicon="f" o:ole="">
            <v:imagedata r:id="rId1489" o:title="eqId171af4b3c627d3c8f41331be4aa41986"/>
          </v:shape>
        </w:pict>
      </w:r>
      <w:r>
        <w:rPr>
          <w:rFonts w:ascii="宋体" w:eastAsia="宋体" w:hAnsi="宋体" w:cs="宋体"/>
          <w:color w:val="000000"/>
        </w:rPr>
        <w:t>的零点值）；在实数范围内，零点值</w:t>
      </w:r>
      <w:r>
        <w:pict>
          <v:shape id="_x0000_i708060" type="#_x0000_t75" alt="学科网(www.zxxk.com)--教育资源门户，提供试卷、教案、课件、论文、素材以及各类教学资源下载，还有大量而丰富的教学相关资讯！" style="width:32.4pt;height:14.4pt" o:oleicon="f" o:ole="">
            <v:imagedata r:id="rId1485" o:title="eqId99c6875d552e9fff3c7d655f3a59b166"/>
          </v:shape>
        </w:pict>
      </w:r>
      <w:r>
        <w:rPr>
          <w:rFonts w:ascii="宋体" w:eastAsia="宋体" w:hAnsi="宋体" w:cs="宋体"/>
          <w:color w:val="000000"/>
        </w:rPr>
        <w:t>和</w:t>
      </w:r>
      <w:r>
        <w:pict>
          <v:shape id="_x0000_i708061" type="#_x0000_t75" alt="学科网(www.zxxk.com)--教育资源门户，提供试卷、教案、课件、论文、素材以及各类教学资源下载，还有大量而丰富的教学相关资讯！" style="width:24.75pt;height:12.75pt" o:oleicon="f" o:ole="">
            <v:imagedata r:id="rId1486" o:title="eqId707ea658f3a9359f5740d5aab48f7948"/>
          </v:shape>
        </w:pict>
      </w:r>
      <w:r>
        <w:rPr>
          <w:rFonts w:ascii="宋体" w:eastAsia="宋体" w:hAnsi="宋体" w:cs="宋体"/>
          <w:color w:val="000000"/>
        </w:rPr>
        <w:t>可将全体实数分成不重复且不遗漏的如下</w:t>
      </w:r>
      <w:r>
        <w:rPr>
          <w:rFonts w:ascii="Times New Roman" w:eastAsia="Times New Roman" w:hAnsi="Times New Roman" w:cs="Times New Roman"/>
          <w:color w:val="000000"/>
        </w:rPr>
        <w:t>3</w:t>
      </w:r>
      <w:r>
        <w:rPr>
          <w:rFonts w:ascii="宋体" w:eastAsia="宋体" w:hAnsi="宋体" w:cs="宋体"/>
          <w:color w:val="000000"/>
        </w:rPr>
        <w:t>种情况：</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8062" type="#_x0000_t75" alt="学科网(www.zxxk.com)--教育资源门户，提供试卷、教案、课件、论文、素材以及各类教学资源下载，还有大量而丰富的教学相关资讯！" style="width:30pt;height:12.75pt" o:oleicon="f" o:ole="">
            <v:imagedata r:id="rId1490" o:title="eqId7da6d82d173ad18cc040e94c925b5ab9"/>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8063" type="#_x0000_t75" alt="学科网(www.zxxk.com)--教育资源门户，提供试卷、教案、课件、论文、素材以及各类教学资源下载，还有大量而丰富的教学相关资讯！" style="width:51pt;height:13.95pt" o:oleicon="f" o:ole="">
            <v:imagedata r:id="rId1491" o:title="eqId964fd15ed03eefd8a51b29e9e99deaf5"/>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8064" type="#_x0000_t75" alt="学科网(www.zxxk.com)--教育资源门户，提供试卷、教案、课件、论文、素材以及各类教学资源下载，还有大量而丰富的教学相关资讯！" style="width:27.75pt;height:14.25pt" o:oleicon="f" o:ole="">
            <v:imagedata r:id="rId1492" o:title="eqIdb27f27cbb8185c1974d715ff95f8801c"/>
          </v:shape>
        </w:pict>
      </w:r>
    </w:p>
    <w:p>
      <w:pPr>
        <w:spacing w:line="360" w:lineRule="auto"/>
        <w:jc w:val="left"/>
        <w:textAlignment w:val="center"/>
        <w:rPr>
          <w:color w:val="000000"/>
        </w:rPr>
      </w:pPr>
      <w:r>
        <w:rPr>
          <w:rFonts w:ascii="宋体" w:eastAsia="宋体" w:hAnsi="宋体" w:cs="宋体"/>
          <w:color w:val="000000"/>
        </w:rPr>
        <w:t>从而化简代数式</w:t>
      </w:r>
      <w:r>
        <w:pict>
          <v:shape id="_x0000_i708065" type="#_x0000_t75" alt="学科网(www.zxxk.com)--教育资源门户，提供试卷、教案、课件、论文、素材以及各类教学资源下载，还有大量而丰富的教学相关资讯！" style="width:1in;height:16.5pt" o:oleicon="f" o:ole="">
            <v:imagedata r:id="rId1493" o:title="eqIdf29b84332d9f490122c6edceefc2310f"/>
          </v:shape>
        </w:pict>
      </w:r>
      <w:r>
        <w:rPr>
          <w:rFonts w:ascii="宋体" w:eastAsia="宋体" w:hAnsi="宋体" w:cs="宋体"/>
          <w:color w:val="000000"/>
        </w:rPr>
        <w:t>可分以下</w:t>
      </w:r>
      <w:r>
        <w:rPr>
          <w:rFonts w:ascii="Times New Roman" w:eastAsia="Times New Roman" w:hAnsi="Times New Roman" w:cs="Times New Roman"/>
          <w:color w:val="000000"/>
        </w:rPr>
        <w:t>3</w:t>
      </w:r>
      <w:r>
        <w:rPr>
          <w:rFonts w:ascii="宋体" w:eastAsia="宋体" w:hAnsi="宋体" w:cs="宋体"/>
          <w:color w:val="000000"/>
        </w:rPr>
        <w:t>种情况：</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8066" type="#_x0000_t75" alt="学科网(www.zxxk.com)--教育资源门户，提供试卷、教案、课件、论文、素材以及各类教学资源下载，还有大量而丰富的教学相关资讯！" style="width:30pt;height:12.75pt" o:oleicon="f" o:ole="">
            <v:imagedata r:id="rId1494" o:title="eqId7da6d82d173ad18cc040e94c925b5ab9"/>
          </v:shape>
        </w:pict>
      </w:r>
      <w:r>
        <w:rPr>
          <w:rFonts w:ascii="宋体" w:eastAsia="宋体" w:hAnsi="宋体" w:cs="宋体"/>
          <w:color w:val="000000"/>
        </w:rPr>
        <w:t>时，原式</w:t>
      </w:r>
      <w:r>
        <w:pict>
          <v:shape id="_x0000_i708067" type="#_x0000_t75" alt="学科网(www.zxxk.com)--教育资源门户，提供试卷、教案、课件、论文、素材以及各类教学资源下载，还有大量而丰富的教学相关资讯！" style="width:136.5pt;height:16.5pt" o:oleicon="f" o:ole="">
            <v:imagedata r:id="rId1495" o:title="eqId28795e8b545895d3d6a0dc2f648ca193"/>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pict>
          <v:shape id="_x0000_i708068" type="#_x0000_t75" alt="学科网(www.zxxk.com)--教育资源门户，提供试卷、教案、课件、论文、素材以及各类教学资源下载，还有大量而丰富的教学相关资讯！" style="width:51pt;height:13.95pt" o:oleicon="f" o:ole="">
            <v:imagedata r:id="rId1496" o:title="eqId964fd15ed03eefd8a51b29e9e99deaf5"/>
          </v:shape>
        </w:pict>
      </w:r>
      <w:r>
        <w:rPr>
          <w:rFonts w:ascii="宋体" w:eastAsia="宋体" w:hAnsi="宋体" w:cs="宋体"/>
          <w:color w:val="000000"/>
        </w:rPr>
        <w:t>时，原式</w:t>
      </w:r>
      <w:r>
        <w:pict>
          <v:shape id="_x0000_i708069" type="#_x0000_t75" alt="学科网(www.zxxk.com)--教育资源门户，提供试卷、教案、课件、论文、素材以及各类教学资源下载，还有大量而丰富的教学相关资讯！" style="width:93.5pt;height:20pt" o:oleicon="f" o:ole="">
            <v:imagedata r:id="rId1497" o:title="eqId2fcc4a969fd4c9b497499da53072a99a"/>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pict>
          <v:shape id="_x0000_i708070" type="#_x0000_t75" alt="学科网(www.zxxk.com)--教育资源门户，提供试卷、教案、课件、论文、素材以及各类教学资源下载，还有大量而丰富的教学相关资讯！" style="width:27.75pt;height:14.25pt" o:oleicon="f" o:ole="">
            <v:imagedata r:id="rId1498" o:title="eqIdb27f27cbb8185c1974d715ff95f8801c"/>
          </v:shape>
        </w:pict>
      </w:r>
      <w:r>
        <w:rPr>
          <w:rFonts w:ascii="宋体" w:eastAsia="宋体" w:hAnsi="宋体" w:cs="宋体"/>
          <w:color w:val="000000"/>
        </w:rPr>
        <w:t>时，原式</w:t>
      </w:r>
      <w:r>
        <w:pict>
          <v:shape id="_x0000_i708071" type="#_x0000_t75" alt="学科网(www.zxxk.com)--教育资源门户，提供试卷、教案、课件、论文、素材以及各类教学资源下载，还有大量而丰富的教学相关资讯！" style="width:105.8pt;height:14.2pt" o:oleicon="f" o:ole="">
            <v:imagedata r:id="rId1499" o:title="eqIdb3514a90dcbd80ddddd127c877750cd1"/>
          </v:shape>
        </w:pict>
      </w:r>
    </w:p>
    <w:p>
      <w:pPr>
        <w:spacing w:line="360" w:lineRule="auto"/>
        <w:jc w:val="left"/>
        <w:textAlignment w:val="center"/>
        <w:rPr>
          <w:color w:val="000000"/>
        </w:rPr>
      </w:pPr>
      <w:r>
        <w:rPr>
          <w:rFonts w:ascii="宋体" w:eastAsia="宋体" w:hAnsi="宋体" w:cs="宋体"/>
          <w:color w:val="000000"/>
        </w:rPr>
        <w:t>综上讨论，原式</w:t>
      </w:r>
      <w:r>
        <w:pict>
          <v:shape id="_x0000_i708072" type="#_x0000_t75" alt="学科网(www.zxxk.com)--教育资源门户，提供试卷、教案、课件、论文、素材以及各类教学资源下载，还有大量而丰富的教学相关资讯！" style="width:91pt;height:56.5pt" o:oleicon="f" o:ole="">
            <v:imagedata r:id="rId1500" o:title="eqIdd5016603046c84d5716f8ceda673b86c"/>
          </v:shape>
        </w:pict>
      </w:r>
    </w:p>
    <w:p>
      <w:pPr>
        <w:spacing w:line="360" w:lineRule="auto"/>
        <w:jc w:val="left"/>
        <w:textAlignment w:val="center"/>
        <w:rPr>
          <w:color w:val="000000"/>
        </w:rPr>
      </w:pPr>
      <w:r>
        <w:rPr>
          <w:rFonts w:ascii="宋体" w:eastAsia="宋体" w:hAnsi="宋体" w:cs="宋体"/>
          <w:color w:val="000000"/>
        </w:rPr>
        <w:t>通过以上阅读，请你解决以下问题：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）化简代数式</w:t>
      </w:r>
      <w:r>
        <w:pict>
          <v:shape id="_x0000_i708073" type="#_x0000_t75" alt="学科网(www.zxxk.com)--教育资源门户，提供试卷、教案、课件、论文、素材以及各类教学资源下载，还有大量而丰富的教学相关资讯！" style="width:74.25pt;height:16.5pt" o:oleicon="f" o:ole="">
            <v:imagedata r:id="rId1501" o:title="eqIde9caa4629a4387f3cb57704506f14ea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）求</w:t>
      </w:r>
      <w:r>
        <w:pict>
          <v:shape id="_x0000_i708074" type="#_x0000_t75" alt="学科网(www.zxxk.com)--教育资源门户，提供试卷、教案、课件、论文、素材以及各类教学资源下载，还有大量而丰富的教学相关资讯！" style="width:75.75pt;height:16.5pt" o:oleicon="f" o:ole="">
            <v:imagedata r:id="rId1502" o:title="eqId2c7f706c3316d7f7ef15a7932980d077"/>
          </v:shape>
        </w:pict>
      </w:r>
      <w:r>
        <w:rPr>
          <w:rFonts w:ascii="宋体" w:eastAsia="宋体" w:hAnsi="宋体" w:cs="宋体"/>
          <w:color w:val="000000"/>
        </w:rPr>
        <w:t>的最大值．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8075" type="#_x0000_t75" alt="学科网(www.zxxk.com)--教育资源门户，提供试卷、教案、课件、论文、素材以及各类教学资源下载，还有大量而丰富的教学相关资讯！" style="width:74.25pt;height:16.5pt" o:oleicon="f" o:ole="">
            <v:imagedata r:id="rId1503" o:title="eqIde9caa4629a4387f3cb57704506f14eab"/>
          </v:shape>
        </w:pict>
      </w:r>
      <w:r>
        <w:pict>
          <v:shape id="_x0000_i708076" type="#_x0000_t75" alt="学科网(www.zxxk.com)--教育资源门户，提供试卷、教案、课件、论文、素材以及各类教学资源下载，还有大量而丰富的教学相关资讯！" style="width:123pt;height:56.5pt" o:oleicon="f" o:ole="">
            <v:imagedata r:id="rId1504" o:title="eqId7f050bd9a4e6df61c8c3e783b85eed01"/>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）零点值</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宋体" w:eastAsia="宋体" w:hAnsi="宋体" w:cs="宋体"/>
          <w:color w:val="000000"/>
        </w:rPr>
        <w:t>可将全体实数分为不重复不遗漏的如下三种情况：</w:t>
      </w:r>
      <w:r>
        <w:pict>
          <v:shape id="_x0000_i708077" type="#_x0000_t75" alt="学科网(www.zxxk.com)--教育资源门户，提供试卷、教案、课件、论文、素材以及各类教学资源下载，还有大量而丰富的教学相关资讯！" style="width:36.6pt;height:14.4pt" o:oleicon="f" o:ole="">
            <v:imagedata r:id="rId1505" o:title="eqIdfd882fe096a6fd3586438c89e37871f9"/>
          </v:shape>
        </w:pict>
      </w:r>
      <w:r>
        <w:rPr>
          <w:rFonts w:ascii="宋体" w:eastAsia="宋体" w:hAnsi="宋体" w:cs="宋体"/>
          <w:color w:val="000000"/>
        </w:rPr>
        <w:t>、</w:t>
      </w:r>
      <w:r>
        <w:pict>
          <v:shape id="_x0000_i708078" type="#_x0000_t75" alt="学科网(www.zxxk.com)--教育资源门户，提供试卷、教案、课件、论文、素材以及各类教学资源下载，还有大量而丰富的教学相关资讯！" style="width:52pt;height:13.95pt" o:oleicon="f" o:ole="">
            <v:imagedata r:id="rId1506" o:title="eqIdcd5e63fa07bbfcc6d5b1b68716d8c731"/>
          </v:shape>
        </w:pict>
      </w:r>
      <w:r>
        <w:rPr>
          <w:rFonts w:ascii="宋体" w:eastAsia="宋体" w:hAnsi="宋体" w:cs="宋体"/>
          <w:color w:val="000000"/>
        </w:rPr>
        <w:t>、</w:t>
      </w:r>
      <w:r>
        <w:pict>
          <v:shape id="_x0000_i708079" type="#_x0000_t75" alt="学科网(www.zxxk.com)--教育资源门户，提供试卷、教案、课件、论文、素材以及各类教学资源下载，还有大量而丰富的教学相关资讯！" style="width:21.75pt;height:11.25pt" o:oleicon="f" o:ole="">
            <v:imagedata r:id="rId1507" o:title="eqId0935b0d5568370418871fa7a6c47162d"/>
          </v:shape>
        </w:pict>
      </w:r>
      <w:r>
        <w:rPr>
          <w:rFonts w:ascii="宋体" w:eastAsia="宋体" w:hAnsi="宋体" w:cs="宋体"/>
          <w:color w:val="000000"/>
        </w:rPr>
        <w:t>分该三种情况找出</w:t>
      </w:r>
      <w:r>
        <w:pict>
          <v:shape id="_x0000_i708080" type="#_x0000_t75" alt="学科网(www.zxxk.com)--教育资源门户，提供试卷、教案、课件、论文、素材以及各类教学资源下载，还有大量而丰富的教学相关资讯！" style="width:68.5pt;height:20.5pt" o:oleicon="f" o:ole="">
            <v:imagedata r:id="rId1508" o:title="eqId180dd22d8d2031d0f764f57a00515a41"/>
          </v:shape>
        </w:pic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w:t>
      </w:r>
      <w:r>
        <w:pict>
          <v:shape id="_x0000_i708081" type="#_x0000_t75" alt="学科网(www.zxxk.com)--教育资源门户，提供试卷、教案、课件、论文、素材以及各类教学资源下载，还有大量而丰富的教学相关资讯！" style="width:29.25pt;height:12.75pt" o:oleicon="f" o:ole="">
            <v:imagedata r:id="rId1509" o:title="eqId2e109d31afb394e01c438eaacb8fa3e0"/>
          </v:shape>
        </w:pict>
      </w:r>
      <w:r>
        <w:rPr>
          <w:rFonts w:ascii="宋体" w:eastAsia="宋体" w:hAnsi="宋体" w:cs="宋体"/>
          <w:color w:val="000000"/>
        </w:rPr>
        <w:t>、</w:t>
      </w:r>
      <w:r>
        <w:pict>
          <v:shape id="_x0000_i708082" type="#_x0000_t75" alt="学科网(www.zxxk.com)--教育资源门户，提供试卷、教案、课件、论文、素材以及各类教学资源下载，还有大量而丰富的教学相关资讯！" style="width:44.25pt;height:12.75pt" o:oleicon="f" o:ole="">
            <v:imagedata r:id="rId1510" o:title="eqId57b88e53e6ca674b4cb92ba78dddf989"/>
          </v:shape>
        </w:pict>
      </w:r>
      <w:r>
        <w:rPr>
          <w:rFonts w:ascii="宋体" w:eastAsia="宋体" w:hAnsi="宋体" w:cs="宋体"/>
          <w:color w:val="000000"/>
        </w:rPr>
        <w:t>、</w:t>
      </w:r>
      <w:r>
        <w:pict>
          <v:shape id="_x0000_i708083" type="#_x0000_t75" alt="学科网(www.zxxk.com)--教育资源门户，提供试卷、教案、课件、论文、素材以及各类教学资源下载，还有大量而丰富的教学相关资讯！" style="width:27pt;height:14.4pt" o:oleicon="f" o:ole="">
            <v:imagedata r:id="rId1511" o:title="eqIde2fb40a36a293471742ce75f6b9635b8"/>
          </v:shape>
        </w:pict>
      </w:r>
      <w:r>
        <w:rPr>
          <w:rFonts w:ascii="宋体" w:eastAsia="宋体" w:hAnsi="宋体" w:cs="宋体"/>
          <w:color w:val="000000"/>
        </w:rPr>
        <w:t>分别化简，结合</w:t>
      </w:r>
      <w:r>
        <w:rPr>
          <w:rFonts w:ascii="Times New Roman" w:eastAsia="Times New Roman" w:hAnsi="Times New Roman" w:cs="Times New Roman"/>
          <w:i/>
          <w:color w:val="000000"/>
        </w:rPr>
        <w:t>x</w:t>
      </w:r>
      <w:r>
        <w:rPr>
          <w:rFonts w:ascii="宋体" w:eastAsia="宋体" w:hAnsi="宋体" w:cs="宋体"/>
          <w:color w:val="000000"/>
        </w:rPr>
        <w:t>的取值范围确定代数式值的范围，从而求出代数式的最大值．</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）化简代数式：</w:t>
      </w:r>
      <w:r>
        <w:pict>
          <v:shape id="_x0000_i708084" type="#_x0000_t75" alt="学科网(www.zxxk.com)--教育资源门户，提供试卷、教案、课件、论文、素材以及各类教学资源下载，还有大量而丰富的教学相关资讯！" style="width:77.4pt;height:16.8pt" o:oleicon="f" o:ole="">
            <v:imagedata r:id="rId1512" o:title="eqId2c46f11f3c0c43823ded43dced366864"/>
          </v:shape>
        </w:pict>
      </w:r>
    </w:p>
    <w:p>
      <w:pPr>
        <w:spacing w:line="360" w:lineRule="auto"/>
        <w:jc w:val="left"/>
        <w:textAlignment w:val="center"/>
        <w:rPr>
          <w:color w:val="000000"/>
        </w:rPr>
      </w:pPr>
      <w:r>
        <w:rPr>
          <w:rFonts w:ascii="宋体" w:eastAsia="宋体" w:hAnsi="宋体" w:cs="宋体"/>
          <w:color w:val="000000"/>
        </w:rPr>
        <w:t>分为以下三种情况讨论：</w:t>
      </w:r>
    </w:p>
    <w:p>
      <w:pPr>
        <w:spacing w:line="360" w:lineRule="auto"/>
        <w:jc w:val="left"/>
        <w:textAlignment w:val="center"/>
        <w:rPr>
          <w:color w:val="000000"/>
        </w:rPr>
      </w:pPr>
      <w:r>
        <w:rPr>
          <w:rFonts w:ascii="宋体" w:eastAsia="宋体" w:hAnsi="宋体" w:cs="宋体"/>
          <w:color w:val="000000"/>
        </w:rPr>
        <w:t>当</w:t>
      </w:r>
      <w:r>
        <w:pict>
          <v:shape id="_x0000_i708085" type="#_x0000_t75" alt="学科网(www.zxxk.com)--教育资源门户，提供试卷、教案、课件、论文、素材以及各类教学资源下载，还有大量而丰富的教学相关资讯！" style="width:36.6pt;height:14.4pt" o:oleicon="f" o:ole="">
            <v:imagedata r:id="rId1513" o:title="eqIdfd882fe096a6fd3586438c89e37871f9"/>
          </v:shape>
        </w:pict>
      </w:r>
      <w:r>
        <w:rPr>
          <w:rFonts w:ascii="宋体" w:eastAsia="宋体" w:hAnsi="宋体" w:cs="宋体"/>
          <w:color w:val="000000"/>
        </w:rPr>
        <w:t>时，原式</w:t>
      </w:r>
      <w:r>
        <w:pict>
          <v:shape id="_x0000_i708086" type="#_x0000_t75" alt="学科网(www.zxxk.com)--教育资源门户，提供试卷、教案、课件、论文、素材以及各类教学资源下载，还有大量而丰富的教学相关资讯！" style="width:139.5pt;height:16.5pt" o:oleicon="f" o:ole="">
            <v:imagedata r:id="rId1514" o:title="eqId5a4eff7b562f4c0d5fcde98eec348a5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8087" type="#_x0000_t75" alt="学科网(www.zxxk.com)--教育资源门户，提供试卷、教案、课件、论文、素材以及各类教学资源下载，还有大量而丰富的教学相关资讯！" style="width:52pt;height:13.95pt" o:oleicon="f" o:ole="">
            <v:imagedata r:id="rId1515" o:title="eqIdcd5e63fa07bbfcc6d5b1b68716d8c731"/>
          </v:shape>
        </w:pict>
      </w:r>
      <w:r>
        <w:rPr>
          <w:rFonts w:ascii="宋体" w:eastAsia="宋体" w:hAnsi="宋体" w:cs="宋体"/>
          <w:color w:val="000000"/>
        </w:rPr>
        <w:t>时，原式</w:t>
      </w:r>
      <w:r>
        <w:pict>
          <v:shape id="_x0000_i708088" type="#_x0000_t75" alt="学科网(www.zxxk.com)--教育资源门户，提供试卷、教案、课件、论文、素材以及各类教学资源下载，还有大量而丰富的教学相关资讯！" style="width:103.5pt;height:16.5pt" o:oleicon="f" o:ole="">
            <v:imagedata r:id="rId1516" o:title="eqId4f710835ad15235c6f2f34bcb31475e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8089" type="#_x0000_t75" alt="学科网(www.zxxk.com)--教育资源门户，提供试卷、教案、课件、论文、素材以及各类教学资源下载，还有大量而丰富的教学相关资讯！" style="width:21.75pt;height:11.25pt" o:oleicon="f" o:ole="">
            <v:imagedata r:id="rId1517" o:title="eqId0935b0d5568370418871fa7a6c47162d"/>
          </v:shape>
        </w:pict>
      </w:r>
      <w:r>
        <w:rPr>
          <w:rFonts w:ascii="宋体" w:eastAsia="宋体" w:hAnsi="宋体" w:cs="宋体"/>
          <w:color w:val="000000"/>
        </w:rPr>
        <w:t>时，原式</w:t>
      </w:r>
      <w:r>
        <w:pict>
          <v:shape id="_x0000_i708090" type="#_x0000_t75" alt="学科网(www.zxxk.com)--教育资源门户，提供试卷、教案、课件、论文、素材以及各类教学资源下载，还有大量而丰富的教学相关资讯！" style="width:127.5pt;height:16.5pt" o:oleicon="f" o:ole="">
            <v:imagedata r:id="rId1518" o:title="eqId5cbf5b190b50ae5d7ebfce2a7f12be0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p>
    <w:p>
      <w:pPr>
        <w:spacing w:line="360" w:lineRule="auto"/>
        <w:jc w:val="left"/>
        <w:textAlignment w:val="center"/>
        <w:rPr>
          <w:color w:val="000000"/>
        </w:rPr>
      </w:pPr>
      <w:r>
        <w:rPr>
          <w:rFonts w:ascii="宋体" w:eastAsia="宋体" w:hAnsi="宋体" w:cs="宋体"/>
          <w:color w:val="000000"/>
        </w:rPr>
        <w:t>原式</w:t>
      </w:r>
      <w:r>
        <w:pict>
          <v:shape id="_x0000_i708091" type="#_x0000_t75" alt="学科网(www.zxxk.com)--教育资源门户，提供试卷、教案、课件、论文、素材以及各类教学资源下载，还有大量而丰富的教学相关资讯！" style="width:123pt;height:56.5pt" o:oleicon="f" o:ole="">
            <v:imagedata r:id="rId1519" o:title="eqId7f050bd9a4e6df61c8c3e783b85eed01"/>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pict>
          <v:shape id="_x0000_i708092" type="#_x0000_t75" alt="学科网(www.zxxk.com)--教育资源门户，提供试卷、教案、课件、论文、素材以及各类教学资源下载，还有大量而丰富的教学相关资讯！" style="width:29.25pt;height:12.75pt" o:oleicon="f" o:ole="">
            <v:imagedata r:id="rId1520" o:title="eqId2e109d31afb394e01c438eaacb8fa3e0"/>
          </v:shape>
        </w:pict>
      </w:r>
      <w:r>
        <w:rPr>
          <w:rFonts w:ascii="宋体" w:eastAsia="宋体" w:hAnsi="宋体" w:cs="宋体"/>
          <w:color w:val="000000"/>
        </w:rPr>
        <w:t>时，原式</w:t>
      </w:r>
      <w:r>
        <w:pict>
          <v:shape id="_x0000_i708093" type="#_x0000_t75" alt="学科网(www.zxxk.com)--教育资源门户，提供试卷、教案、课件、论文、素材以及各类教学资源下载，还有大量而丰富的教学相关资讯！" style="width:59.25pt;height:14.25pt" o:oleicon="f" o:ole="">
            <v:imagedata r:id="rId1521" o:title="eqIdb81c0151a52393693d4ab658999e417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8094" type="#_x0000_t75" alt="学科网(www.zxxk.com)--教育资源门户，提供试卷、教案、课件、论文、素材以及各类教学资源下载，还有大量而丰富的教学相关资讯！" style="width:44.25pt;height:12.75pt" o:oleicon="f" o:ole="">
            <v:imagedata r:id="rId1522" o:title="eqId57b88e53e6ca674b4cb92ba78dddf989"/>
          </v:shape>
        </w:pict>
      </w:r>
      <w:r>
        <w:rPr>
          <w:rFonts w:ascii="宋体" w:eastAsia="宋体" w:hAnsi="宋体" w:cs="宋体"/>
          <w:color w:val="000000"/>
        </w:rPr>
        <w:t>时，原式</w:t>
      </w:r>
      <w:r>
        <w:pict>
          <v:shape id="_x0000_i708095" type="#_x0000_t75" alt="学科网(www.zxxk.com)--教育资源门户，提供试卷、教案、课件、论文、素材以及各类教学资源下载，还有大量而丰富的教学相关资讯！" style="width:48pt;height:13.5pt" o:oleicon="f" o:ole="">
            <v:imagedata r:id="rId1523" o:title="eqId30d41c610ab946978ea467908962bfe0"/>
          </v:shape>
        </w:pict>
      </w:r>
      <w:r>
        <w:rPr>
          <w:rFonts w:ascii="宋体" w:eastAsia="宋体" w:hAnsi="宋体" w:cs="宋体"/>
          <w:color w:val="000000"/>
        </w:rPr>
        <w:t>，</w:t>
      </w:r>
      <w:r>
        <w:pict>
          <v:shape id="_x0000_i708096" type="#_x0000_t75" alt="学科网(www.zxxk.com)--教育资源门户，提供试卷、教案、课件、论文、素材以及各类教学资源下载，还有大量而丰富的教学相关资讯！" style="width:79.5pt;height:13.5pt" o:oleicon="f" o:ole="">
            <v:imagedata r:id="rId1524" o:title="eqId681a8845e4cad571c9755bbd2d047a9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8097" type="#_x0000_t75" alt="学科网(www.zxxk.com)--教育资源门户，提供试卷、教案、课件、论文、素材以及各类教学资源下载，还有大量而丰富的教学相关资讯！" style="width:27pt;height:14.4pt" o:oleicon="f" o:ole="">
            <v:imagedata r:id="rId1525" o:title="eqIde2fb40a36a293471742ce75f6b9635b8"/>
          </v:shape>
        </w:pict>
      </w:r>
      <w:r>
        <w:rPr>
          <w:rFonts w:ascii="宋体" w:eastAsia="宋体" w:hAnsi="宋体" w:cs="宋体"/>
          <w:color w:val="000000"/>
        </w:rPr>
        <w:t>时，原式</w:t>
      </w:r>
      <w:r>
        <w:pict>
          <v:shape id="_x0000_i708098" type="#_x0000_t75" alt="学科网(www.zxxk.com)--教育资源门户，提供试卷、教案、课件、论文、素材以及各类教学资源下载，还有大量而丰富的教学相关资讯！" style="width:1in;height:13.5pt" o:oleicon="f" o:ole="">
            <v:imagedata r:id="rId1526" o:title="eqIde0dc291003f2c7c4e78154dca65e999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则</w:t>
      </w:r>
      <w:r>
        <w:pict>
          <v:shape id="_x0000_i708099" type="#_x0000_t75" alt="学科网(www.zxxk.com)--教育资源门户，提供试卷、教案、课件、论文、素材以及各类教学资源下载，还有大量而丰富的教学相关资讯！" style="width:78pt;height:16.5pt" o:oleicon="f" o:ole="">
            <v:imagedata r:id="rId1527" o:title="eqIde8ef7de885dd257d9ac9cb4018217b24"/>
          </v:shape>
        </w:pict>
      </w:r>
      <w:r>
        <w:rPr>
          <w:rFonts w:ascii="宋体" w:eastAsia="宋体" w:hAnsi="宋体" w:cs="宋体"/>
          <w:color w:val="000000"/>
        </w:rPr>
        <w:t>的最大值为</w:t>
      </w:r>
      <w:r>
        <w:pict>
          <v:shape id="_x0000_i708100" type="#_x0000_t75" alt="学科网(www.zxxk.com)--教育资源门户，提供试卷、教案、课件、论文、素材以及各类教学资源下载，还有大量而丰富的教学相关资讯！" style="width:9.75pt;height:12.75pt" o:oleicon="f" o:ole="">
            <v:imagedata r:id="rId1528" o:title="eqId61128ab996360a038e6e64d82fcba004"/>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363"/>
          <w:footerReference w:type="even" r:id="rId364"/>
          <w:headerReference w:type="first" r:id="rId365"/>
          <w:footerReference w:type="first" r:id="rId366"/>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本题考查了含绝对值的代数式化简问题，注意读懂题目的解答，以及分类思想的运用．</w:t>
      </w:r>
    </w:p>
    <w:p>
      <w:pPr>
        <w:pStyle w:val="Heading2"/>
      </w:pPr>
      <w:r>
        <w:t>西城区第十三中学分校</w:t>
      </w:r>
    </w:p>
    <w:p>
      <w:pPr>
        <w:spacing w:line="360" w:lineRule="auto"/>
        <w:jc w:val="left"/>
        <w:textAlignment w:val="center"/>
        <w:rPr>
          <w:color w:val="000000"/>
        </w:rPr>
      </w:pPr>
      <w:r>
        <w:rPr>
          <w:color w:val="000000"/>
        </w:rPr>
        <w:t xml:space="preserve">24. </w:t>
      </w:r>
      <w:r>
        <w:rPr>
          <w:rFonts w:ascii="宋体" w:eastAsia="宋体" w:hAnsi="宋体" w:cs="宋体"/>
          <w:color w:val="000000"/>
        </w:rPr>
        <w:t>如图数轴上有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两点，分别表示的数为－</w:t>
      </w:r>
      <w:r>
        <w:rPr>
          <w:rFonts w:ascii="Times New Roman" w:eastAsia="Times New Roman" w:hAnsi="Times New Roman" w:cs="Times New Roman"/>
          <w:color w:val="000000"/>
        </w:rPr>
        <w:t>50</w:t>
      </w:r>
      <w:r>
        <w:rPr>
          <w:rFonts w:ascii="宋体" w:eastAsia="宋体" w:hAnsi="宋体" w:cs="宋体"/>
          <w:color w:val="000000"/>
        </w:rPr>
        <w:t>和</w:t>
      </w:r>
      <w:r>
        <w:rPr>
          <w:rFonts w:ascii="Times New Roman" w:eastAsia="Times New Roman" w:hAnsi="Times New Roman" w:cs="Times New Roman"/>
          <w:color w:val="000000"/>
        </w:rPr>
        <w:t>70</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以每秒</w:t>
      </w:r>
      <w:r>
        <w:rPr>
          <w:rFonts w:ascii="Times New Roman" w:eastAsia="Times New Roman" w:hAnsi="Times New Roman" w:cs="Times New Roman"/>
          <w:color w:val="000000"/>
        </w:rPr>
        <w:t>3</w:t>
      </w:r>
      <w:r>
        <w:rPr>
          <w:rFonts w:ascii="宋体" w:eastAsia="宋体" w:hAnsi="宋体" w:cs="宋体"/>
          <w:color w:val="000000"/>
        </w:rPr>
        <w:t>个单位长度的速度沿数轴向右匀速运动，同时点</w:t>
      </w:r>
      <w:r>
        <w:rPr>
          <w:rFonts w:ascii="Times New Roman" w:eastAsia="Times New Roman" w:hAnsi="Times New Roman" w:cs="Times New Roman"/>
          <w:i/>
          <w:color w:val="000000"/>
        </w:rPr>
        <w:t>B</w: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个单位长度向左匀速运动．设运动时间为</w:t>
      </w:r>
      <w:r>
        <w:rPr>
          <w:rFonts w:ascii="Times New Roman" w:eastAsia="Times New Roman" w:hAnsi="Times New Roman" w:cs="Times New Roman"/>
          <w:i/>
          <w:color w:val="000000"/>
        </w:rPr>
        <w:t>t</w:t>
      </w:r>
      <w:r>
        <w:rPr>
          <w:rFonts w:ascii="宋体" w:eastAsia="宋体" w:hAnsi="宋体" w:cs="宋体"/>
          <w:color w:val="000000"/>
        </w:rPr>
        <w:t>秒（</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 xml:space="preserve">）． </w:t>
      </w:r>
    </w:p>
    <w:p>
      <w:pPr>
        <w:spacing w:line="360" w:lineRule="auto"/>
        <w:jc w:val="left"/>
        <w:textAlignment w:val="center"/>
        <w:rPr>
          <w:color w:val="000000"/>
        </w:rPr>
      </w:pPr>
      <w:r>
        <w:rPr>
          <w:color w:val="000000"/>
        </w:rPr>
        <w:drawing>
          <wp:inline>
            <wp:extent cx="2314575" cy="581025"/>
            <wp:docPr id="28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2" name=""/>
                    <pic:cNvPicPr>
                      <a:picLocks noChangeAspect="1"/>
                    </pic:cNvPicPr>
                  </pic:nvPicPr>
                  <pic:blipFill>
                    <a:blip r:embed="rId1529"/>
                    <a:stretch>
                      <a:fillRect/>
                    </a:stretch>
                  </pic:blipFill>
                  <pic:spPr>
                    <a:xfrm>
                      <a:off x="0" y="0"/>
                      <a:ext cx="2314575" cy="5810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）运动开始前，</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两点的距离为</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）它们按上述方式运动，</w:t>
      </w:r>
      <w:r>
        <w:rPr>
          <w:rFonts w:ascii="Times New Roman" w:eastAsia="Times New Roman" w:hAnsi="Times New Roman" w:cs="Times New Roman"/>
          <w:i/>
          <w:color w:val="000000"/>
        </w:rPr>
        <w:t>t</w:t>
      </w:r>
      <w:r>
        <w:rPr>
          <w:rFonts w:ascii="宋体" w:eastAsia="宋体" w:hAnsi="宋体" w:cs="宋体"/>
          <w:color w:val="000000"/>
        </w:rPr>
        <w:t>秒后</w:t>
      </w:r>
      <w:r>
        <w:rPr>
          <w:rFonts w:ascii="Times New Roman" w:eastAsia="Times New Roman" w:hAnsi="Times New Roman" w:cs="Times New Roman"/>
          <w:i/>
          <w:color w:val="000000"/>
        </w:rPr>
        <w:t>A</w:t>
      </w:r>
      <w:r>
        <w:rPr>
          <w:rFonts w:ascii="宋体" w:eastAsia="宋体" w:hAnsi="宋体" w:cs="宋体"/>
          <w:color w:val="000000"/>
        </w:rPr>
        <w:t>点表示的数为</w:t>
      </w:r>
      <w:r>
        <w:rPr>
          <w:rFonts w:ascii="宋体" w:eastAsia="宋体" w:hAnsi="宋体" w:cs="宋体"/>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点所表示的数为</w:t>
      </w:r>
      <w:r>
        <w:rPr>
          <w:rFonts w:ascii="宋体" w:eastAsia="宋体" w:hAnsi="宋体" w:cs="宋体"/>
          <w:color w:val="000000"/>
          <w:u w:val="single"/>
        </w:rPr>
        <w:t xml:space="preserve">       </w:t>
      </w:r>
      <w:r>
        <w:rPr>
          <w:rFonts w:ascii="宋体" w:eastAsia="宋体" w:hAnsi="宋体" w:cs="宋体"/>
          <w:color w:val="000000"/>
        </w:rPr>
        <w:t>；（用含</w:t>
      </w:r>
      <w:r>
        <w:rPr>
          <w:rFonts w:ascii="Times New Roman" w:eastAsia="Times New Roman" w:hAnsi="Times New Roman" w:cs="Times New Roman"/>
          <w:i/>
          <w:color w:val="000000"/>
        </w:rPr>
        <w:t>t</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）它们按上述方式运动至两点相遇，则相遇点所表示的数为</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8101" type="#_x0000_t75" alt="学科网(www.zxxk.com)--教育资源门户，提供试卷、教案、课件、论文、素材以及各类教学资源下载，还有大量而丰富的教学相关资讯！" style="width:42pt;height:14pt" o:oleicon="f" o:ole="">
            <v:imagedata r:id="rId1530" o:title="eqId6601cda55e0e80f7956df501399d1c69"/>
          </v:shape>
        </w:pict>
      </w:r>
      <w:r>
        <w:rPr>
          <w:rFonts w:ascii="宋体" w:eastAsia="宋体" w:hAnsi="宋体" w:cs="宋体"/>
          <w:color w:val="000000"/>
        </w:rPr>
        <w:t>，</w:t>
      </w:r>
      <w:r>
        <w:pict>
          <v:shape id="_x0000_i708102" type="#_x0000_t75" alt="学科网(www.zxxk.com)--教育资源门户，提供试卷、教案、课件、论文、素材以及各类教学资源下载，还有大量而丰富的教学相关资讯！" style="width:36pt;height:14pt" o:oleicon="f" o:ole="">
            <v:imagedata r:id="rId1531" o:title="eqIdccc9a47004e8bff7a9ac74ac2a03de97"/>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）用</w:t>
      </w:r>
      <w:r>
        <w:rPr>
          <w:rFonts w:ascii="Times New Roman" w:eastAsia="Times New Roman" w:hAnsi="Times New Roman" w:cs="Times New Roman"/>
          <w:color w:val="000000"/>
        </w:rPr>
        <w:t>70</w:t>
      </w:r>
      <w:r>
        <w:rPr>
          <w:rFonts w:ascii="宋体" w:eastAsia="宋体" w:hAnsi="宋体" w:cs="宋体"/>
          <w:color w:val="000000"/>
        </w:rPr>
        <w:t>减去</w:t>
      </w:r>
      <w:r>
        <w:rPr>
          <w:rFonts w:ascii="Times New Roman" w:eastAsia="Times New Roman" w:hAnsi="Times New Roman" w:cs="Times New Roman"/>
          <w:color w:val="000000"/>
        </w:rPr>
        <w:t>-50</w:t>
      </w:r>
      <w:r>
        <w:rPr>
          <w:rFonts w:ascii="宋体" w:eastAsia="宋体" w:hAnsi="宋体" w:cs="宋体"/>
          <w:color w:val="000000"/>
        </w:rPr>
        <w:t>即可求得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）根据运动方向和数轴的方向，路程等于速度乘以时间，即可求得</w:t>
      </w:r>
      <w:r>
        <w:rPr>
          <w:rFonts w:ascii="Times New Roman" w:eastAsia="Times New Roman" w:hAnsi="Times New Roman" w:cs="Times New Roman"/>
          <w:i/>
          <w:color w:val="000000"/>
        </w:rPr>
        <w:t>t</w:t>
      </w:r>
      <w:r>
        <w:rPr>
          <w:rFonts w:ascii="宋体" w:eastAsia="宋体" w:hAnsi="宋体" w:cs="宋体"/>
          <w:color w:val="000000"/>
        </w:rPr>
        <w:t>秒后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点表示的数；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w:t>
      </w:r>
      <w:r>
        <w:rPr>
          <w:rFonts w:ascii="Times New Roman" w:eastAsia="Times New Roman" w:hAnsi="Times New Roman" w:cs="Times New Roman"/>
          <w:color w:val="000000"/>
        </w:rPr>
        <w:t>2</w:t>
      </w:r>
      <w:r>
        <w:rPr>
          <w:rFonts w:ascii="宋体" w:eastAsia="宋体" w:hAnsi="宋体" w:cs="宋体"/>
          <w:color w:val="000000"/>
        </w:rPr>
        <w:t>）的结论，相遇时两点表示的数相等，据此列出一元一次方程解方程求解即可，进而求得相遇点所表示的数</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两点，分别表示的数为－</w:t>
      </w:r>
      <w:r>
        <w:rPr>
          <w:rFonts w:ascii="Times New Roman" w:eastAsia="Times New Roman" w:hAnsi="Times New Roman" w:cs="Times New Roman"/>
          <w:color w:val="000000"/>
        </w:rPr>
        <w:t>50</w:t>
      </w:r>
      <w:r>
        <w:rPr>
          <w:rFonts w:ascii="宋体" w:eastAsia="宋体" w:hAnsi="宋体" w:cs="宋体"/>
          <w:color w:val="000000"/>
        </w:rPr>
        <w:t>和</w:t>
      </w:r>
      <w:r>
        <w:rPr>
          <w:rFonts w:ascii="Times New Roman" w:eastAsia="Times New Roman" w:hAnsi="Times New Roman" w:cs="Times New Roman"/>
          <w:color w:val="000000"/>
        </w:rPr>
        <w:t>70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∴运动开始前，</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两点的距离为</w:t>
      </w:r>
      <w:r>
        <w:pict>
          <v:shape id="_x0000_i708103" type="#_x0000_t75" alt="学科网(www.zxxk.com)--教育资源门户，提供试卷、教案、课件、论文、素材以及各类教学资源下载，还有大量而丰富的教学相关资讯！" style="width:81.9pt;height:20.1pt" o:oleicon="f" o:ole="">
            <v:imagedata r:id="rId1532" o:title="eqIdfd8f80f697526d62305cfcd68dc27fb3"/>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120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8104" type="#_x0000_t75" alt="学科网(www.zxxk.com)--教育资源门户，提供试卷、教案、课件、论文、素材以及各类教学资源下载，还有大量而丰富的教学相关资讯！" style="width:9.75pt;height:8.25pt" o:oleicon="f" o:ole="">
            <v:imagedata r:id="rId1533" o:title="eqId16f3d198e76391779fa3badc848c8ac8"/>
          </v:shape>
        </w:pic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以每秒</w:t>
      </w:r>
      <w:r>
        <w:rPr>
          <w:rFonts w:ascii="Times New Roman" w:eastAsia="Times New Roman" w:hAnsi="Times New Roman" w:cs="Times New Roman"/>
          <w:color w:val="000000"/>
        </w:rPr>
        <w:t>3</w:t>
      </w:r>
      <w:r>
        <w:rPr>
          <w:rFonts w:ascii="宋体" w:eastAsia="宋体" w:hAnsi="宋体" w:cs="宋体"/>
          <w:color w:val="000000"/>
        </w:rPr>
        <w:t>个单位长度的速度沿数轴向右匀速运动，同时点</w:t>
      </w:r>
      <w:r>
        <w:rPr>
          <w:rFonts w:ascii="Times New Roman" w:eastAsia="Times New Roman" w:hAnsi="Times New Roman" w:cs="Times New Roman"/>
          <w:i/>
          <w:color w:val="000000"/>
        </w:rPr>
        <w:t>B</w: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个单位长度向左匀速运动</w:t>
      </w:r>
    </w:p>
    <w:p>
      <w:pPr>
        <w:spacing w:line="360" w:lineRule="auto"/>
        <w:jc w:val="left"/>
        <w:textAlignment w:val="center"/>
        <w:rPr>
          <w:color w:val="000000"/>
        </w:rPr>
      </w:pPr>
      <w:r>
        <w:pict>
          <v:shape id="_x0000_i708105" type="#_x0000_t75" alt="学科网(www.zxxk.com)--教育资源门户，提供试卷、教案、课件、论文、素材以及各类教学资源下载，还有大量而丰富的教学相关资讯！" style="width:9.75pt;height:9pt" o:oleicon="f" o:ole="">
            <v:imagedata r:id="rId1535" o:title="eqId2de0d10ef8b748d4531250c37c5d3f9e"/>
          </v:shape>
        </w:pict>
      </w:r>
      <w:r>
        <w:rPr>
          <w:rFonts w:ascii="Times New Roman" w:eastAsia="Times New Roman" w:hAnsi="Times New Roman" w:cs="Times New Roman"/>
          <w:i/>
          <w:color w:val="000000"/>
        </w:rPr>
        <w:t xml:space="preserve"> t</w:t>
      </w:r>
      <w:r>
        <w:rPr>
          <w:rFonts w:ascii="宋体" w:eastAsia="宋体" w:hAnsi="宋体" w:cs="宋体"/>
          <w:color w:val="000000"/>
        </w:rPr>
        <w:t>秒后</w:t>
      </w:r>
      <w:r>
        <w:rPr>
          <w:rFonts w:ascii="Times New Roman" w:eastAsia="Times New Roman" w:hAnsi="Times New Roman" w:cs="Times New Roman"/>
          <w:i/>
          <w:color w:val="000000"/>
        </w:rPr>
        <w:t>A</w:t>
      </w:r>
      <w:r>
        <w:rPr>
          <w:rFonts w:ascii="宋体" w:eastAsia="宋体" w:hAnsi="宋体" w:cs="宋体"/>
          <w:color w:val="000000"/>
        </w:rPr>
        <w:t>点表示</w:t>
      </w:r>
      <w:r>
        <w:rPr>
          <w:rFonts w:ascii="宋体" w:eastAsia="宋体" w:hAnsi="宋体" w:cs="宋体"/>
          <w:color w:val="000000"/>
          <w:position w:val="0"/>
        </w:rPr>
        <w:drawing>
          <wp:inline>
            <wp:extent cx="133350" cy="177800"/>
            <wp:docPr id="286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 name=""/>
                    <pic:cNvPicPr>
                      <a:picLocks noChangeAspect="1"/>
                    </pic:cNvPicPr>
                  </pic:nvPicPr>
                  <pic:blipFill>
                    <a:blip r:embed="rId153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pict>
          <v:shape id="_x0000_i708106" type="#_x0000_t75" alt="学科网(www.zxxk.com)--教育资源门户，提供试卷、教案、课件、论文、素材以及各类教学资源下载，还有大量而丰富的教学相关资讯！" style="width:42pt;height:14pt" o:oleicon="f" o:ole="">
            <v:imagedata r:id="rId1536" o:title="eqId6601cda55e0e80f7956df501399d1c69"/>
          </v:shape>
        </w:pic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点所表示的数为</w:t>
      </w:r>
      <w:r>
        <w:pict>
          <v:shape id="_x0000_i708107" type="#_x0000_t75" alt="学科网(www.zxxk.com)--教育资源门户，提供试卷、教案、课件、论文、素材以及各类教学资源下载，还有大量而丰富的教学相关资讯！" style="width:36pt;height:14pt" o:oleicon="f" o:ole="">
            <v:imagedata r:id="rId1537" o:title="eqIdccc9a47004e8bff7a9ac74ac2a03de97"/>
          </v:shape>
        </w:pict>
      </w:r>
    </w:p>
    <w:p>
      <w:pPr>
        <w:spacing w:line="360" w:lineRule="auto"/>
        <w:jc w:val="left"/>
        <w:textAlignment w:val="center"/>
        <w:rPr>
          <w:color w:val="000000"/>
        </w:rPr>
      </w:pPr>
      <w:r>
        <w:rPr>
          <w:rFonts w:ascii="宋体" w:eastAsia="宋体" w:hAnsi="宋体" w:cs="宋体"/>
          <w:color w:val="000000"/>
        </w:rPr>
        <w:t>故答案为：</w:t>
      </w:r>
      <w:r>
        <w:pict>
          <v:shape id="_x0000_i708108" type="#_x0000_t75" alt="学科网(www.zxxk.com)--教育资源门户，提供试卷、教案、课件、论文、素材以及各类教学资源下载，还有大量而丰富的教学相关资讯！" style="width:42pt;height:14pt" o:oleicon="f" o:ole="">
            <v:imagedata r:id="rId1538" o:title="eqId6601cda55e0e80f7956df501399d1c69"/>
          </v:shape>
        </w:pict>
      </w:r>
      <w:r>
        <w:rPr>
          <w:rFonts w:ascii="宋体" w:eastAsia="宋体" w:hAnsi="宋体" w:cs="宋体"/>
          <w:color w:val="000000"/>
        </w:rPr>
        <w:t>，</w:t>
      </w:r>
      <w:r>
        <w:pict>
          <v:shape id="_x0000_i708109" type="#_x0000_t75" alt="学科网(www.zxxk.com)--教育资源门户，提供试卷、教案、课件、论文、素材以及各类教学资源下载，还有大量而丰富的教学相关资讯！" style="width:36pt;height:14pt" o:oleicon="f" o:ole="">
            <v:imagedata r:id="rId1539" o:title="eqIdccc9a47004e8bff7a9ac74ac2a03de97"/>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w:t>
      </w:r>
      <w:r>
        <w:pict>
          <v:shape id="_x0000_i708110" type="#_x0000_t75" alt="学科网(www.zxxk.com)--教育资源门户，提供试卷、教案、课件、论文、素材以及各类教学资源下载，还有大量而丰富的教学相关资讯！" style="width:42pt;height:14pt" o:oleicon="f" o:ole="">
            <v:imagedata r:id="rId1540" o:title="eqId6601cda55e0e80f7956df501399d1c69"/>
          </v:shape>
        </w:pict>
      </w:r>
      <w:r>
        <w:pict>
          <v:shape id="_x0000_i708111" type="#_x0000_t75" alt="学科网(www.zxxk.com)--教育资源门户，提供试卷、教案、课件、论文、素材以及各类教学资源下载，还有大量而丰富的教学相关资讯！" style="width:10pt;height:9pt" o:oleicon="f" o:ole="">
            <v:imagedata r:id="rId1541" o:title="eqId6706fe00b4e231e62d9ecbec567d526b"/>
          </v:shape>
        </w:pict>
      </w:r>
      <w:r>
        <w:pict>
          <v:shape id="_x0000_i708112" type="#_x0000_t75" alt="学科网(www.zxxk.com)--教育资源门户，提供试卷、教案、课件、论文、素材以及各类教学资源下载，还有大量而丰富的教学相关资讯！" style="width:36pt;height:14pt" o:oleicon="f" o:ole="">
            <v:imagedata r:id="rId1542" o:title="eqIdccc9a47004e8bff7a9ac74ac2a03de97"/>
          </v:shape>
        </w:pict>
      </w:r>
    </w:p>
    <w:p>
      <w:pPr>
        <w:spacing w:line="360" w:lineRule="auto"/>
        <w:jc w:val="left"/>
        <w:textAlignment w:val="center"/>
        <w:rPr>
          <w:color w:val="000000"/>
        </w:rPr>
      </w:pPr>
      <w:r>
        <w:rPr>
          <w:rFonts w:ascii="宋体" w:eastAsia="宋体" w:hAnsi="宋体" w:cs="宋体"/>
          <w:color w:val="000000"/>
        </w:rPr>
        <w:t>解得</w:t>
      </w:r>
      <w:r>
        <w:pict>
          <v:shape id="_x0000_i708113" type="#_x0000_t75" alt="学科网(www.zxxk.com)--教育资源门户，提供试卷、教案、课件、论文、素材以及各类教学资源下载，还有大量而丰富的教学相关资讯！" style="width:31.8pt;height:13.8pt" o:oleicon="f" o:ole="">
            <v:imagedata r:id="rId1543" o:title="eqIda449268cd146b0b874e1c7f32198e537"/>
          </v:shape>
        </w:pict>
      </w:r>
    </w:p>
    <w:p>
      <w:pPr>
        <w:spacing w:line="360" w:lineRule="auto"/>
        <w:jc w:val="left"/>
        <w:textAlignment w:val="center"/>
        <w:rPr>
          <w:color w:val="000000"/>
        </w:rPr>
      </w:pPr>
      <w:r>
        <w:pict>
          <v:shape id="_x0000_i708114" type="#_x0000_t75" alt="学科网(www.zxxk.com)--教育资源门户，提供试卷、教案、课件、论文、素材以及各类教学资源下载，还有大量而丰富的教学相关资讯！" style="width:80.1pt;height:14.1pt" o:oleicon="f" o:ole="">
            <v:imagedata r:id="rId1544" o:title="eqIda01326410891084e1b9f0330367cf7dc"/>
          </v:shape>
        </w:pict>
      </w:r>
    </w:p>
    <w:p>
      <w:pPr>
        <w:spacing w:line="360" w:lineRule="auto"/>
        <w:jc w:val="left"/>
        <w:textAlignment w:val="center"/>
        <w:rPr>
          <w:color w:val="000000"/>
        </w:rPr>
      </w:pPr>
      <w:r>
        <w:rPr>
          <w:rFonts w:ascii="宋体" w:eastAsia="宋体" w:hAnsi="宋体" w:cs="宋体"/>
          <w:color w:val="000000"/>
        </w:rPr>
        <w:t>故答案为：</w:t>
      </w:r>
      <w:r>
        <w:pict>
          <v:shape id="_x0000_i708115" type="#_x0000_t75" alt="学科网(www.zxxk.com)--教育资源门户，提供试卷、教案、课件、论文、素材以及各类教学资源下载，还有大量而丰富的教学相关资讯！" style="width:16pt;height:13pt" o:oleicon="f" o:ole="">
            <v:imagedata r:id="rId1545" o:title="eqIdf76fba0fe83cf0aa9a68210591cac1a0"/>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本题考查了一元一次方程的应用，数轴上两点距离，数轴上动点问题，数形结合是解题的关键．</w:t>
      </w:r>
    </w:p>
    <w:p>
      <w:pPr>
        <w:spacing w:line="360" w:lineRule="auto"/>
        <w:jc w:val="left"/>
        <w:textAlignment w:val="center"/>
        <w:rPr>
          <w:color w:val="000000"/>
        </w:rPr>
      </w:pPr>
      <w:r>
        <w:rPr>
          <w:color w:val="000000"/>
        </w:rPr>
        <w:t xml:space="preserve">25. </w:t>
      </w:r>
      <w:r>
        <w:rPr>
          <w:rFonts w:ascii="宋体" w:eastAsia="宋体" w:hAnsi="宋体" w:cs="宋体"/>
          <w:color w:val="000000"/>
        </w:rPr>
        <w:t>对于有理数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，则称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i/>
          <w:color w:val="000000"/>
        </w:rPr>
        <w:t>b</w:t>
      </w:r>
      <w:r>
        <w:rPr>
          <w:rFonts w:ascii="宋体" w:eastAsia="宋体" w:hAnsi="宋体" w:cs="宋体"/>
          <w:color w:val="000000"/>
        </w:rPr>
        <w:t>关于</w:t>
      </w:r>
      <w:r>
        <w:rPr>
          <w:rFonts w:ascii="Times New Roman" w:eastAsia="Times New Roman" w:hAnsi="Times New Roman" w:cs="Times New Roman"/>
          <w:i/>
          <w:color w:val="000000"/>
        </w:rPr>
        <w:t>n</w:t>
      </w:r>
      <w:r>
        <w:rPr>
          <w:rFonts w:ascii="宋体" w:eastAsia="宋体" w:hAnsi="宋体" w:cs="宋体"/>
          <w:color w:val="000000"/>
        </w:rPr>
        <w:t>的“相对关系值”为</w:t>
      </w:r>
      <w:r>
        <w:rPr>
          <w:rFonts w:ascii="Times New Roman" w:eastAsia="Times New Roman" w:hAnsi="Times New Roman" w:cs="Times New Roman"/>
          <w:i/>
          <w:color w:val="000000"/>
        </w:rPr>
        <w:t>d</w:t>
      </w:r>
      <w:r>
        <w:rPr>
          <w:rFonts w:ascii="宋体" w:eastAsia="宋体" w:hAnsi="宋体" w:cs="宋体"/>
          <w:color w:val="000000"/>
        </w:rPr>
        <w:t>，例如，</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4</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关于</w:t>
      </w:r>
      <w:r>
        <w:rPr>
          <w:rFonts w:ascii="Times New Roman" w:eastAsia="Times New Roman" w:hAnsi="Times New Roman" w:cs="Times New Roman"/>
          <w:color w:val="000000"/>
        </w:rPr>
        <w:t>2</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关于</w:t>
      </w:r>
      <w:r>
        <w:rPr>
          <w:rFonts w:ascii="Times New Roman" w:eastAsia="Times New Roman" w:hAnsi="Times New Roman" w:cs="Times New Roman"/>
          <w:color w:val="000000"/>
        </w:rPr>
        <w:t>3</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和</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21</w:t>
      </w:r>
      <w:r>
        <w:rPr>
          <w:rFonts w:ascii="宋体" w:eastAsia="宋体" w:hAnsi="宋体" w:cs="宋体"/>
          <w:color w:val="000000"/>
        </w:rPr>
        <w:t>关于</w:t>
      </w:r>
      <w:r>
        <w:rPr>
          <w:rFonts w:ascii="Times New Roman" w:eastAsia="Times New Roman" w:hAnsi="Times New Roman" w:cs="Times New Roman"/>
          <w:color w:val="000000"/>
        </w:rPr>
        <w:t>21</w:t>
      </w:r>
      <w:r>
        <w:rPr>
          <w:rFonts w:ascii="宋体" w:eastAsia="宋体" w:hAnsi="宋体" w:cs="宋体"/>
          <w:color w:val="000000"/>
        </w:rPr>
        <w:t>的“相对关系值”为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①</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的最大值为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的值为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（用含</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的式子表示）．</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的值为</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①3</w:t>
      </w:r>
      <w:r>
        <w:rPr>
          <w:rFonts w:ascii="宋体" w:eastAsia="宋体" w:hAnsi="宋体" w:cs="宋体"/>
          <w:color w:val="000000"/>
        </w:rPr>
        <w:t>；</w:t>
      </w:r>
      <w:r>
        <w:rPr>
          <w:rFonts w:ascii="Times New Roman" w:eastAsia="Times New Roman" w:hAnsi="Times New Roman" w:cs="Times New Roman"/>
          <w:color w:val="000000"/>
        </w:rPr>
        <w:t>②20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+210</w:t>
      </w:r>
      <w:r>
        <w:rPr>
          <w:rFonts w:ascii="宋体" w:eastAsia="宋体" w:hAnsi="宋体" w:cs="宋体"/>
          <w:color w:val="000000"/>
        </w:rPr>
        <w:t>或</w:t>
      </w:r>
      <w:r>
        <w:rPr>
          <w:rFonts w:ascii="Times New Roman" w:eastAsia="Times New Roman" w:hAnsi="Times New Roman" w:cs="Times New Roman"/>
          <w:color w:val="000000"/>
        </w:rPr>
        <w:t>250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）根据新定义列式计算便可；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）根据新定义列出方程进行解答便可；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根据题意列出方程</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，再分别四种情况：</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；根据绝对值的性质，把绝对值方程转化为常规方程进行解答便可；</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先根据已知条件求出</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的取值范围，再根据绝对值的性质求得</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与</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的关系，便可求得结果．</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）由“相对关系值”的意义可得，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和</w:t>
      </w:r>
      <w:r>
        <w:rPr>
          <w:rFonts w:ascii="Times New Roman" w:eastAsia="Times New Roman" w:hAnsi="Times New Roman" w:cs="Times New Roman"/>
          <w:color w:val="000000"/>
        </w:rPr>
        <w:t>5</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关于</w:t>
      </w:r>
      <w:r>
        <w:rPr>
          <w:rFonts w:ascii="Times New Roman" w:eastAsia="Times New Roman" w:hAnsi="Times New Roman" w:cs="Times New Roman"/>
          <w:color w:val="000000"/>
        </w:rPr>
        <w:t>1</w:t>
      </w:r>
      <w:r>
        <w:rPr>
          <w:rFonts w:ascii="宋体" w:eastAsia="宋体" w:hAnsi="宋体" w:cs="宋体"/>
          <w:color w:val="000000"/>
        </w:rPr>
        <w:t>的“相对关系值”为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w:t>
      </w:r>
      <w:r>
        <w:rPr>
          <w:rFonts w:ascii="Times New Roman" w:eastAsia="Times New Roman" w:hAnsi="Times New Roman" w:cs="Times New Roman"/>
          <w:i/>
          <w:color w:val="000000"/>
        </w:rPr>
        <w:t>a</w:t>
      </w:r>
      <w:r>
        <w:rPr>
          <w:rFonts w:ascii="宋体" w:eastAsia="宋体" w:hAnsi="宋体" w:cs="宋体"/>
          <w:color w:val="000000"/>
          <w:position w:val="0"/>
        </w:rPr>
        <w:drawing>
          <wp:inline>
            <wp:extent cx="133350" cy="177800"/>
            <wp:docPr id="286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 name=""/>
                    <pic:cNvPicPr>
                      <a:picLocks noChangeAspect="1"/>
                    </pic:cNvPicPr>
                  </pic:nvPicPr>
                  <pic:blipFill>
                    <a:blip r:embed="rId154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值为</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根据题意得，</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分别四种情况：</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时，有</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时，有</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，得</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时，有</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，得</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时，有</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，则</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由上可知，</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的最大值为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19</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19</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19</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，即</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，即</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同理可得：</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19</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19</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+3+</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1+2+3+</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pict>
          <v:shape id="_x0000_i708116" type="#_x0000_t75" alt="学科网(www.zxxk.com)--教育资源门户，提供试卷、教案、课件、论文、素材以及各类教学资源下载，还有大量而丰富的教学相关资讯！" style="width:15pt;height:27pt" o:oleicon="f" o:ole="">
            <v:imagedata r:id="rId1547" o:title="eqId6eaece88a579d0c553062a43a69a6170"/>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+210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w:t>
      </w:r>
    </w:p>
    <w:p>
      <w:pPr>
        <w:spacing w:line="360" w:lineRule="auto"/>
        <w:jc w:val="left"/>
        <w:textAlignment w:val="center"/>
        <w:rPr>
          <w:color w:val="000000"/>
        </w:rPr>
      </w:pP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21</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3+4+5+</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3+22</w:t>
      </w:r>
      <w:r>
        <w:rPr>
          <w:rFonts w:ascii="宋体" w:eastAsia="宋体" w:hAnsi="宋体" w:cs="宋体"/>
          <w:color w:val="000000"/>
        </w:rPr>
        <w:t>）×</w:t>
      </w:r>
      <w:r>
        <w:pict>
          <v:shape id="_x0000_i708117" type="#_x0000_t75" alt="学科网(www.zxxk.com)--教育资源门户，提供试卷、教案、课件、论文、素材以及各类教学资源下载，还有大量而丰富的教学相关资讯！" style="width:15pt;height:27pt" o:oleicon="f" o:ole="">
            <v:imagedata r:id="rId1548" o:title="eqId6eaece88a579d0c553062a43a69a6170"/>
          </v:shape>
        </w:pic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250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20</w:t>
      </w:r>
      <w:r>
        <w:rPr>
          <w:rFonts w:ascii="宋体" w:eastAsia="宋体" w:hAnsi="宋体" w:cs="宋体"/>
          <w:color w:val="000000"/>
        </w:rPr>
        <w:t>的值为</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+210</w:t>
      </w:r>
      <w:r>
        <w:rPr>
          <w:rFonts w:ascii="宋体" w:eastAsia="宋体" w:hAnsi="宋体" w:cs="宋体"/>
          <w:color w:val="000000"/>
        </w:rPr>
        <w:t>或</w:t>
      </w:r>
      <w:r>
        <w:rPr>
          <w:rFonts w:ascii="Times New Roman" w:eastAsia="Times New Roman" w:hAnsi="Times New Roman" w:cs="Times New Roman"/>
          <w:color w:val="000000"/>
        </w:rPr>
        <w:t>250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Times New Roman" w:eastAsia="Times New Roman" w:hAnsi="Times New Roman" w:cs="Times New Roman"/>
          <w:color w:val="000000"/>
        </w:rPr>
        <w:t>+210</w:t>
      </w:r>
      <w:r>
        <w:rPr>
          <w:rFonts w:ascii="宋体" w:eastAsia="宋体" w:hAnsi="宋体" w:cs="宋体"/>
          <w:color w:val="000000"/>
        </w:rPr>
        <w:t>或</w:t>
      </w:r>
      <w:r>
        <w:rPr>
          <w:rFonts w:ascii="Times New Roman" w:eastAsia="Times New Roman" w:hAnsi="Times New Roman" w:cs="Times New Roman"/>
          <w:color w:val="000000"/>
        </w:rPr>
        <w:t>250</w:t>
      </w:r>
      <w:r>
        <w:rPr>
          <w:rFonts w:ascii="宋体" w:eastAsia="宋体" w:hAnsi="宋体" w:cs="宋体"/>
          <w:color w:val="000000"/>
        </w:rPr>
        <w:t>﹣</w:t>
      </w:r>
      <w:r>
        <w:rPr>
          <w:rFonts w:ascii="Times New Roman" w:eastAsia="Times New Roman" w:hAnsi="Times New Roman" w:cs="Times New Roman"/>
          <w:color w:val="000000"/>
        </w:rPr>
        <w:t>20</w:t>
      </w:r>
      <w:r>
        <w:rPr>
          <w:rFonts w:ascii="Times New Roman" w:eastAsia="Times New Roman" w:hAnsi="Times New Roman" w:cs="Times New Roman"/>
          <w:i/>
          <w:color w:val="000000"/>
        </w:rPr>
        <w:t>a</w:t>
      </w:r>
      <w:r>
        <w:rPr>
          <w:rFonts w:ascii="Times New Roman" w:eastAsia="Times New Roman" w:hAnsi="Times New Roman" w:cs="Times New Roman"/>
          <w:color w:val="000000"/>
          <w:vertAlign w:val="subscript"/>
        </w:rPr>
        <w:t>0</w:t>
      </w:r>
      <w:r>
        <w:rPr>
          <w:rFonts w:ascii="宋体" w:eastAsia="宋体" w:hAnsi="宋体" w:cs="宋体"/>
          <w:color w:val="000000"/>
        </w:rPr>
        <w:t>．</w:t>
      </w:r>
    </w:p>
    <w:p>
      <w:pPr>
        <w:spacing w:line="360" w:lineRule="auto"/>
        <w:jc w:val="left"/>
        <w:textAlignment w:val="center"/>
        <w:rPr>
          <w:color w:val="000000"/>
        </w:rPr>
        <w:sectPr w:rsidSect="00C321EB">
          <w:headerReference w:type="even" r:id="rId338"/>
          <w:footerReference w:type="even" r:id="rId339"/>
          <w:headerReference w:type="first" r:id="rId340"/>
          <w:footerReference w:type="first" r:id="rId34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本题主要考查一元一次方程的综合运算能力，理解“相对关系值”的概念是解决此题目的关键．</w:t>
      </w:r>
    </w:p>
    <w:p>
      <w:pPr>
        <w:pStyle w:val="Heading2"/>
      </w:pPr>
      <w:r>
        <w:t>西城区第四十四中学</w:t>
      </w:r>
    </w:p>
    <w:p>
      <w:pPr>
        <w:spacing w:line="360" w:lineRule="auto"/>
        <w:jc w:val="left"/>
        <w:textAlignment w:val="center"/>
        <w:rPr>
          <w:color w:val="000000"/>
        </w:rPr>
      </w:pPr>
      <w:r>
        <w:rPr>
          <w:color w:val="000000"/>
        </w:rPr>
        <w:t xml:space="preserve">31. </w:t>
      </w:r>
      <w:r>
        <w:rPr>
          <w:rFonts w:ascii="宋体" w:eastAsia="宋体" w:hAnsi="宋体" w:cs="宋体"/>
          <w:color w:val="000000"/>
        </w:rPr>
        <w:t>观察下列两个等式：</w:t>
      </w:r>
    </w:p>
    <w:p>
      <w:pPr>
        <w:spacing w:line="360" w:lineRule="auto"/>
        <w:jc w:val="left"/>
        <w:textAlignment w:val="center"/>
        <w:rPr>
          <w:color w:val="000000"/>
        </w:rPr>
      </w:pPr>
      <w:r>
        <w:pict>
          <v:shape id="_x0000_i708118" type="#_x0000_t75" alt="学科网(www.zxxk.com)--教育资源门户，提供试卷、教案、课件、论文、素材以及各类教学资源下载，还有大量而丰富的教学相关资讯！" style="width:88.85pt;height:30.65pt;mso-position-horizontal-relative:page;mso-position-vertical-relative:page" o:oleicon="f" o:ole="">
            <v:imagedata r:id="rId1549" o:title="eqId7b9630936042642e3d7ad968ed98de50"/>
          </v:shape>
        </w:pict>
      </w:r>
      <w:r>
        <w:rPr>
          <w:rFonts w:ascii="宋体" w:eastAsia="宋体" w:hAnsi="宋体" w:cs="宋体"/>
          <w:color w:val="000000"/>
        </w:rPr>
        <w:t>，</w:t>
      </w:r>
    </w:p>
    <w:p>
      <w:pPr>
        <w:spacing w:line="360" w:lineRule="auto"/>
        <w:jc w:val="left"/>
        <w:textAlignment w:val="center"/>
        <w:rPr>
          <w:color w:val="000000"/>
        </w:rPr>
      </w:pPr>
      <w:r>
        <w:pict>
          <v:shape id="_x0000_i708119" type="#_x0000_t75" alt="学科网(www.zxxk.com)--教育资源门户，提供试卷、教案、课件、论文、素材以及各类教学资源下载，还有大量而丰富的教学相关资讯！" style="width:92.45pt;height:30.65pt;mso-position-horizontal-relative:page;mso-position-vertical-relative:page" o:oleicon="f" o:ole="">
            <v:imagedata r:id="rId1550" o:title="eqId3aaa7ece99330eb9a3d4fd16836b002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给出定义如下：我们称使等式</w:t>
      </w:r>
      <w:r>
        <w:pict>
          <v:shape id="_x0000_i708120" type="#_x0000_t75" alt="学科网(www.zxxk.com)--教育资源门户，提供试卷、教案、课件、论文、素材以及各类教学资源下载，还有大量而丰富的教学相关资讯！" style="width:71pt;height:14pt" o:oleicon="f" o:ole="">
            <v:imagedata r:id="rId1551" o:title="eqId7d702799a24eca1df84f6fb19e3bf5b2"/>
          </v:shape>
        </w:pict>
      </w:r>
      <w:r>
        <w:rPr>
          <w:rFonts w:ascii="宋体" w:eastAsia="宋体" w:hAnsi="宋体" w:cs="宋体"/>
          <w:color w:val="000000"/>
        </w:rPr>
        <w:t>成立的一对有理数（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）为“好姊妹数对”，如：数对（</w:t>
      </w:r>
      <w:r>
        <w:rPr>
          <w:rFonts w:ascii="Times New Roman" w:eastAsia="Times New Roman" w:hAnsi="Times New Roman" w:cs="Times New Roman"/>
          <w:color w:val="000000"/>
        </w:rPr>
        <w:t>1</w:t>
      </w:r>
      <w:r>
        <w:rPr>
          <w:rFonts w:ascii="宋体" w:eastAsia="宋体" w:hAnsi="宋体" w:cs="宋体"/>
          <w:color w:val="000000"/>
        </w:rPr>
        <w:t>，</w:t>
      </w:r>
      <w:r>
        <w:pict>
          <v:shape id="_x0000_i708121" type="#_x0000_t75" alt="学科网(www.zxxk.com)--教育资源门户，提供试卷、教案、课件、论文、素材以及各类教学资源下载，还有大量而丰富的教学相关资讯！" style="width:11.25pt;height:27.75pt" o:oleicon="f" o:ole="">
            <v:imagedata r:id="rId1552" o:title="eqIdbf31876698721a199c7c53c6b320aa86"/>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8122" type="#_x0000_t75" alt="学科网(www.zxxk.com)--教育资源门户，提供试卷、教案、课件、论文、素材以及各类教学资源下载，还有大量而丰富的教学相关资讯！" style="width:10.95pt;height:31.1pt" o:oleicon="f" o:ole="">
            <v:imagedata r:id="rId1553" o:title="eqIdeac97e6740365c85ad857aff85cefbe5"/>
          </v:shape>
        </w:pict>
      </w:r>
      <w:r>
        <w:rPr>
          <w:rFonts w:ascii="宋体" w:eastAsia="宋体" w:hAnsi="宋体" w:cs="宋体"/>
          <w:color w:val="000000"/>
        </w:rPr>
        <w:t>），都是“好姊妹数对”．</w:t>
      </w:r>
    </w:p>
    <w:p>
      <w:pPr>
        <w:spacing w:line="360" w:lineRule="auto"/>
        <w:jc w:val="left"/>
        <w:textAlignment w:val="center"/>
        <w:rPr>
          <w:color w:val="000000"/>
        </w:rPr>
      </w:pPr>
      <w:r>
        <w:rPr>
          <w:color w:val="000000"/>
        </w:rPr>
        <w:t>（1）</w:t>
      </w:r>
      <w:r>
        <w:rPr>
          <w:rFonts w:ascii="宋体" w:eastAsia="宋体" w:hAnsi="宋体" w:cs="宋体"/>
          <w:color w:val="000000"/>
        </w:rPr>
        <w:t>数对（</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8123" type="#_x0000_t75" alt="学科网(www.zxxk.com)--教育资源门户，提供试卷、教案、课件、论文、素材以及各类教学资源下载，还有大量而丰富的教学相关资讯！" style="width:12.25pt;height:31.25pt" o:oleicon="f" o:ole="">
            <v:imagedata r:id="rId1554" o:title="eqIdfa5a1a2ee471c67aa5264c0991d05421"/>
          </v:shape>
        </w:pict>
      </w:r>
      <w:r>
        <w:rPr>
          <w:rFonts w:ascii="宋体" w:eastAsia="宋体" w:hAnsi="宋体" w:cs="宋体"/>
          <w:color w:val="000000"/>
        </w:rPr>
        <w:t>）是“好姊妹数对”吗？</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）是“好姊妹数对”，求</w:t>
      </w:r>
      <w:r>
        <w:pict>
          <v:shape id="_x0000_i708124" type="#_x0000_t75" alt="学科网(www.zxxk.com)--教育资源门户，提供试卷、教案、课件、论文、素材以及各类教学资源下载，还有大量而丰富的教学相关资讯！" style="width:9pt;height:9.75pt" o:oleicon="f" o:ole="">
            <v:imagedata r:id="rId1555" o:title="eqId0a6936d370d6a238a608ca56f87198de"/>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）是“好姊妹数对”，那么（</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）是“好姊妹数对”吗？</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）不“好姊妹数对”，</w:t>
      </w:r>
      <w:r>
        <w:pict>
          <v:shape id="_x0000_i708125" type="#_x0000_t75" alt="学科网(www.zxxk.com)--教育资源门户，提供试卷、教案、课件、论文、素材以及各类教学资源下载，还有大量而丰富的教学相关资讯！" style="width:33pt;height:33.75pt" o:oleicon="f" o:ole="">
            <v:imagedata r:id="rId1556" o:title="eqIdb23fdbe8d3685bfc5f8a6f7e5d0127f0"/>
          </v:shape>
        </w:pict>
      </w:r>
      <w:r>
        <w:rPr>
          <w:rFonts w:ascii="宋体" w:eastAsia="宋体" w:hAnsi="宋体" w:cs="宋体"/>
          <w:color w:val="000000"/>
        </w:rPr>
        <w:t>是“好姊妹数对”</w:t>
      </w:r>
      <w:r>
        <w:rPr>
          <w:color w:val="000000"/>
        </w:rPr>
        <w:t xml:space="preserve">    </w:t>
      </w:r>
    </w:p>
    <w:p>
      <w:pPr>
        <w:spacing w:line="360" w:lineRule="auto"/>
        <w:textAlignment w:val="center"/>
        <w:rPr>
          <w:color w:val="000000"/>
        </w:rPr>
      </w:pPr>
      <w:r>
        <w:rPr>
          <w:color w:val="000000"/>
        </w:rPr>
        <w:t>（2）</w:t>
      </w:r>
      <w:r>
        <w:pict>
          <v:shape id="_x0000_i708126" type="#_x0000_t75" alt="学科网(www.zxxk.com)--教育资源门户，提供试卷、教案、课件、论文、素材以及各类教学资源下载，还有大量而丰富的教学相关资讯！" style="width:38.1pt;height:30.85pt" o:oleicon="f" o:ole="">
            <v:imagedata r:id="rId1557" o:title="eqId4b24245fe9c8a0c2ce6a962b8b815192"/>
          </v:shape>
        </w:pic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是“好姊妹数对”，理由见解析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）根据“好姊妹数对”的定义判断即可；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）根据“好姊妹数对”的定义可得关于</w:t>
      </w:r>
      <w:r>
        <w:rPr>
          <w:rFonts w:ascii="Times New Roman" w:eastAsia="Times New Roman" w:hAnsi="Times New Roman" w:cs="Times New Roman"/>
          <w:i/>
          <w:color w:val="000000"/>
        </w:rPr>
        <w:t>a</w:t>
      </w:r>
      <w:r>
        <w:rPr>
          <w:rFonts w:ascii="宋体" w:eastAsia="宋体" w:hAnsi="宋体" w:cs="宋体"/>
          <w:color w:val="000000"/>
        </w:rPr>
        <w:t>的一元一次方程，解方程即可；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）根据“好姊妹数对”的定义解答即可．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）不“好姊妹数对”，（</w:t>
      </w:r>
      <w:r>
        <w:rPr>
          <w:rFonts w:ascii="Times New Roman" w:eastAsia="Times New Roman" w:hAnsi="Times New Roman" w:cs="Times New Roman"/>
          <w:color w:val="000000"/>
        </w:rPr>
        <w:t>3</w:t>
      </w:r>
      <w:r>
        <w:rPr>
          <w:rFonts w:ascii="宋体" w:eastAsia="宋体" w:hAnsi="宋体" w:cs="宋体"/>
          <w:color w:val="000000"/>
        </w:rPr>
        <w:t>，</w:t>
      </w:r>
      <w:r>
        <w:pict>
          <v:shape id="_x0000_i708127" type="#_x0000_t75" alt="学科网(www.zxxk.com)--教育资源门户，提供试卷、教案、课件、论文、素材以及各类教学资源下载，还有大量而丰富的教学相关资讯！" style="width:12.25pt;height:31.25pt" o:oleicon="f" o:ole="">
            <v:imagedata r:id="rId1558" o:title="eqIdfa5a1a2ee471c67aa5264c0991d05421"/>
          </v:shape>
        </w:pict>
      </w:r>
      <w:r>
        <w:rPr>
          <w:rFonts w:ascii="宋体" w:eastAsia="宋体" w:hAnsi="宋体" w:cs="宋体"/>
          <w:color w:val="000000"/>
        </w:rPr>
        <w:t>）是“好姊妹数对”，理由如下：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）不是“好姊妹数对”；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pict>
          <v:shape id="_x0000_i708128" type="#_x0000_t75" alt="学科网(www.zxxk.com)--教育资源门户，提供试卷、教案、课件、论文、素材以及各类教学资源下载，还有大量而丰富的教学相关资讯！" style="width:12.25pt;height:31.25pt" o:oleicon="f" o:ole="">
            <v:imagedata r:id="rId1559" o:title="eqIdfa5a1a2ee471c67aa5264c0991d05421"/>
          </v:shape>
        </w:pict>
      </w:r>
      <w:r>
        <w:rPr>
          <w:rFonts w:ascii="宋体" w:eastAsia="宋体" w:hAnsi="宋体" w:cs="宋体"/>
          <w:color w:val="000000"/>
        </w:rPr>
        <w:t>＝</w:t>
      </w:r>
      <w:r>
        <w:pict>
          <v:shape id="_x0000_i708129" type="#_x0000_t75" alt="学科网(www.zxxk.com)--教育资源门户，提供试卷、教案、课件、论文、素材以及各类教学资源下载，还有大量而丰富的教学相关资讯！" style="width:15.75pt;height:30.75pt" o:oleicon="f" o:ole="">
            <v:imagedata r:id="rId1560" o:title="eqId2febca1ab6fa19ccd4b04f7082e55f5b"/>
          </v:shape>
        </w:pict>
      </w:r>
      <w:r>
        <w:rPr>
          <w:rFonts w:ascii="宋体" w:eastAsia="宋体" w:hAnsi="宋体" w:cs="宋体"/>
          <w:color w:val="000000"/>
        </w:rPr>
        <w:t>，</w:t>
      </w:r>
      <w:r>
        <w:rPr>
          <w:rFonts w:ascii="Times New Roman" w:eastAsia="Times New Roman" w:hAnsi="Times New Roman" w:cs="Times New Roman"/>
          <w:color w:val="000000"/>
        </w:rPr>
        <w:t>2×3×</w:t>
      </w:r>
      <w:r>
        <w:pict>
          <v:shape id="_x0000_i708130" type="#_x0000_t75" alt="学科网(www.zxxk.com)--教育资源门户，提供试卷、教案、课件、论文、素材以及各类教学资源下载，还有大量而丰富的教学相关资讯！" style="width:12.25pt;height:31.25pt" o:oleicon="f" o:ole="">
            <v:imagedata r:id="rId1559" o:title="eqIdfa5a1a2ee471c67aa5264c0991d05421"/>
          </v:shape>
        </w:pict>
      </w:r>
      <w:r>
        <w:rPr>
          <w:rFonts w:ascii="Times New Roman" w:eastAsia="Times New Roman" w:hAnsi="Times New Roman" w:cs="Times New Roman"/>
          <w:color w:val="000000"/>
        </w:rPr>
        <w:t>−1</w:t>
      </w:r>
      <w:r>
        <w:rPr>
          <w:rFonts w:ascii="宋体" w:eastAsia="宋体" w:hAnsi="宋体" w:cs="宋体"/>
          <w:color w:val="000000"/>
        </w:rPr>
        <w:t>＝</w:t>
      </w:r>
      <w:r>
        <w:pict>
          <v:shape id="_x0000_i708131" type="#_x0000_t75" alt="学科网(www.zxxk.com)--教育资源门户，提供试卷、教案、课件、论文、素材以及各类教学资源下载，还有大量而丰富的教学相关资讯！" style="width:15.75pt;height:30.75pt" o:oleicon="f" o:ole="">
            <v:imagedata r:id="rId1560" o:title="eqId2febca1ab6fa19ccd4b04f7082e55f5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8132" type="#_x0000_t75" alt="学科网(www.zxxk.com)--教育资源门户，提供试卷、教案、课件、论文、素材以及各类教学资源下载，还有大量而丰富的教学相关资讯！" style="width:12.25pt;height:31.25pt" o:oleicon="f" o:ole="">
            <v:imagedata r:id="rId1561" o:title="eqIdfa5a1a2ee471c67aa5264c0991d05421"/>
          </v:shape>
        </w:pict>
      </w:r>
      <w:r>
        <w:rPr>
          <w:rFonts w:ascii="Times New Roman" w:eastAsia="Times New Roman" w:hAnsi="Times New Roman" w:cs="Times New Roman"/>
          <w:color w:val="000000"/>
        </w:rPr>
        <w:t>)</w:t>
      </w:r>
      <w:r>
        <w:rPr>
          <w:rFonts w:ascii="宋体" w:eastAsia="宋体" w:hAnsi="宋体" w:cs="宋体"/>
          <w:color w:val="000000"/>
        </w:rPr>
        <w:t>是“好姊妹数对”．</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08133" type="#_x0000_t75" alt="学科网(www.zxxk.com)--教育资源门户，提供试卷、教案、课件、论文、素材以及各类教学资源下载，还有大量而丰富的教学相关资讯！" style="width:29.25pt;height:20.25pt" o:oleicon="f" o:ole="">
            <v:imagedata r:id="rId1562" o:title="eqId55663f98e1efea0f574d30388df9d1fd"/>
          </v:shape>
        </w:pict>
      </w:r>
      <w:r>
        <w:rPr>
          <w:rFonts w:ascii="宋体" w:eastAsia="宋体" w:hAnsi="宋体" w:cs="宋体"/>
          <w:color w:val="000000"/>
        </w:rPr>
        <w:t>是“好姊妹数对”，</w:t>
      </w:r>
    </w:p>
    <w:p>
      <w:pPr>
        <w:spacing w:line="360" w:lineRule="auto"/>
        <w:jc w:val="left"/>
        <w:textAlignment w:val="center"/>
        <w:rPr>
          <w:color w:val="000000"/>
        </w:rPr>
      </w:pPr>
      <w:r>
        <w:rPr>
          <w:rFonts w:ascii="宋体" w:eastAsia="宋体" w:hAnsi="宋体" w:cs="宋体"/>
          <w:color w:val="000000"/>
        </w:rPr>
        <w:t>∴</w:t>
      </w:r>
      <w:r>
        <w:pict>
          <v:shape id="_x0000_i708134" type="#_x0000_t75" alt="学科网(www.zxxk.com)--教育资源门户，提供试卷、教案、课件、论文、素材以及各类教学资源下载，还有大量而丰富的教学相关资讯！" style="width:64pt;height:14pt" o:oleicon="f" o:ole="">
            <v:imagedata r:id="rId1563" o:title="eqIda5aa6268583597a9b5b8d39da4d28bf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135" type="#_x0000_t75" alt="学科网(www.zxxk.com)--教育资源门户，提供试卷、教案、课件、论文、素材以及各类教学资源下载，还有大量而丰富的教学相关资讯！" style="width:38.1pt;height:30.85pt" o:oleicon="f" o:ole="">
            <v:imagedata r:id="rId1564" o:title="eqId4b24245fe9c8a0c2ce6a962b8b815192"/>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解：是“好姊妹数对”．</w:t>
      </w:r>
    </w:p>
    <w:p>
      <w:pPr>
        <w:spacing w:line="360" w:lineRule="auto"/>
        <w:jc w:val="left"/>
        <w:textAlignment w:val="center"/>
        <w:rPr>
          <w:color w:val="000000"/>
        </w:rPr>
      </w:pPr>
      <w:r>
        <w:rPr>
          <w:rFonts w:ascii="宋体" w:eastAsia="宋体" w:hAnsi="宋体" w:cs="宋体"/>
          <w:color w:val="000000"/>
        </w:rPr>
        <w:t>理由：∵</w:t>
      </w:r>
      <w:r>
        <w:pict>
          <v:shape id="_x0000_i708136" type="#_x0000_t75" alt="学科网(www.zxxk.com)--教育资源门户，提供试卷、教案、课件、论文、素材以及各类教学资源下载，还有大量而丰富的教学相关资讯！" style="width:32.25pt;height:20.25pt" o:oleicon="f" o:ole="">
            <v:imagedata r:id="rId1565" o:title="eqIdba7204f43679af6935e494c59d40c6ff"/>
          </v:shape>
        </w:pict>
      </w:r>
      <w:r>
        <w:rPr>
          <w:rFonts w:ascii="宋体" w:eastAsia="宋体" w:hAnsi="宋体" w:cs="宋体"/>
          <w:color w:val="000000"/>
        </w:rPr>
        <w:t>是“好姊妹数对”，</w:t>
      </w:r>
    </w:p>
    <w:p>
      <w:pPr>
        <w:spacing w:line="360" w:lineRule="auto"/>
        <w:jc w:val="left"/>
        <w:textAlignment w:val="center"/>
        <w:rPr>
          <w:color w:val="000000"/>
        </w:rPr>
      </w:pPr>
      <w:r>
        <w:rPr>
          <w:rFonts w:ascii="宋体" w:eastAsia="宋体" w:hAnsi="宋体" w:cs="宋体"/>
          <w:color w:val="000000"/>
        </w:rPr>
        <w:t>∴</w:t>
      </w:r>
      <w:r>
        <w:pict>
          <v:shape id="_x0000_i708137" type="#_x0000_t75" alt="学科网(www.zxxk.com)--教育资源门户，提供试卷、教案、课件、论文、素材以及各类教学资源下载，还有大量而丰富的教学相关资讯！" style="width:76pt;height:14pt" o:oleicon="f" o:ole="">
            <v:imagedata r:id="rId1566" o:title="eqIda5ec5c7b1ca5571d7c7cac353317fe6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138" type="#_x0000_t75" alt="学科网(www.zxxk.com)--教育资源门户，提供试卷、教案、课件、论文、素材以及各类教学资源下载，还有大量而丰富的教学相关资讯！" style="width:182.25pt;height:20.25pt" o:oleicon="f" o:ole="">
            <v:imagedata r:id="rId1567" o:title="eqId6f0eb02f0f7c3f0ff76747f699221f4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139" type="#_x0000_t75" alt="学科网(www.zxxk.com)--教育资源门户，提供试卷、教案、课件、论文、素材以及各类教学资源下载，还有大量而丰富的教学相关资讯！" style="width:45.75pt;height:20.25pt" o:oleicon="f" o:ole="">
            <v:imagedata r:id="rId1568" o:title="eqId9ca2b4b9c974660340f58c3831b18764"/>
          </v:shape>
        </w:pict>
      </w:r>
      <w:r>
        <w:rPr>
          <w:rFonts w:ascii="宋体" w:eastAsia="宋体" w:hAnsi="宋体" w:cs="宋体"/>
          <w:color w:val="000000"/>
        </w:rPr>
        <w:t>是“好姊妹数对”．</w:t>
      </w:r>
    </w:p>
    <w:p>
      <w:pPr>
        <w:spacing w:line="360" w:lineRule="auto"/>
        <w:jc w:val="left"/>
        <w:textAlignment w:val="center"/>
        <w:rPr>
          <w:color w:val="000000"/>
        </w:rPr>
      </w:pPr>
      <w:r>
        <w:rPr>
          <w:color w:val="000000"/>
        </w:rPr>
        <w:t>【点睛】</w:t>
      </w:r>
      <w:r>
        <w:rPr>
          <w:rFonts w:ascii="宋体" w:eastAsia="宋体" w:hAnsi="宋体" w:cs="宋体"/>
          <w:color w:val="000000"/>
        </w:rPr>
        <w:t>本题考查有理数的混合运算、新定义，解答本题的关键是会用新定义解答问题．</w:t>
      </w:r>
    </w:p>
    <w:p>
      <w:pPr>
        <w:spacing w:line="360" w:lineRule="auto"/>
        <w:jc w:val="left"/>
        <w:textAlignment w:val="center"/>
        <w:rPr>
          <w:color w:val="000000"/>
        </w:rPr>
      </w:pPr>
      <w:r>
        <w:rPr>
          <w:color w:val="000000"/>
        </w:rPr>
        <w:t xml:space="preserve">32. </w:t>
      </w:r>
      <w:r>
        <w:rPr>
          <w:rFonts w:ascii="宋体" w:eastAsia="宋体" w:hAnsi="宋体" w:cs="宋体"/>
          <w:color w:val="000000"/>
        </w:rPr>
        <w:t>阅读下面一段文字：在数轴上点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分别表示数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两点间的距离可以用符号</w:t>
      </w:r>
      <w:r>
        <w:pict>
          <v:shape id="_x0000_i708140" type="#_x0000_t75" alt="学科网(www.zxxk.com)--教育资源门户，提供试卷、教案、课件、论文、素材以及各类教学资源下载，还有大量而丰富的教学相关资讯！" style="width:23.8pt;height:20.05pt" o:oleicon="f" o:ole="">
            <v:imagedata r:id="rId1569" o:title="eqId3f4dfec890cdfdda355e19463f3be813"/>
          </v:shape>
        </w:pict>
      </w:r>
      <w:r>
        <w:rPr>
          <w:rFonts w:ascii="宋体" w:eastAsia="宋体" w:hAnsi="宋体" w:cs="宋体"/>
          <w:color w:val="000000"/>
        </w:rPr>
        <w:t>表示，利用有理数减法和绝对值可以计算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两点之间的距离</w:t>
      </w:r>
      <w:r>
        <w:pict>
          <v:shape id="_x0000_i708141" type="#_x0000_t75" alt="学科网(www.zxxk.com)--教育资源门户，提供试卷、教案、课件、论文、素材以及各类教学资源下载，还有大量而丰富的教学相关资讯！" style="width:23.8pt;height:20.05pt" o:oleicon="f" o:ole="">
            <v:imagedata r:id="rId1569" o:title="eqId3f4dfec890cdfdda355e19463f3be813"/>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533775" cy="676275"/>
            <wp:docPr id="28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 name=""/>
                    <pic:cNvPicPr>
                      <a:picLocks noChangeAspect="1"/>
                    </pic:cNvPicPr>
                  </pic:nvPicPr>
                  <pic:blipFill>
                    <a:blip r:embed="rId1570"/>
                    <a:stretch>
                      <a:fillRect/>
                    </a:stretch>
                  </pic:blipFill>
                  <pic:spPr>
                    <a:xfrm>
                      <a:off x="0" y="0"/>
                      <a:ext cx="3533775" cy="676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例如：当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w:t>
      </w:r>
      <w:r>
        <w:pict>
          <v:shape id="_x0000_i708142" type="#_x0000_t75" alt="学科网(www.zxxk.com)--教育资源门户，提供试卷、教案、课件、论文、素材以及各类教学资源下载，还有大量而丰富的教学相关资讯！" style="width:23.8pt;height:20.05pt" o:oleicon="f" o:ole="">
            <v:imagedata r:id="rId1572" o:title="eqId3f4dfec890cdfdda355e19463f3be813"/>
          </v:shape>
        </w:pic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w:t>
      </w:r>
      <w:r>
        <w:pict>
          <v:shape id="_x0000_i708143" type="#_x0000_t75" alt="学科网(www.zxxk.com)--教育资源门户，提供试卷、教案、课件、论文、素材以及各类教学资源下载，还有大量而丰富的教学相关资讯！" style="width:23.8pt;height:20.05pt" o:oleicon="f" o:ole="">
            <v:imagedata r:id="rId1572" o:title="eqId3f4dfec890cdfdda355e19463f3be813"/>
          </v:shape>
        </w:pict>
      </w:r>
      <w:r>
        <w:rPr>
          <w:rFonts w:ascii="宋体" w:eastAsia="宋体" w:hAnsi="宋体" w:cs="宋体"/>
          <w:color w:val="000000"/>
        </w:rPr>
        <w:t>＝</w:t>
      </w:r>
      <w:r>
        <w:pict>
          <v:shape id="_x0000_i708144" type="#_x0000_t75" alt="学科网(www.zxxk.com)--教育资源门户，提供试卷、教案、课件、论文、素材以及各类教学资源下载，还有大量而丰富的教学相关资讯！" style="width:36pt;height:20pt" o:oleicon="f" o:ole="">
            <v:imagedata r:id="rId1573" o:title="eqId8327371b2c3acc27e9a4bb6c3a7008b7"/>
          </v:shape>
        </w:pic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w:t>
      </w:r>
      <w:r>
        <w:pict>
          <v:shape id="_x0000_i708145" type="#_x0000_t75" alt="学科网(www.zxxk.com)--教育资源门户，提供试卷、教案、课件、论文、素材以及各类教学资源下载，还有大量而丰富的教学相关资讯！" style="width:23.8pt;height:20.05pt" o:oleicon="f" o:ole="">
            <v:imagedata r:id="rId1572" o:title="eqId3f4dfec890cdfdda355e19463f3be813"/>
          </v:shape>
        </w:pict>
      </w:r>
      <w:r>
        <w:rPr>
          <w:rFonts w:ascii="宋体" w:eastAsia="宋体" w:hAnsi="宋体" w:cs="宋体"/>
          <w:color w:val="000000"/>
        </w:rPr>
        <w:t>＝</w:t>
      </w:r>
      <w:r>
        <w:pict>
          <v:shape id="_x0000_i708146" type="#_x0000_t75" alt="学科网(www.zxxk.com)--教育资源门户，提供试卷、教案、课件、论文、素材以及各类教学资源下载，还有大量而丰富的教学相关资讯！" style="width:51.6pt;height:18.35pt" o:oleicon="f" o:ole="">
            <v:imagedata r:id="rId1574" o:title="eqIde5c84ab2875a60fbdddced502dc76895"/>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，综合上述过程，发现点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w:t>
      </w:r>
      <w:r>
        <w:rPr>
          <w:rFonts w:ascii="宋体" w:eastAsia="宋体" w:hAnsi="宋体" w:cs="宋体"/>
          <w:color w:val="000000"/>
          <w:position w:val="0"/>
        </w:rPr>
        <w:drawing>
          <wp:inline>
            <wp:extent cx="133350" cy="177800"/>
            <wp:docPr id="286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 name=""/>
                    <pic:cNvPicPr>
                      <a:picLocks noChangeAspect="1"/>
                    </pic:cNvPicPr>
                  </pic:nvPicPr>
                  <pic:blipFill>
                    <a:blip r:embed="rId1571"/>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距离</w:t>
      </w:r>
      <w:r>
        <w:pict>
          <v:shape id="_x0000_i708147" type="#_x0000_t75" alt="学科网(www.zxxk.com)--教育资源门户，提供试卷、教案、课件、论文、素材以及各类教学资源下载，还有大量而丰富的教学相关资讯！" style="width:23.8pt;height:20.05pt" o:oleicon="f" o:ole="">
            <v:imagedata r:id="rId1572" o:title="eqId3f4dfec890cdfdda355e19463f3be813"/>
          </v:shape>
        </w:pict>
      </w:r>
      <w:r>
        <w:rPr>
          <w:rFonts w:ascii="宋体" w:eastAsia="宋体" w:hAnsi="宋体" w:cs="宋体"/>
          <w:color w:val="000000"/>
        </w:rPr>
        <w:t>＝</w:t>
      </w:r>
      <w:r>
        <w:pict>
          <v:shape id="_x0000_i708148" type="#_x0000_t75" alt="学科网(www.zxxk.com)--教育资源门户，提供试卷、教案、课件、论文、素材以及各类教学资源下载，还有大量而丰富的教学相关资讯！" style="width:30pt;height:20.25pt" o:oleicon="f" o:ole="">
            <v:imagedata r:id="rId1575" o:title="eqId1103ddae6ffaba2b15808c6df09c0248"/>
          </v:shape>
        </w:pict>
      </w:r>
      <w:r>
        <w:rPr>
          <w:rFonts w:ascii="宋体" w:eastAsia="宋体" w:hAnsi="宋体" w:cs="宋体"/>
          <w:color w:val="000000"/>
        </w:rPr>
        <w:t>（也可以表示为</w:t>
      </w:r>
      <w:r>
        <w:pict>
          <v:shape id="_x0000_i708149" type="#_x0000_t75" alt="学科网(www.zxxk.com)--教育资源门户，提供试卷、教案、课件、论文、素材以及各类教学资源下载，还有大量而丰富的教学相关资讯！" style="width:30pt;height:20.25pt" o:oleicon="f" o:ole="">
            <v:imagedata r:id="rId1576" o:title="eqIda13880b9454c5942f164d934b183478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请你根据上述材料，探究回答下列问题：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）表示数</w:t>
      </w:r>
      <w:r>
        <w:rPr>
          <w:rFonts w:ascii="Times New Roman" w:eastAsia="Times New Roman" w:hAnsi="Times New Roman" w:cs="Times New Roman"/>
          <w:i/>
          <w:color w:val="000000"/>
        </w:rPr>
        <w:t>a</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的两点间距离是</w:t>
      </w:r>
      <w:r>
        <w:rPr>
          <w:rFonts w:ascii="Times New Roman" w:eastAsia="Times New Roman" w:hAnsi="Times New Roman" w:cs="Times New Roman"/>
          <w:color w:val="000000"/>
        </w:rPr>
        <w:t>6</w:t>
      </w:r>
      <w:r>
        <w:rPr>
          <w:rFonts w:ascii="宋体" w:eastAsia="宋体" w:hAnsi="宋体" w:cs="宋体"/>
          <w:color w:val="000000"/>
        </w:rPr>
        <w:t>，则</w:t>
      </w:r>
      <w:r>
        <w:rPr>
          <w:rFonts w:ascii="Times New Roman" w:eastAsia="Times New Roman" w:hAnsi="Times New Roman" w:cs="Times New Roman"/>
          <w:i/>
          <w:color w:val="000000"/>
        </w:rPr>
        <w:t>a</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）如果数轴上表示数</w:t>
      </w:r>
      <w:r>
        <w:rPr>
          <w:rFonts w:ascii="Times New Roman" w:eastAsia="Times New Roman" w:hAnsi="Times New Roman" w:cs="Times New Roman"/>
          <w:i/>
          <w:color w:val="000000"/>
        </w:rPr>
        <w:t>a</w:t>
      </w:r>
      <w:r>
        <w:rPr>
          <w:rFonts w:ascii="宋体" w:eastAsia="宋体" w:hAnsi="宋体" w:cs="宋体"/>
          <w:color w:val="000000"/>
        </w:rPr>
        <w:t>的点位于－</w:t>
      </w:r>
      <w:r>
        <w:rPr>
          <w:rFonts w:ascii="Times New Roman" w:eastAsia="Times New Roman" w:hAnsi="Times New Roman" w:cs="Times New Roman"/>
          <w:color w:val="000000"/>
        </w:rPr>
        <w:t>4</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之间，则</w:t>
      </w:r>
      <w:r>
        <w:pict>
          <v:shape id="_x0000_i708150" type="#_x0000_t75" alt="学科网(www.zxxk.com)--教育资源门户，提供试卷、教案、课件、论文、素材以及各类教学资源下载，还有大量而丰富的教学相关资讯！" style="width:66.9pt;height:19.9pt;mso-position-horizontal-relative:page;mso-position-vertical-relative:page;mso-wrap-style:square" o:oleicon="f" o:ole="">
            <v:imagedata r:id="rId1577" o:title="eqId6736b68b360396cc004681877c0e7362"/>
          </v:shape>
        </w:pict>
      </w:r>
      <w:r>
        <w:rPr>
          <w:rFonts w:ascii="宋体" w:eastAsia="宋体" w:hAnsi="宋体" w:cs="宋体"/>
          <w:color w:val="000000"/>
        </w:rPr>
        <w:t>＝</w:t>
      </w:r>
      <w:r>
        <w:rPr>
          <w:rFonts w:ascii="宋体" w:eastAsia="宋体" w:hAnsi="宋体" w:cs="宋体"/>
          <w:color w:val="000000"/>
          <w:u w:val="single"/>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）代数式</w:t>
      </w:r>
      <w:r>
        <w:pict>
          <v:shape id="_x0000_i708151" type="#_x0000_t75" alt="学科网(www.zxxk.com)--教育资源门户，提供试卷、教案、课件、论文、素材以及各类教学资源下载，还有大量而丰富的教学相关资讯！" style="width:97.05pt;height:18.15pt" o:oleicon="f" o:ole="">
            <v:imagedata r:id="rId1578" o:title="eqIdb0fd33a15756733060723b3c6ab1947a"/>
          </v:shape>
        </w:pict>
      </w:r>
      <w:r>
        <w:rPr>
          <w:rFonts w:ascii="宋体" w:eastAsia="宋体" w:hAnsi="宋体" w:cs="宋体"/>
          <w:color w:val="000000"/>
        </w:rPr>
        <w:t>的最小值是</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）如图，若点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在数轴上表示的有理数分别为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，则式子</w:t>
      </w:r>
      <w:r>
        <w:pict>
          <v:shape id="_x0000_i708152" type="#_x0000_t75" alt="学科网(www.zxxk.com)--教育资源门户，提供试卷、教案、课件、论文、素材以及各类教学资源下载，还有大量而丰富的教学相关资讯！" style="width:159pt;height:20pt" o:oleicon="f" o:ole="">
            <v:imagedata r:id="rId1579" o:title="eqIde440d9ca4107bca3a61246ea3ff438a9"/>
          </v:shape>
        </w:pict>
      </w:r>
      <w:r>
        <w:rPr>
          <w:rFonts w:ascii="宋体" w:eastAsia="宋体" w:hAnsi="宋体" w:cs="宋体"/>
          <w:color w:val="000000"/>
        </w:rPr>
        <w:t>的最小值为</w:t>
      </w:r>
      <w:r>
        <w:rPr>
          <w:rFonts w:ascii="宋体" w:eastAsia="宋体" w:hAnsi="宋体" w:cs="宋体"/>
          <w:color w:val="000000"/>
          <w:u w:val="single"/>
        </w:rPr>
        <w:t xml:space="preserve">           </w:t>
      </w:r>
      <w:r>
        <w:rPr>
          <w:rFonts w:ascii="宋体" w:eastAsia="宋体" w:hAnsi="宋体" w:cs="宋体"/>
          <w:color w:val="000000"/>
        </w:rPr>
        <w:t>（用含有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的式子表示结果）</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和</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8153" type="#_x0000_t75" alt="学科网(www.zxxk.com)--教育资源门户，提供试卷、教案、课件、论文、素材以及各类教学资源下载，还有大量而丰富的教学相关资讯！" style="width:60pt;height:14.5pt" o:oleicon="f" o:ole="">
            <v:imagedata r:id="rId1580" o:title="eqIdf232cdfc618fdca00807d9a15ea4ce10"/>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）根据题意可得：</w:t>
      </w:r>
      <w:r>
        <w:pict>
          <v:shape id="_x0000_i708154" type="#_x0000_t75" alt="学科网(www.zxxk.com)--教育资源门户，提供试卷、教案、课件、论文、素材以及各类教学资源下载，还有大量而丰富的教学相关资讯！" style="width:55pt;height:20pt" o:oleicon="f" o:ole="">
            <v:imagedata r:id="rId1581" o:title="eqId844ac709955516ee809adc580a21455f"/>
          </v:shape>
        </w:pict>
      </w:r>
      <w:r>
        <w:rPr>
          <w:rFonts w:ascii="宋体" w:eastAsia="宋体" w:hAnsi="宋体" w:cs="宋体"/>
          <w:color w:val="000000"/>
        </w:rPr>
        <w:t xml:space="preserve"> ，解出即可求解；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）根据题意可得：</w:t>
      </w:r>
      <w:r>
        <w:pict>
          <v:shape id="_x0000_i708155" type="#_x0000_t75" alt="学科网(www.zxxk.com)--教育资源门户，提供试卷、教案、课件、论文、素材以及各类教学资源下载，还有大量而丰富的教学相关资讯！" style="width:51.75pt;height:14.25pt" o:oleicon="f" o:ole="">
            <v:imagedata r:id="rId1582" o:title="eqId5b0ac12b5f59a6bccd245dfa58e430db"/>
          </v:shape>
        </w:pict>
      </w:r>
      <w:r>
        <w:rPr>
          <w:rFonts w:ascii="宋体" w:eastAsia="宋体" w:hAnsi="宋体" w:cs="宋体"/>
          <w:color w:val="000000"/>
        </w:rPr>
        <w:t xml:space="preserve"> ，从而得到</w:t>
      </w:r>
      <w:r>
        <w:pict>
          <v:shape id="_x0000_i708156" type="#_x0000_t75" alt="学科网(www.zxxk.com)--教育资源门户，提供试卷、教案、课件、论文、素材以及各类教学资源下载，还有大量而丰富的教学相关资讯！" style="width:89pt;height:16pt" o:oleicon="f" o:ole="">
            <v:imagedata r:id="rId1583" o:title="eqId11dd52b06a10f5366e6a95793b7d83a1"/>
          </v:shape>
        </w:pict>
      </w:r>
      <w:r>
        <w:rPr>
          <w:rFonts w:ascii="宋体" w:eastAsia="宋体" w:hAnsi="宋体" w:cs="宋体"/>
          <w:color w:val="000000"/>
        </w:rPr>
        <w:t xml:space="preserve"> ，进而得到</w:t>
      </w:r>
      <w:r>
        <w:pict>
          <v:shape id="_x0000_i708157" type="#_x0000_t75" alt="学科网(www.zxxk.com)--教育资源门户，提供试卷、教案、课件、论文、素材以及各类教学资源下载，还有大量而丰富的教学相关资讯！" style="width:31pt;height:20pt" o:oleicon="f" o:ole="">
            <v:imagedata r:id="rId1584" o:title="eqIdcef9f220ca16010237cecd21cae59779"/>
          </v:shape>
        </w:pi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8158" type="#_x0000_t75" alt="学科网(www.zxxk.com)--教育资源门户，提供试卷、教案、课件、论文、素材以及各类教学资源下载，还有大量而丰富的教学相关资讯！" style="width:30pt;height:20.25pt" o:oleicon="f" o:ole="">
            <v:imagedata r:id="rId1585" o:title="eqId6641ceff881911f68d34cc3a5de65ecd"/>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）根据题意可得：当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时，代数式存在最小值，化简即可求解；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）根据题意可得：原式表示</w:t>
      </w:r>
      <w:r>
        <w:pict>
          <v:shape id="_x0000_i708159" type="#_x0000_t75" alt="学科网(www.zxxk.com)--教育资源门户，提供试卷、教案、课件、论文、素材以及各类教学资源下载，还有大量而丰富的教学相关资讯！" style="width:9pt;height:9.75pt" o:oleicon="f" o:ole="">
            <v:imagedata r:id="rId1586" o:title="eqId81dea63b8ce3e51adf66cf7b9982a248"/>
          </v:shape>
        </w:pict>
      </w:r>
      <w:r>
        <w:rPr>
          <w:rFonts w:ascii="Times New Roman" w:eastAsia="Times New Roman" w:hAnsi="Times New Roman" w:cs="Times New Roman"/>
          <w:color w:val="000000"/>
        </w:rPr>
        <w:t xml:space="preserve"> </w:t>
      </w:r>
      <w:r>
        <w:rPr>
          <w:rFonts w:ascii="宋体" w:eastAsia="宋体" w:hAnsi="宋体" w:cs="宋体"/>
          <w:color w:val="000000"/>
        </w:rPr>
        <w:t>对应点到</w:t>
      </w:r>
      <w:r>
        <w:pict>
          <v:shape id="_x0000_i708160" type="#_x0000_t75" alt="学科网(www.zxxk.com)--教育资源门户，提供试卷、教案、课件、论文、素材以及各类教学资源下载，还有大量而丰富的教学相关资讯！" style="width:55pt;height:16pt" o:oleicon="f" o:ole="">
            <v:imagedata r:id="rId1587" o:title="eqIdcad4a039c6f0c2ac12081338179a8ba0"/>
          </v:shape>
        </w:pict>
      </w:r>
      <w:r>
        <w:rPr>
          <w:rFonts w:ascii="Times New Roman" w:eastAsia="Times New Roman" w:hAnsi="Times New Roman" w:cs="Times New Roman"/>
          <w:color w:val="000000"/>
        </w:rPr>
        <w:t xml:space="preserve"> </w:t>
      </w:r>
      <w:r>
        <w:rPr>
          <w:rFonts w:ascii="宋体" w:eastAsia="宋体" w:hAnsi="宋体" w:cs="宋体"/>
          <w:color w:val="000000"/>
        </w:rPr>
        <w:t>对应的点的距离之和，从而得到当</w:t>
      </w:r>
      <w:r>
        <w:pict>
          <v:shape id="_x0000_i708161" type="#_x0000_t75" alt="学科网(www.zxxk.com)--教育资源门户，提供试卷、教案、课件、论文、素材以及各类教学资源下载，还有大量而丰富的教学相关资讯！" style="width:53pt;height:14pt" o:oleicon="f" o:ole="">
            <v:imagedata r:id="rId1588" o:title="eqId63e853793c244b34f250bcc4db8829e5"/>
          </v:shape>
        </w:pict>
      </w:r>
      <w:r>
        <w:rPr>
          <w:rFonts w:ascii="Times New Roman" w:eastAsia="Times New Roman" w:hAnsi="Times New Roman" w:cs="Times New Roman"/>
          <w:color w:val="000000"/>
        </w:rPr>
        <w:t xml:space="preserve"> </w:t>
      </w:r>
      <w:r>
        <w:rPr>
          <w:rFonts w:ascii="宋体" w:eastAsia="宋体" w:hAnsi="宋体" w:cs="宋体"/>
          <w:color w:val="000000"/>
        </w:rPr>
        <w:t>时，</w:t>
      </w:r>
      <w:r>
        <w:pict>
          <v:shape id="_x0000_i708162" type="#_x0000_t75" alt="学科网(www.zxxk.com)--教育资源门户，提供试卷、教案、课件、论文、素材以及各类教学资源下载，还有大量而丰富的教学相关资讯！" style="width:159pt;height:20pt" o:oleicon="f" o:ole="">
            <v:imagedata r:id="rId1589" o:title="eqIde440d9ca4107bca3a61246ea3ff438a9"/>
          </v:shape>
        </w:pict>
      </w:r>
      <w:r>
        <w:rPr>
          <w:rFonts w:ascii="宋体" w:eastAsia="宋体" w:hAnsi="宋体" w:cs="宋体"/>
          <w:color w:val="000000"/>
        </w:rPr>
        <w:t>有最小值，即可求解．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）根据题意得：</w:t>
      </w:r>
      <w:r>
        <w:pict>
          <v:shape id="_x0000_i708163" type="#_x0000_t75" alt="学科网(www.zxxk.com)--教育资源门户，提供试卷、教案、课件、论文、素材以及各类教学资源下载，还有大量而丰富的教学相关资讯！" style="width:55pt;height:20pt" o:oleicon="f" o:ole="">
            <v:imagedata r:id="rId1590" o:title="eqId844ac709955516ee809adc580a21455f"/>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8164" type="#_x0000_t75" alt="学科网(www.zxxk.com)--教育资源门户，提供试卷、教案、课件、论文、素材以及各类教学资源下载，还有大量而丰富的教学相关资讯！" style="width:51pt;height:14pt" o:oleicon="f" o:ole="">
            <v:imagedata r:id="rId1591" o:title="eqIdd9e451873418faaaf53e820157547ac3"/>
          </v:shape>
        </w:pict>
      </w:r>
      <w:r>
        <w:rPr>
          <w:rFonts w:ascii="宋体" w:eastAsia="宋体" w:hAnsi="宋体" w:cs="宋体"/>
          <w:color w:val="000000"/>
        </w:rPr>
        <w:t xml:space="preserve"> 或</w:t>
      </w:r>
      <w:r>
        <w:pict>
          <v:shape id="_x0000_i708165" type="#_x0000_t75" alt="学科网(www.zxxk.com)--教育资源门户，提供试卷、教案、课件、论文、素材以及各类教学资源下载，还有大量而丰富的教学相关资讯！" style="width:58pt;height:14pt" o:oleicon="f" o:ole="">
            <v:imagedata r:id="rId1592" o:title="eqIdd517e5b7f87eed54fcbbaaa51e063a78"/>
          </v:shape>
        </w:pict>
      </w:r>
      <w:r>
        <w:rPr>
          <w:rFonts w:ascii="宋体" w:eastAsia="宋体" w:hAnsi="宋体" w:cs="宋体"/>
          <w:color w:val="000000"/>
        </w:rPr>
        <w:t xml:space="preserve"> ，解得：</w:t>
      </w:r>
      <w:r>
        <w:pict>
          <v:shape id="_x0000_i708166" type="#_x0000_t75" alt="学科网(www.zxxk.com)--教育资源门户，提供试卷、教案、课件、论文、素材以及各类教学资源下载，还有大量而丰富的教学相关资讯！" style="width:28.35pt;height:13.6pt" o:oleicon="f" o:ole="">
            <v:imagedata r:id="rId1593" o:title="eqIdaa4c355f11471a38f5583a434a1ddeb3"/>
          </v:shape>
        </w:pict>
      </w:r>
      <w:r>
        <w:rPr>
          <w:rFonts w:ascii="宋体" w:eastAsia="宋体" w:hAnsi="宋体" w:cs="宋体"/>
          <w:color w:val="000000"/>
        </w:rPr>
        <w:t xml:space="preserve"> 或-</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）∵表示数</w:t>
      </w:r>
      <w:r>
        <w:rPr>
          <w:rFonts w:ascii="Times New Roman" w:eastAsia="Times New Roman" w:hAnsi="Times New Roman" w:cs="Times New Roman"/>
          <w:i/>
          <w:color w:val="000000"/>
        </w:rPr>
        <w:t>a</w:t>
      </w:r>
      <w:r>
        <w:rPr>
          <w:rFonts w:ascii="宋体" w:eastAsia="宋体" w:hAnsi="宋体" w:cs="宋体"/>
          <w:color w:val="000000"/>
        </w:rPr>
        <w:t>的点位于－</w:t>
      </w:r>
      <w:r>
        <w:rPr>
          <w:rFonts w:ascii="Times New Roman" w:eastAsia="Times New Roman" w:hAnsi="Times New Roman" w:cs="Times New Roman"/>
          <w:color w:val="000000"/>
        </w:rPr>
        <w:t>4</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之间，</w:t>
      </w:r>
    </w:p>
    <w:p>
      <w:pPr>
        <w:spacing w:line="360" w:lineRule="auto"/>
        <w:jc w:val="left"/>
        <w:textAlignment w:val="center"/>
        <w:rPr>
          <w:color w:val="000000"/>
        </w:rPr>
      </w:pPr>
      <w:r>
        <w:rPr>
          <w:rFonts w:ascii="宋体" w:eastAsia="宋体" w:hAnsi="宋体" w:cs="宋体"/>
          <w:color w:val="000000"/>
        </w:rPr>
        <w:t>∴</w:t>
      </w:r>
      <w:r>
        <w:pict>
          <v:shape id="_x0000_i708167" type="#_x0000_t75" alt="学科网(www.zxxk.com)--教育资源门户，提供试卷、教案、课件、论文、素材以及各类教学资源下载，还有大量而丰富的教学相关资讯！" style="width:51.75pt;height:14.25pt" o:oleicon="f" o:ole="">
            <v:imagedata r:id="rId1594" o:title="eqId5b0ac12b5f59a6bccd245dfa58e430db"/>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8168" type="#_x0000_t75" alt="学科网(www.zxxk.com)--教育资源门户，提供试卷、教案、课件、论文、素材以及各类教学资源下载，还有大量而丰富的教学相关资讯！" style="width:89pt;height:16pt" o:oleicon="f" o:ole="">
            <v:imagedata r:id="rId1595" o:title="eqId11dd52b06a10f5366e6a95793b7d83a1"/>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8169" type="#_x0000_t75" alt="学科网(www.zxxk.com)--教育资源门户，提供试卷、教案、课件、论文、素材以及各类教学资源下载，还有大量而丰富的教学相关资讯！" style="width:31pt;height:20pt" o:oleicon="f" o:ole="">
            <v:imagedata r:id="rId1596" o:title="eqIdcef9f220ca16010237cecd21cae59779"/>
          </v:shape>
        </w:pic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pict>
          <v:shape id="_x0000_i708170" type="#_x0000_t75" alt="学科网(www.zxxk.com)--教育资源门户，提供试卷、教案、课件、论文、素材以及各类教学资源下载，还有大量而丰富的教学相关资讯！" style="width:30pt;height:20.25pt" o:oleicon="f" o:ole="">
            <v:imagedata r:id="rId1597" o:title="eqId6641ceff881911f68d34cc3a5de65ecd"/>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171" type="#_x0000_t75" alt="学科网(www.zxxk.com)--教育资源门户，提供试卷、教案、课件、论文、素材以及各类教学资源下载，还有大量而丰富的教学相关资讯！" style="width:66.9pt;height:19.9pt;mso-position-horizontal-relative:page;mso-position-vertical-relative:page;mso-wrap-style:square" o:oleicon="f" o:ole="">
            <v:imagedata r:id="rId1598" o:title="eqId6736b68b360396cc004681877c0e7362"/>
          </v:shape>
        </w:pict>
      </w: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 当</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 xml:space="preserve">时，代数式存在最小值， </w:t>
      </w:r>
    </w:p>
    <w:p>
      <w:pPr>
        <w:spacing w:line="360" w:lineRule="auto"/>
        <w:jc w:val="left"/>
        <w:textAlignment w:val="center"/>
        <w:rPr>
          <w:color w:val="000000"/>
        </w:rPr>
      </w:pPr>
      <w:r>
        <w:rPr>
          <w:rFonts w:ascii="宋体" w:eastAsia="宋体" w:hAnsi="宋体" w:cs="宋体"/>
          <w:color w:val="000000"/>
        </w:rPr>
        <w:t>∴</w:t>
      </w:r>
      <w:r>
        <w:pict>
          <v:shape id="_x0000_i708172" type="#_x0000_t75" alt="学科网(www.zxxk.com)--教育资源门户，提供试卷、教案、课件、论文、素材以及各类教学资源下载，还有大量而丰富的教学相关资讯！" style="width:97.05pt;height:18.15pt" o:oleicon="f" o:ole="">
            <v:imagedata r:id="rId1599" o:title="eqIdb0fd33a15756733060723b3c6ab1947a"/>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所以，最小值是</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）根据题意得：</w:t>
      </w:r>
    </w:p>
    <w:p>
      <w:pPr>
        <w:spacing w:line="360" w:lineRule="auto"/>
        <w:jc w:val="left"/>
        <w:textAlignment w:val="center"/>
        <w:rPr>
          <w:color w:val="000000"/>
        </w:rPr>
      </w:pPr>
      <w:r>
        <w:pict>
          <v:shape id="_x0000_i708173" type="#_x0000_t75" alt="学科网(www.zxxk.com)--教育资源门户，提供试卷、教案、课件、论文、素材以及各类教学资源下载，还有大量而丰富的教学相关资讯！" style="width:355pt;height:22pt" o:oleicon="f" o:ole="">
            <v:imagedata r:id="rId1600" o:title="eqId7792b1a0c48c324fbf7d4f090c1fa04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∴原式表示</w:t>
      </w:r>
      <w:r>
        <w:pict>
          <v:shape id="_x0000_i708174" type="#_x0000_t75" alt="学科网(www.zxxk.com)--教育资源门户，提供试卷、教案、课件、论文、素材以及各类教学资源下载，还有大量而丰富的教学相关资讯！" style="width:9pt;height:9.75pt" o:oleicon="f" o:ole="">
            <v:imagedata r:id="rId1601" o:title="eqId81dea63b8ce3e51adf66cf7b9982a248"/>
          </v:shape>
        </w:pict>
      </w:r>
      <w:r>
        <w:rPr>
          <w:rFonts w:ascii="Times New Roman" w:eastAsia="Times New Roman" w:hAnsi="Times New Roman" w:cs="Times New Roman"/>
          <w:color w:val="000000"/>
        </w:rPr>
        <w:t xml:space="preserve"> </w:t>
      </w:r>
      <w:r>
        <w:rPr>
          <w:rFonts w:ascii="宋体" w:eastAsia="宋体" w:hAnsi="宋体" w:cs="宋体"/>
          <w:color w:val="000000"/>
        </w:rPr>
        <w:t>对应点到</w:t>
      </w:r>
      <w:r>
        <w:pict>
          <v:shape id="_x0000_i708175" type="#_x0000_t75" alt="学科网(www.zxxk.com)--教育资源门户，提供试卷、教案、课件、论文、素材以及各类教学资源下载，还有大量而丰富的教学相关资讯！" style="width:55pt;height:16pt" o:oleicon="f" o:ole="">
            <v:imagedata r:id="rId1602" o:title="eqIdcad4a039c6f0c2ac12081338179a8ba0"/>
          </v:shape>
        </w:pict>
      </w:r>
      <w:r>
        <w:rPr>
          <w:rFonts w:ascii="Times New Roman" w:eastAsia="Times New Roman" w:hAnsi="Times New Roman" w:cs="Times New Roman"/>
          <w:color w:val="000000"/>
        </w:rPr>
        <w:t xml:space="preserve"> </w:t>
      </w:r>
      <w:r>
        <w:rPr>
          <w:rFonts w:ascii="宋体" w:eastAsia="宋体" w:hAnsi="宋体" w:cs="宋体"/>
          <w:color w:val="000000"/>
        </w:rPr>
        <w:t>对应的点的距离之和，</w:t>
      </w:r>
    </w:p>
    <w:p>
      <w:pPr>
        <w:spacing w:line="360" w:lineRule="auto"/>
        <w:jc w:val="left"/>
        <w:textAlignment w:val="center"/>
        <w:rPr>
          <w:color w:val="000000"/>
        </w:rPr>
      </w:pP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3486150" cy="590550"/>
            <wp:docPr id="28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2" name=""/>
                    <pic:cNvPicPr>
                      <a:picLocks noChangeAspect="1"/>
                    </pic:cNvPicPr>
                  </pic:nvPicPr>
                  <pic:blipFill>
                    <a:blip r:embed="rId1603"/>
                    <a:stretch>
                      <a:fillRect/>
                    </a:stretch>
                  </pic:blipFill>
                  <pic:spPr>
                    <a:xfrm>
                      <a:off x="0" y="0"/>
                      <a:ext cx="3486150" cy="590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∴当</w:t>
      </w:r>
      <w:r>
        <w:pict>
          <v:shape id="_x0000_i708176" type="#_x0000_t75" alt="学科网(www.zxxk.com)--教育资源门户，提供试卷、教案、课件、论文、素材以及各类教学资源下载，还有大量而丰富的教学相关资讯！" style="width:53pt;height:14pt" o:oleicon="f" o:ole="">
            <v:imagedata r:id="rId1604" o:title="eqId63e853793c244b34f250bcc4db8829e5"/>
          </v:shape>
        </w:pict>
      </w:r>
      <w:r>
        <w:rPr>
          <w:rFonts w:ascii="Times New Roman" w:eastAsia="Times New Roman" w:hAnsi="Times New Roman" w:cs="Times New Roman"/>
          <w:color w:val="000000"/>
        </w:rPr>
        <w:t xml:space="preserve"> </w:t>
      </w:r>
      <w:r>
        <w:rPr>
          <w:rFonts w:ascii="宋体" w:eastAsia="宋体" w:hAnsi="宋体" w:cs="宋体"/>
          <w:color w:val="000000"/>
        </w:rPr>
        <w:t>时，</w:t>
      </w:r>
      <w:r>
        <w:pict>
          <v:shape id="_x0000_i708177" type="#_x0000_t75" alt="学科网(www.zxxk.com)--教育资源门户，提供试卷、教案、课件、论文、素材以及各类教学资源下载，还有大量而丰富的教学相关资讯！" style="width:159pt;height:20pt" o:oleicon="f" o:ole="">
            <v:imagedata r:id="rId1605" o:title="eqIde440d9ca4107bca3a61246ea3ff438a9"/>
          </v:shape>
        </w:pict>
      </w:r>
      <w:r>
        <w:rPr>
          <w:rFonts w:ascii="宋体" w:eastAsia="宋体" w:hAnsi="宋体" w:cs="宋体"/>
          <w:color w:val="000000"/>
        </w:rPr>
        <w:t>有最小值，</w:t>
      </w:r>
    </w:p>
    <w:p>
      <w:pPr>
        <w:spacing w:line="360" w:lineRule="auto"/>
        <w:jc w:val="left"/>
        <w:textAlignment w:val="center"/>
        <w:rPr>
          <w:color w:val="000000"/>
        </w:rPr>
      </w:pPr>
      <w:r>
        <w:rPr>
          <w:rFonts w:ascii="宋体" w:eastAsia="宋体" w:hAnsi="宋体" w:cs="宋体"/>
          <w:color w:val="000000"/>
        </w:rPr>
        <w:t>∴原式</w:t>
      </w:r>
      <w:r>
        <w:pict>
          <v:shape id="_x0000_i708178" type="#_x0000_t75" alt="学科网(www.zxxk.com)--教育资源门户，提供试卷、教案、课件、论文、素材以及各类教学资源下载，还有大量而丰富的教学相关资讯！" style="width:137pt;height:14pt" o:oleicon="f" o:ole="">
            <v:imagedata r:id="rId1606" o:title="eqId1d16197cb18d21b64244b52bcd743dff"/>
          </v:shape>
        </w:pict>
      </w:r>
    </w:p>
    <w:p>
      <w:pPr>
        <w:spacing w:line="360" w:lineRule="auto"/>
        <w:jc w:val="left"/>
        <w:textAlignment w:val="center"/>
        <w:rPr>
          <w:color w:val="000000"/>
        </w:rPr>
      </w:pPr>
      <w:r>
        <w:pict>
          <v:shape id="_x0000_i708179" type="#_x0000_t75" alt="学科网(www.zxxk.com)--教育资源门户，提供试卷、教案、课件、论文、素材以及各类教学资源下载，还有大量而丰富的教学相关资讯！" style="width:70pt;height:14pt" o:oleicon="f" o:ole="">
            <v:imagedata r:id="rId1607" o:title="eqId57f03e5a91d4f8aafb9343400e62f650"/>
          </v:shape>
        </w:pict>
      </w:r>
      <w:r>
        <w:rPr>
          <w:rFonts w:ascii="宋体" w:eastAsia="宋体" w:hAnsi="宋体" w:cs="宋体"/>
          <w:color w:val="000000"/>
        </w:rPr>
        <w:t xml:space="preserve"> ．</w:t>
      </w:r>
    </w:p>
    <w:p>
      <w:pPr>
        <w:spacing w:line="360" w:lineRule="auto"/>
        <w:jc w:val="left"/>
        <w:textAlignment w:val="center"/>
        <w:rPr>
          <w:color w:val="000000"/>
        </w:rPr>
        <w:sectPr w:rsidSect="00C321EB">
          <w:headerReference w:type="even" r:id="rId531"/>
          <w:footerReference w:type="even" r:id="rId532"/>
          <w:headerReference w:type="first" r:id="rId533"/>
          <w:footerReference w:type="first" r:id="rId534"/>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本题主要考查了绝对值得几何意义，数轴上两点间的距离，利用数形结合思想解答是解题的关键．</w:t>
      </w:r>
    </w:p>
    <w:p>
      <w:pPr>
        <w:pStyle w:val="Heading2"/>
      </w:pPr>
      <w:r>
        <w:t>西城区西城区德胜中学</w:t>
      </w:r>
    </w:p>
    <w:p>
      <w:pPr>
        <w:spacing w:line="360" w:lineRule="auto"/>
        <w:jc w:val="left"/>
        <w:textAlignment w:val="center"/>
        <w:rPr>
          <w:rFonts w:ascii="宋体" w:eastAsia="宋体" w:hAnsi="宋体" w:cs="宋体"/>
          <w:color w:val="000000"/>
        </w:rPr>
      </w:pPr>
      <w:r>
        <w:rPr>
          <w:color w:val="000000"/>
        </w:rPr>
        <w:t xml:space="preserve">26. </w:t>
      </w:r>
      <w:r>
        <w:rPr>
          <w:rFonts w:ascii="宋体" w:eastAsia="宋体" w:hAnsi="宋体" w:cs="宋体"/>
          <w:color w:val="000000"/>
        </w:rPr>
        <w:t>某通讯公司推出以下收费套餐，小明选择了套餐</w:t>
      </w:r>
      <w:r>
        <w:pict>
          <v:shape id="_x0000_i708180" type="#_x0000_t75" alt="学科网(www.zxxk.com)--教育资源门户，提供试卷、教案、课件、论文、素材以及各类教学资源下载，还有大量而丰富的教学相关资讯！" style="width:12pt;height:12pt" o:oleicon="f" o:ole="">
            <v:imagedata r:id="rId1608" o:title="eqId5963abe8f421bd99a2aaa94831a951e9"/>
          </v:shape>
        </w:pict>
      </w:r>
      <w:r>
        <w:rPr>
          <w:rFonts w:ascii="Times New Roman" w:eastAsia="Times New Roman" w:hAnsi="Times New Roman" w:cs="Times New Roman"/>
          <w:color w:val="000000"/>
        </w:rPr>
        <w:t xml:space="preserve"> </w:t>
      </w:r>
      <w:r>
        <w:rPr>
          <w:rFonts w:ascii="宋体" w:eastAsia="宋体" w:hAnsi="宋体" w:cs="宋体"/>
          <w:color w:val="000000"/>
        </w:rPr>
        <w:t>，小王选择了套餐</w:t>
      </w:r>
      <w:r>
        <w:pict>
          <v:shape id="_x0000_i708181" type="#_x0000_t75" alt="学科网(www.zxxk.com)--教育资源门户，提供试卷、教案、课件、论文、素材以及各类教学资源下载，还有大量而丰富的教学相关资讯！" style="width:9.75pt;height:10.5pt" o:oleicon="f" o:ole="">
            <v:imagedata r:id="rId1609" o:title="eqId7f9e8449aad35c5d840a3395ea86df6d"/>
          </v:shape>
        </w:pict>
      </w:r>
      <w:r>
        <w:rPr>
          <w:rFonts w:ascii="宋体" w:eastAsia="宋体" w:hAnsi="宋体" w:cs="宋体"/>
          <w:color w:val="000000"/>
        </w:rPr>
        <w:t>，设小明的通话时间为</w:t>
      </w:r>
      <w:r>
        <w:pict>
          <v:shape id="_x0000_i708182" type="#_x0000_t75" alt="学科网(www.zxxk.com)--教育资源门户，提供试卷、教案、课件、论文、素材以及各类教学资源下载，还有大量而丰富的教学相关资讯！" style="width:9.6pt;height:18pt" o:oleicon="f" o:ole="">
            <v:imagedata r:id="rId1610" o:title="eqId87c7eb49a823f757461cd5260757b088"/>
          </v:shape>
        </w:pict>
      </w:r>
      <w:r>
        <w:rPr>
          <w:rFonts w:ascii="宋体" w:eastAsia="宋体" w:hAnsi="宋体" w:cs="宋体"/>
          <w:color w:val="000000"/>
        </w:rPr>
        <w:t>分钟，小王的通话时间为</w:t>
      </w:r>
      <w:r>
        <w:pict>
          <v:shape id="_x0000_i708183" type="#_x0000_t75" alt="学科网(www.zxxk.com)--教育资源门户，提供试卷、教案、课件、论文、素材以及各类教学资源下载，还有大量而丰富的教学相关资讯！" style="width:11.4pt;height:18pt" o:oleicon="f" o:ole="">
            <v:imagedata r:id="rId1611" o:title="eqId5cd84a8f95166367063218ee03ffd5a7"/>
          </v:shape>
        </w:pict>
      </w:r>
      <w:r>
        <w:rPr>
          <w:rFonts w:ascii="宋体" w:eastAsia="宋体" w:hAnsi="宋体" w:cs="宋体"/>
          <w:color w:val="000000"/>
        </w:rPr>
        <w:t>分钟．</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691"/>
        <w:gridCol w:w="1322"/>
        <w:gridCol w:w="2163"/>
        <w:gridCol w:w="2584"/>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月租费</w:t>
            </w:r>
            <w:r>
              <w:pict>
                <v:shape id="_x0000_i708184" type="#_x0000_t75" alt="学科网(www.zxxk.com)--教育资源门户，提供试卷、教案、课件、论文、素材以及各类教学资源下载，还有大量而丰富的教学相关资讯！" style="width:8.3pt;height:14.3pt" o:oleicon="f" o:ole="">
                  <v:imagedata r:id="rId1612" o:title="eqIdce08128582a7e855852c03e0ac5d0487"/>
                </v:shape>
              </w:pict>
            </w:r>
            <w:r>
              <w:rPr>
                <w:rFonts w:ascii="宋体" w:eastAsia="宋体" w:hAnsi="宋体" w:cs="宋体"/>
                <w:color w:val="000000"/>
              </w:rPr>
              <w:t>元</w:t>
            </w:r>
            <w:r>
              <w:pict>
                <v:shape id="_x0000_i708185" type="#_x0000_t75" alt="学科网(www.zxxk.com)--教育资源门户，提供试卷、教案、课件、论文、素材以及各类教学资源下载，还有大量而丰富的教学相关资讯！" style="width:6.75pt;height:12.75pt" o:oleicon="f" o:ole="">
                  <v:imagedata r:id="rId1613" o:title="eqId4333bb203d02814c146ed587b69ea69d"/>
                </v:shape>
              </w:pict>
            </w:r>
            <w:r>
              <w:rPr>
                <w:rFonts w:ascii="宋体" w:eastAsia="宋体" w:hAnsi="宋体" w:cs="宋体"/>
                <w:color w:val="000000"/>
              </w:rPr>
              <w:t>月</w:t>
            </w:r>
            <w:r>
              <w:pict>
                <v:shape id="_x0000_i708186" type="#_x0000_t75" alt="学科网(www.zxxk.com)--教育资源门户，提供试卷、教案、课件、论文、素材以及各类教学资源下载，还有大量而丰富的教学相关资讯！" style="width:6.65pt;height:12.05pt" o:oleicon="f" o:ole="">
                  <v:imagedata r:id="rId1614" o:title="eqIdac8c94316312f093ebfc80b872a83c2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不加收通话费时限</w:t>
            </w:r>
            <w:r>
              <w:pict>
                <v:shape id="_x0000_i708187" type="#_x0000_t75" alt="学科网(www.zxxk.com)--教育资源门户，提供试卷、教案、课件、论文、素材以及各类教学资源下载，还有大量而丰富的教学相关资讯！" style="width:8.3pt;height:14.3pt" o:oleicon="f" o:ole="">
                  <v:imagedata r:id="rId1612" o:title="eqIdce08128582a7e855852c03e0ac5d0487"/>
                </v:shape>
              </w:pict>
            </w:r>
            <w:r>
              <w:rPr>
                <w:rFonts w:ascii="宋体" w:eastAsia="宋体" w:hAnsi="宋体" w:cs="宋体"/>
                <w:color w:val="000000"/>
              </w:rPr>
              <w:t>分</w:t>
            </w:r>
            <w:r>
              <w:pict>
                <v:shape id="_x0000_i708188" type="#_x0000_t75" alt="学科网(www.zxxk.com)--教育资源门户，提供试卷、教案、课件、论文、素材以及各类教学资源下载，还有大量而丰富的教学相关资讯！" style="width:6.65pt;height:12.05pt" o:oleicon="f" o:ole="">
                  <v:imagedata r:id="rId1614" o:title="eqIdac8c94316312f093ebfc80b872a83c2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超时加收通话费标准</w:t>
            </w:r>
            <w:r>
              <w:pict>
                <v:shape id="_x0000_i708189" type="#_x0000_t75" alt="学科网(www.zxxk.com)--教育资源门户，提供试卷、教案、课件、论文、素材以及各类教学资源下载，还有大量而丰富的教学相关资讯！" style="width:8.3pt;height:14.3pt" o:oleicon="f" o:ole="">
                  <v:imagedata r:id="rId1612" o:title="eqIdce08128582a7e855852c03e0ac5d0487"/>
                </v:shape>
              </w:pict>
            </w:r>
            <w:r>
              <w:rPr>
                <w:rFonts w:ascii="宋体" w:eastAsia="宋体" w:hAnsi="宋体" w:cs="宋体"/>
                <w:color w:val="000000"/>
              </w:rPr>
              <w:t>元</w:t>
            </w:r>
            <w:r>
              <w:pict>
                <v:shape id="_x0000_i708190" type="#_x0000_t75" alt="学科网(www.zxxk.com)--教育资源门户，提供试卷、教案、课件、论文、素材以及各类教学资源下载，还有大量而丰富的教学相关资讯！" style="width:6.75pt;height:12.75pt" o:oleicon="f" o:ole="">
                  <v:imagedata r:id="rId1613" o:title="eqId4333bb203d02814c146ed587b69ea69d"/>
                </v:shape>
              </w:pict>
            </w:r>
            <w:r>
              <w:rPr>
                <w:rFonts w:ascii="宋体" w:eastAsia="宋体" w:hAnsi="宋体" w:cs="宋体"/>
                <w:color w:val="000000"/>
              </w:rPr>
              <w:t>分</w:t>
            </w:r>
            <w:r>
              <w:pict>
                <v:shape id="_x0000_i708191" type="#_x0000_t75" alt="学科网(www.zxxk.com)--教育资源门户，提供试卷、教案、课件、论文、素材以及各类教学资源下载，还有大量而丰富的教学相关资讯！" style="width:6.65pt;height:12.05pt" o:oleicon="f" o:ole="">
                  <v:imagedata r:id="rId1614" o:title="eqIdac8c94316312f093ebfc80b872a83c25"/>
                </v:shape>
              </w:pic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套餐</w:t>
            </w:r>
            <w:r>
              <w:pict>
                <v:shape id="_x0000_i708192" type="#_x0000_t75" alt="学科网(www.zxxk.com)--教育资源门户，提供试卷、教案、课件、论文、素材以及各类教学资源下载，还有大量而丰富的教学相关资讯！" style="width:12pt;height:12pt" o:oleicon="f" o:ole="">
                  <v:imagedata r:id="rId1615" o:title="eqId5963abe8f421bd99a2aaa94831a951e9"/>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8193" type="#_x0000_t75" alt="学科网(www.zxxk.com)--教育资源门户，提供试卷、教案、课件、论文、素材以及各类教学资源下载，还有大量而丰富的教学相关资讯！" style="width:15pt;height:14.25pt" o:oleicon="f" o:ole="">
                  <v:imagedata r:id="rId1616" o:title="eqIdbf4066a75edc8587024d3d2f21274220"/>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8194" type="#_x0000_t75" alt="学科网(www.zxxk.com)--教育资源门户，提供试卷、教案、课件、论文、素材以及各类教学资源下载，还有大量而丰富的教学相关资讯！" style="width:20pt;height:13.95pt" o:oleicon="f" o:ole="">
                  <v:imagedata r:id="rId1617" o:title="eqId2a7afc6e67a875ed2eb889e950a7771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8195" type="#_x0000_t75" alt="学科网(www.zxxk.com)--教育资源门户，提供试卷、教案、课件、论文、素材以及各类教学资源下载，还有大量而丰富的教学相关资讯！" style="width:23.8pt;height:14.4pt" o:oleicon="f" o:ole="">
                  <v:imagedata r:id="rId1618" o:title="eqIda09b5f459f48a235b5152eab56aeaecd"/>
                </v:shape>
              </w:pict>
            </w:r>
          </w:p>
        </w:tc>
      </w:tr>
      <w:tr>
        <w:tblPrEx>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rFonts w:ascii="宋体" w:eastAsia="宋体" w:hAnsi="宋体" w:cs="宋体"/>
                <w:color w:val="000000"/>
              </w:rPr>
            </w:pPr>
            <w:r>
              <w:rPr>
                <w:rFonts w:ascii="宋体" w:eastAsia="宋体" w:hAnsi="宋体" w:cs="宋体"/>
                <w:color w:val="000000"/>
              </w:rPr>
              <w:t>套餐</w:t>
            </w:r>
            <w:r>
              <w:pict>
                <v:shape id="_x0000_i708196" type="#_x0000_t75" alt="学科网(www.zxxk.com)--教育资源门户，提供试卷、教案、课件、论文、素材以及各类教学资源下载，还有大量而丰富的教学相关资讯！" style="width:9.75pt;height:10.5pt" o:oleicon="f" o:ole="">
                  <v:imagedata r:id="rId1619" o:title="eqId7f9e8449aad35c5d840a3395ea86df6d"/>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8197" type="#_x0000_t75" alt="学科网(www.zxxk.com)--教育资源门户，提供试卷、教案、课件、论文、素材以及各类教学资源下载，还有大量而丰富的教学相关资讯！" style="width:15pt;height:14.25pt" o:oleicon="f" o:ole="">
                  <v:imagedata r:id="rId1620" o:title="eqId3ef0a9f421547e737ec464d29b314403"/>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8198" type="#_x0000_t75" alt="学科网(www.zxxk.com)--教育资源门户，提供试卷、教案、课件、论文、素材以及各类教学资源下载，还有大量而丰富的教学相关资讯！" style="width:21pt;height:13.95pt" o:oleicon="f" o:ole="">
                  <v:imagedata r:id="rId1621" o:title="eqIddfef808d03e18fa99a1904ca08f92495"/>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left"/>
              <w:textAlignment w:val="center"/>
              <w:rPr>
                <w:color w:val="000000"/>
              </w:rPr>
            </w:pPr>
            <w:r>
              <w:pict>
                <v:shape id="_x0000_i708199" type="#_x0000_t75" alt="学科网(www.zxxk.com)--教育资源门户，提供试卷、教案、课件、论文、素材以及各类教学资源下载，还有大量而丰富的教学相关资讯！" style="width:25pt;height:14pt" o:oleicon="f" o:ole="">
                  <v:imagedata r:id="rId1622" o:title="eqId01e991e7f1c5b19446a8e9845d671e48"/>
                </v:shape>
              </w:pict>
            </w:r>
          </w:p>
        </w:tc>
      </w:tr>
    </w:tbl>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）请用含</w:t>
      </w:r>
      <w:r>
        <w:pict>
          <v:shape id="_x0000_i708200" type="#_x0000_t75" alt="学科网(www.zxxk.com)--教育资源门户，提供试卷、教案、课件、论文、素材以及各类教学资源下载，还有大量而丰富的教学相关资讯！" style="width:9.6pt;height:18pt" o:oleicon="f" o:ole="">
            <v:imagedata r:id="rId1623" o:title="eqId87c7eb49a823f757461cd5260757b088"/>
          </v:shape>
        </w:pict>
      </w:r>
      <w:r>
        <w:rPr>
          <w:rFonts w:ascii="宋体" w:eastAsia="宋体" w:hAnsi="宋体" w:cs="宋体"/>
          <w:color w:val="000000"/>
        </w:rPr>
        <w:t>、</w:t>
      </w:r>
      <w:r>
        <w:pict>
          <v:shape id="_x0000_i708201" type="#_x0000_t75" alt="学科网(www.zxxk.com)--教育资源门户，提供试卷、教案、课件、论文、素材以及各类教学资源下载，还有大量而丰富的教学相关资讯！" style="width:11.4pt;height:18pt" o:oleicon="f" o:ole="">
            <v:imagedata r:id="rId1624" o:title="eqId5cd84a8f95166367063218ee03ffd5a7"/>
          </v:shape>
        </w:pict>
      </w:r>
      <w:r>
        <w:rPr>
          <w:rFonts w:ascii="宋体" w:eastAsia="宋体" w:hAnsi="宋体" w:cs="宋体"/>
          <w:color w:val="000000"/>
        </w:rPr>
        <w:t>的代数式表示小明和小王的通话费用．</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）若小明</w:t>
      </w:r>
      <w:r>
        <w:pict>
          <v:shape id="_x0000_i708202" type="#_x0000_t75" alt="学科网(www.zxxk.com)--教育资源门户，提供试卷、教案、课件、论文、素材以及各类教学资源下载，还有大量而丰富的教学相关资讯！" style="width:9.6pt;height:13.2pt" o:oleicon="f" o:ole="">
            <v:imagedata r:id="rId1625" o:title="eqIdb8860d9787671b53b1ab68b3d526f5ca"/>
          </v:shape>
        </w:pict>
      </w:r>
      <w:r>
        <w:rPr>
          <w:rFonts w:ascii="宋体" w:eastAsia="宋体" w:hAnsi="宋体" w:cs="宋体"/>
          <w:color w:val="000000"/>
        </w:rPr>
        <w:t>月份通话时间为</w:t>
      </w:r>
      <w:r>
        <w:pict>
          <v:shape id="_x0000_i708203" type="#_x0000_t75" alt="学科网(www.zxxk.com)--教育资源门户，提供试卷、教案、课件、论文、素材以及各类教学资源下载，还有大量而丰富的教学相关资讯！" style="width:21pt;height:13.95pt" o:oleicon="f" o:ole="">
            <v:imagedata r:id="rId1626" o:title="eqId2415078b0b5305d0f2392fde35187532"/>
          </v:shape>
        </w:pict>
      </w:r>
      <w:r>
        <w:rPr>
          <w:rFonts w:ascii="宋体" w:eastAsia="宋体" w:hAnsi="宋体" w:cs="宋体"/>
          <w:color w:val="000000"/>
        </w:rPr>
        <w:t>分钟．小王通话费用和小明相同，求小王通话时间．</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）若小明和小王</w:t>
      </w:r>
      <w:r>
        <w:pict>
          <v:shape id="_x0000_i708204" type="#_x0000_t75" alt="学科网(www.zxxk.com)--教育资源门户，提供试卷、教案、课件、论文、素材以及各类教学资源下载，还有大量而丰富的教学相关资讯！" style="width:9.25pt;height:14.2pt" o:oleicon="f" o:ole="">
            <v:imagedata r:id="rId1627" o:title="eqIdd91e07104b699c4012be2d26160976a2"/>
          </v:shape>
        </w:pict>
      </w:r>
      <w:r>
        <w:rPr>
          <w:rFonts w:ascii="宋体" w:eastAsia="宋体" w:hAnsi="宋体" w:cs="宋体"/>
          <w:color w:val="000000"/>
        </w:rPr>
        <w:t>月份通话时间和通话费用都一样，求通话时间．</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8205" type="#_x0000_t75" alt="学科网(www.zxxk.com)--教育资源门户，提供试卷、教案、课件、论文、素材以及各类教学资源下载，还有大量而丰富的教学相关资讯！" style="width:57pt;height:18pt" o:oleicon="f" o:ole="">
            <v:imagedata r:id="rId1628" o:title="eqId40b3477d2cbfa667c4fd75a83bd1f456"/>
          </v:shape>
        </w:pict>
      </w:r>
      <w:r>
        <w:rPr>
          <w:rFonts w:ascii="宋体" w:eastAsia="宋体" w:hAnsi="宋体" w:cs="宋体"/>
          <w:color w:val="000000"/>
        </w:rPr>
        <w:t>时，</w:t>
      </w:r>
      <w:r>
        <w:pict>
          <v:shape id="_x0000_i708206" type="#_x0000_t75" alt="学科网(www.zxxk.com)--教育资源门户，提供试卷、教案、课件、论文、素材以及各类教学资源下载，还有大量而丰富的教学相关资讯！" style="width:37pt;height:18pt" o:oleicon="f" o:ole="">
            <v:imagedata r:id="rId1629" o:title="eqIde48915f221d8fddb0541f249e867831e"/>
          </v:shape>
        </w:pict>
      </w:r>
      <w:r>
        <w:rPr>
          <w:rFonts w:ascii="宋体" w:eastAsia="宋体" w:hAnsi="宋体" w:cs="宋体"/>
          <w:color w:val="000000"/>
        </w:rPr>
        <w:t>；当</w:t>
      </w:r>
      <w:r>
        <w:pict>
          <v:shape id="_x0000_i708207" type="#_x0000_t75" alt="学科网(www.zxxk.com)--教育资源门户，提供试卷、教案、课件、论文、素材以及各类教学资源下载，还有大量而丰富的教学相关资讯！" style="width:39pt;height:18pt" o:oleicon="f" o:ole="">
            <v:imagedata r:id="rId1630" o:title="eqIde41cf00a2d9482fbc56f41a1fe4cf0dd"/>
          </v:shape>
        </w:pict>
      </w:r>
      <w:r>
        <w:rPr>
          <w:rFonts w:ascii="宋体" w:eastAsia="宋体" w:hAnsi="宋体" w:cs="宋体"/>
          <w:color w:val="000000"/>
        </w:rPr>
        <w:t>时，</w:t>
      </w:r>
      <w:r>
        <w:pict>
          <v:shape id="_x0000_i708208" type="#_x0000_t75" alt="学科网(www.zxxk.com)--教育资源门户，提供试卷、教案、课件、论文、素材以及各类教学资源下载，还有大量而丰富的教学相关资讯！" style="width:85pt;height:18pt" o:oleicon="f" o:ole="">
            <v:imagedata r:id="rId1631" o:title="eqId3d4ace891d0fafddc8bff4eb955ace10"/>
          </v:shape>
        </w:pict>
      </w:r>
      <w:r>
        <w:rPr>
          <w:rFonts w:ascii="宋体" w:eastAsia="宋体" w:hAnsi="宋体" w:cs="宋体"/>
          <w:color w:val="000000"/>
        </w:rPr>
        <w:t>；当</w:t>
      </w:r>
      <w:r>
        <w:pict>
          <v:shape id="_x0000_i708209" type="#_x0000_t75" alt="学科网(www.zxxk.com)--教育资源门户，提供试卷、教案、课件、论文、素材以及各类教学资源下载，还有大量而丰富的教学相关资讯！" style="width:58pt;height:18pt" o:oleicon="f" o:ole="">
            <v:imagedata r:id="rId1632" o:title="eqId09a39ef48465eb1f676522b3816434b1"/>
          </v:shape>
        </w:pict>
      </w:r>
      <w:r>
        <w:rPr>
          <w:rFonts w:ascii="宋体" w:eastAsia="宋体" w:hAnsi="宋体" w:cs="宋体"/>
          <w:color w:val="000000"/>
        </w:rPr>
        <w:t>时，</w:t>
      </w:r>
      <w:r>
        <w:pict>
          <v:shape id="_x0000_i708210" type="#_x0000_t75" alt="学科网(www.zxxk.com)--教育资源门户，提供试卷、教案、课件、论文、素材以及各类教学资源下载，还有大量而丰富的教学相关资讯！" style="width:38.5pt;height:18pt" o:oleicon="f" o:ole="">
            <v:imagedata r:id="rId1633" o:title="eqIdd409ccb001675a51ea2aa1baa7d61cb8"/>
          </v:shape>
        </w:pict>
      </w:r>
      <w:r>
        <w:rPr>
          <w:rFonts w:ascii="宋体" w:eastAsia="宋体" w:hAnsi="宋体" w:cs="宋体"/>
          <w:color w:val="000000"/>
        </w:rPr>
        <w:t>；当</w:t>
      </w:r>
      <w:r>
        <w:pict>
          <v:shape id="_x0000_i708211" type="#_x0000_t75" alt="学科网(www.zxxk.com)--教育资源门户，提供试卷、教案、课件、论文、素材以及各类教学资源下载，还有大量而丰富的教学相关资讯！" style="width:40pt;height:18pt" o:oleicon="f" o:ole="">
            <v:imagedata r:id="rId1634" o:title="eqId3714ea2d4def03cab14c8c0911584ce0"/>
          </v:shape>
        </w:pict>
      </w:r>
      <w:r>
        <w:rPr>
          <w:rFonts w:ascii="宋体" w:eastAsia="宋体" w:hAnsi="宋体" w:cs="宋体"/>
          <w:color w:val="000000"/>
        </w:rPr>
        <w:t>时，</w:t>
      </w:r>
      <w:r>
        <w:pict>
          <v:shape id="_x0000_i708212" type="#_x0000_t75" alt="学科网(www.zxxk.com)--教育资源门户，提供试卷、教案、课件、论文、素材以及各类教学资源下载，还有大量而丰富的教学相关资讯！" style="width:71.5pt;height:18pt" o:oleicon="f" o:ole="">
            <v:imagedata r:id="rId1635" o:title="eqId605ebd7afe11f0e94c78cbdf7fb50fde"/>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500</w:t>
      </w:r>
      <w:r>
        <w:rPr>
          <w:rFonts w:ascii="宋体" w:eastAsia="宋体" w:hAnsi="宋体" w:cs="宋体"/>
          <w:color w:val="000000"/>
        </w:rPr>
        <w:t>分钟；（</w:t>
      </w:r>
      <w:r>
        <w:rPr>
          <w:rFonts w:ascii="Times New Roman" w:eastAsia="Times New Roman" w:hAnsi="Times New Roman" w:cs="Times New Roman"/>
          <w:color w:val="000000"/>
        </w:rPr>
        <w:t>3</w:t>
      </w:r>
      <w:r>
        <w:rPr>
          <w:rFonts w:ascii="宋体" w:eastAsia="宋体" w:hAnsi="宋体" w:cs="宋体"/>
          <w:color w:val="000000"/>
        </w:rPr>
        <w:t>）小明和小王</w:t>
      </w:r>
      <w:r>
        <w:pict>
          <v:shape id="_x0000_i708213" type="#_x0000_t75" alt="学科网(www.zxxk.com)--教育资源门户，提供试卷、教案、课件、论文、素材以及各类教学资源下载，还有大量而丰富的教学相关资讯！" style="width:9.25pt;height:14.2pt" o:oleicon="f" o:ole="">
            <v:imagedata r:id="rId1636" o:title="eqIdd91e07104b699c4012be2d26160976a2"/>
          </v:shape>
        </w:pict>
      </w:r>
      <w:r>
        <w:rPr>
          <w:rFonts w:ascii="宋体" w:eastAsia="宋体" w:hAnsi="宋体" w:cs="宋体"/>
          <w:color w:val="000000"/>
        </w:rPr>
        <w:t>月份通话时间和通话费用都一样，通话时间为</w:t>
      </w:r>
      <w:r>
        <w:pict>
          <v:shape id="_x0000_i708214" type="#_x0000_t75" alt="学科网(www.zxxk.com)--教育资源门户，提供试卷、教案、课件、论文、素材以及各类教学资源下载，还有大量而丰富的教学相关资讯！" style="width:22pt;height:13.95pt" o:oleicon="f" o:ole="">
            <v:imagedata r:id="rId1637" o:title="eqIdc2ce25e4c3f045daddb255ae4c086e4f"/>
          </v:shape>
        </w:pict>
      </w:r>
      <w:r>
        <w:rPr>
          <w:rFonts w:ascii="宋体" w:eastAsia="宋体" w:hAnsi="宋体" w:cs="宋体"/>
          <w:color w:val="000000"/>
        </w:rPr>
        <w:t>分钟</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）设小明的通话费用为</w:t>
      </w:r>
      <w:r>
        <w:pict>
          <v:shape id="_x0000_i708215" type="#_x0000_t75" alt="学科网(www.zxxk.com)--教育资源门户，提供试卷、教案、课件、论文、素材以及各类教学资源下载，还有大量而丰富的教学相关资讯！" style="width:13.05pt;height:18.15pt" o:oleicon="f" o:ole="">
            <v:imagedata r:id="rId1638" o:title="eqId54015ff5b49e3283901da1291b6b921d"/>
          </v:shape>
        </w:pict>
      </w:r>
      <w:r>
        <w:rPr>
          <w:rFonts w:ascii="宋体" w:eastAsia="宋体" w:hAnsi="宋体" w:cs="宋体"/>
          <w:color w:val="000000"/>
        </w:rPr>
        <w:t>元，小王的通话费用为</w:t>
      </w:r>
      <w:r>
        <w:pict>
          <v:shape id="_x0000_i708216" type="#_x0000_t75" alt="学科网(www.zxxk.com)--教育资源门户，提供试卷、教案、课件、论文、素材以及各类教学资源下载，还有大量而丰富的教学相关资讯！" style="width:13.6pt;height:18.15pt" o:oleicon="f" o:ole="">
            <v:imagedata r:id="rId1639" o:title="eqId46f6872ffb1934339c53c2c2282d5889"/>
          </v:shape>
        </w:pict>
      </w:r>
      <w:r>
        <w:rPr>
          <w:rFonts w:ascii="宋体" w:eastAsia="宋体" w:hAnsi="宋体" w:cs="宋体"/>
          <w:color w:val="000000"/>
        </w:rPr>
        <w:t>元，根据题意可得：当</w:t>
      </w:r>
      <w:r>
        <w:pict>
          <v:shape id="_x0000_i708217" type="#_x0000_t75" alt="学科网(www.zxxk.com)--教育资源门户，提供试卷、教案、课件、论文、素材以及各类教学资源下载，还有大量而丰富的教学相关资讯！" style="width:57pt;height:18pt" o:oleicon="f" o:ole="">
            <v:imagedata r:id="rId1640" o:title="eqId40b3477d2cbfa667c4fd75a83bd1f456"/>
          </v:shape>
        </w:pict>
      </w:r>
      <w:r>
        <w:rPr>
          <w:rFonts w:ascii="宋体" w:eastAsia="宋体" w:hAnsi="宋体" w:cs="宋体"/>
          <w:color w:val="000000"/>
        </w:rPr>
        <w:t>时，</w:t>
      </w:r>
      <w:r>
        <w:pict>
          <v:shape id="_x0000_i708218" type="#_x0000_t75" alt="学科网(www.zxxk.com)--教育资源门户，提供试卷、教案、课件、论文、素材以及各类教学资源下载，还有大量而丰富的教学相关资讯！" style="width:37pt;height:18pt" o:oleicon="f" o:ole="">
            <v:imagedata r:id="rId1641" o:title="eqIde48915f221d8fddb0541f249e867831e"/>
          </v:shape>
        </w:pict>
      </w:r>
      <w:r>
        <w:rPr>
          <w:rFonts w:ascii="宋体" w:eastAsia="宋体" w:hAnsi="宋体" w:cs="宋体"/>
          <w:color w:val="000000"/>
        </w:rPr>
        <w:t>；当</w:t>
      </w:r>
      <w:r>
        <w:pict>
          <v:shape id="_x0000_i708219" type="#_x0000_t75" alt="学科网(www.zxxk.com)--教育资源门户，提供试卷、教案、课件、论文、素材以及各类教学资源下载，还有大量而丰富的教学相关资讯！" style="width:39pt;height:18pt" o:oleicon="f" o:ole="">
            <v:imagedata r:id="rId1642" o:title="eqIde41cf00a2d9482fbc56f41a1fe4cf0dd"/>
          </v:shape>
        </w:pict>
      </w:r>
      <w:r>
        <w:rPr>
          <w:rFonts w:ascii="宋体" w:eastAsia="宋体" w:hAnsi="宋体" w:cs="宋体"/>
          <w:color w:val="000000"/>
        </w:rPr>
        <w:t>时，</w:t>
      </w:r>
      <w:r>
        <w:pict>
          <v:shape id="_x0000_i708220" type="#_x0000_t75" alt="学科网(www.zxxk.com)--教育资源门户，提供试卷、教案、课件、论文、素材以及各类教学资源下载，还有大量而丰富的教学相关资讯！" style="width:113pt;height:20pt" o:oleicon="f" o:ole="">
            <v:imagedata r:id="rId1643" o:title="eqId13ca310d457f5a52757e4293e4614449"/>
          </v:shape>
        </w:pict>
      </w:r>
      <w:r>
        <w:rPr>
          <w:rFonts w:ascii="宋体" w:eastAsia="宋体" w:hAnsi="宋体" w:cs="宋体"/>
          <w:color w:val="000000"/>
        </w:rPr>
        <w:t>；当</w:t>
      </w:r>
      <w:r>
        <w:pict>
          <v:shape id="_x0000_i708221" type="#_x0000_t75" alt="学科网(www.zxxk.com)--教育资源门户，提供试卷、教案、课件、论文、素材以及各类教学资源下载，还有大量而丰富的教学相关资讯！" style="width:58pt;height:18pt" o:oleicon="f" o:ole="">
            <v:imagedata r:id="rId1644" o:title="eqId09a39ef48465eb1f676522b3816434b1"/>
          </v:shape>
        </w:pict>
      </w:r>
      <w:r>
        <w:rPr>
          <w:rFonts w:ascii="宋体" w:eastAsia="宋体" w:hAnsi="宋体" w:cs="宋体"/>
          <w:color w:val="000000"/>
        </w:rPr>
        <w:t>时，</w:t>
      </w:r>
      <w:r>
        <w:pict>
          <v:shape id="_x0000_i708222" type="#_x0000_t75" alt="学科网(www.zxxk.com)--教育资源门户，提供试卷、教案、课件、论文、素材以及各类教学资源下载，还有大量而丰富的教学相关资讯！" style="width:38.5pt;height:18pt" o:oleicon="f" o:ole="">
            <v:imagedata r:id="rId1645" o:title="eqIdd409ccb001675a51ea2aa1baa7d61cb8"/>
          </v:shape>
        </w:pict>
      </w:r>
      <w:r>
        <w:rPr>
          <w:rFonts w:ascii="宋体" w:eastAsia="宋体" w:hAnsi="宋体" w:cs="宋体"/>
          <w:color w:val="000000"/>
        </w:rPr>
        <w:t>；当</w:t>
      </w:r>
      <w:r>
        <w:pict>
          <v:shape id="_x0000_i708223" type="#_x0000_t75" alt="学科网(www.zxxk.com)--教育资源门户，提供试卷、教案、课件、论文、素材以及各类教学资源下载，还有大量而丰富的教学相关资讯！" style="width:40pt;height:18pt" o:oleicon="f" o:ole="">
            <v:imagedata r:id="rId1646" o:title="eqId3714ea2d4def03cab14c8c0911584ce0"/>
          </v:shape>
        </w:pict>
      </w:r>
      <w:r>
        <w:rPr>
          <w:rFonts w:ascii="宋体" w:eastAsia="宋体" w:hAnsi="宋体" w:cs="宋体"/>
          <w:color w:val="000000"/>
        </w:rPr>
        <w:t>时，</w:t>
      </w:r>
      <w:r>
        <w:pict>
          <v:shape id="_x0000_i708224" type="#_x0000_t75" alt="学科网(www.zxxk.com)--教育资源门户，提供试卷、教案、课件、论文、素材以及各类教学资源下载，还有大量而丰富的教学相关资讯！" style="width:117pt;height:20pt" o:oleicon="f" o:ole="">
            <v:imagedata r:id="rId1647" o:title="eqId9c0943d7456c8f39b4f785a55f468b68"/>
          </v:shape>
        </w:pict>
      </w:r>
      <w:r>
        <w:rPr>
          <w:rFonts w:ascii="宋体" w:eastAsia="宋体" w:hAnsi="宋体" w:cs="宋体"/>
          <w:color w:val="000000"/>
        </w:rPr>
        <w:t>，即可求解；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pict>
          <v:shape id="_x0000_i708225" type="#_x0000_t75" alt="学科网(www.zxxk.com)--教育资源门户，提供试卷、教案、课件、论文、素材以及各类教学资源下载，还有大量而丰富的教学相关资讯！" style="width:69pt;height:18pt" o:oleicon="f" o:ole="">
            <v:imagedata r:id="rId1648" o:title="eqId5bea13a1afd350b002640b35ab0da0d7"/>
          </v:shape>
        </w:pict>
      </w:r>
      <w:r>
        <w:rPr>
          <w:rFonts w:ascii="宋体" w:eastAsia="宋体" w:hAnsi="宋体" w:cs="宋体"/>
          <w:color w:val="000000"/>
        </w:rPr>
        <w:t>，可得小王通话费用为</w:t>
      </w:r>
      <w:r>
        <w:pict>
          <v:shape id="_x0000_i708226" type="#_x0000_t75" alt="学科网(www.zxxk.com)--教育资源门户，提供试卷、教案、课件、论文、素材以及各类教学资源下载，还有大量而丰富的教学相关资讯！" style="width:135pt;height:14pt" o:oleicon="f" o:ole="">
            <v:imagedata r:id="rId1649" o:title="eqIdf7a6d169d90d400f0381911be01ca649"/>
          </v:shape>
        </w:pict>
      </w:r>
      <w:r>
        <w:rPr>
          <w:rFonts w:ascii="宋体" w:eastAsia="宋体" w:hAnsi="宋体" w:cs="宋体"/>
          <w:color w:val="000000"/>
        </w:rPr>
        <w:t>，再由小王通话费用和小明相同，即可求解；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）根据小明和小王</w:t>
      </w:r>
      <w:r>
        <w:pict>
          <v:shape id="_x0000_i708227" type="#_x0000_t75" alt="学科网(www.zxxk.com)--教育资源门户，提供试卷、教案、课件、论文、素材以及各类教学资源下载，还有大量而丰富的教学相关资讯！" style="width:9.25pt;height:14.2pt" o:oleicon="f" o:ole="">
            <v:imagedata r:id="rId1650" o:title="eqIdd91e07104b699c4012be2d26160976a2"/>
          </v:shape>
        </w:pict>
      </w:r>
      <w:r>
        <w:rPr>
          <w:rFonts w:ascii="宋体" w:eastAsia="宋体" w:hAnsi="宋体" w:cs="宋体"/>
          <w:color w:val="000000"/>
        </w:rPr>
        <w:t>月份通话时间和通话费用都一样，分三种情况讨论，即可求解．</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pict>
          <v:shape id="_x0000_i708228" type="#_x0000_t75" alt="学科网(www.zxxk.com)--教育资源门户，提供试卷、教案、课件、论文、素材以及各类教学资源下载，还有大量而丰富的教学相关资讯！" style="width:17pt;height:19.85pt" o:oleicon="f" o:ole="">
            <v:imagedata r:id="rId1651" o:title="eqId9bf6c84731e5e1bd335ecfc2d36c3d81"/>
          </v:shape>
        </w:pict>
      </w:r>
      <w:r>
        <w:rPr>
          <w:rFonts w:ascii="宋体" w:eastAsia="宋体" w:hAnsi="宋体" w:cs="宋体"/>
          <w:color w:val="000000"/>
        </w:rPr>
        <w:t>设小明的通话费用为</w:t>
      </w:r>
      <w:r>
        <w:pict>
          <v:shape id="_x0000_i708229" type="#_x0000_t75" alt="学科网(www.zxxk.com)--教育资源门户，提供试卷、教案、课件、论文、素材以及各类教学资源下载，还有大量而丰富的教学相关资讯！" style="width:13.05pt;height:18.15pt" o:oleicon="f" o:ole="">
            <v:imagedata r:id="rId1652" o:title="eqId54015ff5b49e3283901da1291b6b921d"/>
          </v:shape>
        </w:pict>
      </w:r>
      <w:r>
        <w:rPr>
          <w:rFonts w:ascii="宋体" w:eastAsia="宋体" w:hAnsi="宋体" w:cs="宋体"/>
          <w:color w:val="000000"/>
        </w:rPr>
        <w:t>元，小王的通话费用为</w:t>
      </w:r>
      <w:r>
        <w:pict>
          <v:shape id="_x0000_i708230" type="#_x0000_t75" alt="学科网(www.zxxk.com)--教育资源门户，提供试卷、教案、课件、论文、素材以及各类教学资源下载，还有大量而丰富的教学相关资讯！" style="width:13.6pt;height:18.15pt" o:oleicon="f" o:ole="">
            <v:imagedata r:id="rId1653" o:title="eqId46f6872ffb1934339c53c2c2282d5889"/>
          </v:shape>
        </w:pict>
      </w:r>
      <w:r>
        <w:rPr>
          <w:rFonts w:ascii="宋体" w:eastAsia="宋体" w:hAnsi="宋体" w:cs="宋体"/>
          <w:color w:val="000000"/>
        </w:rPr>
        <w:t>元，</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231" type="#_x0000_t75" alt="学科网(www.zxxk.com)--教育资源门户，提供试卷、教案、课件、论文、素材以及各类教学资源下载，还有大量而丰富的教学相关资讯！" style="width:57pt;height:18pt" o:oleicon="f" o:ole="">
            <v:imagedata r:id="rId1654" o:title="eqId40b3477d2cbfa667c4fd75a83bd1f456"/>
          </v:shape>
        </w:pict>
      </w:r>
      <w:r>
        <w:rPr>
          <w:rFonts w:ascii="宋体" w:eastAsia="宋体" w:hAnsi="宋体" w:cs="宋体"/>
          <w:color w:val="000000"/>
        </w:rPr>
        <w:t>时，</w:t>
      </w:r>
      <w:r>
        <w:pict>
          <v:shape id="_x0000_i708232" type="#_x0000_t75" alt="学科网(www.zxxk.com)--教育资源门户，提供试卷、教案、课件、论文、素材以及各类教学资源下载，还有大量而丰富的教学相关资讯！" style="width:37pt;height:18pt" o:oleicon="f" o:ole="">
            <v:imagedata r:id="rId1655" o:title="eqIde48915f221d8fddb0541f249e867831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233" type="#_x0000_t75" alt="学科网(www.zxxk.com)--教育资源门户，提供试卷、教案、课件、论文、素材以及各类教学资源下载，还有大量而丰富的教学相关资讯！" style="width:39pt;height:18pt" o:oleicon="f" o:ole="">
            <v:imagedata r:id="rId1656" o:title="eqIde41cf00a2d9482fbc56f41a1fe4cf0dd"/>
          </v:shape>
        </w:pict>
      </w:r>
      <w:r>
        <w:rPr>
          <w:rFonts w:ascii="宋体" w:eastAsia="宋体" w:hAnsi="宋体" w:cs="宋体"/>
          <w:color w:val="000000"/>
        </w:rPr>
        <w:t>时，</w:t>
      </w:r>
      <w:r>
        <w:pict>
          <v:shape id="_x0000_i708234" type="#_x0000_t75" alt="学科网(www.zxxk.com)--教育资源门户，提供试卷、教案、课件、论文、素材以及各类教学资源下载，还有大量而丰富的教学相关资讯！" style="width:184pt;height:20.5pt" o:oleicon="f" o:ole="">
            <v:imagedata r:id="rId1657" o:title="eqId45f800880aff916b667dc7f3c9fbdcf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235" type="#_x0000_t75" alt="学科网(www.zxxk.com)--教育资源门户，提供试卷、教案、课件、论文、素材以及各类教学资源下载，还有大量而丰富的教学相关资讯！" style="width:58pt;height:18pt" o:oleicon="f" o:ole="">
            <v:imagedata r:id="rId1658" o:title="eqId09a39ef48465eb1f676522b3816434b1"/>
          </v:shape>
        </w:pict>
      </w:r>
      <w:r>
        <w:rPr>
          <w:rFonts w:ascii="宋体" w:eastAsia="宋体" w:hAnsi="宋体" w:cs="宋体"/>
          <w:color w:val="000000"/>
        </w:rPr>
        <w:t>时，</w:t>
      </w:r>
      <w:r>
        <w:pict>
          <v:shape id="_x0000_i708236" type="#_x0000_t75" alt="学科网(www.zxxk.com)--教育资源门户，提供试卷、教案、课件、论文、素材以及各类教学资源下载，还有大量而丰富的教学相关资讯！" style="width:38.5pt;height:18pt" o:oleicon="f" o:ole="">
            <v:imagedata r:id="rId1659" o:title="eqIdd409ccb001675a51ea2aa1baa7d61cb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237" type="#_x0000_t75" alt="学科网(www.zxxk.com)--教育资源门户，提供试卷、教案、课件、论文、素材以及各类教学资源下载，还有大量而丰富的教学相关资讯！" style="width:40pt;height:18pt" o:oleicon="f" o:ole="">
            <v:imagedata r:id="rId1660" o:title="eqId3714ea2d4def03cab14c8c0911584ce0"/>
          </v:shape>
        </w:pict>
      </w:r>
      <w:r>
        <w:rPr>
          <w:rFonts w:ascii="宋体" w:eastAsia="宋体" w:hAnsi="宋体" w:cs="宋体"/>
          <w:color w:val="000000"/>
        </w:rPr>
        <w:t>时，</w:t>
      </w:r>
      <w:r>
        <w:pict>
          <v:shape id="_x0000_i708238" type="#_x0000_t75" alt="学科网(www.zxxk.com)--教育资源门户，提供试卷、教案、课件、论文、素材以及各类教学资源下载，还有大量而丰富的教学相关资讯！" style="width:173.5pt;height:20.5pt" o:oleicon="f" o:ole="">
            <v:imagedata r:id="rId1661" o:title="eqIdb7cc81ccc809768e8a6a6cbd8270dd3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239" type="#_x0000_t75" alt="学科网(www.zxxk.com)--教育资源门户，提供试卷、教案、课件、论文、素材以及各类教学资源下载，还有大量而丰富的教学相关资讯！" style="width:96pt;height:20.5pt" o:oleicon="f" o:ole="">
            <v:imagedata r:id="rId1662" o:title="eqIdf8655b3758969b133e415f26e698e82f"/>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∴小王通话费用为</w:t>
      </w:r>
      <w:r>
        <w:pict>
          <v:shape id="_x0000_i708240" type="#_x0000_t75" alt="学科网(www.zxxk.com)--教育资源门户，提供试卷、教案、课件、论文、素材以及各类教学资源下载，还有大量而丰富的教学相关资讯！" style="width:135pt;height:14pt" o:oleicon="f" o:ole="">
            <v:imagedata r:id="rId1663" o:title="eqIdf7a6d169d90d400f0381911be01ca64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241" type="#_x0000_t75" alt="学科网(www.zxxk.com)--教育资源门户，提供试卷、教案、课件、论文、素材以及各类教学资源下载，还有大量而丰富的教学相关资讯！" style="width:46.35pt;height:18.15pt" o:oleicon="f" o:ole="">
            <v:imagedata r:id="rId1664" o:title="eqId8a8bcc2a0f7fd45ba49b9dfe2ed4422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242" type="#_x0000_t75" alt="学科网(www.zxxk.com)--教育资源门户，提供试卷、教案、课件、论文、素材以及各类教学资源下载，还有大量而丰富的教学相关资讯！" style="width:86.5pt;height:18pt" o:oleicon="f" o:ole="">
            <v:imagedata r:id="rId1665" o:title="eqIdb8409b2d2e2a24d796e08058773d4fc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8243" type="#_x0000_t75" alt="学科网(www.zxxk.com)--教育资源门户，提供试卷、教案、课件、论文、素材以及各类教学资源下载，还有大量而丰富的教学相关资讯！" style="width:41.5pt;height:18pt" o:oleicon="f" o:ole="">
            <v:imagedata r:id="rId1666" o:title="eqId22d9fc953d8cd57165b0d95c38008dc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244" type="#_x0000_t75" alt="学科网(www.zxxk.com)--教育资源门户，提供试卷、教案、课件、论文、素材以及各类教学资源下载，还有大量而丰富的教学相关资讯！" style="width:17.9pt;height:19.8pt" o:oleicon="f" o:ole="">
            <v:imagedata r:id="rId1667" o:title="eqIdf62295c36d2e2174908c2bec0eb5b30f"/>
          </v:shape>
        </w:pict>
      </w:r>
      <w:r>
        <w:rPr>
          <w:rFonts w:ascii="宋体" w:eastAsia="宋体" w:hAnsi="宋体" w:cs="宋体"/>
          <w:color w:val="000000"/>
        </w:rPr>
        <w:t>当</w:t>
      </w:r>
      <w:r>
        <w:pict>
          <v:shape id="_x0000_i708245" type="#_x0000_t75" alt="学科网(www.zxxk.com)--教育资源门户，提供试卷、教案、课件、论文、素材以及各类教学资源下载，还有大量而丰富的教学相关资讯！" style="width:54pt;height:14.5pt" o:oleicon="f" o:ole="">
            <v:imagedata r:id="rId1668" o:title="eqId76fc9404cb3b24b893b5c781fa044239"/>
          </v:shape>
        </w:pict>
      </w:r>
      <w:r>
        <w:rPr>
          <w:rFonts w:ascii="宋体" w:eastAsia="宋体" w:hAnsi="宋体" w:cs="宋体"/>
          <w:color w:val="000000"/>
        </w:rPr>
        <w:t>时，</w:t>
      </w:r>
      <w:r>
        <w:pict>
          <v:shape id="_x0000_i708246" type="#_x0000_t75" alt="学科网(www.zxxk.com)--教育资源门户，提供试卷、教案、课件、论文、素材以及各类教学资源下载，还有大量而丰富的教学相关资讯！" style="width:36pt;height:18pt" o:oleicon="f" o:ole="">
            <v:imagedata r:id="rId1669" o:title="eqId3d6f3a6c1002546a7568c91ad97e47d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247" type="#_x0000_t75" alt="学科网(www.zxxk.com)--教育资源门户，提供试卷、教案、课件、论文、素材以及各类教学资源下载，还有大量而丰富的教学相关资讯！" style="width:65.5pt;height:14.5pt" o:oleicon="f" o:ole="">
            <v:imagedata r:id="rId1670" o:title="eqId405ddf849b8983d76fbc63b07f2db58c"/>
          </v:shape>
        </w:pict>
      </w:r>
      <w:r>
        <w:rPr>
          <w:rFonts w:ascii="宋体" w:eastAsia="宋体" w:hAnsi="宋体" w:cs="宋体"/>
          <w:color w:val="000000"/>
        </w:rPr>
        <w:t>，</w:t>
      </w:r>
      <w:r>
        <w:pict>
          <v:shape id="_x0000_i708248" type="#_x0000_t75" alt="学科网(www.zxxk.com)--教育资源门户，提供试卷、教案、课件、论文、素材以及各类教学资源下载，还有大量而丰富的教学相关资讯！" style="width:36pt;height:18.6pt" o:oleicon="f" o:ole="">
            <v:imagedata r:id="rId1671" o:title="eqId1292c47f62023b747f1a4bd615c75284"/>
          </v:shape>
        </w:pict>
      </w:r>
      <w:r>
        <w:rPr>
          <w:rFonts w:ascii="宋体" w:eastAsia="宋体" w:hAnsi="宋体" w:cs="宋体"/>
          <w:color w:val="000000"/>
        </w:rPr>
        <w:t>，</w:t>
      </w:r>
      <w:r>
        <w:pict>
          <v:shape id="_x0000_i708249" type="#_x0000_t75" alt="学科网(www.zxxk.com)--教育资源门户，提供试卷、教案、课件、论文、素材以及各类教学资源下载，还有大量而丰富的教学相关资讯！" style="width:30pt;height:18pt" o:oleicon="f" o:ole="">
            <v:imagedata r:id="rId1672" o:title="eqIde39ddcd1d744767c015f60a6b55a258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250" type="#_x0000_t75" alt="学科网(www.zxxk.com)--教育资源门户，提供试卷、教案、课件、论文、素材以及各类教学资源下载，还有大量而丰富的教学相关资讯！" style="width:86.5pt;height:18pt" o:oleicon="f" o:ole="">
            <v:imagedata r:id="rId1673" o:title="eqId0b2ed4fd52cfb566da99fb41908a737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8251" type="#_x0000_t75" alt="学科网(www.zxxk.com)--教育资源门户，提供试卷、教案、课件、论文、素材以及各类教学资源下载，还有大量而丰富的教学相关资讯！" style="width:60pt;height:18pt" o:oleicon="f" o:ole="">
            <v:imagedata r:id="rId1674" o:title="eqIdaa86a06fba0372cd3ff10a44ec86676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252" type="#_x0000_t75" alt="学科网(www.zxxk.com)--教育资源门户，提供试卷、教案、课件、论文、素材以及各类教学资源下载，还有大量而丰富的教学相关资讯！" style="width:36.95pt;height:13.75pt" o:oleicon="f" o:ole="">
            <v:imagedata r:id="rId1675" o:title="eqIdf07f654e1f322974d6d47b49b100bd4d"/>
          </v:shape>
        </w:pict>
      </w:r>
      <w:r>
        <w:rPr>
          <w:rFonts w:ascii="宋体" w:eastAsia="宋体" w:hAnsi="宋体" w:cs="宋体"/>
          <w:color w:val="000000"/>
        </w:rPr>
        <w:t>时，</w:t>
      </w:r>
      <w:r>
        <w:pict>
          <v:shape id="_x0000_i708253" type="#_x0000_t75" alt="学科网(www.zxxk.com)--教育资源门户，提供试卷、教案、课件、论文、素材以及各类教学资源下载，还有大量而丰富的教学相关资讯！" style="width:36pt;height:18.6pt" o:oleicon="f" o:ole="">
            <v:imagedata r:id="rId1676" o:title="eqId1292c47f62023b747f1a4bd615c75284"/>
          </v:shape>
        </w:pict>
      </w:r>
      <w:r>
        <w:rPr>
          <w:rFonts w:ascii="宋体" w:eastAsia="宋体" w:hAnsi="宋体" w:cs="宋体"/>
          <w:color w:val="000000"/>
        </w:rPr>
        <w:t>，</w:t>
      </w:r>
      <w:r>
        <w:pict>
          <v:shape id="_x0000_i708254" type="#_x0000_t75" alt="学科网(www.zxxk.com)--教育资源门户，提供试卷、教案、课件、论文、素材以及各类教学资源下载，还有大量而丰富的教学相关资讯！" style="width:30pt;height:18pt" o:oleicon="f" o:ole="">
            <v:imagedata r:id="rId1677" o:title="eqIde39ddcd1d744767c015f60a6b55a258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255" type="#_x0000_t75" alt="学科网(www.zxxk.com)--教育资源门户，提供试卷、教案、课件、论文、素材以及各类教学资源下载，还有大量而丰富的教学相关资讯！" style="width:114pt;height:14.5pt" o:oleicon="f" o:ole="">
            <v:imagedata r:id="rId1678" o:title="eqId64d0f332bba09f68424f14270ed6520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8256" type="#_x0000_t75" alt="学科网(www.zxxk.com)--教育资源门户，提供试卷、教案、课件、论文、素材以及各类教学资源下载，还有大量而丰富的教学相关资讯！" style="width:61pt;height:14pt" o:oleicon="f" o:ole="">
            <v:imagedata r:id="rId1679" o:title="eqIdc6576c7bff6147b2df0286d82393f81d"/>
          </v:shape>
        </w:pict>
      </w:r>
      <w:r>
        <w:rPr>
          <w:rFonts w:ascii="宋体" w:eastAsia="宋体" w:hAnsi="宋体" w:cs="宋体"/>
          <w:color w:val="000000"/>
        </w:rPr>
        <w:t>（舍去）．</w:t>
      </w:r>
    </w:p>
    <w:p>
      <w:pPr>
        <w:spacing w:line="360" w:lineRule="auto"/>
        <w:jc w:val="left"/>
        <w:textAlignment w:val="center"/>
        <w:rPr>
          <w:rFonts w:ascii="宋体" w:eastAsia="宋体" w:hAnsi="宋体" w:cs="宋体"/>
          <w:color w:val="000000"/>
        </w:rPr>
      </w:pPr>
      <w:r>
        <w:pict>
          <v:shape id="_x0000_i708257" type="#_x0000_t75" alt="学科网(www.zxxk.com)--教育资源门户，提供试卷、教案、课件、论文、素材以及各类教学资源下载，还有大量而丰富的教学相关资讯！" style="width:9.75pt;height:9pt" o:oleicon="f" o:ole="">
            <v:imagedata r:id="rId1680" o:title="eqId2de0d10ef8b748d4531250c37c5d3f9e"/>
          </v:shape>
        </w:pict>
      </w:r>
      <w:r>
        <w:rPr>
          <w:rFonts w:ascii="宋体" w:eastAsia="宋体" w:hAnsi="宋体" w:cs="宋体"/>
          <w:color w:val="000000"/>
        </w:rPr>
        <w:t>小明和小王</w:t>
      </w:r>
      <w:r>
        <w:pict>
          <v:shape id="_x0000_i708258" type="#_x0000_t75" alt="学科网(www.zxxk.com)--教育资源门户，提供试卷、教案、课件、论文、素材以及各类教学资源下载，还有大量而丰富的教学相关资讯！" style="width:9.25pt;height:14.2pt" o:oleicon="f" o:ole="">
            <v:imagedata r:id="rId1681" o:title="eqIdd91e07104b699c4012be2d26160976a2"/>
          </v:shape>
        </w:pict>
      </w:r>
      <w:r>
        <w:rPr>
          <w:rFonts w:ascii="宋体" w:eastAsia="宋体" w:hAnsi="宋体" w:cs="宋体"/>
          <w:color w:val="000000"/>
        </w:rPr>
        <w:t>月份通话时间和通话费用都一样，通话时间为</w:t>
      </w:r>
      <w:r>
        <w:pict>
          <v:shape id="_x0000_i708259" type="#_x0000_t75" alt="学科网(www.zxxk.com)--教育资源门户，提供试卷、教案、课件、论文、素材以及各类教学资源下载，还有大量而丰富的教学相关资讯！" style="width:22pt;height:13.95pt" o:oleicon="f" o:ole="">
            <v:imagedata r:id="rId1682" o:title="eqIdc2ce25e4c3f045daddb255ae4c086e4f"/>
          </v:shape>
        </w:pict>
      </w:r>
      <w:r>
        <w:rPr>
          <w:rFonts w:ascii="宋体" w:eastAsia="宋体" w:hAnsi="宋体" w:cs="宋体"/>
          <w:color w:val="000000"/>
        </w:rPr>
        <w:t>分钟．</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本题主要考查了列函数关系式，一次函数的应用，明确题意，准确得到数量关系是解题的关键．</w:t>
      </w:r>
    </w:p>
    <w:p>
      <w:pPr>
        <w:spacing w:line="360" w:lineRule="auto"/>
        <w:jc w:val="left"/>
        <w:textAlignment w:val="center"/>
        <w:rPr>
          <w:rFonts w:ascii="宋体" w:eastAsia="宋体" w:hAnsi="宋体" w:cs="宋体"/>
          <w:color w:val="000000"/>
        </w:rPr>
      </w:pPr>
      <w:r>
        <w:rPr>
          <w:color w:val="000000"/>
        </w:rPr>
        <w:t xml:space="preserve">27. </w:t>
      </w:r>
      <w:r>
        <w:rPr>
          <w:rFonts w:ascii="宋体" w:eastAsia="宋体" w:hAnsi="宋体" w:cs="宋体"/>
          <w:color w:val="000000"/>
        </w:rPr>
        <w:t>对于数轴上的点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，给出如下定义：若点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Q</w:t>
      </w:r>
      <w:r>
        <w:rPr>
          <w:rFonts w:ascii="宋体" w:eastAsia="宋体" w:hAnsi="宋体" w:cs="宋体"/>
          <w:color w:val="000000"/>
        </w:rPr>
        <w:t>的距离为</w:t>
      </w:r>
      <w:r>
        <w:pict>
          <v:shape id="_x0000_i708260" type="#_x0000_t75" alt="学科网(www.zxxk.com)--教育资源门户，提供试卷、教案、课件、论文、素材以及各类教学资源下载，还有大量而丰富的教学相关资讯！" style="width:47pt;height:20.5pt" o:oleicon="f" o:ole="">
            <v:imagedata r:id="rId1683" o:title="eqId39f037c7c376eb165f808dfafb78ac8c"/>
          </v:shape>
        </w:pict>
      </w:r>
      <w:r>
        <w:rPr>
          <w:rFonts w:ascii="宋体" w:eastAsia="宋体" w:hAnsi="宋体" w:cs="宋体"/>
          <w:color w:val="000000"/>
        </w:rPr>
        <w:t>，则称</w:t>
      </w:r>
      <w:r>
        <w:rPr>
          <w:rFonts w:ascii="Times New Roman" w:eastAsia="Times New Roman" w:hAnsi="Times New Roman" w:cs="Times New Roman"/>
          <w:i/>
          <w:color w:val="000000"/>
        </w:rPr>
        <w:t>d</w:t>
      </w:r>
      <w:r>
        <w:rPr>
          <w:rFonts w:ascii="宋体" w:eastAsia="宋体" w:hAnsi="宋体" w:cs="宋体"/>
          <w:color w:val="000000"/>
        </w:rPr>
        <w:t>为点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Q</w:t>
      </w:r>
      <w:r>
        <w:rPr>
          <w:rFonts w:ascii="宋体" w:eastAsia="宋体" w:hAnsi="宋体" w:cs="宋体"/>
          <w:color w:val="000000"/>
        </w:rPr>
        <w:t>的追击值，记作</w:t>
      </w:r>
      <w:r>
        <w:pict>
          <v:shape id="_x0000_i708261" type="#_x0000_t75" alt="学科网(www.zxxk.com)--教育资源门户，提供试卷、教案、课件、论文、素材以及各类教学资源下载，还有大量而丰富的教学相关资讯！" style="width:37pt;height:20pt" o:oleicon="f" o:ole="">
            <v:imagedata r:id="rId1684" o:title="eqId2fa9ed163a70320ae5af9916c50d9656"/>
          </v:shape>
        </w:pict>
      </w:r>
      <w:r>
        <w:rPr>
          <w:rFonts w:ascii="宋体" w:eastAsia="宋体" w:hAnsi="宋体" w:cs="宋体"/>
          <w:color w:val="000000"/>
        </w:rPr>
        <w:t>．例如，在数轴上点</w:t>
      </w:r>
      <w:r>
        <w:rPr>
          <w:rFonts w:ascii="Times New Roman" w:eastAsia="Times New Roman" w:hAnsi="Times New Roman" w:cs="Times New Roman"/>
          <w:i/>
          <w:color w:val="000000"/>
        </w:rPr>
        <w:t>P</w:t>
      </w:r>
      <w:r>
        <w:rPr>
          <w:rFonts w:ascii="宋体" w:eastAsia="宋体" w:hAnsi="宋体" w:cs="宋体"/>
          <w:color w:val="000000"/>
        </w:rPr>
        <w:t>表示的数是</w:t>
      </w:r>
      <w:r>
        <w:rPr>
          <w:rFonts w:ascii="Times New Roman" w:eastAsia="Times New Roman" w:hAnsi="Times New Roman" w:cs="Times New Roman"/>
          <w:color w:val="000000"/>
        </w:rPr>
        <w:t>5</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，则点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Q</w:t>
      </w:r>
      <w:r>
        <w:rPr>
          <w:rFonts w:ascii="宋体" w:eastAsia="宋体" w:hAnsi="宋体" w:cs="宋体"/>
          <w:color w:val="000000"/>
        </w:rPr>
        <w:t>的追击值为</w:t>
      </w:r>
      <w:r>
        <w:pict>
          <v:shape id="_x0000_i708262" type="#_x0000_t75" alt="学科网(www.zxxk.com)--教育资源门户，提供试卷、教案、课件、论文、素材以及各类教学资源下载，还有大量而丰富的教学相关资讯！" style="width:54pt;height:20pt" o:oleicon="f" o:ole="">
            <v:imagedata r:id="rId1685" o:title="eqId29c6c18e36118e3a5814be334742a4f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都在数轴上，点</w:t>
      </w:r>
      <w:r>
        <w:rPr>
          <w:rFonts w:ascii="Times New Roman" w:eastAsia="Times New Roman" w:hAnsi="Times New Roman" w:cs="Times New Roman"/>
          <w:i/>
          <w:color w:val="000000"/>
        </w:rPr>
        <w:t>M</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，且点</w:t>
      </w:r>
      <w:r>
        <w:rPr>
          <w:rFonts w:ascii="Times New Roman" w:eastAsia="Times New Roman" w:hAnsi="Times New Roman" w:cs="Times New Roman"/>
          <w:i/>
          <w:color w:val="000000"/>
        </w:rPr>
        <w:t>N</w:t>
      </w:r>
      <w:r>
        <w:rPr>
          <w:rFonts w:ascii="宋体" w:eastAsia="宋体" w:hAnsi="宋体" w:cs="宋体"/>
          <w:color w:val="000000"/>
        </w:rPr>
        <w:t>到点</w:t>
      </w:r>
      <w:r>
        <w:rPr>
          <w:rFonts w:ascii="Times New Roman" w:eastAsia="Times New Roman" w:hAnsi="Times New Roman" w:cs="Times New Roman"/>
          <w:i/>
          <w:color w:val="000000"/>
        </w:rPr>
        <w:t>M</w:t>
      </w:r>
      <w:r>
        <w:rPr>
          <w:rFonts w:ascii="宋体" w:eastAsia="宋体" w:hAnsi="宋体" w:cs="宋体"/>
          <w:color w:val="000000"/>
        </w:rPr>
        <w:t>的追击值</w:t>
      </w:r>
      <w:r>
        <w:pict>
          <v:shape id="_x0000_i708263" type="#_x0000_t75" alt="学科网(www.zxxk.com)--教育资源门户，提供试卷、教案、课件、论文、素材以及各类教学资源下载，还有大量而丰富的教学相关资讯！" style="width:96pt;height:20pt" o:oleicon="f" o:ole="">
            <v:imagedata r:id="rId1686" o:title="eqIdfa414c4ec39b64c864000784e31f7e3a"/>
          </v:shape>
        </w:pict>
      </w:r>
      <w:r>
        <w:rPr>
          <w:rFonts w:ascii="宋体" w:eastAsia="宋体" w:hAnsi="宋体" w:cs="宋体"/>
          <w:color w:val="000000"/>
        </w:rPr>
        <w:t>，则点</w:t>
      </w:r>
      <w:r>
        <w:rPr>
          <w:rFonts w:ascii="Times New Roman" w:eastAsia="Times New Roman" w:hAnsi="Times New Roman" w:cs="Times New Roman"/>
          <w:i/>
          <w:color w:val="000000"/>
        </w:rPr>
        <w:t>N</w:t>
      </w:r>
      <w:r>
        <w:rPr>
          <w:rFonts w:ascii="宋体" w:eastAsia="宋体" w:hAnsi="宋体" w:cs="宋体"/>
          <w:color w:val="000000"/>
        </w:rPr>
        <w:t>表示的数是____________（用含</w:t>
      </w:r>
      <w:r>
        <w:rPr>
          <w:rFonts w:ascii="Times New Roman" w:eastAsia="Times New Roman" w:hAnsi="Times New Roman" w:cs="Times New Roman"/>
          <w:i/>
          <w:color w:val="000000"/>
        </w:rPr>
        <w:t>a</w:t>
      </w:r>
      <w:r>
        <w:rPr>
          <w:rFonts w:ascii="宋体" w:eastAsia="宋体" w:hAnsi="宋体" w:cs="宋体"/>
          <w:color w:val="000000"/>
        </w:rPr>
        <w:t>的代数式表示）．</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）如图，点</w:t>
      </w:r>
      <w:r>
        <w:rPr>
          <w:rFonts w:ascii="Times New Roman" w:eastAsia="Times New Roman" w:hAnsi="Times New Roman" w:cs="Times New Roman"/>
          <w:i/>
          <w:color w:val="000000"/>
        </w:rPr>
        <w:t>C</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，在数轴上有两个动点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都沿着正方向同时移动，其中</w:t>
      </w:r>
      <w:r>
        <w:rPr>
          <w:rFonts w:ascii="Times New Roman" w:eastAsia="Times New Roman" w:hAnsi="Times New Roman" w:cs="Times New Roman"/>
          <w:i/>
          <w:color w:val="000000"/>
        </w:rPr>
        <w:t>A</w:t>
      </w:r>
      <w:r>
        <w:rPr>
          <w:rFonts w:ascii="宋体" w:eastAsia="宋体" w:hAnsi="宋体" w:cs="宋体"/>
          <w:color w:val="000000"/>
        </w:rPr>
        <w:t>点的速度为每秒</w:t>
      </w:r>
      <w:r>
        <w:rPr>
          <w:rFonts w:ascii="Times New Roman" w:eastAsia="Times New Roman" w:hAnsi="Times New Roman" w:cs="Times New Roman"/>
          <w:color w:val="000000"/>
        </w:rPr>
        <w:t>4</w:t>
      </w:r>
      <w:r>
        <w:rPr>
          <w:rFonts w:ascii="宋体" w:eastAsia="宋体" w:hAnsi="宋体" w:cs="宋体"/>
          <w:color w:val="000000"/>
        </w:rPr>
        <w:t>个单位，</w:t>
      </w:r>
      <w:r>
        <w:rPr>
          <w:rFonts w:ascii="Times New Roman" w:eastAsia="Times New Roman" w:hAnsi="Times New Roman" w:cs="Times New Roman"/>
          <w:i/>
          <w:color w:val="000000"/>
        </w:rPr>
        <w:t>B</w:t>
      </w:r>
      <w:r>
        <w:rPr>
          <w:rFonts w:ascii="宋体" w:eastAsia="宋体" w:hAnsi="宋体" w:cs="宋体"/>
          <w:color w:val="000000"/>
        </w:rPr>
        <w:t>点的速度为每秒</w:t>
      </w:r>
      <w:r>
        <w:rPr>
          <w:rFonts w:ascii="Times New Roman" w:eastAsia="Times New Roman" w:hAnsi="Times New Roman" w:cs="Times New Roman"/>
          <w:color w:val="000000"/>
        </w:rPr>
        <w:t>1</w:t>
      </w:r>
      <w:r>
        <w:rPr>
          <w:rFonts w:ascii="宋体" w:eastAsia="宋体" w:hAnsi="宋体" w:cs="宋体"/>
          <w:color w:val="000000"/>
        </w:rPr>
        <w:t>个单位，点</w:t>
      </w:r>
      <w:r>
        <w:rPr>
          <w:rFonts w:ascii="Times New Roman" w:eastAsia="Times New Roman" w:hAnsi="Times New Roman" w:cs="Times New Roman"/>
          <w:i/>
          <w:color w:val="000000"/>
        </w:rPr>
        <w:t>A</w:t>
      </w:r>
      <w:r>
        <w:rPr>
          <w:rFonts w:ascii="宋体" w:eastAsia="宋体" w:hAnsi="宋体" w:cs="宋体"/>
          <w:color w:val="000000"/>
        </w:rPr>
        <w:t>从点</w:t>
      </w:r>
      <w:r>
        <w:rPr>
          <w:rFonts w:ascii="Times New Roman" w:eastAsia="Times New Roman" w:hAnsi="Times New Roman" w:cs="Times New Roman"/>
          <w:i/>
          <w:color w:val="000000"/>
        </w:rPr>
        <w:t>C</w:t>
      </w:r>
      <w:r>
        <w:rPr>
          <w:rFonts w:ascii="宋体" w:eastAsia="宋体" w:hAnsi="宋体" w:cs="宋体"/>
          <w:color w:val="000000"/>
        </w:rPr>
        <w:t>出发，点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i/>
          <w:color w:val="000000"/>
        </w:rPr>
        <w:t>b</w:t>
      </w:r>
      <w:r>
        <w:rPr>
          <w:rFonts w:ascii="宋体" w:eastAsia="宋体" w:hAnsi="宋体" w:cs="宋体"/>
          <w:color w:val="000000"/>
        </w:rPr>
        <w:t>，设运动时间为</w:t>
      </w:r>
      <w:r>
        <w:pict>
          <v:shape id="_x0000_i708264" type="#_x0000_t75" alt="学科网(www.zxxk.com)--教育资源门户，提供试卷、教案、课件、论文、素材以及各类教学资源下载，还有大量而丰富的教学相关资讯！" style="width:40.05pt;height:20.05pt" o:oleicon="f" o:ole="">
            <v:imagedata r:id="rId1687" o:title="eqIdb05a62d60783712740c622a47e46ede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3638550" cy="647700"/>
            <wp:docPr id="28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 name=""/>
                    <pic:cNvPicPr>
                      <a:picLocks noChangeAspect="1"/>
                    </pic:cNvPicPr>
                  </pic:nvPicPr>
                  <pic:blipFill>
                    <a:blip r:embed="rId1688"/>
                    <a:stretch>
                      <a:fillRect/>
                    </a:stretch>
                  </pic:blipFill>
                  <pic:spPr>
                    <a:xfrm>
                      <a:off x="0" y="0"/>
                      <a:ext cx="3638550" cy="64770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①当</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时，问</w:t>
      </w:r>
      <w:r>
        <w:rPr>
          <w:rFonts w:ascii="Times New Roman" w:eastAsia="Times New Roman" w:hAnsi="Times New Roman" w:cs="Times New Roman"/>
          <w:i/>
          <w:color w:val="000000"/>
        </w:rPr>
        <w:t>t</w:t>
      </w:r>
      <w:r>
        <w:rPr>
          <w:rFonts w:ascii="宋体" w:eastAsia="宋体" w:hAnsi="宋体" w:cs="宋体"/>
          <w:color w:val="000000"/>
        </w:rPr>
        <w:t>为何值时，点</w:t>
      </w:r>
      <w:r>
        <w:rPr>
          <w:rFonts w:ascii="Times New Roman" w:eastAsia="Times New Roman" w:hAnsi="Times New Roman" w:cs="Times New Roman"/>
          <w:i/>
          <w:color w:val="000000"/>
        </w:rPr>
        <w:t>A</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的追击值</w:t>
      </w:r>
      <w:r>
        <w:pict>
          <v:shape id="_x0000_i708265" type="#_x0000_t75" alt="学科网(www.zxxk.com)--教育资源门户，提供试卷、教案、课件、论文、素材以及各类教学资源下载，还有大量而丰富的教学相关资讯！" style="width:53pt;height:20pt" o:oleicon="f" o:ole="">
            <v:imagedata r:id="rId1689" o:title="eqId02b11404b7c4411365ba407dd02fa0b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②当时间</w:t>
      </w:r>
      <w:r>
        <w:rPr>
          <w:rFonts w:ascii="Times New Roman" w:eastAsia="Times New Roman" w:hAnsi="Times New Roman" w:cs="Times New Roman"/>
          <w:i/>
          <w:color w:val="000000"/>
        </w:rPr>
        <w:t>t</w:t>
      </w:r>
      <w:r>
        <w:rPr>
          <w:rFonts w:ascii="宋体" w:eastAsia="宋体" w:hAnsi="宋体" w:cs="宋体"/>
          <w:color w:val="000000"/>
        </w:rPr>
        <w:t>不超过</w:t>
      </w:r>
      <w:r>
        <w:rPr>
          <w:rFonts w:ascii="Times New Roman" w:eastAsia="Times New Roman" w:hAnsi="Times New Roman" w:cs="Times New Roman"/>
          <w:color w:val="000000"/>
        </w:rPr>
        <w:t>3</w:t>
      </w:r>
      <w:r>
        <w:rPr>
          <w:rFonts w:ascii="宋体" w:eastAsia="宋体" w:hAnsi="宋体" w:cs="宋体"/>
          <w:color w:val="000000"/>
        </w:rPr>
        <w:t>秒时，要想使点</w:t>
      </w:r>
      <w:r>
        <w:rPr>
          <w:rFonts w:ascii="Times New Roman" w:eastAsia="Times New Roman" w:hAnsi="Times New Roman" w:cs="Times New Roman"/>
          <w:i/>
          <w:color w:val="000000"/>
        </w:rPr>
        <w:t>A</w:t>
      </w:r>
      <w:r>
        <w:rPr>
          <w:rFonts w:ascii="宋体" w:eastAsia="宋体" w:hAnsi="宋体" w:cs="宋体"/>
          <w:color w:val="000000"/>
        </w:rPr>
        <w:t>到点</w:t>
      </w:r>
      <w:r>
        <w:rPr>
          <w:rFonts w:ascii="Times New Roman" w:eastAsia="Times New Roman" w:hAnsi="Times New Roman" w:cs="Times New Roman"/>
          <w:i/>
          <w:color w:val="000000"/>
        </w:rPr>
        <w:t>B</w:t>
      </w:r>
      <w:r>
        <w:rPr>
          <w:rFonts w:ascii="宋体" w:eastAsia="宋体" w:hAnsi="宋体" w:cs="宋体"/>
          <w:color w:val="000000"/>
        </w:rPr>
        <w:t>的追击值</w:t>
      </w:r>
      <w:r>
        <w:pict>
          <v:shape id="_x0000_i708266" type="#_x0000_t75" alt="学科网(www.zxxk.com)--教育资源门户，提供试卷、教案、课件、论文、素材以及各类教学资源下载，还有大量而丰富的教学相关资讯！" style="width:36.5pt;height:20pt" o:oleicon="f" o:ole="">
            <v:imagedata r:id="rId1690" o:title="eqId840c8d08985d414d1a7e5e4b384e50ba"/>
          </v:shape>
        </w:pict>
      </w:r>
      <w:r>
        <w:rPr>
          <w:rFonts w:ascii="宋体" w:eastAsia="宋体" w:hAnsi="宋体" w:cs="宋体"/>
          <w:color w:val="000000"/>
        </w:rPr>
        <w:t>都满足不大于</w:t>
      </w:r>
      <w:r>
        <w:rPr>
          <w:rFonts w:ascii="Times New Roman" w:eastAsia="Times New Roman" w:hAnsi="Times New Roman" w:cs="Times New Roman"/>
          <w:color w:val="000000"/>
        </w:rPr>
        <w:t>9</w:t>
      </w:r>
      <w:r>
        <w:rPr>
          <w:rFonts w:ascii="宋体" w:eastAsia="宋体" w:hAnsi="宋体" w:cs="宋体"/>
          <w:color w:val="000000"/>
        </w:rPr>
        <w:t>个单位长度，请直接写出</w:t>
      </w:r>
      <w:r>
        <w:rPr>
          <w:rFonts w:ascii="Times New Roman" w:eastAsia="Times New Roman" w:hAnsi="Times New Roman" w:cs="Times New Roman"/>
          <w:i/>
          <w:color w:val="000000"/>
        </w:rPr>
        <w:t>b</w:t>
      </w:r>
      <w:r>
        <w:rPr>
          <w:rFonts w:ascii="宋体" w:eastAsia="宋体" w:hAnsi="宋体" w:cs="宋体"/>
          <w:color w:val="000000"/>
        </w:rPr>
        <w:t>的取值范围．</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8267" type="#_x0000_t75" alt="学科网(www.zxxk.com)--教育资源门户，提供试卷、教案、课件、论文、素材以及各类教学资源下载，还有大量而丰富的教学相关资讯！" style="width:24pt;height:13.95pt" o:oleicon="f" o:ole="">
            <v:imagedata r:id="rId1691" o:title="eqId610c2926e1cd54d17d3ab0874d212d1a"/>
          </v:shape>
        </w:pict>
      </w:r>
      <w:r>
        <w:rPr>
          <w:rFonts w:ascii="宋体" w:eastAsia="宋体" w:hAnsi="宋体" w:cs="宋体"/>
          <w:color w:val="000000"/>
        </w:rPr>
        <w:t>或</w:t>
      </w:r>
      <w:r>
        <w:pict>
          <v:shape id="_x0000_i708268" type="#_x0000_t75" alt="学科网(www.zxxk.com)--教育资源门户，提供试卷、教案、课件、论文、素材以及各类教学资源下载，还有大量而丰富的教学相关资讯！" style="width:24.75pt;height:14.25pt" o:oleicon="f" o:ole="">
            <v:imagedata r:id="rId1692" o:title="eqId6b57ee5a422e64639f5317e67d06b68d"/>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pict>
          <v:shape id="_x0000_i708269" type="#_x0000_t75" alt="学科网(www.zxxk.com)--教育资源门户，提供试卷、教案、课件、论文、素材以及各类教学资源下载，还有大量而丰富的教学相关资讯！" style="width:27pt;height:31.2pt" o:oleicon="f" o:ole="">
            <v:imagedata r:id="rId1693" o:title="eqIdc19215074e16c7288e853d336897bead"/>
          </v:shape>
        </w:pict>
      </w:r>
      <w:r>
        <w:rPr>
          <w:rFonts w:ascii="宋体" w:eastAsia="宋体" w:hAnsi="宋体" w:cs="宋体"/>
          <w:color w:val="000000"/>
        </w:rPr>
        <w:t>或</w:t>
      </w:r>
      <w:r>
        <w:pict>
          <v:shape id="_x0000_i708270" type="#_x0000_t75" alt="学科网(www.zxxk.com)--教育资源门户，提供试卷、教案、课件、论文、素材以及各类教学资源下载，还有大量而丰富的教学相关资讯！" style="width:26.9pt;height:31.2pt" o:oleicon="f" o:ole="">
            <v:imagedata r:id="rId1694" o:title="eqId2a7cbd96fe69eeff4093a069c5c0b62d"/>
          </v:shape>
        </w:pict>
      </w:r>
      <w:r>
        <w:rPr>
          <w:rFonts w:ascii="宋体" w:eastAsia="宋体" w:hAnsi="宋体" w:cs="宋体"/>
          <w:color w:val="000000"/>
        </w:rPr>
        <w:t>；②</w:t>
      </w:r>
      <w:r>
        <w:pict>
          <v:shape id="_x0000_i708271" type="#_x0000_t75" alt="学科网(www.zxxk.com)--教育资源门户，提供试卷、教案、课件、论文、素材以及各类教学资源下载，还有大量而丰富的教学相关资讯！" style="width:48pt;height:14.25pt" o:oleicon="f" o:ole="">
            <v:imagedata r:id="rId1695" o:title="eqIddb2c0c8befa3b5cbaa80ab1e80d019d4"/>
          </v:shape>
        </w:pic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）根据追击值的定义，分</w:t>
      </w:r>
      <w:r>
        <w:pict>
          <v:shape id="_x0000_i708272" type="#_x0000_t75" alt="学科网(www.zxxk.com)--教育资源门户，提供试卷、教案、课件、论文、素材以及各类教学资源下载，还有大量而丰富的教学相关资讯！" style="width:14.25pt;height:14.25pt" o:oleicon="f" o:ole="">
            <v:imagedata r:id="rId1696" o:title="eqId54a5d7d3b6b63fe5c24c3907b7a8eaa3"/>
          </v:shape>
        </w:pict>
      </w:r>
      <w:r>
        <w:rPr>
          <w:rFonts w:ascii="宋体" w:eastAsia="宋体" w:hAnsi="宋体" w:cs="宋体"/>
          <w:color w:val="000000"/>
        </w:rPr>
        <w:t>在</w:t>
      </w:r>
      <w:r>
        <w:pict>
          <v:shape id="_x0000_i708273" type="#_x0000_t75" alt="学科网(www.zxxk.com)--教育资源门户，提供试卷、教案、课件、论文、素材以及各类教学资源下载，还有大量而丰富的教学相关资讯！" style="width:14.25pt;height:10.5pt" o:oleicon="f" o:ole="">
            <v:imagedata r:id="rId1697" o:title="eqIdac047e91852b91af639feec23a9598b2"/>
          </v:shape>
        </w:pict>
      </w:r>
      <w:r>
        <w:rPr>
          <w:rFonts w:ascii="宋体" w:eastAsia="宋体" w:hAnsi="宋体" w:cs="宋体"/>
          <w:color w:val="000000"/>
        </w:rPr>
        <w:t>左侧和右侧两种情况进行讨论，分别求解；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）①分点</w:t>
      </w:r>
      <w:r>
        <w:pict>
          <v:shape id="_x0000_i708274" type="#_x0000_t75" alt="学科网(www.zxxk.com)--教育资源门户，提供试卷、教案、课件、论文、素材以及各类教学资源下载，还有大量而丰富的教学相关资讯！" style="width:12pt;height:12pt" o:oleicon="f" o:ole="">
            <v:imagedata r:id="rId1698" o:title="eqId5963abe8f421bd99a2aaa94831a951e9"/>
          </v:shape>
        </w:pict>
      </w:r>
      <w:r>
        <w:rPr>
          <w:rFonts w:ascii="宋体" w:eastAsia="宋体" w:hAnsi="宋体" w:cs="宋体"/>
          <w:color w:val="000000"/>
        </w:rPr>
        <w:t>在</w:t>
      </w:r>
      <w:r>
        <w:pict>
          <v:shape id="_x0000_i708275" type="#_x0000_t75" alt="学科网(www.zxxk.com)--教育资源门户，提供试卷、教案、课件、论文、素材以及各类教学资源下载，还有大量而丰富的教学相关资讯！" style="width:9.75pt;height:10.5pt" o:oleicon="f" o:ole="">
            <v:imagedata r:id="rId1699" o:title="eqId7f9e8449aad35c5d840a3395ea86df6d"/>
          </v:shape>
        </w:pict>
      </w:r>
      <w:r>
        <w:rPr>
          <w:rFonts w:ascii="宋体" w:eastAsia="宋体" w:hAnsi="宋体" w:cs="宋体"/>
          <w:color w:val="000000"/>
        </w:rPr>
        <w:t>的左侧和右侧两种情况，根据追击值</w:t>
      </w:r>
      <w:r>
        <w:pict>
          <v:shape id="_x0000_i708276" type="#_x0000_t75" alt="学科网(www.zxxk.com)--教育资源门户，提供试卷、教案、课件、论文、素材以及各类教学资源下载，还有大量而丰富的教学相关资讯！" style="width:53pt;height:20pt" o:oleicon="f" o:ole="">
            <v:imagedata r:id="rId1700" o:title="eqId02b11404b7c4411365ba407dd02fa0b9"/>
          </v:shape>
        </w:pict>
      </w:r>
      <w:r>
        <w:rPr>
          <w:rFonts w:ascii="宋体" w:eastAsia="宋体" w:hAnsi="宋体" w:cs="宋体"/>
          <w:color w:val="000000"/>
        </w:rPr>
        <w:t>，列方程求解即可；②用含有</w:t>
      </w:r>
      <w:r>
        <w:pict>
          <v:shape id="_x0000_i708277" type="#_x0000_t75" alt="学科网(www.zxxk.com)--教育资源门户，提供试卷、教案、课件、论文、素材以及各类教学资源下载，还有大量而丰富的教学相关资讯！" style="width:7.35pt;height:11.9pt" o:oleicon="f" o:ole="">
            <v:imagedata r:id="rId1701" o:title="eqId36a1b09c653185842513e24ebba60bb3"/>
          </v:shape>
        </w:pict>
      </w:r>
      <w:r>
        <w:rPr>
          <w:rFonts w:ascii="宋体" w:eastAsia="宋体" w:hAnsi="宋体" w:cs="宋体"/>
          <w:color w:val="000000"/>
        </w:rPr>
        <w:t>的式子表示出</w:t>
      </w:r>
      <w:r>
        <w:pict>
          <v:shape id="_x0000_i708278" type="#_x0000_t75" alt="学科网(www.zxxk.com)--教育资源门户，提供试卷、教案、课件、论文、素材以及各类教学资源下载，还有大量而丰富的教学相关资讯！" style="width:12pt;height:12pt" o:oleicon="f" o:ole="">
            <v:imagedata r:id="rId1698" o:title="eqId5963abe8f421bd99a2aaa94831a951e9"/>
          </v:shape>
        </w:pict>
      </w:r>
      <w:r>
        <w:rPr>
          <w:rFonts w:ascii="宋体" w:eastAsia="宋体" w:hAnsi="宋体" w:cs="宋体"/>
          <w:color w:val="000000"/>
        </w:rPr>
        <w:t>、</w:t>
      </w:r>
      <w:r>
        <w:pict>
          <v:shape id="_x0000_i708279" type="#_x0000_t75" alt="学科网(www.zxxk.com)--教育资源门户，提供试卷、教案、课件、论文、素材以及各类教学资源下载，还有大量而丰富的教学相关资讯！" style="width:9.75pt;height:10.5pt" o:oleicon="f" o:ole="">
            <v:imagedata r:id="rId1699" o:title="eqId7f9e8449aad35c5d840a3395ea86df6d"/>
          </v:shape>
        </w:pict>
      </w:r>
      <w:r>
        <w:rPr>
          <w:rFonts w:ascii="宋体" w:eastAsia="宋体" w:hAnsi="宋体" w:cs="宋体"/>
          <w:color w:val="000000"/>
        </w:rPr>
        <w:t>，分点</w:t>
      </w:r>
      <w:r>
        <w:pict>
          <v:shape id="_x0000_i708280" type="#_x0000_t75" alt="学科网(www.zxxk.com)--教育资源门户，提供试卷、教案、课件、论文、素材以及各类教学资源下载，还有大量而丰富的教学相关资讯！" style="width:12pt;height:12pt" o:oleicon="f" o:ole="">
            <v:imagedata r:id="rId1698" o:title="eqId5963abe8f421bd99a2aaa94831a951e9"/>
          </v:shape>
        </w:pict>
      </w:r>
      <w:r>
        <w:rPr>
          <w:rFonts w:ascii="宋体" w:eastAsia="宋体" w:hAnsi="宋体" w:cs="宋体"/>
          <w:color w:val="000000"/>
        </w:rPr>
        <w:t>在</w:t>
      </w:r>
      <w:r>
        <w:pict>
          <v:shape id="_x0000_i708281" type="#_x0000_t75" alt="学科网(www.zxxk.com)--教育资源门户，提供试卷、教案、课件、论文、素材以及各类教学资源下载，还有大量而丰富的教学相关资讯！" style="width:9.75pt;height:10.5pt" o:oleicon="f" o:ole="">
            <v:imagedata r:id="rId1699" o:title="eqId7f9e8449aad35c5d840a3395ea86df6d"/>
          </v:shape>
        </w:pict>
      </w:r>
      <w:r>
        <w:rPr>
          <w:rFonts w:ascii="宋体" w:eastAsia="宋体" w:hAnsi="宋体" w:cs="宋体"/>
          <w:color w:val="000000"/>
        </w:rPr>
        <w:t>的左侧和右侧两种情况，分别求解即可．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）由题意可得：点</w:t>
      </w:r>
      <w:r>
        <w:pict>
          <v:shape id="_x0000_i708282" type="#_x0000_t75" alt="学科网(www.zxxk.com)--教育资源门户，提供试卷、教案、课件、论文、素材以及各类教学资源下载，还有大量而丰富的教学相关资讯！" style="width:14.25pt;height:10.5pt" o:oleicon="f" o:ole="">
            <v:imagedata r:id="rId1702" o:title="eqIdac047e91852b91af639feec23a9598b2"/>
          </v:shape>
        </w:pict>
      </w:r>
      <w:r>
        <w:rPr>
          <w:rFonts w:ascii="宋体" w:eastAsia="宋体" w:hAnsi="宋体" w:cs="宋体"/>
          <w:color w:val="000000"/>
        </w:rPr>
        <w:t>到点</w:t>
      </w:r>
      <w:r>
        <w:pict>
          <v:shape id="_x0000_i708283" type="#_x0000_t75" alt="学科网(www.zxxk.com)--教育资源门户，提供试卷、教案、课件、论文、素材以及各类教学资源下载，还有大量而丰富的教学相关资讯！" style="width:14.25pt;height:14.25pt" o:oleicon="f" o:ole="">
            <v:imagedata r:id="rId1703" o:title="eqId54a5d7d3b6b63fe5c24c3907b7a8eaa3"/>
          </v:shape>
        </w:pict>
      </w:r>
      <w:r>
        <w:rPr>
          <w:rFonts w:ascii="宋体" w:eastAsia="宋体" w:hAnsi="宋体" w:cs="宋体"/>
          <w:color w:val="000000"/>
        </w:rPr>
        <w:t>的距离为</w:t>
      </w:r>
      <w:r>
        <w:pict>
          <v:shape id="_x0000_i708284" type="#_x0000_t75" alt="学科网(www.zxxk.com)--教育资源门户，提供试卷、教案、课件、论文、素材以及各类教学资源下载，还有大量而丰富的教学相关资讯！" style="width:9pt;height:9.75pt" o:oleicon="f" o:ole="">
            <v:imagedata r:id="rId1704" o:title="eqId0a6936d370d6a238a608ca56f87198d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285" type="#_x0000_t75" alt="学科网(www.zxxk.com)--教育资源门户，提供试卷、教案、课件、论文、素材以及各类教学资源下载，还有大量而丰富的教学相关资讯！" style="width:14.25pt;height:14.25pt" o:oleicon="f" o:ole="">
            <v:imagedata r:id="rId1705" o:title="eqId54a5d7d3b6b63fe5c24c3907b7a8eaa3"/>
          </v:shape>
        </w:pict>
      </w:r>
      <w:r>
        <w:rPr>
          <w:rFonts w:ascii="宋体" w:eastAsia="宋体" w:hAnsi="宋体" w:cs="宋体"/>
          <w:color w:val="000000"/>
        </w:rPr>
        <w:t>在</w:t>
      </w:r>
      <w:r>
        <w:pict>
          <v:shape id="_x0000_i708286" type="#_x0000_t75" alt="学科网(www.zxxk.com)--教育资源门户，提供试卷、教案、课件、论文、素材以及各类教学资源下载，还有大量而丰富的教学相关资讯！" style="width:14.25pt;height:10.5pt" o:oleicon="f" o:ole="">
            <v:imagedata r:id="rId1706" o:title="eqIdac047e91852b91af639feec23a9598b2"/>
          </v:shape>
        </w:pict>
      </w:r>
      <w:r>
        <w:rPr>
          <w:rFonts w:ascii="宋体" w:eastAsia="宋体" w:hAnsi="宋体" w:cs="宋体"/>
          <w:color w:val="000000"/>
        </w:rPr>
        <w:t>左侧时，则</w:t>
      </w:r>
      <w:r>
        <w:pict>
          <v:shape id="_x0000_i708287" type="#_x0000_t75" alt="学科网(www.zxxk.com)--教育资源门户，提供试卷、教案、课件、论文、素材以及各类教学资源下载，还有大量而丰富的教学相关资讯！" style="width:14.25pt;height:14.25pt" o:oleicon="f" o:ole="">
            <v:imagedata r:id="rId1705" o:title="eqId54a5d7d3b6b63fe5c24c3907b7a8eaa3"/>
          </v:shape>
        </w:pict>
      </w:r>
      <w:r>
        <w:rPr>
          <w:rFonts w:ascii="宋体" w:eastAsia="宋体" w:hAnsi="宋体" w:cs="宋体"/>
          <w:color w:val="000000"/>
        </w:rPr>
        <w:t>表示的数为</w:t>
      </w:r>
      <w:r>
        <w:pict>
          <v:shape id="_x0000_i708288" type="#_x0000_t75" alt="学科网(www.zxxk.com)--教育资源门户，提供试卷、教案、课件、论文、素材以及各类教学资源下载，还有大量而丰富的教学相关资讯！" style="width:24pt;height:13.95pt" o:oleicon="f" o:ole="">
            <v:imagedata r:id="rId1707" o:title="eqId610c2926e1cd54d17d3ab0874d212d1a"/>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289" type="#_x0000_t75" alt="学科网(www.zxxk.com)--教育资源门户，提供试卷、教案、课件、论文、素材以及各类教学资源下载，还有大量而丰富的教学相关资讯！" style="width:14.25pt;height:14.25pt" o:oleicon="f" o:ole="">
            <v:imagedata r:id="rId1708" o:title="eqId54a5d7d3b6b63fe5c24c3907b7a8eaa3"/>
          </v:shape>
        </w:pict>
      </w:r>
      <w:r>
        <w:rPr>
          <w:rFonts w:ascii="宋体" w:eastAsia="宋体" w:hAnsi="宋体" w:cs="宋体"/>
          <w:color w:val="000000"/>
        </w:rPr>
        <w:t>在</w:t>
      </w:r>
      <w:r>
        <w:pict>
          <v:shape id="_x0000_i708290" type="#_x0000_t75" alt="学科网(www.zxxk.com)--教育资源门户，提供试卷、教案、课件、论文、素材以及各类教学资源下载，还有大量而丰富的教学相关资讯！" style="width:14.25pt;height:10.5pt" o:oleicon="f" o:ole="">
            <v:imagedata r:id="rId1709" o:title="eqIdac047e91852b91af639feec23a9598b2"/>
          </v:shape>
        </w:pict>
      </w:r>
      <w:r>
        <w:rPr>
          <w:rFonts w:ascii="宋体" w:eastAsia="宋体" w:hAnsi="宋体" w:cs="宋体"/>
          <w:color w:val="000000"/>
        </w:rPr>
        <w:t>右侧时，则</w:t>
      </w:r>
      <w:r>
        <w:pict>
          <v:shape id="_x0000_i708291" type="#_x0000_t75" alt="学科网(www.zxxk.com)--教育资源门户，提供试卷、教案、课件、论文、素材以及各类教学资源下载，还有大量而丰富的教学相关资讯！" style="width:14.25pt;height:14.25pt" o:oleicon="f" o:ole="">
            <v:imagedata r:id="rId1708" o:title="eqId54a5d7d3b6b63fe5c24c3907b7a8eaa3"/>
          </v:shape>
        </w:pict>
      </w:r>
      <w:r>
        <w:rPr>
          <w:rFonts w:ascii="宋体" w:eastAsia="宋体" w:hAnsi="宋体" w:cs="宋体"/>
          <w:color w:val="000000"/>
        </w:rPr>
        <w:t>表示的数为</w:t>
      </w:r>
      <w:r>
        <w:pict>
          <v:shape id="_x0000_i708292" type="#_x0000_t75" alt="学科网(www.zxxk.com)--教育资源门户，提供试卷、教案、课件、论文、素材以及各类教学资源下载，还有大量而丰富的教学相关资讯！" style="width:24.75pt;height:14.25pt" o:oleicon="f" o:ole="">
            <v:imagedata r:id="rId1710" o:title="eqId6b57ee5a422e64639f5317e67d06b68d"/>
          </v:shape>
        </w:pict>
      </w:r>
    </w:p>
    <w:p>
      <w:pPr>
        <w:spacing w:line="360" w:lineRule="auto"/>
        <w:jc w:val="left"/>
        <w:textAlignment w:val="center"/>
        <w:rPr>
          <w:color w:val="000000"/>
        </w:rPr>
      </w:pPr>
      <w:r>
        <w:rPr>
          <w:rFonts w:ascii="宋体" w:eastAsia="宋体" w:hAnsi="宋体" w:cs="宋体"/>
          <w:color w:val="000000"/>
        </w:rPr>
        <w:t>故答案为</w:t>
      </w:r>
      <w:r>
        <w:pict>
          <v:shape id="_x0000_i708293" type="#_x0000_t75" alt="学科网(www.zxxk.com)--教育资源门户，提供试卷、教案、课件、论文、素材以及各类教学资源下载，还有大量而丰富的教学相关资讯！" style="width:24pt;height:13.95pt" o:oleicon="f" o:ole="">
            <v:imagedata r:id="rId1711" o:title="eqId610c2926e1cd54d17d3ab0874d212d1a"/>
          </v:shape>
        </w:pict>
      </w:r>
      <w:r>
        <w:rPr>
          <w:rFonts w:ascii="宋体" w:eastAsia="宋体" w:hAnsi="宋体" w:cs="宋体"/>
          <w:color w:val="000000"/>
        </w:rPr>
        <w:t>或</w:t>
      </w:r>
      <w:r>
        <w:pict>
          <v:shape id="_x0000_i708294" type="#_x0000_t75" alt="学科网(www.zxxk.com)--教育资源门户，提供试卷、教案、课件、论文、素材以及各类教学资源下载，还有大量而丰富的教学相关资讯！" style="width:24.75pt;height:14.25pt" o:oleicon="f" o:ole="">
            <v:imagedata r:id="rId1712" o:title="eqId6b57ee5a422e64639f5317e67d06b68d"/>
          </v:shape>
        </w:pict>
      </w:r>
      <w:r>
        <w:rPr>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）①由题意可得：点</w:t>
      </w:r>
      <w:r>
        <w:pict>
          <v:shape id="_x0000_i708295" type="#_x0000_t75" alt="学科网(www.zxxk.com)--教育资源门户，提供试卷、教案、课件、论文、素材以及各类教学资源下载，还有大量而丰富的教学相关资讯！" style="width:12pt;height:12pt" o:oleicon="f" o:ole="">
            <v:imagedata r:id="rId1713" o:title="eqId5963abe8f421bd99a2aaa94831a951e9"/>
          </v:shape>
        </w:pict>
      </w:r>
      <w:r>
        <w:rPr>
          <w:rFonts w:ascii="宋体" w:eastAsia="宋体" w:hAnsi="宋体" w:cs="宋体"/>
          <w:color w:val="000000"/>
        </w:rPr>
        <w:t>表示的数为</w:t>
      </w:r>
      <w:r>
        <w:pict>
          <v:shape id="_x0000_i708296" type="#_x0000_t75" alt="学科网(www.zxxk.com)--教育资源门户，提供试卷、教案、课件、论文、素材以及各类教学资源下载，还有大量而丰富的教学相关资讯！" style="width:28.2pt;height:13.8pt" o:oleicon="f" o:ole="">
            <v:imagedata r:id="rId1714" o:title="eqId2bc695dfcb2d60287c16290b1daa598e"/>
          </v:shape>
        </w:pict>
      </w:r>
      <w:r>
        <w:rPr>
          <w:rFonts w:ascii="宋体" w:eastAsia="宋体" w:hAnsi="宋体" w:cs="宋体"/>
          <w:color w:val="000000"/>
        </w:rPr>
        <w:t>，点</w:t>
      </w:r>
      <w:r>
        <w:pict>
          <v:shape id="_x0000_i708297" type="#_x0000_t75" alt="学科网(www.zxxk.com)--教育资源门户，提供试卷、教案、课件、论文、素材以及各类教学资源下载，还有大量而丰富的教学相关资讯！" style="width:9.75pt;height:10.5pt" o:oleicon="f" o:ole="">
            <v:imagedata r:id="rId1715" o:title="eqId7f9e8449aad35c5d840a3395ea86df6d"/>
          </v:shape>
        </w:pict>
      </w:r>
      <w:r>
        <w:rPr>
          <w:rFonts w:ascii="宋体" w:eastAsia="宋体" w:hAnsi="宋体" w:cs="宋体"/>
          <w:color w:val="000000"/>
        </w:rPr>
        <w:t>表示的数为</w:t>
      </w:r>
      <w:r>
        <w:pict>
          <v:shape id="_x0000_i708298" type="#_x0000_t75" alt="学科网(www.zxxk.com)--教育资源门户，提供试卷、教案、课件、论文、素材以及各类教学资源下载，还有大量而丰富的教学相关资讯！" style="width:24pt;height:13.95pt" o:oleicon="f" o:ole="">
            <v:imagedata r:id="rId1716" o:title="eqId08e9e267cdc703112896619d32dd0320"/>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pict>
          <v:shape id="_x0000_i708299" type="#_x0000_t75" alt="学科网(www.zxxk.com)--教育资源门户，提供试卷、教案、课件、论文、素材以及各类教学资源下载，还有大量而丰富的教学相关资讯！" style="width:12pt;height:12pt" o:oleicon="f" o:ole="">
            <v:imagedata r:id="rId1717" o:title="eqId5963abe8f421bd99a2aaa94831a951e9"/>
          </v:shape>
        </w:pict>
      </w:r>
      <w:r>
        <w:rPr>
          <w:rFonts w:ascii="宋体" w:eastAsia="宋体" w:hAnsi="宋体" w:cs="宋体"/>
          <w:color w:val="000000"/>
        </w:rPr>
        <w:t>在</w:t>
      </w:r>
      <w:r>
        <w:pict>
          <v:shape id="_x0000_i708300" type="#_x0000_t75" alt="学科网(www.zxxk.com)--教育资源门户，提供试卷、教案、课件、论文、素材以及各类教学资源下载，还有大量而丰富的教学相关资讯！" style="width:9.75pt;height:10.5pt" o:oleicon="f" o:ole="">
            <v:imagedata r:id="rId1718" o:title="eqId7f9e8449aad35c5d840a3395ea86df6d"/>
          </v:shape>
        </w:pict>
      </w:r>
      <w:r>
        <w:rPr>
          <w:rFonts w:ascii="宋体" w:eastAsia="宋体" w:hAnsi="宋体" w:cs="宋体"/>
          <w:color w:val="000000"/>
        </w:rPr>
        <w:t>的左侧时，即</w:t>
      </w:r>
      <w:r>
        <w:pict>
          <v:shape id="_x0000_i708301" type="#_x0000_t75" alt="学科网(www.zxxk.com)--教育资源门户，提供试卷、教案、课件、论文、素材以及各类教学资源下载，还有大量而丰富的教学相关资讯！" style="width:60pt;height:14.25pt" o:oleicon="f" o:ole="">
            <v:imagedata r:id="rId1719" o:title="eqIdf242fdc945bc3e427b38a068b1d46eaf"/>
          </v:shape>
        </w:pict>
      </w:r>
      <w:r>
        <w:rPr>
          <w:rFonts w:ascii="宋体" w:eastAsia="宋体" w:hAnsi="宋体" w:cs="宋体"/>
          <w:color w:val="000000"/>
        </w:rPr>
        <w:t>，解得</w:t>
      </w:r>
      <w:r>
        <w:pict>
          <v:shape id="_x0000_i708302" type="#_x0000_t75" alt="学科网(www.zxxk.com)--教育资源门户，提供试卷、教案、课件、论文、素材以及各类教学资源下载，还有大量而丰富的教学相关资讯！" style="width:27pt;height:30.75pt" o:oleicon="f" o:ole="">
            <v:imagedata r:id="rId1720" o:title="eqIdee932830eb3cb45adcfd59994584f0d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8303" type="#_x0000_t75" alt="学科网(www.zxxk.com)--教育资源门户，提供试卷、教案、课件、论文、素材以及各类教学资源下载，还有大量而丰富的教学相关资讯！" style="width:53pt;height:20pt" o:oleicon="f" o:ole="">
            <v:imagedata r:id="rId1721" o:title="eqId02b11404b7c4411365ba407dd02fa0b9"/>
          </v:shape>
        </w:pict>
      </w:r>
      <w:r>
        <w:rPr>
          <w:rFonts w:ascii="宋体" w:eastAsia="宋体" w:hAnsi="宋体" w:cs="宋体"/>
          <w:color w:val="000000"/>
        </w:rPr>
        <w:t>，∴</w:t>
      </w:r>
      <w:r>
        <w:pict>
          <v:shape id="_x0000_i708304" type="#_x0000_t75" alt="学科网(www.zxxk.com)--教育资源门户，提供试卷、教案、课件、论文、素材以及各类教学资源下载，还有大量而丰富的教学相关资讯！" style="width:84pt;height:15.75pt" o:oleicon="f" o:ole="">
            <v:imagedata r:id="rId1722" o:title="eqIda00df3fd97c3f2ec7e7eb4a39012a555"/>
          </v:shape>
        </w:pict>
      </w:r>
      <w:r>
        <w:rPr>
          <w:rFonts w:ascii="宋体" w:eastAsia="宋体" w:hAnsi="宋体" w:cs="宋体"/>
          <w:color w:val="000000"/>
        </w:rPr>
        <w:t>，解得</w:t>
      </w:r>
      <w:r>
        <w:pict>
          <v:shape id="_x0000_i708305" type="#_x0000_t75" alt="学科网(www.zxxk.com)--教育资源门户，提供试卷、教案、课件、论文、素材以及各类教学资源下载，还有大量而丰富的教学相关资讯！" style="width:27pt;height:31.2pt" o:oleicon="f" o:ole="">
            <v:imagedata r:id="rId1723" o:title="eqIdc19215074e16c7288e853d336897bead"/>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pict>
          <v:shape id="_x0000_i708306" type="#_x0000_t75" alt="学科网(www.zxxk.com)--教育资源门户，提供试卷、教案、课件、论文、素材以及各类教学资源下载，还有大量而丰富的教学相关资讯！" style="width:12pt;height:12pt" o:oleicon="f" o:ole="">
            <v:imagedata r:id="rId1724" o:title="eqId5963abe8f421bd99a2aaa94831a951e9"/>
          </v:shape>
        </w:pict>
      </w:r>
      <w:r>
        <w:rPr>
          <w:rFonts w:ascii="宋体" w:eastAsia="宋体" w:hAnsi="宋体" w:cs="宋体"/>
          <w:color w:val="000000"/>
        </w:rPr>
        <w:t>在</w:t>
      </w:r>
      <w:r>
        <w:pict>
          <v:shape id="_x0000_i708307" type="#_x0000_t75" alt="学科网(www.zxxk.com)--教育资源门户，提供试卷、教案、课件、论文、素材以及各类教学资源下载，还有大量而丰富的教学相关资讯！" style="width:9.75pt;height:10.5pt" o:oleicon="f" o:ole="">
            <v:imagedata r:id="rId1725" o:title="eqId7f9e8449aad35c5d840a3395ea86df6d"/>
          </v:shape>
        </w:pict>
      </w:r>
      <w:r>
        <w:rPr>
          <w:rFonts w:ascii="宋体" w:eastAsia="宋体" w:hAnsi="宋体" w:cs="宋体"/>
          <w:color w:val="000000"/>
        </w:rPr>
        <w:t>的右侧时，即</w:t>
      </w:r>
      <w:r>
        <w:pict>
          <v:shape id="_x0000_i708308" type="#_x0000_t75" alt="学科网(www.zxxk.com)--教育资源门户，提供试卷、教案、课件、论文、素材以及各类教学资源下载，还有大量而丰富的教学相关资讯！" style="width:60pt;height:14.25pt" o:oleicon="f" o:ole="">
            <v:imagedata r:id="rId1726" o:title="eqIde92a748ab02296995c6ec24c0ba5823f"/>
          </v:shape>
        </w:pict>
      </w:r>
      <w:r>
        <w:rPr>
          <w:rFonts w:ascii="宋体" w:eastAsia="宋体" w:hAnsi="宋体" w:cs="宋体"/>
          <w:color w:val="000000"/>
        </w:rPr>
        <w:t>，解得</w:t>
      </w:r>
      <w:r>
        <w:pict>
          <v:shape id="_x0000_i708309" type="#_x0000_t75" alt="学科网(www.zxxk.com)--教育资源门户，提供试卷、教案、课件、论文、素材以及各类教学资源下载，还有大量而丰富的教学相关资讯！" style="width:27pt;height:30.75pt" o:oleicon="f" o:ole="">
            <v:imagedata r:id="rId1727" o:title="eqIdaea5efe27b153a27170fdaa8c455cae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8310" type="#_x0000_t75" alt="学科网(www.zxxk.com)--教育资源门户，提供试卷、教案、课件、论文、素材以及各类教学资源下载，还有大量而丰富的教学相关资讯！" style="width:53pt;height:20pt" o:oleicon="f" o:ole="">
            <v:imagedata r:id="rId1728" o:title="eqId02b11404b7c4411365ba407dd02fa0b9"/>
          </v:shape>
        </w:pict>
      </w:r>
      <w:r>
        <w:rPr>
          <w:rFonts w:ascii="宋体" w:eastAsia="宋体" w:hAnsi="宋体" w:cs="宋体"/>
          <w:color w:val="000000"/>
        </w:rPr>
        <w:t>，∴</w:t>
      </w:r>
      <w:r>
        <w:pict>
          <v:shape id="_x0000_i708311" type="#_x0000_t75" alt="学科网(www.zxxk.com)--教育资源门户，提供试卷、教案、课件、论文、素材以及各类教学资源下载，还有大量而丰富的教学相关资讯！" style="width:84pt;height:15.75pt" o:oleicon="f" o:ole="">
            <v:imagedata r:id="rId1729" o:title="eqIdaac5b33f9242ad1d6390ce397157c3cc"/>
          </v:shape>
        </w:pict>
      </w:r>
      <w:r>
        <w:rPr>
          <w:rFonts w:ascii="宋体" w:eastAsia="宋体" w:hAnsi="宋体" w:cs="宋体"/>
          <w:color w:val="000000"/>
        </w:rPr>
        <w:t>，解得</w:t>
      </w:r>
      <w:r>
        <w:pict>
          <v:shape id="_x0000_i708312" type="#_x0000_t75" alt="学科网(www.zxxk.com)--教育资源门户，提供试卷、教案、课件、论文、素材以及各类教学资源下载，还有大量而丰富的教学相关资讯！" style="width:26.9pt;height:31.2pt" o:oleicon="f" o:ole="">
            <v:imagedata r:id="rId1730" o:title="eqId2a7cbd96fe69eeff4093a069c5c0b62d"/>
          </v:shape>
        </w:pict>
      </w:r>
    </w:p>
    <w:p>
      <w:pPr>
        <w:spacing w:line="360" w:lineRule="auto"/>
        <w:jc w:val="left"/>
        <w:textAlignment w:val="center"/>
        <w:rPr>
          <w:color w:val="000000"/>
        </w:rPr>
      </w:pPr>
      <w:r>
        <w:rPr>
          <w:rFonts w:ascii="宋体" w:eastAsia="宋体" w:hAnsi="宋体" w:cs="宋体"/>
          <w:color w:val="000000"/>
        </w:rPr>
        <w:t>综上，</w:t>
      </w:r>
      <w:r>
        <w:pict>
          <v:shape id="_x0000_i708313" type="#_x0000_t75" alt="学科网(www.zxxk.com)--教育资源门户，提供试卷、教案、课件、论文、素材以及各类教学资源下载，还有大量而丰富的教学相关资讯！" style="width:27pt;height:31.2pt" o:oleicon="f" o:ole="">
            <v:imagedata r:id="rId1731" o:title="eqIdc19215074e16c7288e853d336897bead"/>
          </v:shape>
        </w:pict>
      </w:r>
      <w:r>
        <w:rPr>
          <w:rFonts w:ascii="宋体" w:eastAsia="宋体" w:hAnsi="宋体" w:cs="宋体"/>
          <w:color w:val="000000"/>
        </w:rPr>
        <w:t>或</w:t>
      </w:r>
      <w:r>
        <w:pict>
          <v:shape id="_x0000_i708314" type="#_x0000_t75" alt="学科网(www.zxxk.com)--教育资源门户，提供试卷、教案、课件、论文、素材以及各类教学资源下载，还有大量而丰富的教学相关资讯！" style="width:26.9pt;height:31.2pt" o:oleicon="f" o:ole="">
            <v:imagedata r:id="rId1732" o:title="eqId2a7cbd96fe69eeff4093a069c5c0b62d"/>
          </v:shape>
        </w:pict>
      </w:r>
      <w:r>
        <w:rPr>
          <w:rFonts w:ascii="宋体" w:eastAsia="宋体" w:hAnsi="宋体" w:cs="宋体"/>
          <w:color w:val="000000"/>
        </w:rPr>
        <w:t>时，</w:t>
      </w:r>
      <w:r>
        <w:pict>
          <v:shape id="_x0000_i708315" type="#_x0000_t75" alt="学科网(www.zxxk.com)--教育资源门户，提供试卷、教案、课件、论文、素材以及各类教学资源下载，还有大量而丰富的教学相关资讯！" style="width:53pt;height:20pt" o:oleicon="f" o:ole="">
            <v:imagedata r:id="rId1733" o:title="eqId02b11404b7c4411365ba407dd02fa0b9"/>
          </v:shape>
        </w:pict>
      </w:r>
      <w:r>
        <w:rPr>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②由题意可得：点</w:t>
      </w:r>
      <w:r>
        <w:pict>
          <v:shape id="_x0000_i708316" type="#_x0000_t75" alt="学科网(www.zxxk.com)--教育资源门户，提供试卷、教案、课件、论文、素材以及各类教学资源下载，还有大量而丰富的教学相关资讯！" style="width:12pt;height:12pt" o:oleicon="f" o:ole="">
            <v:imagedata r:id="rId1735" o:title="eqId5963abe8f421bd99a2aaa94831a951e9"/>
          </v:shape>
        </w:pict>
      </w:r>
      <w:r>
        <w:rPr>
          <w:rFonts w:ascii="宋体" w:eastAsia="宋体" w:hAnsi="宋体" w:cs="宋体"/>
          <w:color w:val="000000"/>
        </w:rPr>
        <w:t>表示</w:t>
      </w:r>
      <w:r>
        <w:rPr>
          <w:rFonts w:ascii="宋体" w:eastAsia="宋体" w:hAnsi="宋体" w:cs="宋体"/>
          <w:color w:val="000000"/>
          <w:position w:val="0"/>
        </w:rPr>
        <w:drawing>
          <wp:inline>
            <wp:extent cx="133350" cy="177800"/>
            <wp:docPr id="287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 name=""/>
                    <pic:cNvPicPr>
                      <a:picLocks noChangeAspect="1"/>
                    </pic:cNvPicPr>
                  </pic:nvPicPr>
                  <pic:blipFill>
                    <a:blip r:embed="rId173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数为</w:t>
      </w:r>
      <w:r>
        <w:pict>
          <v:shape id="_x0000_i708317" type="#_x0000_t75" alt="学科网(www.zxxk.com)--教育资源门户，提供试卷、教案、课件、论文、素材以及各类教学资源下载，还有大量而丰富的教学相关资讯！" style="width:28.2pt;height:13.8pt" o:oleicon="f" o:ole="">
            <v:imagedata r:id="rId1736" o:title="eqId2bc695dfcb2d60287c16290b1daa598e"/>
          </v:shape>
        </w:pict>
      </w:r>
      <w:r>
        <w:rPr>
          <w:rFonts w:ascii="宋体" w:eastAsia="宋体" w:hAnsi="宋体" w:cs="宋体"/>
          <w:color w:val="000000"/>
        </w:rPr>
        <w:t>，点</w:t>
      </w:r>
      <w:r>
        <w:pict>
          <v:shape id="_x0000_i708318" type="#_x0000_t75" alt="学科网(www.zxxk.com)--教育资源门户，提供试卷、教案、课件、论文、素材以及各类教学资源下载，还有大量而丰富的教学相关资讯！" style="width:9.75pt;height:10.5pt" o:oleicon="f" o:ole="">
            <v:imagedata r:id="rId1737" o:title="eqId7f9e8449aad35c5d840a3395ea86df6d"/>
          </v:shape>
        </w:pict>
      </w:r>
      <w:r>
        <w:rPr>
          <w:rFonts w:ascii="宋体" w:eastAsia="宋体" w:hAnsi="宋体" w:cs="宋体"/>
          <w:color w:val="000000"/>
        </w:rPr>
        <w:t>表示的数为</w:t>
      </w:r>
      <w:r>
        <w:pict>
          <v:shape id="_x0000_i708319" type="#_x0000_t75" alt="学科网(www.zxxk.com)--教育资源门户，提供试卷、教案、课件、论文、素材以及各类教学资源下载，还有大量而丰富的教学相关资讯！" style="width:24pt;height:14.25pt" o:oleicon="f" o:ole="">
            <v:imagedata r:id="rId1738" o:title="eqId02ac516ba173d31611345ebe50f74965"/>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pict>
          <v:shape id="_x0000_i708320" type="#_x0000_t75" alt="学科网(www.zxxk.com)--教育资源门户，提供试卷、教案、课件、论文、素材以及各类教学资源下载，还有大量而丰富的教学相关资讯！" style="width:9.75pt;height:10.5pt" o:oleicon="f" o:ole="">
            <v:imagedata r:id="rId1740" o:title="eqId7f9e8449aad35c5d840a3395ea86df6d"/>
          </v:shape>
        </w:pict>
      </w:r>
      <w:r>
        <w:rPr>
          <w:rFonts w:ascii="宋体" w:eastAsia="宋体" w:hAnsi="宋体" w:cs="宋体"/>
          <w:color w:val="000000"/>
        </w:rPr>
        <w:t>在点</w:t>
      </w:r>
      <w:r>
        <w:pict>
          <v:shape id="_x0000_i708321" type="#_x0000_t75" alt="学科网(www.zxxk.com)--教育资源门户，提供试卷、教案、课件、论文、素材以及各类教学资源下载，还有大量而丰富的教学相关资讯！" style="width:12pt;height:12pt" o:oleicon="f" o:ole="">
            <v:imagedata r:id="rId1741" o:title="eqId5963abe8f421bd99a2aaa94831a951e9"/>
          </v:shape>
        </w:pict>
      </w:r>
      <w:r>
        <w:rPr>
          <w:rFonts w:ascii="宋体" w:eastAsia="宋体" w:hAnsi="宋体" w:cs="宋体"/>
          <w:color w:val="000000"/>
          <w:position w:val="0"/>
        </w:rPr>
        <w:drawing>
          <wp:inline>
            <wp:extent cx="133350" cy="177800"/>
            <wp:docPr id="287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 name=""/>
                    <pic:cNvPicPr>
                      <a:picLocks noChangeAspect="1"/>
                    </pic:cNvPicPr>
                  </pic:nvPicPr>
                  <pic:blipFill>
                    <a:blip r:embed="rId1739"/>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左侧或重合时，此时</w:t>
      </w:r>
      <w:r>
        <w:pict>
          <v:shape id="_x0000_i708322" type="#_x0000_t75" alt="学科网(www.zxxk.com)--教育资源门户，提供试卷、教案、课件、论文、素材以及各类教学资源下载，还有大量而丰富的教学相关资讯！" style="width:24.75pt;height:14.25pt;mso-position-horizontal-relative:page;mso-position-vertical-relative:page;mso-wrap-style:square" o:oleicon="f" o:ole="">
            <v:imagedata r:id="rId1742" o:title="eqIdbb6e54df03729f9be6db96cd6dd5cee7"/>
          </v:shape>
        </w:pict>
      </w:r>
      <w:r>
        <w:rPr>
          <w:rFonts w:ascii="宋体" w:eastAsia="宋体" w:hAnsi="宋体" w:cs="宋体"/>
          <w:color w:val="000000"/>
        </w:rPr>
        <w:t>，随着</w:t>
      </w:r>
      <w:r>
        <w:pict>
          <v:shape id="_x0000_i708323" type="#_x0000_t75" alt="学科网(www.zxxk.com)--教育资源门户，提供试卷、教案、课件、论文、素材以及各类教学资源下载，还有大量而丰富的教学相关资讯！" style="width:7.35pt;height:11.9pt" o:oleicon="f" o:ole="">
            <v:imagedata r:id="rId1743" o:title="eqId36a1b09c653185842513e24ebba60bb3"/>
          </v:shape>
        </w:pict>
      </w:r>
      <w:r>
        <w:rPr>
          <w:rFonts w:ascii="宋体" w:eastAsia="宋体" w:hAnsi="宋体" w:cs="宋体"/>
          <w:color w:val="000000"/>
        </w:rPr>
        <w:t>的增大，</w:t>
      </w:r>
      <w:r>
        <w:pict>
          <v:shape id="_x0000_i708324" type="#_x0000_t75" alt="学科网(www.zxxk.com)--教育资源门户，提供试卷、教案、课件、论文、素材以及各类教学资源下载，还有大量而丰富的教学相关资讯！" style="width:12pt;height:12pt" o:oleicon="f" o:ole="">
            <v:imagedata r:id="rId1741" o:title="eqId5963abe8f421bd99a2aaa94831a951e9"/>
          </v:shape>
        </w:pict>
      </w:r>
      <w:r>
        <w:rPr>
          <w:rFonts w:ascii="宋体" w:eastAsia="宋体" w:hAnsi="宋体" w:cs="宋体"/>
          <w:color w:val="000000"/>
        </w:rPr>
        <w:t>与</w:t>
      </w:r>
      <w:r>
        <w:pict>
          <v:shape id="_x0000_i708325" type="#_x0000_t75" alt="学科网(www.zxxk.com)--教育资源门户，提供试卷、教案、课件、论文、素材以及各类教学资源下载，还有大量而丰富的教学相关资讯！" style="width:9.75pt;height:10.5pt" o:oleicon="f" o:ole="">
            <v:imagedata r:id="rId1740" o:title="eqId7f9e8449aad35c5d840a3395ea86df6d"/>
          </v:shape>
        </w:pict>
      </w:r>
      <w:r>
        <w:rPr>
          <w:rFonts w:ascii="宋体" w:eastAsia="宋体" w:hAnsi="宋体" w:cs="宋体"/>
          <w:color w:val="000000"/>
        </w:rPr>
        <w:t>之间的距离越来越大，</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8326" type="#_x0000_t75" alt="学科网(www.zxxk.com)--教育资源门户，提供试卷、教案、课件、论文、素材以及各类教学资源下载，还有大量而丰富的教学相关资讯！" style="width:42pt;height:14.25pt" o:oleicon="f" o:ole="">
            <v:imagedata r:id="rId1744" o:title="eqId0277ef5d5f52b1c72c16d67593d8569e"/>
          </v:shape>
        </w:pict>
      </w:r>
      <w:r>
        <w:rPr>
          <w:rFonts w:ascii="宋体" w:eastAsia="宋体" w:hAnsi="宋体" w:cs="宋体"/>
          <w:color w:val="000000"/>
        </w:rPr>
        <w:t>时，</w:t>
      </w:r>
      <w:r>
        <w:pict>
          <v:shape id="_x0000_i708327" type="#_x0000_t75" alt="学科网(www.zxxk.com)--教育资源门户，提供试卷、教案、课件、论文、素材以及各类教学资源下载，还有大量而丰富的教学相关资讯！" style="width:54pt;height:20.25pt" o:oleicon="f" o:ole="">
            <v:imagedata r:id="rId1745" o:title="eqId3c623d6b5abae485a089c6b0d798bc00"/>
          </v:shape>
        </w:pict>
      </w:r>
      <w:r>
        <w:rPr>
          <w:rFonts w:ascii="宋体" w:eastAsia="宋体" w:hAnsi="宋体" w:cs="宋体"/>
          <w:color w:val="000000"/>
        </w:rPr>
        <w:t>，即</w:t>
      </w:r>
      <w:r>
        <w:pict>
          <v:shape id="_x0000_i708328" type="#_x0000_t75" alt="学科网(www.zxxk.com)--教育资源门户，提供试卷、教案、课件、论文、素材以及各类教学资源下载，还有大量而丰富的教学相关资讯！" style="width:24.95pt;height:13.9pt" o:oleicon="f" o:ole="">
            <v:imagedata r:id="rId1746" o:title="eqIdf66884efff7400f92b530d69d029778d"/>
          </v:shape>
        </w:pict>
      </w:r>
      <w:r>
        <w:rPr>
          <w:rFonts w:ascii="宋体" w:eastAsia="宋体" w:hAnsi="宋体" w:cs="宋体"/>
          <w:color w:val="000000"/>
        </w:rPr>
        <w:t>时，</w:t>
      </w:r>
      <w:r>
        <w:pict>
          <v:shape id="_x0000_i708329" type="#_x0000_t75" alt="学科网(www.zxxk.com)--教育资源门户，提供试卷、教案、课件、论文、素材以及各类教学资源下载，还有大量而丰富的教学相关资讯！" style="width:54pt;height:20.25pt" o:oleicon="f" o:ole="">
            <v:imagedata r:id="rId1745" o:title="eqId3c623d6b5abae485a089c6b0d798bc00"/>
          </v:shape>
        </w:pict>
      </w:r>
      <w:r>
        <w:rPr>
          <w:rFonts w:ascii="宋体" w:eastAsia="宋体" w:hAnsi="宋体" w:cs="宋体"/>
          <w:color w:val="000000"/>
        </w:rPr>
        <w:t>，</w:t>
      </w:r>
      <w:r>
        <w:pict>
          <v:shape id="_x0000_i708330" type="#_x0000_t75" alt="学科网(www.zxxk.com)--教育资源门户，提供试卷、教案、课件、论文、素材以及各类教学资源下载，还有大量而丰富的教学相关资讯！" style="width:96.75pt;height:15.75pt" o:oleicon="f" o:ole="">
            <v:imagedata r:id="rId1747" o:title="eqId96f3bed76ec7c6b258008a7d1a2da91c"/>
          </v:shape>
        </w:pict>
      </w:r>
      <w:r>
        <w:rPr>
          <w:rFonts w:ascii="宋体" w:eastAsia="宋体" w:hAnsi="宋体" w:cs="宋体"/>
          <w:color w:val="000000"/>
        </w:rPr>
        <w:t>，解得</w:t>
      </w:r>
      <w:r>
        <w:pict>
          <v:shape id="_x0000_i708331" type="#_x0000_t75" alt="学科网(www.zxxk.com)--教育资源门户，提供试卷、教案、课件、论文、素材以及各类教学资源下载，还有大量而丰富的教学相关资讯！" style="width:24.95pt;height:13.95pt" o:oleicon="f" o:ole="">
            <v:imagedata r:id="rId1748" o:title="eqId46d4fcb22b9ef5b847927d6d3437e024"/>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即</w:t>
      </w:r>
      <w:r>
        <w:pict>
          <v:shape id="_x0000_i708332" type="#_x0000_t75" alt="学科网(www.zxxk.com)--教育资源门户，提供试卷、教案、课件、论文、素材以及各类教学资源下载，还有大量而丰富的教学相关资讯！" style="width:24.95pt;height:13.95pt" o:oleicon="f" o:ole="">
            <v:imagedata r:id="rId1749" o:title="eqId5a3c442579603164f3fc19458677d307"/>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当点</w:t>
      </w:r>
      <w:r>
        <w:pict>
          <v:shape id="_x0000_i708333" type="#_x0000_t75" alt="学科网(www.zxxk.com)--教育资源门户，提供试卷、教案、课件、论文、素材以及各类教学资源下载，还有大量而丰富的教学相关资讯！" style="width:9.75pt;height:10.5pt" o:oleicon="f" o:ole="">
            <v:imagedata r:id="rId1750" o:title="eqId7f9e8449aad35c5d840a3395ea86df6d"/>
          </v:shape>
        </w:pict>
      </w:r>
      <w:r>
        <w:rPr>
          <w:rFonts w:ascii="宋体" w:eastAsia="宋体" w:hAnsi="宋体" w:cs="宋体"/>
          <w:color w:val="000000"/>
        </w:rPr>
        <w:t>在点</w:t>
      </w:r>
      <w:r>
        <w:pict>
          <v:shape id="_x0000_i708334" type="#_x0000_t75" alt="学科网(www.zxxk.com)--教育资源门户，提供试卷、教案、课件、论文、素材以及各类教学资源下载，还有大量而丰富的教学相关资讯！" style="width:12pt;height:12pt" o:oleicon="f" o:ole="">
            <v:imagedata r:id="rId1751" o:title="eqId5963abe8f421bd99a2aaa94831a951e9"/>
          </v:shape>
        </w:pict>
      </w:r>
      <w:r>
        <w:rPr>
          <w:rFonts w:ascii="宋体" w:eastAsia="宋体" w:hAnsi="宋体" w:cs="宋体"/>
          <w:color w:val="000000"/>
        </w:rPr>
        <w:t>的右侧时，此时</w:t>
      </w:r>
      <w:r>
        <w:pict>
          <v:shape id="_x0000_i708335" type="#_x0000_t75" alt="学科网(www.zxxk.com)--教育资源门户，提供试卷、教案、课件、论文、素材以及各类教学资源下载，还有大量而丰富的教学相关资讯！" style="width:25.15pt;height:14pt" o:oleicon="f" o:ole="">
            <v:imagedata r:id="rId1752" o:title="eqId731bdc8d2686a05f12a2ba8a7e3b01be"/>
          </v:shape>
        </w:pict>
      </w:r>
      <w:r>
        <w:rPr>
          <w:rFonts w:ascii="宋体" w:eastAsia="宋体" w:hAnsi="宋体" w:cs="宋体"/>
          <w:color w:val="000000"/>
        </w:rPr>
        <w:t>，在</w:t>
      </w:r>
      <w:r>
        <w:pict>
          <v:shape id="_x0000_i708336" type="#_x0000_t75" alt="学科网(www.zxxk.com)--教育资源门户，提供试卷、教案、课件、论文、素材以及各类教学资源下载，还有大量而丰富的教学相关资讯！" style="width:21.75pt;height:14.25pt" o:oleicon="f" o:ole="">
            <v:imagedata r:id="rId1753" o:title="eqIde52586ca2a3b783bc8092415e2d4bf6d"/>
          </v:shape>
        </w:pict>
      </w:r>
      <w:r>
        <w:rPr>
          <w:rFonts w:ascii="宋体" w:eastAsia="宋体" w:hAnsi="宋体" w:cs="宋体"/>
          <w:color w:val="000000"/>
        </w:rPr>
        <w:t>不重合的情况下，</w:t>
      </w:r>
      <w:r>
        <w:pict>
          <v:shape id="_x0000_i708337" type="#_x0000_t75" alt="学科网(www.zxxk.com)--教育资源门户，提供试卷、教案、课件、论文、素材以及各类教学资源下载，还有大量而丰富的教学相关资讯！" style="width:21.75pt;height:14.25pt" o:oleicon="f" o:ole="">
            <v:imagedata r:id="rId1753" o:title="eqIde52586ca2a3b783bc8092415e2d4bf6d"/>
          </v:shape>
        </w:pict>
      </w:r>
      <w:r>
        <w:rPr>
          <w:rFonts w:ascii="宋体" w:eastAsia="宋体" w:hAnsi="宋体" w:cs="宋体"/>
          <w:color w:val="000000"/>
        </w:rPr>
        <w:t>之间的距离越来越小，</w:t>
      </w:r>
      <w:r>
        <w:pict>
          <v:shape id="_x0000_i708338" type="#_x0000_t75" alt="学科网(www.zxxk.com)--教育资源门户，提供试卷、教案、课件、论文、素材以及各类教学资源下载，还有大量而丰富的教学相关资讯！" style="width:36.5pt;height:20pt" o:oleicon="f" o:ole="">
            <v:imagedata r:id="rId1754" o:title="eqId840c8d08985d414d1a7e5e4b384e50ba"/>
          </v:shape>
        </w:pict>
      </w:r>
      <w:r>
        <w:rPr>
          <w:rFonts w:ascii="宋体" w:eastAsia="宋体" w:hAnsi="宋体" w:cs="宋体"/>
          <w:color w:val="000000"/>
        </w:rPr>
        <w:t>最大为初始状态，即</w:t>
      </w:r>
      <w:r>
        <w:pict>
          <v:shape id="_x0000_i708339" type="#_x0000_t75" alt="学科网(www.zxxk.com)--教育资源门户，提供试卷、教案、课件、论文、素材以及各类教学资源下载，还有大量而丰富的教学相关资讯！" style="width:24.6pt;height:14.4pt" o:oleicon="f" o:ole="">
            <v:imagedata r:id="rId1755" o:title="eqId7aeb9a94e392f6759b18abed89aacc5e"/>
          </v:shape>
        </w:pict>
      </w:r>
      <w:r>
        <w:rPr>
          <w:rFonts w:ascii="宋体" w:eastAsia="宋体" w:hAnsi="宋体" w:cs="宋体"/>
          <w:color w:val="000000"/>
        </w:rPr>
        <w:t>时，</w:t>
      </w:r>
      <w:r>
        <w:pict>
          <v:shape id="_x0000_i708340" type="#_x0000_t75" alt="学科网(www.zxxk.com)--教育资源门户，提供试卷、教案、课件、论文、素材以及各类教学资源下载，还有大量而丰富的教学相关资讯！" style="width:54pt;height:20.25pt" o:oleicon="f" o:ole="">
            <v:imagedata r:id="rId1756" o:title="eqId3c623d6b5abae485a089c6b0d798bc00"/>
          </v:shape>
        </w:pict>
      </w:r>
      <w:r>
        <w:rPr>
          <w:rFonts w:ascii="宋体" w:eastAsia="宋体" w:hAnsi="宋体" w:cs="宋体"/>
          <w:color w:val="000000"/>
        </w:rPr>
        <w:t>，</w:t>
      </w:r>
      <w:r>
        <w:pict>
          <v:shape id="_x0000_i708341" type="#_x0000_t75" alt="学科网(www.zxxk.com)--教育资源门户，提供试卷、教案、课件、论文、素材以及各类教学资源下载，还有大量而丰富的教学相关资讯！" style="width:41.25pt;height:14.25pt" o:oleicon="f" o:ole="">
            <v:imagedata r:id="rId1757" o:title="eqIda3b8dd49721d0e0f3a485209d7815b30"/>
          </v:shape>
        </w:pict>
      </w:r>
      <w:r>
        <w:rPr>
          <w:rFonts w:ascii="宋体" w:eastAsia="宋体" w:hAnsi="宋体" w:cs="宋体"/>
          <w:color w:val="000000"/>
        </w:rPr>
        <w:t>，</w:t>
      </w:r>
      <w:r>
        <w:pict>
          <v:shape id="_x0000_i708342" type="#_x0000_t75" alt="学科网(www.zxxk.com)--教育资源门户，提供试卷、教案、课件、论文、素材以及各类教学资源下载，还有大量而丰富的教学相关资讯！" style="width:32.25pt;height:14.5pt" o:oleicon="f" o:ole="">
            <v:imagedata r:id="rId1758" o:title="eqId2a7fbf068ffc1e74a0b6849809d8b350"/>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在</w:t>
      </w:r>
      <w:r>
        <w:pict>
          <v:shape id="_x0000_i708343" type="#_x0000_t75" alt="学科网(www.zxxk.com)--教育资源门户，提供试卷、教案、课件、论文、素材以及各类教学资源下载，还有大量而丰富的教学相关资讯！" style="width:21.75pt;height:14.25pt" o:oleicon="f" o:ole="">
            <v:imagedata r:id="rId1759" o:title="eqIde52586ca2a3b783bc8092415e2d4bf6d"/>
          </v:shape>
        </w:pict>
      </w:r>
      <w:r>
        <w:rPr>
          <w:rFonts w:ascii="宋体" w:eastAsia="宋体" w:hAnsi="宋体" w:cs="宋体"/>
          <w:color w:val="000000"/>
        </w:rPr>
        <w:t>可以重合的情况下，</w:t>
      </w:r>
      <w:r>
        <w:pict>
          <v:shape id="_x0000_i708344" type="#_x0000_t75" alt="学科网(www.zxxk.com)--教育资源门户，提供试卷、教案、课件、论文、素材以及各类教学资源下载，还有大量而丰富的教学相关资讯！" style="width:60pt;height:14.25pt" o:oleicon="f" o:ole="">
            <v:imagedata r:id="rId1760" o:title="eqIde9fc0a58082bc874bd4b8a2ae884a0ab"/>
          </v:shape>
        </w:pict>
      </w:r>
      <w:r>
        <w:rPr>
          <w:rFonts w:ascii="宋体" w:eastAsia="宋体" w:hAnsi="宋体" w:cs="宋体"/>
          <w:color w:val="000000"/>
        </w:rPr>
        <w:t>，</w:t>
      </w:r>
      <w:r>
        <w:pict>
          <v:shape id="_x0000_i708345" type="#_x0000_t75" alt="学科网(www.zxxk.com)--教育资源门户，提供试卷、教案、课件、论文、素材以及各类教学资源下载，还有大量而丰富的教学相关资讯！" style="width:45pt;height:14.25pt" o:oleicon="f" o:ole="">
            <v:imagedata r:id="rId1761" o:title="eqId2525b4a6566ea7cdc704554a08b217cd"/>
          </v:shape>
        </w:pict>
      </w:r>
      <w:r>
        <w:rPr>
          <w:rFonts w:ascii="宋体" w:eastAsia="宋体" w:hAnsi="宋体" w:cs="宋体"/>
          <w:color w:val="000000"/>
        </w:rPr>
        <w:t>，</w:t>
      </w:r>
      <w:r>
        <w:pict>
          <v:shape id="_x0000_i708346" type="#_x0000_t75" alt="学科网(www.zxxk.com)--教育资源门户，提供试卷、教案、课件、论文、素材以及各类教学资源下载，还有大量而丰富的教学相关资讯！" style="width:9.9pt;height:14.35pt" o:oleicon="f" o:ole="">
            <v:imagedata r:id="rId1762" o:title="eqId2c94bb12cee76221e13f9ef955b0aab1"/>
          </v:shape>
        </w:pict>
      </w:r>
      <w:r>
        <w:rPr>
          <w:rFonts w:ascii="宋体" w:eastAsia="宋体" w:hAnsi="宋体" w:cs="宋体"/>
          <w:color w:val="000000"/>
        </w:rPr>
        <w:t>的最大值为</w:t>
      </w:r>
      <w:r>
        <w:pict>
          <v:shape id="_x0000_i708347" type="#_x0000_t75" alt="学科网(www.zxxk.com)--教育资源门户，提供试卷、教案、课件、论文、素材以及各类教学资源下载，还有大量而丰富的教学相关资讯！" style="width:14.25pt;height:14.25pt" o:oleicon="f" o:ole="">
            <v:imagedata r:id="rId1763" o:title="eqIdd07ae0b4264da6a8812454ffd2f20d94"/>
          </v:shape>
        </w:pic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综上，</w:t>
      </w:r>
      <w:r>
        <w:rPr>
          <w:rFonts w:ascii="Times New Roman" w:eastAsia="Times New Roman" w:hAnsi="Times New Roman" w:cs="Times New Roman"/>
          <w:color w:val="000000"/>
        </w:rPr>
        <w:t xml:space="preserve"> </w:t>
      </w:r>
      <w:r>
        <w:pict>
          <v:shape id="_x0000_i708348" type="#_x0000_t75" alt="学科网(www.zxxk.com)--教育资源门户，提供试卷、教案、课件、论文、素材以及各类教学资源下载，还有大量而丰富的教学相关资讯！" style="width:48pt;height:14.25pt" o:oleicon="f" o:ole="">
            <v:imagedata r:id="rId1764" o:title="eqIddb2c0c8befa3b5cbaa80ab1e80d019d4"/>
          </v:shape>
        </w:pic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本题考查了数轴上的动点问题，涉及了两点之间的距离，解题的关键是对数轴上两点之间的距离进行分情况讨论．</w:t>
      </w:r>
    </w:p>
    <w:p>
      <w:pPr>
        <w:pStyle w:val="Heading2"/>
      </w:pPr>
      <w:r>
        <w:t>西城区鲁迅中学</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已知</w:t>
      </w:r>
      <w:r>
        <w:pict>
          <v:shape id="_x0000_i708349" type="#_x0000_t75" alt="学科网(www.zxxk.com)--教育资源门户，提供试卷、教案、课件、论文、素材以及各类教学资源下载，还有大量而丰富的教学相关资讯！" style="width:9pt;height:9.75pt" o:oleicon="f" o:ole="">
            <v:imagedata r:id="rId1765" o:title="eqId0a6936d370d6a238a608ca56f87198de"/>
          </v:shape>
        </w:pict>
      </w:r>
      <w:r>
        <w:rPr>
          <w:rFonts w:ascii="宋体" w:eastAsia="宋体" w:hAnsi="宋体" w:cs="宋体"/>
          <w:color w:val="000000"/>
        </w:rPr>
        <w:t>，</w:t>
      </w:r>
      <w:r>
        <w:pict>
          <v:shape id="_x0000_i708350" type="#_x0000_t75" alt="学科网(www.zxxk.com)--教育资源门户，提供试卷、教案、课件、论文、素材以及各类教学资源下载，还有大量而丰富的教学相关资讯！" style="width:9.9pt;height:14.35pt" o:oleicon="f" o:ole="">
            <v:imagedata r:id="rId1766" o:title="eqId2c94bb12cee76221e13f9ef955b0aab1"/>
          </v:shape>
        </w:pict>
      </w:r>
      <w:r>
        <w:rPr>
          <w:rFonts w:ascii="宋体" w:eastAsia="宋体" w:hAnsi="宋体" w:cs="宋体"/>
          <w:color w:val="000000"/>
        </w:rPr>
        <w:t>，</w:t>
      </w:r>
      <w:r>
        <w:pict>
          <v:shape id="_x0000_i708351" type="#_x0000_t75" alt="学科网(www.zxxk.com)--教育资源门户，提供试卷、教案、课件、论文、素材以及各类教学资源下载，还有大量而丰富的教学相关资讯！" style="width:9pt;height:11.25pt" o:oleicon="f" o:ole="">
            <v:imagedata r:id="rId1767" o:title="eqId071a7e733d466949ac935b4b8ee8d183"/>
          </v:shape>
        </w:pict>
      </w:r>
      <w:r>
        <w:rPr>
          <w:rFonts w:ascii="宋体" w:eastAsia="宋体" w:hAnsi="宋体" w:cs="宋体"/>
          <w:color w:val="000000"/>
        </w:rPr>
        <w:t>，</w:t>
      </w:r>
      <w:r>
        <w:pict>
          <v:shape id="_x0000_i708352" type="#_x0000_t75" alt="学科网(www.zxxk.com)--教育资源门户，提供试卷、教案、课件、论文、素材以及各类教学资源下载，还有大量而丰富的教学相关资讯！" style="width:11pt;height:13pt" o:oleicon="f" o:ole="">
            <v:imagedata r:id="rId1768" o:title="eqId5c02bc0c74292b1e8f395f90935d3174"/>
          </v:shape>
        </w:pict>
      </w:r>
      <w:r>
        <w:rPr>
          <w:rFonts w:ascii="宋体" w:eastAsia="宋体" w:hAnsi="宋体" w:cs="宋体"/>
          <w:color w:val="000000"/>
        </w:rPr>
        <w:t>四个数，</w:t>
      </w:r>
      <w:r>
        <w:pict>
          <v:shape id="_x0000_i708353" type="#_x0000_t75" alt="学科网(www.zxxk.com)--教育资源门户，提供试卷、教案、课件、论文、素材以及各类教学资源下载，还有大量而丰富的教学相关资讯！" style="width:57pt;height:12.75pt" o:oleicon="f" o:ole="">
            <v:imagedata r:id="rId1769" o:title="eqId951836ef5e4cfd3689a94810e0f8d43d"/>
          </v:shape>
        </w:pict>
      </w:r>
      <w:r>
        <w:rPr>
          <w:rFonts w:ascii="宋体" w:eastAsia="宋体" w:hAnsi="宋体" w:cs="宋体"/>
          <w:color w:val="000000"/>
        </w:rPr>
        <w:t>，满足</w:t>
      </w:r>
      <w:r>
        <w:pict>
          <v:shape id="_x0000_i708354" type="#_x0000_t75" alt="学科网(www.zxxk.com)--教育资源门户，提供试卷、教案、课件、论文、素材以及各类教学资源下载，还有大量而丰富的教学相关资讯！" style="width:77.5pt;height:28pt" o:oleicon="f" o:ole="">
            <v:imagedata r:id="rId1770" o:title="eqId04e5023cfc91a6e98679311b2bc8d3cb"/>
          </v:shape>
        </w:pict>
      </w:r>
      <w:r>
        <w:rPr>
          <w:rFonts w:ascii="宋体" w:eastAsia="宋体" w:hAnsi="宋体" w:cs="宋体"/>
          <w:color w:val="000000"/>
        </w:rPr>
        <w:t>，其中</w:t>
      </w:r>
      <w:r>
        <w:pict>
          <v:shape id="_x0000_i708355" type="#_x0000_t75" alt="学科网(www.zxxk.com)--教育资源门户，提供试卷、教案、课件、论文、素材以及各类教学资源下载，还有大量而丰富的教学相关资讯！" style="width:21.75pt;height:14.25pt" o:oleicon="f" o:ole="">
            <v:imagedata r:id="rId1771" o:title="eqId6bc5735838e43b7a229e8f45c9bfffb3"/>
          </v:shape>
        </w:pict>
      </w:r>
      <w:r>
        <w:rPr>
          <w:rFonts w:ascii="宋体" w:eastAsia="宋体" w:hAnsi="宋体" w:cs="宋体"/>
          <w:color w:val="000000"/>
        </w:rPr>
        <w:t>且为正整数．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w:t>
      </w:r>
      <w:r>
        <w:pict>
          <v:shape id="_x0000_i708356" type="#_x0000_t75" alt="学科网(www.zxxk.com)--教育资源门户，提供试卷、教案、课件、论文、素材以及各类教学资源下载，还有大量而丰富的教学相关资讯！" style="width:27.75pt;height:14.25pt" o:oleicon="f" o:ole="">
            <v:imagedata r:id="rId1772" o:title="eqIdcc2d3df37e73a8abea815f37dbb3fff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①当</w:t>
      </w:r>
      <w:r>
        <w:pict>
          <v:shape id="_x0000_i708357" type="#_x0000_t75" alt="学科网(www.zxxk.com)--教育资源门户，提供试卷、教案、课件、论文、素材以及各类教学资源下载，还有大量而丰富的教学相关资讯！" style="width:42pt;height:14pt" o:oleicon="f" o:ole="">
            <v:imagedata r:id="rId1773" o:title="eqIde4ef6f920cf01e61596caa2243af1619"/>
          </v:shape>
        </w:pict>
      </w:r>
      <w:r>
        <w:rPr>
          <w:rFonts w:ascii="宋体" w:eastAsia="宋体" w:hAnsi="宋体" w:cs="宋体"/>
          <w:color w:val="000000"/>
        </w:rPr>
        <w:t>，</w:t>
      </w:r>
      <w:r>
        <w:pict>
          <v:shape id="_x0000_i708358" type="#_x0000_t75" alt="学科网(www.zxxk.com)--教育资源门户，提供试卷、教案、课件、论文、素材以及各类教学资源下载，还有大量而丰富的教学相关资讯！" style="width:27.75pt;height:14.25pt" o:oleicon="f" o:ole="">
            <v:imagedata r:id="rId1774" o:title="eqId6d3b18d23d41e5f456dfd6485feed523"/>
          </v:shape>
        </w:pict>
      </w:r>
      <w:r>
        <w:rPr>
          <w:rFonts w:ascii="宋体" w:eastAsia="宋体" w:hAnsi="宋体" w:cs="宋体"/>
          <w:color w:val="000000"/>
        </w:rPr>
        <w:t>，求</w:t>
      </w:r>
      <w:r>
        <w:pict>
          <v:shape id="_x0000_i708359" type="#_x0000_t75" alt="学科网(www.zxxk.com)--教育资源门户，提供试卷、教案、课件、论文、素材以及各类教学资源下载，还有大量而丰富的教学相关资讯！" style="width:9pt;height:11.25pt" o:oleicon="f" o:ole="">
            <v:imagedata r:id="rId1775" o:title="eqId071a7e733d466949ac935b4b8ee8d183"/>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②给定有理数</w:t>
      </w:r>
      <w:r>
        <w:pict>
          <v:shape id="_x0000_i708360" type="#_x0000_t75" alt="学科网(www.zxxk.com)--教育资源门户，提供试卷、教案、课件、论文、素材以及各类教学资源下载，还有大量而丰富的教学相关资讯！" style="width:8.15pt;height:10pt" o:oleicon="f" o:ole="">
            <v:imagedata r:id="rId1777" o:title="eqId168b3e4b1d6f04226fa2687a72a268b4"/>
          </v:shape>
        </w:pict>
      </w:r>
      <w:r>
        <w:rPr>
          <w:rFonts w:ascii="宋体" w:eastAsia="宋体" w:hAnsi="宋体" w:cs="宋体"/>
          <w:color w:val="000000"/>
        </w:rPr>
        <w:t>，满足</w:t>
      </w:r>
      <w:r>
        <w:pict>
          <v:shape id="_x0000_i708361" type="#_x0000_t75" alt="学科网(www.zxxk.com)--教育资源门户，提供试卷、教案、课件、论文、素材以及各类教学资源下载，还有大量而丰富的教学相关资讯！" style="width:65.5pt;height:15pt" o:oleicon="f" o:ole="">
            <v:imagedata r:id="rId1778" o:title="eqIdc7591bb0ed57e664bdc6a9dc7a0f5c7b"/>
          </v:shape>
        </w:pict>
      </w:r>
      <w:r>
        <w:rPr>
          <w:rFonts w:ascii="宋体" w:eastAsia="宋体" w:hAnsi="宋体" w:cs="宋体"/>
          <w:color w:val="000000"/>
        </w:rPr>
        <w:t>，请用含</w:t>
      </w:r>
      <w:r>
        <w:pict>
          <v:shape id="_x0000_i708362" type="#_x0000_t75" alt="学科网(www.zxxk.com)--教育资源门户，提供试卷、教案、课件、论文、素材以及各类教学资源下载，还有大量而丰富的教学相关资讯！" style="width:9pt;height:9.75pt" o:oleicon="f" o:ole="">
            <v:imagedata r:id="rId1779" o:title="eqId0a6936d370d6a238a608ca56f87198de"/>
          </v:shape>
        </w:pict>
      </w:r>
      <w:r>
        <w:rPr>
          <w:rFonts w:ascii="宋体" w:eastAsia="宋体" w:hAnsi="宋体" w:cs="宋体"/>
          <w:color w:val="000000"/>
        </w:rPr>
        <w:t>，</w:t>
      </w:r>
      <w:r>
        <w:pict>
          <v:shape id="_x0000_i708363" type="#_x0000_t75" alt="学科网(www.zxxk.com)--教育资源门户，提供试卷、教案、课件、论文、素材以及各类教学资源下载，还有大量而丰富的教学相关资讯！" style="width:9.9pt;height:14.35pt" o:oleicon="f" o:ole="">
            <v:imagedata r:id="rId1780" o:title="eqId2c94bb12cee76221e13f9ef955b0aab1"/>
          </v:shape>
        </w:pict>
      </w:r>
      <w:r>
        <w:rPr>
          <w:rFonts w:ascii="宋体" w:eastAsia="宋体" w:hAnsi="宋体" w:cs="宋体"/>
          <w:color w:val="000000"/>
          <w:position w:val="0"/>
        </w:rPr>
        <w:drawing>
          <wp:inline>
            <wp:extent cx="133350" cy="177800"/>
            <wp:docPr id="287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0" name=""/>
                    <pic:cNvPicPr>
                      <a:picLocks noChangeAspect="1"/>
                    </pic:cNvPicPr>
                  </pic:nvPicPr>
                  <pic:blipFill>
                    <a:blip r:embed="rId1776"/>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式子表示</w:t>
      </w:r>
      <w:r>
        <w:pict>
          <v:shape id="_x0000_i708364" type="#_x0000_t75" alt="学科网(www.zxxk.com)--教育资源门户，提供试卷、教案、课件、论文、素材以及各类教学资源下载，还有大量而丰富的教学相关资讯！" style="width:8.15pt;height:10pt" o:oleicon="f" o:ole="">
            <v:imagedata r:id="rId1777" o:title="eqId168b3e4b1d6f04226fa2687a72a268b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pict>
          <v:shape id="_x0000_i708365" type="#_x0000_t75" alt="学科网(www.zxxk.com)--教育资源门户，提供试卷、教案、课件、论文、素材以及各类教学资源下载，还有大量而丰富的教学相关资讯！" style="width:58pt;height:28pt" o:oleicon="f" o:ole="">
            <v:imagedata r:id="rId1781" o:title="eqId190ebe0fb8e689456b90a26b4725bf92"/>
          </v:shape>
        </w:pict>
      </w:r>
      <w:r>
        <w:rPr>
          <w:rFonts w:ascii="宋体" w:eastAsia="宋体" w:hAnsi="宋体" w:cs="宋体"/>
          <w:color w:val="000000"/>
        </w:rPr>
        <w:t>，</w:t>
      </w:r>
      <w:r>
        <w:pict>
          <v:shape id="_x0000_i708366" type="#_x0000_t75" alt="学科网(www.zxxk.com)--教育资源门户，提供试卷、教案、课件、论文、素材以及各类教学资源下载，还有大量而丰富的教学相关资讯！" style="width:57pt;height:28pt" o:oleicon="f" o:ole="">
            <v:imagedata r:id="rId1782" o:title="eqIdebd47490ddfeaec8bcf617ab518c20c1"/>
          </v:shape>
        </w:pict>
      </w:r>
      <w:r>
        <w:rPr>
          <w:rFonts w:ascii="宋体" w:eastAsia="宋体" w:hAnsi="宋体" w:cs="宋体"/>
          <w:color w:val="000000"/>
        </w:rPr>
        <w:t>且</w:t>
      </w:r>
      <w:r>
        <w:pict>
          <v:shape id="_x0000_i708367" type="#_x0000_t75" alt="学科网(www.zxxk.com)--教育资源门户，提供试卷、教案、课件、论文、素材以及各类教学资源下载，还有大量而丰富的教学相关资讯！" style="width:84pt;height:28pt" o:oleicon="f" o:ole="">
            <v:imagedata r:id="rId1783" o:title="eqId56ef1c18596144af96963ff0b8a41cd8"/>
          </v:shape>
        </w:pict>
      </w:r>
      <w:r>
        <w:rPr>
          <w:rFonts w:ascii="宋体" w:eastAsia="宋体" w:hAnsi="宋体" w:cs="宋体"/>
          <w:color w:val="000000"/>
        </w:rPr>
        <w:t>，求</w:t>
      </w:r>
      <w:r>
        <w:pict>
          <v:shape id="_x0000_i708368" type="#_x0000_t75" alt="学科网(www.zxxk.com)--教育资源门户，提供试卷、教案、课件、论文、素材以及各类教学资源下载，还有大量而丰富的教学相关资讯！" style="width:9.75pt;height:11.25pt" o:oleicon="f" o:ole="">
            <v:imagedata r:id="rId1784" o:title="eqIdb6a24198bd04c29321ae5dc5a28fe421"/>
          </v:shape>
        </w:pict>
      </w:r>
      <w:r>
        <w:rPr>
          <w:rFonts w:ascii="宋体" w:eastAsia="宋体" w:hAnsi="宋体" w:cs="宋体"/>
          <w:color w:val="000000"/>
        </w:rPr>
        <w:t>的值．</w:t>
      </w:r>
    </w:p>
    <w:p>
      <w:pPr>
        <w:spacing w:line="360" w:lineRule="auto"/>
        <w:textAlignment w:val="center"/>
        <w:rPr>
          <w:rFonts w:ascii="Times New Roman" w:eastAsia="Times New Roman" w:hAnsi="Times New Roman" w:cs="Times New Roman"/>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3</w:t>
      </w:r>
      <w:r>
        <w:rPr>
          <w:rFonts w:ascii="宋体" w:eastAsia="宋体" w:hAnsi="宋体" w:cs="宋体"/>
          <w:color w:val="000000"/>
        </w:rPr>
        <w:t>；②</w:t>
      </w:r>
      <w:r>
        <w:pict>
          <v:shape id="_x0000_i708369" type="#_x0000_t75" alt="学科网(www.zxxk.com)--教育资源门户，提供试卷、教案、课件、论文、素材以及各类教学资源下载，还有大量而丰富的教学相关资讯！" style="width:50pt;height:13pt" o:oleicon="f" o:ole="">
            <v:imagedata r:id="rId1785" o:title="eqId32a193cbb79799a29b7baa91fb862e42"/>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）根据绝对值的性质和</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的特点，去掉绝对值符号，代入所给的已知条件求出相应的结论；</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w:t>
      </w:r>
      <w:r>
        <w:rPr>
          <w:rFonts w:ascii="Times New Roman" w:eastAsia="Times New Roman" w:hAnsi="Times New Roman" w:cs="Times New Roman"/>
          <w:color w:val="000000"/>
        </w:rPr>
        <w:t>1</w:t>
      </w:r>
      <w:r>
        <w:rPr>
          <w:rFonts w:ascii="宋体" w:eastAsia="宋体" w:hAnsi="宋体" w:cs="宋体"/>
          <w:color w:val="000000"/>
        </w:rPr>
        <w:t>）中的方法去掉绝对值符号，通过等式的变形得出关于</w:t>
      </w:r>
      <w:r>
        <w:rPr>
          <w:rFonts w:ascii="Times New Roman" w:eastAsia="Times New Roman" w:hAnsi="Times New Roman" w:cs="Times New Roman"/>
          <w:i/>
          <w:color w:val="000000"/>
        </w:rPr>
        <w:t>n</w:t>
      </w:r>
      <w:r>
        <w:rPr>
          <w:rFonts w:ascii="宋体" w:eastAsia="宋体" w:hAnsi="宋体" w:cs="宋体"/>
          <w:color w:val="000000"/>
        </w:rPr>
        <w:t>的一元一次方程，求出</w:t>
      </w:r>
      <w:r>
        <w:rPr>
          <w:rFonts w:ascii="Times New Roman" w:eastAsia="Times New Roman" w:hAnsi="Times New Roman" w:cs="Times New Roman"/>
          <w:i/>
          <w:color w:val="000000"/>
        </w:rPr>
        <w:t>n</w: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08370" type="#_x0000_t75" alt="学科网(www.zxxk.com)--教育资源门户，提供试卷、教案、课件、论文、素材以及各类教学资源下载，还有大量而丰富的教学相关资讯！" style="width:73.9pt;height:13.75pt" o:oleicon="f" o:ole="">
            <v:imagedata r:id="rId1786" o:title="eqIdb12cfd5758fdc1e1f50ace06f5f3601b"/>
          </v:shape>
        </w:pict>
      </w:r>
      <w:r>
        <w:rPr>
          <w:rFonts w:ascii="宋体" w:eastAsia="宋体" w:hAnsi="宋体" w:cs="宋体"/>
          <w:color w:val="000000"/>
        </w:rPr>
        <w:t>，且</w:t>
      </w:r>
      <w:r>
        <w:pict>
          <v:shape id="_x0000_i708371" type="#_x0000_t75" alt="学科网(www.zxxk.com)--教育资源门户，提供试卷、教案、课件、论文、素材以及各类教学资源下载，还有大量而丰富的教学相关资讯！" style="width:77.5pt;height:28pt" o:oleicon="f" o:ole="">
            <v:imagedata r:id="rId1787" o:title="eqId04e5023cfc91a6e98679311b2bc8d3c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72" type="#_x0000_t75" alt="学科网(www.zxxk.com)--教育资源门户，提供试卷、教案、课件、论文、素材以及各类教学资源下载，还有大量而丰富的教学相关资讯！" style="width:80.5pt;height:28pt" o:oleicon="f" o:ole="">
            <v:imagedata r:id="rId1788" o:title="eqId550a683684a9ec2fd8875639faaacd5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73" type="#_x0000_t75" alt="学科网(www.zxxk.com)--教育资源门户，提供试卷、教案、课件、论文、素材以及各类教学资源下载，还有大量而丰富的教学相关资讯！" style="width:36.75pt;height:14.25pt" o:oleicon="f" o:ole="">
            <v:imagedata r:id="rId1789" o:title="eqIde3d4cdd9d55ae556887f2b45d7123b95"/>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74" type="#_x0000_t75" alt="学科网(www.zxxk.com)--教育资源门户，提供试卷、教案、课件、论文、素材以及各类教学资源下载，还有大量而丰富的教学相关资讯！" style="width:80.5pt;height:28pt" o:oleicon="f" o:ole="">
            <v:imagedata r:id="rId1790" o:title="eqIdad7119c35aa0f67ed6ca9c45587ca85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①当</w:t>
      </w:r>
      <w:r>
        <w:pict>
          <v:shape id="_x0000_i708375" type="#_x0000_t75" alt="学科网(www.zxxk.com)--教育资源门户，提供试卷、教案、课件、论文、素材以及各类教学资源下载，还有大量而丰富的教学相关资讯！" style="width:42pt;height:14pt" o:oleicon="f" o:ole="">
            <v:imagedata r:id="rId1791" o:title="eqIde4ef6f920cf01e61596caa2243af1619"/>
          </v:shape>
        </w:pict>
      </w:r>
      <w:r>
        <w:rPr>
          <w:rFonts w:ascii="宋体" w:eastAsia="宋体" w:hAnsi="宋体" w:cs="宋体"/>
          <w:color w:val="000000"/>
        </w:rPr>
        <w:t>，</w:t>
      </w:r>
      <w:r>
        <w:pict>
          <v:shape id="_x0000_i708376" type="#_x0000_t75" alt="学科网(www.zxxk.com)--教育资源门户，提供试卷、教案、课件、论文、素材以及各类教学资源下载，还有大量而丰富的教学相关资讯！" style="width:27.75pt;height:14.25pt" o:oleicon="f" o:ole="">
            <v:imagedata r:id="rId1792" o:title="eqId6d3b18d23d41e5f456dfd6485feed523"/>
          </v:shape>
        </w:pict>
      </w:r>
      <w:r>
        <w:rPr>
          <w:rFonts w:ascii="宋体" w:eastAsia="宋体" w:hAnsi="宋体" w:cs="宋体"/>
          <w:color w:val="000000"/>
        </w:rPr>
        <w:t>时，则</w:t>
      </w:r>
      <w:r>
        <w:pict>
          <v:shape id="_x0000_i708377" type="#_x0000_t75" alt="学科网(www.zxxk.com)--教育资源门户，提供试卷、教案、课件、论文、素材以及各类教学资源下载，还有大量而丰富的教学相关资讯！" style="width:52pt;height:28pt" o:oleicon="f" o:ole="">
            <v:imagedata r:id="rId1793" o:title="eqIdb80ad4ad926b24c7f555e49366f9b94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8378" type="#_x0000_t75" alt="学科网(www.zxxk.com)--教育资源门户，提供试卷、教案、课件、论文、素材以及各类教学资源下载，还有大量而丰富的教学相关资讯！" style="width:26pt;height:13.95pt" o:oleicon="f" o:ole="">
            <v:imagedata r:id="rId1794" o:title="eqIddcb5bac75f36bb1dc5c8190d4dbe681d"/>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w:t>
      </w:r>
      <w:r>
        <w:pict>
          <v:shape id="_x0000_i708379" type="#_x0000_t75" alt="学科网(www.zxxk.com)--教育资源门户，提供试卷、教案、课件、论文、素材以及各类教学资源下载，还有大量而丰富的教学相关资讯！" style="width:83.5pt;height:28pt" o:oleicon="f" o:ole="">
            <v:imagedata r:id="rId1795" o:title="eqIdeeec9e13ac0fa45eba4fefbbf613cbfe"/>
          </v:shape>
        </w:pict>
      </w:r>
      <w:r>
        <w:rPr>
          <w:rFonts w:ascii="宋体" w:eastAsia="宋体" w:hAnsi="宋体" w:cs="宋体"/>
          <w:color w:val="000000"/>
        </w:rPr>
        <w:t>，</w:t>
      </w:r>
      <w:r>
        <w:pict>
          <v:shape id="_x0000_i708380" type="#_x0000_t75" alt="学科网(www.zxxk.com)--教育资源门户，提供试卷、教案、课件、论文、素材以及各类教学资源下载，还有大量而丰富的教学相关资讯！" style="width:65.5pt;height:15pt" o:oleicon="f" o:ole="">
            <v:imagedata r:id="rId1796" o:title="eqIdc7591bb0ed57e664bdc6a9dc7a0f5c7b"/>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81" type="#_x0000_t75" alt="学科网(www.zxxk.com)--教育资源门户，提供试卷、教案、课件、论文、素材以及各类教学资源下载，还有大量而丰富的教学相关资讯！" style="width:82pt;height:28pt" o:oleicon="f" o:ole="">
            <v:imagedata r:id="rId1797" o:title="eqId39760192e680b639a8ba93b8a0851f8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382" type="#_x0000_t75" alt="学科网(www.zxxk.com)--教育资源门户，提供试卷、教案、课件、论文、素材以及各类教学资源下载，还有大量而丰富的教学相关资讯！" style="width:21pt;height:14.5pt" o:oleicon="f" o:ole="">
            <v:imagedata r:id="rId1798" o:title="eqId8f3890f5e7a748a1b903d8afc1f71b5e"/>
          </v:shape>
        </w:pict>
      </w:r>
      <w:r>
        <w:rPr>
          <w:rFonts w:ascii="宋体" w:eastAsia="宋体" w:hAnsi="宋体" w:cs="宋体"/>
          <w:color w:val="000000"/>
        </w:rPr>
        <w:t>时，则</w:t>
      </w:r>
      <w:r>
        <w:pict>
          <v:shape id="_x0000_i708383" type="#_x0000_t75" alt="学科网(www.zxxk.com)--教育资源门户，提供试卷、教案、课件、论文、素材以及各类教学资源下载，还有大量而丰富的教学相关资讯！" style="width:70pt;height:28pt" o:oleicon="f" o:ole="">
            <v:imagedata r:id="rId1799" o:title="eqIdbe358534725eed0936ed6ab39d1ff11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84" type="#_x0000_t75" alt="学科网(www.zxxk.com)--教育资源门户，提供试卷、教案、课件、论文、素材以及各类教学资源下载，还有大量而丰富的教学相关资讯！" style="width:53.5pt;height:13pt" o:oleicon="f" o:ole="">
            <v:imagedata r:id="rId1800" o:title="eqIdb05ec169c7d936cb6b226f00dfa73a9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pict>
          <v:shape id="_x0000_i708385" type="#_x0000_t75" alt="学科网(www.zxxk.com)--教育资源门户，提供试卷、教案、课件、论文、素材以及各类教学资源下载，还有大量而丰富的教学相关资讯！" style="width:27pt;height:14.25pt" o:oleicon="f" o:ole="">
            <v:imagedata r:id="rId1801" o:title="eqIda423cc654b9e72ac72346d9613e34e1f"/>
          </v:shape>
        </w:pict>
      </w:r>
      <w:r>
        <w:rPr>
          <w:rFonts w:ascii="宋体" w:eastAsia="宋体" w:hAnsi="宋体" w:cs="宋体"/>
          <w:color w:val="000000"/>
        </w:rPr>
        <w:t>时，则</w:t>
      </w:r>
      <w:r>
        <w:pict>
          <v:shape id="_x0000_i708386" type="#_x0000_t75" alt="学科网(www.zxxk.com)--教育资源门户，提供试卷、教案、课件、论文、素材以及各类教学资源下载，还有大量而丰富的教学相关资讯！" style="width:70pt;height:28pt" o:oleicon="f" o:ole="">
            <v:imagedata r:id="rId1802" o:title="eqIdd613c7539a3c374c9c1bbcd62855473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87" type="#_x0000_t75" alt="学科网(www.zxxk.com)--教育资源门户，提供试卷、教案、课件、论文、素材以及各类教学资源下载，还有大量而丰富的教学相关资讯！" style="width:58pt;height:13pt" o:oleicon="f" o:ole="">
            <v:imagedata r:id="rId1803" o:title="eqId8a1122b27327e4ee212fdda253910994"/>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8388" type="#_x0000_t75" alt="学科网(www.zxxk.com)--教育资源门户，提供试卷、教案、课件、论文、素材以及各类教学资源下载，还有大量而丰富的教学相关资讯！" style="width:54.4pt;height:14.25pt" o:oleicon="f" o:ole="">
            <v:imagedata r:id="rId1804" o:title="eqIdcb0a52896089c0db4c0967d42e743d8d"/>
          </v:shape>
        </w:pict>
      </w:r>
      <w:r>
        <w:rPr>
          <w:rFonts w:ascii="宋体" w:eastAsia="宋体" w:hAnsi="宋体" w:cs="宋体"/>
          <w:color w:val="000000"/>
        </w:rPr>
        <w:t>，且</w:t>
      </w:r>
      <w:r>
        <w:pict>
          <v:shape id="_x0000_i708389" type="#_x0000_t75" alt="学科网(www.zxxk.com)--教育资源门户，提供试卷、教案、课件、论文、素材以及各类教学资源下载，还有大量而丰富的教学相关资讯！" style="width:58pt;height:28pt" o:oleicon="f" o:ole="">
            <v:imagedata r:id="rId1805" o:title="eqId190ebe0fb8e689456b90a26b4725bf92"/>
          </v:shape>
        </w:pict>
      </w:r>
      <w:r>
        <w:rPr>
          <w:rFonts w:ascii="宋体" w:eastAsia="宋体" w:hAnsi="宋体" w:cs="宋体"/>
          <w:color w:val="000000"/>
        </w:rPr>
        <w:t>，</w:t>
      </w:r>
      <w:r>
        <w:pict>
          <v:shape id="_x0000_i708390" type="#_x0000_t75" alt="学科网(www.zxxk.com)--教育资源门户，提供试卷、教案、课件、论文、素材以及各类教学资源下载，还有大量而丰富的教学相关资讯！" style="width:57pt;height:28pt" o:oleicon="f" o:ole="">
            <v:imagedata r:id="rId1806" o:title="eqIdebd47490ddfeaec8bcf617ab518c20c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91" type="#_x0000_t75" alt="学科网(www.zxxk.com)--教育资源门户，提供试卷、教案、课件、论文、素材以及各类教学资源下载，还有大量而丰富的教学相关资讯！" style="width:66pt;height:28pt" o:oleicon="f" o:ole="">
            <v:imagedata r:id="rId1807" o:title="eqId48a1c7e71725cb59167b8e14f0124b9d"/>
          </v:shape>
        </w:pict>
      </w:r>
      <w:r>
        <w:rPr>
          <w:rFonts w:ascii="宋体" w:eastAsia="宋体" w:hAnsi="宋体" w:cs="宋体"/>
          <w:color w:val="000000"/>
        </w:rPr>
        <w:t>，</w:t>
      </w:r>
      <w:r>
        <w:pict>
          <v:shape id="_x0000_i708392" type="#_x0000_t75" alt="学科网(www.zxxk.com)--教育资源门户，提供试卷、教案、课件、论文、素材以及各类教学资源下载，还有大量而丰富的教学相关资讯！" style="width:56.5pt;height:28pt" o:oleicon="f" o:ole="">
            <v:imagedata r:id="rId1808" o:title="eqIde04185ff25ab63d35e7c0c3e0c17802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93" type="#_x0000_t75" alt="学科网(www.zxxk.com)--教育资源门户，提供试卷、教案、课件、论文、素材以及各类教学资源下载，还有大量而丰富的教学相关资讯！" style="width:163pt;height:28pt" o:oleicon="f" o:ole="">
            <v:imagedata r:id="rId1809" o:title="eqId1c65e29b741187ca0948da2c88c01b2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94" type="#_x0000_t75" alt="学科网(www.zxxk.com)--教育资源门户，提供试卷、教案、课件、论文、素材以及各类教学资源下载，还有大量而丰富的教学相关资讯！" style="width:90pt;height:28pt" o:oleicon="f" o:ole="">
            <v:imagedata r:id="rId1810" o:title="eqId286afe275664cf5b126fbb1ad5f8a47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395" type="#_x0000_t75" alt="学科网(www.zxxk.com)--教育资源门户，提供试卷、教案、课件、论文、素材以及各类教学资源下载，还有大量而丰富的教学相关资讯！" style="width:9.75pt;height:9pt" o:oleicon="f" o:ole="">
            <v:imagedata r:id="rId1811" o:title="eqId2de0d10ef8b748d4531250c37c5d3f9e"/>
          </v:shape>
        </w:pict>
      </w:r>
      <w:r>
        <w:pict>
          <v:shape id="_x0000_i708396" type="#_x0000_t75" alt="学科网(www.zxxk.com)--教育资源门户，提供试卷、教案、课件、论文、素材以及各类教学资源下载，还有大量而丰富的教学相关资讯！" style="width:91pt;height:28pt" o:oleicon="f" o:ole="">
            <v:imagedata r:id="rId1812" o:title="eqIda6867c10ba95aaaa50486435b67f73c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由（</w:t>
      </w:r>
      <w:r>
        <w:rPr>
          <w:rFonts w:ascii="Times New Roman" w:eastAsia="Times New Roman" w:hAnsi="Times New Roman" w:cs="Times New Roman"/>
          <w:color w:val="000000"/>
        </w:rPr>
        <w:t>1</w:t>
      </w:r>
      <w:r>
        <w:rPr>
          <w:rFonts w:ascii="宋体" w:eastAsia="宋体" w:hAnsi="宋体" w:cs="宋体"/>
          <w:color w:val="000000"/>
        </w:rPr>
        <w:t>）得</w:t>
      </w:r>
      <w:r>
        <w:pict>
          <v:shape id="_x0000_i708397" type="#_x0000_t75" alt="学科网(www.zxxk.com)--教育资源门户，提供试卷、教案、课件、论文、素材以及各类教学资源下载，还有大量而丰富的教学相关资讯！" style="width:9.75pt;height:9pt" o:oleicon="f" o:ole="">
            <v:imagedata r:id="rId1813" o:title="eqId2de0d10ef8b748d4531250c37c5d3f9e"/>
          </v:shape>
        </w:pict>
      </w:r>
      <w:r>
        <w:pict>
          <v:shape id="_x0000_i708398" type="#_x0000_t75" alt="学科网(www.zxxk.com)--教育资源门户，提供试卷、教案、课件、论文、素材以及各类教学资源下载，还有大量而丰富的教学相关资讯！" style="width:97pt;height:28pt" o:oleicon="f" o:ole="">
            <v:imagedata r:id="rId1814" o:title="eqIdb10da04fdff8849cadcd8e277127ede2"/>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解得</w:t>
      </w:r>
      <w:r>
        <w:pict>
          <v:shape id="_x0000_i708399" type="#_x0000_t75" alt="学科网(www.zxxk.com)--教育资源门户，提供试卷、教案、课件、论文、素材以及各类教学资源下载，还有大量而丰富的教学相关资讯！" style="width:26.9pt;height:13.75pt" o:oleicon="f" o:ole="">
            <v:imagedata r:id="rId1815" o:title="eqIde45cf86650443d1b86c79b1e3edc7e5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本题重点考查了绝对值的性质，解题关键是根据数的大小关系，去绝对值符号再进行等式的变形，得出结论．</w:t>
      </w:r>
    </w:p>
    <w:p>
      <w:pPr>
        <w:spacing w:line="360" w:lineRule="auto"/>
        <w:jc w:val="left"/>
        <w:textAlignment w:val="center"/>
        <w:rPr>
          <w:rFonts w:ascii="宋体" w:eastAsia="宋体" w:hAnsi="宋体" w:cs="宋体"/>
          <w:color w:val="000000"/>
        </w:rPr>
      </w:pPr>
      <w:r>
        <w:rPr>
          <w:color w:val="000000"/>
        </w:rPr>
        <w:t xml:space="preserve">30. </w:t>
      </w:r>
      <w:r>
        <w:rPr>
          <w:rFonts w:ascii="宋体" w:eastAsia="宋体" w:hAnsi="宋体" w:cs="宋体"/>
          <w:color w:val="000000"/>
        </w:rPr>
        <w:t>阅读理解：</w:t>
      </w:r>
    </w:p>
    <w:p>
      <w:pPr>
        <w:spacing w:line="360" w:lineRule="auto"/>
        <w:jc w:val="left"/>
        <w:textAlignment w:val="center"/>
        <w:rPr>
          <w:rFonts w:ascii="宋体" w:eastAsia="宋体" w:hAnsi="宋体" w:cs="宋体"/>
          <w:color w:val="000000"/>
        </w:rPr>
      </w:pPr>
      <w:r>
        <w:rPr>
          <w:rFonts w:ascii="宋体" w:eastAsia="宋体" w:hAnsi="宋体" w:cs="宋体"/>
          <w:color w:val="000000"/>
        </w:rPr>
        <w:t>材料一：对于一个四位正整数</w:t>
      </w:r>
      <w:r>
        <w:pict>
          <v:shape id="_x0000_i708400" type="#_x0000_t75" alt="学科网(www.zxxk.com)--教育资源门户，提供试卷、教案、课件、论文、素材以及各类教学资源下载，还有大量而丰富的教学相关资讯！" style="width:14.25pt;height:10.5pt" o:oleicon="f" o:ole="">
            <v:imagedata r:id="rId1816" o:title="eqIdac047e91852b91af639feec23a9598b2"/>
          </v:shape>
        </w:pict>
      </w:r>
      <w:r>
        <w:rPr>
          <w:rFonts w:ascii="宋体" w:eastAsia="宋体" w:hAnsi="宋体" w:cs="宋体"/>
          <w:color w:val="000000"/>
        </w:rPr>
        <w:t>，如果千位数字与十位数字之和减去百位数字与个位数字之和的差是</w:t>
      </w:r>
      <w:r>
        <w:pict>
          <v:shape id="_x0000_i708401" type="#_x0000_t75" alt="学科网(www.zxxk.com)--教育资源门户，提供试卷、教案、课件、论文、素材以及各类教学资源下载，还有大量而丰富的教学相关资讯！" style="width:8.8pt;height:14pt" o:oleicon="f" o:ole="">
            <v:imagedata r:id="rId1817" o:title="eqId6f8c4c029e552954bd493b49aeab82d5"/>
          </v:shape>
        </w:pict>
      </w:r>
      <w:r>
        <w:rPr>
          <w:rFonts w:ascii="宋体" w:eastAsia="宋体" w:hAnsi="宋体" w:cs="宋体"/>
          <w:color w:val="000000"/>
        </w:rPr>
        <w:t>的倍数，则称这个四位数为“顺数”；</w:t>
      </w:r>
    </w:p>
    <w:p>
      <w:pPr>
        <w:spacing w:line="360" w:lineRule="auto"/>
        <w:jc w:val="left"/>
        <w:textAlignment w:val="center"/>
        <w:rPr>
          <w:rFonts w:ascii="宋体" w:eastAsia="宋体" w:hAnsi="宋体" w:cs="宋体"/>
          <w:color w:val="000000"/>
        </w:rPr>
      </w:pPr>
      <w:r>
        <w:rPr>
          <w:rFonts w:ascii="宋体" w:eastAsia="宋体" w:hAnsi="宋体" w:cs="宋体"/>
          <w:color w:val="000000"/>
        </w:rPr>
        <w:t>材料二：对于一个四位正整数</w:t>
      </w:r>
      <w:r>
        <w:pict>
          <v:shape id="_x0000_i708402" type="#_x0000_t75" alt="学科网(www.zxxk.com)--教育资源门户，提供试卷、教案、课件、论文、素材以及各类教学资源下载，还有大量而丰富的教学相关资讯！" style="width:14.25pt;height:14.25pt" o:oleicon="f" o:ole="">
            <v:imagedata r:id="rId1818" o:title="eqId54a5d7d3b6b63fe5c24c3907b7a8eaa3"/>
          </v:shape>
        </w:pict>
      </w:r>
      <w:r>
        <w:rPr>
          <w:rFonts w:ascii="宋体" w:eastAsia="宋体" w:hAnsi="宋体" w:cs="宋体"/>
          <w:color w:val="000000"/>
        </w:rPr>
        <w:t>，如果把各个数位上的数字重新排列，必将得到一个最大的四位数和一个最小的四位数，把最大的四位数与最小的四位数的差叫做极差，记为</w:t>
      </w:r>
      <w:r>
        <w:pict>
          <v:shape id="_x0000_i708403" type="#_x0000_t75" alt="学科网(www.zxxk.com)--教育资源门户，提供试卷、教案、课件、论文、素材以及各类教学资源下载，还有大量而丰富的教学相关资讯！" style="width:33.15pt;height:20.05pt" o:oleicon="f" o:ole="">
            <v:imagedata r:id="rId1819" o:title="eqId40b9d57eae9c6e85fd9297ccf9ad2fee"/>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例如</w:t>
      </w:r>
      <w:r>
        <w:pict>
          <v:shape id="_x0000_i708404" type="#_x0000_t75" alt="学科网(www.zxxk.com)--教育资源门户，提供试卷、教案、课件、论文、素材以及各类教学资源下载，还有大量而丰富的教学相关资讯！" style="width:27.05pt;height:14.4pt" o:oleicon="f" o:ole="">
            <v:imagedata r:id="rId1820" o:title="eqIdfc06da506029c7d6dd63df8d505cc1b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405" type="#_x0000_t75" alt="学科网(www.zxxk.com)--教育资源门户，提供试卷、教案、课件、论文、素材以及各类教学资源下载，还有大量而丰富的教学相关资讯！" style="width:102.75pt;height:20.25pt" o:oleicon="f" o:ole="">
            <v:imagedata r:id="rId1821" o:title="eqId5b97b1a54465d687e067451e6f768170"/>
          </v:shape>
        </w:pict>
      </w:r>
      <w:r>
        <w:rPr>
          <w:rFonts w:ascii="宋体" w:eastAsia="宋体" w:hAnsi="宋体" w:cs="宋体"/>
          <w:color w:val="000000"/>
        </w:rPr>
        <w:t>，</w:t>
      </w:r>
      <w:r>
        <w:pict>
          <v:shape id="_x0000_i708406" type="#_x0000_t75" alt="学科网(www.zxxk.com)--教育资源门户，提供试卷、教案、课件、论文、素材以及各类教学资源下载，还有大量而丰富的教学相关资讯！" style="width:41.45pt;height:14.25pt" o:oleicon="f" o:ole="">
            <v:imagedata r:id="rId1822" o:title="eqIdcfcc8f90f395d694f78e66dfc059d73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pict>
          <v:shape id="_x0000_i708407" type="#_x0000_t75" alt="学科网(www.zxxk.com)--教育资源门户，提供试卷、教案、课件、论文、素材以及各类教学资源下载，还有大量而丰富的教学相关资讯！" style="width:36.65pt;height:14.4pt" o:oleicon="f" o:ole="">
            <v:imagedata r:id="rId1823" o:title="eqId94812f58e08591683f4b05aa3c35cfde"/>
          </v:shape>
        </w:pict>
      </w:r>
      <w:r>
        <w:rPr>
          <w:rFonts w:ascii="宋体" w:eastAsia="宋体" w:hAnsi="宋体" w:cs="宋体"/>
          <w:color w:val="000000"/>
        </w:rPr>
        <w:t>是“顺数”，</w:t>
      </w:r>
      <w:r>
        <w:pict>
          <v:shape id="_x0000_i708408" type="#_x0000_t75" alt="学科网(www.zxxk.com)--教育资源门户，提供试卷、教案、课件、论文、素材以及各类教学资源下载，还有大量而丰富的教学相关资讯！" style="width:152.3pt;height:20.05pt" o:oleicon="f" o:ole="">
            <v:imagedata r:id="rId1824" o:title="eqId8ee9cb5d9d2f2cba71370d5171c89f8c"/>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）判断</w:t>
      </w:r>
      <w:r>
        <w:pict>
          <v:shape id="_x0000_i708409" type="#_x0000_t75" alt="学科网(www.zxxk.com)--教育资源门户，提供试卷、教案、课件、论文、素材以及各类教学资源下载，还有大量而丰富的教学相关资讯！" style="width:26.2pt;height:14.4pt" o:oleicon="f" o:ole="">
            <v:imagedata r:id="rId1825" o:title="eqId7cdd940b4ba3f9ce76ed2c8197ea9488"/>
          </v:shape>
        </w:pict>
      </w:r>
      <w:r>
        <w:rPr>
          <w:rFonts w:ascii="宋体" w:eastAsia="宋体" w:hAnsi="宋体" w:cs="宋体"/>
          <w:color w:val="000000"/>
        </w:rPr>
        <w:t>与</w:t>
      </w:r>
      <w:r>
        <w:pict>
          <v:shape id="_x0000_i708410" type="#_x0000_t75" alt="学科网(www.zxxk.com)--教育资源门户，提供试卷、教案、课件、论文、素材以及各类教学资源下载，还有大量而丰富的教学相关资讯！" style="width:27.05pt;height:14.4pt" o:oleicon="f" o:ole="">
            <v:imagedata r:id="rId1826" o:title="eqIdd41fd3a3e04cab802fbfadac0a719556"/>
          </v:shape>
        </w:pict>
      </w:r>
      <w:r>
        <w:rPr>
          <w:rFonts w:ascii="宋体" w:eastAsia="宋体" w:hAnsi="宋体" w:cs="宋体"/>
          <w:color w:val="000000"/>
        </w:rPr>
        <w:t>是否是顺数，若是“顺数”，请求出它的极差；</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）若一个十位数字为</w:t>
      </w:r>
      <w:r>
        <w:pict>
          <v:shape id="_x0000_i708411" type="#_x0000_t75" alt="学科网(www.zxxk.com)--教育资源门户，提供试卷、教案、课件、论文、素材以及各类教学资源下载，还有大量而丰富的教学相关资讯！" style="width:9.75pt;height:12.75pt" o:oleicon="f" o:ole="">
            <v:imagedata r:id="rId1827" o:title="eqId61128ab996360a038e6e64d82fcba004"/>
          </v:shape>
        </w:pict>
      </w:r>
      <w:r>
        <w:rPr>
          <w:rFonts w:ascii="宋体" w:eastAsia="宋体" w:hAnsi="宋体" w:cs="宋体"/>
          <w:color w:val="000000"/>
        </w:rPr>
        <w:t>，百位数字为</w:t>
      </w:r>
      <w:r>
        <w:pict>
          <v:shape id="_x0000_i708412" type="#_x0000_t75" alt="学科网(www.zxxk.com)--教育资源门户，提供试卷、教案、课件、论文、素材以及各类教学资源下载，还有大量而丰富的教学相关资讯！" style="width:8.8pt;height:14pt" o:oleicon="f" o:ole="">
            <v:imagedata r:id="rId1828" o:title="eqId6f8c4c029e552954bd493b49aeab82d5"/>
          </v:shape>
        </w:pict>
      </w:r>
      <w:r>
        <w:rPr>
          <w:rFonts w:ascii="宋体" w:eastAsia="宋体" w:hAnsi="宋体" w:cs="宋体"/>
          <w:color w:val="000000"/>
        </w:rPr>
        <w:t>的“顺数”</w:t>
      </w:r>
      <w:r>
        <w:pict>
          <v:shape id="_x0000_i708413" type="#_x0000_t75" alt="学科网(www.zxxk.com)--教育资源门户，提供试卷、教案、课件、论文、素材以及各类教学资源下载，还有大量而丰富的教学相关资讯！" style="width:14.25pt;height:14.25pt" o:oleicon="f" o:ole="">
            <v:imagedata r:id="rId1829" o:title="eqId54a5d7d3b6b63fe5c24c3907b7a8eaa3"/>
          </v:shape>
        </w:pict>
      </w:r>
      <w:r>
        <w:rPr>
          <w:rFonts w:ascii="宋体" w:eastAsia="宋体" w:hAnsi="宋体" w:cs="宋体"/>
          <w:color w:val="000000"/>
        </w:rPr>
        <w:t>加上其个位数字的</w:t>
      </w:r>
      <w:r>
        <w:pict>
          <v:shape id="_x0000_i708414" type="#_x0000_t75" alt="学科网(www.zxxk.com)--教育资源门户，提供试卷、教案、课件、论文、素材以及各类教学资源下载，还有大量而丰富的教学相关资讯！" style="width:9.75pt;height:12.75pt" o:oleicon="f" o:ole="">
            <v:imagedata r:id="rId1827" o:title="eqId61128ab996360a038e6e64d82fcba004"/>
          </v:shape>
        </w:pict>
      </w:r>
      <w:r>
        <w:rPr>
          <w:rFonts w:ascii="宋体" w:eastAsia="宋体" w:hAnsi="宋体" w:cs="宋体"/>
          <w:color w:val="000000"/>
        </w:rPr>
        <w:t>倍能被</w:t>
      </w:r>
      <w:r>
        <w:pict>
          <v:shape id="_x0000_i708415" type="#_x0000_t75" alt="学科网(www.zxxk.com)--教育资源门户，提供试卷、教案、课件、论文、素材以及各类教学资源下载，还有大量而丰富的教学相关资讯！" style="width:13.95pt;height:13.95pt" o:oleicon="f" o:ole="">
            <v:imagedata r:id="rId1830" o:title="eqId5453184e251cfe787b5965cd38426962"/>
          </v:shape>
        </w:pict>
      </w:r>
      <w:r>
        <w:rPr>
          <w:rFonts w:ascii="宋体" w:eastAsia="宋体" w:hAnsi="宋体" w:cs="宋体"/>
          <w:color w:val="000000"/>
        </w:rPr>
        <w:t>整除，且个位数字小于</w:t>
      </w:r>
      <w:r>
        <w:pict>
          <v:shape id="_x0000_i708416" type="#_x0000_t75" alt="学科网(www.zxxk.com)--教育资源门户，提供试卷、教案、课件、论文、素材以及各类教学资源下载，还有大量而丰富的教学相关资讯！" style="width:9.25pt;height:14.2pt" o:oleicon="f" o:ole="">
            <v:imagedata r:id="rId1831" o:title="eqIdd91e07104b699c4012be2d26160976a2"/>
          </v:shape>
        </w:pict>
      </w:r>
      <w:r>
        <w:rPr>
          <w:rFonts w:ascii="宋体" w:eastAsia="宋体" w:hAnsi="宋体" w:cs="宋体"/>
          <w:color w:val="000000"/>
        </w:rPr>
        <w:t>，求满足的“顺数”</w:t>
      </w:r>
      <w:r>
        <w:pict>
          <v:shape id="_x0000_i708417" type="#_x0000_t75" alt="学科网(www.zxxk.com)--教育资源门户，提供试卷、教案、课件、论文、素材以及各类教学资源下载，还有大量而丰富的教学相关资讯！" style="width:14.25pt;height:14.25pt" o:oleicon="f" o:ole="">
            <v:imagedata r:id="rId1829" o:title="eqId54a5d7d3b6b63fe5c24c3907b7a8eaa3"/>
          </v:shape>
        </w:pict>
      </w:r>
      <w:r>
        <w:rPr>
          <w:rFonts w:ascii="宋体" w:eastAsia="宋体" w:hAnsi="宋体" w:cs="宋体"/>
          <w:color w:val="000000"/>
        </w:rPr>
        <w:t>的极差</w:t>
      </w:r>
      <w:r>
        <w:pict>
          <v:shape id="_x0000_i708418" type="#_x0000_t75" alt="学科网(www.zxxk.com)--教育资源门户，提供试卷、教案、课件、论文、素材以及各类教学资源下载，还有大量而丰富的教学相关资讯！" style="width:33.15pt;height:20.05pt" o:oleicon="f" o:ole="">
            <v:imagedata r:id="rId1832" o:title="eqId40b9d57eae9c6e85fd9297ccf9ad2fee"/>
          </v:shape>
        </w:pict>
      </w:r>
      <w:r>
        <w:rPr>
          <w:rFonts w:ascii="宋体" w:eastAsia="宋体" w:hAnsi="宋体" w:cs="宋体"/>
          <w:color w:val="000000"/>
        </w:rPr>
        <w:t>的值．</w:t>
      </w:r>
    </w:p>
    <w:p>
      <w:pPr>
        <w:spacing w:line="360" w:lineRule="auto"/>
        <w:textAlignment w:val="center"/>
        <w:rPr>
          <w:rFonts w:ascii="宋体" w:eastAsia="宋体" w:hAnsi="宋体" w:cs="宋体"/>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1372</w:t>
      </w:r>
      <w:r>
        <w:rPr>
          <w:rFonts w:ascii="宋体" w:eastAsia="宋体" w:hAnsi="宋体" w:cs="宋体"/>
          <w:color w:val="000000"/>
        </w:rPr>
        <w:t>不是“顺数”；</w:t>
      </w:r>
      <w:r>
        <w:rPr>
          <w:rFonts w:ascii="Times New Roman" w:eastAsia="Times New Roman" w:hAnsi="Times New Roman" w:cs="Times New Roman"/>
          <w:color w:val="000000"/>
        </w:rPr>
        <w:t>9614</w:t>
      </w:r>
      <w:r>
        <w:rPr>
          <w:rFonts w:ascii="宋体" w:eastAsia="宋体" w:hAnsi="宋体" w:cs="宋体"/>
          <w:color w:val="000000"/>
        </w:rPr>
        <w:t>是“顺数”，极差是</w:t>
      </w:r>
      <w:r>
        <w:rPr>
          <w:rFonts w:ascii="Times New Roman" w:eastAsia="Times New Roman" w:hAnsi="Times New Roman" w:cs="Times New Roman"/>
          <w:color w:val="000000"/>
        </w:rPr>
        <w:t>8172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8624</w:t>
      </w:r>
      <w:r>
        <w:rPr>
          <w:rFonts w:ascii="宋体" w:eastAsia="宋体" w:hAnsi="宋体" w:cs="宋体"/>
          <w:color w:val="000000"/>
        </w:rPr>
        <w:t>，</w:t>
      </w:r>
      <w:r>
        <w:rPr>
          <w:rFonts w:ascii="Times New Roman" w:eastAsia="Times New Roman" w:hAnsi="Times New Roman" w:cs="Times New Roman"/>
          <w:color w:val="000000"/>
        </w:rPr>
        <w:t>6174</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rFonts w:ascii="宋体" w:eastAsia="宋体" w:hAnsi="宋体" w:cs="宋体"/>
          <w:color w:val="000000"/>
        </w:rPr>
      </w:pPr>
      <w:r>
        <w:rPr>
          <w:color w:val="000000"/>
        </w:rPr>
        <w:t>【分析】</w:t>
      </w:r>
      <w:r>
        <w:rPr>
          <w:rFonts w:ascii="宋体" w:eastAsia="宋体" w:hAnsi="宋体" w:cs="宋体"/>
          <w:color w:val="000000"/>
        </w:rPr>
        <w:t>（1）根据“顺数”的定义对</w:t>
      </w:r>
      <w:r>
        <w:pict>
          <v:shape id="_x0000_i708419" type="#_x0000_t75" alt="学科网(www.zxxk.com)--教育资源门户，提供试卷、教案、课件、论文、素材以及各类教学资源下载，还有大量而丰富的教学相关资讯！" style="width:26.2pt;height:14.4pt" o:oleicon="f" o:ole="">
            <v:imagedata r:id="rId1833" o:title="eqId7cdd940b4ba3f9ce76ed2c8197ea9488"/>
          </v:shape>
        </w:pict>
      </w:r>
      <w:r>
        <w:rPr>
          <w:rFonts w:ascii="宋体" w:eastAsia="宋体" w:hAnsi="宋体" w:cs="宋体"/>
          <w:color w:val="000000"/>
        </w:rPr>
        <w:t>与</w:t>
      </w:r>
      <w:r>
        <w:pict>
          <v:shape id="_x0000_i708420" type="#_x0000_t75" alt="学科网(www.zxxk.com)--教育资源门户，提供试卷、教案、课件、论文、素材以及各类教学资源下载，还有大量而丰富的教学相关资讯！" style="width:27.05pt;height:14.4pt" o:oleicon="f" o:ole="">
            <v:imagedata r:id="rId1834" o:title="eqIdd41fd3a3e04cab802fbfadac0a719556"/>
          </v:shape>
        </w:pict>
      </w:r>
      <w:r>
        <w:rPr>
          <w:rFonts w:ascii="宋体" w:eastAsia="宋体" w:hAnsi="宋体" w:cs="宋体"/>
          <w:color w:val="000000"/>
        </w:rPr>
        <w:t>进行判断后，再求解即可；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）设出千位上的数字为</w:t>
      </w:r>
      <w:r>
        <w:rPr>
          <w:rFonts w:ascii="Times New Roman" w:eastAsia="Times New Roman" w:hAnsi="Times New Roman" w:cs="Times New Roman"/>
          <w:i/>
          <w:color w:val="000000"/>
        </w:rPr>
        <w:t>x</w:t>
      </w:r>
      <w:r>
        <w:rPr>
          <w:rFonts w:ascii="宋体" w:eastAsia="宋体" w:hAnsi="宋体" w:cs="宋体"/>
          <w:color w:val="000000"/>
        </w:rPr>
        <w:t>，个位上的数字为</w:t>
      </w:r>
      <w:r>
        <w:rPr>
          <w:rFonts w:ascii="Times New Roman" w:eastAsia="Times New Roman" w:hAnsi="Times New Roman" w:cs="Times New Roman"/>
          <w:i/>
          <w:color w:val="000000"/>
        </w:rPr>
        <w:t>y</w:t>
      </w:r>
      <w:r>
        <w:rPr>
          <w:rFonts w:ascii="宋体" w:eastAsia="宋体" w:hAnsi="宋体" w:cs="宋体"/>
          <w:color w:val="000000"/>
        </w:rPr>
        <w:t>，根据题意求出“顺数”，再进行解答即可．</w:t>
      </w:r>
    </w:p>
    <w:p>
      <w:pPr>
        <w:spacing w:line="360" w:lineRule="auto"/>
        <w:jc w:val="left"/>
        <w:textAlignment w:val="center"/>
        <w:rPr>
          <w:rFonts w:ascii="宋体" w:eastAsia="宋体" w:hAnsi="宋体" w:cs="宋体"/>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08421" type="#_x0000_t75" alt="学科网(www.zxxk.com)--教育资源门户，提供试卷、教案、课件、论文、素材以及各类教学资源下载，还有大量而丰富的教学相关资讯！" style="width:90pt;height:15.75pt" o:oleicon="f" o:ole="">
            <v:imagedata r:id="rId1835" o:title="eqId8b0da21c893168b3b1988dc16e84aaa3"/>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不是</w:t>
      </w:r>
      <w:r>
        <w:rPr>
          <w:rFonts w:ascii="Times New Roman" w:eastAsia="Times New Roman" w:hAnsi="Times New Roman" w:cs="Times New Roman"/>
          <w:color w:val="000000"/>
        </w:rPr>
        <w:t>6</w:t>
      </w:r>
      <w:r>
        <w:rPr>
          <w:rFonts w:ascii="宋体" w:eastAsia="宋体" w:hAnsi="宋体" w:cs="宋体"/>
          <w:color w:val="000000"/>
        </w:rPr>
        <w:t>的整倍数，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1372</w:t>
      </w:r>
      <w:r>
        <w:rPr>
          <w:rFonts w:ascii="宋体" w:eastAsia="宋体" w:hAnsi="宋体" w:cs="宋体"/>
          <w:color w:val="000000"/>
        </w:rPr>
        <w:t>不是“顺数”；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8422" type="#_x0000_t75" alt="学科网(www.zxxk.com)--教育资源门户，提供试卷、教案、课件、论文、素材以及各类教学资源下载，还有大量而丰富的教学相关资讯！" style="width:90.75pt;height:15.75pt" o:oleicon="f" o:ole="">
            <v:imagedata r:id="rId1836" o:title="eqId9bf30085da08e53580333f0083386ee6"/>
          </v:shape>
        </w:pict>
      </w:r>
      <w:r>
        <w:rPr>
          <w:rFonts w:ascii="宋体" w:eastAsia="宋体" w:hAnsi="宋体" w:cs="宋体"/>
          <w:color w:val="000000"/>
        </w:rPr>
        <w:t>，</w:t>
      </w:r>
      <w:r>
        <w:pict>
          <v:shape id="_x0000_i708423" type="#_x0000_t75" alt="学科网(www.zxxk.com)--教育资源门户，提供试卷、教案、课件、论文、素材以及各类教学资源下载，还有大量而丰富的教学相关资讯！" style="width:39pt;height:14.25pt" o:oleicon="f" o:ole="">
            <v:imagedata r:id="rId1837" o:title="eqId4562c7780403c943acc2169b956e4a8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9614</w:t>
      </w:r>
      <w:r>
        <w:rPr>
          <w:rFonts w:ascii="宋体" w:eastAsia="宋体" w:hAnsi="宋体" w:cs="宋体"/>
          <w:color w:val="000000"/>
        </w:rPr>
        <w:t>是“顺数”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8424" type="#_x0000_t75" alt="学科网(www.zxxk.com)--教育资源门户，提供试卷、教案、课件、论文、素材以及各类教学资源下载，还有大量而丰富的教学相关资讯！" style="width:147.75pt;height:15.75pt" o:oleicon="f" o:ole="">
            <v:imagedata r:id="rId1838" o:title="eqIde0977e05a2eb1f61036a9e477d133ee6"/>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）设千位上的数字为</w:t>
      </w:r>
      <w:r>
        <w:rPr>
          <w:rFonts w:ascii="Times New Roman" w:eastAsia="Times New Roman" w:hAnsi="Times New Roman" w:cs="Times New Roman"/>
          <w:i/>
          <w:color w:val="000000"/>
        </w:rPr>
        <w:t>x</w:t>
      </w:r>
      <w:r>
        <w:rPr>
          <w:rFonts w:ascii="宋体" w:eastAsia="宋体" w:hAnsi="宋体" w:cs="宋体"/>
          <w:color w:val="000000"/>
        </w:rPr>
        <w:t>，个位上的数字为</w:t>
      </w:r>
      <w:r>
        <w:rPr>
          <w:rFonts w:ascii="Times New Roman" w:eastAsia="Times New Roman" w:hAnsi="Times New Roman" w:cs="Times New Roman"/>
          <w:i/>
          <w:color w:val="000000"/>
        </w:rPr>
        <w:t>y</w:t>
      </w:r>
      <w:r>
        <w:rPr>
          <w:rFonts w:ascii="宋体" w:eastAsia="宋体" w:hAnsi="宋体" w:cs="宋体"/>
          <w:color w:val="000000"/>
        </w:rPr>
        <w:t>，则四位数记为</w:t>
      </w:r>
      <w:r>
        <w:pict>
          <v:shape id="_x0000_i708425" type="#_x0000_t75" alt="学科网(www.zxxk.com)--教育资源门户，提供试卷、教案、课件、论文、素材以及各类教学资源下载，还有大量而丰富的教学相关资讯！" style="width:29.25pt;height:18.75pt" o:oleicon="f" o:ole="">
            <v:imagedata r:id="rId1839" o:title="eqIde3735e3e7661e61d75b128c796b6bd01"/>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∵四位数</w:t>
      </w:r>
      <w:r>
        <w:pict>
          <v:shape id="_x0000_i708426" type="#_x0000_t75" alt="学科网(www.zxxk.com)--教育资源门户，提供试卷、教案、课件、论文、素材以及各类教学资源下载，还有大量而丰富的教学相关资讯！" style="width:29.25pt;height:18.75pt" o:oleicon="f" o:ole="">
            <v:imagedata r:id="rId1840" o:title="eqIde3735e3e7661e61d75b128c796b6bd01"/>
          </v:shape>
        </w:pict>
      </w:r>
      <w:r>
        <w:rPr>
          <w:rFonts w:ascii="宋体" w:eastAsia="宋体" w:hAnsi="宋体" w:cs="宋体"/>
          <w:color w:val="000000"/>
        </w:rPr>
        <w:t>是“顺数”</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8427" type="#_x0000_t75" alt="学科网(www.zxxk.com)--教育资源门户，提供试卷、教案、课件、论文、素材以及各类教学资源下载，还有大量而丰富的教学相关资讯！" style="width:129pt;height:15.75pt" o:oleicon="f" o:ole="">
            <v:imagedata r:id="rId1841" o:title="eqId4e6dfa186cad01c760979337672024f9"/>
          </v:shape>
        </w:pict>
      </w:r>
      <w:r>
        <w:rPr>
          <w:rFonts w:ascii="宋体" w:eastAsia="宋体" w:hAnsi="宋体" w:cs="宋体"/>
          <w:color w:val="000000"/>
        </w:rPr>
        <w:t>是</w:t>
      </w:r>
      <w:r>
        <w:rPr>
          <w:rFonts w:ascii="Times New Roman" w:eastAsia="Times New Roman" w:hAnsi="Times New Roman" w:cs="Times New Roman"/>
          <w:color w:val="000000"/>
        </w:rPr>
        <w:t>6</w:t>
      </w:r>
      <w:r>
        <w:rPr>
          <w:rFonts w:ascii="宋体" w:eastAsia="宋体" w:hAnsi="宋体" w:cs="宋体"/>
          <w:color w:val="000000"/>
        </w:rPr>
        <w:t>的倍数，</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8428" type="#_x0000_t75" alt="学科网(www.zxxk.com)--教育资源门户，提供试卷、教案、课件、论文、素材以及各类教学资源下载，还有大量而丰富的教学相关资讯！" style="width:89.25pt;height:15.75pt" o:oleicon="f" o:ole="">
            <v:imagedata r:id="rId1842" o:title="eqId2b4f1e5cb6a4cfe65ba013cbd92a05ee"/>
          </v:shape>
        </w:pict>
      </w:r>
      <w:r>
        <w:rPr>
          <w:rFonts w:ascii="Times New Roman" w:eastAsia="Times New Roman" w:hAnsi="Times New Roman" w:cs="Times New Roman"/>
          <w:color w:val="000000"/>
        </w:rPr>
        <w:t xml:space="preserve"> </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8429" type="#_x0000_t75" alt="学科网(www.zxxk.com)--教育资源门户，提供试卷、教案、课件、论文、素材以及各类教学资源下载，还有大量而丰富的教学相关资讯！" style="width:45pt;height:15.75pt" o:oleicon="f" o:ole="">
            <v:imagedata r:id="rId1843" o:title="eqIde8e6b2da2900f092af0ae8794d99e849"/>
          </v:shape>
        </w:pic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y</w:t>
      </w:r>
      <w:r>
        <w:rPr>
          <w:rFonts w:ascii="Times New Roman" w:eastAsia="Times New Roman" w:hAnsi="Times New Roman" w:cs="Times New Roman"/>
          <w:color w:val="000000"/>
        </w:rPr>
        <w:t>=0</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宋体" w:eastAsia="宋体" w:hAnsi="宋体" w:cs="宋体"/>
          <w:color w:val="000000"/>
        </w:rPr>
        <w:t>，此时“顺数”为</w:t>
      </w:r>
      <w:r>
        <w:rPr>
          <w:rFonts w:ascii="Times New Roman" w:eastAsia="Times New Roman" w:hAnsi="Times New Roman" w:cs="Times New Roman"/>
          <w:color w:val="000000"/>
        </w:rPr>
        <w:t>4620</w:t>
      </w:r>
      <w:r>
        <w:rPr>
          <w:rFonts w:ascii="宋体" w:eastAsia="宋体" w:hAnsi="宋体" w:cs="宋体"/>
          <w:color w:val="000000"/>
        </w:rPr>
        <w:t>，但</w:t>
      </w:r>
      <w:r>
        <w:rPr>
          <w:rFonts w:ascii="Times New Roman" w:eastAsia="Times New Roman" w:hAnsi="Times New Roman" w:cs="Times New Roman"/>
          <w:color w:val="000000"/>
        </w:rPr>
        <w:t>4620</w:t>
      </w:r>
      <w:r>
        <w:rPr>
          <w:rFonts w:ascii="宋体" w:eastAsia="宋体" w:hAnsi="宋体" w:cs="宋体"/>
          <w:color w:val="000000"/>
        </w:rPr>
        <w:t>不能被</w:t>
      </w:r>
      <w:r>
        <w:pict>
          <v:shape id="_x0000_i708430" type="#_x0000_t75" alt="学科网(www.zxxk.com)--教育资源门户，提供试卷、教案、课件、论文、素材以及各类教学资源下载，还有大量而丰富的教学相关资讯！" style="width:13.95pt;height:13.95pt" o:oleicon="f" o:ole="">
            <v:imagedata r:id="rId1844" o:title="eqId5453184e251cfe787b5965cd38426962"/>
          </v:shape>
        </w:pict>
      </w:r>
      <w:r>
        <w:rPr>
          <w:rFonts w:ascii="宋体" w:eastAsia="宋体" w:hAnsi="宋体" w:cs="宋体"/>
          <w:color w:val="000000"/>
        </w:rPr>
        <w:t>整除，故不符合题意；</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y</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，此时“顺数”为</w:t>
      </w:r>
      <w:r>
        <w:rPr>
          <w:rFonts w:ascii="Times New Roman" w:eastAsia="Times New Roman" w:hAnsi="Times New Roman" w:cs="Times New Roman"/>
          <w:color w:val="000000"/>
        </w:rPr>
        <w:t>5621</w:t>
      </w:r>
      <w:r>
        <w:rPr>
          <w:rFonts w:ascii="宋体" w:eastAsia="宋体" w:hAnsi="宋体" w:cs="宋体"/>
          <w:color w:val="000000"/>
        </w:rPr>
        <w:t>，但</w:t>
      </w:r>
      <w:r>
        <w:rPr>
          <w:rFonts w:ascii="Times New Roman" w:eastAsia="Times New Roman" w:hAnsi="Times New Roman" w:cs="Times New Roman"/>
          <w:color w:val="000000"/>
        </w:rPr>
        <w:t>5621+2=5623</w:t>
      </w:r>
      <w:r>
        <w:rPr>
          <w:rFonts w:ascii="宋体" w:eastAsia="宋体" w:hAnsi="宋体" w:cs="宋体"/>
          <w:color w:val="000000"/>
        </w:rPr>
        <w:t>，</w:t>
      </w:r>
      <w:r>
        <w:rPr>
          <w:rFonts w:ascii="Times New Roman" w:eastAsia="Times New Roman" w:hAnsi="Times New Roman" w:cs="Times New Roman"/>
          <w:color w:val="000000"/>
        </w:rPr>
        <w:t>5623</w:t>
      </w:r>
      <w:r>
        <w:rPr>
          <w:rFonts w:ascii="宋体" w:eastAsia="宋体" w:hAnsi="宋体" w:cs="宋体"/>
          <w:color w:val="000000"/>
        </w:rPr>
        <w:t>不能被</w:t>
      </w:r>
      <w:r>
        <w:pict>
          <v:shape id="_x0000_i708431" type="#_x0000_t75" alt="学科网(www.zxxk.com)--教育资源门户，提供试卷、教案、课件、论文、素材以及各类教学资源下载，还有大量而丰富的教学相关资讯！" style="width:13.95pt;height:13.95pt" o:oleicon="f" o:ole="">
            <v:imagedata r:id="rId1845" o:title="eqId5453184e251cfe787b5965cd38426962"/>
          </v:shape>
        </w:pict>
      </w:r>
      <w:r>
        <w:rPr>
          <w:rFonts w:ascii="宋体" w:eastAsia="宋体" w:hAnsi="宋体" w:cs="宋体"/>
          <w:color w:val="000000"/>
        </w:rPr>
        <w:t>整除，故不符合题意；</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y</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=6</w:t>
      </w:r>
      <w:r>
        <w:rPr>
          <w:rFonts w:ascii="宋体" w:eastAsia="宋体" w:hAnsi="宋体" w:cs="宋体"/>
          <w:color w:val="000000"/>
        </w:rPr>
        <w:t>，此时“顺数”为</w:t>
      </w:r>
      <w:r>
        <w:rPr>
          <w:rFonts w:ascii="Times New Roman" w:eastAsia="Times New Roman" w:hAnsi="Times New Roman" w:cs="Times New Roman"/>
          <w:color w:val="000000"/>
        </w:rPr>
        <w:t>6622</w:t>
      </w:r>
      <w:r>
        <w:rPr>
          <w:rFonts w:ascii="宋体" w:eastAsia="宋体" w:hAnsi="宋体" w:cs="宋体"/>
          <w:color w:val="000000"/>
        </w:rPr>
        <w:t>，但</w:t>
      </w:r>
      <w:r>
        <w:rPr>
          <w:rFonts w:ascii="Times New Roman" w:eastAsia="Times New Roman" w:hAnsi="Times New Roman" w:cs="Times New Roman"/>
          <w:color w:val="000000"/>
        </w:rPr>
        <w:t>6622+4=6626</w:t>
      </w:r>
      <w:r>
        <w:rPr>
          <w:rFonts w:ascii="宋体" w:eastAsia="宋体" w:hAnsi="宋体" w:cs="宋体"/>
          <w:color w:val="000000"/>
        </w:rPr>
        <w:t>，</w:t>
      </w:r>
      <w:r>
        <w:rPr>
          <w:rFonts w:ascii="Times New Roman" w:eastAsia="Times New Roman" w:hAnsi="Times New Roman" w:cs="Times New Roman"/>
          <w:color w:val="000000"/>
        </w:rPr>
        <w:t>6626</w:t>
      </w:r>
      <w:r>
        <w:rPr>
          <w:rFonts w:ascii="宋体" w:eastAsia="宋体" w:hAnsi="宋体" w:cs="宋体"/>
          <w:color w:val="000000"/>
        </w:rPr>
        <w:t>不能被</w:t>
      </w:r>
      <w:r>
        <w:pict>
          <v:shape id="_x0000_i708432" type="#_x0000_t75" alt="学科网(www.zxxk.com)--教育资源门户，提供试卷、教案、课件、论文、素材以及各类教学资源下载，还有大量而丰富的教学相关资讯！" style="width:13.95pt;height:13.95pt" o:oleicon="f" o:ole="">
            <v:imagedata r:id="rId1846" o:title="eqId5453184e251cfe787b5965cd38426962"/>
          </v:shape>
        </w:pict>
      </w:r>
      <w:r>
        <w:rPr>
          <w:rFonts w:ascii="宋体" w:eastAsia="宋体" w:hAnsi="宋体" w:cs="宋体"/>
          <w:color w:val="000000"/>
        </w:rPr>
        <w:t>整除，故不符合题意；</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y</w:t>
      </w:r>
      <w:r>
        <w:rPr>
          <w:rFonts w:ascii="Times New Roman" w:eastAsia="Times New Roman" w:hAnsi="Times New Roman" w:cs="Times New Roman"/>
          <w:color w:val="000000"/>
        </w:rPr>
        <w:t>=3</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=7</w:t>
      </w:r>
      <w:r>
        <w:rPr>
          <w:rFonts w:ascii="宋体" w:eastAsia="宋体" w:hAnsi="宋体" w:cs="宋体"/>
          <w:color w:val="000000"/>
        </w:rPr>
        <w:t>，此时“顺数”为</w:t>
      </w:r>
      <w:r>
        <w:rPr>
          <w:rFonts w:ascii="Times New Roman" w:eastAsia="Times New Roman" w:hAnsi="Times New Roman" w:cs="Times New Roman"/>
          <w:color w:val="000000"/>
        </w:rPr>
        <w:t>7623</w:t>
      </w:r>
      <w:r>
        <w:rPr>
          <w:rFonts w:ascii="宋体" w:eastAsia="宋体" w:hAnsi="宋体" w:cs="宋体"/>
          <w:color w:val="000000"/>
        </w:rPr>
        <w:t>，但</w:t>
      </w:r>
      <w:r>
        <w:rPr>
          <w:rFonts w:ascii="Times New Roman" w:eastAsia="Times New Roman" w:hAnsi="Times New Roman" w:cs="Times New Roman"/>
          <w:color w:val="000000"/>
        </w:rPr>
        <w:t>7623+3=7629</w:t>
      </w:r>
      <w:r>
        <w:rPr>
          <w:rFonts w:ascii="宋体" w:eastAsia="宋体" w:hAnsi="宋体" w:cs="宋体"/>
          <w:color w:val="000000"/>
        </w:rPr>
        <w:t>，</w:t>
      </w:r>
      <w:r>
        <w:rPr>
          <w:rFonts w:ascii="Times New Roman" w:eastAsia="Times New Roman" w:hAnsi="Times New Roman" w:cs="Times New Roman"/>
          <w:color w:val="000000"/>
        </w:rPr>
        <w:t>7629</w:t>
      </w:r>
      <w:r>
        <w:rPr>
          <w:rFonts w:ascii="宋体" w:eastAsia="宋体" w:hAnsi="宋体" w:cs="宋体"/>
          <w:color w:val="000000"/>
        </w:rPr>
        <w:t>不能被</w:t>
      </w:r>
      <w:r>
        <w:pict>
          <v:shape id="_x0000_i708433" type="#_x0000_t75" alt="学科网(www.zxxk.com)--教育资源门户，提供试卷、教案、课件、论文、素材以及各类教学资源下载，还有大量而丰富的教学相关资讯！" style="width:13.95pt;height:13.95pt" o:oleicon="f" o:ole="">
            <v:imagedata r:id="rId1847" o:title="eqId5453184e251cfe787b5965cd38426962"/>
          </v:shape>
        </w:pict>
      </w:r>
      <w:r>
        <w:rPr>
          <w:rFonts w:ascii="宋体" w:eastAsia="宋体" w:hAnsi="宋体" w:cs="宋体"/>
          <w:color w:val="000000"/>
        </w:rPr>
        <w:t>整除，故不符合题意；</w:t>
      </w:r>
    </w:p>
    <w:p>
      <w:pPr>
        <w:spacing w:line="360" w:lineRule="auto"/>
        <w:jc w:val="left"/>
        <w:textAlignment w:val="center"/>
        <w:rPr>
          <w:rFonts w:ascii="宋体" w:eastAsia="宋体" w:hAnsi="宋体" w:cs="宋体"/>
          <w:color w:val="000000"/>
        </w:rPr>
      </w:pPr>
      <w:r>
        <w:rPr>
          <w:rFonts w:ascii="宋体" w:eastAsia="宋体" w:hAnsi="宋体" w:cs="宋体"/>
          <w:color w:val="000000"/>
        </w:rPr>
        <w:t>当</w:t>
      </w:r>
      <w:r>
        <w:rPr>
          <w:rFonts w:ascii="Times New Roman" w:eastAsia="Times New Roman" w:hAnsi="Times New Roman" w:cs="Times New Roman"/>
          <w:i/>
          <w:color w:val="000000"/>
        </w:rPr>
        <w:t>y</w:t>
      </w:r>
      <w:r>
        <w:rPr>
          <w:rFonts w:ascii="Times New Roman" w:eastAsia="Times New Roman" w:hAnsi="Times New Roman" w:cs="Times New Roman"/>
          <w:color w:val="000000"/>
        </w:rPr>
        <w:t>=4</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=8</w:t>
      </w:r>
      <w:r>
        <w:rPr>
          <w:rFonts w:ascii="宋体" w:eastAsia="宋体" w:hAnsi="宋体" w:cs="宋体"/>
          <w:color w:val="000000"/>
        </w:rPr>
        <w:t>，此时“顺数”为</w:t>
      </w:r>
      <w:r>
        <w:rPr>
          <w:rFonts w:ascii="Times New Roman" w:eastAsia="Times New Roman" w:hAnsi="Times New Roman" w:cs="Times New Roman"/>
          <w:color w:val="000000"/>
        </w:rPr>
        <w:t>8624</w:t>
      </w:r>
      <w:r>
        <w:rPr>
          <w:rFonts w:ascii="宋体" w:eastAsia="宋体" w:hAnsi="宋体" w:cs="宋体"/>
          <w:color w:val="000000"/>
        </w:rPr>
        <w:t>，</w:t>
      </w:r>
      <w:r>
        <w:rPr>
          <w:rFonts w:ascii="Times New Roman" w:eastAsia="Times New Roman" w:hAnsi="Times New Roman" w:cs="Times New Roman"/>
          <w:color w:val="000000"/>
        </w:rPr>
        <w:t>8624+8=8632</w:t>
      </w:r>
      <w:r>
        <w:rPr>
          <w:rFonts w:ascii="宋体" w:eastAsia="宋体" w:hAnsi="宋体" w:cs="宋体"/>
          <w:color w:val="000000"/>
        </w:rPr>
        <w:t>，</w:t>
      </w:r>
      <w:r>
        <w:rPr>
          <w:rFonts w:ascii="Times New Roman" w:eastAsia="Times New Roman" w:hAnsi="Times New Roman" w:cs="Times New Roman"/>
          <w:color w:val="000000"/>
        </w:rPr>
        <w:t>8632÷13=664</w:t>
      </w:r>
      <w:r>
        <w:rPr>
          <w:rFonts w:ascii="宋体" w:eastAsia="宋体" w:hAnsi="宋体" w:cs="宋体"/>
          <w:color w:val="000000"/>
        </w:rPr>
        <w:t>，符合题意；</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8434" type="#_x0000_t75" alt="学科网(www.zxxk.com)--教育资源门户，提供试卷、教案、课件、论文、素材以及各类教学资源下载，还有大量而丰富的教学相关资讯！" style="width:150pt;height:15.75pt" o:oleicon="f" o:ole="">
            <v:imagedata r:id="rId1848" o:title="eqId471a4c7189d2d34017b35f7255801e6a"/>
          </v:shape>
        </w:pict>
      </w:r>
    </w:p>
    <w:p>
      <w:pPr>
        <w:spacing w:line="360" w:lineRule="auto"/>
        <w:jc w:val="left"/>
        <w:textAlignment w:val="center"/>
        <w:rPr>
          <w:rFonts w:ascii="宋体" w:eastAsia="宋体" w:hAnsi="宋体" w:cs="宋体"/>
          <w:color w:val="000000"/>
        </w:rPr>
        <w:sectPr w:rsidSect="00C321EB">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此题主要考查了新定义，倍数问题，理解新定义是解本题的关键．</w:t>
      </w:r>
    </w:p>
    <w:p>
      <w:pPr>
        <w:pStyle w:val="Heading2"/>
      </w:pPr>
      <w:r>
        <w:t>铁路第二中学</w:t>
      </w:r>
    </w:p>
    <w:p>
      <w:pPr>
        <w:spacing w:line="360" w:lineRule="auto"/>
        <w:jc w:val="left"/>
        <w:textAlignment w:val="center"/>
        <w:rPr>
          <w:color w:val="000000"/>
        </w:rPr>
      </w:pPr>
      <w:r>
        <w:rPr>
          <w:color w:val="000000"/>
        </w:rPr>
        <w:t xml:space="preserve">27. </w:t>
      </w:r>
      <w:r>
        <w:rPr>
          <w:rFonts w:ascii="宋体" w:eastAsia="宋体" w:hAnsi="宋体" w:cs="宋体"/>
          <w:color w:val="000000"/>
        </w:rPr>
        <w:t>小明同学在做一道题：已知两个多项式</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，计算</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，误将</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看成</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，求得的结果为</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．已知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vertAlign w:val="superscript"/>
        </w:rPr>
        <w:t>2</w:t>
      </w:r>
      <w:r>
        <w:rPr>
          <w:rFonts w:ascii="宋体" w:eastAsia="宋体" w:hAnsi="宋体" w:cs="宋体"/>
          <w:color w:val="000000"/>
        </w:rPr>
        <w:t>﹣</w:t>
      </w:r>
      <w:r>
        <w:rPr>
          <w:rFonts w:ascii="Times New Roman" w:eastAsia="Times New Roman" w:hAnsi="Times New Roman" w:cs="Times New Roman"/>
          <w:color w:val="000000"/>
        </w:rPr>
        <w:t>4</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，则</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的正确答案为</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．请写出你的解答过程．</w:t>
      </w:r>
    </w:p>
    <w:p>
      <w:pPr>
        <w:spacing w:line="360" w:lineRule="auto"/>
        <w:textAlignment w:val="center"/>
        <w:rPr>
          <w:color w:val="000000"/>
        </w:rPr>
      </w:pPr>
      <w:r>
        <w:rPr>
          <w:color w:val="2E75B6"/>
        </w:rPr>
        <w:t>【答案】</w:t>
      </w:r>
      <w:r>
        <w:pict>
          <v:shape id="_x0000_i708435" type="#_x0000_t75" alt="学科网(www.zxxk.com)--教育资源门户，提供试卷、教案、课件、论文、素材以及各类教学资源下载，还有大量而丰富的教学相关资讯！" style="width:77pt;height:16pt" o:oleicon="f" o:ole="">
            <v:imagedata r:id="rId1849" o:title="eqId31f7ad949fc81f299a7094dc554c4470"/>
          </v:shape>
        </w:pict>
      </w:r>
      <w:r>
        <w:rPr>
          <w:rFonts w:ascii="宋体" w:eastAsia="宋体" w:hAnsi="宋体" w:cs="宋体"/>
          <w:color w:val="000000"/>
        </w:rPr>
        <w:t>，过程见解析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直接利用整式的加减运算法则得出</w:t>
      </w:r>
      <w:r>
        <w:pict>
          <v:shape id="_x0000_i708436" type="#_x0000_t75" alt="学科网(www.zxxk.com)--教育资源门户，提供试卷、教案、课件、论文、素材以及各类教学资源下载，还有大量而丰富的教学相关资讯！" style="width:9.75pt;height:10.5pt" o:oleicon="f" o:ole="">
            <v:imagedata r:id="rId1850" o:title="eqId7f9e8449aad35c5d840a3395ea86df6d"/>
          </v:shape>
        </w:pict>
      </w:r>
      <w:r>
        <w:rPr>
          <w:rFonts w:ascii="宋体" w:eastAsia="宋体" w:hAnsi="宋体" w:cs="宋体"/>
          <w:color w:val="000000"/>
        </w:rPr>
        <w:t>，</w:t>
      </w:r>
      <w:r>
        <w:pict>
          <v:shape id="_x0000_i708437" type="#_x0000_t75" alt="学科网(www.zxxk.com)--教育资源门户，提供试卷、教案、课件、论文、素材以及各类教学资源下载，还有大量而丰富的教学相关资讯！" style="width:12pt;height:12pt" o:oleicon="f" o:ole="">
            <v:imagedata r:id="rId1851" o:title="eqId5963abe8f421bd99a2aaa94831a951e9"/>
          </v:shape>
        </w:pict>
      </w:r>
      <w:r>
        <w:rPr>
          <w:rFonts w:ascii="宋体" w:eastAsia="宋体" w:hAnsi="宋体" w:cs="宋体"/>
          <w:color w:val="000000"/>
        </w:rPr>
        <w:t>，进而求出答案．</w: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08438" type="#_x0000_t75" alt="学科网(www.zxxk.com)--教育资源门户，提供试卷、教案、课件、论文、素材以及各类教学资源下载，还有大量而丰富的教学相关资讯！" style="width:103pt;height:15pt" o:oleicon="f" o:ole="">
            <v:imagedata r:id="rId1852" o:title="eqIdf2b854e827a83f484d2d3a5d6c88b103"/>
          </v:shape>
        </w:pict>
      </w:r>
      <w:r>
        <w:rPr>
          <w:rFonts w:ascii="宋体" w:eastAsia="宋体" w:hAnsi="宋体" w:cs="宋体"/>
          <w:color w:val="000000"/>
        </w:rPr>
        <w:t>，</w:t>
      </w:r>
      <w:r>
        <w:pict>
          <v:shape id="_x0000_i708439" type="#_x0000_t75" alt="学科网(www.zxxk.com)--教育资源门户，提供试卷、教案、课件、论文、素材以及各类教学资源下载，还有大量而丰富的教学相关资讯！" style="width:99pt;height:15.75pt" o:oleicon="f" o:ole="">
            <v:imagedata r:id="rId1853" o:title="eqIda784fb5148bd49ce11165eadd0abec50"/>
          </v:shape>
        </w:pict>
      </w:r>
      <w:r>
        <w:rPr>
          <w:rFonts w:ascii="宋体" w:eastAsia="宋体" w:hAnsi="宋体" w:cs="宋体"/>
          <w:color w:val="000000"/>
        </w:rPr>
        <w:t>，</w:t>
      </w:r>
    </w:p>
    <w:p>
      <w:pPr>
        <w:spacing w:line="360" w:lineRule="auto"/>
        <w:jc w:val="left"/>
        <w:textAlignment w:val="center"/>
        <w:rPr>
          <w:color w:val="000000"/>
        </w:rPr>
      </w:pPr>
      <w:r>
        <w:pict>
          <v:shape id="_x0000_i708440" type="#_x0000_t75" alt="学科网(www.zxxk.com)--教育资源门户，提供试卷、教案、课件、论文、素材以及各类教学资源下载，还有大量而丰富的教学相关资讯！" style="width:142pt;height:15pt" o:oleicon="f" o:ole="">
            <v:imagedata r:id="rId1854" o:title="eqId46f88d7bb875a7f9e2e97a09a3edfb74"/>
          </v:shape>
        </w:pict>
      </w:r>
      <w:r>
        <w:rPr>
          <w:rFonts w:ascii="宋体" w:eastAsia="宋体" w:hAnsi="宋体" w:cs="宋体"/>
          <w:color w:val="000000"/>
        </w:rPr>
        <w:t>，</w:t>
      </w:r>
    </w:p>
    <w:p>
      <w:pPr>
        <w:spacing w:line="360" w:lineRule="auto"/>
        <w:jc w:val="left"/>
        <w:textAlignment w:val="center"/>
        <w:rPr>
          <w:color w:val="000000"/>
        </w:rPr>
      </w:pPr>
      <w:r>
        <w:pict>
          <v:shape id="_x0000_i708441" type="#_x0000_t75" alt="学科网(www.zxxk.com)--教育资源门户，提供试卷、教案、课件、论文、素材以及各类教学资源下载，还有大量而丰富的教学相关资讯！" style="width:149.5pt;height:17.5pt" o:oleicon="f" o:ole="">
            <v:imagedata r:id="rId1855" o:title="eqId30dd06833c8239a6d008ee9081d29d5b"/>
          </v:shape>
        </w:pict>
      </w:r>
    </w:p>
    <w:p>
      <w:pPr>
        <w:spacing w:line="360" w:lineRule="auto"/>
        <w:jc w:val="left"/>
        <w:textAlignment w:val="center"/>
        <w:rPr>
          <w:color w:val="000000"/>
        </w:rPr>
      </w:pPr>
      <w:r>
        <w:pict>
          <v:shape id="_x0000_i708442" type="#_x0000_t75" alt="学科网(www.zxxk.com)--教育资源门户，提供试卷、教案、课件、论文、素材以及各类教学资源下载，还有大量而丰富的教学相关资讯！" style="width:67pt;height:15pt" o:oleicon="f" o:ole="">
            <v:imagedata r:id="rId1856" o:title="eqIdae8ad80697fd1e864d2432fc838f1fc9"/>
          </v:shape>
        </w:pict>
      </w:r>
      <w:r>
        <w:rPr>
          <w:rFonts w:ascii="宋体" w:eastAsia="宋体" w:hAnsi="宋体" w:cs="宋体"/>
          <w:color w:val="000000"/>
        </w:rPr>
        <w:t>，</w:t>
      </w:r>
    </w:p>
    <w:p>
      <w:pPr>
        <w:spacing w:line="360" w:lineRule="auto"/>
        <w:jc w:val="left"/>
        <w:textAlignment w:val="center"/>
        <w:rPr>
          <w:color w:val="000000"/>
        </w:rPr>
      </w:pPr>
      <w:r>
        <w:pict>
          <v:shape id="_x0000_i708443" type="#_x0000_t75" alt="学科网(www.zxxk.com)--教育资源门户，提供试卷、教案、课件、论文、素材以及各类教学资源下载，还有大量而丰富的教学相关资讯！" style="width:153pt;height:17.5pt" o:oleicon="f" o:ole="">
            <v:imagedata r:id="rId1857" o:title="eqId6256e68cc1370fc324c95b8b33e87ef5"/>
          </v:shape>
        </w:pict>
      </w:r>
    </w:p>
    <w:p>
      <w:pPr>
        <w:spacing w:line="360" w:lineRule="auto"/>
        <w:jc w:val="left"/>
        <w:textAlignment w:val="center"/>
        <w:rPr>
          <w:color w:val="000000"/>
        </w:rPr>
      </w:pPr>
      <w:r>
        <w:pict>
          <v:shape id="_x0000_i708444" type="#_x0000_t75" alt="学科网(www.zxxk.com)--教育资源门户，提供试卷、教案、课件、论文、素材以及各类教学资源下载，还有大量而丰富的教学相关资讯！" style="width:78pt;height:15pt" o:oleicon="f" o:ole="">
            <v:imagedata r:id="rId1858" o:title="eqIdb8f9ede03b68290415c9932f3400a41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pict>
          <v:shape id="_x0000_i708445" type="#_x0000_t75" alt="学科网(www.zxxk.com)--教育资源门户，提供试卷、教案、课件、论文、素材以及各类教学资源下载，还有大量而丰富的教学相关资讯！" style="width:188.5pt;height:17.5pt" o:oleicon="f" o:ole="">
            <v:imagedata r:id="rId1859" o:title="eqIdf9fe667e66ada9263e5487b4e90b8180"/>
          </v:shape>
        </w:pict>
      </w:r>
    </w:p>
    <w:p>
      <w:pPr>
        <w:spacing w:line="360" w:lineRule="auto"/>
        <w:jc w:val="left"/>
        <w:textAlignment w:val="center"/>
        <w:rPr>
          <w:color w:val="000000"/>
        </w:rPr>
      </w:pPr>
      <w:r>
        <w:pict>
          <v:shape id="_x0000_i708446" type="#_x0000_t75" alt="学科网(www.zxxk.com)--教育资源门户，提供试卷、教案、课件、论文、素材以及各类教学资源下载，还有大量而丰富的教学相关资讯！" style="width:150pt;height:15pt" o:oleicon="f" o:ole="">
            <v:imagedata r:id="rId1860" o:title="eqIde5a4d1dd7ef084028acab6a28da2bec4"/>
          </v:shape>
        </w:pict>
      </w:r>
    </w:p>
    <w:p>
      <w:pPr>
        <w:spacing w:line="360" w:lineRule="auto"/>
        <w:jc w:val="left"/>
        <w:textAlignment w:val="center"/>
        <w:rPr>
          <w:color w:val="000000"/>
        </w:rPr>
      </w:pPr>
      <w:r>
        <w:pict>
          <v:shape id="_x0000_i708447" type="#_x0000_t75" alt="学科网(www.zxxk.com)--教育资源门户，提供试卷、教案、课件、论文、素材以及各类教学资源下载，还有大量而丰富的教学相关资讯！" style="width:77.5pt;height:15pt" o:oleicon="f" o:ole="">
            <v:imagedata r:id="rId1861" o:title="eqIdb7cc98b8761d0e4430ac6efd3d615b3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8448" type="#_x0000_t75" alt="学科网(www.zxxk.com)--教育资源门户，提供试卷、教案、课件、论文、素材以及各类教学资源下载，还有大量而丰富的教学相关资讯！" style="width:77pt;height:16pt" o:oleicon="f" o:ole="">
            <v:imagedata r:id="rId1862" o:title="eqId31f7ad949fc81f299a7094dc554c4470"/>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本题主要考查了整式的加减运算，解题的关键是正确得出多项式</w:t>
      </w:r>
      <w:r>
        <w:pict>
          <v:shape id="_x0000_i708449" type="#_x0000_t75" alt="学科网(www.zxxk.com)--教育资源门户，提供试卷、教案、课件、论文、素材以及各类教学资源下载，还有大量而丰富的教学相关资讯！" style="width:9.75pt;height:10.5pt" o:oleicon="f" o:ole="">
            <v:imagedata r:id="rId1863" o:title="eqId7f9e8449aad35c5d840a3395ea86df6d"/>
          </v:shape>
        </w:pict>
      </w:r>
      <w:r>
        <w:rPr>
          <w:rFonts w:ascii="宋体" w:eastAsia="宋体" w:hAnsi="宋体" w:cs="宋体"/>
          <w:color w:val="000000"/>
        </w:rPr>
        <w:t>．</w:t>
      </w:r>
    </w:p>
    <w:p>
      <w:pPr>
        <w:spacing w:line="360" w:lineRule="auto"/>
        <w:jc w:val="left"/>
        <w:textAlignment w:val="center"/>
        <w:rPr>
          <w:color w:val="000000"/>
        </w:rPr>
      </w:pPr>
      <w:r>
        <w:rPr>
          <w:color w:val="000000"/>
        </w:rPr>
        <w:t xml:space="preserve">28. </w:t>
      </w:r>
      <w:r>
        <w:rPr>
          <w:rFonts w:ascii="宋体" w:eastAsia="宋体" w:hAnsi="宋体" w:cs="宋体"/>
          <w:color w:val="000000"/>
        </w:rPr>
        <w:t>小刚运用本学期的知识，设计了一个数学探究活动．如图</w:t>
      </w:r>
      <w:r>
        <w:rPr>
          <w:rFonts w:ascii="Times New Roman" w:eastAsia="Times New Roman" w:hAnsi="Times New Roman" w:cs="Times New Roman"/>
          <w:color w:val="000000"/>
        </w:rPr>
        <w:t>1</w:t>
      </w:r>
      <w:r>
        <w:rPr>
          <w:rFonts w:ascii="宋体" w:eastAsia="宋体" w:hAnsi="宋体" w:cs="宋体"/>
          <w:color w:val="000000"/>
        </w:rPr>
        <w:t>，数轴上的点</w:t>
      </w:r>
      <w:r>
        <w:rPr>
          <w:rFonts w:ascii="Times New Roman" w:eastAsia="Times New Roman" w:hAnsi="Times New Roman" w:cs="Times New Roman"/>
          <w:color w:val="000000"/>
        </w:rPr>
        <w:t>M</w:t>
      </w:r>
      <w:r>
        <w:rPr>
          <w:rFonts w:ascii="宋体" w:eastAsia="宋体" w:hAnsi="宋体" w:cs="宋体"/>
          <w:color w:val="000000"/>
        </w:rPr>
        <w:t>，</w:t>
      </w:r>
      <w:r>
        <w:rPr>
          <w:rFonts w:ascii="Times New Roman" w:eastAsia="Times New Roman" w:hAnsi="Times New Roman" w:cs="Times New Roman"/>
          <w:color w:val="000000"/>
        </w:rPr>
        <w:t>N</w:t>
      </w:r>
      <w:r>
        <w:rPr>
          <w:rFonts w:ascii="宋体" w:eastAsia="宋体" w:hAnsi="宋体" w:cs="宋体"/>
          <w:color w:val="000000"/>
        </w:rPr>
        <w:t>所表示的数分别为</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．将一枚棋子放置在点</w:t>
      </w:r>
      <w:r>
        <w:rPr>
          <w:rFonts w:ascii="Times New Roman" w:eastAsia="Times New Roman" w:hAnsi="Times New Roman" w:cs="Times New Roman"/>
          <w:color w:val="000000"/>
        </w:rPr>
        <w:t>M</w:t>
      </w:r>
      <w:r>
        <w:rPr>
          <w:rFonts w:ascii="宋体" w:eastAsia="宋体" w:hAnsi="宋体" w:cs="宋体"/>
          <w:color w:val="000000"/>
        </w:rPr>
        <w:t>处，让这枚棋子沿数轴在线段</w:t>
      </w:r>
      <w:r>
        <w:rPr>
          <w:rFonts w:ascii="Times New Roman" w:eastAsia="Times New Roman" w:hAnsi="Times New Roman" w:cs="Times New Roman"/>
          <w:color w:val="000000"/>
        </w:rPr>
        <w:t>MN</w:t>
      </w:r>
      <w:r>
        <w:rPr>
          <w:rFonts w:ascii="宋体" w:eastAsia="宋体" w:hAnsi="宋体" w:cs="宋体"/>
          <w:color w:val="000000"/>
        </w:rPr>
        <w:t>上往复运动（即棋子从点</w:t>
      </w:r>
      <w:r>
        <w:rPr>
          <w:rFonts w:ascii="Times New Roman" w:eastAsia="Times New Roman" w:hAnsi="Times New Roman" w:cs="Times New Roman"/>
          <w:color w:val="000000"/>
        </w:rPr>
        <w:t>M</w:t>
      </w:r>
      <w:r>
        <w:rPr>
          <w:rFonts w:ascii="宋体" w:eastAsia="宋体" w:hAnsi="宋体" w:cs="宋体"/>
          <w:color w:val="000000"/>
        </w:rPr>
        <w:t>出发沿数轴向右运动，当运动到点</w:t>
      </w:r>
      <w:r>
        <w:rPr>
          <w:rFonts w:ascii="Times New Roman" w:eastAsia="Times New Roman" w:hAnsi="Times New Roman" w:cs="Times New Roman"/>
          <w:color w:val="000000"/>
        </w:rPr>
        <w:t>N</w:t>
      </w:r>
      <w:r>
        <w:rPr>
          <w:rFonts w:ascii="宋体" w:eastAsia="宋体" w:hAnsi="宋体" w:cs="宋体"/>
          <w:color w:val="000000"/>
        </w:rPr>
        <w:t>处，随即沿数轴向左运动，当运动到点</w:t>
      </w:r>
      <w:r>
        <w:rPr>
          <w:rFonts w:ascii="Times New Roman" w:eastAsia="Times New Roman" w:hAnsi="Times New Roman" w:cs="Times New Roman"/>
          <w:color w:val="000000"/>
        </w:rPr>
        <w:t>M</w:t>
      </w:r>
      <w:r>
        <w:rPr>
          <w:rFonts w:ascii="宋体" w:eastAsia="宋体" w:hAnsi="宋体" w:cs="宋体"/>
          <w:color w:val="000000"/>
        </w:rPr>
        <w:t>处，随即沿数轴向右运动，如此反复…）．并且规定棋子按照如下的步骤运动：第</w:t>
      </w:r>
      <w:r>
        <w:rPr>
          <w:rFonts w:ascii="Times New Roman" w:eastAsia="Times New Roman" w:hAnsi="Times New Roman" w:cs="Times New Roman"/>
          <w:color w:val="000000"/>
        </w:rPr>
        <w:t>1</w:t>
      </w:r>
      <w:r>
        <w:rPr>
          <w:rFonts w:ascii="宋体" w:eastAsia="宋体" w:hAnsi="宋体" w:cs="宋体"/>
          <w:color w:val="000000"/>
        </w:rPr>
        <w:t>步，从点</w:t>
      </w:r>
      <w:r>
        <w:rPr>
          <w:rFonts w:ascii="Times New Roman" w:eastAsia="Times New Roman" w:hAnsi="Times New Roman" w:cs="Times New Roman"/>
          <w:color w:val="000000"/>
        </w:rPr>
        <w:t>M</w:t>
      </w:r>
      <w:r>
        <w:rPr>
          <w:rFonts w:ascii="宋体" w:eastAsia="宋体" w:hAnsi="宋体" w:cs="宋体"/>
          <w:color w:val="000000"/>
        </w:rPr>
        <w:t>开始运动</w:t>
      </w:r>
      <w:r>
        <w:rPr>
          <w:rFonts w:ascii="Times New Roman" w:eastAsia="Times New Roman" w:hAnsi="Times New Roman" w:cs="Times New Roman"/>
          <w:color w:val="000000"/>
        </w:rPr>
        <w:t>t</w:t>
      </w:r>
      <w:r>
        <w:rPr>
          <w:rFonts w:ascii="宋体" w:eastAsia="宋体" w:hAnsi="宋体" w:cs="宋体"/>
          <w:color w:val="000000"/>
        </w:rPr>
        <w:t>个单位长度至点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处；第</w:t>
      </w:r>
      <w:r>
        <w:rPr>
          <w:rFonts w:ascii="Times New Roman" w:eastAsia="Times New Roman" w:hAnsi="Times New Roman" w:cs="Times New Roman"/>
          <w:color w:val="000000"/>
        </w:rPr>
        <w:t>2</w:t>
      </w:r>
      <w:r>
        <w:rPr>
          <w:rFonts w:ascii="宋体" w:eastAsia="宋体" w:hAnsi="宋体" w:cs="宋体"/>
          <w:color w:val="000000"/>
        </w:rPr>
        <w:t>步，从点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继续运动</w:t>
      </w:r>
      <w:r>
        <w:rPr>
          <w:rFonts w:ascii="Times New Roman" w:eastAsia="Times New Roman" w:hAnsi="Times New Roman" w:cs="Times New Roman"/>
          <w:color w:val="000000"/>
        </w:rPr>
        <w:t>2t</w:t>
      </w:r>
      <w:r>
        <w:rPr>
          <w:rFonts w:ascii="宋体" w:eastAsia="宋体" w:hAnsi="宋体" w:cs="宋体"/>
          <w:color w:val="000000"/>
        </w:rPr>
        <w:t>个单位长度至点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处；第</w:t>
      </w:r>
      <w:r>
        <w:rPr>
          <w:rFonts w:ascii="Times New Roman" w:eastAsia="Times New Roman" w:hAnsi="Times New Roman" w:cs="Times New Roman"/>
          <w:color w:val="000000"/>
        </w:rPr>
        <w:t>3</w:t>
      </w:r>
      <w:r>
        <w:rPr>
          <w:rFonts w:ascii="宋体" w:eastAsia="宋体" w:hAnsi="宋体" w:cs="宋体"/>
          <w:color w:val="000000"/>
        </w:rPr>
        <w:t>步，从点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继续运动</w:t>
      </w:r>
      <w:r>
        <w:rPr>
          <w:rFonts w:ascii="Times New Roman" w:eastAsia="Times New Roman" w:hAnsi="Times New Roman" w:cs="Times New Roman"/>
          <w:color w:val="000000"/>
        </w:rPr>
        <w:t>3t</w:t>
      </w:r>
      <w:r>
        <w:rPr>
          <w:rFonts w:ascii="宋体" w:eastAsia="宋体" w:hAnsi="宋体" w:cs="宋体"/>
          <w:color w:val="000000"/>
        </w:rPr>
        <w:t>个单位长度至点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处…．</w:t>
      </w:r>
    </w:p>
    <w:p>
      <w:pPr>
        <w:spacing w:line="360" w:lineRule="auto"/>
        <w:jc w:val="left"/>
        <w:textAlignment w:val="center"/>
        <w:rPr>
          <w:color w:val="000000"/>
        </w:rPr>
      </w:pPr>
      <w:r>
        <w:rPr>
          <w:rFonts w:ascii="宋体" w:eastAsia="宋体" w:hAnsi="宋体" w:cs="宋体"/>
          <w:color w:val="000000"/>
        </w:rPr>
        <w:t>例如：当</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的位置如图</w:t>
      </w:r>
      <w:r>
        <w:rPr>
          <w:rFonts w:ascii="Times New Roman" w:eastAsia="Times New Roman" w:hAnsi="Times New Roman" w:cs="Times New Roman"/>
          <w:color w:val="000000"/>
        </w:rPr>
        <w:t>2</w:t>
      </w:r>
      <w:r>
        <w:rPr>
          <w:rFonts w:ascii="宋体" w:eastAsia="宋体" w:hAnsi="宋体" w:cs="宋体"/>
          <w:color w:val="000000"/>
        </w:rPr>
        <w:t>所示．</w:t>
      </w:r>
    </w:p>
    <w:p>
      <w:pPr>
        <w:spacing w:line="360" w:lineRule="auto"/>
        <w:jc w:val="left"/>
        <w:textAlignment w:val="center"/>
        <w:rPr>
          <w:color w:val="000000"/>
        </w:rPr>
      </w:pPr>
      <w:r>
        <w:rPr>
          <w:color w:val="000000"/>
        </w:rPr>
        <w:drawing>
          <wp:inline>
            <wp:extent cx="4105275" cy="1428750"/>
            <wp:docPr id="28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 name=""/>
                    <pic:cNvPicPr>
                      <a:picLocks noChangeAspect="1"/>
                    </pic:cNvPicPr>
                  </pic:nvPicPr>
                  <pic:blipFill>
                    <a:blip r:embed="rId1864"/>
                    <a:stretch>
                      <a:fillRect/>
                    </a:stretch>
                  </pic:blipFill>
                  <pic:spPr>
                    <a:xfrm>
                      <a:off x="0" y="0"/>
                      <a:ext cx="4105275" cy="1428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解决如下问题：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）如果</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，那么线段</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，且点</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，那么</w:t>
      </w:r>
      <w:r>
        <w:rPr>
          <w:rFonts w:ascii="Times New Roman" w:eastAsia="Times New Roman" w:hAnsi="Times New Roman" w:cs="Times New Roman"/>
          <w:color w:val="000000"/>
        </w:rPr>
        <w:t>t</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）如果</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，且线段</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，那么请你求出</w:t>
      </w:r>
      <w:r>
        <w:rPr>
          <w:rFonts w:ascii="Times New Roman" w:eastAsia="Times New Roman" w:hAnsi="Times New Roman" w:cs="Times New Roman"/>
          <w:color w:val="000000"/>
        </w:rPr>
        <w:t>t</w:t>
      </w:r>
      <w:r>
        <w:rPr>
          <w:rFonts w:ascii="宋体" w:eastAsia="宋体" w:hAnsi="宋体" w:cs="宋体"/>
          <w:color w:val="000000"/>
          <w:position w:val="0"/>
        </w:rPr>
        <w:drawing>
          <wp:inline>
            <wp:extent cx="133350" cy="177800"/>
            <wp:docPr id="288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 name=""/>
                    <pic:cNvPicPr>
                      <a:picLocks noChangeAspect="1"/>
                    </pic:cNvPicPr>
                  </pic:nvPicPr>
                  <pic:blipFill>
                    <a:blip r:embed="rId186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8450" type="#_x0000_t75" alt="学科网(www.zxxk.com)--教育资源门户，提供试卷、教案、课件、论文、素材以及各类教学资源下载，还有大量而丰富的教学相关资讯！" style="width:10.5pt;height:21pt" o:oleicon="f" o:ole="">
            <v:imagedata r:id="rId1866" o:title="eqIdf89eef3148f2d4d09379767b4af69132"/>
          </v:shape>
        </w:pict>
      </w:r>
      <w:r>
        <w:rPr>
          <w:rFonts w:ascii="宋体" w:eastAsia="宋体" w:hAnsi="宋体" w:cs="宋体"/>
          <w:color w:val="000000"/>
        </w:rPr>
        <w:t>或</w:t>
      </w:r>
      <w:r>
        <w:pict>
          <v:shape id="_x0000_i708451" type="#_x0000_t75" alt="学科网(www.zxxk.com)--教育资源门户，提供试卷、教案、课件、论文、素材以及各类教学资源下载，还有大量而丰富的教学相关资讯！" style="width:11.9pt;height:31.2pt" o:oleicon="f" o:ole="">
            <v:imagedata r:id="rId1867" o:title="eqIdec85f29c0860b57a8f0cf8098c13a97e"/>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8452" type="#_x0000_t75" alt="学科网(www.zxxk.com)--教育资源门户，提供试卷、教案、课件、论文、素材以及各类教学资源下载，还有大量而丰富的教学相关资讯！" style="width:9.85pt;height:27.85pt" o:oleicon="f" o:ole="">
            <v:imagedata r:id="rId1868" o:title="eqIda734873a608f0c070dec80b89d179754"/>
          </v:shape>
        </w:pict>
      </w:r>
      <w:r>
        <w:rPr>
          <w:rFonts w:ascii="宋体" w:eastAsia="宋体" w:hAnsi="宋体" w:cs="宋体"/>
          <w:color w:val="000000"/>
        </w:rPr>
        <w:t>或</w:t>
      </w:r>
      <w:r>
        <w:pict>
          <v:shape id="_x0000_i708453" type="#_x0000_t75" alt="学科网(www.zxxk.com)--教育资源门户，提供试卷、教案、课件、论文、素材以及各类教学资源下载，还有大量而丰富的教学相关资讯！" style="width:18pt;height:30.75pt" o:oleicon="f" o:ole="">
            <v:imagedata r:id="rId1869" o:title="eqId9571e7724f596fa526128f763887caad"/>
          </v:shape>
        </w:pict>
      </w:r>
      <w:r>
        <w:rPr>
          <w:rFonts w:ascii="宋体" w:eastAsia="宋体" w:hAnsi="宋体" w:cs="宋体"/>
          <w:color w:val="000000"/>
        </w:rPr>
        <w:t>或</w:t>
      </w:r>
      <w:r>
        <w:rPr>
          <w:rFonts w:ascii="Times New Roman" w:eastAsia="Times New Roman" w:hAnsi="Times New Roman" w:cs="Times New Roman"/>
          <w:color w:val="000000"/>
        </w:rPr>
        <w:t>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）分别求出</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所表示的数，进而求出</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）分两种情况进行解答，①当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未到点</w:t>
      </w:r>
      <w:r>
        <w:rPr>
          <w:rFonts w:ascii="Times New Roman" w:eastAsia="Times New Roman" w:hAnsi="Times New Roman" w:cs="Times New Roman"/>
          <w:color w:val="000000"/>
        </w:rPr>
        <w:t>N</w:t>
      </w:r>
      <w:r>
        <w:rPr>
          <w:rFonts w:ascii="宋体" w:eastAsia="宋体" w:hAnsi="宋体" w:cs="宋体"/>
          <w:color w:val="000000"/>
        </w:rPr>
        <w:t>返回前，②当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点到达</w:t>
      </w:r>
      <w:r>
        <w:rPr>
          <w:rFonts w:ascii="Times New Roman" w:eastAsia="Times New Roman" w:hAnsi="Times New Roman" w:cs="Times New Roman"/>
          <w:color w:val="000000"/>
        </w:rPr>
        <w:t>N</w:t>
      </w:r>
      <w:r>
        <w:rPr>
          <w:rFonts w:ascii="宋体" w:eastAsia="宋体" w:hAnsi="宋体" w:cs="宋体"/>
          <w:color w:val="000000"/>
        </w:rPr>
        <w:t>返回再到表示</w:t>
      </w:r>
      <w:r>
        <w:rPr>
          <w:rFonts w:ascii="Times New Roman" w:eastAsia="Times New Roman" w:hAnsi="Times New Roman" w:cs="Times New Roman"/>
          <w:color w:val="000000"/>
        </w:rPr>
        <w:t>3</w:t>
      </w:r>
      <w:r>
        <w:rPr>
          <w:rFonts w:ascii="宋体" w:eastAsia="宋体" w:hAnsi="宋体" w:cs="宋体"/>
          <w:color w:val="000000"/>
        </w:rPr>
        <w:t>的位置，分别列方程解答即可；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）分三种情况，①当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未到点</w:t>
      </w:r>
      <w:r>
        <w:rPr>
          <w:rFonts w:ascii="Times New Roman" w:eastAsia="Times New Roman" w:hAnsi="Times New Roman" w:cs="Times New Roman"/>
          <w:color w:val="000000"/>
        </w:rPr>
        <w:t>N</w:t>
      </w:r>
      <w:r>
        <w:rPr>
          <w:rFonts w:ascii="宋体" w:eastAsia="宋体" w:hAnsi="宋体" w:cs="宋体"/>
          <w:color w:val="000000"/>
        </w:rPr>
        <w:t>前，②当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到达点</w:t>
      </w:r>
      <w:r>
        <w:rPr>
          <w:rFonts w:ascii="Times New Roman" w:eastAsia="Times New Roman" w:hAnsi="Times New Roman" w:cs="Times New Roman"/>
          <w:color w:val="000000"/>
        </w:rPr>
        <w:t>N</w:t>
      </w:r>
      <w:r>
        <w:rPr>
          <w:rFonts w:ascii="宋体" w:eastAsia="宋体" w:hAnsi="宋体" w:cs="宋体"/>
          <w:color w:val="000000"/>
        </w:rPr>
        <w:t>返回且在</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的右侧，③当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到达点</w:t>
      </w:r>
      <w:r>
        <w:rPr>
          <w:rFonts w:ascii="Times New Roman" w:eastAsia="Times New Roman" w:hAnsi="Times New Roman" w:cs="Times New Roman"/>
          <w:color w:val="000000"/>
        </w:rPr>
        <w:t>N</w:t>
      </w:r>
      <w:r>
        <w:rPr>
          <w:rFonts w:ascii="宋体" w:eastAsia="宋体" w:hAnsi="宋体" w:cs="宋体"/>
          <w:color w:val="000000"/>
        </w:rPr>
        <w:t>返回且在</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的左侧，分别列方程解答即可．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时，</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color w:val="000000"/>
        </w:rPr>
        <w:t>4×2</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表示的数为</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4×3</w:t>
      </w:r>
      <w:r>
        <w:rPr>
          <w:rFonts w:ascii="宋体" w:eastAsia="宋体" w:hAnsi="宋体" w:cs="宋体"/>
          <w:color w:val="000000"/>
        </w:rPr>
        <w:t>＝</w:t>
      </w:r>
      <w:r>
        <w:rPr>
          <w:rFonts w:ascii="Times New Roman" w:eastAsia="Times New Roman" w:hAnsi="Times New Roman" w:cs="Times New Roman"/>
          <w:color w:val="000000"/>
        </w:rPr>
        <w:t>12</w:t>
      </w:r>
      <w:r>
        <w:rPr>
          <w:rFonts w:ascii="宋体" w:eastAsia="宋体" w:hAnsi="宋体" w:cs="宋体"/>
          <w:color w:val="000000"/>
        </w:rPr>
        <w:t>，</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所表示的数为</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未到点</w:t>
      </w:r>
      <w:r>
        <w:rPr>
          <w:rFonts w:ascii="Times New Roman" w:eastAsia="Times New Roman" w:hAnsi="Times New Roman" w:cs="Times New Roman"/>
          <w:color w:val="000000"/>
        </w:rPr>
        <w:t>N</w:t>
      </w:r>
      <w:r>
        <w:rPr>
          <w:rFonts w:ascii="宋体" w:eastAsia="宋体" w:hAnsi="宋体" w:cs="宋体"/>
          <w:color w:val="000000"/>
        </w:rPr>
        <w:t>返回前，有</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2t</w:t>
      </w:r>
      <w:r>
        <w:rPr>
          <w:rFonts w:ascii="宋体" w:eastAsia="宋体" w:hAnsi="宋体" w:cs="宋体"/>
          <w:color w:val="000000"/>
        </w:rPr>
        <w:t>＋</w:t>
      </w:r>
      <w:r>
        <w:rPr>
          <w:rFonts w:ascii="Times New Roman" w:eastAsia="Times New Roman" w:hAnsi="Times New Roman" w:cs="Times New Roman"/>
          <w:color w:val="000000"/>
        </w:rPr>
        <w:t>3t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，解得：</w:t>
      </w:r>
      <w:r>
        <w:rPr>
          <w:rFonts w:ascii="Times New Roman" w:eastAsia="Times New Roman" w:hAnsi="Times New Roman" w:cs="Times New Roman"/>
          <w:color w:val="000000"/>
        </w:rPr>
        <w:t>t</w:t>
      </w:r>
      <w:r>
        <w:rPr>
          <w:rFonts w:ascii="宋体" w:eastAsia="宋体" w:hAnsi="宋体" w:cs="宋体"/>
          <w:color w:val="000000"/>
        </w:rPr>
        <w:t>＝</w:t>
      </w:r>
      <w:r>
        <w:pict>
          <v:shape id="_x0000_i708454" type="#_x0000_t75" alt="学科网(www.zxxk.com)--教育资源门户，提供试卷、教案、课件、论文、素材以及各类教学资源下载，还有大量而丰富的教学相关资讯！" style="width:10.5pt;height:21pt" o:oleicon="f" o:ole="">
            <v:imagedata r:id="rId1870" o:title="eqIdf89eef3148f2d4d09379767b4af69132"/>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3</w:t>
      </w:r>
      <w:r>
        <w:rPr>
          <w:rFonts w:ascii="宋体" w:eastAsia="宋体" w:hAnsi="宋体" w:cs="宋体"/>
          <w:color w:val="000000"/>
        </w:rPr>
        <w:t>点到达</w:t>
      </w:r>
      <w:r>
        <w:rPr>
          <w:rFonts w:ascii="Times New Roman" w:eastAsia="Times New Roman" w:hAnsi="Times New Roman" w:cs="Times New Roman"/>
          <w:color w:val="000000"/>
        </w:rPr>
        <w:t>N</w:t>
      </w:r>
      <w:r>
        <w:rPr>
          <w:rFonts w:ascii="宋体" w:eastAsia="宋体" w:hAnsi="宋体" w:cs="宋体"/>
          <w:color w:val="000000"/>
        </w:rPr>
        <w:t>返回再到表示</w:t>
      </w:r>
      <w:r>
        <w:rPr>
          <w:rFonts w:ascii="Times New Roman" w:eastAsia="Times New Roman" w:hAnsi="Times New Roman" w:cs="Times New Roman"/>
          <w:color w:val="000000"/>
        </w:rPr>
        <w:t>3</w:t>
      </w:r>
      <w:r>
        <w:rPr>
          <w:rFonts w:ascii="宋体" w:eastAsia="宋体" w:hAnsi="宋体" w:cs="宋体"/>
          <w:color w:val="000000"/>
        </w:rPr>
        <w:t>的位置，</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2t</w:t>
      </w:r>
      <w:r>
        <w:rPr>
          <w:rFonts w:ascii="宋体" w:eastAsia="宋体" w:hAnsi="宋体" w:cs="宋体"/>
          <w:color w:val="000000"/>
        </w:rPr>
        <w:t>＋</w:t>
      </w:r>
      <w:r>
        <w:rPr>
          <w:rFonts w:ascii="Times New Roman" w:eastAsia="Times New Roman" w:hAnsi="Times New Roman" w:cs="Times New Roman"/>
          <w:color w:val="000000"/>
        </w:rPr>
        <w:t>3t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12×2</w:t>
      </w:r>
      <w:r>
        <w:rPr>
          <w:rFonts w:ascii="宋体" w:eastAsia="宋体" w:hAnsi="宋体" w:cs="宋体"/>
          <w:color w:val="000000"/>
        </w:rPr>
        <w:t>，解得：</w:t>
      </w:r>
      <w:r>
        <w:rPr>
          <w:rFonts w:ascii="Times New Roman" w:eastAsia="Times New Roman" w:hAnsi="Times New Roman" w:cs="Times New Roman"/>
          <w:color w:val="000000"/>
        </w:rPr>
        <w:t>t</w:t>
      </w:r>
      <w:r>
        <w:rPr>
          <w:rFonts w:ascii="宋体" w:eastAsia="宋体" w:hAnsi="宋体" w:cs="宋体"/>
          <w:color w:val="000000"/>
        </w:rPr>
        <w:t>＝</w:t>
      </w:r>
      <w:r>
        <w:pict>
          <v:shape id="_x0000_i708455" type="#_x0000_t75" alt="学科网(www.zxxk.com)--教育资源门户，提供试卷、教案、课件、论文、素材以及各类教学资源下载，还有大量而丰富的教学相关资讯！" style="width:11.9pt;height:31.2pt" o:oleicon="f" o:ole="">
            <v:imagedata r:id="rId1871" o:title="eqIdec85f29c0860b57a8f0cf8098c13a97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8456" type="#_x0000_t75" alt="学科网(www.zxxk.com)--教育资源门户，提供试卷、教案、课件、论文、素材以及各类教学资源下载，还有大量而丰富的教学相关资讯！" style="width:10.5pt;height:21pt" o:oleicon="f" o:ole="">
            <v:imagedata r:id="rId1872" o:title="eqIdf89eef3148f2d4d09379767b4af69132"/>
          </v:shape>
        </w:pict>
      </w:r>
      <w:r>
        <w:rPr>
          <w:rFonts w:ascii="宋体" w:eastAsia="宋体" w:hAnsi="宋体" w:cs="宋体"/>
          <w:color w:val="000000"/>
        </w:rPr>
        <w:t>或</w:t>
      </w:r>
      <w:r>
        <w:pict>
          <v:shape id="_x0000_i708457" type="#_x0000_t75" alt="学科网(www.zxxk.com)--教育资源门户，提供试卷、教案、课件、论文、素材以及各类教学资源下载，还有大量而丰富的教学相关资讯！" style="width:11.9pt;height:31.2pt" o:oleicon="f" o:ole="">
            <v:imagedata r:id="rId1873" o:title="eqIdec85f29c0860b57a8f0cf8098c13a97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①</w:t>
      </w:r>
      <w:r>
        <w:rPr>
          <w:rFonts w:ascii="宋体" w:eastAsia="宋体" w:hAnsi="宋体" w:cs="宋体"/>
          <w:color w:val="000000"/>
        </w:rPr>
        <w:t>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未到点</w:t>
      </w:r>
      <w:r>
        <w:rPr>
          <w:rFonts w:ascii="Times New Roman" w:eastAsia="Times New Roman" w:hAnsi="Times New Roman" w:cs="Times New Roman"/>
          <w:color w:val="000000"/>
        </w:rPr>
        <w:t>N</w:t>
      </w:r>
      <w:r>
        <w:rPr>
          <w:rFonts w:ascii="宋体" w:eastAsia="宋体" w:hAnsi="宋体" w:cs="宋体"/>
          <w:color w:val="000000"/>
        </w:rPr>
        <w:t>，</w:t>
      </w:r>
      <w:r>
        <w:rPr>
          <w:rFonts w:ascii="Times New Roman" w:eastAsia="Times New Roman" w:hAnsi="Times New Roman" w:cs="Times New Roman"/>
          <w:color w:val="000000"/>
        </w:rPr>
        <w:t>（t＋2t＋3t+4t）</w:t>
      </w:r>
      <w:r>
        <w:rPr>
          <w:rFonts w:ascii="宋体" w:eastAsia="宋体" w:hAnsi="宋体" w:cs="宋体"/>
          <w:color w:val="000000"/>
        </w:rPr>
        <w:t>-</w:t>
      </w:r>
      <w:r>
        <w:rPr>
          <w:rFonts w:ascii="Times New Roman" w:eastAsia="Times New Roman" w:hAnsi="Times New Roman" w:cs="Times New Roman"/>
          <w:color w:val="000000"/>
        </w:rPr>
        <w:t>（t＋2t）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，解得：</w:t>
      </w:r>
      <w:r>
        <w:rPr>
          <w:rFonts w:ascii="Times New Roman" w:eastAsia="Times New Roman" w:hAnsi="Times New Roman" w:cs="Times New Roman"/>
          <w:color w:val="000000"/>
        </w:rPr>
        <w:t>t</w:t>
      </w:r>
      <w:r>
        <w:rPr>
          <w:rFonts w:ascii="宋体" w:eastAsia="宋体" w:hAnsi="宋体" w:cs="宋体"/>
          <w:color w:val="000000"/>
        </w:rPr>
        <w:t>＝</w:t>
      </w:r>
      <w:r>
        <w:pict>
          <v:shape id="_x0000_i708458" type="#_x0000_t75" alt="学科网(www.zxxk.com)--教育资源门户，提供试卷、教案、课件、论文、素材以及各类教学资源下载，还有大量而丰富的教学相关资讯！" style="width:9.85pt;height:27.85pt" o:oleicon="f" o:ole="">
            <v:imagedata r:id="rId1874" o:title="eqIda734873a608f0c070dec80b89d179754"/>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到达点</w:t>
      </w:r>
      <w:r>
        <w:rPr>
          <w:rFonts w:ascii="Times New Roman" w:eastAsia="Times New Roman" w:hAnsi="Times New Roman" w:cs="Times New Roman"/>
          <w:color w:val="000000"/>
        </w:rPr>
        <w:t>N</w:t>
      </w:r>
      <w:r>
        <w:rPr>
          <w:rFonts w:ascii="宋体" w:eastAsia="宋体" w:hAnsi="宋体" w:cs="宋体"/>
          <w:color w:val="000000"/>
        </w:rPr>
        <w:t>返回且在</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的右侧时，有</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（t＋2t＋3t+4t）</w:t>
      </w:r>
      <w:r>
        <w:rPr>
          <w:rFonts w:ascii="宋体" w:eastAsia="宋体" w:hAnsi="宋体" w:cs="宋体"/>
          <w:color w:val="000000"/>
        </w:rPr>
        <w:t>﹣</w:t>
      </w:r>
      <w:r>
        <w:rPr>
          <w:rFonts w:ascii="Times New Roman" w:eastAsia="Times New Roman" w:hAnsi="Times New Roman" w:cs="Times New Roman"/>
          <w:color w:val="000000"/>
        </w:rPr>
        <w:t>（t＋2t）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，解得：</w:t>
      </w:r>
      <w:r>
        <w:rPr>
          <w:rFonts w:ascii="Times New Roman" w:eastAsia="Times New Roman" w:hAnsi="Times New Roman" w:cs="Times New Roman"/>
          <w:color w:val="000000"/>
        </w:rPr>
        <w:t>t</w:t>
      </w:r>
      <w:r>
        <w:rPr>
          <w:rFonts w:ascii="宋体" w:eastAsia="宋体" w:hAnsi="宋体" w:cs="宋体"/>
          <w:color w:val="000000"/>
        </w:rPr>
        <w:t>＝</w:t>
      </w:r>
      <w:r>
        <w:pict>
          <v:shape id="_x0000_i708459" type="#_x0000_t75" alt="学科网(www.zxxk.com)--教育资源门户，提供试卷、教案、课件、论文、素材以及各类教学资源下载，还有大量而丰富的教学相关资讯！" style="width:18pt;height:30.75pt" o:oleicon="f" o:ole="">
            <v:imagedata r:id="rId1875" o:title="eqId9571e7724f596fa526128f763887caad"/>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③</w:t>
      </w:r>
      <w:r>
        <w:rPr>
          <w:rFonts w:ascii="宋体" w:eastAsia="宋体" w:hAnsi="宋体" w:cs="宋体"/>
          <w:color w:val="000000"/>
        </w:rPr>
        <w:t>当</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4</w:t>
      </w:r>
      <w:r>
        <w:rPr>
          <w:rFonts w:ascii="宋体" w:eastAsia="宋体" w:hAnsi="宋体" w:cs="宋体"/>
          <w:color w:val="000000"/>
        </w:rPr>
        <w:t>到达点</w:t>
      </w:r>
      <w:r>
        <w:rPr>
          <w:rFonts w:ascii="Times New Roman" w:eastAsia="Times New Roman" w:hAnsi="Times New Roman" w:cs="Times New Roman"/>
          <w:color w:val="000000"/>
        </w:rPr>
        <w:t>N</w:t>
      </w:r>
      <w:r>
        <w:rPr>
          <w:rFonts w:ascii="宋体" w:eastAsia="宋体" w:hAnsi="宋体" w:cs="宋体"/>
          <w:color w:val="000000"/>
        </w:rPr>
        <w:t>返回且在</w:t>
      </w:r>
      <w:r>
        <w:rPr>
          <w:rFonts w:ascii="Times New Roman" w:eastAsia="Times New Roman" w:hAnsi="Times New Roman" w:cs="Times New Roman"/>
          <w:color w:val="000000"/>
        </w:rPr>
        <w:t>Q</w:t>
      </w:r>
      <w:r>
        <w:rPr>
          <w:rFonts w:ascii="Times New Roman" w:eastAsia="Times New Roman" w:hAnsi="Times New Roman" w:cs="Times New Roman"/>
          <w:color w:val="000000"/>
          <w:vertAlign w:val="subscript"/>
        </w:rPr>
        <w:t>2</w:t>
      </w:r>
      <w:r>
        <w:rPr>
          <w:rFonts w:ascii="宋体" w:eastAsia="宋体" w:hAnsi="宋体" w:cs="宋体"/>
          <w:color w:val="000000"/>
        </w:rPr>
        <w:t>的左侧时，有</w:t>
      </w:r>
      <w:r>
        <w:rPr>
          <w:rFonts w:ascii="Times New Roman" w:eastAsia="Times New Roman" w:hAnsi="Times New Roman" w:cs="Times New Roman"/>
          <w:color w:val="000000"/>
        </w:rPr>
        <w:t>（t＋2t＋3t+4t）+（t＋2t）</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，解得：</w:t>
      </w:r>
      <w:r>
        <w:rPr>
          <w:rFonts w:ascii="Times New Roman" w:eastAsia="Times New Roman" w:hAnsi="Times New Roman" w:cs="Times New Roman"/>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答：</w:t>
      </w:r>
      <w:r>
        <w:rPr>
          <w:rFonts w:ascii="Times New Roman" w:eastAsia="Times New Roman" w:hAnsi="Times New Roman" w:cs="Times New Roman"/>
          <w:color w:val="000000"/>
        </w:rPr>
        <w:t>t</w:t>
      </w:r>
      <w:r>
        <w:rPr>
          <w:rFonts w:ascii="宋体" w:eastAsia="宋体" w:hAnsi="宋体" w:cs="宋体"/>
          <w:color w:val="000000"/>
        </w:rPr>
        <w:t>的值为</w:t>
      </w:r>
      <w:r>
        <w:pict>
          <v:shape id="_x0000_i708460" type="#_x0000_t75" alt="学科网(www.zxxk.com)--教育资源门户，提供试卷、教案、课件、论文、素材以及各类教学资源下载，还有大量而丰富的教学相关资讯！" style="width:9.85pt;height:27.85pt" o:oleicon="f" o:ole="">
            <v:imagedata r:id="rId1876" o:title="eqIda734873a608f0c070dec80b89d179754"/>
          </v:shape>
        </w:pict>
      </w:r>
      <w:r>
        <w:rPr>
          <w:rFonts w:ascii="宋体" w:eastAsia="宋体" w:hAnsi="宋体" w:cs="宋体"/>
          <w:color w:val="000000"/>
        </w:rPr>
        <w:t>或</w:t>
      </w:r>
      <w:r>
        <w:pict>
          <v:shape id="_x0000_i708461" type="#_x0000_t75" alt="学科网(www.zxxk.com)--教育资源门户，提供试卷、教案、课件、论文、素材以及各类教学资源下载，还有大量而丰富的教学相关资讯！" style="width:18pt;height:30.75pt" o:oleicon="f" o:ole="">
            <v:imagedata r:id="rId1877" o:title="eqId9571e7724f596fa526128f763887caad"/>
          </v:shape>
        </w:pic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sectPr w:rsidSect="00C321EB">
          <w:headerReference w:type="even" r:id="rId353"/>
          <w:footerReference w:type="even" r:id="rId354"/>
          <w:headerReference w:type="first" r:id="rId355"/>
          <w:footerReference w:type="first" r:id="rId356"/>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本题考查数轴上的动点问题，一元一次方程的应用等知识，分类讨论是本题的特点和难点．</w:t>
      </w:r>
    </w:p>
    <w:p>
      <w:pPr>
        <w:pStyle w:val="Heading2"/>
      </w:pPr>
      <w:r>
        <w:t>门头沟区斋堂中学</w:t>
      </w:r>
    </w:p>
    <w:p>
      <w:pPr>
        <w:spacing w:line="360" w:lineRule="auto"/>
        <w:jc w:val="left"/>
        <w:textAlignment w:val="center"/>
        <w:rPr>
          <w:color w:val="000000"/>
        </w:rPr>
      </w:pPr>
      <w:r>
        <w:rPr>
          <w:color w:val="000000"/>
        </w:rPr>
        <w:t xml:space="preserve">27. </w:t>
      </w:r>
      <w:r>
        <w:rPr>
          <w:rFonts w:ascii="宋体" w:eastAsia="宋体" w:hAnsi="宋体" w:cs="宋体"/>
          <w:color w:val="000000"/>
        </w:rPr>
        <w:t>阅读材料并解决问题：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）数学课上，老师提出如下问题：</w:t>
      </w:r>
    </w:p>
    <w:p>
      <w:pPr>
        <w:spacing w:line="360" w:lineRule="auto"/>
        <w:jc w:val="left"/>
        <w:textAlignment w:val="center"/>
        <w:rPr>
          <w:color w:val="000000"/>
        </w:rPr>
      </w:pPr>
      <w:r>
        <w:rPr>
          <w:rFonts w:ascii="宋体" w:eastAsia="宋体" w:hAnsi="宋体" w:cs="宋体"/>
          <w:color w:val="000000"/>
        </w:rPr>
        <w:t>观察下列算式：</w:t>
      </w:r>
    </w:p>
    <w:p>
      <w:pPr>
        <w:spacing w:line="360" w:lineRule="auto"/>
        <w:jc w:val="left"/>
        <w:textAlignment w:val="center"/>
        <w:rPr>
          <w:color w:val="000000"/>
        </w:rPr>
      </w:pPr>
      <w:r>
        <w:pict>
          <v:shape id="_x0000_i708462" type="#_x0000_t75" alt="学科网(www.zxxk.com)--教育资源门户，提供试卷、教案、课件、论文、素材以及各类教学资源下载，还有大量而丰富的教学相关资讯！" style="width:82pt;height:16pt" o:oleicon="f" o:ole="">
            <v:imagedata r:id="rId1878" o:title="eqId1bfb5b37843b7b369308b1c32af022c6"/>
          </v:shape>
        </w:pict>
      </w:r>
      <w:r>
        <w:rPr>
          <w:rFonts w:ascii="宋体" w:eastAsia="宋体" w:hAnsi="宋体" w:cs="宋体"/>
          <w:color w:val="000000"/>
        </w:rPr>
        <w:t>；</w:t>
      </w:r>
    </w:p>
    <w:p>
      <w:pPr>
        <w:spacing w:line="360" w:lineRule="auto"/>
        <w:jc w:val="left"/>
        <w:textAlignment w:val="center"/>
        <w:rPr>
          <w:color w:val="000000"/>
        </w:rPr>
      </w:pPr>
      <w:r>
        <w:pict>
          <v:shape id="_x0000_i708463" type="#_x0000_t75" alt="学科网(www.zxxk.com)--教育资源门户，提供试卷、教案、课件、论文、素材以及各类教学资源下载，还有大量而丰富的教学相关资讯！" style="width:84pt;height:16pt" o:oleicon="f" o:ole="">
            <v:imagedata r:id="rId1879" o:title="eqId3856d0518933fe30cde8897df574a9fc"/>
          </v:shape>
        </w:pict>
      </w:r>
      <w:r>
        <w:rPr>
          <w:rFonts w:ascii="宋体" w:eastAsia="宋体" w:hAnsi="宋体" w:cs="宋体"/>
          <w:color w:val="000000"/>
        </w:rPr>
        <w:t>；</w:t>
      </w:r>
    </w:p>
    <w:p>
      <w:pPr>
        <w:spacing w:line="360" w:lineRule="auto"/>
        <w:jc w:val="left"/>
        <w:textAlignment w:val="center"/>
        <w:rPr>
          <w:color w:val="000000"/>
        </w:rPr>
      </w:pPr>
      <w:r>
        <w:pict>
          <v:shape id="_x0000_i708464" type="#_x0000_t75" alt="学科网(www.zxxk.com)--教育资源门户，提供试卷、教案、课件、论文、素材以及各类教学资源下载，还有大量而丰富的教学相关资讯！" style="width:87pt;height:16pt" o:oleicon="f" o:ole="">
            <v:imagedata r:id="rId1880" o:title="eqId746bf321f280f96f0a14807d7bcaf809"/>
          </v:shape>
        </w:pict>
      </w:r>
    </w:p>
    <w:p>
      <w:pPr>
        <w:spacing w:line="360" w:lineRule="auto"/>
        <w:jc w:val="left"/>
        <w:textAlignment w:val="center"/>
        <w:rPr>
          <w:color w:val="000000"/>
        </w:rPr>
      </w:pPr>
      <w:r>
        <w:pict>
          <v:shape id="_x0000_i708465" type="#_x0000_t75" alt="学科网(www.zxxk.com)--教育资源门户，提供试卷、教案、课件、论文、素材以及各类教学资源下载，还有大量而丰富的教学相关资讯！" style="width:88pt;height:16pt" o:oleicon="f" o:ole="">
            <v:imagedata r:id="rId1881" o:title="eqId59e853435f0b6d775c74ba1ecc110474"/>
          </v:shape>
        </w:pict>
      </w:r>
    </w:p>
    <w:p>
      <w:pPr>
        <w:spacing w:line="360" w:lineRule="auto"/>
        <w:jc w:val="left"/>
        <w:textAlignment w:val="center"/>
        <w:rPr>
          <w:color w:val="000000"/>
        </w:rPr>
      </w:pPr>
      <w:r>
        <w:pict>
          <v:shape id="_x0000_i708466" type="#_x0000_t75" alt="学科网(www.zxxk.com)--教育资源门户，提供试卷、教案、课件、论文、素材以及各类教学资源下载，还有大量而丰富的教学相关资讯！" style="width:88pt;height:16pt" o:oleicon="f" o:ole="">
            <v:imagedata r:id="rId1882" o:title="eqId24f47744c80510ea2f917bb4ef7ac012"/>
          </v:shape>
        </w:pic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若字母</w:t>
      </w:r>
      <w:r>
        <w:pict>
          <v:shape id="_x0000_i708467" type="#_x0000_t75" alt="学科网(www.zxxk.com)--教育资源门户，提供试卷、教案、课件、论文、素材以及各类教学资源下载，还有大量而丰富的教学相关资讯！" style="width:20pt;height:16pt" o:oleicon="f" o:ole="">
            <v:imagedata r:id="rId1883" o:title="eqId632244ea6931507f8656e1cc3437d392"/>
          </v:shape>
        </w:pict>
      </w:r>
      <w:r>
        <w:rPr>
          <w:rFonts w:ascii="宋体" w:eastAsia="宋体" w:hAnsi="宋体" w:cs="宋体"/>
          <w:color w:val="000000"/>
        </w:rPr>
        <w:t>表示自然数，用含</w:t>
      </w:r>
      <w:r>
        <w:pict>
          <v:shape id="_x0000_i708468" type="#_x0000_t75" alt="学科网(www.zxxk.com)--教育资源门户，提供试卷、教案、课件、论文、素材以及各类教学资源下载，还有大量而丰富的教学相关资讯！" style="width:20pt;height:16pt" o:oleicon="f" o:ole="">
            <v:imagedata r:id="rId1883" o:title="eqId632244ea6931507f8656e1cc3437d392"/>
          </v:shape>
        </w:pict>
      </w:r>
      <w:r>
        <w:rPr>
          <w:rFonts w:ascii="宋体" w:eastAsia="宋体" w:hAnsi="宋体" w:cs="宋体"/>
          <w:color w:val="000000"/>
        </w:rPr>
        <w:t>的式子表示观察得到的规律是</w:t>
      </w:r>
      <w:r>
        <w:pict>
          <v:shape id="_x0000_i708469" type="#_x0000_t75" alt="学科网(www.zxxk.com)--教育资源门户，提供试卷、教案、课件、论文、素材以及各类教学资源下载，还有大量而丰富的教学相关资讯！" style="width:46pt;height:16pt" o:oleicon="f" o:ole="">
            <v:imagedata r:id="rId1884"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）小云同学解决完老师提出的问题后，又继续研究，发现：</w:t>
      </w:r>
    </w:p>
    <w:p>
      <w:pPr>
        <w:spacing w:line="360" w:lineRule="auto"/>
        <w:jc w:val="left"/>
        <w:textAlignment w:val="center"/>
        <w:rPr>
          <w:color w:val="000000"/>
        </w:rPr>
      </w:pPr>
      <w:r>
        <w:rPr>
          <w:rFonts w:ascii="宋体" w:eastAsia="宋体" w:hAnsi="宋体" w:cs="宋体"/>
          <w:color w:val="000000"/>
        </w:rPr>
        <w:t>①当</w:t>
      </w:r>
      <w:r>
        <w:pict>
          <v:shape id="_x0000_i708470" type="#_x0000_t75" alt="学科网(www.zxxk.com)--教育资源门户，提供试卷、教案、课件、论文、素材以及各类教学资源下载，还有大量而丰富的教学相关资讯！" style="width:20pt;height:16pt" o:oleicon="f" o:ole="">
            <v:imagedata r:id="rId1885" o:title="eqId632244ea6931507f8656e1cc3437d392"/>
          </v:shape>
        </w:pict>
      </w:r>
      <w:r>
        <w:rPr>
          <w:rFonts w:ascii="宋体" w:eastAsia="宋体" w:hAnsi="宋体" w:cs="宋体"/>
          <w:color w:val="000000"/>
        </w:rPr>
        <w:t>表示负整数且</w:t>
      </w:r>
      <w:r>
        <w:pict>
          <v:shape id="_x0000_i708471" type="#_x0000_t75" alt="学科网(www.zxxk.com)--教育资源门户，提供试卷、教案、课件、论文、素材以及各类教学资源下载，还有大量而丰富的教学相关资讯！" style="width:42pt;height:14.25pt" o:oleicon="f" o:ole="">
            <v:imagedata r:id="rId1886" o:title="eqId5e9f817ad57fb668b829e18dfd21dc2a"/>
          </v:shape>
        </w:pict>
      </w:r>
      <w:r>
        <w:rPr>
          <w:rFonts w:ascii="宋体" w:eastAsia="宋体" w:hAnsi="宋体" w:cs="宋体"/>
          <w:color w:val="000000"/>
        </w:rPr>
        <w:t>时，上述规律仍旧成立；</w:t>
      </w:r>
    </w:p>
    <w:p>
      <w:pPr>
        <w:spacing w:line="360" w:lineRule="auto"/>
        <w:jc w:val="left"/>
        <w:textAlignment w:val="center"/>
        <w:rPr>
          <w:color w:val="000000"/>
        </w:rPr>
      </w:pPr>
      <w:r>
        <w:rPr>
          <w:rFonts w:ascii="宋体" w:eastAsia="宋体" w:hAnsi="宋体" w:cs="宋体"/>
          <w:color w:val="000000"/>
        </w:rPr>
        <w:t>②当</w:t>
      </w:r>
      <w:r>
        <w:pict>
          <v:shape id="_x0000_i708472" type="#_x0000_t75" alt="学科网(www.zxxk.com)--教育资源门户，提供试卷、教案、课件、论文、素材以及各类教学资源下载，还有大量而丰富的教学相关资讯！" style="width:20pt;height:16pt" o:oleicon="f" o:ole="">
            <v:imagedata r:id="rId1887" o:title="eqId632244ea6931507f8656e1cc3437d392"/>
          </v:shape>
        </w:pict>
      </w:r>
      <w:r>
        <w:rPr>
          <w:rFonts w:ascii="宋体" w:eastAsia="宋体" w:hAnsi="宋体" w:cs="宋体"/>
          <w:color w:val="000000"/>
        </w:rPr>
        <w:t>表示分数且</w:t>
      </w:r>
      <w:r>
        <w:pict>
          <v:shape id="_x0000_i708473" type="#_x0000_t75" alt="学科网(www.zxxk.com)--教育资源门户，提供试卷、教案、课件、论文、素材以及各类教学资源下载，还有大量而丰富的教学相关资讯！" style="width:42pt;height:14.25pt" o:oleicon="f" o:ole="">
            <v:imagedata r:id="rId1888" o:title="eqId5e9f817ad57fb668b829e18dfd21dc2a"/>
          </v:shape>
        </w:pict>
      </w:r>
      <w:r>
        <w:rPr>
          <w:rFonts w:ascii="宋体" w:eastAsia="宋体" w:hAnsi="宋体" w:cs="宋体"/>
          <w:color w:val="000000"/>
        </w:rPr>
        <w:t>时，上述规律仍旧成立</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请你对小云的两个发现进行验证，每个发现举出一个算式；</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）请你参照小云同学的研究思路，进行猜想，验证、归纳，当</w:t>
      </w:r>
      <w:r>
        <w:pict>
          <v:shape id="_x0000_i708474" type="#_x0000_t75" alt="学科网(www.zxxk.com)--教育资源门户，提供试卷、教案、课件、论文、素材以及各类教学资源下载，还有大量而丰富的教学相关资讯！" style="width:44.25pt;height:14.25pt" o:oleicon="f" o:ole="">
            <v:imagedata r:id="rId1889" o:title="eqId11fbf630427da7e2520a3318e9483a40"/>
          </v:shape>
        </w:pict>
      </w:r>
      <w:r>
        <w:rPr>
          <w:rFonts w:ascii="宋体" w:eastAsia="宋体" w:hAnsi="宋体" w:cs="宋体"/>
          <w:color w:val="000000"/>
        </w:rPr>
        <w:t>时，</w:t>
      </w:r>
      <w:r>
        <w:pict>
          <v:shape id="_x0000_i708475" type="#_x0000_t75" alt="学科网(www.zxxk.com)--教育资源门户，提供试卷、教案、课件、论文、素材以及各类教学资源下载，还有大量而丰富的教学相关资讯！" style="width:46pt;height:16pt" o:oleicon="f" o:ole="">
            <v:imagedata r:id="rId1890"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pict>
          <v:shape id="_x0000_i708476" type="#_x0000_t75" alt="学科网(www.zxxk.com)--教育资源门户，提供试卷、教案、课件、论文、素材以及各类教学资源下载，还有大量而丰富的教学相关资讯！" style="width:20pt;height:16pt" o:oleicon="f" o:ole="">
            <v:imagedata r:id="rId1891" o:title="eqId632244ea6931507f8656e1cc3437d392"/>
          </v:shape>
        </w:pict>
      </w:r>
      <w:r>
        <w:rPr>
          <w:rFonts w:ascii="宋体" w:eastAsia="宋体" w:hAnsi="宋体" w:cs="宋体"/>
          <w:color w:val="000000"/>
        </w:rPr>
        <w:t>的代数式表示）；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）进一步进行猜想、验证、归纳，当</w:t>
      </w:r>
      <w:r>
        <w:pict>
          <v:shape id="_x0000_i708477" type="#_x0000_t75" alt="学科网(www.zxxk.com)--教育资源门户，提供试卷、教案、课件、论文、素材以及各类教学资源下载，还有大量而丰富的教学相关资讯！" style="width:47pt;height:13.95pt" o:oleicon="f" o:ole="">
            <v:imagedata r:id="rId1892" o:title="eqId90f208c8c6cfc59871f2c78021f9e77f"/>
          </v:shape>
        </w:pict>
      </w:r>
      <w:r>
        <w:rPr>
          <w:rFonts w:ascii="宋体" w:eastAsia="宋体" w:hAnsi="宋体" w:cs="宋体"/>
          <w:color w:val="000000"/>
        </w:rPr>
        <w:t>（</w:t>
      </w:r>
      <w:r>
        <w:pict>
          <v:shape id="_x0000_i708478" type="#_x0000_t75" alt="学科网(www.zxxk.com)--教育资源门户，提供试卷、教案、课件、论文、素材以及各类教学资源下载，还有大量而丰富的教学相关资讯！" style="width:12.75pt;height:11.25pt" o:oleicon="f" o:ole="">
            <v:imagedata r:id="rId1893" o:title="eqId294f5ba74cdf695fc9a8a8e52f421328"/>
          </v:shape>
        </w:pict>
      </w:r>
      <w:r>
        <w:rPr>
          <w:rFonts w:ascii="宋体" w:eastAsia="宋体" w:hAnsi="宋体" w:cs="宋体"/>
          <w:color w:val="000000"/>
        </w:rPr>
        <w:t>为有理数）时，</w:t>
      </w:r>
      <w:r>
        <w:pict>
          <v:shape id="_x0000_i708479" type="#_x0000_t75" alt="学科网(www.zxxk.com)--教育资源门户，提供试卷、教案、课件、论文、素材以及各类教学资源下载，还有大量而丰富的教学相关资讯！" style="width:46pt;height:16pt" o:oleicon="f" o:ole="">
            <v:imagedata r:id="rId1894" o:title="eqIdd38cfacb377d5b320df5ecd63b6fa6a9"/>
          </v:shape>
        </w:pict>
      </w:r>
      <w:r>
        <w:rPr>
          <w:rFonts w:ascii="Times New Roman" w:eastAsia="Times New Roman" w:hAnsi="Times New Roman" w:cs="Times New Roman"/>
          <w:color w:val="000000"/>
          <w:u w:val="single"/>
        </w:rPr>
        <w:t xml:space="preserve">      </w:t>
      </w:r>
      <w:r>
        <w:rPr>
          <w:rFonts w:ascii="宋体" w:eastAsia="宋体" w:hAnsi="宋体" w:cs="宋体"/>
          <w:color w:val="000000"/>
        </w:rPr>
        <w:t>（用含</w:t>
      </w:r>
      <w:r>
        <w:pict>
          <v:shape id="_x0000_i708480" type="#_x0000_t75" alt="学科网(www.zxxk.com)--教育资源门户，提供试卷、教案、课件、论文、素材以及各类教学资源下载，还有大量而丰富的教学相关资讯！" style="width:12.75pt;height:11.25pt" o:oleicon="f" o:ole="">
            <v:imagedata r:id="rId1893" o:title="eqId294f5ba74cdf695fc9a8a8e52f421328"/>
          </v:shape>
        </w:pict>
      </w:r>
      <w:r>
        <w:rPr>
          <w:rFonts w:ascii="宋体" w:eastAsia="宋体" w:hAnsi="宋体" w:cs="宋体"/>
          <w:color w:val="000000"/>
        </w:rPr>
        <w:t>，</w:t>
      </w:r>
      <w:r>
        <w:pict>
          <v:shape id="_x0000_i708481" type="#_x0000_t75" alt="学科网(www.zxxk.com)--教育资源门户，提供试卷、教案、课件、论文、素材以及各类教学资源下载，还有大量而丰富的教学相关资讯！" style="width:9pt;height:9.75pt" o:oleicon="f" o:ole="">
            <v:imagedata r:id="rId1895" o:title="eqId0a6936d370d6a238a608ca56f87198de"/>
          </v:shape>
        </w:pict>
      </w:r>
      <w:r>
        <w:rPr>
          <w:rFonts w:ascii="宋体" w:eastAsia="宋体" w:hAnsi="宋体" w:cs="宋体"/>
          <w:color w:val="000000"/>
        </w:rPr>
        <w:t>，</w:t>
      </w:r>
      <w:r>
        <w:pict>
          <v:shape id="_x0000_i708482" type="#_x0000_t75" alt="学科网(www.zxxk.com)--教育资源门户，提供试卷、教案、课件、论文、素材以及各类教学资源下载，还有大量而丰富的教学相关资讯！" style="width:9.9pt;height:14.35pt" o:oleicon="f" o:ole="">
            <v:imagedata r:id="rId1896" o:title="eqId2c94bb12cee76221e13f9ef955b0aab1"/>
          </v:shape>
        </w:pict>
      </w:r>
      <w:r>
        <w:rPr>
          <w:rFonts w:ascii="宋体" w:eastAsia="宋体" w:hAnsi="宋体" w:cs="宋体"/>
          <w:color w:val="000000"/>
        </w:rPr>
        <w:t>的代数式表示）。</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）见解析；（</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2(a+b)</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m(a+b)</w:t>
      </w:r>
      <w:r>
        <w:rPr>
          <w:rFonts w:ascii="Times New Roman" w:eastAsia="Times New Roman" w:hAnsi="Times New Roman" w:cs="Times New Roman"/>
          <w:color w:val="000000"/>
          <w:position w:val="-22"/>
        </w:rPr>
        <w:drawing>
          <wp:inline>
            <wp:extent cx="31750" cy="88900"/>
            <wp:docPr id="288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 name=""/>
                    <pic:cNvPicPr>
                      <a:picLocks noChangeAspect="1"/>
                    </pic:cNvPicPr>
                  </pic:nvPicPr>
                  <pic:blipFill>
                    <a:blip r:embed="rId1897"/>
                    <a:stretch>
                      <a:fillRect/>
                    </a:stretch>
                  </pic:blipFill>
                  <pic:spPr>
                    <a:xfrm>
                      <a:off x="0" y="0"/>
                      <a:ext cx="31750" cy="88900"/>
                    </a:xfrm>
                    <a:prstGeom prst="rect">
                      <a:avLst/>
                    </a:prstGeom>
                  </pic:spPr>
                </pic:pic>
              </a:graphicData>
            </a:graphic>
          </wp:inline>
        </w:drawing>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）观察所给出的式子可得出相差</w:t>
      </w:r>
      <w:r>
        <w:rPr>
          <w:rFonts w:ascii="Times New Roman" w:eastAsia="Times New Roman" w:hAnsi="Times New Roman" w:cs="Times New Roman"/>
          <w:color w:val="000000"/>
        </w:rPr>
        <w:t>1</w:t>
      </w:r>
      <w:r>
        <w:rPr>
          <w:rFonts w:ascii="宋体" w:eastAsia="宋体" w:hAnsi="宋体" w:cs="宋体"/>
          <w:color w:val="000000"/>
        </w:rPr>
        <w:t>的两个数的平方差的关系，进而可用</w:t>
      </w:r>
      <w:r>
        <w:rPr>
          <w:rFonts w:ascii="Times New Roman" w:eastAsia="Times New Roman" w:hAnsi="Times New Roman" w:cs="Times New Roman"/>
          <w:color w:val="000000"/>
        </w:rPr>
        <w:t>a</w:t>
      </w:r>
      <w:r>
        <w:rPr>
          <w:rFonts w:ascii="宋体" w:eastAsia="宋体" w:hAnsi="宋体" w:cs="宋体"/>
          <w:color w:val="000000"/>
        </w:rPr>
        <w:t>，</w:t>
      </w:r>
      <w:r>
        <w:rPr>
          <w:rFonts w:ascii="Times New Roman" w:eastAsia="Times New Roman" w:hAnsi="Times New Roman" w:cs="Times New Roman"/>
          <w:color w:val="000000"/>
        </w:rPr>
        <w:t>b</w:t>
      </w:r>
      <w:r>
        <w:rPr>
          <w:rFonts w:ascii="宋体" w:eastAsia="宋体" w:hAnsi="宋体" w:cs="宋体"/>
          <w:color w:val="000000"/>
        </w:rPr>
        <w:t>表示出规律；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）①运用平方差公式进行验证即可；</w:t>
      </w:r>
    </w:p>
    <w:p>
      <w:pPr>
        <w:spacing w:line="360" w:lineRule="auto"/>
        <w:jc w:val="left"/>
        <w:textAlignment w:val="center"/>
        <w:rPr>
          <w:color w:val="000000"/>
        </w:rPr>
      </w:pPr>
      <w:r>
        <w:rPr>
          <w:rFonts w:ascii="宋体" w:eastAsia="宋体" w:hAnsi="宋体" w:cs="宋体"/>
          <w:color w:val="000000"/>
        </w:rPr>
        <w:t>②运用平方差公式进行验证即可；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）依据连续偶数（奇数）平方差公式进行猜想，验证、归纳可得</w:t>
      </w:r>
      <w:r>
        <w:pict>
          <v:shape id="_x0000_i708483" type="#_x0000_t75" alt="学科网(www.zxxk.com)--教育资源门户，提供试卷、教案、课件、论文、素材以及各类教学资源下载，还有大量而丰富的教学相关资讯！" style="width:46pt;height:16pt" o:oleicon="f" o:ole="">
            <v:imagedata r:id="rId1898" o:title="eqIdd38cfacb377d5b320df5ecd63b6fa6a9"/>
          </v:shape>
        </w:pict>
      </w:r>
      <w:r>
        <w:pict>
          <v:shape id="_x0000_i708484" type="#_x0000_t75" alt="学科网(www.zxxk.com)--教育资源门户，提供试卷、教案、课件、论文、素材以及各类教学资源下载，还有大量而丰富的教学相关资讯！" style="width:41.25pt;height:15.75pt" o:oleicon="f" o:ole="">
            <v:imagedata r:id="rId1899" o:title="eqId425ab65a138282bfa043c517d2896a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）依据前</w:t>
      </w:r>
      <w:r>
        <w:rPr>
          <w:rFonts w:ascii="Times New Roman" w:eastAsia="Times New Roman" w:hAnsi="Times New Roman" w:cs="Times New Roman"/>
          <w:color w:val="000000"/>
        </w:rPr>
        <w:t>3</w:t>
      </w:r>
      <w:r>
        <w:rPr>
          <w:rFonts w:ascii="宋体" w:eastAsia="宋体" w:hAnsi="宋体" w:cs="宋体"/>
          <w:color w:val="000000"/>
        </w:rPr>
        <w:t>小问的经验可总结出</w:t>
      </w:r>
      <w:r>
        <w:pict>
          <v:shape id="_x0000_i708485" type="#_x0000_t75" alt="学科网(www.zxxk.com)--教育资源门户，提供试卷、教案、课件、论文、素材以及各类教学资源下载，还有大量而丰富的教学相关资讯！" style="width:46pt;height:16pt" o:oleicon="f" o:ole="">
            <v:imagedata r:id="rId1900" o:title="eqIdd38cfacb377d5b320df5ecd63b6fa6a9"/>
          </v:shape>
        </w:pict>
      </w:r>
      <w:r>
        <w:pict>
          <v:shape id="_x0000_i708486" type="#_x0000_t75" alt="学科网(www.zxxk.com)--教育资源门户，提供试卷、教案、课件、论文、素材以及各类教学资源下载，还有大量而丰富的教学相关资讯！" style="width:44.25pt;height:15.75pt" o:oleicon="f" o:ole="">
            <v:imagedata r:id="rId1901" o:title="eqId9b599444bf1f20407f363a12fb7abf73"/>
          </v:shape>
        </w:pi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8487" type="#_x0000_t75" alt="学科网(www.zxxk.com)--教育资源门户，提供试卷、教案、课件、论文、素材以及各类教学资源下载，还有大量而丰富的教学相关资讯！" style="width:143.25pt;height:18pt" o:oleicon="f" o:ole="">
            <v:imagedata r:id="rId1902" o:title="eqId4b8bbd80d4e6539260911f0ccb23c85d"/>
          </v:shape>
        </w:pict>
      </w:r>
      <w:r>
        <w:rPr>
          <w:rFonts w:ascii="宋体" w:eastAsia="宋体" w:hAnsi="宋体" w:cs="宋体"/>
          <w:color w:val="000000"/>
        </w:rPr>
        <w:t>；</w:t>
      </w:r>
    </w:p>
    <w:p>
      <w:pPr>
        <w:spacing w:line="360" w:lineRule="auto"/>
        <w:jc w:val="left"/>
        <w:textAlignment w:val="center"/>
        <w:rPr>
          <w:color w:val="000000"/>
        </w:rPr>
      </w:pPr>
      <w:r>
        <w:pict>
          <v:shape id="_x0000_i708488" type="#_x0000_t75" alt="学科网(www.zxxk.com)--教育资源门户，提供试卷、教案、课件、论文、素材以及各类教学资源下载，还有大量而丰富的教学相关资讯！" style="width:144.75pt;height:18pt" o:oleicon="f" o:ole="">
            <v:imagedata r:id="rId1903" o:title="eqId43e401e86f8b37ce20f0be86573417dc"/>
          </v:shape>
        </w:pict>
      </w:r>
      <w:r>
        <w:rPr>
          <w:rFonts w:ascii="宋体" w:eastAsia="宋体" w:hAnsi="宋体" w:cs="宋体"/>
          <w:color w:val="000000"/>
        </w:rPr>
        <w:t>；</w:t>
      </w:r>
    </w:p>
    <w:p>
      <w:pPr>
        <w:spacing w:line="360" w:lineRule="auto"/>
        <w:jc w:val="left"/>
        <w:textAlignment w:val="center"/>
        <w:rPr>
          <w:color w:val="000000"/>
        </w:rPr>
      </w:pPr>
      <w:r>
        <w:pict>
          <v:shape id="_x0000_i708489" type="#_x0000_t75" alt="学科网(www.zxxk.com)--教育资源门户，提供试卷、教案、课件、论文、素材以及各类教学资源下载，还有大量而丰富的教学相关资讯！" style="width:150.75pt;height:18pt" o:oleicon="f" o:ole="">
            <v:imagedata r:id="rId1904" o:title="eqIded27ace2b453eae400bbf704ad3b9f81"/>
          </v:shape>
        </w:pict>
      </w:r>
    </w:p>
    <w:p>
      <w:pPr>
        <w:spacing w:line="360" w:lineRule="auto"/>
        <w:jc w:val="left"/>
        <w:textAlignment w:val="center"/>
        <w:rPr>
          <w:color w:val="000000"/>
        </w:rPr>
      </w:pPr>
      <w:r>
        <w:pict>
          <v:shape id="_x0000_i708490" type="#_x0000_t75" alt="学科网(www.zxxk.com)--教育资源门户，提供试卷、教案、课件、论文、素材以及各类教学资源下载，还有大量而丰富的教学相关资讯！" style="width:152.25pt;height:18pt" o:oleicon="f" o:ole="">
            <v:imagedata r:id="rId1905" o:title="eqIdee44b8c82fc1df22e604cf3e1c062e21"/>
          </v:shape>
        </w:pict>
      </w:r>
    </w:p>
    <w:p>
      <w:pPr>
        <w:spacing w:line="360" w:lineRule="auto"/>
        <w:jc w:val="left"/>
        <w:textAlignment w:val="center"/>
        <w:rPr>
          <w:color w:val="000000"/>
        </w:rPr>
      </w:pPr>
      <w:r>
        <w:pict>
          <v:shape id="_x0000_i708491" type="#_x0000_t75" alt="学科网(www.zxxk.com)--教育资源门户，提供试卷、教案、课件、论文、素材以及各类教学资源下载，还有大量而丰富的教学相关资讯！" style="width:152.25pt;height:18pt" o:oleicon="f" o:ole="">
            <v:imagedata r:id="rId1906" o:title="eqId1906a25c20d525b4f0c1b6b736c75819"/>
          </v:shape>
        </w:pict>
      </w:r>
    </w:p>
    <w:p>
      <w:pPr>
        <w:spacing w:line="360" w:lineRule="auto"/>
        <w:jc w:val="left"/>
        <w:textAlignment w:val="center"/>
        <w:rPr>
          <w:color w:val="000000"/>
        </w:rPr>
      </w:pPr>
      <w:r>
        <w:rPr>
          <w:rFonts w:ascii="宋体" w:eastAsia="宋体" w:hAnsi="宋体" w:cs="宋体"/>
          <w:color w:val="000000"/>
        </w:rPr>
        <w:t>若字母</w:t>
      </w:r>
      <w:r>
        <w:pict>
          <v:shape id="_x0000_i708492" type="#_x0000_t75" alt="学科网(www.zxxk.com)--教育资源门户，提供试卷、教案、课件、论文、素材以及各类教学资源下载，还有大量而丰富的教学相关资讯！" style="width:20pt;height:16pt" o:oleicon="f" o:ole="">
            <v:imagedata r:id="rId1907" o:title="eqId632244ea6931507f8656e1cc3437d392"/>
          </v:shape>
        </w:pict>
      </w:r>
      <w:r>
        <w:rPr>
          <w:rFonts w:ascii="宋体" w:eastAsia="宋体" w:hAnsi="宋体" w:cs="宋体"/>
          <w:color w:val="000000"/>
        </w:rPr>
        <w:t>表示自然数，则有</w:t>
      </w:r>
      <w:r>
        <w:rPr>
          <w:rFonts w:ascii="Times New Roman" w:eastAsia="Times New Roman" w:hAnsi="Times New Roman" w:cs="Times New Roman"/>
          <w:color w:val="000000"/>
        </w:rPr>
        <w:t>a-b=1,</w:t>
      </w:r>
    </w:p>
    <w:p>
      <w:pPr>
        <w:spacing w:line="360" w:lineRule="auto"/>
        <w:jc w:val="left"/>
        <w:textAlignment w:val="center"/>
        <w:rPr>
          <w:color w:val="000000"/>
        </w:rPr>
      </w:pPr>
      <w:r>
        <w:rPr>
          <w:rFonts w:ascii="宋体" w:eastAsia="宋体" w:hAnsi="宋体" w:cs="宋体"/>
          <w:color w:val="000000"/>
        </w:rPr>
        <w:t>∴用含</w:t>
      </w:r>
      <w:r>
        <w:pict>
          <v:shape id="_x0000_i708493" type="#_x0000_t75" alt="学科网(www.zxxk.com)--教育资源门户，提供试卷、教案、课件、论文、素材以及各类教学资源下载，还有大量而丰富的教学相关资讯！" style="width:20pt;height:16pt" o:oleicon="f" o:ole="">
            <v:imagedata r:id="rId1908" o:title="eqId632244ea6931507f8656e1cc3437d392"/>
          </v:shape>
        </w:pict>
      </w:r>
      <w:r>
        <w:rPr>
          <w:rFonts w:ascii="宋体" w:eastAsia="宋体" w:hAnsi="宋体" w:cs="宋体"/>
          <w:color w:val="000000"/>
        </w:rPr>
        <w:t>的式子表示观察得到的规律是</w:t>
      </w:r>
      <w:r>
        <w:pict>
          <v:shape id="_x0000_i708494" type="#_x0000_t75" alt="学科网(www.zxxk.com)--教育资源门户，提供试卷、教案、课件、论文、素材以及各类教学资源下载，还有大量而丰富的教学相关资讯！" style="width:46pt;height:16pt" o:oleicon="f" o:ole="">
            <v:imagedata r:id="rId1909" o:title="eqIdd38cfacb377d5b320df5ecd63b6fa6a9"/>
          </v:shape>
        </w:pict>
      </w:r>
      <w:r>
        <w:pict>
          <v:shape id="_x0000_i708495" type="#_x0000_t75" alt="学科网(www.zxxk.com)--教育资源门户，提供试卷、教案、课件、论文、素材以及各类教学资源下载，还有大量而丰富的教学相关资讯！" style="width:22.1pt;height:12.85pt" o:oleicon="f" o:ole="">
            <v:imagedata r:id="rId1910" o:title="eqId96187825b08503f8e22b1bf92309d42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）①当</w:t>
      </w:r>
      <w:r>
        <w:pict>
          <v:shape id="_x0000_i708496" type="#_x0000_t75" alt="学科网(www.zxxk.com)--教育资源门户，提供试卷、教案、课件、论文、素材以及各类教学资源下载，还有大量而丰富的教学相关资讯！" style="width:20pt;height:16pt" o:oleicon="f" o:ole="">
            <v:imagedata r:id="rId1911" o:title="eqId632244ea6931507f8656e1cc3437d392"/>
          </v:shape>
        </w:pict>
      </w:r>
      <w:r>
        <w:rPr>
          <w:rFonts w:ascii="宋体" w:eastAsia="宋体" w:hAnsi="宋体" w:cs="宋体"/>
          <w:color w:val="000000"/>
        </w:rPr>
        <w:t>表示负整数且</w:t>
      </w:r>
      <w:r>
        <w:pict>
          <v:shape id="_x0000_i708497" type="#_x0000_t75" alt="学科网(www.zxxk.com)--教育资源门户，提供试卷、教案、课件、论文、素材以及各类教学资源下载，还有大量而丰富的教学相关资讯！" style="width:42pt;height:14.25pt" o:oleicon="f" o:ole="">
            <v:imagedata r:id="rId1912" o:title="eqId5e9f817ad57fb668b829e18dfd21dc2a"/>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color w:val="000000"/>
        </w:rPr>
        <w:t>a=-2</w:t>
      </w:r>
      <w:r>
        <w:rPr>
          <w:rFonts w:ascii="宋体" w:eastAsia="宋体" w:hAnsi="宋体" w:cs="宋体"/>
          <w:color w:val="000000"/>
        </w:rPr>
        <w:t>，</w:t>
      </w:r>
      <w:r>
        <w:rPr>
          <w:rFonts w:ascii="Times New Roman" w:eastAsia="Times New Roman" w:hAnsi="Times New Roman" w:cs="Times New Roman"/>
          <w:color w:val="000000"/>
        </w:rPr>
        <w:t>b=-3</w:t>
      </w:r>
      <w:r>
        <w:rPr>
          <w:rFonts w:ascii="宋体" w:eastAsia="宋体" w:hAnsi="宋体" w:cs="宋体"/>
          <w:color w:val="000000"/>
        </w:rPr>
        <w:t>时，（</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=4-9=-5</w:t>
      </w:r>
    </w:p>
    <w:p>
      <w:pPr>
        <w:spacing w:line="360" w:lineRule="auto"/>
        <w:jc w:val="left"/>
        <w:textAlignment w:val="center"/>
        <w:rPr>
          <w:color w:val="000000"/>
        </w:rPr>
      </w:pP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=-5</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w:t>
      </w:r>
      <w:r>
        <w:pict>
          <v:shape id="_x0000_i708498" type="#_x0000_t75" alt="学科网(www.zxxk.com)--教育资源门户，提供试卷、教案、课件、论文、素材以及各类教学资源下载，还有大量而丰富的教学相关资讯！" style="width:20pt;height:16pt" o:oleicon="f" o:ole="">
            <v:imagedata r:id="rId1913" o:title="eqId632244ea6931507f8656e1cc3437d392"/>
          </v:shape>
        </w:pict>
      </w:r>
      <w:r>
        <w:rPr>
          <w:rFonts w:ascii="宋体" w:eastAsia="宋体" w:hAnsi="宋体" w:cs="宋体"/>
          <w:color w:val="000000"/>
        </w:rPr>
        <w:t>表示分数且</w:t>
      </w:r>
      <w:r>
        <w:pict>
          <v:shape id="_x0000_i708499" type="#_x0000_t75" alt="学科网(www.zxxk.com)--教育资源门户，提供试卷、教案、课件、论文、素材以及各类教学资源下载，还有大量而丰富的教学相关资讯！" style="width:42pt;height:14.25pt" o:oleicon="f" o:ole="">
            <v:imagedata r:id="rId1914" o:title="eqId5e9f817ad57fb668b829e18dfd21dc2a"/>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当</w:t>
      </w:r>
      <w:r>
        <w:pict>
          <v:shape id="_x0000_i708500" type="#_x0000_t75" alt="学科网(www.zxxk.com)--教育资源门户，提供试卷、教案、课件、论文、素材以及各类教学资源下载，还有大量而丰富的教学相关资讯！" style="width:30pt;height:30.75pt" o:oleicon="f" o:ole="">
            <v:imagedata r:id="rId1915" o:title="eqId5c712829d60b4ea93966a5c68c24d677"/>
          </v:shape>
        </w:pict>
      </w:r>
      <w:r>
        <w:rPr>
          <w:rFonts w:ascii="宋体" w:eastAsia="宋体" w:hAnsi="宋体" w:cs="宋体"/>
          <w:color w:val="000000"/>
        </w:rPr>
        <w:t>，</w:t>
      </w:r>
      <w:r>
        <w:pict>
          <v:shape id="_x0000_i708501" type="#_x0000_t75" alt="学科网(www.zxxk.com)--教育资源门户，提供试卷、教案、课件、论文、素材以及各类教学资源下载，还有大量而丰富的教学相关资讯！" style="width:29pt;height:31pt" o:oleicon="f" o:ole="">
            <v:imagedata r:id="rId1916" o:title="eqIddc64eaf4cd6737b000b28f1fcdd16c4b"/>
          </v:shape>
        </w:pict>
      </w:r>
      <w:r>
        <w:rPr>
          <w:rFonts w:ascii="宋体" w:eastAsia="宋体" w:hAnsi="宋体" w:cs="宋体"/>
          <w:color w:val="000000"/>
        </w:rPr>
        <w:t>时，</w:t>
      </w:r>
      <w:r>
        <w:pict>
          <v:shape id="_x0000_i708502" type="#_x0000_t75" alt="学科网(www.zxxk.com)--教育资源门户，提供试卷、教案、课件、论文、素材以及各类教学资源下载，还有大量而丰富的教学相关资讯！" style="width:113.25pt;height:30.75pt" o:oleicon="f" o:ole="">
            <v:imagedata r:id="rId1917" o:title="eqIdc183370e0d007d16cd68c46b5d443616"/>
          </v:shape>
        </w:pict>
      </w:r>
      <w:r>
        <w:rPr>
          <w:color w:val="000000"/>
        </w:rPr>
        <w:t xml:space="preserve">    </w:t>
      </w:r>
    </w:p>
    <w:p>
      <w:pPr>
        <w:spacing w:line="360" w:lineRule="auto"/>
        <w:jc w:val="left"/>
        <w:textAlignment w:val="center"/>
        <w:rPr>
          <w:color w:val="000000"/>
        </w:rPr>
      </w:pPr>
      <w:r>
        <w:pict>
          <v:shape id="_x0000_i708503" type="#_x0000_t75" alt="学科网(www.zxxk.com)--教育资源门户，提供试卷、教案、课件、论文、素材以及各类教学资源下载，还有大量而丰富的教学相关资讯！" style="width:48pt;height:30.75pt" o:oleicon="f" o:ole="">
            <v:imagedata r:id="rId1918" o:title="eqId29550db97473b77b57eb7b722c644cc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504" type="#_x0000_t75" alt="学科网(www.zxxk.com)--教育资源门户，提供试卷、教案、课件、论文、素材以及各类教学资源下载，还有大量而丰富的教学相关资讯！" style="width:95.25pt;height:30.75pt" o:oleicon="f" o:ole="">
            <v:imagedata r:id="rId1919" o:title="eqId823221e8229011f38053f57930e58cf1"/>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8505" type="#_x0000_t75" alt="学科网(www.zxxk.com)--教育资源门户，提供试卷、教案、课件、论文、素材以及各类教学资源下载，还有大量而丰富的教学相关资讯！" style="width:159pt;height:18pt" o:oleicon="f" o:ole="">
            <v:imagedata r:id="rId1920" o:title="eqId96385464568591b4b846a31c147018ab"/>
          </v:shape>
        </w:pict>
      </w:r>
      <w:r>
        <w:rPr>
          <w:rFonts w:ascii="宋体" w:eastAsia="宋体" w:hAnsi="宋体" w:cs="宋体"/>
          <w:color w:val="000000"/>
        </w:rPr>
        <w:t>；</w:t>
      </w:r>
    </w:p>
    <w:p>
      <w:pPr>
        <w:spacing w:line="360" w:lineRule="auto"/>
        <w:jc w:val="left"/>
        <w:textAlignment w:val="center"/>
        <w:rPr>
          <w:color w:val="000000"/>
        </w:rPr>
      </w:pPr>
      <w:r>
        <w:pict>
          <v:shape id="_x0000_i708506" type="#_x0000_t75" alt="学科网(www.zxxk.com)--教育资源门户，提供试卷、教案、课件、论文、素材以及各类教学资源下载，还有大量而丰富的教学相关资讯！" style="width:162.75pt;height:18pt" o:oleicon="f" o:ole="">
            <v:imagedata r:id="rId1921" o:title="eqIde77e04f397f626a230a6fc8c2e35e073"/>
          </v:shape>
        </w:pict>
      </w:r>
      <w:r>
        <w:rPr>
          <w:rFonts w:ascii="宋体" w:eastAsia="宋体" w:hAnsi="宋体" w:cs="宋体"/>
          <w:color w:val="000000"/>
        </w:rPr>
        <w:t>；</w:t>
      </w:r>
    </w:p>
    <w:p>
      <w:pPr>
        <w:spacing w:line="360" w:lineRule="auto"/>
        <w:jc w:val="left"/>
        <w:textAlignment w:val="center"/>
        <w:rPr>
          <w:color w:val="000000"/>
        </w:rPr>
      </w:pPr>
      <w:r>
        <w:pict>
          <v:shape id="_x0000_i708507" type="#_x0000_t75" alt="学科网(www.zxxk.com)--教育资源门户，提供试卷、教案、课件、论文、素材以及各类教学资源下载，还有大量而丰富的教学相关资讯！" style="width:164.25pt;height:18pt" o:oleicon="f" o:ole="">
            <v:imagedata r:id="rId1922" o:title="eqId3e87306ff50291f1a2b88fa724c0fa47"/>
          </v:shape>
        </w:pict>
      </w:r>
    </w:p>
    <w:p>
      <w:pPr>
        <w:spacing w:line="360" w:lineRule="auto"/>
        <w:jc w:val="left"/>
        <w:textAlignment w:val="center"/>
        <w:rPr>
          <w:color w:val="000000"/>
        </w:rPr>
      </w:pPr>
      <w:r>
        <w:pict>
          <v:shape id="_x0000_i708508" type="#_x0000_t75" alt="学科网(www.zxxk.com)--教育资源门户，提供试卷、教案、课件、论文、素材以及各类教学资源下载，还有大量而丰富的教学相关资讯！" style="width:167.25pt;height:18pt" o:oleicon="f" o:ole="">
            <v:imagedata r:id="rId1923" o:title="eqIdaa0e90bcbe473d2fbe4ba9d13b58c660"/>
          </v:shape>
        </w:pict>
      </w:r>
    </w:p>
    <w:p>
      <w:pPr>
        <w:spacing w:line="360" w:lineRule="auto"/>
        <w:jc w:val="left"/>
        <w:textAlignment w:val="center"/>
        <w:rPr>
          <w:color w:val="000000"/>
        </w:rPr>
      </w:pPr>
      <w:r>
        <w:pict>
          <v:shape id="_x0000_i708509" type="#_x0000_t75" alt="学科网(www.zxxk.com)--教育资源门户，提供试卷、教案、课件、论文、素材以及各类教学资源下载，还有大量而丰富的教学相关资讯！" style="width:183pt;height:18pt" o:oleicon="f" o:ole="">
            <v:imagedata r:id="rId1924" o:title="eqId9c1f5a4ee43613e78e2324703b66ebb4"/>
          </v:shape>
        </w:pict>
      </w:r>
    </w:p>
    <w:p>
      <w:pPr>
        <w:spacing w:line="360" w:lineRule="auto"/>
        <w:jc w:val="left"/>
        <w:textAlignment w:val="center"/>
        <w:rPr>
          <w:color w:val="000000"/>
        </w:rPr>
      </w:pPr>
      <w:r>
        <w:rPr>
          <w:rFonts w:ascii="宋体" w:eastAsia="宋体" w:hAnsi="宋体" w:cs="宋体"/>
          <w:color w:val="000000"/>
        </w:rPr>
        <w:t>若字母</w:t>
      </w:r>
      <w:r>
        <w:pict>
          <v:shape id="_x0000_i708510" type="#_x0000_t75" alt="学科网(www.zxxk.com)--教育资源门户，提供试卷、教案、课件、论文、素材以及各类教学资源下载，还有大量而丰富的教学相关资讯！" style="width:20pt;height:16pt" o:oleicon="f" o:ole="">
            <v:imagedata r:id="rId1925" o:title="eqId632244ea6931507f8656e1cc3437d392"/>
          </v:shape>
        </w:pict>
      </w:r>
      <w:r>
        <w:rPr>
          <w:rFonts w:ascii="宋体" w:eastAsia="宋体" w:hAnsi="宋体" w:cs="宋体"/>
          <w:color w:val="000000"/>
        </w:rPr>
        <w:t>表示连续偶数（奇数），则有</w:t>
      </w:r>
      <w:r>
        <w:rPr>
          <w:rFonts w:ascii="Times New Roman" w:eastAsia="Times New Roman" w:hAnsi="Times New Roman" w:cs="Times New Roman"/>
          <w:color w:val="000000"/>
        </w:rPr>
        <w:t>a-b=2,</w:t>
      </w:r>
    </w:p>
    <w:p>
      <w:pPr>
        <w:spacing w:line="360" w:lineRule="auto"/>
        <w:jc w:val="left"/>
        <w:textAlignment w:val="center"/>
        <w:rPr>
          <w:color w:val="000000"/>
        </w:rPr>
      </w:pPr>
      <w:r>
        <w:rPr>
          <w:rFonts w:ascii="宋体" w:eastAsia="宋体" w:hAnsi="宋体" w:cs="宋体"/>
          <w:color w:val="000000"/>
        </w:rPr>
        <w:t>∴用含</w:t>
      </w:r>
      <w:r>
        <w:pict>
          <v:shape id="_x0000_i708511" type="#_x0000_t75" alt="学科网(www.zxxk.com)--教育资源门户，提供试卷、教案、课件、论文、素材以及各类教学资源下载，还有大量而丰富的教学相关资讯！" style="width:20pt;height:16pt" o:oleicon="f" o:ole="">
            <v:imagedata r:id="rId1926" o:title="eqId632244ea6931507f8656e1cc3437d392"/>
          </v:shape>
        </w:pict>
      </w:r>
      <w:r>
        <w:rPr>
          <w:rFonts w:ascii="宋体" w:eastAsia="宋体" w:hAnsi="宋体" w:cs="宋体"/>
          <w:color w:val="000000"/>
        </w:rPr>
        <w:t>的式子表示观察得到的规律是</w:t>
      </w:r>
      <w:r>
        <w:pict>
          <v:shape id="_x0000_i708512" type="#_x0000_t75" alt="学科网(www.zxxk.com)--教育资源门户，提供试卷、教案、课件、论文、素材以及各类教学资源下载，还有大量而丰富的教学相关资讯！" style="width:46pt;height:16pt" o:oleicon="f" o:ole="">
            <v:imagedata r:id="rId1927" o:title="eqIdd38cfacb377d5b320df5ecd63b6fa6a9"/>
          </v:shape>
        </w:pict>
      </w:r>
      <w:r>
        <w:rPr>
          <w:rFonts w:ascii="Times New Roman" w:eastAsia="Times New Roman" w:hAnsi="Times New Roman" w:cs="Times New Roman"/>
          <w:color w:val="000000"/>
        </w:rPr>
        <w:t>2</w:t>
      </w:r>
      <w:r>
        <w:rPr>
          <w:rFonts w:ascii="宋体" w:eastAsia="宋体" w:hAnsi="宋体" w:cs="宋体"/>
          <w:color w:val="000000"/>
        </w:rPr>
        <w:t>（</w:t>
      </w:r>
      <w:r>
        <w:pict>
          <v:shape id="_x0000_i708513" type="#_x0000_t75" alt="学科网(www.zxxk.com)--教育资源门户，提供试卷、教案、课件、论文、素材以及各类教学资源下载，还有大量而丰富的教学相关资讯！" style="width:22.1pt;height:12.85pt" o:oleicon="f" o:ole="">
            <v:imagedata r:id="rId1928" o:title="eqId96187825b08503f8e22b1bf92309d42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）当</w:t>
      </w:r>
      <w:r>
        <w:pict>
          <v:shape id="_x0000_i708514" type="#_x0000_t75" alt="学科网(www.zxxk.com)--教育资源门户，提供试卷、教案、课件、论文、素材以及各类教学资源下载，还有大量而丰富的教学相关资讯！" style="width:47pt;height:13.95pt" o:oleicon="f" o:ole="">
            <v:imagedata r:id="rId1929" o:title="eqId90f208c8c6cfc59871f2c78021f9e77f"/>
          </v:shape>
        </w:pict>
      </w:r>
      <w:r>
        <w:rPr>
          <w:rFonts w:ascii="宋体" w:eastAsia="宋体" w:hAnsi="宋体" w:cs="宋体"/>
          <w:color w:val="000000"/>
        </w:rPr>
        <w:t>（</w:t>
      </w:r>
      <w:r>
        <w:pict>
          <v:shape id="_x0000_i708515" type="#_x0000_t75" alt="学科网(www.zxxk.com)--教育资源门户，提供试卷、教案、课件、论文、素材以及各类教学资源下载，还有大量而丰富的教学相关资讯！" style="width:12.75pt;height:11.25pt" o:oleicon="f" o:ole="">
            <v:imagedata r:id="rId1930" o:title="eqId294f5ba74cdf695fc9a8a8e52f421328"/>
          </v:shape>
        </w:pict>
      </w:r>
      <w:r>
        <w:rPr>
          <w:rFonts w:ascii="宋体" w:eastAsia="宋体" w:hAnsi="宋体" w:cs="宋体"/>
          <w:color w:val="000000"/>
        </w:rPr>
        <w:t>为有理数）时，</w:t>
      </w:r>
      <w:r>
        <w:pict>
          <v:shape id="_x0000_i708516" type="#_x0000_t75" alt="学科网(www.zxxk.com)--教育资源门户，提供试卷、教案、课件、论文、素材以及各类教学资源下载，还有大量而丰富的教学相关资讯！" style="width:46pt;height:16pt" o:oleicon="f" o:ole="">
            <v:imagedata r:id="rId1931" o:title="eqIdd38cfacb377d5b320df5ecd63b6fa6a9"/>
          </v:shape>
        </w:pict>
      </w:r>
      <w:r>
        <w:pict>
          <v:shape id="_x0000_i708517" type="#_x0000_t75" alt="学科网(www.zxxk.com)--教育资源门户，提供试卷、教案、课件、论文、素材以及各类教学资源下载，还有大量而丰富的教学相关资讯！" style="width:117.75pt;height:15.75pt" o:oleicon="f" o:ole="">
            <v:imagedata r:id="rId1932" o:title="eqIdaffaea723edfdb934c9abdc0d9bb717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08518" type="#_x0000_t75" alt="学科网(www.zxxk.com)--教育资源门户，提供试卷、教案、课件、论文、素材以及各类教学资源下载，还有大量而丰富的教学相关资讯！" style="width:89.25pt;height:18pt" o:oleicon="f" o:ole="">
            <v:imagedata r:id="rId1933" o:title="eqIde6eec7377e906b0896d1ecab0b0c9701"/>
          </v:shape>
        </w:pic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本题主要考查了平方差公式的应用，熟记公式是解答本题的关键．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如图，在数轴上有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两点，且</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6</w:t>
      </w:r>
      <w:r>
        <w:rPr>
          <w:rFonts w:ascii="宋体" w:eastAsia="宋体" w:hAnsi="宋体" w:cs="宋体"/>
          <w:color w:val="000000"/>
        </w:rPr>
        <w:t>；动点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O</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个单位长度的速度沿数轴正方向运动，点</w:t>
      </w:r>
      <w:r>
        <w:rPr>
          <w:rFonts w:ascii="Times New Roman" w:eastAsia="Times New Roman" w:hAnsi="Times New Roman" w:cs="Times New Roman"/>
          <w:i/>
          <w:color w:val="000000"/>
        </w:rPr>
        <w:t>Q</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出发，以每秒</w:t>
      </w:r>
      <w:r>
        <w:rPr>
          <w:rFonts w:ascii="Times New Roman" w:eastAsia="Times New Roman" w:hAnsi="Times New Roman" w:cs="Times New Roman"/>
          <w:color w:val="000000"/>
        </w:rPr>
        <w:t>1</w:t>
      </w:r>
      <w:r>
        <w:rPr>
          <w:rFonts w:ascii="宋体" w:eastAsia="宋体" w:hAnsi="宋体" w:cs="宋体"/>
          <w:color w:val="000000"/>
        </w:rPr>
        <w:t>个单位长度的速度沿数轴正方向运动，设运动时间为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color w:val="000000"/>
        </w:rPr>
        <w:drawing>
          <wp:inline>
            <wp:extent cx="2228850" cy="361950"/>
            <wp:docPr id="288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 name=""/>
                    <pic:cNvPicPr>
                      <a:picLocks noChangeAspect="1"/>
                    </pic:cNvPicPr>
                  </pic:nvPicPr>
                  <pic:blipFill>
                    <a:blip r:embed="rId1934"/>
                    <a:stretch>
                      <a:fillRect/>
                    </a:stretch>
                  </pic:blipFill>
                  <pic:spPr>
                    <a:xfrm>
                      <a:off x="0" y="0"/>
                      <a:ext cx="2228850" cy="3619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）写出数轴上点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时，线段</w:t>
      </w:r>
      <w:r>
        <w:rPr>
          <w:rFonts w:ascii="Times New Roman" w:eastAsia="Times New Roman" w:hAnsi="Times New Roman" w:cs="Times New Roman"/>
          <w:i/>
          <w:color w:val="000000"/>
        </w:rPr>
        <w:t>PQ</w:t>
      </w:r>
      <w:r>
        <w:rPr>
          <w:rFonts w:ascii="宋体" w:eastAsia="宋体" w:hAnsi="宋体" w:cs="宋体"/>
          <w:color w:val="000000"/>
        </w:rPr>
        <w:t>的长是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时，则线段</w:t>
      </w:r>
      <w:r>
        <w:rPr>
          <w:rFonts w:ascii="Times New Roman" w:eastAsia="Times New Roman" w:hAnsi="Times New Roman" w:cs="Times New Roman"/>
          <w:i/>
          <w:color w:val="000000"/>
        </w:rPr>
        <w:t>AP</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；（用含</w:t>
      </w:r>
      <w:r>
        <w:rPr>
          <w:rFonts w:ascii="Times New Roman" w:eastAsia="Times New Roman" w:hAnsi="Times New Roman" w:cs="Times New Roman"/>
          <w:i/>
          <w:color w:val="000000"/>
        </w:rPr>
        <w:t>t</w:t>
      </w:r>
      <w:r>
        <w:rPr>
          <w:rFonts w:ascii="宋体" w:eastAsia="宋体" w:hAnsi="宋体" w:cs="宋体"/>
          <w:color w:val="000000"/>
          <w:position w:val="0"/>
        </w:rPr>
        <w:drawing>
          <wp:inline>
            <wp:extent cx="133350" cy="177800"/>
            <wp:docPr id="288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0" name=""/>
                    <pic:cNvPicPr>
                      <a:picLocks noChangeAspect="1"/>
                    </pic:cNvPicPr>
                  </pic:nvPicPr>
                  <pic:blipFill>
                    <a:blip r:embed="rId193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式子表示）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）当</w:t>
      </w:r>
      <w:r>
        <w:rPr>
          <w:rFonts w:ascii="Times New Roman" w:eastAsia="Times New Roman" w:hAnsi="Times New Roman" w:cs="Times New Roman"/>
          <w:i/>
          <w:color w:val="000000"/>
        </w:rPr>
        <w:t>PQ</w:t>
      </w:r>
      <w:r>
        <w:rPr>
          <w:rFonts w:ascii="宋体" w:eastAsia="宋体" w:hAnsi="宋体" w:cs="宋体"/>
          <w:color w:val="000000"/>
        </w:rPr>
        <w:t>＝</w:t>
      </w:r>
      <w:r>
        <w:pict>
          <v:shape id="_x0000_i708519" type="#_x0000_t75" alt="学科网(www.zxxk.com)--教育资源门户，提供试卷、教案、课件、论文、素材以及各类教学资源下载，还有大量而丰富的教学相关资讯！" style="width:11.9pt;height:31.2pt" o:oleicon="f" o:ole="">
            <v:imagedata r:id="rId1936" o:title="eqId56d266a04f3dc7483eddbc26c5e487db"/>
          </v:shape>
        </w:pict>
      </w:r>
      <w:r>
        <w:rPr>
          <w:rFonts w:ascii="Times New Roman" w:eastAsia="Times New Roman" w:hAnsi="Times New Roman" w:cs="Times New Roman"/>
          <w:i/>
          <w:color w:val="000000"/>
        </w:rPr>
        <w:t>AB</w:t>
      </w:r>
      <w:r>
        <w:rPr>
          <w:rFonts w:ascii="宋体" w:eastAsia="宋体" w:hAnsi="宋体" w:cs="宋体"/>
          <w:color w:val="000000"/>
        </w:rPr>
        <w:t>时，求</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的值是</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8</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）根据两点间的距离公式即可求出数轴上点</w:t>
      </w:r>
      <w:r>
        <w:rPr>
          <w:rFonts w:ascii="Times New Roman" w:eastAsia="Times New Roman" w:hAnsi="Times New Roman" w:cs="Times New Roman"/>
          <w:i/>
          <w:color w:val="000000"/>
        </w:rPr>
        <w:t>B</w:t>
      </w:r>
      <w:r>
        <w:rPr>
          <w:rFonts w:ascii="宋体" w:eastAsia="宋体" w:hAnsi="宋体" w:cs="宋体"/>
          <w:color w:val="000000"/>
        </w:rPr>
        <w:t>表示的数；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）先求出当</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6+1</w:t>
      </w:r>
      <w:r>
        <w:rPr>
          <w:rFonts w:ascii="宋体" w:eastAsia="宋体" w:hAnsi="宋体" w:cs="宋体"/>
          <w:color w:val="000000"/>
        </w:rPr>
        <w:t>×</w:t>
      </w:r>
      <w:r>
        <w:rPr>
          <w:rFonts w:ascii="Times New Roman" w:eastAsia="Times New Roman" w:hAnsi="Times New Roman" w:cs="Times New Roman"/>
          <w:color w:val="000000"/>
        </w:rPr>
        <w:t>2=8</w:t>
      </w:r>
      <w:r>
        <w:rPr>
          <w:rFonts w:ascii="宋体" w:eastAsia="宋体" w:hAnsi="宋体" w:cs="宋体"/>
          <w:color w:val="000000"/>
        </w:rPr>
        <w:t>，再根据两点间的距离公式即可求出</w:t>
      </w:r>
      <w:r>
        <w:rPr>
          <w:rFonts w:ascii="Times New Roman" w:eastAsia="Times New Roman" w:hAnsi="Times New Roman" w:cs="Times New Roman"/>
          <w:i/>
          <w:color w:val="000000"/>
        </w:rPr>
        <w:t>PQ</w: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）先求出当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，再根据两点间的距离公式即可求出</w:t>
      </w:r>
      <w:r>
        <w:rPr>
          <w:rFonts w:ascii="Times New Roman" w:eastAsia="Times New Roman" w:hAnsi="Times New Roman" w:cs="Times New Roman"/>
          <w:i/>
          <w:color w:val="000000"/>
        </w:rPr>
        <w:t>AP</w:t>
      </w:r>
      <w:r>
        <w:rPr>
          <w:rFonts w:ascii="宋体" w:eastAsia="宋体" w:hAnsi="宋体" w:cs="宋体"/>
          <w:color w:val="000000"/>
        </w:rPr>
        <w:t>的长；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）由于</w:t>
      </w:r>
      <w:r>
        <w:rPr>
          <w:rFonts w:ascii="Times New Roman" w:eastAsia="Times New Roman" w:hAnsi="Times New Roman" w:cs="Times New Roman"/>
          <w:i/>
          <w:color w:val="000000"/>
        </w:rPr>
        <w:t>t</w:t>
      </w:r>
      <w:r>
        <w:rPr>
          <w:rFonts w:ascii="宋体" w:eastAsia="宋体" w:hAnsi="宋体" w:cs="宋体"/>
          <w:color w:val="000000"/>
        </w:rPr>
        <w:t>秒时，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6+</w:t>
      </w:r>
      <w:r>
        <w:rPr>
          <w:rFonts w:ascii="Times New Roman" w:eastAsia="Times New Roman" w:hAnsi="Times New Roman" w:cs="Times New Roman"/>
          <w:i/>
          <w:color w:val="000000"/>
        </w:rPr>
        <w:t>t</w:t>
      </w:r>
      <w:r>
        <w:rPr>
          <w:rFonts w:ascii="宋体" w:eastAsia="宋体" w:hAnsi="宋体" w:cs="宋体"/>
          <w:color w:val="000000"/>
        </w:rPr>
        <w:t>，根据两点间的距离公式得出</w:t>
      </w:r>
      <w:r>
        <w:rPr>
          <w:rFonts w:ascii="Times New Roman" w:eastAsia="Times New Roman" w:hAnsi="Times New Roman" w:cs="Times New Roman"/>
          <w:i/>
          <w:color w:val="000000"/>
        </w:rPr>
        <w:t>PQ</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，根据</w:t>
      </w:r>
      <w:r>
        <w:rPr>
          <w:rFonts w:ascii="Times New Roman" w:eastAsia="Times New Roman" w:hAnsi="Times New Roman" w:cs="Times New Roman"/>
          <w:i/>
          <w:color w:val="000000"/>
        </w:rPr>
        <w:t>PQ</w:t>
      </w:r>
      <w:r>
        <w:pict>
          <v:shape id="_x0000_i708520" type="#_x0000_t75" alt="学科网(www.zxxk.com)--教育资源门户，提供试卷、教案、课件、论文、素材以及各类教学资源下载，还有大量而丰富的教学相关资讯！" style="width:21.75pt;height:28.5pt" o:oleicon="f" o:ole="">
            <v:imagedata r:id="rId1937" o:title="eqId02c55abb63905eff674ece37c47632d2"/>
          </v:shape>
        </w:pict>
      </w:r>
      <w:r>
        <w:rPr>
          <w:rFonts w:ascii="Times New Roman" w:eastAsia="Times New Roman" w:hAnsi="Times New Roman" w:cs="Times New Roman"/>
          <w:i/>
          <w:color w:val="000000"/>
        </w:rPr>
        <w:t>AB</w:t>
      </w:r>
      <w:r>
        <w:rPr>
          <w:rFonts w:ascii="宋体" w:eastAsia="宋体" w:hAnsi="宋体" w:cs="宋体"/>
          <w:color w:val="000000"/>
        </w:rPr>
        <w:t>列出方程，解方程即可求解．</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6+8=14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故数轴上点</w:t>
      </w:r>
      <w:r>
        <w:rPr>
          <w:rFonts w:ascii="Times New Roman" w:eastAsia="Times New Roman" w:hAnsi="Times New Roman" w:cs="Times New Roman"/>
          <w:i/>
          <w:color w:val="000000"/>
        </w:rPr>
        <w:t>B</w:t>
      </w:r>
      <w:r>
        <w:rPr>
          <w:rFonts w:ascii="宋体" w:eastAsia="宋体" w:hAnsi="宋体" w:cs="宋体"/>
          <w:color w:val="000000"/>
        </w:rPr>
        <w:t>表示的数是</w:t>
      </w:r>
      <w:r>
        <w:rPr>
          <w:rFonts w:ascii="Times New Roman" w:eastAsia="Times New Roman" w:hAnsi="Times New Roman" w:cs="Times New Roman"/>
          <w:color w:val="000000"/>
        </w:rPr>
        <w:t>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2=4</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点对应的有理数为</w:t>
      </w:r>
      <w:r>
        <w:rPr>
          <w:rFonts w:ascii="Times New Roman" w:eastAsia="Times New Roman" w:hAnsi="Times New Roman" w:cs="Times New Roman"/>
          <w:color w:val="000000"/>
        </w:rPr>
        <w:t>6+1</w:t>
      </w:r>
      <w:r>
        <w:rPr>
          <w:rFonts w:ascii="宋体" w:eastAsia="宋体" w:hAnsi="宋体" w:cs="宋体"/>
          <w:color w:val="000000"/>
        </w:rPr>
        <w:t>×</w:t>
      </w:r>
      <w:r>
        <w:rPr>
          <w:rFonts w:ascii="Times New Roman" w:eastAsia="Times New Roman" w:hAnsi="Times New Roman" w:cs="Times New Roman"/>
          <w:color w:val="000000"/>
        </w:rPr>
        <w:t>2=8</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4=4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故线段</w:t>
      </w:r>
      <w:r>
        <w:rPr>
          <w:rFonts w:ascii="Times New Roman" w:eastAsia="Times New Roman" w:hAnsi="Times New Roman" w:cs="Times New Roman"/>
          <w:i/>
          <w:color w:val="000000"/>
        </w:rPr>
        <w:t>PQ</w:t>
      </w:r>
      <w:r>
        <w:rPr>
          <w:rFonts w:ascii="宋体" w:eastAsia="宋体" w:hAnsi="宋体" w:cs="宋体"/>
          <w:color w:val="000000"/>
        </w:rPr>
        <w:t>的长是</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i/>
          <w:color w:val="000000"/>
        </w:rPr>
        <w:t>AP</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）根据题意可得：</w:t>
      </w:r>
    </w:p>
    <w:p>
      <w:pPr>
        <w:spacing w:line="360" w:lineRule="auto"/>
        <w:jc w:val="left"/>
        <w:textAlignment w:val="center"/>
        <w:rPr>
          <w:color w:val="000000"/>
        </w:rPr>
      </w:pPr>
      <w:r>
        <w:rPr>
          <w:rFonts w:ascii="Times New Roman" w:eastAsia="Times New Roman" w:hAnsi="Times New Roman" w:cs="Times New Roman"/>
          <w:color w:val="000000"/>
        </w:rPr>
        <w:t>|</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6|</w:t>
      </w:r>
      <w:r>
        <w:pict>
          <v:shape id="_x0000_i708521" type="#_x0000_t75" alt="学科网(www.zxxk.com)--教育资源门户，提供试卷、教案、课件、论文、素材以及各类教学资源下载，还有大量而丰富的教学相关资讯！" style="width:28.8pt;height:31.3pt" o:oleicon="f" o:ole="">
            <v:imagedata r:id="rId1938" o:title="eqIdb0183d07200ffc269b15ff32c46968d7"/>
          </v:shape>
        </w:pic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i/>
          <w:color w:val="000000"/>
        </w:rPr>
        <w:t>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w:t>
      </w:r>
      <w:r>
        <w:rPr>
          <w:rFonts w:ascii="Times New Roman" w:eastAsia="Times New Roman" w:hAnsi="Times New Roman" w:cs="Times New Roman"/>
          <w:i/>
          <w:color w:val="000000"/>
        </w:rPr>
        <w:t>t</w:t>
      </w:r>
      <w:r>
        <w:rPr>
          <w:rFonts w:ascii="宋体" w:eastAsia="宋体" w:hAnsi="宋体" w:cs="宋体"/>
          <w:color w:val="000000"/>
        </w:rPr>
        <w:t>的值是</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sectPr w:rsidSect="00C321EB">
          <w:headerReference w:type="even" r:id="rId416"/>
          <w:footerReference w:type="even" r:id="rId417"/>
          <w:headerReference w:type="first" r:id="rId418"/>
          <w:footerReference w:type="first" r:id="rId419"/>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本题考查了一元一次方程的应用和数轴，解答本题的关键是掌握点的移动与点所表示的数之间的关系，（</w:t>
      </w:r>
      <w:r>
        <w:rPr>
          <w:rFonts w:ascii="Times New Roman" w:eastAsia="Times New Roman" w:hAnsi="Times New Roman" w:cs="Times New Roman"/>
          <w:color w:val="000000"/>
        </w:rPr>
        <w:t>4</w:t>
      </w:r>
      <w:r>
        <w:rPr>
          <w:rFonts w:ascii="宋体" w:eastAsia="宋体" w:hAnsi="宋体" w:cs="宋体"/>
          <w:color w:val="000000"/>
        </w:rPr>
        <w:t>）中解方程时要注意分两种情况进行讨论．</w:t>
      </w:r>
    </w:p>
    <w:p>
      <w:pPr>
        <w:pStyle w:val="Heading1"/>
      </w:pPr>
      <w:r>
        <w:t>期末</w:t>
      </w:r>
    </w:p>
    <w:p>
      <w:pPr>
        <w:pStyle w:val="Heading2"/>
      </w:pPr>
      <w:r>
        <w:t>东城区</w:t>
      </w:r>
    </w:p>
    <w:p w:rsidR="008A4855">
      <w:pPr>
        <w:spacing w:line="360" w:lineRule="auto"/>
        <w:jc w:val="left"/>
        <w:textAlignment w:val="center"/>
        <w:rPr>
          <w:rFonts w:ascii="宋体" w:hAnsi="宋体"/>
          <w:color w:val="000000"/>
        </w:rPr>
      </w:pPr>
      <w:r w:rsidR="00A43152">
        <w:rPr>
          <w:color w:val="000000"/>
        </w:rPr>
        <w:t xml:space="preserve">26. </w:t>
      </w:r>
      <w:r w:rsidR="00A43152">
        <w:rPr>
          <w:rFonts w:ascii="宋体" w:hAnsi="宋体"/>
          <w:color w:val="000000"/>
        </w:rPr>
        <w:t>某工厂需将产品分别运送至不同的仓库，为节约运费，考察了甲、乙两家运输公司．甲、乙公司的收费标准如下表：</w:t>
      </w:r>
    </w:p>
    <w:tbl>
      <w:tblPr>
        <w:tblStyle w:val="TableNormal"/>
        <w:tblW w:w="6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
      <w:tblGrid>
        <w:gridCol w:w="1239"/>
        <w:gridCol w:w="2322"/>
        <w:gridCol w:w="2524"/>
      </w:tblGrid>
      <w:tr>
        <w:tblPrEx>
          <w:tblW w:w="6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tblPrEx>
        <w:trPr>
          <w:trHeight w:val="405"/>
        </w:trPr>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ascii="宋体" w:hAnsi="宋体"/>
                <w:color w:val="000000"/>
              </w:rPr>
            </w:pPr>
            <w:r w:rsidR="00A43152">
              <w:rPr>
                <w:rFonts w:ascii="宋体" w:hAnsi="宋体"/>
                <w:color w:val="000000"/>
              </w:rPr>
              <w:t>运输公司</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ascii="宋体" w:hAnsi="宋体"/>
                <w:color w:val="000000"/>
              </w:rPr>
            </w:pPr>
            <w:r w:rsidR="00A43152">
              <w:rPr>
                <w:rFonts w:ascii="宋体" w:hAnsi="宋体"/>
                <w:color w:val="000000"/>
              </w:rPr>
              <w:t>起步价（单位：元）</w:t>
            </w:r>
          </w:p>
        </w:tc>
        <w:tc>
          <w:tcPr>
            <w:tcW w:w="27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ascii="宋体" w:hAnsi="宋体"/>
                <w:color w:val="000000"/>
              </w:rPr>
            </w:pPr>
            <w:r w:rsidR="00A43152">
              <w:rPr>
                <w:rFonts w:ascii="宋体" w:hAnsi="宋体"/>
                <w:color w:val="000000"/>
              </w:rPr>
              <w:t>里程价（单位：元</w:t>
            </w:r>
            <w:r w:rsidR="00A43152">
              <w:rPr>
                <w:rFonts w:eastAsia="Times New Roman" w:cs="Times New Roman"/>
                <w:color w:val="000000"/>
              </w:rPr>
              <w:t>/</w:t>
            </w:r>
            <w:r w:rsidR="00A43152">
              <w:rPr>
                <w:rFonts w:ascii="宋体" w:hAnsi="宋体"/>
                <w:color w:val="000000"/>
              </w:rPr>
              <w:t>千米）</w:t>
            </w:r>
          </w:p>
        </w:tc>
      </w:tr>
      <w:tr>
        <w:tblPrEx>
          <w:tblW w:w="6105" w:type="dxa"/>
          <w:tblCellMar>
            <w:top w:w="120" w:type="dxa"/>
            <w:left w:w="120" w:type="dxa"/>
            <w:bottom w:w="120" w:type="dxa"/>
            <w:right w:w="120" w:type="dxa"/>
          </w:tblCellMar>
          <w:tblLook w:val="04A0"/>
        </w:tblPrEx>
        <w:trPr>
          <w:trHeight w:val="420"/>
        </w:trPr>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ascii="宋体" w:hAnsi="宋体"/>
                <w:color w:val="000000"/>
              </w:rPr>
            </w:pPr>
            <w:r w:rsidR="00A43152">
              <w:rPr>
                <w:rFonts w:ascii="宋体" w:hAnsi="宋体"/>
                <w:color w:val="000000"/>
              </w:rPr>
              <w:t>甲</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eastAsia="Times New Roman" w:cs="Times New Roman"/>
                <w:color w:val="000000"/>
              </w:rPr>
            </w:pPr>
            <w:r w:rsidR="00A43152">
              <w:rPr>
                <w:rFonts w:eastAsia="Times New Roman" w:cs="Times New Roman"/>
                <w:color w:val="000000"/>
              </w:rPr>
              <w:t>1000</w:t>
            </w:r>
          </w:p>
        </w:tc>
        <w:tc>
          <w:tcPr>
            <w:tcW w:w="27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eastAsia="Times New Roman" w:cs="Times New Roman"/>
                <w:color w:val="000000"/>
              </w:rPr>
            </w:pPr>
            <w:r w:rsidR="00A43152">
              <w:rPr>
                <w:rFonts w:eastAsia="Times New Roman" w:cs="Times New Roman"/>
                <w:color w:val="000000"/>
              </w:rPr>
              <w:t>5</w:t>
            </w:r>
          </w:p>
        </w:tc>
      </w:tr>
      <w:tr>
        <w:tblPrEx>
          <w:tblW w:w="6105" w:type="dxa"/>
          <w:tblCellMar>
            <w:top w:w="120" w:type="dxa"/>
            <w:left w:w="120" w:type="dxa"/>
            <w:bottom w:w="120" w:type="dxa"/>
            <w:right w:w="120" w:type="dxa"/>
          </w:tblCellMar>
          <w:tblLook w:val="04A0"/>
        </w:tblPrEx>
        <w:trPr>
          <w:trHeight w:val="420"/>
        </w:trPr>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ascii="宋体" w:hAnsi="宋体"/>
                <w:color w:val="000000"/>
              </w:rPr>
            </w:pPr>
            <w:r w:rsidR="00A43152">
              <w:rPr>
                <w:rFonts w:ascii="宋体" w:hAnsi="宋体"/>
                <w:color w:val="000000"/>
              </w:rPr>
              <w:t>乙</w:t>
            </w:r>
          </w:p>
        </w:tc>
        <w:tc>
          <w:tcPr>
            <w:tcW w:w="22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eastAsia="Times New Roman" w:cs="Times New Roman"/>
                <w:color w:val="000000"/>
              </w:rPr>
            </w:pPr>
            <w:r w:rsidR="00A43152">
              <w:rPr>
                <w:rFonts w:eastAsia="Times New Roman" w:cs="Times New Roman"/>
                <w:color w:val="000000"/>
              </w:rPr>
              <w:t>500</w:t>
            </w:r>
          </w:p>
        </w:tc>
        <w:tc>
          <w:tcPr>
            <w:tcW w:w="27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A4855">
            <w:pPr>
              <w:spacing w:line="360" w:lineRule="auto"/>
              <w:jc w:val="left"/>
              <w:textAlignment w:val="center"/>
              <w:rPr>
                <w:rFonts w:eastAsia="Times New Roman" w:cs="Times New Roman"/>
                <w:color w:val="000000"/>
              </w:rPr>
            </w:pPr>
            <w:r w:rsidR="00A43152">
              <w:rPr>
                <w:rFonts w:eastAsia="Times New Roman" w:cs="Times New Roman"/>
                <w:color w:val="000000"/>
              </w:rPr>
              <w:t>10</w:t>
            </w:r>
          </w:p>
        </w:tc>
      </w:tr>
    </w:tbl>
    <w:p w:rsidR="008A4855">
      <w:pPr>
        <w:spacing w:line="360" w:lineRule="auto"/>
        <w:jc w:val="left"/>
        <w:textAlignment w:val="center"/>
        <w:rPr>
          <w:rFonts w:ascii="宋体" w:hAnsi="宋体"/>
          <w:color w:val="000000"/>
        </w:rPr>
      </w:pPr>
      <w:r w:rsidR="00A43152">
        <w:rPr>
          <w:rFonts w:ascii="宋体" w:hAnsi="宋体"/>
          <w:color w:val="000000"/>
        </w:rPr>
        <w:t>（1）仓库</w:t>
      </w:r>
      <w:r w:rsidR="00A43152">
        <w:rPr>
          <w:rFonts w:eastAsia="Times New Roman" w:cs="Times New Roman"/>
          <w:i/>
          <w:color w:val="000000"/>
        </w:rPr>
        <w:t>A</w:t>
      </w:r>
      <w:r w:rsidR="00A43152">
        <w:rPr>
          <w:rFonts w:ascii="宋体" w:hAnsi="宋体"/>
          <w:color w:val="000000"/>
        </w:rPr>
        <w:t>距离该工厂</w:t>
      </w:r>
      <w:r w:rsidR="00A43152">
        <w:rPr>
          <w:rFonts w:eastAsia="Times New Roman" w:cs="Times New Roman"/>
          <w:color w:val="000000"/>
        </w:rPr>
        <w:t>120</w:t>
      </w:r>
      <w:r w:rsidR="00A43152">
        <w:rPr>
          <w:rFonts w:ascii="宋体" w:hAnsi="宋体"/>
          <w:color w:val="000000"/>
        </w:rPr>
        <w:t>千米，应选择哪家运输公司？</w:t>
      </w:r>
    </w:p>
    <w:p w:rsidR="008A4855">
      <w:pPr>
        <w:spacing w:line="360" w:lineRule="auto"/>
        <w:jc w:val="left"/>
        <w:textAlignment w:val="center"/>
        <w:rPr>
          <w:rFonts w:ascii="宋体" w:hAnsi="宋体"/>
          <w:color w:val="000000"/>
        </w:rPr>
      </w:pPr>
      <w:r w:rsidR="00A43152">
        <w:rPr>
          <w:rFonts w:ascii="宋体" w:hAnsi="宋体"/>
          <w:color w:val="000000"/>
        </w:rPr>
        <w:t>（2）仓库</w:t>
      </w:r>
      <w:r w:rsidR="00A43152">
        <w:rPr>
          <w:rFonts w:eastAsia="Times New Roman" w:cs="Times New Roman"/>
          <w:i/>
          <w:color w:val="000000"/>
        </w:rPr>
        <w:t>B</w:t>
      </w:r>
      <w:r w:rsidR="00A43152">
        <w:rPr>
          <w:rFonts w:ascii="宋体" w:hAnsi="宋体"/>
          <w:color w:val="000000"/>
        </w:rPr>
        <w:t>，</w:t>
      </w:r>
      <w:r w:rsidR="00A43152">
        <w:rPr>
          <w:rFonts w:eastAsia="Times New Roman" w:cs="Times New Roman"/>
          <w:i/>
          <w:color w:val="000000"/>
        </w:rPr>
        <w:t>C</w:t>
      </w:r>
      <w:r w:rsidR="00A43152">
        <w:rPr>
          <w:rFonts w:ascii="宋体" w:hAnsi="宋体"/>
          <w:color w:val="000000"/>
        </w:rPr>
        <w:t>，</w:t>
      </w:r>
      <w:r w:rsidR="00A43152">
        <w:rPr>
          <w:rFonts w:eastAsia="Times New Roman" w:cs="Times New Roman"/>
          <w:i/>
          <w:color w:val="000000"/>
        </w:rPr>
        <w:t>D</w:t>
      </w:r>
      <w:r w:rsidR="00A43152">
        <w:rPr>
          <w:rFonts w:ascii="宋体" w:hAnsi="宋体"/>
          <w:color w:val="000000"/>
        </w:rPr>
        <w:t>与该工厂的距离分别为</w:t>
      </w:r>
      <w:r w:rsidR="00A43152">
        <w:rPr>
          <w:rFonts w:eastAsia="Times New Roman" w:cs="Times New Roman"/>
          <w:color w:val="000000"/>
        </w:rPr>
        <w:t>60</w:t>
      </w:r>
      <w:r w:rsidR="00A43152">
        <w:rPr>
          <w:rFonts w:ascii="宋体" w:hAnsi="宋体"/>
          <w:color w:val="000000"/>
        </w:rPr>
        <w:t>千米、</w:t>
      </w:r>
      <w:r w:rsidR="00A43152">
        <w:rPr>
          <w:rFonts w:eastAsia="Times New Roman" w:cs="Times New Roman"/>
          <w:color w:val="000000"/>
        </w:rPr>
        <w:t>100</w:t>
      </w:r>
      <w:r w:rsidR="00A43152">
        <w:rPr>
          <w:rFonts w:ascii="宋体" w:hAnsi="宋体"/>
          <w:color w:val="000000"/>
        </w:rPr>
        <w:t>千米、</w:t>
      </w:r>
      <w:r w:rsidR="00A43152">
        <w:rPr>
          <w:rFonts w:eastAsia="Times New Roman" w:cs="Times New Roman"/>
          <w:color w:val="000000"/>
        </w:rPr>
        <w:t>200</w:t>
      </w:r>
      <w:r w:rsidR="00A43152">
        <w:rPr>
          <w:rFonts w:ascii="宋体" w:hAnsi="宋体"/>
          <w:color w:val="000000"/>
        </w:rPr>
        <w:t>千米，运送到哪个仓库时，可以从甲、乙两家运输公司任选一家？</w:t>
      </w:r>
    </w:p>
    <w:p w:rsidR="008A4855">
      <w:pPr>
        <w:spacing w:line="360" w:lineRule="auto"/>
        <w:jc w:val="left"/>
        <w:textAlignment w:val="center"/>
        <w:rPr>
          <w:rFonts w:ascii="宋体" w:hAnsi="宋体"/>
          <w:color w:val="000000"/>
        </w:rPr>
      </w:pPr>
      <w:r w:rsidR="00A43152">
        <w:rPr>
          <w:rFonts w:ascii="宋体" w:hAnsi="宋体"/>
          <w:color w:val="000000"/>
        </w:rPr>
        <w:t>（3）根据以上信息，你能给工厂提供选择甲、乙公司的标准吗？</w:t>
      </w:r>
    </w:p>
    <w:p w:rsidR="008A4855">
      <w:pPr>
        <w:spacing w:line="360" w:lineRule="auto"/>
        <w:textAlignment w:val="center"/>
        <w:rPr>
          <w:rFonts w:ascii="宋体" w:hAnsi="宋体"/>
          <w:color w:val="000000"/>
        </w:rPr>
      </w:pPr>
      <w:r w:rsidR="00A43152">
        <w:rPr>
          <w:color w:val="2E75B6"/>
        </w:rPr>
        <w:t>【答案】</w:t>
      </w:r>
      <w:r w:rsidR="00A43152">
        <w:rPr>
          <w:color w:val="000000"/>
        </w:rPr>
        <w:t>（1）</w:t>
      </w:r>
      <w:r w:rsidR="00A43152">
        <w:rPr>
          <w:rFonts w:ascii="宋体" w:hAnsi="宋体"/>
          <w:color w:val="000000"/>
        </w:rPr>
        <w:t>该工厂选择甲运输公司更划算</w:t>
      </w:r>
      <w:r w:rsidR="00A43152">
        <w:rPr>
          <w:color w:val="000000"/>
        </w:rPr>
        <w:t xml:space="preserve">    </w:t>
      </w:r>
    </w:p>
    <w:p w:rsidR="008A4855">
      <w:pPr>
        <w:spacing w:line="360" w:lineRule="auto"/>
        <w:textAlignment w:val="center"/>
        <w:rPr>
          <w:rFonts w:ascii="宋体" w:hAnsi="宋体"/>
          <w:color w:val="000000"/>
        </w:rPr>
      </w:pPr>
      <w:r w:rsidR="00A43152">
        <w:rPr>
          <w:color w:val="000000"/>
        </w:rPr>
        <w:t>（2）</w:t>
      </w:r>
      <w:r w:rsidR="00A43152">
        <w:rPr>
          <w:rFonts w:ascii="宋体" w:hAnsi="宋体"/>
          <w:color w:val="000000"/>
        </w:rPr>
        <w:t>运送到</w:t>
      </w:r>
      <w:r w:rsidR="00A43152">
        <w:rPr>
          <w:rFonts w:eastAsia="Times New Roman" w:cs="Times New Roman"/>
          <w:i/>
          <w:color w:val="000000"/>
        </w:rPr>
        <w:t>C</w:t>
      </w:r>
      <w:r w:rsidR="00A43152">
        <w:rPr>
          <w:rFonts w:ascii="宋体" w:hAnsi="宋体"/>
          <w:color w:val="000000"/>
        </w:rPr>
        <w:t>仓库时，甲、乙两家运输公司收费相同，可以任选一家</w:t>
      </w:r>
      <w:r w:rsidR="00A43152">
        <w:rPr>
          <w:color w:val="000000"/>
        </w:rPr>
        <w:t xml:space="preserve">    </w:t>
      </w:r>
    </w:p>
    <w:p w:rsidR="008A4855">
      <w:pPr>
        <w:spacing w:line="360" w:lineRule="auto"/>
        <w:textAlignment w:val="center"/>
        <w:rPr>
          <w:rFonts w:ascii="宋体" w:hAnsi="宋体"/>
          <w:color w:val="000000"/>
        </w:rPr>
      </w:pPr>
      <w:r w:rsidR="00A43152">
        <w:rPr>
          <w:color w:val="000000"/>
        </w:rPr>
        <w:t>（3）</w:t>
      </w:r>
      <w:r w:rsidR="00A43152">
        <w:rPr>
          <w:rFonts w:ascii="宋体" w:hAnsi="宋体"/>
          <w:color w:val="000000"/>
        </w:rPr>
        <w:t>当仓库与工厂的距离大于</w:t>
      </w:r>
      <w:r w:rsidR="00A43152">
        <w:rPr>
          <w:rFonts w:eastAsia="Times New Roman" w:cs="Times New Roman"/>
          <w:color w:val="000000"/>
        </w:rPr>
        <w:t>100</w:t>
      </w:r>
      <w:r w:rsidR="00A43152">
        <w:rPr>
          <w:rFonts w:ascii="宋体" w:hAnsi="宋体"/>
          <w:color w:val="000000"/>
        </w:rPr>
        <w:t>千米时，选择甲公司；当仓库与工厂的距离等于</w:t>
      </w:r>
      <w:r w:rsidR="00A43152">
        <w:rPr>
          <w:rFonts w:eastAsia="Times New Roman" w:cs="Times New Roman"/>
          <w:color w:val="000000"/>
        </w:rPr>
        <w:t>100</w:t>
      </w:r>
      <w:r w:rsidR="00A43152">
        <w:rPr>
          <w:rFonts w:ascii="宋体" w:hAnsi="宋体"/>
          <w:color w:val="000000"/>
        </w:rPr>
        <w:t>千米时，可以从甲、乙公司中任选一家；当仓库与工厂的距离小于</w:t>
      </w:r>
      <w:r w:rsidR="00A43152">
        <w:rPr>
          <w:rFonts w:eastAsia="Times New Roman" w:cs="Times New Roman"/>
          <w:color w:val="000000"/>
        </w:rPr>
        <w:t>100</w:t>
      </w:r>
      <w:r w:rsidR="00A43152">
        <w:rPr>
          <w:rFonts w:ascii="宋体" w:hAnsi="宋体"/>
          <w:color w:val="000000"/>
        </w:rPr>
        <w:t>千米时，选择乙公司</w:t>
      </w:r>
    </w:p>
    <w:p w:rsidR="008A4855">
      <w:pPr>
        <w:spacing w:line="360" w:lineRule="auto"/>
        <w:textAlignment w:val="center"/>
        <w:rPr>
          <w:color w:val="000000"/>
        </w:rPr>
      </w:pPr>
      <w:r w:rsidR="00A43152">
        <w:rPr>
          <w:color w:val="2E75B6"/>
        </w:rPr>
        <w:t>【解析】</w:t>
      </w:r>
    </w:p>
    <w:p w:rsidR="008A4855">
      <w:pPr>
        <w:spacing w:line="360" w:lineRule="auto"/>
        <w:textAlignment w:val="center"/>
        <w:rPr>
          <w:rFonts w:ascii="宋体" w:hAnsi="宋体"/>
          <w:color w:val="000000"/>
        </w:rPr>
      </w:pPr>
      <w:r w:rsidR="00A43152">
        <w:rPr>
          <w:color w:val="000000"/>
        </w:rPr>
        <w:t>【分析】</w:t>
      </w:r>
      <w:r w:rsidR="00A43152">
        <w:rPr>
          <w:rFonts w:ascii="宋体" w:hAnsi="宋体"/>
          <w:color w:val="000000"/>
        </w:rPr>
        <w:t>（</w:t>
      </w:r>
      <w:r w:rsidR="00A43152">
        <w:rPr>
          <w:rFonts w:eastAsia="Times New Roman" w:cs="Times New Roman"/>
          <w:color w:val="000000"/>
        </w:rPr>
        <w:t>1</w:t>
      </w:r>
      <w:r w:rsidR="00A43152">
        <w:rPr>
          <w:rFonts w:ascii="宋体" w:hAnsi="宋体"/>
          <w:color w:val="000000"/>
        </w:rPr>
        <w:t>）根据收费方式分别计算出甲乙公司的费用比较即可；</w:t>
      </w:r>
    </w:p>
    <w:p w:rsidR="008A4855">
      <w:pPr>
        <w:spacing w:line="360" w:lineRule="auto"/>
        <w:jc w:val="left"/>
        <w:textAlignment w:val="center"/>
        <w:rPr>
          <w:rFonts w:ascii="宋体" w:hAnsi="宋体"/>
          <w:color w:val="000000"/>
        </w:rPr>
      </w:pPr>
      <w:r w:rsidR="00A43152">
        <w:rPr>
          <w:rFonts w:ascii="宋体" w:hAnsi="宋体"/>
          <w:color w:val="000000"/>
        </w:rPr>
        <w:t>（</w:t>
      </w:r>
      <w:r w:rsidR="00A43152">
        <w:rPr>
          <w:rFonts w:eastAsia="Times New Roman" w:cs="Times New Roman"/>
          <w:color w:val="000000"/>
        </w:rPr>
        <w:t>2</w:t>
      </w:r>
      <w:r w:rsidR="00A43152">
        <w:rPr>
          <w:rFonts w:ascii="宋体" w:hAnsi="宋体"/>
          <w:color w:val="000000"/>
        </w:rPr>
        <w:t>）设当运输距离为</w:t>
      </w:r>
      <w:r w:rsidR="00A43152">
        <w:rPr>
          <w:rFonts w:eastAsia="Times New Roman" w:cs="Times New Roman"/>
          <w:i/>
          <w:color w:val="000000"/>
        </w:rPr>
        <w:t>x</w:t>
      </w:r>
      <w:r w:rsidR="00A43152">
        <w:rPr>
          <w:rFonts w:ascii="宋体" w:hAnsi="宋体"/>
          <w:color w:val="000000"/>
        </w:rPr>
        <w:t>千米时，甲、乙两家运输公司收费相同，由两家公司的收费方式列方程，然后解出即可；</w:t>
      </w:r>
    </w:p>
    <w:p w:rsidR="008A4855">
      <w:pPr>
        <w:spacing w:line="360" w:lineRule="auto"/>
        <w:jc w:val="left"/>
        <w:textAlignment w:val="center"/>
        <w:rPr>
          <w:rFonts w:ascii="宋体" w:hAnsi="宋体"/>
          <w:color w:val="000000"/>
        </w:rPr>
      </w:pPr>
      <w:r w:rsidR="00A43152">
        <w:rPr>
          <w:rFonts w:ascii="宋体" w:hAnsi="宋体"/>
          <w:color w:val="000000"/>
        </w:rPr>
        <w:t>（</w:t>
      </w:r>
      <w:r w:rsidR="00A43152">
        <w:rPr>
          <w:rFonts w:eastAsia="Times New Roman" w:cs="Times New Roman"/>
          <w:color w:val="000000"/>
        </w:rPr>
        <w:t>3</w:t>
      </w:r>
      <w:r w:rsidR="00A43152">
        <w:rPr>
          <w:rFonts w:ascii="宋体" w:hAnsi="宋体"/>
          <w:color w:val="000000"/>
        </w:rPr>
        <w:t>）根据收费方式计算出甲公司的费用大于乙公司时的运输距离，和甲公司的费用小于于乙公司时的运输距离即可得出结论．</w:t>
      </w:r>
    </w:p>
    <w:p w:rsidR="008A4855">
      <w:pPr>
        <w:spacing w:line="360" w:lineRule="auto"/>
        <w:jc w:val="left"/>
        <w:textAlignment w:val="center"/>
        <w:rPr>
          <w:color w:val="000000"/>
        </w:rPr>
      </w:pPr>
      <w:r w:rsidR="00A43152">
        <w:rPr>
          <w:color w:val="000000"/>
        </w:rPr>
        <w:t>【小问1详解】</w:t>
      </w:r>
    </w:p>
    <w:p w:rsidR="008A4855">
      <w:pPr>
        <w:spacing w:line="360" w:lineRule="auto"/>
        <w:jc w:val="left"/>
        <w:textAlignment w:val="center"/>
        <w:rPr>
          <w:rFonts w:ascii="宋体" w:hAnsi="宋体"/>
          <w:color w:val="000000"/>
        </w:rPr>
      </w:pPr>
      <w:r w:rsidR="00A43152">
        <w:rPr>
          <w:rFonts w:ascii="宋体" w:hAnsi="宋体"/>
          <w:color w:val="000000"/>
        </w:rPr>
        <w:t>甲运输公司收费为</w:t>
      </w:r>
      <w:r>
        <w:pict>
          <v:shape id="_x0000_i708522" type="#_x0000_t75" alt="学科网(www.zxxk.com)--教育资源门户，提供试卷、教案、课件、论文、素材以及各类教学资源下载，还有大量而丰富的教学相关资讯！" style="width:103.25pt;height:13.75pt" o:oleicon="f" o:ole="" o:preferrelative="t" stroked="f">
            <v:imagedata r:id="rId1939" o:title="eqIdaf92a8f4eeec4de4183aa0dee845eeb7"/>
          </v:shape>
        </w:pict>
      </w:r>
      <w:r w:rsidR="00A43152">
        <w:rPr>
          <w:rFonts w:ascii="宋体" w:hAnsi="宋体"/>
          <w:color w:val="000000"/>
        </w:rPr>
        <w:t>（元），</w:t>
      </w:r>
    </w:p>
    <w:p w:rsidR="008A4855">
      <w:pPr>
        <w:spacing w:line="360" w:lineRule="auto"/>
        <w:jc w:val="left"/>
        <w:textAlignment w:val="center"/>
        <w:rPr>
          <w:rFonts w:ascii="宋体" w:hAnsi="宋体"/>
          <w:color w:val="000000"/>
        </w:rPr>
      </w:pPr>
      <w:r w:rsidR="00A43152">
        <w:rPr>
          <w:rFonts w:ascii="宋体" w:hAnsi="宋体"/>
          <w:color w:val="000000"/>
        </w:rPr>
        <w:t>乙运输公司收费</w:t>
      </w:r>
      <w:r>
        <w:rPr>
          <w:rFonts w:ascii="宋体" w:hAnsi="宋体"/>
          <w:noProof/>
          <w:color w:val="000000"/>
        </w:rPr>
        <w:pict>
          <v:shape id="_x0000_i708523" o:spid="_x0000_i1238" type="#_x0000_t75" style="width:12.5pt;height:15.01pt;visibility:visible" filled="f" stroked="f">
            <v:imagedata r:id="rId1940" o:title=""/>
            <o:lock v:ext="edit" aspectratio="t"/>
          </v:shape>
        </w:pict>
      </w:r>
      <w:r>
        <w:pict>
          <v:shape id="_x0000_i708524" type="#_x0000_t75" alt="学科网(www.zxxk.com)--教育资源门户，提供试卷、教案、课件、论文、素材以及各类教学资源下载，还有大量而丰富的教学相关资讯！" style="width:103.25pt;height:13.75pt" o:oleicon="f" o:ole="" o:preferrelative="t" stroked="f">
            <v:imagedata r:id="rId1941" o:title="eqId8cf576a3752681b929be1566348ed596"/>
          </v:shape>
        </w:pict>
      </w:r>
      <w:r w:rsidR="00A43152">
        <w:rPr>
          <w:rFonts w:ascii="宋体" w:hAnsi="宋体"/>
          <w:color w:val="000000"/>
        </w:rPr>
        <w:t>（元）．</w:t>
      </w:r>
    </w:p>
    <w:p w:rsidR="008A4855">
      <w:pPr>
        <w:spacing w:line="360" w:lineRule="auto"/>
        <w:jc w:val="left"/>
        <w:textAlignment w:val="center"/>
        <w:rPr>
          <w:rFonts w:ascii="宋体" w:hAnsi="宋体"/>
          <w:color w:val="000000"/>
        </w:rPr>
      </w:pPr>
      <w:r w:rsidR="00A43152">
        <w:rPr>
          <w:rFonts w:ascii="宋体" w:hAnsi="宋体"/>
          <w:color w:val="000000"/>
        </w:rPr>
        <w:t>因为</w:t>
      </w:r>
      <w:r>
        <w:pict>
          <v:shape id="_x0000_i708525" type="#_x0000_t75" alt="学科网(www.zxxk.com)--教育资源门户，提供试卷、教案、课件、论文、素材以及各类教学资源下载，还有大量而丰富的教学相关资讯！" style="width:60.9pt;height:13.75pt" o:oleicon="f" o:ole="" o:preferrelative="t" stroked="f">
            <v:imagedata r:id="rId1942" o:title="eqId27f2ca4648a2b3cb2261a429971a80f2"/>
          </v:shape>
        </w:pict>
      </w:r>
      <w:r w:rsidR="00A43152">
        <w:rPr>
          <w:rFonts w:ascii="宋体" w:hAnsi="宋体"/>
          <w:color w:val="000000"/>
        </w:rPr>
        <w:t>，所以该工厂选择甲运输公司更划算．</w:t>
      </w:r>
    </w:p>
    <w:p w:rsidR="008A4855">
      <w:pPr>
        <w:spacing w:line="360" w:lineRule="auto"/>
        <w:jc w:val="left"/>
        <w:textAlignment w:val="center"/>
        <w:rPr>
          <w:color w:val="000000"/>
        </w:rPr>
      </w:pPr>
      <w:r w:rsidR="00A43152">
        <w:rPr>
          <w:color w:val="000000"/>
        </w:rPr>
        <w:t>【小问2详解】</w:t>
      </w:r>
    </w:p>
    <w:p w:rsidR="008A4855">
      <w:pPr>
        <w:spacing w:line="360" w:lineRule="auto"/>
        <w:jc w:val="left"/>
        <w:textAlignment w:val="center"/>
        <w:rPr>
          <w:rFonts w:ascii="宋体" w:hAnsi="宋体"/>
          <w:color w:val="000000"/>
        </w:rPr>
      </w:pPr>
      <w:r w:rsidR="00A43152">
        <w:rPr>
          <w:rFonts w:ascii="宋体" w:hAnsi="宋体"/>
          <w:color w:val="000000"/>
        </w:rPr>
        <w:t>设当运输距离为</w:t>
      </w:r>
      <w:r w:rsidR="00A43152">
        <w:rPr>
          <w:rFonts w:eastAsia="Times New Roman" w:cs="Times New Roman"/>
          <w:i/>
          <w:color w:val="000000"/>
        </w:rPr>
        <w:t>x</w:t>
      </w:r>
      <w:r w:rsidR="00A43152">
        <w:rPr>
          <w:rFonts w:ascii="宋体" w:hAnsi="宋体"/>
          <w:color w:val="000000"/>
        </w:rPr>
        <w:t>千米时，甲、乙两家运输公司收费相同．</w:t>
      </w:r>
    </w:p>
    <w:p w:rsidR="008A4855">
      <w:pPr>
        <w:spacing w:line="360" w:lineRule="auto"/>
        <w:jc w:val="left"/>
        <w:textAlignment w:val="center"/>
        <w:rPr>
          <w:rFonts w:ascii="宋体" w:hAnsi="宋体"/>
          <w:color w:val="000000"/>
        </w:rPr>
      </w:pPr>
      <w:r w:rsidR="00A43152">
        <w:rPr>
          <w:rFonts w:ascii="宋体" w:hAnsi="宋体"/>
          <w:color w:val="000000"/>
        </w:rPr>
        <w:t>根据题意，得</w:t>
      </w:r>
      <w:r>
        <w:pict>
          <v:shape id="_x0000_i708526" type="#_x0000_t75" alt="学科网(www.zxxk.com)--教育资源门户，提供试卷、教案、课件、论文、素材以及各类教学资源下载，还有大量而丰富的教学相关资讯！" style="width:105.75pt;height:14.25pt" o:oleicon="f" o:ole="" o:preferrelative="t" stroked="f">
            <v:imagedata r:id="rId1943" o:title="eqId06af1b48b9ba41089b71b969dacfc6e0"/>
          </v:shape>
        </w:pic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rFonts w:ascii="宋体" w:hAnsi="宋体"/>
          <w:color w:val="000000"/>
        </w:rPr>
        <w:t>解得</w:t>
      </w:r>
      <w:r>
        <w:pict>
          <v:shape id="_x0000_i708527" type="#_x0000_t75" alt="学科网(www.zxxk.com)--教育资源门户，提供试卷、教案、课件、论文、素材以及各类教学资源下载，还有大量而丰富的教学相关资讯！" style="width:39pt;height:14.25pt" o:oleicon="f" o:ole="" o:preferrelative="t" stroked="f">
            <v:imagedata r:id="rId1944" o:title="eqId27fdc6a09b434bdc8da7542a5e75e1b5"/>
          </v:shape>
        </w:pic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rFonts w:ascii="宋体" w:hAnsi="宋体"/>
          <w:color w:val="000000"/>
        </w:rPr>
        <w:t>答：运送到</w:t>
      </w:r>
      <w:r w:rsidR="00A43152">
        <w:rPr>
          <w:rFonts w:eastAsia="Times New Roman" w:cs="Times New Roman"/>
          <w:i/>
          <w:color w:val="000000"/>
        </w:rPr>
        <w:t>C</w:t>
      </w:r>
      <w:r w:rsidR="00A43152">
        <w:rPr>
          <w:rFonts w:ascii="宋体" w:hAnsi="宋体"/>
          <w:color w:val="000000"/>
        </w:rPr>
        <w:t>仓库时，甲、乙两家运输公司收费相同，可以任选一家．</w:t>
      </w:r>
    </w:p>
    <w:p w:rsidR="008A4855">
      <w:pPr>
        <w:spacing w:line="360" w:lineRule="auto"/>
        <w:jc w:val="left"/>
        <w:textAlignment w:val="center"/>
        <w:rPr>
          <w:color w:val="000000"/>
        </w:rPr>
      </w:pPr>
      <w:r w:rsidR="00A43152">
        <w:rPr>
          <w:color w:val="000000"/>
        </w:rPr>
        <w:t>【小问3详解】</w:t>
      </w:r>
    </w:p>
    <w:p w:rsidR="008A4855">
      <w:pPr>
        <w:spacing w:line="360" w:lineRule="auto"/>
        <w:jc w:val="left"/>
        <w:textAlignment w:val="center"/>
        <w:rPr>
          <w:rFonts w:ascii="宋体" w:hAnsi="宋体"/>
          <w:color w:val="000000"/>
        </w:rPr>
      </w:pPr>
      <w:r w:rsidR="00A43152">
        <w:rPr>
          <w:rFonts w:ascii="宋体" w:hAnsi="宋体"/>
          <w:color w:val="000000"/>
        </w:rPr>
        <w:t>当甲公司收费大于乙公司时：</w:t>
      </w:r>
      <w:r>
        <w:pict>
          <v:shape id="_x0000_i708528" type="#_x0000_t75" alt="学科网(www.zxxk.com)--教育资源门户，提供试卷、教案、课件、论文、素材以及各类教学资源下载，还有大量而丰富的教学相关资讯！" style="width:105.75pt;height:14.25pt" o:oleicon="f" o:ole="" o:preferrelative="t" stroked="f">
            <v:imagedata r:id="rId1945" o:title="eqId4804a9e70cf64c30070de492b1c93fea"/>
          </v:shape>
        </w:pict>
      </w:r>
      <w:r w:rsidR="00A43152">
        <w:rPr>
          <w:rFonts w:ascii="宋体" w:hAnsi="宋体"/>
          <w:color w:val="000000"/>
        </w:rPr>
        <w:t>，</w:t>
      </w:r>
      <w:r>
        <w:pict>
          <v:shape id="_x0000_i708529" type="#_x0000_t75" alt="学科网(www.zxxk.com)--教育资源门户，提供试卷、教案、课件、论文、素材以及各类教学资源下载，还有大量而丰富的教学相关资讯！" style="width:39pt;height:14.25pt" o:oleicon="f" o:ole="" o:preferrelative="t" stroked="f">
            <v:imagedata r:id="rId1946" o:title="eqId638ab451b822dfc303f36ba123bd9227"/>
          </v:shape>
        </w:pict>
      </w:r>
      <w:r w:rsidR="00A43152">
        <w:rPr>
          <w:rFonts w:eastAsia="Times New Roman" w:cs="Times New Roman"/>
          <w:color w:val="000000"/>
        </w:rPr>
        <w:t xml:space="preserve"> </w: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rFonts w:ascii="宋体" w:hAnsi="宋体"/>
          <w:color w:val="000000"/>
        </w:rPr>
        <w:t>当甲公司收费小于乙公司时：</w:t>
      </w:r>
      <w:r>
        <w:pict>
          <v:shape id="_x0000_i708530" type="#_x0000_t75" alt="学科网(www.zxxk.com)--教育资源门户，提供试卷、教案、课件、论文、素材以及各类教学资源下载，还有大量而丰富的教学相关资讯！" style="width:105.75pt;height:14.25pt" o:oleicon="f" o:ole="" o:preferrelative="t" stroked="f">
            <v:imagedata r:id="rId1947" o:title="eqId097997d910c8ad06582346ed2ee76a43"/>
          </v:shape>
        </w:pict>
      </w:r>
      <w:r w:rsidR="00A43152">
        <w:rPr>
          <w:rFonts w:ascii="宋体" w:hAnsi="宋体"/>
          <w:color w:val="000000"/>
        </w:rPr>
        <w:t>，</w:t>
      </w:r>
      <w:r>
        <w:pict>
          <v:shape id="_x0000_i708531" type="#_x0000_t75" alt="学科网(www.zxxk.com)--教育资源门户，提供试卷、教案、课件、论文、素材以及各类教学资源下载，还有大量而丰富的教学相关资讯！" style="width:38.25pt;height:14.25pt" o:oleicon="f" o:ole="" o:preferrelative="t" stroked="f">
            <v:imagedata r:id="rId1948" o:title="eqId1249d33966304269b0aac07e29a1b7a1"/>
          </v:shape>
        </w:pic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rFonts w:ascii="宋体" w:hAnsi="宋体"/>
          <w:color w:val="000000"/>
        </w:rPr>
        <w:t>综上：当仓库与工厂的距离大于</w:t>
      </w:r>
      <w:r w:rsidR="00A43152">
        <w:rPr>
          <w:rFonts w:eastAsia="Times New Roman" w:cs="Times New Roman"/>
          <w:color w:val="000000"/>
        </w:rPr>
        <w:t>100</w:t>
      </w:r>
      <w:r w:rsidR="00A43152">
        <w:rPr>
          <w:rFonts w:ascii="宋体" w:hAnsi="宋体"/>
          <w:color w:val="000000"/>
        </w:rPr>
        <w:t>千米时，选择甲公司；</w:t>
      </w:r>
    </w:p>
    <w:p w:rsidR="008A4855">
      <w:pPr>
        <w:spacing w:line="360" w:lineRule="auto"/>
        <w:jc w:val="left"/>
        <w:textAlignment w:val="center"/>
        <w:rPr>
          <w:rFonts w:ascii="宋体" w:hAnsi="宋体"/>
          <w:color w:val="000000"/>
        </w:rPr>
      </w:pPr>
      <w:r w:rsidR="00A43152">
        <w:rPr>
          <w:rFonts w:ascii="宋体" w:hAnsi="宋体"/>
          <w:color w:val="000000"/>
        </w:rPr>
        <w:t>当仓库与工厂的距离等于</w:t>
      </w:r>
      <w:r w:rsidR="00A43152">
        <w:rPr>
          <w:rFonts w:eastAsia="Times New Roman" w:cs="Times New Roman"/>
          <w:color w:val="000000"/>
        </w:rPr>
        <w:t>100</w:t>
      </w:r>
      <w:r w:rsidR="00A43152">
        <w:rPr>
          <w:rFonts w:ascii="宋体" w:hAnsi="宋体"/>
          <w:color w:val="000000"/>
        </w:rPr>
        <w:t>千米时，可以从甲、乙公司中任选一家；</w:t>
      </w:r>
    </w:p>
    <w:p w:rsidR="008A4855">
      <w:pPr>
        <w:spacing w:line="360" w:lineRule="auto"/>
        <w:jc w:val="left"/>
        <w:textAlignment w:val="center"/>
        <w:rPr>
          <w:rFonts w:ascii="宋体" w:hAnsi="宋体"/>
          <w:color w:val="000000"/>
        </w:rPr>
      </w:pPr>
      <w:r w:rsidR="00A43152">
        <w:rPr>
          <w:rFonts w:ascii="宋体" w:hAnsi="宋体"/>
          <w:color w:val="000000"/>
        </w:rPr>
        <w:t>当仓库与工厂的距离小于</w:t>
      </w:r>
      <w:r w:rsidR="00A43152">
        <w:rPr>
          <w:rFonts w:eastAsia="Times New Roman" w:cs="Times New Roman"/>
          <w:color w:val="000000"/>
        </w:rPr>
        <w:t>100</w:t>
      </w:r>
      <w:r w:rsidR="00A43152">
        <w:rPr>
          <w:rFonts w:ascii="宋体" w:hAnsi="宋体"/>
          <w:color w:val="000000"/>
        </w:rPr>
        <w:t>千米时，选择乙公司．</w:t>
      </w:r>
    </w:p>
    <w:p w:rsidR="008A4855">
      <w:pPr>
        <w:spacing w:line="360" w:lineRule="auto"/>
        <w:jc w:val="left"/>
        <w:textAlignment w:val="center"/>
        <w:rPr>
          <w:rFonts w:ascii="宋体" w:hAnsi="宋体"/>
          <w:color w:val="000000"/>
        </w:rPr>
      </w:pPr>
      <w:r w:rsidR="00A43152">
        <w:rPr>
          <w:color w:val="000000"/>
        </w:rPr>
        <w:t>【点睛】</w:t>
      </w:r>
      <w:r w:rsidR="00A43152">
        <w:rPr>
          <w:rFonts w:ascii="宋体" w:hAnsi="宋体"/>
          <w:color w:val="000000"/>
        </w:rPr>
        <w:t>本题考查了一元一次方程的实际应用及一元一次不等式的应用，依据题意，正确建立方程是解题关键．</w:t>
      </w:r>
    </w:p>
    <w:p w:rsidR="008A4855">
      <w:pPr>
        <w:spacing w:line="360" w:lineRule="auto"/>
        <w:jc w:val="left"/>
        <w:textAlignment w:val="center"/>
        <w:rPr>
          <w:rFonts w:ascii="宋体" w:hAnsi="宋体"/>
          <w:color w:val="000000"/>
        </w:rPr>
      </w:pPr>
      <w:r w:rsidR="00A43152">
        <w:rPr>
          <w:color w:val="000000"/>
        </w:rPr>
        <w:t xml:space="preserve">27. </w:t>
      </w:r>
      <w:r w:rsidR="00A43152">
        <w:rPr>
          <w:rFonts w:ascii="宋体" w:hAnsi="宋体"/>
          <w:color w:val="000000"/>
        </w:rPr>
        <w:t>对于点</w:t>
      </w:r>
      <w:r w:rsidR="00A43152">
        <w:rPr>
          <w:rFonts w:eastAsia="Times New Roman" w:cs="Times New Roman"/>
          <w:i/>
          <w:color w:val="000000"/>
        </w:rPr>
        <w:t>M</w:t>
      </w:r>
      <w:r w:rsidR="00A43152">
        <w:rPr>
          <w:rFonts w:ascii="宋体" w:hAnsi="宋体"/>
          <w:color w:val="000000"/>
        </w:rPr>
        <w:t>，</w:t>
      </w:r>
      <w:r w:rsidR="00A43152">
        <w:rPr>
          <w:rFonts w:eastAsia="Times New Roman" w:cs="Times New Roman"/>
          <w:i/>
          <w:color w:val="000000"/>
        </w:rPr>
        <w:t>N</w:t>
      </w:r>
      <w:r w:rsidR="00A43152">
        <w:rPr>
          <w:rFonts w:ascii="宋体" w:hAnsi="宋体"/>
          <w:color w:val="000000"/>
        </w:rPr>
        <w:t>，给出如下定义：在直线</w:t>
      </w:r>
      <w:r w:rsidR="00A43152">
        <w:rPr>
          <w:rFonts w:eastAsia="Times New Roman" w:cs="Times New Roman"/>
          <w:i/>
          <w:color w:val="000000"/>
        </w:rPr>
        <w:t>MN</w:t>
      </w:r>
      <w:r w:rsidR="00A43152">
        <w:rPr>
          <w:rFonts w:ascii="宋体" w:hAnsi="宋体"/>
          <w:color w:val="000000"/>
        </w:rPr>
        <w:t>上，若存在点</w:t>
      </w:r>
      <w:r w:rsidR="00A43152">
        <w:rPr>
          <w:rFonts w:eastAsia="Times New Roman" w:cs="Times New Roman"/>
          <w:i/>
          <w:color w:val="000000"/>
        </w:rPr>
        <w:t>P</w:t>
      </w:r>
      <w:r w:rsidR="00A43152">
        <w:rPr>
          <w:rFonts w:ascii="宋体" w:hAnsi="宋体"/>
          <w:color w:val="000000"/>
        </w:rPr>
        <w:t>，使得</w:t>
      </w:r>
      <w:r>
        <w:pict>
          <v:shape id="_x0000_i708532" type="#_x0000_t75" alt="学科网(www.zxxk.com)--教育资源门户，提供试卷、教案、课件、论文、素材以及各类教学资源下载，还有大量而丰富的教学相关资讯！" style="width:85.1pt;height:16.85pt" o:oleicon="f" o:ole="" o:preferrelative="t" stroked="f">
            <v:imagedata r:id="rId1949" o:title="eqIddc63444f8c0c9ba2a832fbd7298cfa83"/>
          </v:shape>
        </w:pict>
      </w:r>
      <w:r w:rsidR="00A43152">
        <w:rPr>
          <w:rFonts w:eastAsia="Times New Roman" w:cs="Times New Roman"/>
          <w:color w:val="000000"/>
        </w:rPr>
        <w:t xml:space="preserve"> </w:t>
      </w:r>
      <w:r w:rsidR="00A43152">
        <w:rPr>
          <w:rFonts w:ascii="宋体" w:hAnsi="宋体"/>
          <w:color w:val="000000"/>
        </w:rPr>
        <w:t>，则称点</w:t>
      </w:r>
      <w:r w:rsidR="00A43152">
        <w:rPr>
          <w:rFonts w:eastAsia="Times New Roman" w:cs="Times New Roman"/>
          <w:i/>
          <w:color w:val="000000"/>
        </w:rPr>
        <w:t>P</w:t>
      </w:r>
      <w:r w:rsidR="00A43152">
        <w:rPr>
          <w:rFonts w:ascii="宋体" w:hAnsi="宋体"/>
          <w:color w:val="000000"/>
        </w:rPr>
        <w:t>是“点</w:t>
      </w:r>
      <w:r w:rsidR="00A43152">
        <w:rPr>
          <w:rFonts w:eastAsia="Times New Roman" w:cs="Times New Roman"/>
          <w:i/>
          <w:color w:val="000000"/>
        </w:rPr>
        <w:t>M</w:t>
      </w:r>
      <w:r w:rsidR="00A43152">
        <w:rPr>
          <w:rFonts w:ascii="宋体" w:hAnsi="宋体"/>
          <w:color w:val="000000"/>
        </w:rPr>
        <w:t>到点</w:t>
      </w:r>
      <w:r w:rsidR="00A43152">
        <w:rPr>
          <w:rFonts w:eastAsia="Times New Roman" w:cs="Times New Roman"/>
          <w:i/>
          <w:color w:val="000000"/>
        </w:rPr>
        <w:t>N</w:t>
      </w:r>
      <w:r w:rsidR="00A43152">
        <w:rPr>
          <w:rFonts w:ascii="宋体" w:hAnsi="宋体"/>
          <w:color w:val="000000"/>
        </w:rPr>
        <w:t>的</w:t>
      </w:r>
      <w:r w:rsidR="00A43152">
        <w:rPr>
          <w:rFonts w:eastAsia="Times New Roman" w:cs="Times New Roman"/>
          <w:i/>
          <w:color w:val="000000"/>
        </w:rPr>
        <w:t>k</w:t>
      </w:r>
      <w:r w:rsidR="00A43152">
        <w:rPr>
          <w:rFonts w:ascii="宋体" w:hAnsi="宋体"/>
          <w:color w:val="000000"/>
        </w:rPr>
        <w:t>倍分点”．</w:t>
      </w:r>
    </w:p>
    <w:p w:rsidR="008A4855">
      <w:pPr>
        <w:spacing w:line="360" w:lineRule="auto"/>
        <w:jc w:val="left"/>
        <w:textAlignment w:val="center"/>
        <w:rPr>
          <w:rFonts w:ascii="宋体" w:hAnsi="宋体"/>
          <w:color w:val="000000"/>
        </w:rPr>
      </w:pPr>
      <w:r w:rsidR="00A43152">
        <w:rPr>
          <w:rFonts w:ascii="宋体" w:hAnsi="宋体"/>
          <w:color w:val="000000"/>
        </w:rPr>
        <w:t>例如：如图，点</w:t>
      </w:r>
      <w:r w:rsidR="00A43152">
        <w:rPr>
          <w:rFonts w:eastAsia="Times New Roman" w:cs="Times New Roman"/>
          <w:i/>
          <w:color w:val="000000"/>
        </w:rPr>
        <w:t>Q</w:t>
      </w:r>
      <w:r w:rsidR="00A43152">
        <w:rPr>
          <w:rFonts w:eastAsia="Times New Roman" w:cs="Times New Roman"/>
          <w:color w:val="000000"/>
          <w:vertAlign w:val="subscript"/>
        </w:rPr>
        <w:t>1</w:t>
      </w:r>
      <w:r w:rsidR="00A43152">
        <w:rPr>
          <w:rFonts w:ascii="宋体" w:hAnsi="宋体"/>
          <w:color w:val="000000"/>
        </w:rPr>
        <w:t>，</w:t>
      </w:r>
      <w:r w:rsidR="00A43152">
        <w:rPr>
          <w:rFonts w:eastAsia="Times New Roman" w:cs="Times New Roman"/>
          <w:i/>
          <w:color w:val="000000"/>
        </w:rPr>
        <w:t>Q</w:t>
      </w:r>
      <w:r w:rsidR="00A43152">
        <w:rPr>
          <w:rFonts w:eastAsia="Times New Roman" w:cs="Times New Roman"/>
          <w:color w:val="000000"/>
          <w:vertAlign w:val="subscript"/>
        </w:rPr>
        <w:t>2</w:t>
      </w:r>
      <w:r w:rsidR="00A43152">
        <w:rPr>
          <w:rFonts w:ascii="宋体" w:hAnsi="宋体"/>
          <w:color w:val="000000"/>
        </w:rPr>
        <w:t>，</w:t>
      </w:r>
      <w:r w:rsidR="00A43152">
        <w:rPr>
          <w:rFonts w:eastAsia="Times New Roman" w:cs="Times New Roman"/>
          <w:i/>
          <w:color w:val="000000"/>
        </w:rPr>
        <w:t>Q</w:t>
      </w:r>
      <w:r w:rsidR="00A43152">
        <w:rPr>
          <w:rFonts w:eastAsia="Times New Roman" w:cs="Times New Roman"/>
          <w:color w:val="000000"/>
          <w:vertAlign w:val="subscript"/>
        </w:rPr>
        <w:t>3</w:t>
      </w:r>
      <w:r w:rsidR="00A43152">
        <w:rPr>
          <w:rFonts w:ascii="宋体" w:hAnsi="宋体"/>
          <w:color w:val="000000"/>
        </w:rPr>
        <w:t>在同一条直线上，</w:t>
      </w:r>
      <w:r w:rsidR="00A43152">
        <w:rPr>
          <w:color w:val="000000"/>
        </w:rPr>
        <w:t xml:space="preserve">    </w:t>
      </w:r>
      <w:r w:rsidR="00A43152">
        <w:rPr>
          <w:rFonts w:eastAsia="Times New Roman" w:cs="Times New Roman"/>
          <w:i/>
          <w:color w:val="000000"/>
        </w:rPr>
        <w:t>Q</w:t>
      </w:r>
      <w:r w:rsidR="00A43152">
        <w:rPr>
          <w:rFonts w:eastAsia="Times New Roman" w:cs="Times New Roman"/>
          <w:color w:val="000000"/>
          <w:vertAlign w:val="subscript"/>
        </w:rPr>
        <w:t>1</w:t>
      </w:r>
      <w:r w:rsidR="00A43152">
        <w:rPr>
          <w:rFonts w:eastAsia="Times New Roman" w:cs="Times New Roman"/>
          <w:i/>
          <w:color w:val="000000"/>
        </w:rPr>
        <w:t>Q</w:t>
      </w:r>
      <w:r w:rsidR="00A43152">
        <w:rPr>
          <w:rFonts w:eastAsia="Times New Roman" w:cs="Times New Roman"/>
          <w:color w:val="000000"/>
          <w:vertAlign w:val="subscript"/>
        </w:rPr>
        <w:t>2</w:t>
      </w:r>
      <w:r w:rsidR="00A43152">
        <w:rPr>
          <w:rFonts w:eastAsia="Times New Roman" w:cs="Times New Roman"/>
          <w:color w:val="000000"/>
        </w:rPr>
        <w:t>=3</w:t>
      </w:r>
      <w:r w:rsidR="00A43152">
        <w:rPr>
          <w:rFonts w:ascii="宋体" w:hAnsi="宋体"/>
          <w:color w:val="000000"/>
        </w:rPr>
        <w:t>，</w:t>
      </w:r>
      <w:r w:rsidR="00A43152">
        <w:rPr>
          <w:rFonts w:eastAsia="Times New Roman" w:cs="Times New Roman"/>
          <w:i/>
          <w:color w:val="000000"/>
        </w:rPr>
        <w:t>Q</w:t>
      </w:r>
      <w:r w:rsidR="00A43152">
        <w:rPr>
          <w:rFonts w:eastAsia="Times New Roman" w:cs="Times New Roman"/>
          <w:color w:val="000000"/>
          <w:vertAlign w:val="subscript"/>
        </w:rPr>
        <w:t>2</w:t>
      </w:r>
      <w:r w:rsidR="00A43152">
        <w:rPr>
          <w:rFonts w:eastAsia="Times New Roman" w:cs="Times New Roman"/>
          <w:i/>
          <w:color w:val="000000"/>
        </w:rPr>
        <w:t>Q</w:t>
      </w:r>
      <w:r w:rsidR="00A43152">
        <w:rPr>
          <w:rFonts w:eastAsia="Times New Roman" w:cs="Times New Roman"/>
          <w:color w:val="000000"/>
          <w:vertAlign w:val="subscript"/>
        </w:rPr>
        <w:t>3</w:t>
      </w:r>
      <w:r w:rsidR="00A43152">
        <w:rPr>
          <w:rFonts w:eastAsia="Times New Roman" w:cs="Times New Roman"/>
          <w:color w:val="000000"/>
        </w:rPr>
        <w:t>=6</w:t>
      </w:r>
      <w:r w:rsidR="00A43152">
        <w:rPr>
          <w:rFonts w:ascii="宋体" w:hAnsi="宋体"/>
          <w:color w:val="000000"/>
        </w:rPr>
        <w:t>，则点</w:t>
      </w:r>
      <w:r w:rsidR="00A43152">
        <w:rPr>
          <w:rFonts w:eastAsia="Times New Roman" w:cs="Times New Roman"/>
          <w:i/>
          <w:color w:val="000000"/>
        </w:rPr>
        <w:t>Q</w:t>
      </w:r>
      <w:r w:rsidR="00A43152">
        <w:rPr>
          <w:rFonts w:eastAsia="Times New Roman" w:cs="Times New Roman"/>
          <w:color w:val="000000"/>
          <w:vertAlign w:val="subscript"/>
        </w:rPr>
        <w:t>1</w:t>
      </w:r>
      <w:r w:rsidR="00A43152">
        <w:rPr>
          <w:rFonts w:ascii="宋体" w:hAnsi="宋体"/>
          <w:color w:val="000000"/>
        </w:rPr>
        <w:t>是点</w:t>
      </w:r>
      <w:r w:rsidR="00A43152">
        <w:rPr>
          <w:rFonts w:eastAsia="Times New Roman" w:cs="Times New Roman"/>
          <w:i/>
          <w:color w:val="000000"/>
        </w:rPr>
        <w:t>Q</w:t>
      </w:r>
      <w:r w:rsidR="00A43152">
        <w:rPr>
          <w:rFonts w:eastAsia="Times New Roman" w:cs="Times New Roman"/>
          <w:color w:val="000000"/>
          <w:vertAlign w:val="subscript"/>
        </w:rPr>
        <w:t>2</w:t>
      </w:r>
      <w:r w:rsidR="00A43152">
        <w:rPr>
          <w:rFonts w:ascii="宋体" w:hAnsi="宋体"/>
          <w:color w:val="000000"/>
        </w:rPr>
        <w:t>到点</w:t>
      </w:r>
      <w:r w:rsidR="00A43152">
        <w:rPr>
          <w:rFonts w:eastAsia="Times New Roman" w:cs="Times New Roman"/>
          <w:i/>
          <w:color w:val="000000"/>
        </w:rPr>
        <w:t>Q</w:t>
      </w:r>
      <w:r w:rsidR="00A43152">
        <w:rPr>
          <w:rFonts w:eastAsia="Times New Roman" w:cs="Times New Roman"/>
          <w:color w:val="000000"/>
          <w:vertAlign w:val="subscript"/>
        </w:rPr>
        <w:t>3</w:t>
      </w:r>
      <w:r w:rsidR="00A43152">
        <w:rPr>
          <w:rFonts w:ascii="宋体" w:hAnsi="宋体"/>
          <w:color w:val="000000"/>
        </w:rPr>
        <w:t>的</w:t>
      </w:r>
      <w:r>
        <w:pict>
          <v:shape id="_x0000_i708533" type="#_x0000_t75" alt="学科网(www.zxxk.com)--教育资源门户，提供试卷、教案、课件、论文、素材以及各类教学资源下载，还有大量而丰富的教学相关资讯！" style="width:11.25pt;height:30.75pt" o:oleicon="f" o:ole="" o:preferrelative="t" stroked="f">
            <v:imagedata r:id="rId1950" o:title="eqId96c7406fe9bb42d482404e87ed3f58bd"/>
          </v:shape>
        </w:pict>
      </w:r>
      <w:r w:rsidR="00A43152">
        <w:rPr>
          <w:rFonts w:eastAsia="Times New Roman" w:cs="Times New Roman"/>
          <w:color w:val="000000"/>
        </w:rPr>
        <w:t xml:space="preserve"> </w:t>
      </w:r>
      <w:r w:rsidR="00A43152">
        <w:rPr>
          <w:rFonts w:ascii="宋体" w:hAnsi="宋体"/>
          <w:color w:val="000000"/>
        </w:rPr>
        <w:t>倍分点，点</w:t>
      </w:r>
      <w:r w:rsidR="00A43152">
        <w:rPr>
          <w:rFonts w:eastAsia="Times New Roman" w:cs="Times New Roman"/>
          <w:i/>
          <w:color w:val="000000"/>
        </w:rPr>
        <w:t>Q</w:t>
      </w:r>
      <w:r w:rsidR="00A43152">
        <w:rPr>
          <w:rFonts w:eastAsia="Times New Roman" w:cs="Times New Roman"/>
          <w:color w:val="000000"/>
          <w:vertAlign w:val="subscript"/>
        </w:rPr>
        <w:t>1</w:t>
      </w:r>
      <w:r w:rsidR="00A43152">
        <w:rPr>
          <w:rFonts w:ascii="宋体" w:hAnsi="宋体"/>
          <w:color w:val="000000"/>
        </w:rPr>
        <w:t>是点</w:t>
      </w:r>
      <w:r w:rsidR="00A43152">
        <w:rPr>
          <w:rFonts w:eastAsia="Times New Roman" w:cs="Times New Roman"/>
          <w:i/>
          <w:color w:val="000000"/>
        </w:rPr>
        <w:t>Q</w:t>
      </w:r>
      <w:r w:rsidR="00A43152">
        <w:rPr>
          <w:rFonts w:eastAsia="Times New Roman" w:cs="Times New Roman"/>
          <w:color w:val="000000"/>
          <w:vertAlign w:val="subscript"/>
        </w:rPr>
        <w:t>3</w:t>
      </w:r>
      <w:r w:rsidR="00A43152">
        <w:rPr>
          <w:rFonts w:ascii="宋体" w:hAnsi="宋体"/>
          <w:color w:val="000000"/>
        </w:rPr>
        <w:t>到点</w:t>
      </w:r>
      <w:r w:rsidR="00A43152">
        <w:rPr>
          <w:rFonts w:eastAsia="Times New Roman" w:cs="Times New Roman"/>
          <w:i/>
          <w:color w:val="000000"/>
        </w:rPr>
        <w:t xml:space="preserve"> Q</w:t>
      </w:r>
      <w:r w:rsidR="00A43152">
        <w:rPr>
          <w:rFonts w:eastAsia="Times New Roman" w:cs="Times New Roman"/>
          <w:color w:val="000000"/>
          <w:vertAlign w:val="subscript"/>
        </w:rPr>
        <w:t>2</w:t>
      </w:r>
      <w:r w:rsidR="00A43152">
        <w:rPr>
          <w:rFonts w:ascii="宋体" w:hAnsi="宋体"/>
          <w:color w:val="000000"/>
        </w:rPr>
        <w:t>的</w:t>
      </w:r>
      <w:r w:rsidR="00A43152">
        <w:rPr>
          <w:rFonts w:eastAsia="Times New Roman" w:cs="Times New Roman"/>
          <w:color w:val="000000"/>
        </w:rPr>
        <w:t>3</w:t>
      </w:r>
      <w:r w:rsidR="00A43152">
        <w:rPr>
          <w:rFonts w:ascii="宋体" w:hAnsi="宋体"/>
          <w:color w:val="000000"/>
        </w:rPr>
        <w:t>倍分点．</w:t>
      </w:r>
    </w:p>
    <w:p w:rsidR="008A4855">
      <w:pPr>
        <w:spacing w:line="360" w:lineRule="auto"/>
        <w:jc w:val="left"/>
        <w:textAlignment w:val="center"/>
        <w:rPr>
          <w:rFonts w:eastAsia="Times New Roman" w:cs="Times New Roman"/>
          <w:color w:val="000000"/>
        </w:rPr>
      </w:pPr>
      <w:r>
        <w:rPr>
          <w:rFonts w:ascii="宋体" w:hAnsi="宋体"/>
          <w:noProof/>
          <w:color w:val="000000"/>
        </w:rPr>
        <w:pict>
          <v:shape id="_x0000_i708534" o:spid="_x0000_i1249" type="#_x0000_t75" alt="学科网(www.zxxk.com)--教育资源门户，提供试卷、教案、课件、论文、素材以及各类教学资源下载，还有大量而丰富的教学相关资讯！" style="width:301.55pt;height:29.25pt;visibility:visible" filled="f" stroked="f">
            <v:imagedata r:id="rId1951" o:title="学科网(www"/>
            <o:lock v:ext="edit" aspectratio="t"/>
          </v:shape>
        </w:pict>
      </w:r>
      <w:r w:rsidR="00A43152">
        <w:rPr>
          <w:rFonts w:eastAsia="Times New Roman" w:cs="Times New Roman"/>
          <w:color w:val="000000"/>
        </w:rPr>
        <w:t xml:space="preserve"> </w:t>
      </w:r>
    </w:p>
    <w:p w:rsidR="008A4855">
      <w:pPr>
        <w:spacing w:line="360" w:lineRule="auto"/>
        <w:jc w:val="left"/>
        <w:textAlignment w:val="center"/>
        <w:rPr>
          <w:rFonts w:ascii="宋体" w:hAnsi="宋体"/>
          <w:color w:val="000000"/>
        </w:rPr>
      </w:pPr>
      <w:r w:rsidR="00A43152">
        <w:rPr>
          <w:rFonts w:ascii="宋体" w:hAnsi="宋体"/>
          <w:color w:val="000000"/>
        </w:rPr>
        <w:t>已知：在数轴上，点</w:t>
      </w:r>
      <w:r w:rsidR="00A43152">
        <w:rPr>
          <w:rFonts w:eastAsia="Times New Roman" w:cs="Times New Roman"/>
          <w:i/>
          <w:color w:val="000000"/>
        </w:rPr>
        <w:t>A</w:t>
      </w:r>
      <w:r w:rsidR="00A43152">
        <w:rPr>
          <w:rFonts w:ascii="宋体" w:hAnsi="宋体"/>
          <w:color w:val="000000"/>
        </w:rPr>
        <w:t>，</w:t>
      </w:r>
      <w:r w:rsidR="00A43152">
        <w:rPr>
          <w:rFonts w:eastAsia="Times New Roman" w:cs="Times New Roman"/>
          <w:i/>
          <w:color w:val="000000"/>
        </w:rPr>
        <w:t>B</w:t>
      </w:r>
      <w:r w:rsidR="00A43152">
        <w:rPr>
          <w:rFonts w:ascii="宋体" w:hAnsi="宋体"/>
          <w:color w:val="000000"/>
        </w:rPr>
        <w:t>，</w:t>
      </w:r>
      <w:r w:rsidR="00A43152">
        <w:rPr>
          <w:rFonts w:eastAsia="Times New Roman" w:cs="Times New Roman"/>
          <w:i/>
          <w:color w:val="000000"/>
        </w:rPr>
        <w:t>C</w:t>
      </w:r>
      <w:r w:rsidR="00A43152">
        <w:rPr>
          <w:rFonts w:ascii="宋体" w:hAnsi="宋体"/>
          <w:color w:val="000000"/>
        </w:rPr>
        <w:t>分别表示</w:t>
      </w:r>
      <w:r w:rsidR="00A43152">
        <w:rPr>
          <w:rFonts w:eastAsia="Times New Roman" w:cs="Times New Roman"/>
          <w:color w:val="000000"/>
        </w:rPr>
        <w:t>-4</w:t>
      </w:r>
      <w:r w:rsidR="00A43152">
        <w:rPr>
          <w:rFonts w:ascii="宋体" w:hAnsi="宋体"/>
          <w:color w:val="000000"/>
        </w:rPr>
        <w:t>，</w:t>
      </w:r>
      <w:r w:rsidR="00A43152">
        <w:rPr>
          <w:rFonts w:eastAsia="Times New Roman" w:cs="Times New Roman"/>
          <w:color w:val="000000"/>
        </w:rPr>
        <w:t>-2</w:t>
      </w:r>
      <w:r w:rsidR="00A43152">
        <w:rPr>
          <w:rFonts w:ascii="宋体" w:hAnsi="宋体"/>
          <w:color w:val="000000"/>
        </w:rPr>
        <w:t>，</w:t>
      </w:r>
      <w:r w:rsidR="00A43152">
        <w:rPr>
          <w:rFonts w:eastAsia="Times New Roman" w:cs="Times New Roman"/>
          <w:color w:val="000000"/>
        </w:rPr>
        <w:t>2</w:t>
      </w:r>
      <w:r w:rsidR="00A43152">
        <w:rPr>
          <w:rFonts w:ascii="宋体" w:hAnsi="宋体"/>
          <w:color w:val="000000"/>
        </w:rPr>
        <w:t>．</w:t>
      </w:r>
    </w:p>
    <w:p w:rsidR="008A4855">
      <w:pPr>
        <w:spacing w:line="360" w:lineRule="auto"/>
        <w:jc w:val="left"/>
        <w:textAlignment w:val="center"/>
        <w:rPr>
          <w:color w:val="000000"/>
        </w:rPr>
      </w:pPr>
      <w:r>
        <w:rPr>
          <w:rFonts w:ascii="宋体" w:hAnsi="宋体"/>
          <w:noProof/>
          <w:color w:val="000000"/>
        </w:rPr>
        <w:pict>
          <v:shape id="_x0000_i708535" o:spid="_x0000_i1250" type="#_x0000_t75" alt="学科网(www.zxxk.com)--教育资源门户，提供试卷、教案、课件、论文、素材以及各类教学资源下载，还有大量而丰富的教学相关资讯！" style="width:277.55pt;height:30.75pt;visibility:visible" filled="f" stroked="f">
            <v:imagedata r:id="rId1952" o:title="学科网(www"/>
            <o:lock v:ext="edit" aspectratio="t"/>
          </v:shape>
        </w:pict>
      </w:r>
    </w:p>
    <w:p w:rsidR="008A4855">
      <w:pPr>
        <w:spacing w:line="360" w:lineRule="auto"/>
        <w:jc w:val="left"/>
        <w:textAlignment w:val="center"/>
        <w:rPr>
          <w:rFonts w:ascii="宋体" w:hAnsi="宋体"/>
          <w:color w:val="000000"/>
        </w:rPr>
      </w:pPr>
      <w:r w:rsidR="00A43152">
        <w:rPr>
          <w:rFonts w:ascii="宋体" w:hAnsi="宋体"/>
          <w:color w:val="000000"/>
        </w:rPr>
        <w:t>（1）点</w:t>
      </w:r>
      <w:r w:rsidR="00A43152">
        <w:rPr>
          <w:rFonts w:eastAsia="Times New Roman" w:cs="Times New Roman"/>
          <w:i/>
          <w:color w:val="000000"/>
        </w:rPr>
        <w:t>B</w:t>
      </w:r>
      <w:r w:rsidR="00A43152">
        <w:rPr>
          <w:rFonts w:ascii="宋体" w:hAnsi="宋体"/>
          <w:color w:val="000000"/>
        </w:rPr>
        <w:t>是点</w:t>
      </w:r>
      <w:r w:rsidR="00A43152">
        <w:rPr>
          <w:rFonts w:eastAsia="Times New Roman" w:cs="Times New Roman"/>
          <w:i/>
          <w:color w:val="000000"/>
        </w:rPr>
        <w:t>A</w:t>
      </w:r>
      <w:r w:rsidR="00A43152">
        <w:rPr>
          <w:rFonts w:ascii="宋体" w:hAnsi="宋体"/>
          <w:color w:val="000000"/>
        </w:rPr>
        <w:t>到点</w:t>
      </w:r>
      <w:r w:rsidR="00A43152">
        <w:rPr>
          <w:rFonts w:eastAsia="Times New Roman" w:cs="Times New Roman"/>
          <w:i/>
          <w:color w:val="000000"/>
        </w:rPr>
        <w:t>C</w:t>
      </w:r>
      <w:r w:rsidR="00A43152">
        <w:rPr>
          <w:rFonts w:ascii="宋体" w:hAnsi="宋体"/>
          <w:color w:val="000000"/>
        </w:rPr>
        <w:t>的</w:t>
      </w:r>
      <w:r w:rsidR="00A43152">
        <w:rPr>
          <w:rFonts w:eastAsia="Times New Roman" w:cs="Times New Roman"/>
          <w:color w:val="000000"/>
        </w:rPr>
        <w:t>______</w:t>
      </w:r>
      <w:r w:rsidR="00A43152">
        <w:rPr>
          <w:rFonts w:ascii="宋体" w:hAnsi="宋体"/>
          <w:color w:val="000000"/>
        </w:rPr>
        <w:t>倍分点，点</w:t>
      </w:r>
      <w:r w:rsidR="00A43152">
        <w:rPr>
          <w:rFonts w:eastAsia="Times New Roman" w:cs="Times New Roman"/>
          <w:i/>
          <w:color w:val="000000"/>
        </w:rPr>
        <w:t>C</w:t>
      </w:r>
      <w:r w:rsidR="00A43152">
        <w:rPr>
          <w:rFonts w:ascii="宋体" w:hAnsi="宋体"/>
          <w:color w:val="000000"/>
        </w:rPr>
        <w:t>是点</w:t>
      </w:r>
      <w:r w:rsidR="00A43152">
        <w:rPr>
          <w:rFonts w:eastAsia="Times New Roman" w:cs="Times New Roman"/>
          <w:i/>
          <w:color w:val="000000"/>
        </w:rPr>
        <w:t>B</w:t>
      </w:r>
      <w:r w:rsidR="00A43152">
        <w:rPr>
          <w:rFonts w:ascii="宋体" w:hAnsi="宋体"/>
          <w:color w:val="000000"/>
        </w:rPr>
        <w:t>到点</w:t>
      </w:r>
      <w:r w:rsidR="00A43152">
        <w:rPr>
          <w:rFonts w:eastAsia="Times New Roman" w:cs="Times New Roman"/>
          <w:i/>
          <w:color w:val="000000"/>
        </w:rPr>
        <w:t>A</w:t>
      </w:r>
      <w:r w:rsidR="00A43152">
        <w:rPr>
          <w:rFonts w:ascii="宋体" w:hAnsi="宋体"/>
          <w:color w:val="000000"/>
        </w:rPr>
        <w:t>的</w:t>
      </w:r>
      <w:r w:rsidR="00A43152">
        <w:rPr>
          <w:rFonts w:eastAsia="Times New Roman" w:cs="Times New Roman"/>
          <w:color w:val="000000"/>
        </w:rPr>
        <w:t>______</w:t>
      </w:r>
      <w:r w:rsidR="00A43152">
        <w:rPr>
          <w:rFonts w:ascii="宋体" w:hAnsi="宋体"/>
          <w:color w:val="000000"/>
        </w:rPr>
        <w:t>倍分点；</w:t>
      </w:r>
    </w:p>
    <w:p w:rsidR="008A4855">
      <w:pPr>
        <w:spacing w:line="360" w:lineRule="auto"/>
        <w:jc w:val="left"/>
        <w:textAlignment w:val="center"/>
        <w:rPr>
          <w:rFonts w:ascii="宋体" w:hAnsi="宋体"/>
          <w:color w:val="000000"/>
        </w:rPr>
      </w:pPr>
      <w:r w:rsidR="00A43152">
        <w:rPr>
          <w:rFonts w:ascii="宋体" w:hAnsi="宋体"/>
          <w:color w:val="000000"/>
        </w:rPr>
        <w:t>（2）点</w:t>
      </w:r>
      <w:r w:rsidR="00A43152">
        <w:rPr>
          <w:rFonts w:eastAsia="Times New Roman" w:cs="Times New Roman"/>
          <w:i/>
          <w:color w:val="000000"/>
        </w:rPr>
        <w:t>B</w:t>
      </w:r>
      <w:r w:rsidR="00A43152">
        <w:rPr>
          <w:rFonts w:ascii="宋体" w:hAnsi="宋体"/>
          <w:color w:val="000000"/>
        </w:rPr>
        <w:t>到点</w:t>
      </w:r>
      <w:r w:rsidR="00A43152">
        <w:rPr>
          <w:rFonts w:eastAsia="Times New Roman" w:cs="Times New Roman"/>
          <w:i/>
          <w:color w:val="000000"/>
        </w:rPr>
        <w:t>C</w:t>
      </w:r>
      <w:r w:rsidR="00A43152">
        <w:rPr>
          <w:rFonts w:ascii="宋体" w:hAnsi="宋体"/>
          <w:color w:val="000000"/>
        </w:rPr>
        <w:t>的</w:t>
      </w:r>
      <w:r w:rsidR="00A43152">
        <w:rPr>
          <w:rFonts w:eastAsia="Times New Roman" w:cs="Times New Roman"/>
          <w:color w:val="000000"/>
        </w:rPr>
        <w:t>3</w:t>
      </w:r>
      <w:r w:rsidR="00A43152">
        <w:rPr>
          <w:rFonts w:ascii="宋体" w:hAnsi="宋体"/>
          <w:color w:val="000000"/>
        </w:rPr>
        <w:t>倍分点表示的数是</w:t>
      </w:r>
      <w:r w:rsidR="00A43152">
        <w:rPr>
          <w:rFonts w:eastAsia="Times New Roman" w:cs="Times New Roman"/>
          <w:color w:val="000000"/>
        </w:rPr>
        <w:t>______</w: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rFonts w:ascii="宋体" w:hAnsi="宋体"/>
          <w:color w:val="000000"/>
        </w:rPr>
        <w:t>（3）点</w:t>
      </w:r>
      <w:r w:rsidR="00A43152">
        <w:rPr>
          <w:rFonts w:eastAsia="Times New Roman" w:cs="Times New Roman"/>
          <w:i/>
          <w:color w:val="000000"/>
        </w:rPr>
        <w:t>D</w:t>
      </w:r>
      <w:r w:rsidR="00A43152">
        <w:rPr>
          <w:rFonts w:ascii="宋体" w:hAnsi="宋体"/>
          <w:color w:val="000000"/>
        </w:rPr>
        <w:t>表示的数是</w:t>
      </w:r>
      <w:r w:rsidR="00A43152">
        <w:rPr>
          <w:rFonts w:eastAsia="Times New Roman" w:cs="Times New Roman"/>
          <w:i/>
          <w:color w:val="000000"/>
        </w:rPr>
        <w:t>x</w:t>
      </w:r>
      <w:r w:rsidR="00A43152">
        <w:rPr>
          <w:rFonts w:ascii="宋体" w:hAnsi="宋体"/>
          <w:color w:val="000000"/>
        </w:rPr>
        <w:t>，线段</w:t>
      </w:r>
      <w:r w:rsidR="00A43152">
        <w:rPr>
          <w:rFonts w:eastAsia="Times New Roman" w:cs="Times New Roman"/>
          <w:i/>
          <w:color w:val="000000"/>
        </w:rPr>
        <w:t>BC</w:t>
      </w:r>
      <w:r w:rsidR="00A43152">
        <w:rPr>
          <w:rFonts w:ascii="宋体" w:hAnsi="宋体"/>
          <w:color w:val="000000"/>
        </w:rPr>
        <w:t>上存在点</w:t>
      </w:r>
      <w:r w:rsidR="00A43152">
        <w:rPr>
          <w:rFonts w:eastAsia="Times New Roman" w:cs="Times New Roman"/>
          <w:i/>
          <w:color w:val="000000"/>
        </w:rPr>
        <w:t>A</w:t>
      </w:r>
      <w:r w:rsidR="00A43152">
        <w:rPr>
          <w:rFonts w:ascii="宋体" w:hAnsi="宋体"/>
          <w:color w:val="000000"/>
        </w:rPr>
        <w:t>到点</w:t>
      </w:r>
      <w:r w:rsidR="00A43152">
        <w:rPr>
          <w:rFonts w:eastAsia="Times New Roman" w:cs="Times New Roman"/>
          <w:i/>
          <w:color w:val="000000"/>
        </w:rPr>
        <w:t>D</w:t>
      </w:r>
      <w:r w:rsidR="00A43152">
        <w:rPr>
          <w:rFonts w:ascii="宋体" w:hAnsi="宋体"/>
          <w:color w:val="000000"/>
        </w:rPr>
        <w:t>的</w:t>
      </w:r>
      <w:r w:rsidR="00A43152">
        <w:rPr>
          <w:rFonts w:eastAsia="Times New Roman" w:cs="Times New Roman"/>
          <w:color w:val="000000"/>
        </w:rPr>
        <w:t>2</w:t>
      </w:r>
      <w:r w:rsidR="00A43152">
        <w:rPr>
          <w:rFonts w:ascii="宋体" w:hAnsi="宋体"/>
          <w:color w:val="000000"/>
        </w:rPr>
        <w:t>倍分点，写出</w:t>
      </w:r>
      <w:r w:rsidR="00A43152">
        <w:rPr>
          <w:rFonts w:eastAsia="Times New Roman" w:cs="Times New Roman"/>
          <w:i/>
          <w:color w:val="000000"/>
        </w:rPr>
        <w:t>x</w:t>
      </w:r>
      <w:r w:rsidR="00A43152">
        <w:rPr>
          <w:rFonts w:ascii="宋体" w:hAnsi="宋体"/>
          <w:color w:val="000000"/>
        </w:rPr>
        <w:t>的取值范围．</w:t>
      </w:r>
    </w:p>
    <w:p w:rsidR="008A4855">
      <w:pPr>
        <w:spacing w:line="360" w:lineRule="auto"/>
        <w:textAlignment w:val="center"/>
        <w:rPr>
          <w:rFonts w:ascii="宋体" w:hAnsi="宋体"/>
          <w:color w:val="000000"/>
        </w:rPr>
      </w:pPr>
      <w:r w:rsidR="00A43152">
        <w:rPr>
          <w:color w:val="2E75B6"/>
        </w:rPr>
        <w:t>【答案】</w:t>
      </w:r>
      <w:r w:rsidR="00A43152">
        <w:rPr>
          <w:color w:val="000000"/>
        </w:rPr>
        <w:t>（1）</w:t>
      </w:r>
      <w:r>
        <w:pict>
          <v:shape id="_x0000_i708536" type="#_x0000_t75" alt="学科网(www.zxxk.com)--教育资源门户，提供试卷、教案、课件、论文、素材以及各类教学资源下载，还有大量而丰富的教学相关资讯！" style="width:14.25pt;height:28.5pt" o:oleicon="f" o:ole="" o:preferrelative="t" stroked="f">
            <v:imagedata r:id="rId1953" o:title="eqId49b7b111d23b44a9990c2312dc3b7ed9"/>
          </v:shape>
        </w:pict>
      </w:r>
      <w:r w:rsidR="00A43152">
        <w:rPr>
          <w:rFonts w:ascii="宋体" w:hAnsi="宋体"/>
          <w:color w:val="000000"/>
        </w:rPr>
        <w:t>；</w:t>
      </w:r>
      <w:r>
        <w:pict>
          <v:shape id="_x0000_i708537" type="#_x0000_t75" alt="学科网(www.zxxk.com)--教育资源门户，提供试卷、教案、课件、论文、素材以及各类教学资源下载，还有大量而丰富的教学相关资讯！" style="width:12pt;height:30.75pt" o:oleicon="f" o:ole="" o:preferrelative="t" stroked="f">
            <v:imagedata r:id="rId1954" o:title="eqId5f51ce9cc7fe4412baeb871cceb26665"/>
          </v:shape>
        </w:pict>
      </w:r>
      <w:r w:rsidR="00A43152">
        <w:rPr>
          <w:color w:val="000000"/>
        </w:rPr>
        <w:t xml:space="preserve">    </w:t>
      </w:r>
    </w:p>
    <w:p w:rsidR="008A4855">
      <w:pPr>
        <w:spacing w:line="360" w:lineRule="auto"/>
        <w:textAlignment w:val="center"/>
        <w:rPr>
          <w:rFonts w:eastAsia="Times New Roman" w:cs="Times New Roman"/>
          <w:color w:val="000000"/>
        </w:rPr>
      </w:pPr>
      <w:r w:rsidR="00A43152">
        <w:rPr>
          <w:color w:val="000000"/>
        </w:rPr>
        <w:t>（2）</w:t>
      </w:r>
      <w:r w:rsidR="00A43152">
        <w:rPr>
          <w:rFonts w:eastAsia="Times New Roman" w:cs="Times New Roman"/>
          <w:color w:val="000000"/>
        </w:rPr>
        <w:t>1</w:t>
      </w:r>
      <w:r w:rsidR="00A43152">
        <w:rPr>
          <w:rFonts w:ascii="宋体" w:hAnsi="宋体"/>
          <w:color w:val="000000"/>
        </w:rPr>
        <w:t>或</w:t>
      </w:r>
      <w:r w:rsidR="00A43152">
        <w:rPr>
          <w:rFonts w:eastAsia="Times New Roman" w:cs="Times New Roman"/>
          <w:color w:val="000000"/>
        </w:rPr>
        <w:t>4</w:t>
      </w:r>
      <w:r w:rsidR="00A43152">
        <w:rPr>
          <w:color w:val="000000"/>
        </w:rPr>
        <w:t xml:space="preserve">    （3）</w:t>
      </w:r>
      <w:r w:rsidR="00A43152">
        <w:rPr>
          <w:rFonts w:eastAsia="Times New Roman" w:cs="Times New Roman"/>
          <w:color w:val="000000"/>
        </w:rPr>
        <w:t>-3≤</w:t>
      </w:r>
      <w:r w:rsidR="00A43152">
        <w:rPr>
          <w:rFonts w:eastAsia="Times New Roman" w:cs="Times New Roman"/>
          <w:i/>
          <w:color w:val="000000"/>
        </w:rPr>
        <w:t>x</w:t>
      </w:r>
      <w:r w:rsidR="00A43152">
        <w:rPr>
          <w:rFonts w:eastAsia="Times New Roman" w:cs="Times New Roman"/>
          <w:color w:val="000000"/>
        </w:rPr>
        <w:t>≤5</w:t>
      </w:r>
    </w:p>
    <w:p w:rsidR="008A4855">
      <w:pPr>
        <w:spacing w:line="360" w:lineRule="auto"/>
        <w:textAlignment w:val="center"/>
        <w:rPr>
          <w:color w:val="000000"/>
        </w:rPr>
      </w:pPr>
      <w:r w:rsidR="00A43152">
        <w:rPr>
          <w:color w:val="2E75B6"/>
        </w:rPr>
        <w:t>【解析】</w:t>
      </w:r>
    </w:p>
    <w:p w:rsidR="008A4855">
      <w:pPr>
        <w:spacing w:line="360" w:lineRule="auto"/>
        <w:textAlignment w:val="center"/>
        <w:rPr>
          <w:rFonts w:ascii="宋体" w:hAnsi="宋体"/>
          <w:color w:val="000000"/>
        </w:rPr>
      </w:pPr>
      <w:r w:rsidR="00A43152">
        <w:rPr>
          <w:color w:val="000000"/>
        </w:rPr>
        <w:t>【分析】</w:t>
      </w:r>
      <w:r w:rsidR="00A43152">
        <w:rPr>
          <w:rFonts w:ascii="宋体" w:hAnsi="宋体"/>
          <w:color w:val="000000"/>
        </w:rPr>
        <w:t>（</w:t>
      </w:r>
      <w:r w:rsidR="00A43152">
        <w:rPr>
          <w:rFonts w:eastAsia="Times New Roman" w:cs="Times New Roman"/>
          <w:color w:val="000000"/>
        </w:rPr>
        <w:t>1</w:t>
      </w:r>
      <w:r w:rsidR="00A43152">
        <w:rPr>
          <w:rFonts w:ascii="宋体" w:hAnsi="宋体"/>
          <w:color w:val="000000"/>
        </w:rPr>
        <w:t>）根据</w:t>
      </w:r>
      <w:r w:rsidR="00A43152">
        <w:rPr>
          <w:rFonts w:eastAsia="Times New Roman" w:cs="Times New Roman"/>
          <w:color w:val="000000"/>
        </w:rPr>
        <w:t>“</w:t>
      </w:r>
      <w:r w:rsidR="00A43152">
        <w:rPr>
          <w:rFonts w:ascii="宋体" w:hAnsi="宋体"/>
          <w:color w:val="000000"/>
        </w:rPr>
        <w:t>倍分点</w:t>
      </w:r>
      <w:r w:rsidR="00A43152">
        <w:rPr>
          <w:rFonts w:eastAsia="Times New Roman" w:cs="Times New Roman"/>
          <w:color w:val="000000"/>
        </w:rPr>
        <w:t>”</w:t>
      </w:r>
      <w:r w:rsidR="00A43152">
        <w:rPr>
          <w:rFonts w:ascii="宋体" w:hAnsi="宋体"/>
          <w:color w:val="000000"/>
        </w:rPr>
        <w:t>的定义进行判断即可；</w:t>
      </w:r>
      <w:r w:rsidR="00A43152">
        <w:rPr>
          <w:color w:val="000000"/>
        </w:rPr>
        <w:br/>
      </w:r>
      <w:r w:rsidR="00A43152">
        <w:rPr>
          <w:rFonts w:ascii="宋体" w:hAnsi="宋体"/>
          <w:color w:val="000000"/>
        </w:rPr>
        <w:t>（</w:t>
      </w:r>
      <w:r w:rsidR="00A43152">
        <w:rPr>
          <w:rFonts w:eastAsia="Times New Roman" w:cs="Times New Roman"/>
          <w:color w:val="000000"/>
        </w:rPr>
        <w:t>2</w:t>
      </w:r>
      <w:r w:rsidR="00A43152">
        <w:rPr>
          <w:rFonts w:ascii="宋体" w:hAnsi="宋体"/>
          <w:color w:val="000000"/>
        </w:rPr>
        <w:t>）根据</w:t>
      </w:r>
      <w:r w:rsidR="00A43152">
        <w:rPr>
          <w:rFonts w:eastAsia="Times New Roman" w:cs="Times New Roman"/>
          <w:color w:val="000000"/>
        </w:rPr>
        <w:t>“</w:t>
      </w:r>
      <w:r w:rsidR="00A43152">
        <w:rPr>
          <w:rFonts w:ascii="宋体" w:hAnsi="宋体"/>
          <w:color w:val="000000"/>
        </w:rPr>
        <w:t>倍分点</w:t>
      </w:r>
      <w:r w:rsidR="00A43152">
        <w:rPr>
          <w:rFonts w:eastAsia="Times New Roman" w:cs="Times New Roman"/>
          <w:color w:val="000000"/>
        </w:rPr>
        <w:t>”</w:t>
      </w:r>
      <w:r w:rsidR="00A43152">
        <w:rPr>
          <w:rFonts w:ascii="宋体" w:hAnsi="宋体"/>
          <w:color w:val="000000"/>
        </w:rPr>
        <w:t>的定义进行解答；</w:t>
      </w:r>
      <w:r w:rsidR="00A43152">
        <w:rPr>
          <w:color w:val="000000"/>
        </w:rPr>
        <w:br/>
      </w:r>
      <w:r w:rsidR="00A43152">
        <w:rPr>
          <w:rFonts w:ascii="宋体" w:hAnsi="宋体"/>
          <w:color w:val="000000"/>
        </w:rPr>
        <w:t>（</w:t>
      </w:r>
      <w:r w:rsidR="00A43152">
        <w:rPr>
          <w:rFonts w:eastAsia="Times New Roman" w:cs="Times New Roman"/>
          <w:color w:val="000000"/>
        </w:rPr>
        <w:t>3</w:t>
      </w:r>
      <w:r w:rsidR="00A43152">
        <w:rPr>
          <w:rFonts w:ascii="宋体" w:hAnsi="宋体"/>
          <w:color w:val="000000"/>
        </w:rPr>
        <w:t>）根据</w:t>
      </w:r>
      <w:r w:rsidR="00A43152">
        <w:rPr>
          <w:rFonts w:eastAsia="Times New Roman" w:cs="Times New Roman"/>
          <w:color w:val="000000"/>
        </w:rPr>
        <w:t>“</w:t>
      </w:r>
      <w:r w:rsidR="00A43152">
        <w:rPr>
          <w:rFonts w:ascii="宋体" w:hAnsi="宋体"/>
          <w:color w:val="000000"/>
        </w:rPr>
        <w:t>倍分点</w:t>
      </w:r>
      <w:r w:rsidR="00A43152">
        <w:rPr>
          <w:rFonts w:eastAsia="Times New Roman" w:cs="Times New Roman"/>
          <w:color w:val="000000"/>
        </w:rPr>
        <w:t>”</w:t>
      </w:r>
      <w:r w:rsidR="00A43152">
        <w:rPr>
          <w:rFonts w:ascii="宋体" w:hAnsi="宋体"/>
          <w:color w:val="000000"/>
        </w:rPr>
        <w:t>的定义，分两种情况列出关于</w:t>
      </w:r>
      <w:r w:rsidR="00A43152">
        <w:rPr>
          <w:rFonts w:eastAsia="Times New Roman" w:cs="Times New Roman"/>
          <w:i/>
          <w:color w:val="000000"/>
        </w:rPr>
        <w:t>x</w:t>
      </w:r>
      <w:r w:rsidR="00A43152">
        <w:rPr>
          <w:rFonts w:ascii="宋体" w:hAnsi="宋体"/>
          <w:color w:val="000000"/>
        </w:rPr>
        <w:t>的一元一次方程，解得</w:t>
      </w:r>
      <w:r w:rsidR="00A43152">
        <w:rPr>
          <w:rFonts w:eastAsia="Times New Roman" w:cs="Times New Roman"/>
          <w:i/>
          <w:color w:val="000000"/>
        </w:rPr>
        <w:t>x</w:t>
      </w:r>
      <w:r w:rsidR="00A43152">
        <w:rPr>
          <w:rFonts w:ascii="宋体" w:hAnsi="宋体"/>
          <w:color w:val="000000"/>
        </w:rPr>
        <w:t>的值即可；</w:t>
      </w:r>
    </w:p>
    <w:p w:rsidR="008A4855">
      <w:pPr>
        <w:spacing w:line="360" w:lineRule="auto"/>
        <w:textAlignment w:val="center"/>
        <w:rPr>
          <w:color w:val="000000"/>
        </w:rPr>
      </w:pPr>
      <w:r w:rsidR="00A43152">
        <w:rPr>
          <w:color w:val="000000"/>
        </w:rPr>
        <w:t>【小问1详解】</w:t>
      </w:r>
    </w:p>
    <w:p w:rsidR="008A4855">
      <w:pPr>
        <w:spacing w:line="360" w:lineRule="auto"/>
        <w:textAlignment w:val="center"/>
        <w:rPr>
          <w:rFonts w:eastAsia="Times New Roman" w:cs="Times New Roman"/>
          <w:color w:val="000000"/>
        </w:rPr>
      </w:pPr>
      <w:r w:rsidR="00A43152">
        <w:rPr>
          <w:rFonts w:ascii="宋体" w:hAnsi="宋体"/>
          <w:color w:val="000000"/>
        </w:rPr>
        <w:t>解：由题意得，</w:t>
      </w:r>
      <w:r w:rsidR="00A43152">
        <w:rPr>
          <w:rFonts w:eastAsia="Times New Roman" w:cs="Times New Roman"/>
          <w:i/>
          <w:color w:val="000000"/>
        </w:rPr>
        <w:t>AB</w:t>
      </w:r>
      <w:r w:rsidR="00A43152">
        <w:rPr>
          <w:rFonts w:eastAsia="Times New Roman" w:cs="Times New Roman"/>
          <w:color w:val="000000"/>
        </w:rPr>
        <w:t>=2</w:t>
      </w:r>
      <w:r w:rsidR="00A43152">
        <w:rPr>
          <w:rFonts w:ascii="宋体" w:hAnsi="宋体"/>
          <w:color w:val="000000"/>
        </w:rPr>
        <w:t>，</w:t>
      </w:r>
      <w:r w:rsidR="00A43152">
        <w:rPr>
          <w:rFonts w:eastAsia="Times New Roman" w:cs="Times New Roman"/>
          <w:i/>
          <w:color w:val="000000"/>
        </w:rPr>
        <w:t>BC</w:t>
      </w:r>
      <w:r w:rsidR="00A43152">
        <w:rPr>
          <w:rFonts w:eastAsia="Times New Roman" w:cs="Times New Roman"/>
          <w:color w:val="000000"/>
        </w:rPr>
        <w:t>=4</w:t>
      </w:r>
      <w:r w:rsidR="00A43152">
        <w:rPr>
          <w:rFonts w:ascii="宋体" w:hAnsi="宋体"/>
          <w:color w:val="000000"/>
        </w:rPr>
        <w:t>，</w:t>
      </w:r>
      <w:r w:rsidR="00A43152">
        <w:rPr>
          <w:rFonts w:eastAsia="Times New Roman" w:cs="Times New Roman"/>
          <w:i/>
          <w:color w:val="000000"/>
        </w:rPr>
        <w:t>AC</w:t>
      </w:r>
      <w:r w:rsidR="00A43152">
        <w:rPr>
          <w:rFonts w:eastAsia="Times New Roman" w:cs="Times New Roman"/>
          <w:color w:val="000000"/>
        </w:rPr>
        <w:t>=6</w:t>
      </w:r>
    </w:p>
    <w:p w:rsidR="008A4855">
      <w:pPr>
        <w:spacing w:line="360" w:lineRule="auto"/>
        <w:jc w:val="left"/>
        <w:textAlignment w:val="center"/>
        <w:rPr>
          <w:rFonts w:eastAsia="Times New Roman" w:cs="Times New Roman"/>
          <w:i/>
          <w:color w:val="000000"/>
        </w:rPr>
      </w:pPr>
      <w:r w:rsidR="00A43152">
        <w:rPr>
          <w:rFonts w:eastAsia="Times New Roman" w:cs="Times New Roman"/>
          <w:color w:val="000000"/>
        </w:rPr>
        <w:t>∴</w:t>
      </w:r>
      <w:r w:rsidR="00A43152">
        <w:rPr>
          <w:rFonts w:eastAsia="Times New Roman" w:cs="Times New Roman"/>
          <w:i/>
          <w:color w:val="000000"/>
        </w:rPr>
        <w:t>AB</w:t>
      </w:r>
      <w:r w:rsidR="00A43152">
        <w:rPr>
          <w:rFonts w:eastAsia="Times New Roman" w:cs="Times New Roman"/>
          <w:color w:val="000000"/>
        </w:rPr>
        <w:t>=</w:t>
      </w:r>
      <w:r>
        <w:pict>
          <v:shape id="_x0000_i708538" type="#_x0000_t75" alt="学科网(www.zxxk.com)--教育资源门户，提供试卷、教案、课件、论文、素材以及各类教学资源下载，还有大量而丰富的教学相关资讯！" style="width:14.25pt;height:28.5pt" o:oleicon="f" o:ole="" o:preferrelative="t" stroked="f">
            <v:imagedata r:id="rId1955" o:title="eqId49b7b111d23b44a9990c2312dc3b7ed9"/>
          </v:shape>
        </w:pict>
      </w:r>
      <w:r w:rsidR="00A43152">
        <w:rPr>
          <w:rFonts w:eastAsia="Times New Roman" w:cs="Times New Roman"/>
          <w:i/>
          <w:color w:val="000000"/>
        </w:rPr>
        <w:t>BC</w:t>
      </w:r>
      <w:r w:rsidR="00A43152">
        <w:rPr>
          <w:rFonts w:ascii="宋体" w:hAnsi="宋体"/>
          <w:color w:val="000000"/>
        </w:rPr>
        <w:t>，</w:t>
      </w:r>
      <w:r w:rsidR="00A43152">
        <w:rPr>
          <w:rFonts w:eastAsia="Times New Roman" w:cs="Times New Roman"/>
          <w:i/>
          <w:color w:val="000000"/>
        </w:rPr>
        <w:t>BC</w:t>
      </w:r>
      <w:r w:rsidR="00A43152">
        <w:rPr>
          <w:rFonts w:eastAsia="Times New Roman" w:cs="Times New Roman"/>
          <w:color w:val="000000"/>
        </w:rPr>
        <w:t>=</w:t>
      </w:r>
      <w:r>
        <w:pict>
          <v:shape id="_x0000_i708539" type="#_x0000_t75" alt="学科网(www.zxxk.com)--教育资源门户，提供试卷、教案、课件、论文、素材以及各类教学资源下载，还有大量而丰富的教学相关资讯！" style="width:12pt;height:30.75pt" o:oleicon="f" o:ole="" o:preferrelative="t" stroked="f">
            <v:imagedata r:id="rId1956" o:title="eqId5f51ce9cc7fe4412baeb871cceb26665"/>
          </v:shape>
        </w:pict>
      </w:r>
      <w:r w:rsidR="00A43152">
        <w:rPr>
          <w:rFonts w:eastAsia="Times New Roman" w:cs="Times New Roman"/>
          <w:i/>
          <w:color w:val="000000"/>
        </w:rPr>
        <w:t>AC</w:t>
      </w:r>
    </w:p>
    <w:p w:rsidR="008A4855">
      <w:pPr>
        <w:spacing w:line="360" w:lineRule="auto"/>
        <w:jc w:val="left"/>
        <w:textAlignment w:val="center"/>
        <w:rPr>
          <w:rFonts w:ascii="宋体" w:hAnsi="宋体"/>
          <w:color w:val="000000"/>
        </w:rPr>
      </w:pPr>
      <w:r w:rsidR="00A43152">
        <w:rPr>
          <w:rFonts w:eastAsia="Times New Roman" w:cs="Times New Roman"/>
          <w:color w:val="000000"/>
        </w:rPr>
        <w:t>∴</w:t>
      </w:r>
      <w:r w:rsidR="00A43152">
        <w:rPr>
          <w:rFonts w:ascii="宋体" w:hAnsi="宋体"/>
          <w:color w:val="000000"/>
        </w:rPr>
        <w:t>点</w:t>
      </w:r>
      <w:r w:rsidR="00A43152">
        <w:rPr>
          <w:rFonts w:eastAsia="Times New Roman" w:cs="Times New Roman"/>
          <w:i/>
          <w:color w:val="000000"/>
        </w:rPr>
        <w:t>B</w:t>
      </w:r>
      <w:r w:rsidR="00A43152">
        <w:rPr>
          <w:rFonts w:ascii="宋体" w:hAnsi="宋体"/>
          <w:color w:val="000000"/>
        </w:rPr>
        <w:t>是点</w:t>
      </w:r>
      <w:r w:rsidR="00A43152">
        <w:rPr>
          <w:rFonts w:eastAsia="Times New Roman" w:cs="Times New Roman"/>
          <w:i/>
          <w:color w:val="000000"/>
        </w:rPr>
        <w:t>A</w:t>
      </w:r>
      <w:r w:rsidR="00A43152">
        <w:rPr>
          <w:rFonts w:ascii="宋体" w:hAnsi="宋体"/>
          <w:color w:val="000000"/>
        </w:rPr>
        <w:t>到点</w:t>
      </w:r>
      <w:r w:rsidR="00A43152">
        <w:rPr>
          <w:rFonts w:eastAsia="Times New Roman" w:cs="Times New Roman"/>
          <w:i/>
          <w:color w:val="000000"/>
        </w:rPr>
        <w:t>C</w:t>
      </w:r>
      <w:r w:rsidR="00A43152">
        <w:rPr>
          <w:rFonts w:ascii="宋体" w:hAnsi="宋体"/>
          <w:color w:val="000000"/>
        </w:rPr>
        <w:t>的</w:t>
      </w:r>
      <w:r>
        <w:pict>
          <v:shape id="_x0000_i708540" type="#_x0000_t75" alt="学科网(www.zxxk.com)--教育资源门户，提供试卷、教案、课件、论文、素材以及各类教学资源下载，还有大量而丰富的教学相关资讯！" style="width:14.25pt;height:28.5pt" o:oleicon="f" o:ole="" o:preferrelative="t" stroked="f">
            <v:imagedata r:id="rId1957" o:title="eqId49b7b111d23b44a9990c2312dc3b7ed9"/>
          </v:shape>
        </w:pict>
      </w:r>
      <w:r w:rsidR="00A43152">
        <w:rPr>
          <w:rFonts w:ascii="宋体" w:hAnsi="宋体"/>
          <w:color w:val="000000"/>
        </w:rPr>
        <w:t>倍分点，点</w:t>
      </w:r>
      <w:r w:rsidR="00A43152">
        <w:rPr>
          <w:rFonts w:eastAsia="Times New Roman" w:cs="Times New Roman"/>
          <w:i/>
          <w:color w:val="000000"/>
        </w:rPr>
        <w:t>C</w:t>
      </w:r>
      <w:r w:rsidR="00A43152">
        <w:rPr>
          <w:rFonts w:ascii="宋体" w:hAnsi="宋体"/>
          <w:color w:val="000000"/>
        </w:rPr>
        <w:t>是点</w:t>
      </w:r>
      <w:r w:rsidR="00A43152">
        <w:rPr>
          <w:rFonts w:eastAsia="Times New Roman" w:cs="Times New Roman"/>
          <w:i/>
          <w:color w:val="000000"/>
        </w:rPr>
        <w:t>B</w:t>
      </w:r>
      <w:r w:rsidR="00A43152">
        <w:rPr>
          <w:rFonts w:ascii="宋体" w:hAnsi="宋体"/>
          <w:color w:val="000000"/>
        </w:rPr>
        <w:t>到点</w:t>
      </w:r>
      <w:r w:rsidR="00A43152">
        <w:rPr>
          <w:rFonts w:eastAsia="Times New Roman" w:cs="Times New Roman"/>
          <w:i/>
          <w:color w:val="000000"/>
        </w:rPr>
        <w:t>A</w:t>
      </w:r>
      <w:r w:rsidR="00A43152">
        <w:rPr>
          <w:rFonts w:ascii="宋体" w:hAnsi="宋体"/>
          <w:color w:val="000000"/>
        </w:rPr>
        <w:t>的</w:t>
      </w:r>
      <w:r>
        <w:pict>
          <v:shape id="_x0000_i708541" type="#_x0000_t75" alt="学科网(www.zxxk.com)--教育资源门户，提供试卷、教案、课件、论文、素材以及各类教学资源下载，还有大量而丰富的教学相关资讯！" style="width:12pt;height:30.75pt" o:oleicon="f" o:ole="" o:preferrelative="t" stroked="f">
            <v:imagedata r:id="rId1958" o:title="eqId5f51ce9cc7fe4412baeb871cceb26665"/>
          </v:shape>
        </w:pict>
      </w:r>
      <w:r w:rsidR="00A43152">
        <w:rPr>
          <w:rFonts w:ascii="宋体" w:hAnsi="宋体"/>
          <w:color w:val="000000"/>
        </w:rPr>
        <w:t>倍分点；</w:t>
      </w:r>
    </w:p>
    <w:p w:rsidR="008A4855">
      <w:pPr>
        <w:spacing w:line="360" w:lineRule="auto"/>
        <w:jc w:val="left"/>
        <w:textAlignment w:val="center"/>
        <w:rPr>
          <w:rFonts w:ascii="宋体" w:hAnsi="宋体"/>
          <w:color w:val="000000"/>
        </w:rPr>
      </w:pPr>
      <w:r w:rsidR="00A43152">
        <w:rPr>
          <w:rFonts w:ascii="宋体" w:hAnsi="宋体"/>
          <w:color w:val="000000"/>
        </w:rPr>
        <w:t>故答案为：</w:t>
      </w:r>
      <w:r>
        <w:pict>
          <v:shape id="_x0000_i708542" type="#_x0000_t75" alt="学科网(www.zxxk.com)--教育资源门户，提供试卷、教案、课件、论文、素材以及各类教学资源下载，还有大量而丰富的教学相关资讯！" style="width:14.25pt;height:28.5pt" o:oleicon="f" o:ole="" o:preferrelative="t" stroked="f">
            <v:imagedata r:id="rId1959" o:title="eqId49b7b111d23b44a9990c2312dc3b7ed9"/>
          </v:shape>
        </w:pict>
      </w:r>
      <w:r w:rsidR="00A43152">
        <w:rPr>
          <w:rFonts w:ascii="宋体" w:hAnsi="宋体"/>
          <w:color w:val="000000"/>
        </w:rPr>
        <w:t>；</w:t>
      </w:r>
      <w:r>
        <w:pict>
          <v:shape id="_x0000_i708543" type="#_x0000_t75" alt="学科网(www.zxxk.com)--教育资源门户，提供试卷、教案、课件、论文、素材以及各类教学资源下载，还有大量而丰富的教学相关资讯！" style="width:12pt;height:30.75pt" o:oleicon="f" o:ole="" o:preferrelative="t" stroked="f">
            <v:imagedata r:id="rId1960" o:title="eqId5f51ce9cc7fe4412baeb871cceb26665"/>
          </v:shape>
        </w:pict>
      </w:r>
    </w:p>
    <w:p w:rsidR="008A4855">
      <w:pPr>
        <w:spacing w:line="360" w:lineRule="auto"/>
        <w:jc w:val="left"/>
        <w:textAlignment w:val="center"/>
        <w:rPr>
          <w:color w:val="000000"/>
        </w:rPr>
      </w:pPr>
      <w:r w:rsidR="00A43152">
        <w:rPr>
          <w:color w:val="000000"/>
        </w:rPr>
        <w:t>【小问2详解】</w:t>
      </w:r>
    </w:p>
    <w:p w:rsidR="008A4855">
      <w:pPr>
        <w:spacing w:line="360" w:lineRule="auto"/>
        <w:jc w:val="left"/>
        <w:textAlignment w:val="center"/>
        <w:rPr>
          <w:rFonts w:ascii="宋体" w:hAnsi="宋体"/>
          <w:color w:val="000000"/>
        </w:rPr>
      </w:pPr>
      <w:r w:rsidR="00A43152">
        <w:rPr>
          <w:rFonts w:ascii="宋体" w:hAnsi="宋体"/>
          <w:color w:val="000000"/>
        </w:rPr>
        <w:t>解：设</w:t>
      </w:r>
      <w:r w:rsidR="00A43152">
        <w:rPr>
          <w:rFonts w:eastAsia="Times New Roman" w:cs="Times New Roman"/>
          <w:color w:val="000000"/>
        </w:rPr>
        <w:t>3</w:t>
      </w:r>
      <w:r w:rsidR="00A43152">
        <w:rPr>
          <w:rFonts w:ascii="宋体" w:hAnsi="宋体"/>
          <w:color w:val="000000"/>
        </w:rPr>
        <w:t>倍分点为</w:t>
      </w:r>
      <w:r w:rsidR="00A43152">
        <w:rPr>
          <w:rFonts w:eastAsia="Times New Roman" w:cs="Times New Roman"/>
          <w:i/>
          <w:color w:val="000000"/>
        </w:rPr>
        <w:t>M</w:t>
      </w:r>
      <w:r w:rsidR="00A43152">
        <w:rPr>
          <w:rFonts w:ascii="宋体" w:hAnsi="宋体"/>
          <w:color w:val="000000"/>
        </w:rPr>
        <w:t>，则</w:t>
      </w:r>
      <w:r w:rsidR="00A43152">
        <w:rPr>
          <w:rFonts w:eastAsia="Times New Roman" w:cs="Times New Roman"/>
          <w:i/>
          <w:color w:val="000000"/>
        </w:rPr>
        <w:t>BM</w:t>
      </w:r>
      <w:r w:rsidR="00A43152">
        <w:rPr>
          <w:rFonts w:eastAsia="Times New Roman" w:cs="Times New Roman"/>
          <w:color w:val="000000"/>
        </w:rPr>
        <w:t>=3</w:t>
      </w:r>
      <w:r w:rsidR="00A43152">
        <w:rPr>
          <w:rFonts w:eastAsia="Times New Roman" w:cs="Times New Roman"/>
          <w:i/>
          <w:color w:val="000000"/>
        </w:rPr>
        <w:t>CM</w: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rFonts w:ascii="宋体" w:hAnsi="宋体"/>
          <w:color w:val="000000"/>
        </w:rPr>
        <w:t>若</w:t>
      </w:r>
      <w:r w:rsidR="00A43152">
        <w:rPr>
          <w:rFonts w:eastAsia="Times New Roman" w:cs="Times New Roman"/>
          <w:i/>
          <w:color w:val="000000"/>
        </w:rPr>
        <w:t>M</w:t>
      </w:r>
      <w:r w:rsidR="00A43152">
        <w:rPr>
          <w:rFonts w:ascii="宋体" w:hAnsi="宋体"/>
          <w:color w:val="000000"/>
        </w:rPr>
        <w:t>在</w:t>
      </w:r>
      <w:r w:rsidR="00A43152">
        <w:rPr>
          <w:rFonts w:eastAsia="Times New Roman" w:cs="Times New Roman"/>
          <w:i/>
          <w:color w:val="000000"/>
        </w:rPr>
        <w:t>B</w:t>
      </w:r>
      <w:r w:rsidR="00A43152">
        <w:rPr>
          <w:rFonts w:ascii="宋体" w:hAnsi="宋体"/>
          <w:color w:val="000000"/>
        </w:rPr>
        <w:t>左侧，则</w:t>
      </w:r>
      <w:r w:rsidR="00A43152">
        <w:rPr>
          <w:rFonts w:eastAsia="Times New Roman" w:cs="Times New Roman"/>
          <w:i/>
          <w:color w:val="000000"/>
        </w:rPr>
        <w:t>BM</w:t>
      </w:r>
      <w:r w:rsidR="00A43152">
        <w:rPr>
          <w:rFonts w:ascii="宋体" w:hAnsi="宋体"/>
          <w:color w:val="000000"/>
        </w:rPr>
        <w:t>＜</w:t>
      </w:r>
      <w:r w:rsidR="00A43152">
        <w:rPr>
          <w:rFonts w:eastAsia="Times New Roman" w:cs="Times New Roman"/>
          <w:i/>
          <w:color w:val="000000"/>
        </w:rPr>
        <w:t>CM</w:t>
      </w:r>
      <w:r w:rsidR="00A43152">
        <w:rPr>
          <w:rFonts w:ascii="宋体" w:hAnsi="宋体"/>
          <w:color w:val="000000"/>
        </w:rPr>
        <w:t>，不成立；</w:t>
      </w:r>
    </w:p>
    <w:p w:rsidR="008A4855">
      <w:pPr>
        <w:spacing w:line="360" w:lineRule="auto"/>
        <w:jc w:val="left"/>
        <w:textAlignment w:val="center"/>
        <w:rPr>
          <w:rFonts w:eastAsia="Times New Roman" w:cs="Times New Roman"/>
          <w:color w:val="000000"/>
        </w:rPr>
      </w:pPr>
      <w:r w:rsidR="00A43152">
        <w:rPr>
          <w:rFonts w:ascii="宋体" w:hAnsi="宋体"/>
          <w:color w:val="000000"/>
        </w:rPr>
        <w:t>若</w:t>
      </w:r>
      <w:r w:rsidR="00A43152">
        <w:rPr>
          <w:rFonts w:eastAsia="Times New Roman" w:cs="Times New Roman"/>
          <w:i/>
          <w:color w:val="000000"/>
        </w:rPr>
        <w:t>M</w:t>
      </w:r>
      <w:r w:rsidR="00A43152">
        <w:rPr>
          <w:rFonts w:ascii="宋体" w:hAnsi="宋体"/>
          <w:color w:val="000000"/>
        </w:rPr>
        <w:t>在</w:t>
      </w:r>
      <w:r w:rsidR="00A43152">
        <w:rPr>
          <w:rFonts w:eastAsia="Times New Roman" w:cs="Times New Roman"/>
          <w:i/>
          <w:color w:val="000000"/>
        </w:rPr>
        <w:t>BC</w:t>
      </w:r>
      <w:r w:rsidR="00A43152">
        <w:rPr>
          <w:rFonts w:ascii="宋体" w:hAnsi="宋体"/>
          <w:color w:val="000000"/>
        </w:rPr>
        <w:t>之间，则有</w:t>
      </w:r>
      <w:r w:rsidR="00A43152">
        <w:rPr>
          <w:rFonts w:eastAsia="Times New Roman" w:cs="Times New Roman"/>
          <w:i/>
          <w:color w:val="000000"/>
        </w:rPr>
        <w:t>BM</w:t>
      </w:r>
      <w:r w:rsidR="00A43152">
        <w:rPr>
          <w:rFonts w:eastAsia="Times New Roman" w:cs="Times New Roman"/>
          <w:color w:val="000000"/>
        </w:rPr>
        <w:t>+</w:t>
      </w:r>
      <w:r w:rsidR="00A43152">
        <w:rPr>
          <w:rFonts w:eastAsia="Times New Roman" w:cs="Times New Roman"/>
          <w:i/>
          <w:color w:val="000000"/>
        </w:rPr>
        <w:t>CM</w:t>
      </w:r>
      <w:r w:rsidR="00A43152">
        <w:rPr>
          <w:rFonts w:eastAsia="Times New Roman" w:cs="Times New Roman"/>
          <w:color w:val="000000"/>
        </w:rPr>
        <w:t>=</w:t>
      </w:r>
      <w:r w:rsidR="00A43152">
        <w:rPr>
          <w:rFonts w:eastAsia="Times New Roman" w:cs="Times New Roman"/>
          <w:i/>
          <w:color w:val="000000"/>
        </w:rPr>
        <w:t>BC</w:t>
      </w:r>
      <w:r w:rsidR="00A43152">
        <w:rPr>
          <w:rFonts w:eastAsia="Times New Roman" w:cs="Times New Roman"/>
          <w:color w:val="000000"/>
        </w:rPr>
        <w:t>=4,</w:t>
      </w:r>
    </w:p>
    <w:p w:rsidR="008A4855">
      <w:pPr>
        <w:spacing w:line="360" w:lineRule="auto"/>
        <w:jc w:val="left"/>
        <w:textAlignment w:val="center"/>
        <w:rPr>
          <w:rFonts w:eastAsia="Times New Roman" w:cs="Times New Roman"/>
          <w:i/>
          <w:color w:val="000000"/>
        </w:rPr>
      </w:pPr>
      <w:r w:rsidR="00A43152">
        <w:rPr>
          <w:rFonts w:eastAsia="Times New Roman" w:cs="Times New Roman"/>
          <w:color w:val="000000"/>
        </w:rPr>
        <w:t>∵</w:t>
      </w:r>
      <w:r w:rsidR="00A43152">
        <w:rPr>
          <w:rFonts w:eastAsia="Times New Roman" w:cs="Times New Roman"/>
          <w:i/>
          <w:color w:val="000000"/>
        </w:rPr>
        <w:t>BM</w:t>
      </w:r>
      <w:r w:rsidR="00A43152">
        <w:rPr>
          <w:rFonts w:eastAsia="Times New Roman" w:cs="Times New Roman"/>
          <w:color w:val="000000"/>
        </w:rPr>
        <w:t>=3</w:t>
      </w:r>
      <w:r w:rsidR="00A43152">
        <w:rPr>
          <w:rFonts w:eastAsia="Times New Roman" w:cs="Times New Roman"/>
          <w:i/>
          <w:color w:val="000000"/>
        </w:rPr>
        <w:t>CM</w:t>
      </w:r>
    </w:p>
    <w:p w:rsidR="008A4855">
      <w:pPr>
        <w:spacing w:line="360" w:lineRule="auto"/>
        <w:jc w:val="left"/>
        <w:textAlignment w:val="center"/>
        <w:rPr>
          <w:rFonts w:eastAsia="Times New Roman" w:cs="Times New Roman"/>
          <w:color w:val="000000"/>
        </w:rPr>
      </w:pPr>
      <w:r w:rsidR="00A43152">
        <w:rPr>
          <w:rFonts w:eastAsia="Times New Roman" w:cs="Times New Roman"/>
          <w:color w:val="000000"/>
        </w:rPr>
        <w:t>∴4</w:t>
      </w:r>
      <w:r w:rsidR="00A43152">
        <w:rPr>
          <w:rFonts w:eastAsia="Times New Roman" w:cs="Times New Roman"/>
          <w:i/>
          <w:color w:val="000000"/>
        </w:rPr>
        <w:t>CM</w:t>
      </w:r>
      <w:r w:rsidR="00A43152">
        <w:rPr>
          <w:rFonts w:eastAsia="Times New Roman" w:cs="Times New Roman"/>
          <w:color w:val="000000"/>
        </w:rPr>
        <w:t>=4,</w:t>
      </w:r>
    </w:p>
    <w:p w:rsidR="008A4855">
      <w:pPr>
        <w:spacing w:line="360" w:lineRule="auto"/>
        <w:jc w:val="left"/>
        <w:textAlignment w:val="center"/>
        <w:rPr>
          <w:rFonts w:eastAsia="Times New Roman" w:cs="Times New Roman"/>
          <w:color w:val="000000"/>
        </w:rPr>
      </w:pPr>
      <w:r w:rsidR="00A43152">
        <w:rPr>
          <w:rFonts w:eastAsia="Times New Roman" w:cs="Times New Roman"/>
          <w:i/>
          <w:color w:val="000000"/>
        </w:rPr>
        <w:t>CM</w:t>
      </w:r>
      <w:r w:rsidR="00A43152">
        <w:rPr>
          <w:rFonts w:eastAsia="Times New Roman" w:cs="Times New Roman"/>
          <w:color w:val="000000"/>
        </w:rPr>
        <w:t>=1</w:t>
      </w:r>
    </w:p>
    <w:p w:rsidR="008A4855">
      <w:pPr>
        <w:spacing w:line="360" w:lineRule="auto"/>
        <w:jc w:val="left"/>
        <w:textAlignment w:val="center"/>
        <w:rPr>
          <w:rFonts w:ascii="宋体" w:hAnsi="宋体"/>
          <w:color w:val="000000"/>
        </w:rPr>
      </w:pPr>
      <w:r w:rsidR="00A43152">
        <w:rPr>
          <w:rFonts w:eastAsia="Times New Roman" w:cs="Times New Roman"/>
          <w:color w:val="000000"/>
        </w:rPr>
        <w:t>∴</w:t>
      </w:r>
      <w:r w:rsidR="00A43152">
        <w:rPr>
          <w:rFonts w:eastAsia="Times New Roman" w:cs="Times New Roman"/>
          <w:i/>
          <w:color w:val="000000"/>
        </w:rPr>
        <w:t>M</w:t>
      </w:r>
      <w:r w:rsidR="00A43152">
        <w:rPr>
          <w:rFonts w:ascii="宋体" w:hAnsi="宋体"/>
          <w:color w:val="000000"/>
        </w:rPr>
        <w:t>点为</w:t>
      </w:r>
      <w:r w:rsidR="00A43152">
        <w:rPr>
          <w:rFonts w:eastAsia="Times New Roman" w:cs="Times New Roman"/>
          <w:color w:val="000000"/>
        </w:rPr>
        <w:t>1</w:t>
      </w:r>
      <w:r w:rsidR="00A43152">
        <w:rPr>
          <w:rFonts w:ascii="宋体" w:hAnsi="宋体"/>
          <w:color w:val="000000"/>
        </w:rPr>
        <w:t>；</w:t>
      </w:r>
    </w:p>
    <w:p w:rsidR="008A4855">
      <w:pPr>
        <w:spacing w:line="360" w:lineRule="auto"/>
        <w:jc w:val="left"/>
        <w:textAlignment w:val="center"/>
        <w:rPr>
          <w:rFonts w:eastAsia="Times New Roman" w:cs="Times New Roman"/>
          <w:i/>
          <w:color w:val="000000"/>
        </w:rPr>
      </w:pPr>
      <w:r w:rsidR="00A43152">
        <w:rPr>
          <w:rFonts w:ascii="宋体" w:hAnsi="宋体"/>
          <w:color w:val="000000"/>
        </w:rPr>
        <w:t>若</w:t>
      </w:r>
      <w:r w:rsidR="00A43152">
        <w:rPr>
          <w:rFonts w:eastAsia="Times New Roman" w:cs="Times New Roman"/>
          <w:i/>
          <w:color w:val="000000"/>
        </w:rPr>
        <w:t>M</w:t>
      </w:r>
      <w:r w:rsidR="00A43152">
        <w:rPr>
          <w:rFonts w:ascii="宋体" w:hAnsi="宋体"/>
          <w:color w:val="000000"/>
        </w:rPr>
        <w:t>在</w:t>
      </w:r>
      <w:r w:rsidR="00A43152">
        <w:rPr>
          <w:rFonts w:eastAsia="Times New Roman" w:cs="Times New Roman"/>
          <w:i/>
          <w:color w:val="000000"/>
        </w:rPr>
        <w:t>C</w:t>
      </w:r>
      <w:r w:rsidR="00A43152">
        <w:rPr>
          <w:rFonts w:ascii="宋体" w:hAnsi="宋体"/>
          <w:color w:val="000000"/>
        </w:rPr>
        <w:t>点右侧，则有</w:t>
      </w:r>
      <w:r w:rsidR="00A43152">
        <w:rPr>
          <w:rFonts w:eastAsia="Times New Roman" w:cs="Times New Roman"/>
          <w:i/>
          <w:color w:val="000000"/>
        </w:rPr>
        <w:t>BC</w:t>
      </w:r>
      <w:r w:rsidR="00A43152">
        <w:rPr>
          <w:rFonts w:eastAsia="Times New Roman" w:cs="Times New Roman"/>
          <w:color w:val="000000"/>
        </w:rPr>
        <w:t>+</w:t>
      </w:r>
      <w:r w:rsidR="00A43152">
        <w:rPr>
          <w:rFonts w:eastAsia="Times New Roman" w:cs="Times New Roman"/>
          <w:i/>
          <w:color w:val="000000"/>
        </w:rPr>
        <w:t>CM</w:t>
      </w:r>
      <w:r w:rsidR="00A43152">
        <w:rPr>
          <w:rFonts w:eastAsia="Times New Roman" w:cs="Times New Roman"/>
          <w:color w:val="000000"/>
        </w:rPr>
        <w:t>=</w:t>
      </w:r>
      <w:r w:rsidR="00A43152">
        <w:rPr>
          <w:rFonts w:eastAsia="Times New Roman" w:cs="Times New Roman"/>
          <w:i/>
          <w:color w:val="000000"/>
        </w:rPr>
        <w:t>BM</w:t>
      </w:r>
    </w:p>
    <w:p w:rsidR="008A4855">
      <w:pPr>
        <w:spacing w:line="360" w:lineRule="auto"/>
        <w:jc w:val="left"/>
        <w:textAlignment w:val="center"/>
        <w:rPr>
          <w:rFonts w:eastAsia="Times New Roman" w:cs="Times New Roman"/>
          <w:color w:val="000000"/>
        </w:rPr>
      </w:pPr>
      <w:r w:rsidR="00A43152">
        <w:rPr>
          <w:rFonts w:eastAsia="Times New Roman" w:cs="Times New Roman"/>
          <w:color w:val="000000"/>
        </w:rPr>
        <w:t>∵</w:t>
      </w:r>
      <w:r w:rsidR="00A43152">
        <w:rPr>
          <w:rFonts w:eastAsia="Times New Roman" w:cs="Times New Roman"/>
          <w:i/>
          <w:color w:val="000000"/>
        </w:rPr>
        <w:t>BM</w:t>
      </w:r>
      <w:r w:rsidR="00A43152">
        <w:rPr>
          <w:rFonts w:eastAsia="Times New Roman" w:cs="Times New Roman"/>
          <w:color w:val="000000"/>
        </w:rPr>
        <w:t>=3</w:t>
      </w:r>
      <w:r w:rsidR="00A43152">
        <w:rPr>
          <w:rFonts w:eastAsia="Times New Roman" w:cs="Times New Roman"/>
          <w:i/>
          <w:color w:val="000000"/>
        </w:rPr>
        <w:t>CM</w:t>
      </w:r>
      <w:r w:rsidR="00A43152">
        <w:rPr>
          <w:rFonts w:eastAsia="Times New Roman" w:cs="Times New Roman"/>
          <w:color w:val="000000"/>
        </w:rPr>
        <w:t>,</w:t>
      </w:r>
      <w:r w:rsidR="00A43152">
        <w:rPr>
          <w:rFonts w:eastAsia="Times New Roman" w:cs="Times New Roman"/>
          <w:i/>
          <w:color w:val="000000"/>
        </w:rPr>
        <w:t>BC</w:t>
      </w:r>
      <w:r w:rsidR="00A43152">
        <w:rPr>
          <w:rFonts w:eastAsia="Times New Roman" w:cs="Times New Roman"/>
          <w:color w:val="000000"/>
        </w:rPr>
        <w:t>=4</w:t>
      </w:r>
    </w:p>
    <w:p w:rsidR="008A4855">
      <w:pPr>
        <w:spacing w:line="360" w:lineRule="auto"/>
        <w:jc w:val="left"/>
        <w:textAlignment w:val="center"/>
        <w:rPr>
          <w:rFonts w:eastAsia="Times New Roman" w:cs="Times New Roman"/>
          <w:color w:val="000000"/>
        </w:rPr>
      </w:pPr>
      <w:r w:rsidR="00A43152">
        <w:rPr>
          <w:rFonts w:eastAsia="Times New Roman" w:cs="Times New Roman"/>
          <w:color w:val="000000"/>
        </w:rPr>
        <w:t>∴</w:t>
      </w:r>
      <w:r w:rsidR="00A43152">
        <w:rPr>
          <w:rFonts w:eastAsia="Times New Roman" w:cs="Times New Roman"/>
          <w:i/>
          <w:color w:val="000000"/>
        </w:rPr>
        <w:t>CM</w:t>
      </w:r>
      <w:r w:rsidR="00A43152">
        <w:rPr>
          <w:rFonts w:eastAsia="Times New Roman" w:cs="Times New Roman"/>
          <w:color w:val="000000"/>
        </w:rPr>
        <w:t>=2</w:t>
      </w:r>
    </w:p>
    <w:p w:rsidR="008A4855">
      <w:pPr>
        <w:spacing w:line="360" w:lineRule="auto"/>
        <w:jc w:val="left"/>
        <w:textAlignment w:val="center"/>
        <w:rPr>
          <w:rFonts w:eastAsia="Times New Roman" w:cs="Times New Roman"/>
          <w:color w:val="000000"/>
        </w:rPr>
      </w:pPr>
      <w:r w:rsidR="00A43152">
        <w:rPr>
          <w:rFonts w:ascii="宋体" w:hAnsi="宋体"/>
          <w:color w:val="000000"/>
        </w:rPr>
        <w:t>所以</w:t>
      </w:r>
      <w:r w:rsidR="00A43152">
        <w:rPr>
          <w:rFonts w:eastAsia="Times New Roman" w:cs="Times New Roman"/>
          <w:i/>
          <w:color w:val="000000"/>
        </w:rPr>
        <w:t>M</w:t>
      </w:r>
      <w:r w:rsidR="00A43152">
        <w:rPr>
          <w:rFonts w:ascii="宋体" w:hAnsi="宋体"/>
          <w:color w:val="000000"/>
        </w:rPr>
        <w:t>点为</w:t>
      </w:r>
      <w:r w:rsidR="00A43152">
        <w:rPr>
          <w:rFonts w:eastAsia="Times New Roman" w:cs="Times New Roman"/>
          <w:color w:val="000000"/>
        </w:rPr>
        <w:t>4</w:t>
      </w:r>
    </w:p>
    <w:p w:rsidR="008A4855">
      <w:pPr>
        <w:spacing w:line="360" w:lineRule="auto"/>
        <w:jc w:val="left"/>
        <w:textAlignment w:val="center"/>
        <w:rPr>
          <w:rFonts w:ascii="宋体" w:hAnsi="宋体"/>
          <w:color w:val="000000"/>
        </w:rPr>
      </w:pPr>
      <w:r w:rsidR="00A43152">
        <w:rPr>
          <w:rFonts w:ascii="宋体" w:hAnsi="宋体"/>
          <w:color w:val="000000"/>
        </w:rPr>
        <w:t>综上所述，点</w:t>
      </w:r>
      <w:r w:rsidR="00A43152">
        <w:rPr>
          <w:rFonts w:eastAsia="Times New Roman" w:cs="Times New Roman"/>
          <w:i/>
          <w:color w:val="000000"/>
        </w:rPr>
        <w:t>B</w:t>
      </w:r>
      <w:r w:rsidR="00A43152">
        <w:rPr>
          <w:rFonts w:ascii="宋体" w:hAnsi="宋体"/>
          <w:color w:val="000000"/>
        </w:rPr>
        <w:t>到点</w:t>
      </w:r>
      <w:r w:rsidR="00A43152">
        <w:rPr>
          <w:rFonts w:eastAsia="Times New Roman" w:cs="Times New Roman"/>
          <w:i/>
          <w:color w:val="000000"/>
        </w:rPr>
        <w:t>C</w:t>
      </w:r>
      <w:r w:rsidR="00A43152">
        <w:rPr>
          <w:rFonts w:ascii="宋体" w:hAnsi="宋体"/>
          <w:color w:val="000000"/>
        </w:rPr>
        <w:t>的</w:t>
      </w:r>
      <w:r w:rsidR="00A43152">
        <w:rPr>
          <w:rFonts w:eastAsia="Times New Roman" w:cs="Times New Roman"/>
          <w:color w:val="000000"/>
        </w:rPr>
        <w:t>3</w:t>
      </w:r>
      <w:r w:rsidR="00A43152">
        <w:rPr>
          <w:rFonts w:ascii="宋体" w:hAnsi="宋体"/>
          <w:color w:val="000000"/>
        </w:rPr>
        <w:t>倍分点表示的数是</w:t>
      </w:r>
      <w:r w:rsidR="00A43152">
        <w:rPr>
          <w:rFonts w:eastAsia="Times New Roman" w:cs="Times New Roman"/>
          <w:color w:val="000000"/>
        </w:rPr>
        <w:t>1</w:t>
      </w:r>
      <w:r w:rsidR="00A43152">
        <w:rPr>
          <w:rFonts w:ascii="宋体" w:hAnsi="宋体"/>
          <w:color w:val="000000"/>
        </w:rPr>
        <w:t>或</w:t>
      </w:r>
      <w:r w:rsidR="00A43152">
        <w:rPr>
          <w:rFonts w:eastAsia="Times New Roman" w:cs="Times New Roman"/>
          <w:color w:val="000000"/>
        </w:rPr>
        <w:t>4</w:t>
      </w:r>
      <w:r w:rsidR="00A43152">
        <w:rPr>
          <w:rFonts w:ascii="宋体" w:hAnsi="宋体"/>
          <w:color w:val="000000"/>
        </w:rPr>
        <w:t>；</w:t>
      </w:r>
    </w:p>
    <w:p w:rsidR="008A4855">
      <w:pPr>
        <w:spacing w:line="360" w:lineRule="auto"/>
        <w:jc w:val="left"/>
        <w:textAlignment w:val="center"/>
        <w:rPr>
          <w:rFonts w:eastAsia="Times New Roman" w:cs="Times New Roman"/>
          <w:color w:val="000000"/>
        </w:rPr>
      </w:pPr>
      <w:r w:rsidR="00A43152">
        <w:rPr>
          <w:rFonts w:ascii="宋体" w:hAnsi="宋体"/>
          <w:color w:val="000000"/>
        </w:rPr>
        <w:t>故答案为：</w:t>
      </w:r>
      <w:r w:rsidR="00A43152">
        <w:rPr>
          <w:rFonts w:eastAsia="Times New Roman" w:cs="Times New Roman"/>
          <w:color w:val="000000"/>
        </w:rPr>
        <w:t>1</w:t>
      </w:r>
      <w:r w:rsidR="00A43152">
        <w:rPr>
          <w:rFonts w:ascii="宋体" w:hAnsi="宋体"/>
          <w:color w:val="000000"/>
        </w:rPr>
        <w:t>或</w:t>
      </w:r>
      <w:r w:rsidR="00A43152">
        <w:rPr>
          <w:rFonts w:eastAsia="Times New Roman" w:cs="Times New Roman"/>
          <w:color w:val="000000"/>
        </w:rPr>
        <w:t>4</w:t>
      </w:r>
    </w:p>
    <w:p w:rsidR="008A4855">
      <w:pPr>
        <w:spacing w:line="360" w:lineRule="auto"/>
        <w:jc w:val="left"/>
        <w:textAlignment w:val="center"/>
        <w:rPr>
          <w:color w:val="000000"/>
        </w:rPr>
      </w:pPr>
      <w:r w:rsidR="00A43152">
        <w:rPr>
          <w:color w:val="000000"/>
        </w:rPr>
        <w:t>【小问3详解】</w:t>
      </w:r>
    </w:p>
    <w:p w:rsidR="008A4855">
      <w:pPr>
        <w:spacing w:line="360" w:lineRule="auto"/>
        <w:jc w:val="left"/>
        <w:textAlignment w:val="center"/>
        <w:rPr>
          <w:rFonts w:ascii="宋体" w:hAnsi="宋体"/>
          <w:color w:val="000000"/>
        </w:rPr>
      </w:pPr>
      <w:r w:rsidR="00A43152">
        <w:rPr>
          <w:rFonts w:ascii="宋体" w:hAnsi="宋体"/>
          <w:color w:val="000000"/>
        </w:rPr>
        <w:t>解：当</w:t>
      </w:r>
      <w:r w:rsidR="00A43152">
        <w:rPr>
          <w:rFonts w:eastAsia="Times New Roman" w:cs="Times New Roman"/>
          <w:color w:val="000000"/>
        </w:rPr>
        <w:t>2</w:t>
      </w:r>
      <w:r w:rsidR="00A43152">
        <w:rPr>
          <w:rFonts w:ascii="宋体" w:hAnsi="宋体"/>
          <w:color w:val="000000"/>
        </w:rPr>
        <w:t>倍分点为</w:t>
      </w:r>
      <w:r w:rsidR="00A43152">
        <w:rPr>
          <w:rFonts w:eastAsia="Times New Roman" w:cs="Times New Roman"/>
          <w:i/>
          <w:color w:val="000000"/>
        </w:rPr>
        <w:t>B</w:t>
      </w:r>
      <w:r w:rsidR="00A43152">
        <w:rPr>
          <w:rFonts w:ascii="宋体" w:hAnsi="宋体"/>
          <w:color w:val="000000"/>
        </w:rPr>
        <w:t>时，</w:t>
      </w:r>
      <w:r w:rsidR="00A43152">
        <w:rPr>
          <w:rFonts w:eastAsia="Times New Roman" w:cs="Times New Roman"/>
          <w:i/>
          <w:color w:val="000000"/>
        </w:rPr>
        <w:t>x</w:t>
      </w:r>
      <w:r w:rsidR="00A43152">
        <w:rPr>
          <w:rFonts w:ascii="宋体" w:hAnsi="宋体"/>
          <w:color w:val="000000"/>
        </w:rPr>
        <w:t>取得最小值，</w:t>
      </w:r>
    </w:p>
    <w:p w:rsidR="008A4855">
      <w:pPr>
        <w:spacing w:line="360" w:lineRule="auto"/>
        <w:jc w:val="left"/>
        <w:textAlignment w:val="center"/>
        <w:rPr>
          <w:rFonts w:eastAsia="Times New Roman" w:cs="Times New Roman"/>
          <w:color w:val="000000"/>
        </w:rPr>
      </w:pPr>
      <w:r w:rsidR="00A43152">
        <w:rPr>
          <w:rFonts w:ascii="宋体" w:hAnsi="宋体"/>
          <w:color w:val="000000"/>
        </w:rPr>
        <w:t>此时</w:t>
      </w:r>
      <w:r w:rsidR="00A43152">
        <w:rPr>
          <w:rFonts w:eastAsia="Times New Roman" w:cs="Times New Roman"/>
          <w:i/>
          <w:color w:val="000000"/>
        </w:rPr>
        <w:t>AB</w:t>
      </w:r>
      <w:r w:rsidR="00A43152">
        <w:rPr>
          <w:rFonts w:eastAsia="Times New Roman" w:cs="Times New Roman"/>
          <w:color w:val="000000"/>
        </w:rPr>
        <w:t>=2(-2-</w:t>
      </w:r>
      <w:r w:rsidR="00A43152">
        <w:rPr>
          <w:rFonts w:eastAsia="Times New Roman" w:cs="Times New Roman"/>
          <w:i/>
          <w:color w:val="000000"/>
        </w:rPr>
        <w:t>x</w:t>
      </w:r>
      <w:r w:rsidR="00A43152">
        <w:rPr>
          <w:rFonts w:eastAsia="Times New Roman" w:cs="Times New Roman"/>
          <w:color w:val="000000"/>
        </w:rPr>
        <w:t>)=2</w:t>
      </w:r>
    </w:p>
    <w:p w:rsidR="008A4855">
      <w:pPr>
        <w:spacing w:line="360" w:lineRule="auto"/>
        <w:jc w:val="left"/>
        <w:textAlignment w:val="center"/>
        <w:rPr>
          <w:rFonts w:eastAsia="Times New Roman" w:cs="Times New Roman"/>
          <w:color w:val="000000"/>
        </w:rPr>
      </w:pPr>
      <w:r w:rsidR="00A43152">
        <w:rPr>
          <w:rFonts w:ascii="宋体" w:hAnsi="宋体"/>
          <w:color w:val="000000"/>
        </w:rPr>
        <w:t>解得：</w:t>
      </w:r>
      <w:r w:rsidR="00A43152">
        <w:rPr>
          <w:rFonts w:eastAsia="Times New Roman" w:cs="Times New Roman"/>
          <w:i/>
          <w:color w:val="000000"/>
        </w:rPr>
        <w:t>x</w:t>
      </w:r>
      <w:r w:rsidR="00A43152">
        <w:rPr>
          <w:rFonts w:eastAsia="Times New Roman" w:cs="Times New Roman"/>
          <w:color w:val="000000"/>
        </w:rPr>
        <w:t>=-3</w:t>
      </w:r>
    </w:p>
    <w:p w:rsidR="008A4855">
      <w:pPr>
        <w:spacing w:line="360" w:lineRule="auto"/>
        <w:jc w:val="left"/>
        <w:textAlignment w:val="center"/>
        <w:rPr>
          <w:rFonts w:ascii="宋体" w:hAnsi="宋体"/>
          <w:color w:val="000000"/>
        </w:rPr>
      </w:pPr>
      <w:r w:rsidR="00A43152">
        <w:rPr>
          <w:rFonts w:ascii="宋体" w:hAnsi="宋体"/>
          <w:color w:val="000000"/>
        </w:rPr>
        <w:t>当</w:t>
      </w:r>
      <w:r w:rsidR="00A43152">
        <w:rPr>
          <w:rFonts w:eastAsia="Times New Roman" w:cs="Times New Roman"/>
          <w:color w:val="000000"/>
        </w:rPr>
        <w:t>2</w:t>
      </w:r>
      <w:r w:rsidR="00A43152">
        <w:rPr>
          <w:rFonts w:ascii="宋体" w:hAnsi="宋体"/>
          <w:color w:val="000000"/>
        </w:rPr>
        <w:t>倍分点为</w:t>
      </w:r>
      <w:r w:rsidR="00A43152">
        <w:rPr>
          <w:rFonts w:eastAsia="Times New Roman" w:cs="Times New Roman"/>
          <w:i/>
          <w:color w:val="000000"/>
        </w:rPr>
        <w:t>C</w:t>
      </w:r>
      <w:r w:rsidR="00A43152">
        <w:rPr>
          <w:rFonts w:ascii="宋体" w:hAnsi="宋体"/>
          <w:color w:val="000000"/>
        </w:rPr>
        <w:t>点且</w:t>
      </w:r>
      <w:r w:rsidR="00A43152">
        <w:rPr>
          <w:rFonts w:eastAsia="Times New Roman" w:cs="Times New Roman"/>
          <w:i/>
          <w:color w:val="000000"/>
        </w:rPr>
        <w:t>D</w:t>
      </w:r>
      <w:r w:rsidR="00A43152">
        <w:rPr>
          <w:rFonts w:ascii="宋体" w:hAnsi="宋体"/>
          <w:color w:val="000000"/>
        </w:rPr>
        <w:t>点在</w:t>
      </w:r>
      <w:r w:rsidR="00A43152">
        <w:rPr>
          <w:rFonts w:eastAsia="Times New Roman" w:cs="Times New Roman"/>
          <w:i/>
          <w:color w:val="000000"/>
        </w:rPr>
        <w:t>C</w:t>
      </w:r>
      <w:r w:rsidR="00A43152">
        <w:rPr>
          <w:rFonts w:ascii="宋体" w:hAnsi="宋体"/>
          <w:color w:val="000000"/>
        </w:rPr>
        <w:t>点右侧时，</w:t>
      </w:r>
      <w:r w:rsidR="00A43152">
        <w:rPr>
          <w:rFonts w:eastAsia="Times New Roman" w:cs="Times New Roman"/>
          <w:i/>
          <w:color w:val="000000"/>
        </w:rPr>
        <w:t>x</w:t>
      </w:r>
      <w:r w:rsidR="00A43152">
        <w:rPr>
          <w:rFonts w:ascii="宋体" w:hAnsi="宋体"/>
          <w:color w:val="000000"/>
        </w:rPr>
        <w:t>取得最大值</w:t>
      </w:r>
    </w:p>
    <w:p w:rsidR="008A4855">
      <w:pPr>
        <w:spacing w:line="360" w:lineRule="auto"/>
        <w:jc w:val="left"/>
        <w:textAlignment w:val="center"/>
        <w:rPr>
          <w:rFonts w:eastAsia="Times New Roman" w:cs="Times New Roman"/>
          <w:color w:val="000000"/>
        </w:rPr>
      </w:pPr>
      <w:r w:rsidR="00A43152">
        <w:rPr>
          <w:rFonts w:ascii="宋体" w:hAnsi="宋体"/>
          <w:color w:val="000000"/>
        </w:rPr>
        <w:t>此时</w:t>
      </w:r>
      <w:r w:rsidR="00A43152">
        <w:rPr>
          <w:rFonts w:eastAsia="Times New Roman" w:cs="Times New Roman"/>
          <w:i/>
          <w:color w:val="000000"/>
        </w:rPr>
        <w:t>AC</w:t>
      </w:r>
      <w:r w:rsidR="00A43152">
        <w:rPr>
          <w:rFonts w:eastAsia="Times New Roman" w:cs="Times New Roman"/>
          <w:color w:val="000000"/>
        </w:rPr>
        <w:t>=2(</w:t>
      </w:r>
      <w:r w:rsidR="00A43152">
        <w:rPr>
          <w:rFonts w:eastAsia="Times New Roman" w:cs="Times New Roman"/>
          <w:i/>
          <w:color w:val="000000"/>
        </w:rPr>
        <w:t>x</w:t>
      </w:r>
      <w:r w:rsidR="00A43152">
        <w:rPr>
          <w:rFonts w:eastAsia="Times New Roman" w:cs="Times New Roman"/>
          <w:color w:val="000000"/>
        </w:rPr>
        <w:t>-2)=6</w:t>
      </w:r>
    </w:p>
    <w:p w:rsidR="008A4855">
      <w:pPr>
        <w:spacing w:line="360" w:lineRule="auto"/>
        <w:jc w:val="left"/>
        <w:textAlignment w:val="center"/>
        <w:rPr>
          <w:rFonts w:eastAsia="Times New Roman" w:cs="Times New Roman"/>
          <w:color w:val="000000"/>
        </w:rPr>
      </w:pPr>
      <w:r w:rsidR="00A43152">
        <w:rPr>
          <w:rFonts w:ascii="宋体" w:hAnsi="宋体"/>
          <w:color w:val="000000"/>
        </w:rPr>
        <w:t>解得</w:t>
      </w:r>
      <w:r w:rsidR="00A43152">
        <w:rPr>
          <w:rFonts w:eastAsia="Times New Roman" w:cs="Times New Roman"/>
          <w:i/>
          <w:color w:val="000000"/>
        </w:rPr>
        <w:t>x</w:t>
      </w:r>
      <w:r w:rsidR="00A43152">
        <w:rPr>
          <w:rFonts w:eastAsia="Times New Roman" w:cs="Times New Roman"/>
          <w:color w:val="000000"/>
        </w:rPr>
        <w:t>=5</w:t>
      </w:r>
    </w:p>
    <w:p w:rsidR="008A4855">
      <w:pPr>
        <w:spacing w:line="360" w:lineRule="auto"/>
        <w:jc w:val="left"/>
        <w:textAlignment w:val="center"/>
        <w:rPr>
          <w:rFonts w:ascii="宋体" w:hAnsi="宋体"/>
          <w:color w:val="000000"/>
        </w:rPr>
      </w:pPr>
      <w:r w:rsidR="00A43152">
        <w:rPr>
          <w:rFonts w:ascii="宋体" w:hAnsi="宋体"/>
          <w:color w:val="000000"/>
        </w:rPr>
        <w:t>所以</w:t>
      </w:r>
      <w:r w:rsidR="00A43152">
        <w:rPr>
          <w:rFonts w:eastAsia="Times New Roman" w:cs="Times New Roman"/>
          <w:color w:val="000000"/>
        </w:rPr>
        <w:t>-3≤</w:t>
      </w:r>
      <w:r w:rsidR="00A43152">
        <w:rPr>
          <w:rFonts w:eastAsia="Times New Roman" w:cs="Times New Roman"/>
          <w:i/>
          <w:color w:val="000000"/>
        </w:rPr>
        <w:t>x</w:t>
      </w:r>
      <w:r w:rsidR="00A43152">
        <w:rPr>
          <w:rFonts w:eastAsia="Times New Roman" w:cs="Times New Roman"/>
          <w:color w:val="000000"/>
        </w:rPr>
        <w:t>≤5</w:t>
      </w:r>
      <w:r w:rsidR="00A43152">
        <w:rPr>
          <w:rFonts w:ascii="宋体" w:hAnsi="宋体"/>
          <w:color w:val="000000"/>
        </w:rPr>
        <w:t>；</w:t>
      </w:r>
    </w:p>
    <w:p w:rsidR="008A4855">
      <w:pPr>
        <w:spacing w:line="360" w:lineRule="auto"/>
        <w:jc w:val="left"/>
        <w:textAlignment w:val="center"/>
        <w:rPr>
          <w:rFonts w:ascii="宋体" w:hAnsi="宋体"/>
          <w:color w:val="000000"/>
        </w:rPr>
      </w:pPr>
      <w:r w:rsidR="00A43152">
        <w:rPr>
          <w:color w:val="000000"/>
        </w:rPr>
        <w:t>【点睛】</w:t>
      </w:r>
      <w:r w:rsidR="00A43152">
        <w:rPr>
          <w:rFonts w:ascii="宋体" w:hAnsi="宋体"/>
          <w:color w:val="000000"/>
        </w:rPr>
        <w:t>本题主要考查两点间的距离，一元一次方程的应用，注意分类讨论的思想是解题的关键．</w:t>
      </w:r>
    </w:p>
    <w:p w:rsidR="005B1167" w:rsidP="00322108">
      <w:pPr>
        <w:ind w:firstLine="284" w:firstLineChars="135"/>
        <w:jc w:val="left"/>
        <w:rPr>
          <w:rFonts w:ascii="Calibri" w:hAnsi="Calibri" w:cs="Times New Roman"/>
        </w:rPr>
      </w:pPr>
      <w:r w:rsidR="00A43152">
        <w:rPr>
          <w:rFonts w:ascii="宋体" w:hAnsi="宋体"/>
          <w:color w:val="000000"/>
        </w:rPr>
        <w:br w:type="page"/>
      </w:r>
      <w:r>
        <w:rPr>
          <w:noProof/>
        </w:rPr>
        <w:pict>
          <v:shape id="_x0000_i708544" o:spid="_x0000_i1259" type="#_x0000_t75" alt="学科网(www.zxxk.com)--教育资源门户，提供试卷、教案、课件、论文、素材以及各类教学资源下载，还有大量而丰富的教学相关资讯！" style="width:135.75pt;height:38.25pt;visibility:visible" filled="f" stroked="f">
            <v:imagedata r:id="rId1961" o:title="学科网(www"/>
            <o:lock v:ext="edit" aspectratio="t"/>
          </v:shape>
        </w:pict>
      </w:r>
    </w:p>
    <w:p>
      <w:pPr>
        <w:pStyle w:val="Heading2"/>
      </w:pPr>
      <w:r>
        <w:t>丰台区</w:t>
      </w:r>
    </w:p>
    <w:p>
      <w:pPr>
        <w:spacing w:line="360" w:lineRule="auto"/>
        <w:jc w:val="left"/>
        <w:textAlignment w:val="center"/>
        <w:rPr>
          <w:color w:val="000000"/>
        </w:rPr>
      </w:pPr>
      <w:r>
        <w:rPr>
          <w:color w:val="000000"/>
        </w:rPr>
        <w:t xml:space="preserve">27. </w:t>
      </w:r>
      <w:r>
        <w:rPr>
          <w:rFonts w:ascii="宋体" w:eastAsia="宋体" w:hAnsi="宋体" w:cs="宋体"/>
          <w:color w:val="000000"/>
        </w:rPr>
        <w:t>“格子乘法”作为两个数相乘的一种计算方法，最早在</w:t>
      </w:r>
      <w:r>
        <w:rPr>
          <w:rFonts w:ascii="Times New Roman" w:eastAsia="Times New Roman" w:hAnsi="Times New Roman" w:cs="Times New Roman"/>
          <w:color w:val="000000"/>
        </w:rPr>
        <w:t>15</w:t>
      </w:r>
      <w:r>
        <w:rPr>
          <w:rFonts w:ascii="宋体" w:eastAsia="宋体" w:hAnsi="宋体" w:cs="宋体"/>
          <w:color w:val="000000"/>
        </w:rPr>
        <w:t>世纪由意大利数学家帕乔利提出，在明代数学家程大位著的《算法统宗》一书中被称为“铺地锦”．</w:t>
      </w:r>
    </w:p>
    <w:p>
      <w:pPr>
        <w:spacing w:line="360" w:lineRule="auto"/>
        <w:jc w:val="left"/>
        <w:textAlignment w:val="center"/>
        <w:rPr>
          <w:color w:val="000000"/>
        </w:rPr>
      </w:pPr>
      <w:r>
        <w:rPr>
          <w:rFonts w:ascii="宋体" w:eastAsia="宋体" w:hAnsi="宋体" w:cs="宋体"/>
          <w:color w:val="000000"/>
        </w:rPr>
        <w:t>例如：如图</w:t>
      </w:r>
      <w:r>
        <w:rPr>
          <w:rFonts w:ascii="Times New Roman" w:eastAsia="Times New Roman" w:hAnsi="Times New Roman" w:cs="Times New Roman"/>
          <w:color w:val="000000"/>
        </w:rPr>
        <w:t>1</w:t>
      </w:r>
      <w:r>
        <w:rPr>
          <w:rFonts w:ascii="宋体" w:eastAsia="宋体" w:hAnsi="宋体" w:cs="宋体"/>
          <w:color w:val="000000"/>
        </w:rPr>
        <w:t>，计算</w:t>
      </w:r>
      <w:r>
        <w:rPr>
          <w:rFonts w:ascii="Times New Roman" w:eastAsia="Times New Roman" w:hAnsi="Times New Roman" w:cs="Times New Roman"/>
          <w:color w:val="000000"/>
        </w:rPr>
        <w:t>46</w:t>
      </w:r>
      <w:r>
        <w:rPr>
          <w:rFonts w:ascii="宋体" w:eastAsia="宋体" w:hAnsi="宋体" w:cs="宋体"/>
          <w:color w:val="000000"/>
        </w:rPr>
        <w:t>×</w:t>
      </w:r>
      <w:r>
        <w:rPr>
          <w:rFonts w:ascii="Times New Roman" w:eastAsia="Times New Roman" w:hAnsi="Times New Roman" w:cs="Times New Roman"/>
          <w:color w:val="000000"/>
        </w:rPr>
        <w:t>71</w:t>
      </w:r>
      <w:r>
        <w:rPr>
          <w:rFonts w:ascii="宋体" w:eastAsia="宋体" w:hAnsi="宋体" w:cs="宋体"/>
          <w:color w:val="000000"/>
        </w:rPr>
        <w:t>，将乘数</w:t>
      </w:r>
      <w:r>
        <w:rPr>
          <w:rFonts w:ascii="Times New Roman" w:eastAsia="Times New Roman" w:hAnsi="Times New Roman" w:cs="Times New Roman"/>
          <w:color w:val="000000"/>
        </w:rPr>
        <w:t>46</w:t>
      </w:r>
      <w:r>
        <w:rPr>
          <w:rFonts w:ascii="宋体" w:eastAsia="宋体" w:hAnsi="宋体" w:cs="宋体"/>
          <w:color w:val="000000"/>
        </w:rPr>
        <w:t>写在方格上边乘数</w:t>
      </w:r>
      <w:r>
        <w:rPr>
          <w:rFonts w:ascii="Times New Roman" w:eastAsia="Times New Roman" w:hAnsi="Times New Roman" w:cs="Times New Roman"/>
          <w:color w:val="000000"/>
        </w:rPr>
        <w:t>71</w:t>
      </w:r>
      <w:r>
        <w:rPr>
          <w:rFonts w:ascii="宋体" w:eastAsia="宋体" w:hAnsi="宋体" w:cs="宋体"/>
          <w:color w:val="000000"/>
        </w:rPr>
        <w:t>写在方格右边，然后用乘数</w:t>
      </w:r>
      <w:r>
        <w:rPr>
          <w:rFonts w:ascii="Times New Roman" w:eastAsia="Times New Roman" w:hAnsi="Times New Roman" w:cs="Times New Roman"/>
          <w:color w:val="000000"/>
        </w:rPr>
        <w:t>46</w:t>
      </w:r>
      <w:r>
        <w:rPr>
          <w:rFonts w:ascii="宋体" w:eastAsia="宋体" w:hAnsi="宋体" w:cs="宋体"/>
          <w:color w:val="000000"/>
        </w:rPr>
        <w:t>的每位数字乘以乘数</w:t>
      </w:r>
      <w:r>
        <w:rPr>
          <w:rFonts w:ascii="Times New Roman" w:eastAsia="Times New Roman" w:hAnsi="Times New Roman" w:cs="Times New Roman"/>
          <w:color w:val="000000"/>
        </w:rPr>
        <w:t>71</w:t>
      </w:r>
      <w:r>
        <w:rPr>
          <w:rFonts w:ascii="宋体" w:eastAsia="宋体" w:hAnsi="宋体" w:cs="宋体"/>
          <w:color w:val="000000"/>
        </w:rPr>
        <w:t>的每位数字，将结果记入相应的方格中，最后沿斜线方向相加得</w:t>
      </w:r>
      <w:r>
        <w:rPr>
          <w:rFonts w:ascii="Times New Roman" w:eastAsia="Times New Roman" w:hAnsi="Times New Roman" w:cs="Times New Roman"/>
          <w:color w:val="000000"/>
        </w:rPr>
        <w:t>3266</w:t>
      </w:r>
    </w:p>
    <w:p>
      <w:pPr>
        <w:spacing w:line="360" w:lineRule="auto"/>
        <w:jc w:val="left"/>
        <w:textAlignment w:val="center"/>
        <w:rPr>
          <w:color w:val="000000"/>
        </w:rPr>
      </w:pPr>
      <w:r>
        <w:rPr>
          <w:color w:val="000000"/>
        </w:rPr>
        <w:drawing>
          <wp:inline>
            <wp:extent cx="5238750" cy="1362863"/>
            <wp:docPr id="28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 name=""/>
                    <pic:cNvPicPr>
                      <a:picLocks noChangeAspect="1"/>
                    </pic:cNvPicPr>
                  </pic:nvPicPr>
                  <pic:blipFill>
                    <a:blip r:embed="rId1962"/>
                    <a:stretch>
                      <a:fillRect/>
                    </a:stretch>
                  </pic:blipFill>
                  <pic:spPr>
                    <a:xfrm>
                      <a:off x="0" y="0"/>
                      <a:ext cx="5238750" cy="1362863"/>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用“格子乘法”计算两个两位数相乘，则</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3</w:t>
      </w:r>
      <w:r>
        <w:rPr>
          <w:rFonts w:ascii="宋体" w:eastAsia="宋体" w:hAnsi="宋体" w:cs="宋体"/>
          <w:color w:val="000000"/>
        </w:rPr>
        <w:t>，用“格子乘法”计算两个两位数相乘，得</w:t>
      </w:r>
      <w:r>
        <w:rPr>
          <w:rFonts w:ascii="Times New Roman" w:eastAsia="Times New Roman" w:hAnsi="Times New Roman" w:cs="Times New Roman"/>
          <w:color w:val="000000"/>
        </w:rPr>
        <w:t>2176</w:t>
      </w:r>
      <w:r>
        <w:rPr>
          <w:rFonts w:ascii="宋体" w:eastAsia="宋体" w:hAnsi="宋体" w:cs="宋体"/>
          <w:color w:val="000000"/>
        </w:rPr>
        <w:t>，则</w:t>
      </w:r>
      <w:r>
        <w:rPr>
          <w:rFonts w:ascii="Times New Roman" w:eastAsia="Times New Roman" w:hAnsi="Times New Roman" w:cs="Times New Roman"/>
          <w:i/>
          <w:color w:val="000000"/>
        </w:rPr>
        <w:t>m</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，用“格子乘法”计算两个两位数相乘，则</w:t>
      </w:r>
      <w:r>
        <w:rPr>
          <w:rFonts w:ascii="Times New Roman" w:eastAsia="Times New Roman" w:hAnsi="Times New Roman" w:cs="Times New Roman"/>
          <w:i/>
          <w:color w:val="000000"/>
        </w:rPr>
        <w:t>k</w:t>
      </w:r>
      <w:r>
        <w:rPr>
          <w:rFonts w:ascii="宋体" w:eastAsia="宋体" w:hAnsi="宋体" w:cs="宋体"/>
          <w:color w:val="000000"/>
        </w:rPr>
        <w:t>＝</w:t>
      </w:r>
      <w:r>
        <w:rPr>
          <w:rFonts w:ascii="宋体" w:eastAsia="宋体" w:hAnsi="宋体" w:cs="宋体"/>
          <w:color w:val="000000"/>
          <w:u w:val="single"/>
        </w:rPr>
        <w:t>　   　</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color w:val="000000"/>
        </w:rPr>
        <w:t xml:space="preserve">    </w:t>
      </w:r>
      <w:r>
        <w:rPr>
          <w:color w:val="000000"/>
        </w:rPr>
        <w:t>（2）</w:t>
      </w:r>
      <w:r>
        <w:rPr>
          <w:rFonts w:ascii="Times New Roman" w:eastAsia="Times New Roman" w:hAnsi="Times New Roman" w:cs="Times New Roman"/>
          <w:color w:val="000000"/>
        </w:rPr>
        <w:t>1</w:t>
      </w:r>
      <w:r>
        <w:rPr>
          <w:rFonts w:ascii="新宋体" w:eastAsia="新宋体" w:hAnsi="新宋体" w:cs="新宋体"/>
          <w:color w:val="000000"/>
        </w:rPr>
        <w:t>，</w:t>
      </w:r>
      <w:r>
        <w:rPr>
          <w:rFonts w:ascii="Times New Roman" w:eastAsia="Times New Roman" w:hAnsi="Times New Roman" w:cs="Times New Roman"/>
          <w:color w:val="000000"/>
        </w:rPr>
        <w:t>2</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5</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w:t>
      </w:r>
      <w:r>
        <w:rPr>
          <w:rFonts w:ascii="宋体" w:eastAsia="宋体" w:hAnsi="宋体" w:cs="宋体"/>
          <w:color w:val="000000"/>
        </w:rPr>
        <w:t>设方格右边的两位数的十位数字为</w:t>
      </w:r>
      <w:r>
        <w:rPr>
          <w:rFonts w:ascii="Times New Roman" w:eastAsia="Times New Roman" w:hAnsi="Times New Roman" w:cs="Times New Roman"/>
          <w:i/>
          <w:color w:val="000000"/>
        </w:rPr>
        <w:t>m</w:t>
      </w:r>
      <w:r>
        <w:rPr>
          <w:rFonts w:ascii="宋体" w:eastAsia="宋体" w:hAnsi="宋体" w:cs="宋体"/>
          <w:color w:val="000000"/>
        </w:rPr>
        <w:t>，</w:t>
      </w:r>
      <w:r>
        <w:rPr>
          <w:rFonts w:ascii="新宋体" w:eastAsia="新宋体" w:hAnsi="新宋体" w:cs="新宋体"/>
          <w:color w:val="000000"/>
        </w:rPr>
        <w:t>利用</w:t>
      </w:r>
      <w:r>
        <w:rPr>
          <w:rFonts w:ascii="宋体" w:eastAsia="宋体" w:hAnsi="宋体" w:cs="宋体"/>
          <w:color w:val="000000"/>
        </w:rPr>
        <w:t>“格子乘法”</w:t>
      </w:r>
      <w:r>
        <w:rPr>
          <w:rFonts w:ascii="新宋体" w:eastAsia="新宋体" w:hAnsi="新宋体" w:cs="新宋体"/>
          <w:color w:val="000000"/>
        </w:rPr>
        <w:t>的计算方法，求出</w:t>
      </w:r>
      <w:r>
        <w:rPr>
          <w:rFonts w:ascii="Times New Roman" w:eastAsia="Times New Roman" w:hAnsi="Times New Roman" w:cs="Times New Roman"/>
          <w:i/>
          <w:color w:val="000000"/>
        </w:rPr>
        <w:t>x</w:t>
      </w:r>
      <w:r>
        <w:rPr>
          <w:rFonts w:ascii="新宋体" w:eastAsia="新宋体" w:hAnsi="新宋体" w:cs="新宋体"/>
          <w:color w:val="000000"/>
        </w:rPr>
        <w:t>，</w:t>
      </w:r>
      <w:r>
        <w:rPr>
          <w:rFonts w:ascii="Times New Roman" w:eastAsia="Times New Roman" w:hAnsi="Times New Roman" w:cs="Times New Roman"/>
          <w:i/>
          <w:color w:val="000000"/>
        </w:rPr>
        <w:t>y</w:t>
      </w:r>
      <w:r>
        <w:rPr>
          <w:rFonts w:ascii="新宋体" w:eastAsia="新宋体" w:hAnsi="新宋体" w:cs="新宋体"/>
          <w:color w:val="000000"/>
        </w:rPr>
        <w:t>的值即可；</w:t>
      </w:r>
    </w:p>
    <w:p>
      <w:pPr>
        <w:spacing w:line="360" w:lineRule="auto"/>
        <w:jc w:val="left"/>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2</w:t>
      </w:r>
      <w:r>
        <w:rPr>
          <w:rFonts w:ascii="新宋体" w:eastAsia="新宋体" w:hAnsi="新宋体" w:cs="新宋体"/>
          <w:color w:val="000000"/>
        </w:rPr>
        <w:t>）由题意得出</w:t>
      </w:r>
      <w:r>
        <w:pict>
          <v:shape id="_x0000_i708545" type="#_x0000_t75" alt="学科网(www.zxxk.com)--教育资源门户，提供试卷、教案、课件、论文、素材以及各类教学资源下载，还有大量而丰富的教学相关资讯！" style="width:198.75pt;height:15.75pt" o:oleicon="f" o:ole="">
            <v:imagedata r:id="rId1963" o:title="eqIdf93c81748f7a652ecf53061ad6d3e2a1"/>
          </v:shape>
        </w:pict>
      </w:r>
      <w:r>
        <w:rPr>
          <w:rFonts w:ascii="新宋体" w:eastAsia="新宋体" w:hAnsi="新宋体" w:cs="新宋体"/>
          <w:color w:val="000000"/>
        </w:rPr>
        <w:t>，根据</w:t>
      </w:r>
      <w:r>
        <w:rPr>
          <w:rFonts w:ascii="Times New Roman" w:eastAsia="Times New Roman" w:hAnsi="Times New Roman" w:cs="Times New Roman"/>
          <w:color w:val="000000"/>
        </w:rPr>
        <w:t>“</w:t>
      </w:r>
      <w:r>
        <w:rPr>
          <w:rFonts w:ascii="宋体" w:eastAsia="宋体" w:hAnsi="宋体" w:cs="宋体"/>
          <w:color w:val="000000"/>
        </w:rPr>
        <w:t>格子乘法</w:t>
      </w:r>
      <w:r>
        <w:rPr>
          <w:rFonts w:ascii="Times New Roman" w:eastAsia="Times New Roman" w:hAnsi="Times New Roman" w:cs="Times New Roman"/>
          <w:color w:val="000000"/>
        </w:rPr>
        <w:t>”</w:t>
      </w:r>
      <w:r>
        <w:rPr>
          <w:rFonts w:ascii="新宋体" w:eastAsia="新宋体" w:hAnsi="新宋体" w:cs="新宋体"/>
          <w:color w:val="000000"/>
        </w:rPr>
        <w:t>的计算方法求解即可，也可由积为</w:t>
      </w:r>
      <w:r>
        <w:rPr>
          <w:rFonts w:ascii="Times New Roman" w:eastAsia="Times New Roman" w:hAnsi="Times New Roman" w:cs="Times New Roman"/>
          <w:color w:val="000000"/>
        </w:rPr>
        <w:t>2176</w:t>
      </w:r>
      <w:r>
        <w:rPr>
          <w:rFonts w:ascii="新宋体" w:eastAsia="新宋体" w:hAnsi="新宋体" w:cs="新宋体"/>
          <w:color w:val="000000"/>
        </w:rPr>
        <w:t>，利用</w:t>
      </w:r>
      <w:r>
        <w:rPr>
          <w:rFonts w:ascii="Times New Roman" w:eastAsia="Times New Roman" w:hAnsi="Times New Roman" w:cs="Times New Roman"/>
          <w:color w:val="000000"/>
        </w:rPr>
        <w:t>“</w:t>
      </w:r>
      <w:r>
        <w:rPr>
          <w:rFonts w:ascii="宋体" w:eastAsia="宋体" w:hAnsi="宋体" w:cs="宋体"/>
          <w:color w:val="000000"/>
        </w:rPr>
        <w:t>格子乘法</w:t>
      </w:r>
      <w:r>
        <w:rPr>
          <w:rFonts w:ascii="Times New Roman" w:eastAsia="Times New Roman" w:hAnsi="Times New Roman" w:cs="Times New Roman"/>
          <w:color w:val="000000"/>
        </w:rPr>
        <w:t>”</w:t>
      </w:r>
      <w:r>
        <w:rPr>
          <w:rFonts w:ascii="新宋体" w:eastAsia="新宋体" w:hAnsi="新宋体" w:cs="新宋体"/>
          <w:color w:val="000000"/>
        </w:rPr>
        <w:t>的计算方法得出</w:t>
      </w:r>
      <w:r>
        <w:pict>
          <v:shape id="_x0000_i708546" type="#_x0000_t75" alt="学科网(www.zxxk.com)--教育资源门户，提供试卷、教案、课件、论文、素材以及各类教学资源下载，还有大量而丰富的教学相关资讯！" style="width:47.25pt;height:14.25pt" o:oleicon="f" o:ole="">
            <v:imagedata r:id="rId1964" o:title="eqIdf92dbadb5d953df72f7b7859a9ecbe3d"/>
          </v:shape>
        </w:pict>
      </w:r>
      <w:r>
        <w:rPr>
          <w:rFonts w:ascii="宋体" w:eastAsia="宋体" w:hAnsi="宋体" w:cs="宋体"/>
          <w:color w:val="000000"/>
        </w:rPr>
        <w:t>求解</w:t>
      </w:r>
      <w:r>
        <w:rPr>
          <w:rFonts w:ascii="新宋体" w:eastAsia="新宋体" w:hAnsi="新宋体" w:cs="新宋体"/>
          <w:color w:val="000000"/>
        </w:rPr>
        <w:t>；</w:t>
      </w:r>
    </w:p>
    <w:p>
      <w:pPr>
        <w:spacing w:line="360" w:lineRule="auto"/>
        <w:jc w:val="left"/>
        <w:textAlignment w:val="center"/>
        <w:rPr>
          <w:color w:val="000000"/>
        </w:rPr>
      </w:pPr>
      <w:r>
        <w:rPr>
          <w:rFonts w:ascii="新宋体" w:eastAsia="新宋体" w:hAnsi="新宋体" w:cs="新宋体"/>
          <w:color w:val="000000"/>
        </w:rPr>
        <w:t>（</w:t>
      </w:r>
      <w:r>
        <w:rPr>
          <w:rFonts w:ascii="Times New Roman" w:eastAsia="Times New Roman" w:hAnsi="Times New Roman" w:cs="Times New Roman"/>
          <w:color w:val="000000"/>
        </w:rPr>
        <w:t>3</w:t>
      </w:r>
      <w:r>
        <w:rPr>
          <w:rFonts w:ascii="新宋体" w:eastAsia="新宋体" w:hAnsi="新宋体" w:cs="新宋体"/>
          <w:color w:val="000000"/>
        </w:rPr>
        <w:t>）</w:t>
      </w:r>
      <w:r>
        <w:rPr>
          <w:rFonts w:ascii="宋体" w:eastAsia="宋体" w:hAnsi="宋体" w:cs="宋体"/>
          <w:color w:val="000000"/>
        </w:rPr>
        <w:t>设方格右边的两位数的十位数字为</w:t>
      </w:r>
      <w:r>
        <w:rPr>
          <w:rFonts w:ascii="Times New Roman" w:eastAsia="Times New Roman" w:hAnsi="Times New Roman" w:cs="Times New Roman"/>
          <w:i/>
          <w:color w:val="000000"/>
        </w:rPr>
        <w:t>e</w:t>
      </w:r>
      <w:r>
        <w:rPr>
          <w:rFonts w:ascii="宋体" w:eastAsia="宋体" w:hAnsi="宋体" w:cs="宋体"/>
          <w:color w:val="000000"/>
        </w:rPr>
        <w:t>，由“格子乘法”列出方程求解即可</w:t>
      </w:r>
      <w:r>
        <w:rPr>
          <w:rFonts w:ascii="新宋体" w:eastAsia="新宋体" w:hAnsi="新宋体" w:cs="新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解：设方格右边的两位数的十位数字为</w:t>
      </w:r>
      <w:r>
        <w:rPr>
          <w:rFonts w:ascii="Times New Roman" w:eastAsia="Times New Roman" w:hAnsi="Times New Roman" w:cs="Times New Roman"/>
          <w:i/>
          <w:color w:val="000000"/>
        </w:rPr>
        <w:t>r</w:t>
      </w:r>
      <w:r>
        <w:rPr>
          <w:rFonts w:ascii="宋体" w:eastAsia="宋体" w:hAnsi="宋体" w:cs="宋体"/>
          <w:color w:val="000000"/>
        </w:rPr>
        <w:t>，由“格子乘法”法则可知，</w:t>
      </w:r>
    </w:p>
    <w:p>
      <w:pPr>
        <w:spacing w:line="360" w:lineRule="auto"/>
        <w:jc w:val="left"/>
        <w:textAlignment w:val="center"/>
        <w:rPr>
          <w:color w:val="000000"/>
        </w:rPr>
      </w:pPr>
      <w:r>
        <w:pict>
          <v:shape id="_x0000_i708547" type="#_x0000_t75" alt="学科网(www.zxxk.com)--教育资源门户，提供试卷、教案、课件、论文、素材以及各类教学资源下载，还有大量而丰富的教学相关资讯！" style="width:38.25pt;height:14.25pt" o:oleicon="f" o:ole="">
            <v:imagedata r:id="rId1965" o:title="eqId1ac616332b43cd6c1838f033775b5fc3"/>
          </v:shape>
        </w:pict>
      </w:r>
      <w:r>
        <w:rPr>
          <w:rFonts w:ascii="宋体" w:eastAsia="宋体" w:hAnsi="宋体" w:cs="宋体"/>
          <w:color w:val="000000"/>
        </w:rPr>
        <w:t>，解得，</w:t>
      </w:r>
      <w:r>
        <w:pict>
          <v:shape id="_x0000_i708548" type="#_x0000_t75" alt="学科网(www.zxxk.com)--教育资源门户，提供试卷、教案、课件、论文、素材以及各类教学资源下载，还有大量而丰富的教学相关资讯！" style="width:24pt;height:12.75pt" o:oleicon="f" o:ole="">
            <v:imagedata r:id="rId1966" o:title="eqIdf2c8163b41fbd62b84ec9f586ba6e8f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所以，</w:t>
      </w:r>
      <w:r>
        <w:pict>
          <v:shape id="_x0000_i708549" type="#_x0000_t75" alt="学科网(www.zxxk.com)--教育资源门户，提供试卷、教案、课件、论文、素材以及各类教学资源下载，还有大量而丰富的教学相关资讯！" style="width:39pt;height:14.25pt" o:oleicon="f" o:ole="">
            <v:imagedata r:id="rId1967" o:title="eqIdc2b7618d8f77082f4c2d0910d4d0a462"/>
          </v:shape>
        </w:pict>
      </w:r>
      <w:r>
        <w:rPr>
          <w:rFonts w:ascii="宋体" w:eastAsia="宋体" w:hAnsi="宋体" w:cs="宋体"/>
          <w:color w:val="000000"/>
        </w:rPr>
        <w:t>，解得，</w:t>
      </w:r>
      <w:r>
        <w:pict>
          <v:shape id="_x0000_i708550" type="#_x0000_t75" alt="学科网(www.zxxk.com)--教育资源门户，提供试卷、教案、课件、论文、素材以及各类教学资源下载，还有大量而丰富的教学相关资讯！" style="width:27pt;height:14.25pt" o:oleicon="f" o:ole="">
            <v:imagedata r:id="rId1968" o:title="eqIde55aa0a20848c37c1892c567b2315e04"/>
          </v:shape>
        </w:pict>
      </w:r>
      <w:r>
        <w:rPr>
          <w:rFonts w:ascii="宋体" w:eastAsia="宋体" w:hAnsi="宋体" w:cs="宋体"/>
          <w:color w:val="000000"/>
        </w:rPr>
        <w:t>；</w:t>
      </w:r>
    </w:p>
    <w:p>
      <w:pPr>
        <w:spacing w:line="360" w:lineRule="auto"/>
        <w:jc w:val="left"/>
        <w:textAlignment w:val="center"/>
        <w:rPr>
          <w:color w:val="000000"/>
        </w:rPr>
      </w:pPr>
      <w:r>
        <w:pict>
          <v:shape id="_x0000_i708551" type="#_x0000_t75" alt="学科网(www.zxxk.com)--教育资源门户，提供试卷、教案、课件、论文、素材以及各类教学资源下载，还有大量而丰富的教学相关资讯！" style="width:65.25pt;height:15.75pt" o:oleicon="f" o:ole="">
            <v:imagedata r:id="rId1969" o:title="eqIdda541dd67cc984c322b99026d0e59fc4"/>
          </v:shape>
        </w:pict>
      </w:r>
      <w:r>
        <w:rPr>
          <w:rFonts w:ascii="宋体" w:eastAsia="宋体" w:hAnsi="宋体" w:cs="宋体"/>
          <w:color w:val="000000"/>
        </w:rPr>
        <w:t>，解得，</w:t>
      </w:r>
      <w:r>
        <w:pict>
          <v:shape id="_x0000_i708552" type="#_x0000_t75" alt="学科网(www.zxxk.com)--教育资源门户，提供试卷、教案、课件、论文、素材以及各类教学资源下载，还有大量而丰富的教学相关资讯！" style="width:26pt;height:15pt" o:oleicon="f" o:ole="">
            <v:imagedata r:id="rId1970" o:title="eqId107babba45f110012183dc4dc54490f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drawing>
          <wp:inline>
            <wp:extent cx="1228725" cy="1257300"/>
            <wp:docPr id="28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4" name=""/>
                    <pic:cNvPicPr>
                      <a:picLocks noChangeAspect="1"/>
                    </pic:cNvPicPr>
                  </pic:nvPicPr>
                  <pic:blipFill>
                    <a:blip r:embed="rId1971"/>
                    <a:stretch>
                      <a:fillRect/>
                    </a:stretch>
                  </pic:blipFill>
                  <pic:spPr>
                    <a:xfrm>
                      <a:off x="0" y="0"/>
                      <a:ext cx="1228725" cy="1257300"/>
                    </a:xfrm>
                    <a:prstGeom prst="rect">
                      <a:avLst/>
                    </a:prstGeom>
                  </pic:spPr>
                </pic:pic>
              </a:graphicData>
            </a:graphic>
          </wp:inline>
        </w:drawing>
      </w:r>
      <w:r>
        <w:rPr>
          <w:color w:val="000000"/>
        </w:rPr>
        <w:t>【小问2详解】</w:t>
      </w:r>
    </w:p>
    <w:p>
      <w:pPr>
        <w:spacing w:line="360" w:lineRule="auto"/>
        <w:jc w:val="left"/>
        <w:textAlignment w:val="center"/>
        <w:rPr>
          <w:color w:val="000000"/>
        </w:rPr>
      </w:pPr>
      <w:r>
        <w:rPr>
          <w:rFonts w:ascii="新宋体" w:eastAsia="新宋体" w:hAnsi="新宋体" w:cs="新宋体"/>
          <w:color w:val="000000"/>
        </w:rPr>
        <w:t>由题意</w:t>
      </w:r>
      <w:r>
        <w:rPr>
          <w:rFonts w:ascii="Times New Roman" w:eastAsia="Times New Roman" w:hAnsi="Times New Roman" w:cs="Times New Roman"/>
          <w:i/>
          <w:color w:val="000000"/>
        </w:rPr>
        <w:t>bd</w:t>
      </w:r>
      <w:r>
        <w:rPr>
          <w:rFonts w:ascii="新宋体" w:eastAsia="新宋体" w:hAnsi="新宋体" w:cs="新宋体"/>
          <w:color w:val="000000"/>
        </w:rPr>
        <w:t>＝</w:t>
      </w:r>
      <w:r>
        <w:rPr>
          <w:rFonts w:ascii="Times New Roman" w:eastAsia="Times New Roman" w:hAnsi="Times New Roman" w:cs="Times New Roman"/>
          <w:color w:val="000000"/>
        </w:rPr>
        <w:t>16</w:t>
      </w:r>
      <w:r>
        <w:rPr>
          <w:rFonts w:ascii="新宋体" w:eastAsia="新宋体" w:hAnsi="新宋体" w:cs="新宋体"/>
          <w:color w:val="000000"/>
        </w:rPr>
        <w:t>．</w:t>
      </w:r>
      <w:r>
        <w:pict>
          <v:shape id="_x0000_i708553" type="#_x0000_t75" alt="学科网(www.zxxk.com)--教育资源门户，提供试卷、教案、课件、论文、素材以及各类教学资源下载，还有大量而丰富的教学相关资讯！" style="width:38.25pt;height:14.25pt" o:oleicon="f" o:ole="">
            <v:imagedata r:id="rId1972" o:title="eqId0c3ce6c6d8be30b7b10cfd02801bc3a2"/>
          </v:shape>
        </w:pict>
      </w:r>
      <w:r>
        <w:rPr>
          <w:rFonts w:ascii="宋体" w:eastAsia="宋体" w:hAnsi="宋体" w:cs="宋体"/>
          <w:color w:val="000000"/>
        </w:rPr>
        <w:t>，</w:t>
      </w:r>
      <w:r>
        <w:pict>
          <v:shape id="_x0000_i708554" type="#_x0000_t75" alt="学科网(www.zxxk.com)--教育资源门户，提供试卷、教案、课件、论文、素材以及各类教学资源下载，还有大量而丰富的教学相关资讯！" style="width:63pt;height:14.25pt" o:oleicon="f" o:ole="">
            <v:imagedata r:id="rId1973" o:title="eqId05d2670a4aff3f96519c53e80cafc5f8"/>
          </v:shape>
        </w:pict>
      </w:r>
      <w:r>
        <w:rPr>
          <w:rFonts w:ascii="宋体" w:eastAsia="宋体" w:hAnsi="宋体" w:cs="宋体"/>
          <w:color w:val="000000"/>
        </w:rPr>
        <w:t>，</w:t>
      </w:r>
      <w:r>
        <w:pict>
          <v:shape id="_x0000_i708555" type="#_x0000_t75" alt="学科网(www.zxxk.com)--教育资源门户，提供试卷、教案、课件、论文、素材以及各类教学资源下载，还有大量而丰富的教学相关资讯！" style="width:63pt;height:14.25pt" o:oleicon="f" o:ole="">
            <v:imagedata r:id="rId1974" o:title="eqIdf354e2093db305ead526c22913b6ee1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556" type="#_x0000_t75" alt="学科网(www.zxxk.com)--教育资源门户，提供试卷、教案、课件、论文、素材以及各类教学资源下载，还有大量而丰富的教学相关资讯！" style="width:198.75pt;height:15.75pt" o:oleicon="f" o:ole="">
            <v:imagedata r:id="rId1975" o:title="eqIdf93c81748f7a652ecf53061ad6d3e2a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画出“格子乘法”如图：</w:t>
      </w:r>
    </w:p>
    <w:p>
      <w:pPr>
        <w:spacing w:line="360" w:lineRule="auto"/>
        <w:jc w:val="left"/>
        <w:textAlignment w:val="center"/>
        <w:rPr>
          <w:color w:val="000000"/>
        </w:rPr>
      </w:pPr>
      <w:r>
        <w:rPr>
          <w:rFonts w:ascii="宋体" w:eastAsia="宋体" w:hAnsi="宋体" w:cs="宋体"/>
          <w:color w:val="000000"/>
        </w:rPr>
        <w:t>因为积为三位数，故左上角数字为</w:t>
      </w:r>
      <w:r>
        <w:rPr>
          <w:rFonts w:ascii="Times New Roman" w:eastAsia="Times New Roman" w:hAnsi="Times New Roman" w:cs="Times New Roman"/>
          <w:color w:val="000000"/>
        </w:rPr>
        <w:t>0</w:t>
      </w:r>
      <w:r>
        <w:rPr>
          <w:rFonts w:ascii="宋体" w:eastAsia="宋体" w:hAnsi="宋体" w:cs="宋体"/>
          <w:color w:val="000000"/>
        </w:rPr>
        <w:t>，阴影斜行和为</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mn=</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i/>
          <w:color w:val="000000"/>
        </w:rPr>
        <w:t>m=</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 xml:space="preserve"> n=</w:t>
      </w:r>
      <w:r>
        <w:rPr>
          <w:rFonts w:ascii="Times New Roman" w:eastAsia="Times New Roman" w:hAnsi="Times New Roman" w:cs="Times New Roman"/>
          <w:color w:val="000000"/>
        </w:rPr>
        <w:t>1</w:t>
      </w:r>
      <w:r>
        <w:rPr>
          <w:rFonts w:ascii="宋体" w:eastAsia="宋体" w:hAnsi="宋体" w:cs="宋体"/>
          <w:color w:val="000000"/>
        </w:rPr>
        <w:t>三个三角形中只有中间的数为</w:t>
      </w:r>
      <w:r>
        <w:rPr>
          <w:rFonts w:ascii="Times New Roman" w:eastAsia="Times New Roman" w:hAnsi="Times New Roman" w:cs="Times New Roman"/>
          <w:i/>
          <w:color w:val="000000"/>
        </w:rPr>
        <w:t>mn</w:t>
      </w:r>
      <w:r>
        <w:rPr>
          <w:rFonts w:ascii="宋体" w:eastAsia="宋体" w:hAnsi="宋体" w:cs="宋体"/>
          <w:color w:val="000000"/>
        </w:rPr>
        <w:t>，另两个为</w:t>
      </w:r>
      <w:r>
        <w:rPr>
          <w:rFonts w:ascii="Times New Roman" w:eastAsia="Times New Roman" w:hAnsi="Times New Roman" w:cs="Times New Roman"/>
          <w:color w:val="000000"/>
        </w:rPr>
        <w:t>0</w:t>
      </w:r>
      <w:r>
        <w:rPr>
          <w:rFonts w:ascii="宋体" w:eastAsia="宋体" w:hAnsi="宋体" w:cs="宋体"/>
          <w:color w:val="000000"/>
        </w:rPr>
        <w:t>，不符合题意；当</w:t>
      </w:r>
      <w:r>
        <w:rPr>
          <w:rFonts w:ascii="Times New Roman" w:eastAsia="Times New Roman" w:hAnsi="Times New Roman" w:cs="Times New Roman"/>
          <w:i/>
          <w:color w:val="000000"/>
        </w:rPr>
        <w:t>mn=</w:t>
      </w:r>
      <w:r>
        <w:rPr>
          <w:rFonts w:ascii="Times New Roman" w:eastAsia="Times New Roman" w:hAnsi="Times New Roman" w:cs="Times New Roman"/>
          <w:color w:val="000000"/>
        </w:rPr>
        <w:t>2</w:t>
      </w:r>
      <w:r>
        <w:rPr>
          <w:rFonts w:ascii="宋体" w:eastAsia="宋体" w:hAnsi="宋体" w:cs="宋体"/>
          <w:color w:val="000000"/>
        </w:rPr>
        <w:t>时，三个三角形中只有中间的数为</w:t>
      </w:r>
      <w:r>
        <w:rPr>
          <w:rFonts w:ascii="Times New Roman" w:eastAsia="Times New Roman" w:hAnsi="Times New Roman" w:cs="Times New Roman"/>
          <w:i/>
          <w:color w:val="000000"/>
        </w:rPr>
        <w:t>mn</w:t>
      </w:r>
      <w:r>
        <w:rPr>
          <w:rFonts w:ascii="宋体" w:eastAsia="宋体" w:hAnsi="宋体" w:cs="宋体"/>
          <w:color w:val="000000"/>
        </w:rPr>
        <w:t>，另两个为</w:t>
      </w:r>
      <w:r>
        <w:rPr>
          <w:rFonts w:ascii="Times New Roman" w:eastAsia="Times New Roman" w:hAnsi="Times New Roman" w:cs="Times New Roman"/>
          <w:color w:val="000000"/>
        </w:rPr>
        <w:t>0</w:t>
      </w:r>
      <w:r>
        <w:rPr>
          <w:rFonts w:ascii="宋体" w:eastAsia="宋体" w:hAnsi="宋体" w:cs="宋体"/>
          <w:color w:val="000000"/>
        </w:rPr>
        <w:t>，其他格子填数如图；</w:t>
      </w:r>
    </w:p>
    <w:p>
      <w:pPr>
        <w:spacing w:line="360" w:lineRule="auto"/>
        <w:jc w:val="left"/>
        <w:textAlignment w:val="center"/>
        <w:rPr>
          <w:color w:val="000000"/>
        </w:rPr>
      </w:pPr>
      <w:r>
        <w:rPr>
          <w:rFonts w:ascii="宋体" w:eastAsia="宋体" w:hAnsi="宋体" w:cs="宋体"/>
          <w:color w:val="000000"/>
        </w:rPr>
        <w:t>根据“格子乘法”法则得，</w:t>
      </w:r>
      <w:r>
        <w:pict>
          <v:shape id="_x0000_i708557" type="#_x0000_t75" alt="学科网(www.zxxk.com)--教育资源门户，提供试卷、教案、课件、论文、素材以及各类教学资源下载，还有大量而丰富的教学相关资讯！" style="width:36.75pt;height:14.25pt" o:oleicon="f" o:ole="">
            <v:imagedata r:id="rId1976" o:title="eqId8df86e6ec6c1e543f51f51e0dc5d9549"/>
          </v:shape>
        </w:pict>
      </w:r>
      <w:r>
        <w:rPr>
          <w:rFonts w:ascii="宋体" w:eastAsia="宋体" w:hAnsi="宋体" w:cs="宋体"/>
          <w:color w:val="000000"/>
        </w:rPr>
        <w:t>，</w:t>
      </w:r>
      <w:r>
        <w:pict>
          <v:shape id="_x0000_i708558" type="#_x0000_t75" alt="学科网(www.zxxk.com)--教育资源门户，提供试卷、教案、课件、论文、素材以及各类教学资源下载，还有大量而丰富的教学相关资讯！" style="width:59.25pt;height:14.25pt" o:oleicon="f" o:ole="">
            <v:imagedata r:id="rId1977" o:title="eqId053a6fa054a66d8f8ab5ff8759464cf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为正整数，</w:t>
      </w:r>
    </w:p>
    <w:p>
      <w:pPr>
        <w:spacing w:line="360" w:lineRule="auto"/>
        <w:jc w:val="left"/>
        <w:textAlignment w:val="center"/>
        <w:rPr>
          <w:color w:val="000000"/>
        </w:rPr>
      </w:pPr>
      <w:r>
        <w:rPr>
          <w:rFonts w:ascii="新宋体" w:eastAsia="新宋体" w:hAnsi="新宋体" w:cs="新宋体"/>
          <w:color w:val="000000"/>
        </w:rPr>
        <w:t>∴</w:t>
      </w:r>
      <w:r>
        <w:rPr>
          <w:rFonts w:ascii="Times New Roman" w:eastAsia="Times New Roman" w:hAnsi="Times New Roman" w:cs="Times New Roman"/>
          <w:i/>
          <w:color w:val="000000"/>
        </w:rPr>
        <w:t>m</w:t>
      </w:r>
      <w:r>
        <w:rPr>
          <w:rFonts w:ascii="新宋体" w:eastAsia="新宋体" w:hAnsi="新宋体" w:cs="新宋体"/>
          <w:color w:val="000000"/>
        </w:rPr>
        <w:t>和</w:t>
      </w:r>
      <w:r>
        <w:rPr>
          <w:rFonts w:ascii="Times New Roman" w:eastAsia="Times New Roman" w:hAnsi="Times New Roman" w:cs="Times New Roman"/>
          <w:i/>
          <w:color w:val="000000"/>
        </w:rPr>
        <w:t>n</w:t>
      </w:r>
      <w:r>
        <w:rPr>
          <w:rFonts w:ascii="新宋体" w:eastAsia="新宋体" w:hAnsi="新宋体" w:cs="新宋体"/>
          <w:color w:val="000000"/>
        </w:rPr>
        <w:t>的值分别为</w:t>
      </w:r>
      <w:r>
        <w:rPr>
          <w:rFonts w:ascii="Times New Roman" w:eastAsia="Times New Roman" w:hAnsi="Times New Roman" w:cs="Times New Roman"/>
          <w:color w:val="000000"/>
        </w:rPr>
        <w:t>1</w:t>
      </w:r>
      <w:r>
        <w:rPr>
          <w:rFonts w:ascii="新宋体" w:eastAsia="新宋体" w:hAnsi="新宋体" w:cs="新宋体"/>
          <w:color w:val="000000"/>
        </w:rPr>
        <w:t>和</w:t>
      </w:r>
      <w:r>
        <w:rPr>
          <w:rFonts w:ascii="Times New Roman" w:eastAsia="Times New Roman" w:hAnsi="Times New Roman" w:cs="Times New Roman"/>
          <w:color w:val="000000"/>
        </w:rPr>
        <w:t>2</w:t>
      </w:r>
      <w:r>
        <w:rPr>
          <w:rFonts w:ascii="新宋体" w:eastAsia="新宋体" w:hAnsi="新宋体" w:cs="新宋体"/>
          <w:color w:val="000000"/>
        </w:rPr>
        <w:t>．</w:t>
      </w:r>
    </w:p>
    <w:p>
      <w:pPr>
        <w:spacing w:line="360" w:lineRule="auto"/>
        <w:jc w:val="left"/>
        <w:textAlignment w:val="center"/>
        <w:rPr>
          <w:color w:val="000000"/>
        </w:rPr>
      </w:pPr>
      <w:r>
        <w:rPr>
          <w:color w:val="000000"/>
        </w:rPr>
        <w:drawing>
          <wp:inline>
            <wp:extent cx="1323975" cy="1428750"/>
            <wp:docPr id="28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 name=""/>
                    <pic:cNvPicPr>
                      <a:picLocks noChangeAspect="1"/>
                    </pic:cNvPicPr>
                  </pic:nvPicPr>
                  <pic:blipFill>
                    <a:blip r:embed="rId1978"/>
                    <a:stretch>
                      <a:fillRect/>
                    </a:stretch>
                  </pic:blipFill>
                  <pic:spPr>
                    <a:xfrm>
                      <a:off x="0" y="0"/>
                      <a:ext cx="1323975" cy="1428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另解：根据乘积为</w:t>
      </w:r>
      <w:r>
        <w:rPr>
          <w:rFonts w:ascii="Times New Roman" w:eastAsia="Times New Roman" w:hAnsi="Times New Roman" w:cs="Times New Roman"/>
          <w:color w:val="000000"/>
        </w:rPr>
        <w:t>2176</w:t>
      </w:r>
      <w:r>
        <w:rPr>
          <w:rFonts w:ascii="宋体" w:eastAsia="宋体" w:hAnsi="宋体" w:cs="宋体"/>
          <w:color w:val="000000"/>
        </w:rPr>
        <w:t>可知表格如图：</w:t>
      </w:r>
    </w:p>
    <w:p>
      <w:pPr>
        <w:spacing w:line="360" w:lineRule="auto"/>
        <w:jc w:val="left"/>
        <w:textAlignment w:val="center"/>
        <w:rPr>
          <w:color w:val="000000"/>
        </w:rPr>
      </w:pPr>
      <w:r>
        <w:rPr>
          <w:color w:val="000000"/>
        </w:rPr>
        <w:drawing>
          <wp:inline>
            <wp:extent cx="1352550" cy="1438275"/>
            <wp:docPr id="289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8" name=""/>
                    <pic:cNvPicPr>
                      <a:picLocks noChangeAspect="1"/>
                    </pic:cNvPicPr>
                  </pic:nvPicPr>
                  <pic:blipFill>
                    <a:blip r:embed="rId1979"/>
                    <a:stretch>
                      <a:fillRect/>
                    </a:stretch>
                  </pic:blipFill>
                  <pic:spPr>
                    <a:xfrm>
                      <a:off x="0" y="0"/>
                      <a:ext cx="1352550" cy="1438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由“格子乘法”法则得，</w:t>
      </w:r>
      <w:r>
        <w:pict>
          <v:shape id="_x0000_i708559" type="#_x0000_t75" alt="学科网(www.zxxk.com)--教育资源门户，提供试卷、教案、课件、论文、素材以及各类教学资源下载，还有大量而丰富的教学相关资讯！" style="width:66.75pt;height:14.25pt" o:oleicon="f" o:ole="">
            <v:imagedata r:id="rId1980" o:title="eqId824ee9df91c819b044e3d62b30d7b03e"/>
          </v:shape>
        </w:pict>
      </w:r>
      <w:r>
        <w:rPr>
          <w:rFonts w:ascii="宋体" w:eastAsia="宋体" w:hAnsi="宋体" w:cs="宋体"/>
          <w:color w:val="000000"/>
        </w:rPr>
        <w:t>，即</w:t>
      </w:r>
      <w:r>
        <w:pict>
          <v:shape id="_x0000_i708560" type="#_x0000_t75" alt="学科网(www.zxxk.com)--教育资源门户，提供试卷、教案、课件、论文、素材以及各类教学资源下载，还有大量而丰富的教学相关资讯！" style="width:47.25pt;height:14.25pt" o:oleicon="f" o:ole="">
            <v:imagedata r:id="rId1981" o:title="eqIdf92dbadb5d953df72f7b7859a9ecbe3d"/>
          </v:shape>
        </w:pict>
      </w:r>
      <w:r>
        <w:rPr>
          <w:rFonts w:ascii="宋体" w:eastAsia="宋体" w:hAnsi="宋体" w:cs="宋体"/>
          <w:color w:val="000000"/>
        </w:rPr>
        <w:t>，当</w:t>
      </w:r>
      <w:r>
        <w:pict>
          <v:shape id="_x0000_i708561" type="#_x0000_t75" alt="学科网(www.zxxk.com)--教育资源门户，提供试卷、教案、课件、论文、素材以及各类教学资源下载，还有大量而丰富的教学相关资讯！" style="width:28.2pt;height:13.8pt" o:oleicon="f" o:ole="">
            <v:imagedata r:id="rId1982" o:title="eqIdcf0086b054ef120408acac806a1b1318"/>
          </v:shape>
        </w:pict>
      </w:r>
      <w:r>
        <w:rPr>
          <w:rFonts w:ascii="宋体" w:eastAsia="宋体" w:hAnsi="宋体" w:cs="宋体"/>
          <w:color w:val="000000"/>
        </w:rPr>
        <w:t>，</w:t>
      </w:r>
      <w:r>
        <w:pict>
          <v:shape id="_x0000_i708562" type="#_x0000_t75" alt="学科网(www.zxxk.com)--教育资源门户，提供试卷、教案、课件、论文、素材以及各类教学资源下载，还有大量而丰富的教学相关资讯！" style="width:27.75pt;height:14.25pt" o:oleicon="f" o:ole="">
            <v:imagedata r:id="rId1983" o:title="eqIdcc2d3df37e73a8abea815f37dbb3fff5"/>
          </v:shape>
        </w:pict>
      </w:r>
      <w:r>
        <w:rPr>
          <w:rFonts w:ascii="宋体" w:eastAsia="宋体" w:hAnsi="宋体" w:cs="宋体"/>
          <w:color w:val="000000"/>
        </w:rPr>
        <w:t>时，符合题意；当</w:t>
      </w:r>
      <w:r>
        <w:pict>
          <v:shape id="_x0000_i708563" type="#_x0000_t75" alt="学科网(www.zxxk.com)--教育资源门户，提供试卷、教案、课件、论文、素材以及各类教学资源下载，还有大量而丰富的教学相关资讯！" style="width:31.3pt;height:13.75pt" o:oleicon="f" o:ole="">
            <v:imagedata r:id="rId1984" o:title="eqIde94f16d5ed858699bfea5039a7bf8ae6"/>
          </v:shape>
        </w:pict>
      </w:r>
      <w:r>
        <w:rPr>
          <w:rFonts w:ascii="宋体" w:eastAsia="宋体" w:hAnsi="宋体" w:cs="宋体"/>
          <w:color w:val="000000"/>
        </w:rPr>
        <w:t>，</w:t>
      </w:r>
      <w:r>
        <w:pict>
          <v:shape id="_x0000_i708564" type="#_x0000_t75" alt="学科网(www.zxxk.com)--教育资源门户，提供试卷、教案、课件、论文、素材以及各类教学资源下载，还有大量而丰富的教学相关资讯！" style="width:26.25pt;height:13.5pt" o:oleicon="f" o:ole="">
            <v:imagedata r:id="rId1985" o:title="eqIdc87b351f16728b0023fd63678f8103c7"/>
          </v:shape>
        </w:pict>
      </w:r>
      <w:r>
        <w:rPr>
          <w:rFonts w:ascii="宋体" w:eastAsia="宋体" w:hAnsi="宋体" w:cs="宋体"/>
          <w:color w:val="000000"/>
        </w:rPr>
        <w:t>时，</w:t>
      </w:r>
      <w:r>
        <w:rPr>
          <w:rFonts w:ascii="Times New Roman" w:eastAsia="Times New Roman" w:hAnsi="Times New Roman" w:cs="Times New Roman"/>
          <w:color w:val="000000"/>
        </w:rPr>
        <w:t xml:space="preserve"> </w:t>
      </w:r>
      <w:r>
        <w:pict>
          <v:shape id="_x0000_i708565" type="#_x0000_t75" alt="学科网(www.zxxk.com)--教育资源门户，提供试卷、教案、课件、论文、素材以及各类教学资源下载，还有大量而丰富的教学相关资讯！" style="width:39pt;height:14.25pt" o:oleicon="f" o:ole="">
            <v:imagedata r:id="rId1986" o:title="eqId166f85d7760d349cfa405dd20f9a5e82"/>
          </v:shape>
        </w:pict>
      </w:r>
      <w:r>
        <w:rPr>
          <w:rFonts w:ascii="宋体" w:eastAsia="宋体" w:hAnsi="宋体" w:cs="宋体"/>
          <w:color w:val="000000"/>
        </w:rPr>
        <w:t>，因为</w:t>
      </w:r>
      <w:r>
        <w:pict>
          <v:shape id="_x0000_i708566" type="#_x0000_t75" alt="学科网(www.zxxk.com)--教育资源门户，提供试卷、教案、课件、论文、素材以及各类教学资源下载，还有大量而丰富的教学相关资讯！" style="width:90pt;height:12.75pt" o:oleicon="f" o:ole="">
            <v:imagedata r:id="rId1987" o:title="eqId1a80aabdd5467b689a7f71444c8c7753"/>
          </v:shape>
        </w:pict>
      </w:r>
      <w:r>
        <w:rPr>
          <w:rFonts w:ascii="宋体" w:eastAsia="宋体" w:hAnsi="宋体" w:cs="宋体"/>
          <w:color w:val="000000"/>
        </w:rPr>
        <w:t>，不符合题意，舍去；</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新宋体" w:eastAsia="新宋体" w:hAnsi="新宋体" w:cs="新宋体"/>
          <w:color w:val="000000"/>
        </w:rPr>
        <w:t>，</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解：设方格右边的两位数的十位数字为</w:t>
      </w:r>
      <w:r>
        <w:rPr>
          <w:rFonts w:ascii="Times New Roman" w:eastAsia="Times New Roman" w:hAnsi="Times New Roman" w:cs="Times New Roman"/>
          <w:i/>
          <w:color w:val="000000"/>
        </w:rPr>
        <w:t>e</w:t>
      </w:r>
      <w:r>
        <w:rPr>
          <w:rFonts w:ascii="宋体" w:eastAsia="宋体" w:hAnsi="宋体" w:cs="宋体"/>
          <w:color w:val="000000"/>
        </w:rPr>
        <w:t xml:space="preserve">，由“格子乘法”法则可知， </w:t>
      </w:r>
    </w:p>
    <w:p>
      <w:pPr>
        <w:spacing w:line="360" w:lineRule="auto"/>
        <w:jc w:val="left"/>
        <w:textAlignment w:val="center"/>
        <w:rPr>
          <w:color w:val="000000"/>
        </w:rPr>
      </w:pPr>
      <w:r>
        <w:rPr>
          <w:color w:val="000000"/>
        </w:rPr>
        <w:drawing>
          <wp:inline>
            <wp:extent cx="1419225" cy="1428750"/>
            <wp:docPr id="289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 name=""/>
                    <pic:cNvPicPr>
                      <a:picLocks noChangeAspect="1"/>
                    </pic:cNvPicPr>
                  </pic:nvPicPr>
                  <pic:blipFill>
                    <a:blip r:embed="rId1988"/>
                    <a:stretch>
                      <a:fillRect/>
                    </a:stretch>
                  </pic:blipFill>
                  <pic:spPr>
                    <a:xfrm>
                      <a:off x="0" y="0"/>
                      <a:ext cx="1419225" cy="1428750"/>
                    </a:xfrm>
                    <a:prstGeom prst="rect">
                      <a:avLst/>
                    </a:prstGeom>
                  </pic:spPr>
                </pic:pic>
              </a:graphicData>
            </a:graphic>
          </wp:inline>
        </w:drawing>
      </w:r>
    </w:p>
    <w:p>
      <w:pPr>
        <w:spacing w:line="360" w:lineRule="auto"/>
        <w:jc w:val="left"/>
        <w:textAlignment w:val="center"/>
        <w:rPr>
          <w:color w:val="000000"/>
        </w:rPr>
      </w:pPr>
      <w:r>
        <w:rPr>
          <w:rFonts w:ascii="新宋体" w:eastAsia="新宋体" w:hAnsi="新宋体" w:cs="新宋体"/>
          <w:color w:val="000000"/>
        </w:rPr>
        <w:t>则有</w:t>
      </w:r>
      <w:r>
        <w:pict>
          <v:shape id="_x0000_i708567" type="#_x0000_t75" alt="学科网(www.zxxk.com)--教育资源门户，提供试卷、教案、课件、论文、素材以及各类教学资源下载，还有大量而丰富的教学相关资讯！" style="width:117.75pt;height:15.75pt" o:oleicon="f" o:ole="">
            <v:imagedata r:id="rId1989" o:title="eqIdb1bc41de0603b2c8b087cc0f21ea7833"/>
          </v:shape>
        </w:pict>
      </w:r>
      <w:r>
        <w:rPr>
          <w:rFonts w:ascii="新宋体" w:eastAsia="新宋体" w:hAnsi="新宋体" w:cs="新宋体"/>
          <w:color w:val="000000"/>
        </w:rPr>
        <w:t>，</w:t>
      </w:r>
    </w:p>
    <w:p>
      <w:pPr>
        <w:spacing w:line="360" w:lineRule="auto"/>
        <w:jc w:val="left"/>
        <w:textAlignment w:val="center"/>
        <w:rPr>
          <w:color w:val="000000"/>
        </w:rPr>
      </w:pPr>
      <w:r>
        <w:rPr>
          <w:rFonts w:ascii="宋体" w:eastAsia="宋体" w:hAnsi="宋体" w:cs="宋体"/>
          <w:color w:val="000000"/>
        </w:rPr>
        <w:t>因为</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为正整数，</w:t>
      </w:r>
    </w:p>
    <w:p>
      <w:pPr>
        <w:spacing w:line="360" w:lineRule="auto"/>
        <w:jc w:val="left"/>
        <w:textAlignment w:val="center"/>
        <w:rPr>
          <w:color w:val="000000"/>
        </w:rPr>
      </w:pPr>
      <w:r>
        <w:rPr>
          <w:rFonts w:ascii="新宋体" w:eastAsia="新宋体" w:hAnsi="新宋体" w:cs="新宋体"/>
          <w:color w:val="000000"/>
        </w:rPr>
        <w:t>解得：</w:t>
      </w:r>
      <w:r>
        <w:rPr>
          <w:rFonts w:ascii="Times New Roman" w:eastAsia="Times New Roman" w:hAnsi="Times New Roman" w:cs="Times New Roman"/>
          <w:i/>
          <w:color w:val="000000"/>
        </w:rPr>
        <w:t>k</w:t>
      </w:r>
      <w:r>
        <w:rPr>
          <w:rFonts w:ascii="新宋体" w:eastAsia="新宋体" w:hAnsi="新宋体" w:cs="新宋体"/>
          <w:color w:val="000000"/>
        </w:rPr>
        <w:t>＝</w:t>
      </w:r>
      <w:r>
        <w:rPr>
          <w:rFonts w:ascii="Times New Roman" w:eastAsia="Times New Roman" w:hAnsi="Times New Roman" w:cs="Times New Roman"/>
          <w:color w:val="000000"/>
        </w:rPr>
        <w:t>5</w:t>
      </w:r>
      <w:r>
        <w:rPr>
          <w:rFonts w:ascii="新宋体" w:eastAsia="新宋体" w:hAnsi="新宋体" w:cs="新宋体"/>
          <w:color w:val="000000"/>
        </w:rPr>
        <w:t>，</w:t>
      </w:r>
      <w:r>
        <w:rPr>
          <w:rFonts w:ascii="Times New Roman" w:eastAsia="Times New Roman" w:hAnsi="Times New Roman" w:cs="Times New Roman"/>
          <w:i/>
          <w:color w:val="000000"/>
        </w:rPr>
        <w:t>e</w:t>
      </w:r>
      <w:r>
        <w:rPr>
          <w:rFonts w:ascii="新宋体" w:eastAsia="新宋体" w:hAnsi="新宋体" w:cs="新宋体"/>
          <w:color w:val="000000"/>
        </w:rPr>
        <w:t>＝</w:t>
      </w:r>
      <w:r>
        <w:rPr>
          <w:rFonts w:ascii="Times New Roman" w:eastAsia="Times New Roman" w:hAnsi="Times New Roman" w:cs="Times New Roman"/>
          <w:color w:val="000000"/>
        </w:rPr>
        <w:t>1</w:t>
      </w:r>
      <w:r>
        <w:rPr>
          <w:rFonts w:ascii="新宋体" w:eastAsia="新宋体" w:hAnsi="新宋体" w:cs="新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p>
    <w:p>
      <w:pPr>
        <w:spacing w:line="360" w:lineRule="auto"/>
        <w:jc w:val="left"/>
        <w:textAlignment w:val="center"/>
        <w:rPr>
          <w:color w:val="000000"/>
        </w:rPr>
      </w:pPr>
      <w:r>
        <w:rPr>
          <w:color w:val="000000"/>
        </w:rPr>
        <w:t>【点睛】</w:t>
      </w:r>
      <w:r>
        <w:rPr>
          <w:rFonts w:ascii="新宋体" w:eastAsia="新宋体" w:hAnsi="新宋体" w:cs="新宋体"/>
          <w:color w:val="000000"/>
        </w:rPr>
        <w:t>本题主要考查一元一次方程的应用，解答的关键是准确理解题意，根据题意列出相应的方程．</w:t>
      </w:r>
    </w:p>
    <w:p>
      <w:pPr>
        <w:spacing w:line="360" w:lineRule="auto"/>
        <w:jc w:val="left"/>
        <w:textAlignment w:val="center"/>
        <w:rPr>
          <w:color w:val="000000"/>
        </w:rPr>
      </w:pPr>
      <w:r>
        <w:rPr>
          <w:color w:val="000000"/>
        </w:rPr>
        <w:t xml:space="preserve">28. </w:t>
      </w:r>
      <w:r>
        <w:rPr>
          <w:rFonts w:ascii="宋体" w:eastAsia="宋体" w:hAnsi="宋体" w:cs="宋体"/>
          <w:color w:val="000000"/>
        </w:rPr>
        <w:t>已知点</w:t>
      </w:r>
      <w:r>
        <w:rPr>
          <w:rFonts w:ascii="Times New Roman" w:eastAsia="Times New Roman" w:hAnsi="Times New Roman" w:cs="Times New Roman"/>
          <w:i/>
          <w:color w:val="000000"/>
        </w:rPr>
        <w:t>P</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是数轴上的三个点．若点</w:t>
      </w:r>
      <w:r>
        <w:rPr>
          <w:rFonts w:ascii="Times New Roman" w:eastAsia="Times New Roman" w:hAnsi="Times New Roman" w:cs="Times New Roman"/>
          <w:i/>
          <w:color w:val="000000"/>
        </w:rPr>
        <w:t>P</w:t>
      </w:r>
      <w:r>
        <w:rPr>
          <w:rFonts w:ascii="宋体" w:eastAsia="宋体" w:hAnsi="宋体" w:cs="宋体"/>
          <w:color w:val="000000"/>
        </w:rPr>
        <w:t>到原点的距离等于点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到原点距离的和的一半，则称点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，下列各数﹣</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在数轴上所对应的点分别是</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2</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3</w:t>
      </w:r>
      <w:r>
        <w:rPr>
          <w:rFonts w:ascii="宋体" w:eastAsia="宋体" w:hAnsi="宋体" w:cs="宋体"/>
          <w:color w:val="000000"/>
        </w:rPr>
        <w:t>，</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rFonts w:ascii="宋体" w:eastAsia="宋体" w:hAnsi="宋体" w:cs="宋体"/>
          <w:color w:val="000000"/>
        </w:rPr>
        <w:t>，其中是点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的是</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，且点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5</w:t>
      </w:r>
      <w:r>
        <w:rPr>
          <w:rFonts w:ascii="宋体" w:eastAsia="宋体" w:hAnsi="宋体" w:cs="宋体"/>
          <w:color w:val="000000"/>
        </w:rPr>
        <w:t>，求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沿数轴正方向移动</w:t>
      </w:r>
      <w:r>
        <w:rPr>
          <w:rFonts w:ascii="Times New Roman" w:eastAsia="Times New Roman" w:hAnsi="Times New Roman" w:cs="Times New Roman"/>
          <w:color w:val="000000"/>
        </w:rPr>
        <w:t>4</w:t>
      </w:r>
      <w:r>
        <w:rPr>
          <w:rFonts w:ascii="宋体" w:eastAsia="宋体" w:hAnsi="宋体" w:cs="宋体"/>
          <w:color w:val="000000"/>
        </w:rPr>
        <w:t>个单位长度，得到点</w:t>
      </w:r>
      <w:r>
        <w:rPr>
          <w:rFonts w:ascii="Times New Roman" w:eastAsia="Times New Roman" w:hAnsi="Times New Roman" w:cs="Times New Roman"/>
          <w:i/>
          <w:color w:val="000000"/>
        </w:rPr>
        <w:t>B</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时，直接写出</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或</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4</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-7</w:t>
      </w:r>
      <w:r>
        <w:rPr>
          <w:color w:val="000000"/>
        </w:rPr>
        <w:t xml:space="preserve">    </w:t>
      </w:r>
      <w:r>
        <w:rPr>
          <w:color w:val="000000"/>
        </w:rPr>
        <w:t>（3）</w:t>
      </w:r>
      <w:r>
        <w:rPr>
          <w:rFonts w:ascii="Times New Roman" w:eastAsia="Times New Roman" w:hAnsi="Times New Roman" w:cs="Times New Roman"/>
          <w:color w:val="000000"/>
        </w:rPr>
        <w:t>0</w:t>
      </w:r>
      <w:r>
        <w:rPr>
          <w:rFonts w:ascii="宋体" w:eastAsia="宋体" w:hAnsi="宋体" w:cs="宋体"/>
          <w:color w:val="000000"/>
        </w:rPr>
        <w:t>或</w:t>
      </w:r>
      <w:r>
        <w:rPr>
          <w:rFonts w:ascii="Times New Roman" w:eastAsia="Times New Roman" w:hAnsi="Times New Roman" w:cs="Times New Roman"/>
          <w:color w:val="000000"/>
        </w:rPr>
        <w:t>4</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）先求出点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距原点的距离，再求出点</w:t>
      </w:r>
      <w:r>
        <w:rPr>
          <w:rFonts w:ascii="Times New Roman" w:eastAsia="Times New Roman" w:hAnsi="Times New Roman" w:cs="Times New Roman"/>
          <w:i/>
          <w:color w:val="000000"/>
        </w:rPr>
        <w:t>P</w:t>
      </w:r>
      <w:r>
        <w:rPr>
          <w:rFonts w:ascii="宋体" w:eastAsia="宋体" w:hAnsi="宋体" w:cs="宋体"/>
          <w:color w:val="000000"/>
        </w:rPr>
        <w:t>到原点的距离，确定点</w:t>
      </w:r>
      <w:r>
        <w:rPr>
          <w:rFonts w:ascii="Times New Roman" w:eastAsia="Times New Roman" w:hAnsi="Times New Roman" w:cs="Times New Roman"/>
          <w:i/>
          <w:color w:val="000000"/>
        </w:rPr>
        <w:t>P</w:t>
      </w:r>
      <w:r>
        <w:rPr>
          <w:rFonts w:ascii="宋体" w:eastAsia="宋体" w:hAnsi="宋体" w:cs="宋体"/>
          <w:color w:val="000000"/>
        </w:rPr>
        <w:t>表示的数即可；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）先求出点</w:t>
      </w:r>
      <w:r>
        <w:rPr>
          <w:rFonts w:ascii="Times New Roman" w:eastAsia="Times New Roman" w:hAnsi="Times New Roman" w:cs="Times New Roman"/>
          <w:i/>
          <w:color w:val="000000"/>
        </w:rPr>
        <w:t>P</w:t>
      </w:r>
      <w:r>
        <w:rPr>
          <w:rFonts w:ascii="宋体" w:eastAsia="宋体" w:hAnsi="宋体" w:cs="宋体"/>
          <w:color w:val="000000"/>
        </w:rPr>
        <w:t>到原点的距离，进而根据</w:t>
      </w:r>
      <w:r>
        <w:rPr>
          <w:rFonts w:ascii="Times New Roman" w:eastAsia="Times New Roman" w:hAnsi="Times New Roman" w:cs="Times New Roman"/>
          <w:color w:val="000000"/>
        </w:rPr>
        <w:t xml:space="preserve"> </w:t>
      </w:r>
      <w:r>
        <w:rPr>
          <w:rFonts w:ascii="宋体" w:eastAsia="宋体" w:hAnsi="宋体" w:cs="宋体"/>
          <w:color w:val="000000"/>
        </w:rPr>
        <w:t>“关联数”的定义确定到原点的距离，确定点</w:t>
      </w:r>
      <w:r>
        <w:rPr>
          <w:rFonts w:ascii="Times New Roman" w:eastAsia="Times New Roman" w:hAnsi="Times New Roman" w:cs="Times New Roman"/>
          <w:i/>
          <w:color w:val="000000"/>
        </w:rPr>
        <w:t>P</w:t>
      </w:r>
      <w:r>
        <w:rPr>
          <w:rFonts w:ascii="宋体" w:eastAsia="宋体" w:hAnsi="宋体" w:cs="宋体"/>
          <w:color w:val="000000"/>
        </w:rPr>
        <w:t>表示的数即可；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）由题意可知，点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，然后根据</w:t>
      </w:r>
      <w:r>
        <w:rPr>
          <w:rFonts w:ascii="Times New Roman" w:eastAsia="Times New Roman" w:hAnsi="Times New Roman" w:cs="Times New Roman"/>
          <w:color w:val="000000"/>
        </w:rPr>
        <w:t xml:space="preserve"> </w:t>
      </w:r>
      <w:r>
        <w:rPr>
          <w:rFonts w:ascii="宋体" w:eastAsia="宋体" w:hAnsi="宋体" w:cs="宋体"/>
          <w:color w:val="000000"/>
        </w:rPr>
        <w:t>“关联数”的定义求出点</w:t>
      </w:r>
      <w:r>
        <w:rPr>
          <w:rFonts w:ascii="Times New Roman" w:eastAsia="Times New Roman" w:hAnsi="Times New Roman" w:cs="Times New Roman"/>
          <w:i/>
          <w:color w:val="000000"/>
        </w:rPr>
        <w:t>P</w:t>
      </w:r>
      <w:r>
        <w:rPr>
          <w:rFonts w:ascii="宋体" w:eastAsia="宋体" w:hAnsi="宋体" w:cs="宋体"/>
          <w:color w:val="000000"/>
        </w:rPr>
        <w:t>到原点的距离，确定点</w:t>
      </w:r>
      <w:r>
        <w:rPr>
          <w:rFonts w:ascii="Times New Roman" w:eastAsia="Times New Roman" w:hAnsi="Times New Roman" w:cs="Times New Roman"/>
          <w:i/>
          <w:color w:val="000000"/>
        </w:rPr>
        <w:t>P</w:t>
      </w:r>
      <w:r>
        <w:rPr>
          <w:rFonts w:ascii="宋体" w:eastAsia="宋体" w:hAnsi="宋体" w:cs="宋体"/>
          <w:color w:val="000000"/>
        </w:rPr>
        <w:t>表示的数；然后再求出</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宋体" w:eastAsia="宋体" w:hAnsi="宋体" w:cs="宋体"/>
          <w:color w:val="000000"/>
        </w:rPr>
        <w:t>，最后作差即可．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w:t>
      </w:r>
      <w:r>
        <w:rPr>
          <w:rFonts w:ascii="Times New Roman" w:eastAsia="Times New Roman" w:hAnsi="Times New Roman" w:cs="Times New Roman"/>
          <w:color w:val="000000"/>
        </w:rPr>
        <w:t>3</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到原点距离的和为：</w:t>
      </w:r>
      <w:r>
        <w:rPr>
          <w:rFonts w:ascii="Times New Roman" w:eastAsia="Times New Roman" w:hAnsi="Times New Roman" w:cs="Times New Roman"/>
          <w:color w:val="000000"/>
        </w:rPr>
        <w:t>1+3=4</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2</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rPr>
          <w:rFonts w:ascii="Times New Roman" w:eastAsia="Times New Roman" w:hAnsi="Times New Roman" w:cs="Times New Roman"/>
          <w:i/>
          <w:color w:val="000000"/>
        </w:rPr>
        <w:t>P</w:t>
      </w:r>
      <w:r>
        <w:rPr>
          <w:rFonts w:ascii="Times New Roman" w:eastAsia="Times New Roman" w:hAnsi="Times New Roman" w:cs="Times New Roman"/>
          <w:color w:val="000000"/>
          <w:vertAlign w:val="subscript"/>
        </w:rPr>
        <w:t>1</w:t>
      </w:r>
      <w:r>
        <w:rPr>
          <w:rFonts w:ascii="宋体" w:eastAsia="宋体" w:hAnsi="宋体" w:cs="宋体"/>
          <w:color w:val="000000"/>
        </w:rPr>
        <w:t>或</w:t>
      </w:r>
      <w:r>
        <w:rPr>
          <w:rFonts w:ascii="Times New Roman" w:eastAsia="Times New Roman" w:hAnsi="Times New Roman" w:cs="Times New Roman"/>
          <w:i/>
          <w:color w:val="000000"/>
        </w:rPr>
        <w:t>P</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r>
        <w:rPr>
          <w:rFonts w:ascii="宋体" w:eastAsia="宋体" w:hAnsi="宋体" w:cs="宋体"/>
          <w:color w:val="000000"/>
        </w:rPr>
        <w:t>，且点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到原点距离的和为：</w:t>
      </w:r>
      <w:r>
        <w:rPr>
          <w:rFonts w:ascii="Times New Roman" w:eastAsia="Times New Roman" w:hAnsi="Times New Roman" w:cs="Times New Roman"/>
          <w:color w:val="000000"/>
        </w:rPr>
        <w:t>5×2=10</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3</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到原点距离为</w:t>
      </w:r>
      <w:r>
        <w:rPr>
          <w:rFonts w:ascii="Times New Roman" w:eastAsia="Times New Roman" w:hAnsi="Times New Roman" w:cs="Times New Roman"/>
          <w:color w:val="000000"/>
        </w:rPr>
        <w:t>3</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到原点距离为</w:t>
      </w:r>
      <w:r>
        <w:rPr>
          <w:rFonts w:ascii="Times New Roman" w:eastAsia="Times New Roman" w:hAnsi="Times New Roman" w:cs="Times New Roman"/>
          <w:color w:val="000000"/>
        </w:rPr>
        <w:t>10-3=7</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-7</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的值为</w:t>
      </w:r>
      <w:r>
        <w:rPr>
          <w:rFonts w:ascii="Times New Roman" w:eastAsia="Times New Roman" w:hAnsi="Times New Roman" w:cs="Times New Roman"/>
          <w:color w:val="000000"/>
        </w:rPr>
        <w:t>7</w:t>
      </w:r>
      <w:r>
        <w:rPr>
          <w:rFonts w:ascii="宋体" w:eastAsia="宋体" w:hAnsi="宋体" w:cs="宋体"/>
          <w:color w:val="000000"/>
        </w:rPr>
        <w:t>或</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），将点</w:t>
      </w:r>
      <w:r>
        <w:rPr>
          <w:rFonts w:ascii="Times New Roman" w:eastAsia="Times New Roman" w:hAnsi="Times New Roman" w:cs="Times New Roman"/>
          <w:i/>
          <w:color w:val="000000"/>
        </w:rPr>
        <w:t>A</w:t>
      </w:r>
      <w:r>
        <w:rPr>
          <w:rFonts w:ascii="宋体" w:eastAsia="宋体" w:hAnsi="宋体" w:cs="宋体"/>
          <w:color w:val="000000"/>
        </w:rPr>
        <w:t>沿数轴正方向移动</w:t>
      </w:r>
      <w:r>
        <w:rPr>
          <w:rFonts w:ascii="Times New Roman" w:eastAsia="Times New Roman" w:hAnsi="Times New Roman" w:cs="Times New Roman"/>
          <w:color w:val="000000"/>
        </w:rPr>
        <w:t>4</w:t>
      </w:r>
      <w:r>
        <w:rPr>
          <w:rFonts w:ascii="宋体" w:eastAsia="宋体" w:hAnsi="宋体" w:cs="宋体"/>
          <w:color w:val="000000"/>
        </w:rPr>
        <w:t>个单位长度，得到点</w:t>
      </w:r>
      <w:r>
        <w:rPr>
          <w:rFonts w:ascii="Times New Roman" w:eastAsia="Times New Roman" w:hAnsi="Times New Roman" w:cs="Times New Roman"/>
          <w:i/>
          <w:color w:val="000000"/>
        </w:rPr>
        <w:t>B</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到原点距离的和为：</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+4=2</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为点</w:t>
      </w:r>
      <w:r>
        <w:rPr>
          <w:rFonts w:ascii="Times New Roman" w:eastAsia="Times New Roman" w:hAnsi="Times New Roman" w:cs="Times New Roman"/>
          <w:i/>
          <w:color w:val="000000"/>
        </w:rPr>
        <w:t>A</w:t>
      </w:r>
      <w:r>
        <w:rPr>
          <w:rFonts w:ascii="宋体" w:eastAsia="宋体" w:hAnsi="宋体" w:cs="宋体"/>
          <w:color w:val="000000"/>
        </w:rPr>
        <w:t>和点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关联点</w:t>
      </w:r>
      <w:r>
        <w:rPr>
          <w:rFonts w:ascii="Times New Roman" w:eastAsia="Times New Roman" w:hAnsi="Times New Roman" w:cs="Times New Roman"/>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到原点的距离为（</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表示</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PB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2-2=0</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P</w:t>
      </w:r>
      <w:r>
        <w:rPr>
          <w:rFonts w:ascii="宋体" w:eastAsia="宋体" w:hAnsi="宋体" w:cs="宋体"/>
          <w:color w:val="000000"/>
        </w:rPr>
        <w:t>表示</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）时，</w:t>
      </w:r>
      <w:r>
        <w:rPr>
          <w:rFonts w:ascii="Times New Roman" w:eastAsia="Times New Roman" w:hAnsi="Times New Roman" w:cs="Times New Roman"/>
          <w:i/>
          <w:color w:val="000000"/>
        </w:rPr>
        <w:t>PB</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=0</w: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sectPr w:rsidSect="00C321EB">
          <w:headerReference w:type="even" r:id="rId238"/>
          <w:footerReference w:type="even" r:id="rId239"/>
          <w:headerReference w:type="first" r:id="rId240"/>
          <w:footerReference w:type="first" r:id="rId24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本题主要考查了数轴上两点间的距离以及</w:t>
      </w:r>
      <w:r>
        <w:rPr>
          <w:rFonts w:ascii="Times New Roman" w:eastAsia="Times New Roman" w:hAnsi="Times New Roman" w:cs="Times New Roman"/>
          <w:color w:val="000000"/>
        </w:rPr>
        <w:t>“</w:t>
      </w:r>
      <w:r>
        <w:rPr>
          <w:rFonts w:ascii="宋体" w:eastAsia="宋体" w:hAnsi="宋体" w:cs="宋体"/>
          <w:color w:val="000000"/>
        </w:rPr>
        <w:t>关联数</w:t>
      </w:r>
      <w:r>
        <w:rPr>
          <w:rFonts w:ascii="Times New Roman" w:eastAsia="Times New Roman" w:hAnsi="Times New Roman" w:cs="Times New Roman"/>
          <w:color w:val="000000"/>
        </w:rPr>
        <w:t>”</w:t>
      </w:r>
      <w:r>
        <w:rPr>
          <w:rFonts w:ascii="宋体" w:eastAsia="宋体" w:hAnsi="宋体" w:cs="宋体"/>
          <w:color w:val="000000"/>
        </w:rPr>
        <w:t>的定义，掌握数轴上两点间的距离的计算方法是解答本题的关键．</w:t>
      </w:r>
    </w:p>
    <w:p>
      <w:pPr>
        <w:pStyle w:val="Heading2"/>
      </w:pPr>
      <w:r>
        <w:t>北京二中教育集团</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rPr>
          <w:rFonts w:ascii="Times New Roman" w:eastAsia="Times New Roman" w:hAnsi="Times New Roman" w:cs="Times New Roman"/>
          <w:i/>
          <w:color w:val="000000"/>
        </w:rPr>
        <w:t>AOB</w:t>
      </w:r>
      <w:r>
        <w:rPr>
          <w:rFonts w:ascii="宋体" w:eastAsia="宋体" w:hAnsi="宋体" w:cs="宋体"/>
          <w:color w:val="000000"/>
        </w:rPr>
        <w:t>是直角，过点</w:t>
      </w:r>
      <w:r>
        <w:rPr>
          <w:rFonts w:ascii="Times New Roman" w:eastAsia="Times New Roman" w:hAnsi="Times New Roman" w:cs="Times New Roman"/>
          <w:i/>
          <w:color w:val="000000"/>
        </w:rPr>
        <w:t>O</w:t>
      </w:r>
      <w:r>
        <w:rPr>
          <w:rFonts w:ascii="宋体" w:eastAsia="宋体" w:hAnsi="宋体" w:cs="宋体"/>
          <w:color w:val="000000"/>
        </w:rPr>
        <w:t>作射线</w:t>
      </w:r>
      <w:r>
        <w:rPr>
          <w:rFonts w:ascii="Times New Roman" w:eastAsia="Times New Roman" w:hAnsi="Times New Roman" w:cs="Times New Roman"/>
          <w:i/>
          <w:color w:val="000000"/>
        </w:rPr>
        <w:t>OC</w:t>
      </w:r>
      <w:r>
        <w:rPr>
          <w:rFonts w:ascii="宋体" w:eastAsia="宋体" w:hAnsi="宋体" w:cs="宋体"/>
          <w:color w:val="000000"/>
        </w:rPr>
        <w:t>，设∠</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，且</w:t>
      </w:r>
      <w:r>
        <w:rPr>
          <w:rFonts w:ascii="Times New Roman" w:eastAsia="Times New Roman" w:hAnsi="Times New Roman" w:cs="Times New Roman"/>
          <w:color w:val="000000"/>
        </w:rPr>
        <w:t>α≠90°</w:t>
      </w:r>
      <w:r>
        <w:rPr>
          <w:rFonts w:ascii="宋体" w:eastAsia="宋体" w:hAnsi="宋体" w:cs="宋体"/>
          <w:color w:val="000000"/>
        </w:rPr>
        <w:t>），将射线</w:t>
      </w:r>
      <w:r>
        <w:rPr>
          <w:rFonts w:ascii="Times New Roman" w:eastAsia="Times New Roman" w:hAnsi="Times New Roman" w:cs="Times New Roman"/>
          <w:i/>
          <w:color w:val="000000"/>
        </w:rPr>
        <w:t>OC</w:t>
      </w:r>
      <w:r>
        <w:rPr>
          <w:rFonts w:ascii="宋体" w:eastAsia="宋体" w:hAnsi="宋体" w:cs="宋体"/>
          <w:color w:val="000000"/>
        </w:rPr>
        <w:t>逆时针旋转</w:t>
      </w:r>
      <w:r>
        <w:rPr>
          <w:rFonts w:ascii="Times New Roman" w:eastAsia="Times New Roman" w:hAnsi="Times New Roman" w:cs="Times New Roman"/>
          <w:color w:val="000000"/>
        </w:rPr>
        <w:t>45</w:t>
      </w:r>
      <w:r>
        <w:rPr>
          <w:rFonts w:ascii="宋体" w:eastAsia="宋体" w:hAnsi="宋体" w:cs="宋体"/>
          <w:color w:val="000000"/>
        </w:rPr>
        <w:t>°得到射线</w:t>
      </w:r>
      <w:r>
        <w:rPr>
          <w:rFonts w:ascii="Times New Roman" w:eastAsia="Times New Roman" w:hAnsi="Times New Roman" w:cs="Times New Roman"/>
          <w:i/>
          <w:color w:val="000000"/>
        </w:rPr>
        <w:t>OD</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5057775" cy="1552575"/>
            <wp:docPr id="29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2" name=""/>
                    <pic:cNvPicPr>
                      <a:picLocks noChangeAspect="1"/>
                    </pic:cNvPicPr>
                  </pic:nvPicPr>
                  <pic:blipFill>
                    <a:blip r:embed="rId1990"/>
                    <a:stretch>
                      <a:fillRect/>
                    </a:stretch>
                  </pic:blipFill>
                  <pic:spPr>
                    <a:xfrm>
                      <a:off x="0" y="0"/>
                      <a:ext cx="5057775" cy="15525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，若</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，则∠</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宋体" w:eastAsia="宋体" w:hAnsi="宋体" w:cs="宋体"/>
          <w:color w:val="000000"/>
          <w:u w:val="single"/>
        </w:rPr>
        <w:t>　</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①请你直接写出∠</w:t>
      </w:r>
      <w:r>
        <w:rPr>
          <w:rFonts w:ascii="Times New Roman" w:eastAsia="Times New Roman" w:hAnsi="Times New Roman" w:cs="Times New Roman"/>
          <w:i/>
          <w:color w:val="000000"/>
        </w:rPr>
        <w:t>AOC</w:t>
      </w:r>
      <w:r>
        <w:rPr>
          <w:rFonts w:ascii="宋体" w:eastAsia="宋体" w:hAnsi="宋体" w:cs="宋体"/>
          <w:color w:val="000000"/>
        </w:rPr>
        <w:t>与∠</w:t>
      </w:r>
      <w:r>
        <w:rPr>
          <w:rFonts w:ascii="Times New Roman" w:eastAsia="Times New Roman" w:hAnsi="Times New Roman" w:cs="Times New Roman"/>
          <w:i/>
          <w:color w:val="000000"/>
        </w:rPr>
        <w:t>BOD</w:t>
      </w:r>
      <w:r>
        <w:rPr>
          <w:rFonts w:ascii="宋体" w:eastAsia="宋体" w:hAnsi="宋体" w:cs="宋体"/>
          <w:color w:val="000000"/>
        </w:rPr>
        <w:t>之间的数量关系</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②作∠</w:t>
      </w:r>
      <w:r>
        <w:rPr>
          <w:rFonts w:ascii="Times New Roman" w:eastAsia="Times New Roman" w:hAnsi="Times New Roman" w:cs="Times New Roman"/>
          <w:i/>
          <w:color w:val="000000"/>
        </w:rPr>
        <w:t>AOD</w:t>
      </w:r>
      <w:r>
        <w:rPr>
          <w:rFonts w:ascii="宋体" w:eastAsia="宋体" w:hAnsi="宋体" w:cs="宋体"/>
          <w:color w:val="000000"/>
        </w:rPr>
        <w:t>的角平分线</w:t>
      </w:r>
      <w:r>
        <w:rPr>
          <w:rFonts w:ascii="Times New Roman" w:eastAsia="Times New Roman" w:hAnsi="Times New Roman" w:cs="Times New Roman"/>
          <w:i/>
          <w:color w:val="000000"/>
        </w:rPr>
        <w:t>OE</w:t>
      </w:r>
      <w:r>
        <w:rPr>
          <w:rFonts w:ascii="宋体" w:eastAsia="宋体" w:hAnsi="宋体" w:cs="宋体"/>
          <w:color w:val="000000"/>
        </w:rPr>
        <w:t>，试判断∠</w:t>
      </w:r>
      <w:r>
        <w:rPr>
          <w:rFonts w:ascii="Times New Roman" w:eastAsia="Times New Roman" w:hAnsi="Times New Roman" w:cs="Times New Roman"/>
          <w:i/>
          <w:color w:val="000000"/>
        </w:rPr>
        <w:t>COE</w:t>
      </w:r>
      <w:r>
        <w:rPr>
          <w:rFonts w:ascii="宋体" w:eastAsia="宋体" w:hAnsi="宋体" w:cs="宋体"/>
          <w:color w:val="000000"/>
        </w:rPr>
        <w:t>与∠</w:t>
      </w:r>
      <w:r>
        <w:rPr>
          <w:rFonts w:ascii="Times New Roman" w:eastAsia="Times New Roman" w:hAnsi="Times New Roman" w:cs="Times New Roman"/>
          <w:i/>
          <w:color w:val="000000"/>
        </w:rPr>
        <w:t>BOD</w:t>
      </w:r>
      <w:r>
        <w:rPr>
          <w:rFonts w:ascii="宋体" w:eastAsia="宋体" w:hAnsi="宋体" w:cs="宋体"/>
          <w:color w:val="000000"/>
        </w:rPr>
        <w:t>之间的数量关系，并证明；</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i/>
          <w:color w:val="000000"/>
        </w:rPr>
        <w:t>OF</w:t>
      </w:r>
      <w:r>
        <w:rPr>
          <w:rFonts w:ascii="宋体" w:eastAsia="宋体" w:hAnsi="宋体" w:cs="宋体"/>
          <w:color w:val="000000"/>
        </w:rPr>
        <w:t>平分∠</w:t>
      </w:r>
      <w:r>
        <w:rPr>
          <w:rFonts w:ascii="Times New Roman" w:eastAsia="Times New Roman" w:hAnsi="Times New Roman" w:cs="Times New Roman"/>
          <w:i/>
          <w:color w:val="000000"/>
        </w:rPr>
        <w:t>BOC</w:t>
      </w:r>
      <w:r>
        <w:rPr>
          <w:rFonts w:ascii="宋体" w:eastAsia="宋体" w:hAnsi="宋体" w:cs="宋体"/>
          <w:color w:val="000000"/>
        </w:rPr>
        <w:t>，请你直接写出∠</w:t>
      </w:r>
      <w:r>
        <w:rPr>
          <w:rFonts w:ascii="Times New Roman" w:eastAsia="Times New Roman" w:hAnsi="Times New Roman" w:cs="Times New Roman"/>
          <w:i/>
          <w:color w:val="000000"/>
        </w:rPr>
        <w:t>DOF</w:t>
      </w:r>
      <w:r>
        <w:rPr>
          <w:rFonts w:ascii="宋体" w:eastAsia="宋体" w:hAnsi="宋体" w:cs="宋体"/>
          <w:color w:val="000000"/>
        </w:rPr>
        <w:t>的度数（用含有</w:t>
      </w:r>
      <w:r>
        <w:rPr>
          <w:rFonts w:ascii="Times New Roman" w:eastAsia="Times New Roman" w:hAnsi="Times New Roman" w:cs="Times New Roman"/>
          <w:color w:val="000000"/>
        </w:rPr>
        <w:t>α</w:t>
      </w:r>
      <w:r>
        <w:rPr>
          <w:rFonts w:ascii="宋体" w:eastAsia="宋体" w:hAnsi="宋体" w:cs="宋体"/>
          <w:color w:val="000000"/>
        </w:rPr>
        <w:t>的代数式表示）．</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45</w:t>
      </w:r>
      <w:r>
        <w:rPr>
          <w:color w:val="000000"/>
        </w:rPr>
        <w:t xml:space="preserve">    </w:t>
      </w:r>
      <w:r>
        <w:rPr>
          <w:color w:val="000000"/>
        </w:rPr>
        <w:t>（2）</w:t>
      </w:r>
      <w:r>
        <w:rPr>
          <w:rFonts w:ascii="宋体" w:eastAsia="宋体" w:hAnsi="宋体" w:cs="宋体"/>
          <w:color w:val="000000"/>
        </w:rPr>
        <w:t>①</w:t>
      </w:r>
      <w:r>
        <w:pict>
          <v:shape id="_x0000_i708568" type="#_x0000_t75" alt="学科网(www.zxxk.com)--教育资源门户，提供试卷、教案、课件、论文、素材以及各类教学资源下载，还有大量而丰富的教学相关资讯！" style="width:111pt;height:14.25pt" o:oleicon="f" o:ole="">
            <v:imagedata r:id="rId1991" o:title="eqIddffd8b03bde03ed75e26c7febeba12b0"/>
          </v:shape>
        </w:pict>
      </w:r>
      <w:r>
        <w:rPr>
          <w:rFonts w:ascii="宋体" w:eastAsia="宋体" w:hAnsi="宋体" w:cs="宋体"/>
          <w:color w:val="000000"/>
        </w:rPr>
        <w:t>；②图见解析，</w:t>
      </w:r>
      <w:r>
        <w:pict>
          <v:shape id="_x0000_i708569" type="#_x0000_t75" alt="学科网(www.zxxk.com)--教育资源门户，提供试卷、教案、课件、论文、素材以及各类教学资源下载，还有大量而丰富的教学相关资讯！" style="width:78.75pt;height:12.75pt" o:oleicon="f" o:ole="">
            <v:imagedata r:id="rId1992" o:title="eqId1001db7d00566173e08799a0eb960b71"/>
          </v:shape>
        </w:pict>
      </w:r>
      <w:r>
        <w:rPr>
          <w:rFonts w:ascii="宋体" w:eastAsia="宋体" w:hAnsi="宋体" w:cs="宋体"/>
          <w:color w:val="000000"/>
        </w:rPr>
        <w:t>，证明见解析</w:t>
      </w:r>
      <w:r>
        <w:rPr>
          <w:color w:val="000000"/>
        </w:rPr>
        <w:t xml:space="preserve">    </w:t>
      </w:r>
    </w:p>
    <w:p>
      <w:pPr>
        <w:spacing w:line="360" w:lineRule="auto"/>
        <w:textAlignment w:val="center"/>
        <w:rPr>
          <w:color w:val="000000"/>
        </w:rPr>
      </w:pPr>
      <w:r>
        <w:rPr>
          <w:color w:val="000000"/>
        </w:rPr>
        <w:t>（3）</w:t>
      </w:r>
      <w:r>
        <w:rPr>
          <w:rFonts w:ascii="宋体" w:eastAsia="宋体" w:hAnsi="宋体" w:cs="宋体"/>
          <w:color w:val="000000"/>
        </w:rPr>
        <w:t>当</w:t>
      </w:r>
      <w:r>
        <w:pict>
          <v:shape id="_x0000_i708570" type="#_x0000_t75" alt="学科网(www.zxxk.com)--教育资源门户，提供试卷、教案、课件、论文、素材以及各类教学资源下载，还有大量而丰富的教学相关资讯！" style="width:61.8pt;height:13.8pt" o:oleicon="f" o:ole="">
            <v:imagedata r:id="rId1993" o:title="eqId708d48b595c17d4dccf9b4086d7e664e"/>
          </v:shape>
        </w:pict>
      </w:r>
      <w:r>
        <w:rPr>
          <w:rFonts w:ascii="宋体" w:eastAsia="宋体" w:hAnsi="宋体" w:cs="宋体"/>
          <w:color w:val="000000"/>
        </w:rPr>
        <w:t>时，</w:t>
      </w:r>
      <w:r>
        <w:pict>
          <v:shape id="_x0000_i708571" type="#_x0000_t75" alt="学科网(www.zxxk.com)--教育资源门户，提供试卷、教案、课件、论文、素材以及各类教学资源下载，还有大量而丰富的教学相关资讯！" style="width:64.7pt;height:28.7pt" o:oleicon="f" o:ole="">
            <v:imagedata r:id="rId1994" o:title="eqIdca787c132846639324ef225c886fbf0e"/>
          </v:shape>
        </w:pict>
      </w:r>
      <w:r>
        <w:rPr>
          <w:rFonts w:ascii="宋体" w:eastAsia="宋体" w:hAnsi="宋体" w:cs="宋体"/>
          <w:color w:val="000000"/>
        </w:rPr>
        <w:t>；当</w:t>
      </w:r>
      <w:r>
        <w:pict>
          <v:shape id="_x0000_i708572" type="#_x0000_t75" alt="学科网(www.zxxk.com)--教育资源门户，提供试卷、教案、课件、论文、素材以及各类教学资源下载，还有大量而丰富的教学相关资讯！" style="width:72.6pt;height:14.4pt" o:oleicon="f" o:ole="">
            <v:imagedata r:id="rId1995" o:title="eqId13b5ea2fc43b19ca043581eb94197234"/>
          </v:shape>
        </w:pict>
      </w:r>
      <w:r>
        <w:rPr>
          <w:rFonts w:ascii="宋体" w:eastAsia="宋体" w:hAnsi="宋体" w:cs="宋体"/>
          <w:color w:val="000000"/>
        </w:rPr>
        <w:t>时，</w:t>
      </w:r>
      <w:r>
        <w:pict>
          <v:shape id="_x0000_i708573" type="#_x0000_t75" alt="学科网(www.zxxk.com)--教育资源门户，提供试卷、教案、课件、论文、素材以及各类教学资源下载，还有大量而丰富的教学相关资讯！" style="width:64.7pt;height:28.7pt" o:oleicon="f" o:ole="">
            <v:imagedata r:id="rId1994" o:title="eqIdca787c132846639324ef225c886fbf0e"/>
          </v:shape>
        </w:pict>
      </w:r>
      <w:r>
        <w:rPr>
          <w:rFonts w:ascii="宋体" w:eastAsia="宋体" w:hAnsi="宋体" w:cs="宋体"/>
          <w:color w:val="000000"/>
        </w:rPr>
        <w:t>或</w:t>
      </w:r>
      <w:r>
        <w:pict>
          <v:shape id="_x0000_i708574" type="#_x0000_t75" alt="学科网(www.zxxk.com)--教育资源门户，提供试卷、教案、课件、论文、素材以及各类教学资源下载，还有大量而丰富的教学相关资讯！" style="width:99.75pt;height:30.75pt" o:oleicon="f" o:ole="">
            <v:imagedata r:id="rId1996" o:title="eqId3a7e6950a6830ca2f2a1968fbd8c7ed8"/>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）先根据直角的定义可得</w:t>
      </w:r>
      <w:r>
        <w:pict>
          <v:shape id="_x0000_i708575" type="#_x0000_t75" alt="学科网(www.zxxk.com)--教育资源门户，提供试卷、教案、课件、论文、素材以及各类教学资源下载，还有大量而丰富的教学相关资讯！" style="width:65pt;height:13.95pt" o:oleicon="f" o:ole="">
            <v:imagedata r:id="rId1997" o:title="eqId20ccc37b189fa2cbc269ca0b233dac37"/>
          </v:shape>
        </w:pict>
      </w:r>
      <w:r>
        <w:rPr>
          <w:rFonts w:ascii="宋体" w:eastAsia="宋体" w:hAnsi="宋体" w:cs="宋体"/>
          <w:color w:val="000000"/>
        </w:rPr>
        <w:t>，再根据旋转的定义可得</w:t>
      </w:r>
      <w:r>
        <w:pict>
          <v:shape id="_x0000_i708576" type="#_x0000_t75" alt="学科网(www.zxxk.com)--教育资源门户，提供试卷、教案、课件、论文、素材以及各类教学资源下载，还有大量而丰富的教学相关资讯！" style="width:66.75pt;height:14.25pt" o:oleicon="f" o:ole="">
            <v:imagedata r:id="rId1998" o:title="eqIdb51630723c81c43652cac2d31c6f4a16"/>
          </v:shape>
        </w:pict>
      </w:r>
      <w:r>
        <w:rPr>
          <w:rFonts w:ascii="宋体" w:eastAsia="宋体" w:hAnsi="宋体" w:cs="宋体"/>
          <w:color w:val="000000"/>
        </w:rPr>
        <w:t>，然后根据角的和差即可得；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）①先根据旋转的定义可得</w:t>
      </w:r>
      <w:r>
        <w:pict>
          <v:shape id="_x0000_i708577" type="#_x0000_t75" alt="学科网(www.zxxk.com)--教育资源门户，提供试卷、教案、课件、论文、素材以及各类教学资源下载，还有大量而丰富的教学相关资讯！" style="width:66.75pt;height:14.25pt" o:oleicon="f" o:ole="">
            <v:imagedata r:id="rId1999" o:title="eqIdb51630723c81c43652cac2d31c6f4a16"/>
          </v:shape>
        </w:pict>
      </w:r>
      <w:r>
        <w:rPr>
          <w:rFonts w:ascii="宋体" w:eastAsia="宋体" w:hAnsi="宋体" w:cs="宋体"/>
          <w:color w:val="000000"/>
        </w:rPr>
        <w:t>，再根据角的和差可得</w:t>
      </w:r>
      <w:r>
        <w:pict>
          <v:shape id="_x0000_i708578" type="#_x0000_t75" alt="学科网(www.zxxk.com)--教育资源门户，提供试卷、教案、课件、论文、素材以及各类教学资源下载，还有大量而丰富的教学相关资讯！" style="width:84.75pt;height:14.25pt" o:oleicon="f" o:ole="">
            <v:imagedata r:id="rId2000" o:title="eqIdbf44d7a4cb81f004dd2529b9cf9c8db5"/>
          </v:shape>
        </w:pict>
      </w:r>
      <w:r>
        <w:rPr>
          <w:rFonts w:ascii="宋体" w:eastAsia="宋体" w:hAnsi="宋体" w:cs="宋体"/>
          <w:color w:val="000000"/>
        </w:rPr>
        <w:t>，由此即可得；</w:t>
      </w:r>
    </w:p>
    <w:p>
      <w:pPr>
        <w:spacing w:line="360" w:lineRule="auto"/>
        <w:jc w:val="left"/>
        <w:textAlignment w:val="center"/>
        <w:rPr>
          <w:color w:val="000000"/>
        </w:rPr>
      </w:pPr>
      <w:r>
        <w:rPr>
          <w:rFonts w:ascii="宋体" w:eastAsia="宋体" w:hAnsi="宋体" w:cs="宋体"/>
          <w:color w:val="000000"/>
        </w:rPr>
        <w:t>②先利用量角器作</w:t>
      </w:r>
      <w:r>
        <w:pict>
          <v:shape id="_x0000_i708579" type="#_x0000_t75" alt="学科网(www.zxxk.com)--教育资源门户，提供试卷、教案、课件、论文、素材以及各类教学资源下载，还有大量而丰富的教学相关资讯！" style="width:33pt;height:12.75pt" o:oleicon="f" o:ole="">
            <v:imagedata r:id="rId2001" o:title="eqId42e7b8a59f8d66176463f3d71f882a26"/>
          </v:shape>
        </w:pict>
      </w:r>
      <w:r>
        <w:rPr>
          <w:rFonts w:ascii="宋体" w:eastAsia="宋体" w:hAnsi="宋体" w:cs="宋体"/>
          <w:color w:val="000000"/>
        </w:rPr>
        <w:t>的角平分线</w:t>
      </w:r>
      <w:r>
        <w:pict>
          <v:shape id="_x0000_i708580" type="#_x0000_t75" alt="学科网(www.zxxk.com)--教育资源门户，提供试卷、教案、课件、论文、素材以及各类教学资源下载，还有大量而丰富的教学相关资讯！" style="width:20.4pt;height:14.4pt" o:oleicon="f" o:ole="">
            <v:imagedata r:id="rId2002" o:title="eqIda299d2b999568e80be8005565ba209a4"/>
          </v:shape>
        </w:pict>
      </w:r>
      <w:r>
        <w:rPr>
          <w:rFonts w:ascii="宋体" w:eastAsia="宋体" w:hAnsi="宋体" w:cs="宋体"/>
          <w:color w:val="000000"/>
        </w:rPr>
        <w:t>，再根据角平分线的定义可得</w:t>
      </w:r>
      <w:r>
        <w:pict>
          <v:shape id="_x0000_i708581" type="#_x0000_t75" alt="学科网(www.zxxk.com)--教育资源门户，提供试卷、教案、课件、论文、素材以及各类教学资源下载，还有大量而丰富的教学相关资讯！" style="width:158.25pt;height:30.75pt" o:oleicon="f" o:ole="">
            <v:imagedata r:id="rId2003" o:title="eqId5c7970ba20a67a0e2029d8fdab1c7694"/>
          </v:shape>
        </w:pict>
      </w:r>
      <w:r>
        <w:rPr>
          <w:rFonts w:ascii="宋体" w:eastAsia="宋体" w:hAnsi="宋体" w:cs="宋体"/>
          <w:color w:val="000000"/>
        </w:rPr>
        <w:t>，然后根据角的和差可得</w:t>
      </w:r>
      <w:r>
        <w:pict>
          <v:shape id="_x0000_i708582" type="#_x0000_t75" alt="学科网(www.zxxk.com)--教育资源门户，提供试卷、教案、课件、论文、素材以及各类教学资源下载，还有大量而丰富的教学相关资讯！" style="width:102.75pt;height:30.75pt" o:oleicon="f" o:ole="">
            <v:imagedata r:id="rId2004" o:title="eqIdc906b725828c11b9b67a90f091fa90a3"/>
          </v:shape>
        </w:pict>
      </w:r>
      <w:r>
        <w:rPr>
          <w:rFonts w:ascii="宋体" w:eastAsia="宋体" w:hAnsi="宋体" w:cs="宋体"/>
          <w:color w:val="000000"/>
        </w:rPr>
        <w:t>，由此即可得出结论；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）分①射线</w:t>
      </w:r>
      <w:r>
        <w:pict>
          <v:shape id="_x0000_i708583" type="#_x0000_t75" alt="学科网(www.zxxk.com)--教育资源门户，提供试卷、教案、课件、论文、素材以及各类教学资源下载，还有大量而丰富的教学相关资讯！" style="width:20.8pt;height:14pt" o:oleicon="f" o:ole="">
            <v:imagedata r:id="rId2005" o:title="eqId828628c0876b45381c9a0edeb0fec236"/>
          </v:shape>
        </w:pict>
      </w:r>
      <w:r>
        <w:rPr>
          <w:rFonts w:ascii="宋体" w:eastAsia="宋体" w:hAnsi="宋体" w:cs="宋体"/>
          <w:color w:val="000000"/>
        </w:rPr>
        <w:t>在直线</w:t>
      </w:r>
      <w:r>
        <w:pict>
          <v:shape id="_x0000_i708584" type="#_x0000_t75" alt="学科网(www.zxxk.com)--教育资源门户，提供试卷、教案、课件、论文、素材以及各类教学资源下载，还有大量而丰富的教学相关资讯！" style="width:18.85pt;height:14pt" o:oleicon="f" o:ole="">
            <v:imagedata r:id="rId2006" o:title="eqIdef4113c492885ba7c47fe42ac792578f"/>
          </v:shape>
        </w:pict>
      </w:r>
      <w:r>
        <w:rPr>
          <w:rFonts w:ascii="宋体" w:eastAsia="宋体" w:hAnsi="宋体" w:cs="宋体"/>
          <w:color w:val="000000"/>
        </w:rPr>
        <w:t>的上方，②射线</w:t>
      </w:r>
      <w:r>
        <w:pict>
          <v:shape id="_x0000_i708585" type="#_x0000_t75" alt="学科网(www.zxxk.com)--教育资源门户，提供试卷、教案、课件、论文、素材以及各类教学资源下载，还有大量而丰富的教学相关资讯！" style="width:20.8pt;height:14pt" o:oleicon="f" o:ole="">
            <v:imagedata r:id="rId2005" o:title="eqId828628c0876b45381c9a0edeb0fec236"/>
          </v:shape>
        </w:pict>
      </w:r>
      <w:r>
        <w:rPr>
          <w:rFonts w:ascii="宋体" w:eastAsia="宋体" w:hAnsi="宋体" w:cs="宋体"/>
          <w:color w:val="000000"/>
        </w:rPr>
        <w:t>在直线</w:t>
      </w:r>
      <w:r>
        <w:pict>
          <v:shape id="_x0000_i708586" type="#_x0000_t75" alt="学科网(www.zxxk.com)--教育资源门户，提供试卷、教案、课件、论文、素材以及各类教学资源下载，还有大量而丰富的教学相关资讯！" style="width:18.85pt;height:14pt" o:oleicon="f" o:ole="">
            <v:imagedata r:id="rId2006" o:title="eqIdef4113c492885ba7c47fe42ac792578f"/>
          </v:shape>
        </w:pict>
      </w:r>
      <w:r>
        <w:rPr>
          <w:rFonts w:ascii="宋体" w:eastAsia="宋体" w:hAnsi="宋体" w:cs="宋体"/>
          <w:color w:val="000000"/>
        </w:rPr>
        <w:t>的下方两种情况，再分别在</w:t>
      </w:r>
      <w:r>
        <w:pict>
          <v:shape id="_x0000_i708587" type="#_x0000_t75" alt="学科网(www.zxxk.com)--教育资源门户，提供试卷、教案、课件、论文、素材以及各类教学资源下载，还有大量而丰富的教学相关资讯！" style="width:61.8pt;height:13.8pt" o:oleicon="f" o:ole="">
            <v:imagedata r:id="rId2007" o:title="eqId708d48b595c17d4dccf9b4086d7e664e"/>
          </v:shape>
        </w:pict>
      </w:r>
      <w:r>
        <w:rPr>
          <w:rFonts w:ascii="宋体" w:eastAsia="宋体" w:hAnsi="宋体" w:cs="宋体"/>
          <w:color w:val="000000"/>
        </w:rPr>
        <w:t>和</w:t>
      </w:r>
      <w:r>
        <w:pict>
          <v:shape id="_x0000_i708588" type="#_x0000_t75" alt="学科网(www.zxxk.com)--教育资源门户，提供试卷、教案、课件、论文、素材以及各类教学资源下载，还有大量而丰富的教学相关资讯！" style="width:72.6pt;height:14.4pt" o:oleicon="f" o:ole="">
            <v:imagedata r:id="rId2008" o:title="eqId13b5ea2fc43b19ca043581eb94197234"/>
          </v:shape>
        </w:pict>
      </w:r>
      <w:r>
        <w:rPr>
          <w:rFonts w:ascii="宋体" w:eastAsia="宋体" w:hAnsi="宋体" w:cs="宋体"/>
          <w:color w:val="000000"/>
        </w:rPr>
        <w:t>范围内，根据角平分线的定义、角的和差进行运算即可得．</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08589" type="#_x0000_t75" alt="学科网(www.zxxk.com)--教育资源门户，提供试卷、教案、课件、论文、素材以及各类教学资源下载，还有大量而丰富的教学相关资讯！" style="width:45.75pt;height:14.25pt" o:oleicon="f" o:ole="">
            <v:imagedata r:id="rId2009" o:title="eqId4a5f304a351aa5ad10c4fa28185221e8"/>
          </v:shape>
        </w:pict>
      </w:r>
      <w:r>
        <w:rPr>
          <w:rFonts w:ascii="宋体" w:eastAsia="宋体" w:hAnsi="宋体" w:cs="宋体"/>
          <w:color w:val="000000"/>
        </w:rPr>
        <w:t>是直角，</w:t>
      </w:r>
    </w:p>
    <w:p>
      <w:pPr>
        <w:spacing w:line="360" w:lineRule="auto"/>
        <w:jc w:val="left"/>
        <w:textAlignment w:val="center"/>
        <w:rPr>
          <w:color w:val="000000"/>
        </w:rPr>
      </w:pPr>
      <w:r>
        <w:pict>
          <v:shape id="_x0000_i708590" type="#_x0000_t75" alt="学科网(www.zxxk.com)--教育资源门户，提供试卷、教案、课件、论文、素材以及各类教学资源下载，还有大量而丰富的教学相关资讯！" style="width:66.75pt;height:12.75pt" o:oleicon="f" o:ole="">
            <v:imagedata r:id="rId2010" o:title="eqIdefc6da7ba5160d1bee7deda938fa663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由旋转可知，</w:t>
      </w:r>
      <w:r>
        <w:pict>
          <v:shape id="_x0000_i708591" type="#_x0000_t75" alt="学科网(www.zxxk.com)--教育资源门户，提供试卷、教案、课件、论文、素材以及各类教学资源下载，还有大量而丰富的教学相关资讯！" style="width:66.75pt;height:14.25pt" o:oleicon="f" o:ole="">
            <v:imagedata r:id="rId2011" o:title="eqIdb51630723c81c43652cac2d31c6f4a16"/>
          </v:shape>
        </w:pict>
      </w:r>
      <w:r>
        <w:rPr>
          <w:rFonts w:ascii="宋体" w:eastAsia="宋体" w:hAnsi="宋体" w:cs="宋体"/>
          <w:color w:val="000000"/>
        </w:rPr>
        <w:t>，</w:t>
      </w:r>
    </w:p>
    <w:p>
      <w:pPr>
        <w:spacing w:line="360" w:lineRule="auto"/>
        <w:jc w:val="left"/>
        <w:textAlignment w:val="center"/>
        <w:rPr>
          <w:color w:val="000000"/>
        </w:rPr>
      </w:pPr>
      <w:r>
        <w:pict>
          <v:shape id="_x0000_i708592" type="#_x0000_t75" alt="学科网(www.zxxk.com)--教育资源门户，提供试卷、教案、课件、论文、素材以及各类教学资源下载，还有大量而丰富的教学相关资讯！" style="width:210pt;height:14.25pt" o:oleicon="f" o:ole="">
            <v:imagedata r:id="rId2012" o:title="eqId71e451b997e0391e181ab1169d3cfd7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45</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解：①由旋转可知，</w:t>
      </w:r>
      <w:r>
        <w:pict>
          <v:shape id="_x0000_i708593" type="#_x0000_t75" alt="学科网(www.zxxk.com)--教育资源门户，提供试卷、教案、课件、论文、素材以及各类教学资源下载，还有大量而丰富的教学相关资讯！" style="width:66.75pt;height:14.25pt" o:oleicon="f" o:ole="">
            <v:imagedata r:id="rId2013" o:title="eqIdb51630723c81c43652cac2d31c6f4a16"/>
          </v:shape>
        </w:pict>
      </w:r>
      <w:r>
        <w:rPr>
          <w:rFonts w:ascii="宋体" w:eastAsia="宋体" w:hAnsi="宋体" w:cs="宋体"/>
          <w:color w:val="000000"/>
        </w:rPr>
        <w:t>，</w:t>
      </w:r>
    </w:p>
    <w:p>
      <w:pPr>
        <w:spacing w:line="360" w:lineRule="auto"/>
        <w:jc w:val="left"/>
        <w:textAlignment w:val="center"/>
        <w:rPr>
          <w:color w:val="000000"/>
        </w:rPr>
      </w:pPr>
      <w:r>
        <w:pict>
          <v:shape id="_x0000_i708594" type="#_x0000_t75" alt="学科网(www.zxxk.com)--教育资源门户，提供试卷、教案、课件、论文、素材以及各类教学资源下载，还有大量而丰富的教学相关资讯！" style="width:132pt;height:15.75pt" o:oleicon="f" o:ole="">
            <v:imagedata r:id="rId2014" o:title="eqId63a38717b77c9e5f5d42ff356d70cc56"/>
          </v:shape>
        </w:pict>
      </w:r>
      <w:r>
        <w:rPr>
          <w:rFonts w:ascii="宋体" w:eastAsia="宋体" w:hAnsi="宋体" w:cs="宋体"/>
          <w:color w:val="000000"/>
        </w:rPr>
        <w:t>，</w:t>
      </w:r>
    </w:p>
    <w:p>
      <w:pPr>
        <w:spacing w:line="360" w:lineRule="auto"/>
        <w:jc w:val="left"/>
        <w:textAlignment w:val="center"/>
        <w:rPr>
          <w:color w:val="000000"/>
        </w:rPr>
      </w:pPr>
      <w:r>
        <w:pict>
          <v:shape id="_x0000_i708595" type="#_x0000_t75" alt="学科网(www.zxxk.com)--教育资源门户，提供试卷、教案、课件、论文、素材以及各类教学资源下载，还有大量而丰富的教学相关资讯！" style="width:303pt;height:14.25pt" o:oleicon="f" o:ole="">
            <v:imagedata r:id="rId2015" o:title="eqIde8c4aad3d30d762ae3f52b30ba535688"/>
          </v:shape>
        </w:pict>
      </w:r>
      <w:r>
        <w:rPr>
          <w:rFonts w:ascii="宋体" w:eastAsia="宋体" w:hAnsi="宋体" w:cs="宋体"/>
          <w:color w:val="000000"/>
        </w:rPr>
        <w:t>，</w:t>
      </w:r>
    </w:p>
    <w:p>
      <w:pPr>
        <w:spacing w:line="360" w:lineRule="auto"/>
        <w:jc w:val="left"/>
        <w:textAlignment w:val="center"/>
        <w:rPr>
          <w:color w:val="000000"/>
        </w:rPr>
      </w:pPr>
      <w:r>
        <w:pict>
          <v:shape id="_x0000_i708596" type="#_x0000_t75" alt="学科网(www.zxxk.com)--教育资源门户，提供试卷、教案、课件、论文、素材以及各类教学资源下载，还有大量而丰富的教学相关资讯！" style="width:93.75pt;height:14.25pt" o:oleicon="f" o:ole="">
            <v:imagedata r:id="rId2016" o:title="eqIdacd2cc27efe7fa73f39417d3c1f80b38"/>
          </v:shape>
        </w:pict>
      </w:r>
      <w:r>
        <w:rPr>
          <w:rFonts w:ascii="宋体" w:eastAsia="宋体" w:hAnsi="宋体" w:cs="宋体"/>
          <w:color w:val="000000"/>
        </w:rPr>
        <w:t>，即</w:t>
      </w:r>
      <w:r>
        <w:pict>
          <v:shape id="_x0000_i708597" type="#_x0000_t75" alt="学科网(www.zxxk.com)--教育资源门户，提供试卷、教案、课件、论文、素材以及各类教学资源下载，还有大量而丰富的教学相关资讯！" style="width:111pt;height:14.25pt" o:oleicon="f" o:ole="">
            <v:imagedata r:id="rId2017" o:title="eqIddffd8b03bde03ed75e26c7febeba12b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8598" type="#_x0000_t75" alt="学科网(www.zxxk.com)--教育资源门户，提供试卷、教案、课件、论文、素材以及各类教学资源下载，还有大量而丰富的教学相关资讯！" style="width:111pt;height:14.25pt" o:oleicon="f" o:ole="">
            <v:imagedata r:id="rId2018" o:title="eqIddffd8b03bde03ed75e26c7febeba12b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②作</w:t>
      </w:r>
      <w:r>
        <w:pict>
          <v:shape id="_x0000_i708599" type="#_x0000_t75" alt="学科网(www.zxxk.com)--教育资源门户，提供试卷、教案、课件、论文、素材以及各类教学资源下载，还有大量而丰富的教学相关资讯！" style="width:33pt;height:12.75pt" o:oleicon="f" o:ole="">
            <v:imagedata r:id="rId2019" o:title="eqId42e7b8a59f8d66176463f3d71f882a26"/>
          </v:shape>
        </w:pict>
      </w:r>
      <w:r>
        <w:rPr>
          <w:rFonts w:ascii="宋体" w:eastAsia="宋体" w:hAnsi="宋体" w:cs="宋体"/>
          <w:color w:val="000000"/>
        </w:rPr>
        <w:t>的角平分线</w:t>
      </w:r>
      <w:r>
        <w:pict>
          <v:shape id="_x0000_i708600" type="#_x0000_t75" alt="学科网(www.zxxk.com)--教育资源门户，提供试卷、教案、课件、论文、素材以及各类教学资源下载，还有大量而丰富的教学相关资讯！" style="width:20.4pt;height:14.4pt" o:oleicon="f" o:ole="">
            <v:imagedata r:id="rId2020" o:title="eqIda299d2b999568e80be8005565ba209a4"/>
          </v:shape>
        </w:pict>
      </w:r>
      <w:r>
        <w:rPr>
          <w:rFonts w:ascii="宋体" w:eastAsia="宋体" w:hAnsi="宋体" w:cs="宋体"/>
          <w:color w:val="000000"/>
        </w:rPr>
        <w:t>如图所示：</w:t>
      </w:r>
    </w:p>
    <w:p>
      <w:pPr>
        <w:spacing w:line="360" w:lineRule="auto"/>
        <w:jc w:val="left"/>
        <w:textAlignment w:val="center"/>
        <w:rPr>
          <w:color w:val="000000"/>
        </w:rPr>
      </w:pPr>
      <w:r>
        <w:rPr>
          <w:color w:val="000000"/>
        </w:rPr>
        <w:drawing>
          <wp:inline>
            <wp:extent cx="1876425" cy="1609725"/>
            <wp:docPr id="29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 name=""/>
                    <pic:cNvPicPr>
                      <a:picLocks noChangeAspect="1"/>
                    </pic:cNvPicPr>
                  </pic:nvPicPr>
                  <pic:blipFill>
                    <a:blip r:embed="rId2021"/>
                    <a:stretch>
                      <a:fillRect/>
                    </a:stretch>
                  </pic:blipFill>
                  <pic:spPr>
                    <a:xfrm>
                      <a:off x="0" y="0"/>
                      <a:ext cx="1876425" cy="1609725"/>
                    </a:xfrm>
                    <a:prstGeom prst="rect">
                      <a:avLst/>
                    </a:prstGeom>
                  </pic:spPr>
                </pic:pic>
              </a:graphicData>
            </a:graphic>
          </wp:inline>
        </w:drawing>
      </w:r>
    </w:p>
    <w:p>
      <w:pPr>
        <w:spacing w:line="360" w:lineRule="auto"/>
        <w:jc w:val="left"/>
        <w:textAlignment w:val="center"/>
        <w:rPr>
          <w:color w:val="000000"/>
        </w:rPr>
      </w:pPr>
      <w:r>
        <w:pict>
          <v:shape id="_x0000_i708601" type="#_x0000_t75" alt="学科网(www.zxxk.com)--教育资源门户，提供试卷、教案、课件、论文、素材以及各类教学资源下载，还有大量而丰富的教学相关资讯！" style="width:78.75pt;height:12.75pt" o:oleicon="f" o:ole="">
            <v:imagedata r:id="rId2022" o:title="eqId1001db7d00566173e08799a0eb960b71"/>
          </v:shape>
        </w:pict>
      </w:r>
      <w:r>
        <w:rPr>
          <w:rFonts w:ascii="宋体" w:eastAsia="宋体" w:hAnsi="宋体" w:cs="宋体"/>
          <w:color w:val="000000"/>
        </w:rPr>
        <w:t>，证明如下：</w:t>
      </w:r>
    </w:p>
    <w:p>
      <w:pPr>
        <w:spacing w:line="360" w:lineRule="auto"/>
        <w:jc w:val="left"/>
        <w:textAlignment w:val="center"/>
        <w:rPr>
          <w:color w:val="000000"/>
        </w:rPr>
      </w:pPr>
      <w:r>
        <w:pict>
          <v:shape id="_x0000_i708602" type="#_x0000_t75" alt="学科网(www.zxxk.com)--教育资源门户，提供试卷、教案、课件、论文、素材以及各类教学资源下载，还有大量而丰富的教学相关资讯！" style="width:186pt;height:14.25pt" o:oleicon="f" o:ole="">
            <v:imagedata r:id="rId2023" o:title="eqId46c6ed68203cbe188d7c4a813158a8c2"/>
          </v:shape>
        </w:pict>
      </w:r>
      <w:r>
        <w:rPr>
          <w:rFonts w:ascii="宋体" w:eastAsia="宋体" w:hAnsi="宋体" w:cs="宋体"/>
          <w:color w:val="000000"/>
        </w:rPr>
        <w:t>，</w:t>
      </w:r>
    </w:p>
    <w:p>
      <w:pPr>
        <w:spacing w:line="360" w:lineRule="auto"/>
        <w:jc w:val="left"/>
        <w:textAlignment w:val="center"/>
        <w:rPr>
          <w:color w:val="000000"/>
        </w:rPr>
      </w:pPr>
      <w:r>
        <w:pict>
          <v:shape id="_x0000_i708603" type="#_x0000_t75" alt="学科网(www.zxxk.com)--教育资源门户，提供试卷、教案、课件、论文、素材以及各类教学资源下载，还有大量而丰富的教学相关资讯！" style="width:167.25pt;height:30.75pt" o:oleicon="f" o:ole="">
            <v:imagedata r:id="rId2024" o:title="eqId5fd14fda7656d0d9fa4aa01e968d28ab"/>
          </v:shape>
        </w:pict>
      </w:r>
      <w:r>
        <w:rPr>
          <w:rFonts w:ascii="宋体" w:eastAsia="宋体" w:hAnsi="宋体" w:cs="宋体"/>
          <w:color w:val="000000"/>
        </w:rPr>
        <w:t>，</w:t>
      </w:r>
    </w:p>
    <w:p>
      <w:pPr>
        <w:spacing w:line="360" w:lineRule="auto"/>
        <w:jc w:val="left"/>
        <w:textAlignment w:val="center"/>
        <w:rPr>
          <w:color w:val="000000"/>
        </w:rPr>
      </w:pPr>
      <w:r>
        <w:pict>
          <v:shape id="_x0000_i708604" type="#_x0000_t75" alt="学科网(www.zxxk.com)--教育资源门户，提供试卷、教案、课件、论文、素材以及各类教学资源下载，还有大量而丰富的教学相关资讯！" style="width:201.75pt;height:30.75pt" o:oleicon="f" o:ole="">
            <v:imagedata r:id="rId2025" o:title="eqId9d064a1f43d6ad203124a636495e433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又</w:t>
      </w:r>
      <w:r>
        <w:pict>
          <v:shape id="_x0000_i708605" type="#_x0000_t75" alt="学科网(www.zxxk.com)--教育资源门户，提供试卷、教案、课件、论文、素材以及各类教学资源下载，还有大量而丰富的教学相关资讯！" style="width:93.75pt;height:14.25pt" o:oleicon="f" o:ole="">
            <v:imagedata r:id="rId2026" o:title="eqIdae1afe28da8f675210bab59d160ec02d"/>
          </v:shape>
        </w:pict>
      </w:r>
      <w:r>
        <w:rPr>
          <w:rFonts w:ascii="宋体" w:eastAsia="宋体" w:hAnsi="宋体" w:cs="宋体"/>
          <w:color w:val="000000"/>
        </w:rPr>
        <w:t>，</w:t>
      </w:r>
    </w:p>
    <w:p>
      <w:pPr>
        <w:spacing w:line="360" w:lineRule="auto"/>
        <w:jc w:val="left"/>
        <w:textAlignment w:val="center"/>
        <w:rPr>
          <w:color w:val="000000"/>
        </w:rPr>
      </w:pPr>
      <w:r>
        <w:pict>
          <v:shape id="_x0000_i708606" type="#_x0000_t75" alt="学科网(www.zxxk.com)--教育资源门户，提供试卷、教案、课件、论文、素材以及各类教学资源下载，还有大量而丰富的教学相关资讯！" style="width:99.8pt;height:14.2pt" o:oleicon="f" o:ole="">
            <v:imagedata r:id="rId2027" o:title="eqIdf1750685024a9480c180cb29406fbd2e"/>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解：由题意，分以下两种情况：</w:t>
      </w:r>
    </w:p>
    <w:p>
      <w:pPr>
        <w:spacing w:line="360" w:lineRule="auto"/>
        <w:jc w:val="left"/>
        <w:textAlignment w:val="center"/>
        <w:rPr>
          <w:color w:val="000000"/>
        </w:rPr>
      </w:pPr>
      <w:r>
        <w:rPr>
          <w:rFonts w:ascii="宋体" w:eastAsia="宋体" w:hAnsi="宋体" w:cs="宋体"/>
          <w:color w:val="000000"/>
        </w:rPr>
        <w:t>①当射线</w:t>
      </w:r>
      <w:r>
        <w:pict>
          <v:shape id="_x0000_i708607" type="#_x0000_t75" alt="学科网(www.zxxk.com)--教育资源门户，提供试卷、教案、课件、论文、素材以及各类教学资源下载，还有大量而丰富的教学相关资讯！" style="width:20.8pt;height:14pt" o:oleicon="f" o:ole="">
            <v:imagedata r:id="rId2028" o:title="eqId828628c0876b45381c9a0edeb0fec236"/>
          </v:shape>
        </w:pict>
      </w:r>
      <w:r>
        <w:rPr>
          <w:rFonts w:ascii="宋体" w:eastAsia="宋体" w:hAnsi="宋体" w:cs="宋体"/>
          <w:color w:val="000000"/>
        </w:rPr>
        <w:t>在直线</w:t>
      </w:r>
      <w:r>
        <w:pict>
          <v:shape id="_x0000_i708608" type="#_x0000_t75" alt="学科网(www.zxxk.com)--教育资源门户，提供试卷、教案、课件、论文、素材以及各类教学资源下载，还有大量而丰富的教学相关资讯！" style="width:18.85pt;height:14pt" o:oleicon="f" o:ole="">
            <v:imagedata r:id="rId2029" o:title="eqIdef4113c492885ba7c47fe42ac792578f"/>
          </v:shape>
        </w:pict>
      </w:r>
      <w:r>
        <w:rPr>
          <w:rFonts w:ascii="宋体" w:eastAsia="宋体" w:hAnsi="宋体" w:cs="宋体"/>
          <w:color w:val="000000"/>
        </w:rPr>
        <w:t>的上方时，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Ⅰ</w:t>
      </w:r>
      <w:r>
        <w:rPr>
          <w:rFonts w:ascii="宋体" w:eastAsia="宋体" w:hAnsi="宋体" w:cs="宋体"/>
          <w:color w:val="000000"/>
        </w:rPr>
        <w:t>）如图，当</w:t>
      </w:r>
      <w:r>
        <w:pict>
          <v:shape id="_x0000_i708609" type="#_x0000_t75" alt="学科网(www.zxxk.com)--教育资源门户，提供试卷、教案、课件、论文、素材以及各类教学资源下载，还有大量而丰富的教学相关资讯！" style="width:61.8pt;height:13.8pt" o:oleicon="f" o:ole="">
            <v:imagedata r:id="rId2030" o:title="eqId708d48b595c17d4dccf9b4086d7e664e"/>
          </v:shape>
        </w:pic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1543050" cy="1609725"/>
            <wp:docPr id="29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6" name=""/>
                    <pic:cNvPicPr>
                      <a:picLocks noChangeAspect="1"/>
                    </pic:cNvPicPr>
                  </pic:nvPicPr>
                  <pic:blipFill>
                    <a:blip r:embed="rId2031"/>
                    <a:stretch>
                      <a:fillRect/>
                    </a:stretch>
                  </pic:blipFill>
                  <pic:spPr>
                    <a:xfrm>
                      <a:off x="0" y="0"/>
                      <a:ext cx="1543050" cy="1609725"/>
                    </a:xfrm>
                    <a:prstGeom prst="rect">
                      <a:avLst/>
                    </a:prstGeom>
                  </pic:spPr>
                </pic:pic>
              </a:graphicData>
            </a:graphic>
          </wp:inline>
        </w:drawing>
      </w:r>
    </w:p>
    <w:p>
      <w:pPr>
        <w:spacing w:line="360" w:lineRule="auto"/>
        <w:jc w:val="left"/>
        <w:textAlignment w:val="center"/>
        <w:rPr>
          <w:color w:val="000000"/>
        </w:rPr>
      </w:pPr>
      <w:r>
        <w:pict>
          <v:shape id="_x0000_i708610" type="#_x0000_t75" alt="学科网(www.zxxk.com)--教育资源门户，提供试卷、教案、课件、论文、素材以及各类教学资源下载，还有大量而丰富的教学相关资讯！" style="width:183pt;height:14.25pt" o:oleicon="f" o:ole="">
            <v:imagedata r:id="rId2032" o:title="eqIdce307f8789784e19c4e70adfc7ca565b"/>
          </v:shape>
        </w:pict>
      </w:r>
      <w:r>
        <w:rPr>
          <w:rFonts w:ascii="宋体" w:eastAsia="宋体" w:hAnsi="宋体" w:cs="宋体"/>
          <w:color w:val="000000"/>
        </w:rPr>
        <w:t>，且</w:t>
      </w:r>
      <w:r>
        <w:pict>
          <v:shape id="_x0000_i708611" type="#_x0000_t75" alt="学科网(www.zxxk.com)--教育资源门户，提供试卷、教案、课件、论文、素材以及各类教学资源下载，还有大量而丰富的教学相关资讯！" style="width:18.75pt;height:12.75pt" o:oleicon="f" o:ole="">
            <v:imagedata r:id="rId2033" o:title="eqId6cad4595d5352b2884568a59d8d766a4"/>
          </v:shape>
        </w:pict>
      </w:r>
      <w:r>
        <w:rPr>
          <w:rFonts w:ascii="宋体" w:eastAsia="宋体" w:hAnsi="宋体" w:cs="宋体"/>
          <w:color w:val="000000"/>
        </w:rPr>
        <w:t>平分</w:t>
      </w:r>
      <w:r>
        <w:pict>
          <v:shape id="_x0000_i708612" type="#_x0000_t75" alt="学科网(www.zxxk.com)--教育资源门户，提供试卷、教案、课件、论文、素材以及各类教学资源下载，还有大量而丰富的教学相关资讯！" style="width:39.75pt;height:14.25pt" o:oleicon="f" o:ole="">
            <v:imagedata r:id="rId2034" o:title="eqIdd22df2977de56cc69be0c1e847653d7a"/>
          </v:shape>
        </w:pict>
      </w:r>
      <w:r>
        <w:rPr>
          <w:rFonts w:ascii="宋体" w:eastAsia="宋体" w:hAnsi="宋体" w:cs="宋体"/>
          <w:color w:val="000000"/>
        </w:rPr>
        <w:t>，</w:t>
      </w:r>
    </w:p>
    <w:p>
      <w:pPr>
        <w:spacing w:line="360" w:lineRule="auto"/>
        <w:jc w:val="left"/>
        <w:textAlignment w:val="center"/>
        <w:rPr>
          <w:color w:val="000000"/>
        </w:rPr>
      </w:pPr>
      <w:r>
        <w:pict>
          <v:shape id="_x0000_i708613" type="#_x0000_t75" alt="学科网(www.zxxk.com)--教育资源门户，提供试卷、教案、课件、论文、素材以及各类教学资源下载，还有大量而丰富的教学相关资讯！" style="width:159pt;height:30.75pt" o:oleicon="f" o:ole="">
            <v:imagedata r:id="rId2035" o:title="eqIde63a5138aad434d94cb9bbd26ecb208e"/>
          </v:shape>
        </w:pict>
      </w:r>
      <w:r>
        <w:rPr>
          <w:rFonts w:ascii="宋体" w:eastAsia="宋体" w:hAnsi="宋体" w:cs="宋体"/>
          <w:color w:val="000000"/>
        </w:rPr>
        <w:t>，</w:t>
      </w:r>
    </w:p>
    <w:p>
      <w:pPr>
        <w:spacing w:line="360" w:lineRule="auto"/>
        <w:jc w:val="left"/>
        <w:textAlignment w:val="center"/>
        <w:rPr>
          <w:color w:val="000000"/>
        </w:rPr>
      </w:pPr>
      <w:r>
        <w:pict>
          <v:shape id="_x0000_i708614" type="#_x0000_t75" alt="学科网(www.zxxk.com)--教育资源门户，提供试卷、教案、课件、论文、素材以及各类教学资源下载，还有大量而丰富的教学相关资讯！" style="width:168.75pt;height:30.75pt" o:oleicon="f" o:ole="">
            <v:imagedata r:id="rId2036" o:title="eqIde32bfe760205874df2f81b21ad3a01d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Ⅱ</w:t>
      </w:r>
      <w:r>
        <w:rPr>
          <w:rFonts w:ascii="宋体" w:eastAsia="宋体" w:hAnsi="宋体" w:cs="宋体"/>
          <w:color w:val="000000"/>
        </w:rPr>
        <w:t>）如图，当</w:t>
      </w:r>
      <w:r>
        <w:pict>
          <v:shape id="_x0000_i708615" type="#_x0000_t75" alt="学科网(www.zxxk.com)--教育资源门户，提供试卷、教案、课件、论文、素材以及各类教学资源下载，还有大量而丰富的教学相关资讯！" style="width:72.6pt;height:14.4pt" o:oleicon="f" o:ole="">
            <v:imagedata r:id="rId2037" o:title="eqId13b5ea2fc43b19ca043581eb94197234"/>
          </v:shape>
        </w:pic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2562225" cy="1619250"/>
            <wp:docPr id="29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8" name=""/>
                    <pic:cNvPicPr>
                      <a:picLocks noChangeAspect="1"/>
                    </pic:cNvPicPr>
                  </pic:nvPicPr>
                  <pic:blipFill>
                    <a:blip r:embed="rId2038"/>
                    <a:stretch>
                      <a:fillRect/>
                    </a:stretch>
                  </pic:blipFill>
                  <pic:spPr>
                    <a:xfrm>
                      <a:off x="0" y="0"/>
                      <a:ext cx="2562225" cy="1619250"/>
                    </a:xfrm>
                    <a:prstGeom prst="rect">
                      <a:avLst/>
                    </a:prstGeom>
                  </pic:spPr>
                </pic:pic>
              </a:graphicData>
            </a:graphic>
          </wp:inline>
        </w:drawing>
      </w:r>
    </w:p>
    <w:p>
      <w:pPr>
        <w:spacing w:line="360" w:lineRule="auto"/>
        <w:jc w:val="left"/>
        <w:textAlignment w:val="center"/>
        <w:rPr>
          <w:color w:val="000000"/>
        </w:rPr>
      </w:pPr>
      <w:r>
        <w:pict>
          <v:shape id="_x0000_i708616" type="#_x0000_t75" alt="学科网(www.zxxk.com)--教育资源门户，提供试卷、教案、课件、论文、素材以及各类教学资源下载，还有大量而丰富的教学相关资讯！" style="width:183pt;height:14.25pt" o:oleicon="f" o:ole="">
            <v:imagedata r:id="rId2039" o:title="eqIdb01d1bab69e08fc7165c5072c9d43d03"/>
          </v:shape>
        </w:pict>
      </w:r>
      <w:r>
        <w:rPr>
          <w:rFonts w:ascii="宋体" w:eastAsia="宋体" w:hAnsi="宋体" w:cs="宋体"/>
          <w:color w:val="000000"/>
        </w:rPr>
        <w:t>，且</w:t>
      </w:r>
      <w:r>
        <w:pict>
          <v:shape id="_x0000_i708617" type="#_x0000_t75" alt="学科网(www.zxxk.com)--教育资源门户，提供试卷、教案、课件、论文、素材以及各类教学资源下载，还有大量而丰富的教学相关资讯！" style="width:18.75pt;height:12.75pt" o:oleicon="f" o:ole="">
            <v:imagedata r:id="rId2040" o:title="eqId6cad4595d5352b2884568a59d8d766a4"/>
          </v:shape>
        </w:pict>
      </w:r>
      <w:r>
        <w:rPr>
          <w:rFonts w:ascii="宋体" w:eastAsia="宋体" w:hAnsi="宋体" w:cs="宋体"/>
          <w:color w:val="000000"/>
        </w:rPr>
        <w:t>平分</w:t>
      </w:r>
      <w:r>
        <w:pict>
          <v:shape id="_x0000_i708618" type="#_x0000_t75" alt="学科网(www.zxxk.com)--教育资源门户，提供试卷、教案、课件、论文、素材以及各类教学资源下载，还有大量而丰富的教学相关资讯！" style="width:39.75pt;height:14.25pt" o:oleicon="f" o:ole="">
            <v:imagedata r:id="rId2041" o:title="eqIdd22df2977de56cc69be0c1e847653d7a"/>
          </v:shape>
        </w:pict>
      </w:r>
      <w:r>
        <w:rPr>
          <w:rFonts w:ascii="宋体" w:eastAsia="宋体" w:hAnsi="宋体" w:cs="宋体"/>
          <w:color w:val="000000"/>
        </w:rPr>
        <w:t>，</w:t>
      </w:r>
    </w:p>
    <w:p>
      <w:pPr>
        <w:spacing w:line="360" w:lineRule="auto"/>
        <w:jc w:val="left"/>
        <w:textAlignment w:val="center"/>
        <w:rPr>
          <w:color w:val="000000"/>
        </w:rPr>
      </w:pPr>
      <w:r>
        <w:pict>
          <v:shape id="_x0000_i708619" type="#_x0000_t75" alt="学科网(www.zxxk.com)--教育资源门户，提供试卷、教案、课件、论文、素材以及各类教学资源下载，还有大量而丰富的教学相关资讯！" style="width:159pt;height:30.75pt" o:oleicon="f" o:ole="">
            <v:imagedata r:id="rId2042" o:title="eqIde85519a369fb04f436276f29e1a7cb08"/>
          </v:shape>
        </w:pict>
      </w:r>
      <w:r>
        <w:rPr>
          <w:rFonts w:ascii="宋体" w:eastAsia="宋体" w:hAnsi="宋体" w:cs="宋体"/>
          <w:color w:val="000000"/>
        </w:rPr>
        <w:t>，</w:t>
      </w:r>
    </w:p>
    <w:p>
      <w:pPr>
        <w:spacing w:line="360" w:lineRule="auto"/>
        <w:jc w:val="left"/>
        <w:textAlignment w:val="center"/>
        <w:rPr>
          <w:color w:val="000000"/>
        </w:rPr>
      </w:pPr>
      <w:r>
        <w:pict>
          <v:shape id="_x0000_i708620" type="#_x0000_t75" alt="学科网(www.zxxk.com)--教育资源门户，提供试卷、教案、课件、论文、素材以及各类教学资源下载，还有大量而丰富的教学相关资讯！" style="width:168.75pt;height:30.75pt" o:oleicon="f" o:ole="">
            <v:imagedata r:id="rId2043" o:title="eqId3f0e432ea5d7711439c5be1f7d5e7d0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②当射线</w:t>
      </w:r>
      <w:r>
        <w:pict>
          <v:shape id="_x0000_i708621" type="#_x0000_t75" alt="学科网(www.zxxk.com)--教育资源门户，提供试卷、教案、课件、论文、素材以及各类教学资源下载，还有大量而丰富的教学相关资讯！" style="width:20.8pt;height:14pt" o:oleicon="f" o:ole="">
            <v:imagedata r:id="rId2044" o:title="eqId828628c0876b45381c9a0edeb0fec236"/>
          </v:shape>
        </w:pict>
      </w:r>
      <w:r>
        <w:rPr>
          <w:rFonts w:ascii="宋体" w:eastAsia="宋体" w:hAnsi="宋体" w:cs="宋体"/>
          <w:color w:val="000000"/>
        </w:rPr>
        <w:t>在直线</w:t>
      </w:r>
      <w:r>
        <w:pict>
          <v:shape id="_x0000_i708622" type="#_x0000_t75" alt="学科网(www.zxxk.com)--教育资源门户，提供试卷、教案、课件、论文、素材以及各类教学资源下载，还有大量而丰富的教学相关资讯！" style="width:18.85pt;height:14pt" o:oleicon="f" o:ole="">
            <v:imagedata r:id="rId2045" o:title="eqIdef4113c492885ba7c47fe42ac792578f"/>
          </v:shape>
        </w:pict>
      </w:r>
      <w:r>
        <w:rPr>
          <w:rFonts w:ascii="宋体" w:eastAsia="宋体" w:hAnsi="宋体" w:cs="宋体"/>
          <w:color w:val="000000"/>
        </w:rPr>
        <w:t>的下方时，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Ⅰ</w:t>
      </w:r>
      <w:r>
        <w:rPr>
          <w:rFonts w:ascii="宋体" w:eastAsia="宋体" w:hAnsi="宋体" w:cs="宋体"/>
          <w:color w:val="000000"/>
        </w:rPr>
        <w:t>）如图，当</w:t>
      </w:r>
      <w:r>
        <w:pict>
          <v:shape id="_x0000_i708623" type="#_x0000_t75" alt="学科网(www.zxxk.com)--教育资源门户，提供试卷、教案、课件、论文、素材以及各类教学资源下载，还有大量而丰富的教学相关资讯！" style="width:61.8pt;height:13.8pt" o:oleicon="f" o:ole="">
            <v:imagedata r:id="rId2046" o:title="eqId708d48b595c17d4dccf9b4086d7e664e"/>
          </v:shape>
        </w:pic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1466850" cy="1905000"/>
            <wp:docPr id="29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0" name=""/>
                    <pic:cNvPicPr>
                      <a:picLocks noChangeAspect="1"/>
                    </pic:cNvPicPr>
                  </pic:nvPicPr>
                  <pic:blipFill>
                    <a:blip r:embed="rId2047"/>
                    <a:stretch>
                      <a:fillRect/>
                    </a:stretch>
                  </pic:blipFill>
                  <pic:spPr>
                    <a:xfrm>
                      <a:off x="0" y="0"/>
                      <a:ext cx="1466850" cy="1905000"/>
                    </a:xfrm>
                    <a:prstGeom prst="rect">
                      <a:avLst/>
                    </a:prstGeom>
                  </pic:spPr>
                </pic:pic>
              </a:graphicData>
            </a:graphic>
          </wp:inline>
        </w:drawing>
      </w:r>
    </w:p>
    <w:p>
      <w:pPr>
        <w:spacing w:line="360" w:lineRule="auto"/>
        <w:jc w:val="left"/>
        <w:textAlignment w:val="center"/>
        <w:rPr>
          <w:color w:val="000000"/>
        </w:rPr>
      </w:pPr>
      <w:r>
        <w:pict>
          <v:shape id="_x0000_i708624" type="#_x0000_t75" alt="学科网(www.zxxk.com)--教育资源门户，提供试卷、教案、课件、论文、素材以及各类教学资源下载，还有大量而丰富的教学相关资讯！" style="width:183pt;height:14.25pt" o:oleicon="f" o:ole="">
            <v:imagedata r:id="rId2048" o:title="eqIdd313ef38efe586f2bb619a2435b7db0f"/>
          </v:shape>
        </w:pict>
      </w:r>
      <w:r>
        <w:rPr>
          <w:rFonts w:ascii="宋体" w:eastAsia="宋体" w:hAnsi="宋体" w:cs="宋体"/>
          <w:color w:val="000000"/>
        </w:rPr>
        <w:t>，且</w:t>
      </w:r>
      <w:r>
        <w:pict>
          <v:shape id="_x0000_i708625" type="#_x0000_t75" alt="学科网(www.zxxk.com)--教育资源门户，提供试卷、教案、课件、论文、素材以及各类教学资源下载，还有大量而丰富的教学相关资讯！" style="width:18.75pt;height:12.75pt" o:oleicon="f" o:ole="">
            <v:imagedata r:id="rId2049" o:title="eqId6cad4595d5352b2884568a59d8d766a4"/>
          </v:shape>
        </w:pict>
      </w:r>
      <w:r>
        <w:rPr>
          <w:rFonts w:ascii="宋体" w:eastAsia="宋体" w:hAnsi="宋体" w:cs="宋体"/>
          <w:color w:val="000000"/>
        </w:rPr>
        <w:t>平分</w:t>
      </w:r>
      <w:r>
        <w:pict>
          <v:shape id="_x0000_i708626" type="#_x0000_t75" alt="学科网(www.zxxk.com)--教育资源门户，提供试卷、教案、课件、论文、素材以及各类教学资源下载，还有大量而丰富的教学相关资讯！" style="width:39.75pt;height:14.25pt" o:oleicon="f" o:ole="">
            <v:imagedata r:id="rId2050" o:title="eqIdd22df2977de56cc69be0c1e847653d7a"/>
          </v:shape>
        </w:pict>
      </w:r>
      <w:r>
        <w:rPr>
          <w:rFonts w:ascii="宋体" w:eastAsia="宋体" w:hAnsi="宋体" w:cs="宋体"/>
          <w:color w:val="000000"/>
        </w:rPr>
        <w:t>，</w:t>
      </w:r>
    </w:p>
    <w:p>
      <w:pPr>
        <w:spacing w:line="360" w:lineRule="auto"/>
        <w:jc w:val="left"/>
        <w:textAlignment w:val="center"/>
        <w:rPr>
          <w:color w:val="000000"/>
        </w:rPr>
      </w:pPr>
      <w:r>
        <w:pict>
          <v:shape id="_x0000_i708627" type="#_x0000_t75" alt="学科网(www.zxxk.com)--教育资源门户，提供试卷、教案、课件、论文、素材以及各类教学资源下载，还有大量而丰富的教学相关资讯！" style="width:159.75pt;height:30.75pt" o:oleicon="f" o:ole="">
            <v:imagedata r:id="rId2051" o:title="eqId627b09068fb509a9946f65c3d77c7822"/>
          </v:shape>
        </w:pict>
      </w:r>
      <w:r>
        <w:rPr>
          <w:rFonts w:ascii="宋体" w:eastAsia="宋体" w:hAnsi="宋体" w:cs="宋体"/>
          <w:color w:val="000000"/>
        </w:rPr>
        <w:t>，</w:t>
      </w:r>
    </w:p>
    <w:p>
      <w:pPr>
        <w:spacing w:line="360" w:lineRule="auto"/>
        <w:jc w:val="left"/>
        <w:textAlignment w:val="center"/>
        <w:rPr>
          <w:color w:val="000000"/>
        </w:rPr>
      </w:pPr>
      <w:r>
        <w:pict>
          <v:shape id="_x0000_i708628" type="#_x0000_t75" alt="学科网(www.zxxk.com)--教育资源门户，提供试卷、教案、课件、论文、素材以及各类教学资源下载，还有大量而丰富的教学相关资讯！" style="width:168.75pt;height:30.75pt" o:oleicon="f" o:ole="">
            <v:imagedata r:id="rId2052" o:title="eqId2b1f42cdc356a6c5434e939f3f017f3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Ⅱ</w:t>
      </w:r>
      <w:r>
        <w:rPr>
          <w:rFonts w:ascii="宋体" w:eastAsia="宋体" w:hAnsi="宋体" w:cs="宋体"/>
          <w:color w:val="000000"/>
        </w:rPr>
        <w:t>）如图，当</w:t>
      </w:r>
      <w:r>
        <w:pict>
          <v:shape id="_x0000_i708629" type="#_x0000_t75" alt="学科网(www.zxxk.com)--教育资源门户，提供试卷、教案、课件、论文、素材以及各类教学资源下载，还有大量而丰富的教学相关资讯！" style="width:72.6pt;height:14.4pt" o:oleicon="f" o:ole="">
            <v:imagedata r:id="rId2053" o:title="eqId13b5ea2fc43b19ca043581eb94197234"/>
          </v:shape>
        </w:pict>
      </w:r>
      <w:r>
        <w:rPr>
          <w:rFonts w:ascii="宋体" w:eastAsia="宋体" w:hAnsi="宋体" w:cs="宋体"/>
          <w:color w:val="000000"/>
        </w:rPr>
        <w:t>时，</w:t>
      </w:r>
    </w:p>
    <w:p>
      <w:pPr>
        <w:spacing w:line="360" w:lineRule="auto"/>
        <w:jc w:val="left"/>
        <w:textAlignment w:val="center"/>
        <w:rPr>
          <w:color w:val="000000"/>
        </w:rPr>
      </w:pPr>
      <w:r>
        <w:rPr>
          <w:color w:val="000000"/>
        </w:rPr>
        <w:drawing>
          <wp:inline>
            <wp:extent cx="2362200" cy="2343150"/>
            <wp:docPr id="29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 name=""/>
                    <pic:cNvPicPr>
                      <a:picLocks noChangeAspect="1"/>
                    </pic:cNvPicPr>
                  </pic:nvPicPr>
                  <pic:blipFill>
                    <a:blip r:embed="rId2054"/>
                    <a:stretch>
                      <a:fillRect/>
                    </a:stretch>
                  </pic:blipFill>
                  <pic:spPr>
                    <a:xfrm>
                      <a:off x="0" y="0"/>
                      <a:ext cx="2362200" cy="2343150"/>
                    </a:xfrm>
                    <a:prstGeom prst="rect">
                      <a:avLst/>
                    </a:prstGeom>
                  </pic:spPr>
                </pic:pic>
              </a:graphicData>
            </a:graphic>
          </wp:inline>
        </w:drawing>
      </w:r>
    </w:p>
    <w:p>
      <w:pPr>
        <w:spacing w:line="360" w:lineRule="auto"/>
        <w:jc w:val="left"/>
        <w:textAlignment w:val="center"/>
        <w:rPr>
          <w:color w:val="000000"/>
        </w:rPr>
      </w:pPr>
      <w:r>
        <w:pict>
          <v:shape id="_x0000_i708630" type="#_x0000_t75" alt="学科网(www.zxxk.com)--教育资源门户，提供试卷、教案、课件、论文、素材以及各类教学资源下载，还有大量而丰富的教学相关资讯！" style="width:222pt;height:14.25pt" o:oleicon="f" o:ole="">
            <v:imagedata r:id="rId2055" o:title="eqId06589241cedb7e01dee9d52778c606d9"/>
          </v:shape>
        </w:pict>
      </w:r>
      <w:r>
        <w:rPr>
          <w:rFonts w:ascii="宋体" w:eastAsia="宋体" w:hAnsi="宋体" w:cs="宋体"/>
          <w:color w:val="000000"/>
        </w:rPr>
        <w:t>，且</w:t>
      </w:r>
      <w:r>
        <w:pict>
          <v:shape id="_x0000_i708631" type="#_x0000_t75" alt="学科网(www.zxxk.com)--教育资源门户，提供试卷、教案、课件、论文、素材以及各类教学资源下载，还有大量而丰富的教学相关资讯！" style="width:18.75pt;height:12.75pt" o:oleicon="f" o:ole="">
            <v:imagedata r:id="rId2056" o:title="eqId6cad4595d5352b2884568a59d8d766a4"/>
          </v:shape>
        </w:pict>
      </w:r>
      <w:r>
        <w:rPr>
          <w:rFonts w:ascii="宋体" w:eastAsia="宋体" w:hAnsi="宋体" w:cs="宋体"/>
          <w:color w:val="000000"/>
        </w:rPr>
        <w:t>平分</w:t>
      </w:r>
      <w:r>
        <w:pict>
          <v:shape id="_x0000_i708632" type="#_x0000_t75" alt="学科网(www.zxxk.com)--教育资源门户，提供试卷、教案、课件、论文、素材以及各类教学资源下载，还有大量而丰富的教学相关资讯！" style="width:39.75pt;height:14.25pt" o:oleicon="f" o:ole="">
            <v:imagedata r:id="rId2057" o:title="eqIdd22df2977de56cc69be0c1e847653d7a"/>
          </v:shape>
        </w:pict>
      </w:r>
      <w:r>
        <w:rPr>
          <w:rFonts w:ascii="宋体" w:eastAsia="宋体" w:hAnsi="宋体" w:cs="宋体"/>
          <w:color w:val="000000"/>
        </w:rPr>
        <w:t>，</w:t>
      </w:r>
    </w:p>
    <w:p>
      <w:pPr>
        <w:spacing w:line="360" w:lineRule="auto"/>
        <w:jc w:val="left"/>
        <w:textAlignment w:val="center"/>
        <w:rPr>
          <w:color w:val="000000"/>
        </w:rPr>
      </w:pPr>
      <w:r>
        <w:pict>
          <v:shape id="_x0000_i708633" type="#_x0000_t75" alt="学科网(www.zxxk.com)--教育资源门户，提供试卷、教案、课件、论文、素材以及各类教学资源下载，还有大量而丰富的教学相关资讯！" style="width:164.25pt;height:30.75pt" o:oleicon="f" o:ole="">
            <v:imagedata r:id="rId2058" o:title="eqIdb0803c024d600c8a56e176cda41c01c2"/>
          </v:shape>
        </w:pict>
      </w:r>
      <w:r>
        <w:rPr>
          <w:rFonts w:ascii="宋体" w:eastAsia="宋体" w:hAnsi="宋体" w:cs="宋体"/>
          <w:color w:val="000000"/>
        </w:rPr>
        <w:t>，</w:t>
      </w:r>
    </w:p>
    <w:p>
      <w:pPr>
        <w:spacing w:line="360" w:lineRule="auto"/>
        <w:jc w:val="left"/>
        <w:textAlignment w:val="center"/>
        <w:rPr>
          <w:color w:val="000000"/>
        </w:rPr>
      </w:pPr>
      <w:r>
        <w:pict>
          <v:shape id="_x0000_i708634" type="#_x0000_t75" alt="学科网(www.zxxk.com)--教育资源门户，提供试卷、教案、课件、论文、素材以及各类教学资源下载，还有大量而丰富的教学相关资讯！" style="width:201pt;height:30.75pt" o:oleicon="f" o:ole="">
            <v:imagedata r:id="rId2059" o:title="eqIdc44109354be66cbc2ae5d1d708a184d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综上，当</w:t>
      </w:r>
      <w:r>
        <w:pict>
          <v:shape id="_x0000_i708635" type="#_x0000_t75" alt="学科网(www.zxxk.com)--教育资源门户，提供试卷、教案、课件、论文、素材以及各类教学资源下载，还有大量而丰富的教学相关资讯！" style="width:61.8pt;height:13.8pt" o:oleicon="f" o:ole="">
            <v:imagedata r:id="rId2060" o:title="eqId708d48b595c17d4dccf9b4086d7e664e"/>
          </v:shape>
        </w:pict>
      </w:r>
      <w:r>
        <w:rPr>
          <w:rFonts w:ascii="宋体" w:eastAsia="宋体" w:hAnsi="宋体" w:cs="宋体"/>
          <w:color w:val="000000"/>
        </w:rPr>
        <w:t>时，</w:t>
      </w:r>
      <w:r>
        <w:pict>
          <v:shape id="_x0000_i708636" type="#_x0000_t75" alt="学科网(www.zxxk.com)--教育资源门户，提供试卷、教案、课件、论文、素材以及各类教学资源下载，还有大量而丰富的教学相关资讯！" style="width:64.7pt;height:28.7pt" o:oleicon="f" o:ole="">
            <v:imagedata r:id="rId2061" o:title="eqIdca787c132846639324ef225c886fbf0e"/>
          </v:shape>
        </w:pict>
      </w:r>
      <w:r>
        <w:rPr>
          <w:rFonts w:ascii="宋体" w:eastAsia="宋体" w:hAnsi="宋体" w:cs="宋体"/>
          <w:color w:val="000000"/>
        </w:rPr>
        <w:t>；当</w:t>
      </w:r>
      <w:r>
        <w:pict>
          <v:shape id="_x0000_i708637" type="#_x0000_t75" alt="学科网(www.zxxk.com)--教育资源门户，提供试卷、教案、课件、论文、素材以及各类教学资源下载，还有大量而丰富的教学相关资讯！" style="width:72.6pt;height:14.4pt" o:oleicon="f" o:ole="">
            <v:imagedata r:id="rId2062" o:title="eqId13b5ea2fc43b19ca043581eb94197234"/>
          </v:shape>
        </w:pict>
      </w:r>
      <w:r>
        <w:rPr>
          <w:rFonts w:ascii="宋体" w:eastAsia="宋体" w:hAnsi="宋体" w:cs="宋体"/>
          <w:color w:val="000000"/>
        </w:rPr>
        <w:t>时，</w:t>
      </w:r>
      <w:r>
        <w:pict>
          <v:shape id="_x0000_i708638" type="#_x0000_t75" alt="学科网(www.zxxk.com)--教育资源门户，提供试卷、教案、课件、论文、素材以及各类教学资源下载，还有大量而丰富的教学相关资讯！" style="width:64.7pt;height:28.7pt" o:oleicon="f" o:ole="">
            <v:imagedata r:id="rId2061" o:title="eqIdca787c132846639324ef225c886fbf0e"/>
          </v:shape>
        </w:pict>
      </w:r>
      <w:r>
        <w:rPr>
          <w:rFonts w:ascii="宋体" w:eastAsia="宋体" w:hAnsi="宋体" w:cs="宋体"/>
          <w:color w:val="000000"/>
        </w:rPr>
        <w:t>或</w:t>
      </w:r>
      <w:r>
        <w:pict>
          <v:shape id="_x0000_i708639" type="#_x0000_t75" alt="学科网(www.zxxk.com)--教育资源门户，提供试卷、教案、课件、论文、素材以及各类教学资源下载，还有大量而丰富的教学相关资讯！" style="width:99.75pt;height:30.75pt" o:oleicon="f" o:ole="">
            <v:imagedata r:id="rId2063" o:title="eqId3a7e6950a6830ca2f2a1968fbd8c7ed8"/>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本题考查了作角平分线、与角平分线有关的计算等知识点，较难的是题（</w:t>
      </w:r>
      <w:r>
        <w:rPr>
          <w:rFonts w:ascii="Times New Roman" w:eastAsia="Times New Roman" w:hAnsi="Times New Roman" w:cs="Times New Roman"/>
          <w:color w:val="000000"/>
        </w:rPr>
        <w:t>3</w:t>
      </w:r>
      <w:r>
        <w:rPr>
          <w:rFonts w:ascii="宋体" w:eastAsia="宋体" w:hAnsi="宋体" w:cs="宋体"/>
          <w:color w:val="000000"/>
        </w:rPr>
        <w:t>），正确分情况讨论是解题关键．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对于数轴上给定两点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以及一条线段</w:t>
      </w:r>
      <w:r>
        <w:rPr>
          <w:rFonts w:ascii="Times New Roman" w:eastAsia="Times New Roman" w:hAnsi="Times New Roman" w:cs="Times New Roman"/>
          <w:i/>
          <w:color w:val="000000"/>
        </w:rPr>
        <w:t>PQ</w:t>
      </w:r>
      <w:r>
        <w:rPr>
          <w:rFonts w:ascii="宋体" w:eastAsia="宋体" w:hAnsi="宋体" w:cs="宋体"/>
          <w:color w:val="000000"/>
        </w:rPr>
        <w:t>，给出如下定义：若线段</w:t>
      </w:r>
      <w:r>
        <w:rPr>
          <w:rFonts w:ascii="Times New Roman" w:eastAsia="Times New Roman" w:hAnsi="Times New Roman" w:cs="Times New Roman"/>
          <w:i/>
          <w:color w:val="000000"/>
        </w:rPr>
        <w:t>MN</w:t>
      </w:r>
      <w:r>
        <w:rPr>
          <w:rFonts w:ascii="宋体" w:eastAsia="宋体" w:hAnsi="宋体" w:cs="宋体"/>
          <w:color w:val="000000"/>
          <w:position w:val="0"/>
        </w:rPr>
        <w:drawing>
          <wp:inline>
            <wp:extent cx="133350" cy="177800"/>
            <wp:docPr id="29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 name=""/>
                    <pic:cNvPicPr>
                      <a:picLocks noChangeAspect="1"/>
                    </pic:cNvPicPr>
                  </pic:nvPicPr>
                  <pic:blipFill>
                    <a:blip r:embed="rId2064"/>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中点</w:t>
      </w:r>
      <w:r>
        <w:rPr>
          <w:rFonts w:ascii="Times New Roman" w:eastAsia="Times New Roman" w:hAnsi="Times New Roman" w:cs="Times New Roman"/>
          <w:i/>
          <w:color w:val="000000"/>
        </w:rPr>
        <w:t>R</w:t>
      </w:r>
      <w:r>
        <w:rPr>
          <w:rFonts w:ascii="宋体" w:eastAsia="宋体" w:hAnsi="宋体" w:cs="宋体"/>
          <w:color w:val="000000"/>
        </w:rPr>
        <w:t>在线段</w:t>
      </w:r>
      <w:r>
        <w:rPr>
          <w:rFonts w:ascii="Times New Roman" w:eastAsia="Times New Roman" w:hAnsi="Times New Roman" w:cs="Times New Roman"/>
          <w:i/>
          <w:color w:val="000000"/>
        </w:rPr>
        <w:t>PQ</w:t>
      </w:r>
      <w:r>
        <w:rPr>
          <w:rFonts w:ascii="宋体" w:eastAsia="宋体" w:hAnsi="宋体" w:cs="宋体"/>
          <w:color w:val="000000"/>
        </w:rPr>
        <w:t>上（点</w:t>
      </w:r>
      <w:r>
        <w:rPr>
          <w:rFonts w:ascii="Times New Roman" w:eastAsia="Times New Roman" w:hAnsi="Times New Roman" w:cs="Times New Roman"/>
          <w:i/>
          <w:color w:val="000000"/>
        </w:rPr>
        <w:t>R</w:t>
      </w:r>
      <w:r>
        <w:rPr>
          <w:rFonts w:ascii="宋体" w:eastAsia="宋体" w:hAnsi="宋体" w:cs="宋体"/>
          <w:color w:val="000000"/>
        </w:rPr>
        <w:t>能与点</w:t>
      </w:r>
      <w:r>
        <w:rPr>
          <w:rFonts w:ascii="Times New Roman" w:eastAsia="Times New Roman" w:hAnsi="Times New Roman" w:cs="Times New Roman"/>
          <w:i/>
          <w:color w:val="000000"/>
        </w:rPr>
        <w:t>P</w:t>
      </w:r>
      <w:r>
        <w:rPr>
          <w:rFonts w:ascii="宋体" w:eastAsia="宋体" w:hAnsi="宋体" w:cs="宋体"/>
          <w:color w:val="000000"/>
        </w:rPr>
        <w:t>或</w:t>
      </w:r>
      <w:r>
        <w:rPr>
          <w:rFonts w:ascii="Times New Roman" w:eastAsia="Times New Roman" w:hAnsi="Times New Roman" w:cs="Times New Roman"/>
          <w:i/>
          <w:color w:val="000000"/>
        </w:rPr>
        <w:t>Q</w:t>
      </w:r>
      <w:r>
        <w:rPr>
          <w:rFonts w:ascii="宋体" w:eastAsia="宋体" w:hAnsi="宋体" w:cs="宋体"/>
          <w:color w:val="000000"/>
        </w:rPr>
        <w:t>重合），则称点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关于线段</w:t>
      </w:r>
      <w:r>
        <w:rPr>
          <w:rFonts w:ascii="Times New Roman" w:eastAsia="Times New Roman" w:hAnsi="Times New Roman" w:cs="Times New Roman"/>
          <w:i/>
          <w:color w:val="000000"/>
        </w:rPr>
        <w:t>PQ</w:t>
      </w:r>
      <w:r>
        <w:rPr>
          <w:rFonts w:ascii="宋体" w:eastAsia="宋体" w:hAnsi="宋体" w:cs="宋体"/>
          <w:color w:val="000000"/>
        </w:rPr>
        <w:t>“中位对称”．如图为点</w:t>
      </w:r>
      <w:r>
        <w:rPr>
          <w:rFonts w:ascii="Times New Roman" w:eastAsia="Times New Roman" w:hAnsi="Times New Roman" w:cs="Times New Roman"/>
          <w:i/>
          <w:color w:val="000000"/>
        </w:rPr>
        <w:t>M</w:t>
      </w:r>
      <w:r>
        <w:rPr>
          <w:rFonts w:ascii="宋体" w:eastAsia="宋体" w:hAnsi="宋体" w:cs="宋体"/>
          <w:color w:val="000000"/>
        </w:rPr>
        <w:t>与点</w:t>
      </w:r>
      <w:r>
        <w:rPr>
          <w:rFonts w:ascii="Times New Roman" w:eastAsia="Times New Roman" w:hAnsi="Times New Roman" w:cs="Times New Roman"/>
          <w:i/>
          <w:color w:val="000000"/>
        </w:rPr>
        <w:t>N</w:t>
      </w:r>
      <w:r>
        <w:rPr>
          <w:rFonts w:ascii="宋体" w:eastAsia="宋体" w:hAnsi="宋体" w:cs="宋体"/>
          <w:color w:val="000000"/>
        </w:rPr>
        <w:t>关于线段</w:t>
      </w:r>
      <w:r>
        <w:rPr>
          <w:rFonts w:ascii="Times New Roman" w:eastAsia="Times New Roman" w:hAnsi="Times New Roman" w:cs="Times New Roman"/>
          <w:i/>
          <w:color w:val="000000"/>
        </w:rPr>
        <w:t>PQ</w:t>
      </w:r>
      <w:r>
        <w:rPr>
          <w:rFonts w:ascii="宋体" w:eastAsia="宋体" w:hAnsi="宋体" w:cs="宋体"/>
          <w:color w:val="000000"/>
        </w:rPr>
        <w:t>“中位对称”的示意图．</w:t>
      </w:r>
    </w:p>
    <w:p>
      <w:pPr>
        <w:spacing w:line="360" w:lineRule="auto"/>
        <w:jc w:val="left"/>
        <w:textAlignment w:val="center"/>
        <w:rPr>
          <w:color w:val="000000"/>
        </w:rPr>
      </w:pPr>
      <w:r>
        <w:rPr>
          <w:color w:val="000000"/>
        </w:rPr>
        <w:drawing>
          <wp:inline>
            <wp:extent cx="3790950" cy="495300"/>
            <wp:docPr id="29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 name=""/>
                    <pic:cNvPicPr>
                      <a:picLocks noChangeAspect="1"/>
                    </pic:cNvPicPr>
                  </pic:nvPicPr>
                  <pic:blipFill>
                    <a:blip r:embed="rId2065"/>
                    <a:stretch>
                      <a:fillRect/>
                    </a:stretch>
                  </pic:blipFill>
                  <pic:spPr>
                    <a:xfrm>
                      <a:off x="0" y="0"/>
                      <a:ext cx="3790950" cy="495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为数轴的原点，点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（1）</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表示的数分别为﹣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，则在</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三点中，</w:t>
      </w:r>
      <w:r>
        <w:rPr>
          <w:rFonts w:ascii="宋体" w:eastAsia="宋体" w:hAnsi="宋体" w:cs="宋体"/>
          <w:color w:val="000000"/>
          <w:u w:val="single"/>
        </w:rPr>
        <w:t>　   　</w: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t</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F</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“中位对称”，则</w:t>
      </w:r>
      <w:r>
        <w:rPr>
          <w:rFonts w:ascii="Times New Roman" w:eastAsia="Times New Roman" w:hAnsi="Times New Roman" w:cs="Times New Roman"/>
          <w:i/>
          <w:color w:val="000000"/>
        </w:rPr>
        <w:t>t</w:t>
      </w:r>
      <w:r>
        <w:rPr>
          <w:rFonts w:ascii="宋体" w:eastAsia="宋体" w:hAnsi="宋体" w:cs="宋体"/>
          <w:color w:val="000000"/>
        </w:rPr>
        <w:t>的最大值是</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点</w:t>
      </w:r>
      <w:r>
        <w:rPr>
          <w:rFonts w:ascii="Times New Roman" w:eastAsia="Times New Roman" w:hAnsi="Times New Roman" w:cs="Times New Roman"/>
          <w:i/>
          <w:color w:val="000000"/>
        </w:rPr>
        <w:t>H</w:t>
      </w:r>
      <w:r>
        <w:rPr>
          <w:rFonts w:ascii="宋体" w:eastAsia="宋体" w:hAnsi="宋体" w:cs="宋体"/>
          <w:color w:val="000000"/>
        </w:rPr>
        <w:t>是数轴上一个动点，点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关于线段</w:t>
      </w:r>
      <w:r>
        <w:rPr>
          <w:rFonts w:ascii="Times New Roman" w:eastAsia="Times New Roman" w:hAnsi="Times New Roman" w:cs="Times New Roman"/>
          <w:i/>
          <w:color w:val="000000"/>
        </w:rPr>
        <w:t>OH</w:t>
      </w:r>
      <w:r>
        <w:rPr>
          <w:rFonts w:ascii="宋体" w:eastAsia="宋体" w:hAnsi="宋体" w:cs="宋体"/>
          <w:color w:val="000000"/>
        </w:rPr>
        <w:t>“中位对称”，则线段</w:t>
      </w:r>
      <w:r>
        <w:rPr>
          <w:rFonts w:ascii="Times New Roman" w:eastAsia="Times New Roman" w:hAnsi="Times New Roman" w:cs="Times New Roman"/>
          <w:i/>
          <w:color w:val="000000"/>
        </w:rPr>
        <w:t>OH</w:t>
      </w:r>
      <w:r>
        <w:rPr>
          <w:rFonts w:ascii="宋体" w:eastAsia="宋体" w:hAnsi="宋体" w:cs="宋体"/>
          <w:color w:val="000000"/>
        </w:rPr>
        <w:t>的最小值是</w:t>
      </w:r>
      <w:r>
        <w:rPr>
          <w:rFonts w:ascii="宋体" w:eastAsia="宋体" w:hAnsi="宋体" w:cs="宋体"/>
          <w:color w:val="000000"/>
          <w:u w:val="single"/>
        </w:rPr>
        <w:t>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在数轴上沿水平方向平移线段</w:t>
      </w:r>
      <w:r>
        <w:rPr>
          <w:rFonts w:ascii="Times New Roman" w:eastAsia="Times New Roman" w:hAnsi="Times New Roman" w:cs="Times New Roman"/>
          <w:i/>
          <w:color w:val="000000"/>
        </w:rPr>
        <w:t>OB</w:t>
      </w:r>
      <w:r>
        <w:rPr>
          <w:rFonts w:ascii="宋体" w:eastAsia="宋体" w:hAnsi="宋体" w:cs="宋体"/>
          <w:color w:val="000000"/>
        </w:rPr>
        <w:t>，得到线段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'，设平移距离为</w:t>
      </w:r>
      <w:r>
        <w:rPr>
          <w:rFonts w:ascii="Times New Roman" w:eastAsia="Times New Roman" w:hAnsi="Times New Roman" w:cs="Times New Roman"/>
          <w:i/>
          <w:color w:val="000000"/>
        </w:rPr>
        <w:t>d</w:t>
      </w:r>
      <w:r>
        <w:rPr>
          <w:rFonts w:ascii="宋体" w:eastAsia="宋体" w:hAnsi="宋体" w:cs="宋体"/>
          <w:color w:val="000000"/>
        </w:rPr>
        <w:t>，若线段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'上（除端点外）的所有点都与点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'“中位对称”，请你直接写出</w:t>
      </w:r>
      <w:r>
        <w:rPr>
          <w:rFonts w:ascii="Times New Roman" w:eastAsia="Times New Roman" w:hAnsi="Times New Roman" w:cs="Times New Roman"/>
          <w:i/>
          <w:color w:val="000000"/>
        </w:rPr>
        <w:t>d</w:t>
      </w:r>
      <w:r>
        <w:rPr>
          <w:rFonts w:ascii="宋体" w:eastAsia="宋体" w:hAnsi="宋体" w:cs="宋体"/>
          <w:color w:val="000000"/>
        </w:rPr>
        <w:t>的取值范围．</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color w:val="000000"/>
        </w:rPr>
        <w:t>5</w:t>
      </w:r>
      <w:r>
        <w:rPr>
          <w:color w:val="000000"/>
        </w:rPr>
        <w:t xml:space="preserve">    </w:t>
      </w:r>
    </w:p>
    <w:p>
      <w:pPr>
        <w:spacing w:line="360" w:lineRule="auto"/>
        <w:textAlignment w:val="center"/>
        <w:rPr>
          <w:color w:val="000000"/>
        </w:rPr>
      </w:pPr>
      <w:r>
        <w:rPr>
          <w:color w:val="000000"/>
        </w:rPr>
        <w:t>（2）</w:t>
      </w:r>
      <w:r>
        <w:rPr>
          <w:rFonts w:ascii="Times New Roman" w:eastAsia="Times New Roman" w:hAnsi="Times New Roman" w:cs="Times New Roman"/>
          <w:color w:val="000000"/>
        </w:rPr>
        <w:t>0.5</w:t>
      </w:r>
      <w:r>
        <w:rPr>
          <w:color w:val="000000"/>
        </w:rPr>
        <w:t xml:space="preserve">    </w:t>
      </w:r>
      <w:r>
        <w:rPr>
          <w:color w:val="000000"/>
        </w:rPr>
        <w:t>（3）</w:t>
      </w:r>
      <w:r>
        <w:pict>
          <v:shape id="_x0000_i708640" type="#_x0000_t75" alt="学科网(www.zxxk.com)--教育资源门户，提供试卷、教案、课件、论文、素材以及各类教学资源下载，还有大量而丰富的教学相关资讯！" style="width:43.3pt;height:13.75pt" o:oleicon="f" o:ole="">
            <v:imagedata r:id="rId2066" o:title="eqId9ccff89c0f87dd230ff9e147623f70ed"/>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）根据“中位对称”的定义求出中点再去判断即可；</w:t>
      </w:r>
    </w:p>
    <w:p>
      <w:pPr>
        <w:spacing w:line="360" w:lineRule="auto"/>
        <w:jc w:val="left"/>
        <w:textAlignment w:val="center"/>
        <w:rPr>
          <w:color w:val="000000"/>
        </w:rPr>
      </w:pPr>
      <w:r>
        <w:rPr>
          <w:rFonts w:ascii="宋体" w:eastAsia="宋体" w:hAnsi="宋体" w:cs="宋体"/>
          <w:color w:val="000000"/>
        </w:rPr>
        <w:t>（2）根据“中位对称”的定义求出中点再去判断即可；</w:t>
      </w:r>
    </w:p>
    <w:p>
      <w:pPr>
        <w:spacing w:line="360" w:lineRule="auto"/>
        <w:jc w:val="left"/>
        <w:textAlignment w:val="center"/>
        <w:rPr>
          <w:color w:val="000000"/>
        </w:rPr>
      </w:pPr>
      <w:r>
        <w:rPr>
          <w:rFonts w:ascii="宋体" w:eastAsia="宋体" w:hAnsi="宋体" w:cs="宋体"/>
          <w:color w:val="000000"/>
        </w:rPr>
        <w:t>（3）分别表示出</w:t>
      </w:r>
      <w:r>
        <w:pict>
          <v:shape id="_x0000_i708641" type="#_x0000_t75" alt="学科网(www.zxxk.com)--教育资源门户，提供试卷、教案、课件、论文、素材以及各类教学资源下载，还有大量而丰富的教学相关资讯！" style="width:36pt;height:13.8pt" o:oleicon="f" o:ole="">
            <v:imagedata r:id="rId2067" o:title="eqId837b5d696f83627270855ceb2aeddf69"/>
          </v:shape>
        </w:pict>
      </w:r>
      <w:r>
        <w:rPr>
          <w:rFonts w:ascii="宋体" w:eastAsia="宋体" w:hAnsi="宋体" w:cs="宋体"/>
          <w:color w:val="000000"/>
        </w:rPr>
        <w:t>表示的数，再分别求</w:t>
      </w:r>
      <w:r>
        <w:pict>
          <v:shape id="_x0000_i708642" type="#_x0000_t75" alt="学科网(www.zxxk.com)--教育资源门户，提供试卷、教案、课件、论文、素材以及各类教学资源下载，还有大量而丰富的教学相关资讯！" style="width:36pt;height:13.8pt" o:oleicon="f" o:ole="">
            <v:imagedata r:id="rId2067" o:title="eqId837b5d696f83627270855ceb2aeddf69"/>
          </v:shape>
        </w:pic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'“中位对称”，对称时的</w:t>
      </w:r>
      <w:r>
        <w:rPr>
          <w:rFonts w:ascii="Times New Roman" w:eastAsia="Times New Roman" w:hAnsi="Times New Roman" w:cs="Times New Roman"/>
          <w:i/>
          <w:color w:val="000000"/>
        </w:rPr>
        <w:t>d</w:t>
      </w:r>
      <w:r>
        <w:rPr>
          <w:rFonts w:ascii="宋体" w:eastAsia="宋体" w:hAnsi="宋体" w:cs="宋体"/>
          <w:color w:val="000000"/>
        </w:rPr>
        <w:t>值即可，需要注意向左或右两种情况．</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表示的数分别为﹣</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4</w: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AC</w:t>
      </w:r>
      <w:r>
        <w:rPr>
          <w:rFonts w:ascii="宋体" w:eastAsia="宋体" w:hAnsi="宋体" w:cs="宋体"/>
          <w:color w:val="000000"/>
        </w:rPr>
        <w:t>的中点表示的数为-2，不在线段</w:t>
      </w:r>
      <w:r>
        <w:rPr>
          <w:rFonts w:ascii="Times New Roman" w:eastAsia="Times New Roman" w:hAnsi="Times New Roman" w:cs="Times New Roman"/>
          <w:i/>
          <w:color w:val="000000"/>
        </w:rPr>
        <w:t>OB</w:t>
      </w:r>
      <w:r>
        <w:rPr>
          <w:rFonts w:ascii="宋体" w:eastAsia="宋体" w:hAnsi="宋体" w:cs="宋体"/>
          <w:color w:val="000000"/>
        </w:rPr>
        <w:t>上，不与点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AD</w:t>
      </w:r>
      <w:r>
        <w:rPr>
          <w:rFonts w:ascii="宋体" w:eastAsia="宋体" w:hAnsi="宋体" w:cs="宋体"/>
          <w:color w:val="000000"/>
        </w:rPr>
        <w:t>的中点表示的数为0.25，在线段</w:t>
      </w:r>
      <w:r>
        <w:rPr>
          <w:rFonts w:ascii="Times New Roman" w:eastAsia="Times New Roman" w:hAnsi="Times New Roman" w:cs="Times New Roman"/>
          <w:i/>
          <w:color w:val="000000"/>
        </w:rPr>
        <w:t>OB</w:t>
      </w:r>
      <w:r>
        <w:rPr>
          <w:rFonts w:ascii="宋体" w:eastAsia="宋体" w:hAnsi="宋体" w:cs="宋体"/>
          <w:color w:val="000000"/>
        </w:rPr>
        <w:t>上，</w:t>
      </w:r>
      <w:r>
        <w:rPr>
          <w:rFonts w:ascii="Times New Roman" w:eastAsia="Times New Roman" w:hAnsi="Times New Roman" w:cs="Times New Roman"/>
          <w:i/>
          <w:color w:val="000000"/>
        </w:rPr>
        <w:t>D</w: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AE</w:t>
      </w:r>
      <w:r>
        <w:rPr>
          <w:rFonts w:ascii="宋体" w:eastAsia="宋体" w:hAnsi="宋体" w:cs="宋体"/>
          <w:color w:val="000000"/>
        </w:rPr>
        <w:t>的中点表示的数为1.5，在线段</w:t>
      </w:r>
      <w:r>
        <w:rPr>
          <w:rFonts w:ascii="Times New Roman" w:eastAsia="Times New Roman" w:hAnsi="Times New Roman" w:cs="Times New Roman"/>
          <w:i/>
          <w:color w:val="000000"/>
        </w:rPr>
        <w:t>OB</w:t>
      </w:r>
      <w:r>
        <w:rPr>
          <w:rFonts w:ascii="宋体" w:eastAsia="宋体" w:hAnsi="宋体" w:cs="宋体"/>
          <w:color w:val="000000"/>
        </w:rPr>
        <w:t>上，</w:t>
      </w:r>
      <w:r>
        <w:rPr>
          <w:rFonts w:ascii="Times New Roman" w:eastAsia="Times New Roman" w:hAnsi="Times New Roman" w:cs="Times New Roman"/>
          <w:i/>
          <w:color w:val="000000"/>
        </w:rPr>
        <w:t>E</w: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t</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线段</w:t>
      </w:r>
      <w:r>
        <w:rPr>
          <w:rFonts w:ascii="Times New Roman" w:eastAsia="Times New Roman" w:hAnsi="Times New Roman" w:cs="Times New Roman"/>
          <w:i/>
          <w:color w:val="000000"/>
        </w:rPr>
        <w:t>AF</w:t>
      </w:r>
      <w:r>
        <w:rPr>
          <w:rFonts w:ascii="宋体" w:eastAsia="宋体" w:hAnsi="宋体" w:cs="宋体"/>
          <w:color w:val="000000"/>
        </w:rPr>
        <w:t>的中点表示的数为</w:t>
      </w:r>
      <w:r>
        <w:pict>
          <v:shape id="_x0000_i708643" type="#_x0000_t75" alt="学科网(www.zxxk.com)--教育资源门户，提供试卷、教案、课件、论文、素材以及各类教学资源下载，还有大量而丰富的教学相关资讯！" style="width:32.25pt;height:30.75pt" o:oleicon="f" o:ole="">
            <v:imagedata r:id="rId2068" o:title="eqId01247e16034a089a77874ee3e9cb9539"/>
          </v:shape>
        </w:pic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F</w:t>
      </w:r>
      <w:r>
        <w:rPr>
          <w:rFonts w:ascii="宋体" w:eastAsia="宋体" w:hAnsi="宋体" w:cs="宋体"/>
          <w:color w:val="000000"/>
        </w:rPr>
        <w:t>关于线段</w:t>
      </w:r>
      <w:r>
        <w:rPr>
          <w:rFonts w:ascii="Times New Roman" w:eastAsia="Times New Roman" w:hAnsi="Times New Roman" w:cs="Times New Roman"/>
          <w:i/>
          <w:color w:val="000000"/>
        </w:rPr>
        <w:t>OB</w:t>
      </w:r>
      <w:r>
        <w:rPr>
          <w:rFonts w:ascii="宋体" w:eastAsia="宋体" w:hAnsi="宋体" w:cs="宋体"/>
          <w:color w:val="000000"/>
        </w:rPr>
        <w:t>“中位对称”，</w:t>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在线段</w:t>
      </w:r>
      <w:r>
        <w:rPr>
          <w:rFonts w:ascii="Times New Roman" w:eastAsia="Times New Roman" w:hAnsi="Times New Roman" w:cs="Times New Roman"/>
          <w:i/>
          <w:color w:val="000000"/>
        </w:rPr>
        <w:t>OB</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AF</w:t>
      </w:r>
      <w:r>
        <w:rPr>
          <w:rFonts w:ascii="宋体" w:eastAsia="宋体" w:hAnsi="宋体" w:cs="宋体"/>
          <w:color w:val="000000"/>
        </w:rPr>
        <w:t>中点与</w:t>
      </w:r>
      <w:r>
        <w:rPr>
          <w:rFonts w:ascii="Times New Roman" w:eastAsia="Times New Roman" w:hAnsi="Times New Roman" w:cs="Times New Roman"/>
          <w:i/>
          <w:color w:val="000000"/>
        </w:rPr>
        <w:t>B</w:t>
      </w:r>
      <w:r>
        <w:rPr>
          <w:rFonts w:ascii="宋体" w:eastAsia="宋体" w:hAnsi="宋体" w:cs="宋体"/>
          <w:color w:val="000000"/>
        </w:rPr>
        <w:t xml:space="preserve">重合时 </w:t>
      </w:r>
      <w:r>
        <w:rPr>
          <w:rFonts w:ascii="Times New Roman" w:eastAsia="Times New Roman" w:hAnsi="Times New Roman" w:cs="Times New Roman"/>
          <w:i/>
          <w:color w:val="000000"/>
        </w:rPr>
        <w:t>t</w:t>
      </w:r>
      <w:r>
        <w:rPr>
          <w:rFonts w:ascii="宋体" w:eastAsia="宋体" w:hAnsi="宋体" w:cs="宋体"/>
          <w:color w:val="000000"/>
        </w:rPr>
        <w:t>最大，此时</w:t>
      </w:r>
      <w:r>
        <w:pict>
          <v:shape id="_x0000_i708644" type="#_x0000_t75" alt="学科网(www.zxxk.com)--教育资源门户，提供试卷、教案、课件、论文、素材以及各类教学资源下载，还有大量而丰富的教学相关资讯！" style="width:50.25pt;height:30.75pt" o:oleicon="f" o:ole="">
            <v:imagedata r:id="rId2069" o:title="eqId906f5ce858aa5a8c4ccc8298f1daaf3d"/>
          </v:shape>
        </w:pict>
      </w:r>
      <w:r>
        <w:rPr>
          <w:rFonts w:ascii="宋体" w:eastAsia="宋体" w:hAnsi="宋体" w:cs="宋体"/>
          <w:color w:val="000000"/>
        </w:rPr>
        <w:t>，解得</w:t>
      </w:r>
      <w:r>
        <w:pict>
          <v:shape id="_x0000_i708645" type="#_x0000_t75" alt="学科网(www.zxxk.com)--教育资源门户，提供试卷、教案、课件、论文、素材以及各类教学资源下载，还有大量而丰富的教学相关资讯！" style="width:24.7pt;height:14.1pt" o:oleicon="f" o:ole="">
            <v:imagedata r:id="rId2070" o:title="eqIda495c197fcbacb8c109aa0060525a371"/>
          </v:shape>
        </w:pict>
      </w:r>
      <w:r>
        <w:rPr>
          <w:rFonts w:ascii="宋体" w:eastAsia="宋体" w:hAnsi="宋体" w:cs="宋体"/>
          <w:color w:val="000000"/>
        </w:rPr>
        <w:t>，即</w:t>
      </w:r>
      <w:r>
        <w:rPr>
          <w:rFonts w:ascii="Times New Roman" w:eastAsia="Times New Roman" w:hAnsi="Times New Roman" w:cs="Times New Roman"/>
          <w:i/>
          <w:color w:val="000000"/>
        </w:rPr>
        <w:t>t</w:t>
      </w:r>
      <w:r>
        <w:rPr>
          <w:rFonts w:ascii="宋体" w:eastAsia="宋体" w:hAnsi="宋体" w:cs="宋体"/>
          <w:color w:val="000000"/>
        </w:rPr>
        <w:t>的最大值是5</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2</w: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AE</w:t>
      </w:r>
      <w:r>
        <w:rPr>
          <w:rFonts w:ascii="宋体" w:eastAsia="宋体" w:hAnsi="宋体" w:cs="宋体"/>
          <w:color w:val="000000"/>
        </w:rPr>
        <w:t>的中点表示的数为0.5，</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关于线段</w:t>
      </w:r>
      <w:r>
        <w:rPr>
          <w:rFonts w:ascii="Times New Roman" w:eastAsia="Times New Roman" w:hAnsi="Times New Roman" w:cs="Times New Roman"/>
          <w:i/>
          <w:color w:val="000000"/>
        </w:rPr>
        <w:t>OH</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∴0.5在线段</w:t>
      </w:r>
      <w:r>
        <w:rPr>
          <w:rFonts w:ascii="Times New Roman" w:eastAsia="Times New Roman" w:hAnsi="Times New Roman" w:cs="Times New Roman"/>
          <w:i/>
          <w:color w:val="000000"/>
        </w:rPr>
        <w:t>OH</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OH</w:t>
      </w:r>
      <w:r>
        <w:rPr>
          <w:rFonts w:ascii="宋体" w:eastAsia="宋体" w:hAnsi="宋体" w:cs="宋体"/>
          <w:color w:val="000000"/>
        </w:rPr>
        <w:t>的最小值是0.5</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当向左平移时，</w:t>
      </w:r>
      <w:r>
        <w:pict>
          <v:shape id="_x0000_i708646" type="#_x0000_t75" alt="学科网(www.zxxk.com)--教育资源门户，提供试卷、教案、课件、论文、素材以及各类教学资源下载，还有大量而丰富的教学相关资讯！" style="width:15.05pt;height:13.95pt" o:oleicon="f" o:ole="">
            <v:imagedata r:id="rId2071" o:title="eqId12fe32dfbd66709875c5b9f79c9496da"/>
          </v:shape>
        </w:pict>
      </w:r>
      <w:r>
        <w:rPr>
          <w:rFonts w:ascii="宋体" w:eastAsia="宋体" w:hAnsi="宋体" w:cs="宋体"/>
          <w:color w:val="000000"/>
        </w:rPr>
        <w:t>表示的数是</w:t>
      </w:r>
      <w:r>
        <w:pict>
          <v:shape id="_x0000_i708647" type="#_x0000_t75" alt="学科网(www.zxxk.com)--教育资源门户，提供试卷、教案、课件、论文、素材以及各类教学资源下载，还有大量而丰富的教学相关资讯！" style="width:18pt;height:14.25pt" o:oleicon="f" o:ole="">
            <v:imagedata r:id="rId2072" o:title="eqIde727479f3c4dde9736a742ccc8e9cc7b"/>
          </v:shape>
        </w:pict>
      </w:r>
      <w:r>
        <w:rPr>
          <w:rFonts w:ascii="宋体" w:eastAsia="宋体" w:hAnsi="宋体" w:cs="宋体"/>
          <w:color w:val="000000"/>
        </w:rPr>
        <w:t>，</w:t>
      </w:r>
      <w:r>
        <w:pict>
          <v:shape id="_x0000_i708648" type="#_x0000_t75" alt="学科网(www.zxxk.com)--教育资源门户，提供试卷、教案、课件、论文、素材以及各类教学资源下载，还有大量而丰富的教学相关资讯！" style="width:13.95pt;height:13pt" o:oleicon="f" o:ole="">
            <v:imagedata r:id="rId2073" o:title="eqId3953cec61ac602ce5eb59b7912352179"/>
          </v:shape>
        </w:pict>
      </w:r>
      <w:r>
        <w:rPr>
          <w:rFonts w:ascii="宋体" w:eastAsia="宋体" w:hAnsi="宋体" w:cs="宋体"/>
          <w:color w:val="000000"/>
        </w:rPr>
        <w:t>表示的数是</w:t>
      </w:r>
      <w:r>
        <w:pict>
          <v:shape id="_x0000_i708649" type="#_x0000_t75" alt="学科网(www.zxxk.com)--教育资源门户，提供试卷、教案、课件、论文、素材以及各类教学资源下载，还有大量而丰富的教学相关资讯！" style="width:27.75pt;height:14.25pt" o:oleicon="f" o:ole="">
            <v:imagedata r:id="rId2074" o:title="eqId758a035fa5eade50c9efb23cbb956e51"/>
          </v:shape>
        </w:pict>
      </w:r>
    </w:p>
    <w:p>
      <w:pPr>
        <w:spacing w:line="360" w:lineRule="auto"/>
        <w:jc w:val="left"/>
        <w:textAlignment w:val="center"/>
        <w:rPr>
          <w:color w:val="000000"/>
        </w:rPr>
      </w:pPr>
      <w:r>
        <w:rPr>
          <w:rFonts w:ascii="宋体" w:eastAsia="宋体" w:hAnsi="宋体" w:cs="宋体"/>
          <w:color w:val="000000"/>
        </w:rPr>
        <w:t>线段</w:t>
      </w:r>
      <w:r>
        <w:pict>
          <v:shape id="_x0000_i708650" type="#_x0000_t75" alt="学科网(www.zxxk.com)--教育资源门户，提供试卷、教案、课件、论文、素材以及各类教学资源下载，还有大量而丰富的教学相关资讯！" style="width:24.2pt;height:13.95pt" o:oleicon="f" o:ole="">
            <v:imagedata r:id="rId2075" o:title="eqIdf6c1e8159b08a033a75580f669b8379d"/>
          </v:shape>
        </w:pict>
      </w:r>
      <w:r>
        <w:rPr>
          <w:rFonts w:ascii="宋体" w:eastAsia="宋体" w:hAnsi="宋体" w:cs="宋体"/>
          <w:color w:val="000000"/>
        </w:rPr>
        <w:t>的中点表示的数为</w:t>
      </w:r>
      <w:r>
        <w:pict>
          <v:shape id="_x0000_i708651" type="#_x0000_t75" alt="学科网(www.zxxk.com)--教育资源门户，提供试卷、教案、课件、论文、素材以及各类教学资源下载，还有大量而丰富的教学相关资讯！" style="width:35.25pt;height:30.75pt" o:oleicon="f" o:ole="">
            <v:imagedata r:id="rId2076" o:title="eqIdff60df2de54bd1c7d9f523a1f511bd49"/>
          </v:shape>
        </w:pict>
      </w:r>
      <w:r>
        <w:rPr>
          <w:rFonts w:ascii="宋体" w:eastAsia="宋体" w:hAnsi="宋体" w:cs="宋体"/>
          <w:color w:val="000000"/>
        </w:rPr>
        <w:t>,线段</w:t>
      </w:r>
      <w:r>
        <w:pict>
          <v:shape id="_x0000_i708652" type="#_x0000_t75" alt="学科网(www.zxxk.com)--教育资源门户，提供试卷、教案、课件、论文、素材以及各类教学资源下载，还有大量而丰富的教学相关资讯！" style="width:21.45pt;height:12.45pt" o:oleicon="f" o:ole="">
            <v:imagedata r:id="rId2077" o:title="eqId943712a5e96b16cc15d775cc4687237e"/>
          </v:shape>
        </w:pict>
      </w:r>
      <w:r>
        <w:rPr>
          <w:rFonts w:ascii="宋体" w:eastAsia="宋体" w:hAnsi="宋体" w:cs="宋体"/>
          <w:color w:val="000000"/>
        </w:rPr>
        <w:t>的中点表示的数为</w:t>
      </w:r>
      <w:r>
        <w:pict>
          <v:shape id="_x0000_i708653" type="#_x0000_t75" alt="学科网(www.zxxk.com)--教育资源门户，提供试卷、教案、课件、论文、素材以及各类教学资源下载，还有大量而丰富的教学相关资讯！" style="width:27pt;height:30.75pt" o:oleicon="f" o:ole="">
            <v:imagedata r:id="rId2078" o:title="eqId2ec3d977a985e4d4aaf52cdb454a9bd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8654" type="#_x0000_t75" alt="学科网(www.zxxk.com)--教育资源门户，提供试卷、教案、课件、论文、素材以及各类教学资源下载，还有大量而丰富的教学相关资讯！" style="width:15.05pt;height:13.95pt" o:oleicon="f" o:ole="">
            <v:imagedata r:id="rId2079" o:title="eqId12fe32dfbd66709875c5b9f79c9496da"/>
          </v:shape>
        </w:pic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'“中位对称”时，</w:t>
      </w:r>
    </w:p>
    <w:p>
      <w:pPr>
        <w:spacing w:line="360" w:lineRule="auto"/>
        <w:jc w:val="left"/>
        <w:textAlignment w:val="center"/>
        <w:rPr>
          <w:color w:val="000000"/>
        </w:rPr>
      </w:pPr>
      <w:r>
        <w:rPr>
          <w:rFonts w:ascii="宋体" w:eastAsia="宋体" w:hAnsi="宋体" w:cs="宋体"/>
          <w:color w:val="000000"/>
        </w:rPr>
        <w:t>∴线段</w:t>
      </w:r>
      <w:r>
        <w:pict>
          <v:shape id="_x0000_i708655" type="#_x0000_t75" alt="学科网(www.zxxk.com)--教育资源门户，提供试卷、教案、课件、论文、素材以及各类教学资源下载，还有大量而丰富的教学相关资讯！" style="width:24.2pt;height:13.95pt" o:oleicon="f" o:ole="">
            <v:imagedata r:id="rId2080" o:title="eqIdf6c1e8159b08a033a75580f669b8379d"/>
          </v:shape>
        </w:pict>
      </w:r>
      <w:r>
        <w:rPr>
          <w:rFonts w:ascii="宋体" w:eastAsia="宋体" w:hAnsi="宋体" w:cs="宋体"/>
          <w:color w:val="000000"/>
        </w:rPr>
        <w:t>的中点在</w:t>
      </w:r>
      <w:r>
        <w:pict>
          <v:shape id="_x0000_i708656" type="#_x0000_t75" alt="学科网(www.zxxk.com)--教育资源门户，提供试卷、教案、课件、论文、素材以及各类教学资源下载，还有大量而丰富的教学相关资讯！" style="width:24.75pt;height:14.25pt" o:oleicon="f" o:ole="">
            <v:imagedata r:id="rId2081" o:title="eqId6637859805b7b01f7a9a64771563406e"/>
          </v:shape>
        </w:pi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pict>
          <v:shape id="_x0000_i708657" type="#_x0000_t75" alt="学科网(www.zxxk.com)--教育资源门户，提供试卷、教案、课件、论文、素材以及各类教学资源下载，还有大量而丰富的教学相关资讯！" style="width:96.75pt;height:30.75pt" o:oleicon="f" o:ole="">
            <v:imagedata r:id="rId2082" o:title="eqId7cec0570629e56c2947b9058c2f387dc"/>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8658" type="#_x0000_t75" alt="学科网(www.zxxk.com)--教育资源门户，提供试卷、教案、课件、论文、素材以及各类教学资源下载，还有大量而丰富的教学相关资讯！" style="width:44.25pt;height:14.25pt" o:oleicon="f" o:ole="">
            <v:imagedata r:id="rId2083" o:title="eqId5d20a3ff18eabed4f4773c11478add76"/>
          </v:shape>
        </w:pict>
      </w:r>
    </w:p>
    <w:p>
      <w:pPr>
        <w:spacing w:line="360" w:lineRule="auto"/>
        <w:jc w:val="left"/>
        <w:textAlignment w:val="center"/>
        <w:rPr>
          <w:color w:val="000000"/>
        </w:rPr>
      </w:pPr>
      <w:r>
        <w:rPr>
          <w:rFonts w:ascii="宋体" w:eastAsia="宋体" w:hAnsi="宋体" w:cs="宋体"/>
          <w:color w:val="000000"/>
        </w:rPr>
        <w:t>当</w:t>
      </w:r>
      <w:r>
        <w:pict>
          <v:shape id="_x0000_i708659" type="#_x0000_t75" alt="学科网(www.zxxk.com)--教育资源门户，提供试卷、教案、课件、论文、素材以及各类教学资源下载，还有大量而丰富的教学相关资讯！" style="width:13.95pt;height:13pt" o:oleicon="f" o:ole="">
            <v:imagedata r:id="rId2084" o:title="eqId3953cec61ac602ce5eb59b7912352179"/>
          </v:shape>
        </w:pict>
      </w:r>
      <w:r>
        <w:rPr>
          <w:rFonts w:ascii="宋体" w:eastAsia="宋体" w:hAnsi="宋体" w:cs="宋体"/>
          <w:color w:val="000000"/>
        </w:rPr>
        <w:t>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'“中位对称”时，线段</w:t>
      </w:r>
      <w:r>
        <w:pict>
          <v:shape id="_x0000_i708660" type="#_x0000_t75" alt="学科网(www.zxxk.com)--教育资源门户，提供试卷、教案、课件、论文、素材以及各类教学资源下载，还有大量而丰富的教学相关资讯！" style="width:21.45pt;height:12.45pt" o:oleicon="f" o:ole="">
            <v:imagedata r:id="rId2085" o:title="eqId943712a5e96b16cc15d775cc4687237e"/>
          </v:shape>
        </w:pict>
      </w:r>
      <w:r>
        <w:rPr>
          <w:rFonts w:ascii="宋体" w:eastAsia="宋体" w:hAnsi="宋体" w:cs="宋体"/>
          <w:color w:val="000000"/>
        </w:rPr>
        <w:t>的中点在</w:t>
      </w:r>
      <w:r>
        <w:pict>
          <v:shape id="_x0000_i708661" type="#_x0000_t75" alt="学科网(www.zxxk.com)--教育资源门户，提供试卷、教案、课件、论文、素材以及各类教学资源下载，还有大量而丰富的教学相关资讯！" style="width:24.75pt;height:14.25pt" o:oleicon="f" o:ole="">
            <v:imagedata r:id="rId2086" o:title="eqId6637859805b7b01f7a9a64771563406e"/>
          </v:shape>
        </w:pic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pict>
          <v:shape id="_x0000_i708662" type="#_x0000_t75" alt="学科网(www.zxxk.com)--教育资源门户，提供试卷、教案、课件、论文、素材以及各类教学资源下载，还有大量而丰富的教学相关资讯！" style="width:89.25pt;height:30.75pt" o:oleicon="f" o:ole="">
            <v:imagedata r:id="rId2087" o:title="eqId70134153f52194b980446f869073635b"/>
          </v:shape>
        </w:pict>
      </w:r>
    </w:p>
    <w:p>
      <w:pPr>
        <w:spacing w:line="360" w:lineRule="auto"/>
        <w:jc w:val="left"/>
        <w:textAlignment w:val="center"/>
        <w:rPr>
          <w:color w:val="000000"/>
        </w:rPr>
      </w:pPr>
      <w:r>
        <w:rPr>
          <w:rFonts w:ascii="宋体" w:eastAsia="宋体" w:hAnsi="宋体" w:cs="宋体"/>
          <w:color w:val="000000"/>
        </w:rPr>
        <w:t>∴</w:t>
      </w:r>
      <w:r>
        <w:pict>
          <v:shape id="_x0000_i708663" type="#_x0000_t75" alt="学科网(www.zxxk.com)--教育资源门户，提供试卷、教案、课件、论文、素材以及各类教学资源下载，还有大量而丰富的教学相关资讯！" style="width:51.75pt;height:14.25pt" o:oleicon="f" o:ole="">
            <v:imagedata r:id="rId2088" o:title="eqId02b43944e5f5a50d8eba6ec892bebf29"/>
          </v:shape>
        </w:pic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'上（除端点外）的所有点都与点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'“中位对称”</w:t>
      </w:r>
    </w:p>
    <w:p>
      <w:pPr>
        <w:spacing w:line="360" w:lineRule="auto"/>
        <w:jc w:val="left"/>
        <w:textAlignment w:val="center"/>
        <w:rPr>
          <w:color w:val="000000"/>
        </w:rPr>
      </w:pPr>
      <w:r>
        <w:rPr>
          <w:rFonts w:ascii="宋体" w:eastAsia="宋体" w:hAnsi="宋体" w:cs="宋体"/>
          <w:color w:val="000000"/>
        </w:rPr>
        <w:t>∴当向左平移时，</w:t>
      </w:r>
      <w:r>
        <w:pict>
          <v:shape id="_x0000_i708664" type="#_x0000_t75" alt="学科网(www.zxxk.com)--教育资源门户，提供试卷、教案、课件、论文、素材以及各类教学资源下载，还有大量而丰富的教学相关资讯！" style="width:43.3pt;height:13.75pt" o:oleicon="f" o:ole="">
            <v:imagedata r:id="rId2089" o:title="eqId9ccff89c0f87dd230ff9e147623f70ed"/>
          </v:shape>
        </w:pict>
      </w:r>
    </w:p>
    <w:p>
      <w:pPr>
        <w:spacing w:line="360" w:lineRule="auto"/>
        <w:jc w:val="left"/>
        <w:textAlignment w:val="center"/>
        <w:rPr>
          <w:color w:val="000000"/>
        </w:rPr>
      </w:pPr>
      <w:r>
        <w:rPr>
          <w:rFonts w:ascii="宋体" w:eastAsia="宋体" w:hAnsi="宋体" w:cs="宋体"/>
          <w:color w:val="000000"/>
        </w:rPr>
        <w:t>同理，当向右平移时，</w:t>
      </w:r>
      <w:r>
        <w:rPr>
          <w:rFonts w:ascii="Times New Roman" w:eastAsia="Times New Roman" w:hAnsi="Times New Roman" w:cs="Times New Roman"/>
          <w:i/>
          <w:color w:val="000000"/>
        </w:rPr>
        <w:t>d</w:t>
      </w:r>
      <w:r>
        <w:rPr>
          <w:rFonts w:ascii="宋体" w:eastAsia="宋体" w:hAnsi="宋体" w:cs="宋体"/>
          <w:color w:val="000000"/>
        </w:rPr>
        <w:t>不存在</w:t>
      </w:r>
    </w:p>
    <w:p>
      <w:pPr>
        <w:spacing w:line="360" w:lineRule="auto"/>
        <w:jc w:val="left"/>
        <w:textAlignment w:val="center"/>
        <w:rPr>
          <w:color w:val="000000"/>
        </w:rPr>
      </w:pPr>
      <w:r>
        <w:rPr>
          <w:rFonts w:ascii="宋体" w:eastAsia="宋体" w:hAnsi="宋体" w:cs="宋体"/>
          <w:color w:val="000000"/>
        </w:rPr>
        <w:t>综上若线段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'上（除端点外）的所有点都与点</w:t>
      </w:r>
      <w:r>
        <w:rPr>
          <w:rFonts w:ascii="Times New Roman" w:eastAsia="Times New Roman" w:hAnsi="Times New Roman" w:cs="Times New Roman"/>
          <w:i/>
          <w:color w:val="000000"/>
        </w:rPr>
        <w:t>A</w:t>
      </w:r>
      <w:r>
        <w:rPr>
          <w:rFonts w:ascii="宋体" w:eastAsia="宋体" w:hAnsi="宋体" w:cs="宋体"/>
          <w:color w:val="000000"/>
        </w:rPr>
        <w:t>关于线段</w:t>
      </w:r>
      <w:r>
        <w:rPr>
          <w:rFonts w:ascii="Times New Roman" w:eastAsia="Times New Roman" w:hAnsi="Times New Roman" w:cs="Times New Roman"/>
          <w:i/>
          <w:color w:val="000000"/>
        </w:rPr>
        <w:t>O</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'“中位对称”</w:t>
      </w:r>
      <w:r>
        <w:pict>
          <v:shape id="_x0000_i708665" type="#_x0000_t75" alt="学科网(www.zxxk.com)--教育资源门户，提供试卷、教案、课件、论文、素材以及各类教学资源下载，还有大量而丰富的教学相关资讯！" style="width:43.3pt;height:13.75pt" o:oleicon="f" o:ole="">
            <v:imagedata r:id="rId2090" o:title="eqId9ccff89c0f87dd230ff9e147623f70ed"/>
          </v:shape>
        </w:pict>
      </w:r>
    </w:p>
    <w:p>
      <w:pPr>
        <w:spacing w:line="360" w:lineRule="auto"/>
        <w:jc w:val="left"/>
        <w:textAlignment w:val="center"/>
        <w:rPr>
          <w:color w:val="000000"/>
        </w:rPr>
        <w:sectPr w:rsidSect="00C321EB">
          <w:headerReference w:type="even" r:id="rId557"/>
          <w:footerReference w:type="even" r:id="rId558"/>
          <w:headerReference w:type="first" r:id="rId559"/>
          <w:footerReference w:type="first" r:id="rId560"/>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本题考查数轴上的动点问题，解题的关键是根据“中位对称”的定义进行解题，同时熟记数轴上中点公式也是解题的关键点．</w:t>
      </w:r>
    </w:p>
    <w:p>
      <w:pPr>
        <w:pStyle w:val="Heading2"/>
      </w:pPr>
      <w:r>
        <w:t>大兴区</w:t>
      </w:r>
    </w:p>
    <w:p>
      <w:pPr>
        <w:spacing w:line="360" w:lineRule="auto"/>
        <w:jc w:val="left"/>
        <w:textAlignment w:val="center"/>
        <w:rPr>
          <w:color w:val="000000"/>
        </w:rPr>
      </w:pPr>
      <w:r>
        <w:rPr>
          <w:color w:val="000000"/>
        </w:rPr>
        <w:t xml:space="preserve">27. </w:t>
      </w:r>
      <w:r>
        <w:rPr>
          <w:rFonts w:ascii="宋体" w:eastAsia="宋体" w:hAnsi="宋体" w:cs="宋体"/>
          <w:color w:val="000000"/>
        </w:rPr>
        <w:t>定义一种新运算</w:t>
      </w:r>
      <w:r>
        <w:pict>
          <v:shape id="_x0000_i708666" type="#_x0000_t75" alt="学科网(www.zxxk.com)--教育资源门户，提供试卷、教案、课件、论文、素材以及各类教学资源下载，还有大量而丰富的教学相关资讯！" style="width:12.35pt;height:12.35pt" o:oleicon="f" o:ole="">
            <v:imagedata r:id="rId2091" o:title="eqIdebf060b0e6337536ccf7be08525dd235"/>
          </v:shape>
        </w:pict>
      </w:r>
      <w:r>
        <w:rPr>
          <w:rFonts w:ascii="宋体" w:eastAsia="宋体" w:hAnsi="宋体" w:cs="宋体"/>
          <w:color w:val="000000"/>
        </w:rPr>
        <w:t>：对于任意有理数</w:t>
      </w:r>
      <w:r>
        <w:rPr>
          <w:rFonts w:ascii="Times New Roman" w:eastAsia="Times New Roman" w:hAnsi="Times New Roman" w:cs="Times New Roman"/>
          <w:i/>
          <w:color w:val="000000"/>
        </w:rPr>
        <w:t>x</w:t>
      </w:r>
      <w:r>
        <w:rPr>
          <w:rFonts w:ascii="宋体" w:eastAsia="宋体" w:hAnsi="宋体" w:cs="宋体"/>
          <w:color w:val="000000"/>
        </w:rPr>
        <w:t>和</w:t>
      </w:r>
      <w:r>
        <w:rPr>
          <w:rFonts w:ascii="Times New Roman" w:eastAsia="Times New Roman" w:hAnsi="Times New Roman" w:cs="Times New Roman"/>
          <w:i/>
          <w:color w:val="000000"/>
        </w:rPr>
        <w:t>y</w:t>
      </w:r>
      <w:r>
        <w:rPr>
          <w:rFonts w:ascii="宋体" w:eastAsia="宋体" w:hAnsi="宋体" w:cs="宋体"/>
          <w:color w:val="000000"/>
        </w:rPr>
        <w:t>，有</w:t>
      </w:r>
      <w:r>
        <w:pict>
          <v:shape id="_x0000_i708667" type="#_x0000_t75" alt="学科网(www.zxxk.com)--教育资源门户，提供试卷、教案、课件、论文、素材以及各类教学资源下载，还有大量而丰富的教学相关资讯！" style="width:98pt;height:15.95pt" o:oleicon="f" o:ole="">
            <v:imagedata r:id="rId2092" o:title="eqIdb52090f7de63493cdd6d2e2e545eb7d9"/>
          </v:shape>
        </w:pic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为常数且</w:t>
      </w:r>
      <w:r>
        <w:pict>
          <v:shape id="_x0000_i708668" type="#_x0000_t75" alt="学科网(www.zxxk.com)--教育资源门户，提供试卷、教案、课件、论文、素材以及各类教学资源下载，还有大量而丰富的教学相关资讯！" style="width:37pt;height:13.95pt" o:oleicon="f" o:ole="">
            <v:imagedata r:id="rId2093" o:title="eqId343dc2efff2e4a23640d96272d51c550"/>
          </v:shape>
        </w:pict>
      </w:r>
      <w:r>
        <w:rPr>
          <w:rFonts w:ascii="宋体" w:eastAsia="宋体" w:hAnsi="宋体" w:cs="宋体"/>
          <w:color w:val="000000"/>
        </w:rPr>
        <w:t>），如：</w:t>
      </w:r>
      <w:r>
        <w:pict>
          <v:shape id="_x0000_i708669" type="#_x0000_t75" alt="学科网(www.zxxk.com)--教育资源门户，提供试卷、教案、课件、论文、素材以及各类教学资源下载，还有大量而丰富的教学相关资讯！" style="width:171.85pt;height:14.1pt" o:oleicon="f" o:ole="">
            <v:imagedata r:id="rId2094" o:title="eqIdc6b8e67b54c85b4595f6a40b5ff9dee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pict>
          <v:shape id="_x0000_i708670" type="#_x0000_t75" alt="学科网(www.zxxk.com)--教育资源门户，提供试卷、教案、课件、论文、素材以及各类教学资源下载，还有大量而丰富的教学相关资讯！" style="width:30.05pt;height:31.2pt" o:oleicon="f" o:ole="">
            <v:imagedata r:id="rId2095" o:title="eqIdb3c3bd96e9e42df3c12ff6ac3accdd27"/>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（用含有</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②若</w:t>
      </w:r>
      <w:r>
        <w:pict>
          <v:shape id="_x0000_i708671" type="#_x0000_t75" alt="学科网(www.zxxk.com)--教育资源门户，提供试卷、教案、课件、论文、素材以及各类教学资源下载，还有大量而丰富的教学相关资讯！" style="width:47.15pt;height:31.2pt" o:oleicon="f" o:ole="">
            <v:imagedata r:id="rId2096" o:title="eqId2f15c5c7d7374cd902f14ea11b1321bf"/>
          </v:shape>
        </w:pict>
      </w:r>
      <w:r>
        <w:rPr>
          <w:rFonts w:ascii="宋体" w:eastAsia="宋体" w:hAnsi="宋体" w:cs="宋体"/>
          <w:color w:val="000000"/>
        </w:rPr>
        <w:t>，求</w:t>
      </w:r>
      <w:r>
        <w:rPr>
          <w:rFonts w:ascii="Times New Roman" w:eastAsia="Times New Roman" w:hAnsi="Times New Roman" w:cs="Times New Roman"/>
          <w:color w:val="000000"/>
        </w:rPr>
        <w:t>1</w:t>
      </w:r>
      <w:r>
        <w:pict>
          <v:shape id="_x0000_i708672" type="#_x0000_t75" alt="学科网(www.zxxk.com)--教育资源门户，提供试卷、教案、课件、论文、素材以及各类教学资源下载，还有大量而丰富的教学相关资讯！" style="width:12.35pt;height:12.35pt" o:oleicon="f" o:ole="">
            <v:imagedata r:id="rId2097" o:title="eqIdebf060b0e6337536ccf7be08525dd235"/>
          </v:shape>
        </w:pict>
      </w:r>
      <w:r>
        <w:rPr>
          <w:rFonts w:ascii="Times New Roman" w:eastAsia="Times New Roman" w:hAnsi="Times New Roman" w:cs="Times New Roman"/>
          <w:color w:val="000000"/>
        </w:rPr>
        <w:t>4</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）请你写出一组</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的值，使得对于任意有理数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pict>
          <v:shape id="_x0000_i708673" type="#_x0000_t75" alt="学科网(www.zxxk.com)--教育资源门户，提供试卷、教案、课件、论文、素材以及各类教学资源下载，还有大量而丰富的教学相关资讯！" style="width:62pt;height:15.95pt" o:oleicon="f" o:ole="">
            <v:imagedata r:id="rId2098" o:title="eqId0fef13cd4df9745a37dd5715285c0fc9"/>
          </v:shape>
        </w:pict>
      </w:r>
      <w:r>
        <w:rPr>
          <w:rFonts w:ascii="宋体" w:eastAsia="宋体" w:hAnsi="宋体" w:cs="宋体"/>
          <w:color w:val="000000"/>
        </w:rPr>
        <w:t>均成立．</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pict>
          <v:shape id="_x0000_i708674" type="#_x0000_t75" alt="学科网(www.zxxk.com)--教育资源门户，提供试卷、教案、课件、论文、素材以及各类教学资源下载，还有大量而丰富的教学相关资讯！" style="width:59pt;height:31pt" o:oleicon="f" o:ole="">
            <v:imagedata r:id="rId2099" o:title="eqIda760da7ed428aa7d30f02d606ee3d30d"/>
          </v:shape>
        </w:pict>
      </w:r>
      <w:r>
        <w:rPr>
          <w:rFonts w:ascii="宋体" w:eastAsia="宋体" w:hAnsi="宋体" w:cs="宋体"/>
          <w:color w:val="000000"/>
        </w:rPr>
        <w:t>；②</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（答案不唯一）</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）①直接根据新定义写出结果即可；</w:t>
      </w:r>
    </w:p>
    <w:p>
      <w:pPr>
        <w:spacing w:line="360" w:lineRule="auto"/>
        <w:jc w:val="left"/>
        <w:textAlignment w:val="center"/>
        <w:rPr>
          <w:color w:val="000000"/>
        </w:rPr>
      </w:pPr>
      <w:r>
        <w:rPr>
          <w:rFonts w:ascii="宋体" w:eastAsia="宋体" w:hAnsi="宋体" w:cs="宋体"/>
          <w:color w:val="000000"/>
        </w:rPr>
        <w:t>②先根据</w:t>
      </w:r>
      <w:r>
        <w:pict>
          <v:shape id="_x0000_i708675" type="#_x0000_t75" alt="学科网(www.zxxk.com)--教育资源门户，提供试卷、教案、课件、论文、素材以及各类教学资源下载，还有大量而丰富的教学相关资讯！" style="width:47.15pt;height:31.2pt" o:oleicon="f" o:ole="">
            <v:imagedata r:id="rId2100" o:title="eqId2f15c5c7d7374cd902f14ea11b1321bf"/>
          </v:shape>
        </w:pict>
      </w:r>
      <w:r>
        <w:rPr>
          <w:rFonts w:ascii="宋体" w:eastAsia="宋体" w:hAnsi="宋体" w:cs="宋体"/>
          <w:color w:val="000000"/>
        </w:rPr>
        <w:t>求出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的关系，然后再求</w:t>
      </w:r>
      <w:r>
        <w:rPr>
          <w:rFonts w:ascii="Times New Roman" w:eastAsia="Times New Roman" w:hAnsi="Times New Roman" w:cs="Times New Roman"/>
          <w:color w:val="000000"/>
        </w:rPr>
        <w:t>1</w:t>
      </w:r>
      <w:r>
        <w:pict>
          <v:shape id="_x0000_i708676" type="#_x0000_t75" alt="学科网(www.zxxk.com)--教育资源门户，提供试卷、教案、课件、论文、素材以及各类教学资源下载，还有大量而丰富的教学相关资讯！" style="width:12.35pt;height:12.35pt" o:oleicon="f" o:ole="">
            <v:imagedata r:id="rId2101" o:title="eqIdebf060b0e6337536ccf7be08525dd235"/>
          </v:shape>
        </w:pict>
      </w:r>
      <w:r>
        <w:rPr>
          <w:rFonts w:ascii="Times New Roman" w:eastAsia="Times New Roman" w:hAnsi="Times New Roman" w:cs="Times New Roman"/>
          <w:color w:val="000000"/>
        </w:rPr>
        <w:t>4</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pict>
          <v:shape id="_x0000_i708677" type="#_x0000_t75" alt="学科网(www.zxxk.com)--教育资源门户，提供试卷、教案、课件、论文、素材以及各类教学资源下载，还有大量而丰富的教学相关资讯！" style="width:62pt;height:15.95pt" o:oleicon="f" o:ole="">
            <v:imagedata r:id="rId2102" o:title="eqId0fef13cd4df9745a37dd5715285c0fc9"/>
          </v:shape>
        </w:pict>
      </w:r>
      <w:r>
        <w:rPr>
          <w:rFonts w:ascii="宋体" w:eastAsia="宋体" w:hAnsi="宋体" w:cs="宋体"/>
          <w:color w:val="000000"/>
        </w:rPr>
        <w:t>得出含</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的等式，然后根据结果对于任意有理数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都成立可求出</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w:t>
      </w:r>
      <w:r>
        <w:pict>
          <v:shape id="_x0000_i708678" type="#_x0000_t75" alt="学科网(www.zxxk.com)--教育资源门户，提供试卷、教案、课件、论文、素材以及各类教学资源下载，还有大量而丰富的教学相关资讯！" style="width:98pt;height:15.95pt" o:oleicon="f" o:ole="">
            <v:imagedata r:id="rId2103" o:title="eqIdb52090f7de63493cdd6d2e2e545eb7d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679" type="#_x0000_t75" alt="学科网(www.zxxk.com)--教育资源门户，提供试卷、教案、课件、论文、素材以及各类教学资源下载，还有大量而丰富的教学相关资讯！" style="width:30.05pt;height:31.2pt" o:oleicon="f" o:ole="">
            <v:imagedata r:id="rId2104" o:title="eqIdb3c3bd96e9e42df3c12ff6ac3accdd27"/>
          </v:shape>
        </w:pict>
      </w:r>
      <w:r>
        <w:rPr>
          <w:rFonts w:ascii="Times New Roman" w:eastAsia="Times New Roman" w:hAnsi="Times New Roman" w:cs="Times New Roman"/>
          <w:color w:val="000000"/>
        </w:rPr>
        <w:t>=</w:t>
      </w:r>
      <w:r>
        <w:pict>
          <v:shape id="_x0000_i708680" type="#_x0000_t75" alt="学科网(www.zxxk.com)--教育资源门户，提供试卷、教案、课件、论文、素材以及各类教学资源下载，还有大量而丰富的教学相关资讯！" style="width:59pt;height:31pt" o:oleicon="f" o:ole="">
            <v:imagedata r:id="rId2105" o:title="eqIda760da7ed428aa7d30f02d606ee3d30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8681" type="#_x0000_t75" alt="学科网(www.zxxk.com)--教育资源门户，提供试卷、教案、课件、论文、素材以及各类教学资源下载，还有大量而丰富的教学相关资讯！" style="width:59pt;height:31pt" o:oleicon="f" o:ole="">
            <v:imagedata r:id="rId2106" o:title="eqIda760da7ed428aa7d30f02d606ee3d30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08682" type="#_x0000_t75" alt="学科网(www.zxxk.com)--教育资源门户，提供试卷、教案、课件、论文、素材以及各类教学资源下载，还有大量而丰富的教学相关资讯！" style="width:47.15pt;height:31.2pt" o:oleicon="f" o:ole="">
            <v:imagedata r:id="rId2107" o:title="eqId2f15c5c7d7374cd902f14ea11b1321b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683" type="#_x0000_t75" alt="学科网(www.zxxk.com)--教育资源门户，提供试卷、教案、课件、论文、素材以及各类教学资源下载，还有大量而丰富的教学相关资讯！" style="width:59pt;height:31pt" o:oleicon="f" o:ole="">
            <v:imagedata r:id="rId2108" o:title="eqIda760da7ed428aa7d30f02d606ee3d30d"/>
          </v:shape>
        </w:pic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684" type="#_x0000_t75" alt="学科网(www.zxxk.com)--教育资源门户，提供试卷、教案、课件、论文、素材以及各类教学资源下载，还有大量而丰富的教学相关资讯！" style="width:65pt;height:14pt" o:oleicon="f" o:ole="">
            <v:imagedata r:id="rId2109" o:title="eqId42e8924e3d417e6a6a2dcfd452c59f9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685" type="#_x0000_t75" alt="学科网(www.zxxk.com)--教育资源门户，提供试卷、教案、课件、论文、素材以及各类教学资源下载，还有大量而丰富的教学相关资讯！" style="width:49pt;height:14pt" o:oleicon="f" o:ole="">
            <v:imagedata r:id="rId2110" o:title="eqId3d99f28727e3d69a99a3a9ae42f833d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pict>
          <v:shape id="_x0000_i708686" type="#_x0000_t75" alt="学科网(www.zxxk.com)--教育资源门户，提供试卷、教案、课件、论文、素材以及各类教学资源下载，还有大量而丰富的教学相关资讯！" style="width:12.35pt;height:12.35pt" o:oleicon="f" o:ole="">
            <v:imagedata r:id="rId2111" o:title="eqIdebf060b0e6337536ccf7be08525dd235"/>
          </v:shape>
        </w:pict>
      </w:r>
      <w:r>
        <w:rPr>
          <w:rFonts w:ascii="Times New Roman" w:eastAsia="Times New Roman" w:hAnsi="Times New Roman" w:cs="Times New Roman"/>
          <w:color w:val="000000"/>
        </w:rPr>
        <w:t>4=</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Times New Roman" w:eastAsia="Times New Roman" w:hAnsi="Times New Roman" w:cs="Times New Roman"/>
          <w:i/>
          <w:color w:val="000000"/>
        </w:rPr>
        <w:t>n</w:t>
      </w:r>
      <w:r>
        <w:rPr>
          <w:rFonts w:ascii="Times New Roman" w:eastAsia="Times New Roman" w:hAnsi="Times New Roman" w:cs="Times New Roman"/>
          <w:color w:val="000000"/>
        </w:rPr>
        <w:t>+4=4+4=8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rPr>
        <w:t>-</w:t>
      </w:r>
      <w:r>
        <w:rPr>
          <w:rFonts w:ascii="Times New Roman" w:eastAsia="Times New Roman" w:hAnsi="Times New Roman" w:cs="Times New Roman"/>
          <w:i/>
          <w:color w:val="000000"/>
        </w:rPr>
        <w:t>ny</w:t>
      </w:r>
      <w:r>
        <w:rPr>
          <w:rFonts w:ascii="Times New Roman" w:eastAsia="Times New Roman" w:hAnsi="Times New Roman" w:cs="Times New Roman"/>
          <w:color w:val="000000"/>
        </w:rPr>
        <w:t>+</w:t>
      </w:r>
      <w:r>
        <w:rPr>
          <w:rFonts w:ascii="Times New Roman" w:eastAsia="Times New Roman" w:hAnsi="Times New Roman" w:cs="Times New Roman"/>
          <w:i/>
          <w:color w:val="000000"/>
        </w:rPr>
        <w:t>xy</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my</w:t>
      </w:r>
      <w:r>
        <w:rPr>
          <w:rFonts w:ascii="Times New Roman" w:eastAsia="Times New Roman" w:hAnsi="Times New Roman" w:cs="Times New Roman"/>
          <w:color w:val="000000"/>
        </w:rPr>
        <w:t>-</w:t>
      </w:r>
      <w:r>
        <w:rPr>
          <w:rFonts w:ascii="Times New Roman" w:eastAsia="Times New Roman" w:hAnsi="Times New Roman" w:cs="Times New Roman"/>
          <w:i/>
          <w:color w:val="000000"/>
        </w:rPr>
        <w:t>nx</w:t>
      </w:r>
      <w:r>
        <w:rPr>
          <w:rFonts w:ascii="Times New Roman" w:eastAsia="Times New Roman" w:hAnsi="Times New Roman" w:cs="Times New Roman"/>
          <w:color w:val="000000"/>
        </w:rPr>
        <w:t>+</w:t>
      </w:r>
      <w:r>
        <w:rPr>
          <w:rFonts w:ascii="Times New Roman" w:eastAsia="Times New Roman" w:hAnsi="Times New Roman" w:cs="Times New Roman"/>
          <w:i/>
          <w:color w:val="000000"/>
        </w:rPr>
        <w:t>xy</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687" type="#_x0000_t75" alt="学科网(www.zxxk.com)--教育资源门户，提供试卷、教案、课件、论文、素材以及各类教学资源下载，还有大量而丰富的教学相关资讯！" style="width:62pt;height:15.95pt" o:oleicon="f" o:ole="">
            <v:imagedata r:id="rId2112" o:title="eqId0fef13cd4df9745a37dd5715285c0fc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rPr>
        <w:t>-</w:t>
      </w:r>
      <w:r>
        <w:rPr>
          <w:rFonts w:ascii="Times New Roman" w:eastAsia="Times New Roman" w:hAnsi="Times New Roman" w:cs="Times New Roman"/>
          <w:i/>
          <w:color w:val="000000"/>
        </w:rPr>
        <w:t>ny</w:t>
      </w:r>
      <w:r>
        <w:rPr>
          <w:rFonts w:ascii="Times New Roman" w:eastAsia="Times New Roman" w:hAnsi="Times New Roman" w:cs="Times New Roman"/>
          <w:color w:val="000000"/>
        </w:rPr>
        <w:t>+</w:t>
      </w:r>
      <w:r>
        <w:rPr>
          <w:rFonts w:ascii="Times New Roman" w:eastAsia="Times New Roman" w:hAnsi="Times New Roman" w:cs="Times New Roman"/>
          <w:i/>
          <w:color w:val="000000"/>
        </w:rPr>
        <w:t>xy</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my</w:t>
      </w:r>
      <w:r>
        <w:rPr>
          <w:rFonts w:ascii="Times New Roman" w:eastAsia="Times New Roman" w:hAnsi="Times New Roman" w:cs="Times New Roman"/>
          <w:color w:val="000000"/>
        </w:rPr>
        <w:t>-</w:t>
      </w:r>
      <w:r>
        <w:rPr>
          <w:rFonts w:ascii="Times New Roman" w:eastAsia="Times New Roman" w:hAnsi="Times New Roman" w:cs="Times New Roman"/>
          <w:i/>
          <w:color w:val="000000"/>
        </w:rPr>
        <w:t>nx</w:t>
      </w:r>
      <w:r>
        <w:rPr>
          <w:rFonts w:ascii="Times New Roman" w:eastAsia="Times New Roman" w:hAnsi="Times New Roman" w:cs="Times New Roman"/>
          <w:color w:val="000000"/>
        </w:rPr>
        <w:t>+</w:t>
      </w:r>
      <w:r>
        <w:rPr>
          <w:rFonts w:ascii="Times New Roman" w:eastAsia="Times New Roman" w:hAnsi="Times New Roman" w:cs="Times New Roman"/>
          <w:i/>
          <w:color w:val="000000"/>
        </w:rPr>
        <w:t>xy</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mx</w:t>
      </w:r>
      <w:r>
        <w:rPr>
          <w:rFonts w:ascii="Times New Roman" w:eastAsia="Times New Roman" w:hAnsi="Times New Roman" w:cs="Times New Roman"/>
          <w:color w:val="000000"/>
        </w:rPr>
        <w:t>-</w:t>
      </w:r>
      <w:r>
        <w:rPr>
          <w:rFonts w:ascii="Times New Roman" w:eastAsia="Times New Roman" w:hAnsi="Times New Roman" w:cs="Times New Roman"/>
          <w:i/>
          <w:color w:val="000000"/>
        </w:rPr>
        <w:t>ny</w:t>
      </w:r>
      <w:r>
        <w:rPr>
          <w:rFonts w:ascii="Times New Roman" w:eastAsia="Times New Roman" w:hAnsi="Times New Roman" w:cs="Times New Roman"/>
          <w:color w:val="000000"/>
        </w:rPr>
        <w:t xml:space="preserve"> – </w:t>
      </w:r>
      <w:r>
        <w:rPr>
          <w:rFonts w:ascii="Times New Roman" w:eastAsia="Times New Roman" w:hAnsi="Times New Roman" w:cs="Times New Roman"/>
          <w:i/>
          <w:color w:val="000000"/>
        </w:rPr>
        <w:t>my</w:t>
      </w:r>
      <w:r>
        <w:rPr>
          <w:rFonts w:ascii="Times New Roman" w:eastAsia="Times New Roman" w:hAnsi="Times New Roman" w:cs="Times New Roman"/>
          <w:color w:val="000000"/>
        </w:rPr>
        <w:t>+</w:t>
      </w:r>
      <w:r>
        <w:rPr>
          <w:rFonts w:ascii="Times New Roman" w:eastAsia="Times New Roman" w:hAnsi="Times New Roman" w:cs="Times New Roman"/>
          <w:i/>
          <w:color w:val="000000"/>
        </w:rPr>
        <w:t>nx</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Times New Roman" w:eastAsia="Times New Roman" w:hAnsi="Times New Roman" w:cs="Times New Roman"/>
          <w:i/>
          <w:color w:val="000000"/>
        </w:rPr>
        <w:t>y</w:t>
      </w:r>
      <w:r>
        <w:rPr>
          <w:rFonts w:ascii="Times New Roman" w:eastAsia="Times New Roman" w:hAnsi="Times New Roman" w:cs="Times New Roman"/>
          <w:color w:val="000000"/>
        </w:rPr>
        <w:t>)=0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Times New Roman" w:eastAsia="Times New Roman" w:hAnsi="Times New Roman" w:cs="Times New Roman"/>
          <w:i/>
          <w:color w:val="000000"/>
        </w:rPr>
        <w:t>n</w:t>
      </w:r>
      <w:r>
        <w:rPr>
          <w:rFonts w:ascii="宋体" w:eastAsia="宋体" w:hAnsi="宋体" w:cs="宋体"/>
          <w:color w:val="000000"/>
        </w:rPr>
        <w:t>时，对于任意有理数</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pict>
          <v:shape id="_x0000_i708688" type="#_x0000_t75" alt="学科网(www.zxxk.com)--教育资源门户，提供试卷、教案、课件、论文、素材以及各类教学资源下载，还有大量而丰富的教学相关资讯！" style="width:62pt;height:15.95pt" o:oleicon="f" o:ole="">
            <v:imagedata r:id="rId2113" o:title="eqId0fef13cd4df9745a37dd5715285c0fc9"/>
          </v:shape>
        </w:pict>
      </w:r>
      <w:r>
        <w:rPr>
          <w:rFonts w:ascii="宋体" w:eastAsia="宋体" w:hAnsi="宋体" w:cs="宋体"/>
          <w:color w:val="000000"/>
        </w:rPr>
        <w:t>均成立，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的值可以是</w:t>
      </w:r>
      <w:r>
        <w:rPr>
          <w:rFonts w:ascii="Times New Roman" w:eastAsia="Times New Roman" w:hAnsi="Times New Roman" w:cs="Times New Roman"/>
          <w:i/>
          <w:color w:val="000000"/>
        </w:rPr>
        <w:t>m</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=1</w:t>
      </w:r>
      <w:r>
        <w:rPr>
          <w:rFonts w:ascii="宋体" w:eastAsia="宋体" w:hAnsi="宋体" w:cs="宋体"/>
          <w:color w:val="000000"/>
        </w:rPr>
        <w:t>（答案不唯一）．</w:t>
      </w:r>
    </w:p>
    <w:p>
      <w:pPr>
        <w:spacing w:line="360" w:lineRule="auto"/>
        <w:jc w:val="left"/>
        <w:textAlignment w:val="center"/>
        <w:rPr>
          <w:color w:val="000000"/>
        </w:rPr>
      </w:pPr>
      <w:r>
        <w:rPr>
          <w:color w:val="000000"/>
        </w:rPr>
        <w:t>【点睛】</w:t>
      </w:r>
      <w:r>
        <w:rPr>
          <w:rFonts w:ascii="宋体" w:eastAsia="宋体" w:hAnsi="宋体" w:cs="宋体"/>
          <w:color w:val="000000"/>
        </w:rPr>
        <w:t>本题考查了新定义，整体代入法求代数式的值，以及整式的加减无关型等知识，明确新定义的运算方式是解答本题的关键．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已知</w:t>
      </w:r>
      <w:r>
        <w:pict>
          <v:shape id="_x0000_i708689" type="#_x0000_t75" alt="学科网(www.zxxk.com)--教育资源门户，提供试卷、教案、课件、论文、素材以及各类教学资源下载，还有大量而丰富的教学相关资讯！" style="width:65.25pt;height:12.75pt" o:oleicon="f" o:ole="">
            <v:imagedata r:id="rId2114" o:title="eqIdac144685e50009fa7c9233d85e8bd85b"/>
          </v:shape>
        </w:pict>
      </w:r>
      <w:r>
        <w:rPr>
          <w:rFonts w:ascii="宋体" w:eastAsia="宋体" w:hAnsi="宋体" w:cs="宋体"/>
          <w:color w:val="000000"/>
        </w:rPr>
        <w:t>，</w:t>
      </w:r>
      <w:r>
        <w:pict>
          <v:shape id="_x0000_i708690" type="#_x0000_t75" alt="学科网(www.zxxk.com)--教育资源门户，提供试卷、教案、课件、论文、素材以及各类教学资源下载，还有大量而丰富的教学相关资讯！" style="width:65.25pt;height:14.25pt" o:oleicon="f" o:ole="">
            <v:imagedata r:id="rId2115" o:title="eqIddc1eb76fe74cba30f7cbcde349ba80da"/>
          </v:shape>
        </w:pict>
      </w:r>
      <w:r>
        <w:rPr>
          <w:rFonts w:ascii="宋体" w:eastAsia="宋体" w:hAnsi="宋体" w:cs="宋体"/>
          <w:color w:val="000000"/>
        </w:rPr>
        <w:t>，</w:t>
      </w:r>
      <w:r>
        <w:rPr>
          <w:rFonts w:ascii="Times New Roman" w:eastAsia="Times New Roman" w:hAnsi="Times New Roman" w:cs="Times New Roman"/>
          <w:i/>
          <w:color w:val="000000"/>
        </w:rPr>
        <w:t>OC</w:t>
      </w:r>
      <w:r>
        <w:rPr>
          <w:rFonts w:ascii="宋体" w:eastAsia="宋体" w:hAnsi="宋体" w:cs="宋体"/>
          <w:color w:val="000000"/>
        </w:rPr>
        <w:t>平分∠</w:t>
      </w:r>
      <w:r>
        <w:rPr>
          <w:rFonts w:ascii="Times New Roman" w:eastAsia="Times New Roman" w:hAnsi="Times New Roman" w:cs="Times New Roman"/>
          <w:i/>
          <w:color w:val="000000"/>
        </w:rPr>
        <w:t>AON</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，射线</w:t>
      </w:r>
      <w:r>
        <w:pict>
          <v:shape id="_x0000_i708691" type="#_x0000_t75" alt="学科网(www.zxxk.com)--教育资源门户，提供试卷、教案、课件、论文、素材以及各类教学资源下载，还有大量而丰富的教学相关资讯！" style="width:18.85pt;height:14pt" o:oleicon="f" o:ole="">
            <v:imagedata r:id="rId2116" o:title="eqIdef4113c492885ba7c47fe42ac792578f"/>
          </v:shape>
        </w:pict>
      </w:r>
      <w:r>
        <w:rPr>
          <w:rFonts w:ascii="宋体" w:eastAsia="宋体" w:hAnsi="宋体" w:cs="宋体"/>
          <w:color w:val="000000"/>
        </w:rPr>
        <w:t>与射线</w:t>
      </w:r>
      <w:r>
        <w:rPr>
          <w:rFonts w:ascii="Times New Roman" w:eastAsia="Times New Roman" w:hAnsi="Times New Roman" w:cs="Times New Roman"/>
          <w:i/>
          <w:color w:val="000000"/>
        </w:rPr>
        <w:t>OB</w:t>
      </w:r>
      <w:r>
        <w:rPr>
          <w:rFonts w:ascii="宋体" w:eastAsia="宋体" w:hAnsi="宋体" w:cs="宋体"/>
          <w:color w:val="000000"/>
        </w:rPr>
        <w:t>均在∠</w:t>
      </w:r>
      <w:r>
        <w:rPr>
          <w:rFonts w:ascii="Times New Roman" w:eastAsia="Times New Roman" w:hAnsi="Times New Roman" w:cs="Times New Roman"/>
          <w:i/>
          <w:color w:val="000000"/>
        </w:rPr>
        <w:t>MON</w:t>
      </w:r>
      <w:r>
        <w:rPr>
          <w:rFonts w:ascii="宋体" w:eastAsia="宋体" w:hAnsi="宋体" w:cs="宋体"/>
          <w:color w:val="000000"/>
        </w:rPr>
        <w:t>的内部．</w:t>
      </w:r>
    </w:p>
    <w:p>
      <w:pPr>
        <w:spacing w:line="360" w:lineRule="auto"/>
        <w:jc w:val="left"/>
        <w:textAlignment w:val="center"/>
        <w:rPr>
          <w:color w:val="000000"/>
        </w:rPr>
      </w:pPr>
      <w:r>
        <w:rPr>
          <w:rFonts w:ascii="宋体" w:eastAsia="宋体" w:hAnsi="宋体" w:cs="宋体"/>
          <w:color w:val="000000"/>
        </w:rPr>
        <w:t>①若</w:t>
      </w:r>
      <w:r>
        <w:pict>
          <v:shape id="_x0000_i708692"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2117" o:title="eqId3ebc36a91cb41c867d7519b655b1ab88"/>
          </v:shape>
        </w:pict>
      </w:r>
      <w:r>
        <w:rPr>
          <w:rFonts w:ascii="宋体" w:eastAsia="宋体" w:hAnsi="宋体" w:cs="宋体"/>
          <w:color w:val="000000"/>
        </w:rPr>
        <w:t>，∠</w:t>
      </w:r>
      <w:r>
        <w:rPr>
          <w:rFonts w:ascii="Times New Roman" w:eastAsia="Times New Roman" w:hAnsi="Times New Roman" w:cs="Times New Roman"/>
          <w:i/>
          <w:color w:val="000000"/>
        </w:rPr>
        <w:t>MOA</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w:t>
      </w:r>
      <w:r>
        <w:pict>
          <v:shape id="_x0000_i708693" type="#_x0000_t75" alt="学科网(www.zxxk.com)--教育资源门户，提供试卷、教案、课件、论文、素材以及各类教学资源下载，还有大量而丰富的教学相关资讯！" style="width:58.2pt;height:14.4pt" o:oleicon="f" o:ole="">
            <v:imagedata r:id="rId2118" o:title="eqIdfcbec8352ce3dbfbf3b173045d0ba8f2"/>
          </v:shape>
        </w:pict>
      </w:r>
      <w:r>
        <w:rPr>
          <w:rFonts w:ascii="宋体" w:eastAsia="宋体" w:hAnsi="宋体" w:cs="宋体"/>
          <w:color w:val="000000"/>
        </w:rPr>
        <w:t>，直接写出∠</w:t>
      </w:r>
      <w:r>
        <w:rPr>
          <w:rFonts w:ascii="Times New Roman" w:eastAsia="Times New Roman" w:hAnsi="Times New Roman" w:cs="Times New Roman"/>
          <w:i/>
          <w:color w:val="000000"/>
        </w:rPr>
        <w:t>MOA</w:t>
      </w:r>
      <w:r>
        <w:rPr>
          <w:rFonts w:ascii="宋体" w:eastAsia="宋体" w:hAnsi="宋体" w:cs="宋体"/>
          <w:color w:val="000000"/>
        </w:rPr>
        <w:t>的度数（用含</w:t>
      </w:r>
      <w:r>
        <w:pict>
          <v:shape id="_x0000_i708694" type="#_x0000_t75" alt="学科网(www.zxxk.com)--教育资源门户，提供试卷、教案、课件、论文、素材以及各类教学资源下载，还有大量而丰富的教学相关资讯！" style="width:12pt;height:10.9pt" o:oleicon="f" o:ole="">
            <v:imagedata r:id="rId2119" o:title="eqIde170f206fdbbd834aad7580c727e2cc6"/>
          </v:shape>
        </w:pic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，射线</w:t>
      </w:r>
      <w:r>
        <w:rPr>
          <w:rFonts w:ascii="Times New Roman" w:eastAsia="Times New Roman" w:hAnsi="Times New Roman" w:cs="Times New Roman"/>
          <w:i/>
          <w:color w:val="000000"/>
        </w:rPr>
        <w:t>OA</w:t>
      </w:r>
      <w:r>
        <w:rPr>
          <w:rFonts w:ascii="宋体" w:eastAsia="宋体" w:hAnsi="宋体" w:cs="宋体"/>
          <w:color w:val="000000"/>
        </w:rPr>
        <w:t>在∠</w:t>
      </w:r>
      <w:r>
        <w:rPr>
          <w:rFonts w:ascii="Times New Roman" w:eastAsia="Times New Roman" w:hAnsi="Times New Roman" w:cs="Times New Roman"/>
          <w:i/>
          <w:color w:val="000000"/>
        </w:rPr>
        <w:t>MON</w:t>
      </w:r>
      <w:r>
        <w:rPr>
          <w:rFonts w:ascii="宋体" w:eastAsia="宋体" w:hAnsi="宋体" w:cs="宋体"/>
          <w:color w:val="000000"/>
        </w:rPr>
        <w:t>的内部，射线</w:t>
      </w:r>
      <w:r>
        <w:rPr>
          <w:rFonts w:ascii="Times New Roman" w:eastAsia="Times New Roman" w:hAnsi="Times New Roman" w:cs="Times New Roman"/>
          <w:i/>
          <w:color w:val="000000"/>
        </w:rPr>
        <w:t>OB</w:t>
      </w:r>
      <w:r>
        <w:rPr>
          <w:rFonts w:ascii="宋体" w:eastAsia="宋体" w:hAnsi="宋体" w:cs="宋体"/>
          <w:color w:val="000000"/>
        </w:rPr>
        <w:t>在∠</w:t>
      </w:r>
      <w:r>
        <w:rPr>
          <w:rFonts w:ascii="Times New Roman" w:eastAsia="Times New Roman" w:hAnsi="Times New Roman" w:cs="Times New Roman"/>
          <w:i/>
          <w:color w:val="000000"/>
        </w:rPr>
        <w:t>MON</w:t>
      </w:r>
      <w:r>
        <w:rPr>
          <w:rFonts w:ascii="宋体" w:eastAsia="宋体" w:hAnsi="宋体" w:cs="宋体"/>
          <w:color w:val="000000"/>
        </w:rPr>
        <w:t>的外部．</w:t>
      </w:r>
    </w:p>
    <w:p>
      <w:pPr>
        <w:spacing w:line="360" w:lineRule="auto"/>
        <w:jc w:val="left"/>
        <w:textAlignment w:val="center"/>
        <w:rPr>
          <w:color w:val="000000"/>
        </w:rPr>
      </w:pPr>
      <w:r>
        <w:rPr>
          <w:rFonts w:ascii="宋体" w:eastAsia="宋体" w:hAnsi="宋体" w:cs="宋体"/>
          <w:color w:val="000000"/>
        </w:rPr>
        <w:t>①若</w:t>
      </w:r>
      <w:r>
        <w:pict>
          <v:shape id="_x0000_i708695" type="#_x0000_t75" alt="学科网(www.zxxk.com)--教育资源门户，提供试卷、教案、课件、论文、素材以及各类教学资源下载，还有大量而丰富的教学相关资讯！" style="width:58.2pt;height:14.4pt" o:oleicon="f" o:ole="">
            <v:imagedata r:id="rId2120" o:title="eqIdfcbec8352ce3dbfbf3b173045d0ba8f2"/>
          </v:shape>
        </w:pict>
      </w:r>
      <w:r>
        <w:rPr>
          <w:rFonts w:ascii="宋体" w:eastAsia="宋体" w:hAnsi="宋体" w:cs="宋体"/>
          <w:color w:val="000000"/>
        </w:rPr>
        <w:t>，求∠</w:t>
      </w:r>
      <w:r>
        <w:rPr>
          <w:rFonts w:ascii="Times New Roman" w:eastAsia="Times New Roman" w:hAnsi="Times New Roman" w:cs="Times New Roman"/>
          <w:i/>
          <w:color w:val="000000"/>
        </w:rPr>
        <w:t>MOA</w:t>
      </w:r>
      <w:r>
        <w:rPr>
          <w:rFonts w:ascii="宋体" w:eastAsia="宋体" w:hAnsi="宋体" w:cs="宋体"/>
          <w:color w:val="000000"/>
        </w:rPr>
        <w:t>的度数（用含</w:t>
      </w:r>
      <w:r>
        <w:pict>
          <v:shape id="_x0000_i708696" type="#_x0000_t75" alt="学科网(www.zxxk.com)--教育资源门户，提供试卷、教案、课件、论文、素材以及各类教学资源下载，还有大量而丰富的教学相关资讯！" style="width:12pt;height:10.9pt" o:oleicon="f" o:ole="">
            <v:imagedata r:id="rId2121" o:title="eqIde170f206fdbbd834aad7580c727e2cc6"/>
          </v:shape>
        </w:pict>
      </w:r>
      <w:r>
        <w:rPr>
          <w:rFonts w:ascii="宋体" w:eastAsia="宋体" w:hAnsi="宋体" w:cs="宋体"/>
          <w:color w:val="000000"/>
        </w:rPr>
        <w:t>的式子表示）；</w:t>
      </w:r>
    </w:p>
    <w:p>
      <w:pPr>
        <w:spacing w:line="360" w:lineRule="auto"/>
        <w:jc w:val="left"/>
        <w:textAlignment w:val="center"/>
        <w:rPr>
          <w:color w:val="000000"/>
        </w:rPr>
      </w:pPr>
      <w:r>
        <w:rPr>
          <w:rFonts w:ascii="宋体" w:eastAsia="宋体" w:hAnsi="宋体" w:cs="宋体"/>
          <w:color w:val="000000"/>
        </w:rPr>
        <w:t>②若在∠</w:t>
      </w:r>
      <w:r>
        <w:rPr>
          <w:rFonts w:ascii="Times New Roman" w:eastAsia="Times New Roman" w:hAnsi="Times New Roman" w:cs="Times New Roman"/>
          <w:i/>
          <w:color w:val="000000"/>
        </w:rPr>
        <w:t>MOA</w:t>
      </w:r>
      <w:r>
        <w:rPr>
          <w:rFonts w:ascii="宋体" w:eastAsia="宋体" w:hAnsi="宋体" w:cs="宋体"/>
          <w:color w:val="000000"/>
        </w:rPr>
        <w:t>的内部有一条射线</w:t>
      </w:r>
      <w:r>
        <w:rPr>
          <w:rFonts w:ascii="Times New Roman" w:eastAsia="Times New Roman" w:hAnsi="Times New Roman" w:cs="Times New Roman"/>
          <w:i/>
          <w:color w:val="000000"/>
        </w:rPr>
        <w:t>OD</w:t>
      </w:r>
      <w:r>
        <w:rPr>
          <w:rFonts w:ascii="宋体" w:eastAsia="宋体" w:hAnsi="宋体" w:cs="宋体"/>
          <w:color w:val="000000"/>
        </w:rPr>
        <w:t>，使得</w:t>
      </w:r>
      <w:r>
        <w:pict>
          <v:shape id="_x0000_i708697" type="#_x0000_t75" alt="学科网(www.zxxk.com)--教育资源门户，提供试卷、教案、课件、论文、素材以及各类教学资源下载，还有大量而丰富的教学相关资讯！" style="width:84pt;height:14.4pt" o:oleicon="f" o:ole="">
            <v:imagedata r:id="rId2122" o:title="eqId76c4663189b112f93b05ed7110bc074e"/>
          </v:shape>
        </w:pict>
      </w:r>
      <w:r>
        <w:rPr>
          <w:rFonts w:ascii="宋体" w:eastAsia="宋体" w:hAnsi="宋体" w:cs="宋体"/>
          <w:color w:val="000000"/>
        </w:rPr>
        <w:t>，直接写出∠</w:t>
      </w:r>
      <w:r>
        <w:rPr>
          <w:rFonts w:ascii="Times New Roman" w:eastAsia="Times New Roman" w:hAnsi="Times New Roman" w:cs="Times New Roman"/>
          <w:i/>
          <w:color w:val="000000"/>
        </w:rPr>
        <w:t>MOD</w:t>
      </w:r>
      <w:r>
        <w:rPr>
          <w:rFonts w:ascii="宋体" w:eastAsia="宋体" w:hAnsi="宋体" w:cs="宋体"/>
          <w:color w:val="000000"/>
        </w:rPr>
        <w:t>的度数．</w:t>
      </w:r>
    </w:p>
    <w:p>
      <w:pPr>
        <w:spacing w:line="360" w:lineRule="auto"/>
        <w:jc w:val="left"/>
        <w:textAlignment w:val="center"/>
        <w:rPr>
          <w:color w:val="000000"/>
        </w:rPr>
      </w:pPr>
      <w:r>
        <w:rPr>
          <w:color w:val="000000"/>
        </w:rPr>
        <w:drawing>
          <wp:inline>
            <wp:extent cx="4448175" cy="1905000"/>
            <wp:docPr id="29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 name=""/>
                    <pic:cNvPicPr>
                      <a:picLocks noChangeAspect="1"/>
                    </pic:cNvPicPr>
                  </pic:nvPicPr>
                  <pic:blipFill>
                    <a:blip r:embed="rId2123"/>
                    <a:stretch>
                      <a:fillRect/>
                    </a:stretch>
                  </pic:blipFill>
                  <pic:spPr>
                    <a:xfrm>
                      <a:off x="0" y="0"/>
                      <a:ext cx="4448175" cy="190500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rPr>
          <w:rFonts w:ascii="Times New Roman" w:eastAsia="Times New Roman" w:hAnsi="Times New Roman" w:cs="Times New Roman"/>
          <w:color w:val="000000"/>
        </w:rPr>
        <w:t>40</w:t>
      </w:r>
      <w:r>
        <w:rPr>
          <w:rFonts w:ascii="宋体" w:eastAsia="宋体" w:hAnsi="宋体" w:cs="宋体"/>
          <w:color w:val="000000"/>
        </w:rPr>
        <w:t>；②</w:t>
      </w:r>
      <w:r>
        <w:pict>
          <v:shape id="_x0000_i708698" type="#_x0000_t75" alt="学科网(www.zxxk.com)--教育资源门户，提供试卷、教案、课件、论文、素材以及各类教学资源下载，还有大量而丰富的教学相关资讯！" style="width:65.25pt;height:14.25pt" o:oleicon="f" o:ole="">
            <v:imagedata r:id="rId2124" o:title="eqId96fcd5f5aa079fb4eb7b38f12fb3dab9"/>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pict>
          <v:shape id="_x0000_i708699" type="#_x0000_t75" alt="学科网(www.zxxk.com)--教育资源门户，提供试卷、教案、课件、论文、素材以及各类教学资源下载，还有大量而丰富的教学相关资讯！" style="width:65.25pt;height:14.25pt" o:oleicon="f" o:ole="">
            <v:imagedata r:id="rId2124" o:title="eqId96fcd5f5aa079fb4eb7b38f12fb3dab9"/>
          </v:shape>
        </w:pict>
      </w:r>
      <w:r>
        <w:rPr>
          <w:rFonts w:ascii="宋体" w:eastAsia="宋体" w:hAnsi="宋体" w:cs="宋体"/>
          <w:color w:val="000000"/>
        </w:rPr>
        <w:t>；②</w:t>
      </w:r>
      <w:r>
        <w:pict>
          <v:shape id="_x0000_i708700" type="#_x0000_t75" alt="学科网(www.zxxk.com)--教育资源门户，提供试卷、教案、课件、论文、素材以及各类教学资源下载，还有大量而丰富的教学相关资讯！" style="width:68.25pt;height:14.25pt" o:oleicon="f" o:ole="">
            <v:imagedata r:id="rId2125" o:title="eqId80b3d6e02b335b91e89635fb7c70610d"/>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）①先根据角的和差可得</w:t>
      </w:r>
      <w:r>
        <w:pict>
          <v:shape id="_x0000_i708701" type="#_x0000_t75" alt="学科网(www.zxxk.com)--教育资源门户，提供试卷、教案、课件、论文、素材以及各类教学资源下载，还有大量而丰富的教学相关资讯！" style="width:66pt;height:14.25pt" o:oleicon="f" o:ole="">
            <v:imagedata r:id="rId2126" o:title="eqIdebfcc6ea3a5df3a1c0104f36b3c51455"/>
          </v:shape>
        </w:pict>
      </w:r>
      <w:r>
        <w:rPr>
          <w:rFonts w:ascii="宋体" w:eastAsia="宋体" w:hAnsi="宋体" w:cs="宋体"/>
          <w:color w:val="000000"/>
        </w:rPr>
        <w:t>，再根据角平分线的定义可得</w:t>
      </w:r>
      <w:r>
        <w:pict>
          <v:shape id="_x0000_i708702" type="#_x0000_t75" alt="学科网(www.zxxk.com)--教育资源门户，提供试卷、教案、课件、论文、素材以及各类教学资源下载，还有大量而丰富的教学相关资讯！" style="width:66pt;height:14.25pt" o:oleicon="f" o:ole="">
            <v:imagedata r:id="rId2127" o:title="eqId15500dcc966155157be7cb746718a2c5"/>
          </v:shape>
        </w:pict>
      </w:r>
      <w:r>
        <w:rPr>
          <w:rFonts w:ascii="宋体" w:eastAsia="宋体" w:hAnsi="宋体" w:cs="宋体"/>
          <w:color w:val="000000"/>
        </w:rPr>
        <w:t>，然后根据</w:t>
      </w:r>
      <w:r>
        <w:pict>
          <v:shape id="_x0000_i708703" type="#_x0000_t75" alt="学科网(www.zxxk.com)--教育资源门户，提供试卷、教案、课件、论文、素材以及各类教学资源下载，还有大量而丰富的教学相关资讯！" style="width:132pt;height:14.25pt" o:oleicon="f" o:ole="">
            <v:imagedata r:id="rId2128" o:title="eqId1b49952d9d0361157beafb417c90d4a5"/>
          </v:shape>
        </w:pict>
      </w:r>
      <w:r>
        <w:rPr>
          <w:rFonts w:ascii="宋体" w:eastAsia="宋体" w:hAnsi="宋体" w:cs="宋体"/>
          <w:color w:val="000000"/>
        </w:rPr>
        <w:t>即可得；</w:t>
      </w:r>
    </w:p>
    <w:p>
      <w:pPr>
        <w:spacing w:line="360" w:lineRule="auto"/>
        <w:jc w:val="left"/>
        <w:textAlignment w:val="center"/>
        <w:rPr>
          <w:color w:val="000000"/>
        </w:rPr>
      </w:pPr>
      <w:r>
        <w:rPr>
          <w:rFonts w:ascii="宋体" w:eastAsia="宋体" w:hAnsi="宋体" w:cs="宋体"/>
          <w:color w:val="000000"/>
        </w:rPr>
        <w:t>②先根据角的和差可得</w:t>
      </w:r>
      <w:r>
        <w:pict>
          <v:shape id="_x0000_i708704" type="#_x0000_t75" alt="学科网(www.zxxk.com)--教育资源门户，提供试卷、教案、课件、论文、素材以及各类教学资源下载，还有大量而丰富的教学相关资讯！" style="width:84.75pt;height:14.25pt" o:oleicon="f" o:ole="">
            <v:imagedata r:id="rId2129" o:title="eqIddfb0c50cb716c9bf5aa55dd5ed089a05"/>
          </v:shape>
        </w:pict>
      </w:r>
      <w:r>
        <w:rPr>
          <w:rFonts w:ascii="宋体" w:eastAsia="宋体" w:hAnsi="宋体" w:cs="宋体"/>
          <w:color w:val="000000"/>
        </w:rPr>
        <w:t>，再根据角平分线的定义可得</w:t>
      </w:r>
      <w:r>
        <w:pict>
          <v:shape id="_x0000_i708705" type="#_x0000_t75" alt="学科网(www.zxxk.com)--教育资源门户，提供试卷、教案、课件、论文、素材以及各类教学资源下载，还有大量而丰富的教学相关资讯！" style="width:96pt;height:14.25pt" o:oleicon="f" o:ole="">
            <v:imagedata r:id="rId2130" o:title="eqId408595feb847ec25bf25ea750da41b25"/>
          </v:shape>
        </w:pict>
      </w:r>
      <w:r>
        <w:rPr>
          <w:rFonts w:ascii="宋体" w:eastAsia="宋体" w:hAnsi="宋体" w:cs="宋体"/>
          <w:color w:val="000000"/>
        </w:rPr>
        <w:t>，然后根据</w:t>
      </w:r>
      <w:r>
        <w:pict>
          <v:shape id="_x0000_i708706" type="#_x0000_t75" alt="学科网(www.zxxk.com)--教育资源门户，提供试卷、教案、课件、论文、素材以及各类教学资源下载，还有大量而丰富的教学相关资讯！" style="width:132pt;height:14.25pt" o:oleicon="f" o:ole="">
            <v:imagedata r:id="rId2131" o:title="eqId1b49952d9d0361157beafb417c90d4a5"/>
          </v:shape>
        </w:pict>
      </w:r>
      <w:r>
        <w:rPr>
          <w:rFonts w:ascii="宋体" w:eastAsia="宋体" w:hAnsi="宋体" w:cs="宋体"/>
          <w:color w:val="000000"/>
        </w:rPr>
        <w:t>即可得；</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）①先根据角</w:t>
      </w:r>
      <w:r>
        <w:rPr>
          <w:rFonts w:ascii="宋体" w:eastAsia="宋体" w:hAnsi="宋体" w:cs="宋体"/>
          <w:color w:val="000000"/>
          <w:position w:val="0"/>
        </w:rPr>
        <w:drawing>
          <wp:inline>
            <wp:extent cx="133350" cy="177800"/>
            <wp:docPr id="29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 name=""/>
                    <pic:cNvPicPr>
                      <a:picLocks noChangeAspect="1"/>
                    </pic:cNvPicPr>
                  </pic:nvPicPr>
                  <pic:blipFill>
                    <a:blip r:embed="rId2132"/>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和差可得</w:t>
      </w:r>
      <w:r>
        <w:pict>
          <v:shape id="_x0000_i708707" type="#_x0000_t75" alt="学科网(www.zxxk.com)--教育资源门户，提供试卷、教案、课件、论文、素材以及各类教学资源下载，还有大量而丰富的教学相关资讯！" style="width:84.75pt;height:14.25pt" o:oleicon="f" o:ole="">
            <v:imagedata r:id="rId2133" o:title="eqIddfb0c50cb716c9bf5aa55dd5ed089a05"/>
          </v:shape>
        </w:pict>
      </w:r>
      <w:r>
        <w:rPr>
          <w:rFonts w:ascii="宋体" w:eastAsia="宋体" w:hAnsi="宋体" w:cs="宋体"/>
          <w:color w:val="000000"/>
        </w:rPr>
        <w:t>，再根据角平分线的定义可得</w:t>
      </w:r>
      <w:r>
        <w:pict>
          <v:shape id="_x0000_i708708" type="#_x0000_t75" alt="学科网(www.zxxk.com)--教育资源门户，提供试卷、教案、课件、论文、素材以及各类教学资源下载，还有大量而丰富的教学相关资讯！" style="width:96pt;height:14.25pt" o:oleicon="f" o:ole="">
            <v:imagedata r:id="rId2134" o:title="eqId408595feb847ec25bf25ea750da41b25"/>
          </v:shape>
        </w:pict>
      </w:r>
      <w:r>
        <w:rPr>
          <w:rFonts w:ascii="宋体" w:eastAsia="宋体" w:hAnsi="宋体" w:cs="宋体"/>
          <w:color w:val="000000"/>
        </w:rPr>
        <w:t>，然后根据</w:t>
      </w:r>
      <w:r>
        <w:pict>
          <v:shape id="_x0000_i708709" type="#_x0000_t75" alt="学科网(www.zxxk.com)--教育资源门户，提供试卷、教案、课件、论文、素材以及各类教学资源下载，还有大量而丰富的教学相关资讯！" style="width:132pt;height:14.25pt" o:oleicon="f" o:ole="">
            <v:imagedata r:id="rId2135" o:title="eqId1b49952d9d0361157beafb417c90d4a5"/>
          </v:shape>
        </w:pict>
      </w:r>
      <w:r>
        <w:rPr>
          <w:rFonts w:ascii="宋体" w:eastAsia="宋体" w:hAnsi="宋体" w:cs="宋体"/>
          <w:color w:val="000000"/>
        </w:rPr>
        <w:t>即可得；</w:t>
      </w:r>
    </w:p>
    <w:p>
      <w:pPr>
        <w:spacing w:line="360" w:lineRule="auto"/>
        <w:jc w:val="left"/>
        <w:textAlignment w:val="center"/>
        <w:rPr>
          <w:color w:val="000000"/>
        </w:rPr>
      </w:pPr>
      <w:r>
        <w:rPr>
          <w:rFonts w:ascii="宋体" w:eastAsia="宋体" w:hAnsi="宋体" w:cs="宋体"/>
          <w:color w:val="000000"/>
        </w:rPr>
        <w:t>②先根据角的和差可得</w:t>
      </w:r>
      <w:r>
        <w:pict>
          <v:shape id="_x0000_i708710" type="#_x0000_t75" alt="学科网(www.zxxk.com)--教育资源门户，提供试卷、教案、课件、论文、素材以及各类教学资源下载，还有大量而丰富的教学相关资讯！" style="width:90.75pt;height:14.25pt" o:oleicon="f" o:ole="">
            <v:imagedata r:id="rId2136" o:title="eqIdc238e20425559a48afc242dfc0aa6ba6"/>
          </v:shape>
        </w:pict>
      </w:r>
      <w:r>
        <w:rPr>
          <w:rFonts w:ascii="宋体" w:eastAsia="宋体" w:hAnsi="宋体" w:cs="宋体"/>
          <w:color w:val="000000"/>
        </w:rPr>
        <w:t>，从而可得</w:t>
      </w:r>
      <w:r>
        <w:pict>
          <v:shape id="_x0000_i708711" type="#_x0000_t75" alt="学科网(www.zxxk.com)--教育资源门户，提供试卷、教案、课件、论文、素材以及各类教学资源下载，还有大量而丰富的教学相关资讯！" style="width:90.75pt;height:14.25pt" o:oleicon="f" o:ole="">
            <v:imagedata r:id="rId2137" o:title="eqId5d28e88312cd8fcbb0bfc0c320f86e7b"/>
          </v:shape>
        </w:pict>
      </w:r>
      <w:r>
        <w:rPr>
          <w:rFonts w:ascii="宋体" w:eastAsia="宋体" w:hAnsi="宋体" w:cs="宋体"/>
          <w:color w:val="000000"/>
        </w:rPr>
        <w:t>，再根据</w:t>
      </w:r>
      <w:r>
        <w:pict>
          <v:shape id="_x0000_i708712" type="#_x0000_t75" alt="学科网(www.zxxk.com)--教育资源门户，提供试卷、教案、课件、论文、素材以及各类教学资源下载，还有大量而丰富的教学相关资讯！" style="width:131.25pt;height:14.25pt" o:oleicon="f" o:ole="">
            <v:imagedata r:id="rId2138" o:title="eqId57309528627aa7b73d834d368762a621"/>
          </v:shape>
        </w:pict>
      </w:r>
      <w:r>
        <w:rPr>
          <w:rFonts w:ascii="宋体" w:eastAsia="宋体" w:hAnsi="宋体" w:cs="宋体"/>
          <w:color w:val="000000"/>
        </w:rPr>
        <w:t>即可得．</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w:t>
      </w:r>
      <w:r>
        <w:pict>
          <v:shape id="_x0000_i708713" type="#_x0000_t75" alt="学科网(www.zxxk.com)--教育资源门户，提供试卷、教案、课件、论文、素材以及各类教学资源下载，还有大量而丰富的教学相关资讯！" style="width:141pt;height:15.75pt" o:oleicon="f" o:ole="">
            <v:imagedata r:id="rId2139" o:title="eqId6b727f6f6f929b8a6ff3b615510b1076"/>
          </v:shape>
        </w:pict>
      </w:r>
      <w:r>
        <w:rPr>
          <w:rFonts w:ascii="宋体" w:eastAsia="宋体" w:hAnsi="宋体" w:cs="宋体"/>
          <w:color w:val="000000"/>
        </w:rPr>
        <w:t>，</w:t>
      </w:r>
    </w:p>
    <w:p>
      <w:pPr>
        <w:spacing w:line="360" w:lineRule="auto"/>
        <w:jc w:val="left"/>
        <w:textAlignment w:val="center"/>
        <w:rPr>
          <w:color w:val="000000"/>
        </w:rPr>
      </w:pPr>
      <w:r>
        <w:pict>
          <v:shape id="_x0000_i708714" type="#_x0000_t75" alt="学科网(www.zxxk.com)--教育资源门户，提供试卷、教案、课件、论文、素材以及各类教学资源下载，还有大量而丰富的教学相关资讯！" style="width:165pt;height:14.25pt" o:oleicon="f" o:ole="">
            <v:imagedata r:id="rId2140" o:title="eqId97dea196f9e223f89c30f67ba20e35ac"/>
          </v:shape>
        </w:pict>
      </w:r>
      <w:r>
        <w:rPr>
          <w:rFonts w:ascii="宋体" w:eastAsia="宋体" w:hAnsi="宋体" w:cs="宋体"/>
          <w:color w:val="000000"/>
        </w:rPr>
        <w:t>，</w:t>
      </w:r>
    </w:p>
    <w:p>
      <w:pPr>
        <w:spacing w:line="360" w:lineRule="auto"/>
        <w:jc w:val="left"/>
        <w:textAlignment w:val="center"/>
        <w:rPr>
          <w:color w:val="000000"/>
        </w:rPr>
      </w:pPr>
      <w:r>
        <w:pict>
          <v:shape id="_x0000_i708715" type="#_x0000_t75" alt="学科网(www.zxxk.com)--教育资源门户，提供试卷、教案、课件、论文、素材以及各类教学资源下载，还有大量而丰富的教学相关资讯！" style="width:30pt;height:14.25pt" o:oleicon="f" o:ole="">
            <v:imagedata r:id="rId2141" o:title="eqId649105167435b241fd7ce9e2d736f214"/>
          </v:shape>
        </w:pict>
      </w:r>
      <w:r>
        <w:rPr>
          <w:rFonts w:ascii="宋体" w:eastAsia="宋体" w:hAnsi="宋体" w:cs="宋体"/>
          <w:color w:val="000000"/>
        </w:rPr>
        <w:t>平分</w:t>
      </w:r>
      <w:r>
        <w:pict>
          <v:shape id="_x0000_i708716" type="#_x0000_t75" alt="学科网(www.zxxk.com)--教育资源门户，提供试卷、教案、课件、论文、素材以及各类教学资源下载，还有大量而丰富的教学相关资讯！" style="width:38pt;height:13.95pt" o:oleicon="f" o:ole="">
            <v:imagedata r:id="rId2142" o:title="eqId826fa702e700b8536f77e44b134ce334"/>
          </v:shape>
        </w:pict>
      </w:r>
      <w:r>
        <w:rPr>
          <w:rFonts w:ascii="宋体" w:eastAsia="宋体" w:hAnsi="宋体" w:cs="宋体"/>
          <w:color w:val="000000"/>
        </w:rPr>
        <w:t>，</w:t>
      </w:r>
    </w:p>
    <w:p>
      <w:pPr>
        <w:spacing w:line="360" w:lineRule="auto"/>
        <w:jc w:val="left"/>
        <w:textAlignment w:val="center"/>
        <w:rPr>
          <w:color w:val="000000"/>
        </w:rPr>
      </w:pPr>
      <w:r>
        <w:pict>
          <v:shape id="_x0000_i708717" type="#_x0000_t75" alt="学科网(www.zxxk.com)--教育资源门户，提供试卷、教案、课件、论文、素材以及各类教学资源下载，还有大量而丰富的教学相关资讯！" style="width:128.25pt;height:14.25pt" o:oleicon="f" o:ole="">
            <v:imagedata r:id="rId2143" o:title="eqIdea77141d90449004a3d97e2542a5b7e6"/>
          </v:shape>
        </w:pict>
      </w:r>
      <w:r>
        <w:rPr>
          <w:rFonts w:ascii="宋体" w:eastAsia="宋体" w:hAnsi="宋体" w:cs="宋体"/>
          <w:color w:val="000000"/>
        </w:rPr>
        <w:t>，</w:t>
      </w:r>
    </w:p>
    <w:p>
      <w:pPr>
        <w:spacing w:line="360" w:lineRule="auto"/>
        <w:jc w:val="left"/>
        <w:textAlignment w:val="center"/>
        <w:rPr>
          <w:color w:val="000000"/>
        </w:rPr>
      </w:pPr>
      <w:r>
        <w:pict>
          <v:shape id="_x0000_i708718" type="#_x0000_t75" alt="学科网(www.zxxk.com)--教育资源门户，提供试卷、教案、课件、论文、素材以及各类教学资源下载，还有大量而丰富的教学相关资讯！" style="width:74.5pt;height:13pt" o:oleicon="f" o:ole="">
            <v:imagedata r:id="rId2144" o:title="eqIdbefc1e8e0f2fa53e499c0027a4b5b518"/>
          </v:shape>
        </w:pict>
      </w:r>
      <w:r>
        <w:rPr>
          <w:rFonts w:ascii="宋体" w:eastAsia="宋体" w:hAnsi="宋体" w:cs="宋体"/>
          <w:color w:val="000000"/>
        </w:rPr>
        <w:t>，</w:t>
      </w:r>
    </w:p>
    <w:p>
      <w:pPr>
        <w:spacing w:line="360" w:lineRule="auto"/>
        <w:jc w:val="left"/>
        <w:textAlignment w:val="center"/>
        <w:rPr>
          <w:color w:val="000000"/>
        </w:rPr>
      </w:pPr>
      <w:r>
        <w:pict>
          <v:shape id="_x0000_i708719" type="#_x0000_t75" alt="学科网(www.zxxk.com)--教育资源门户，提供试卷、教案、课件、论文、素材以及各类教学资源下载，还有大量而丰富的教学相关资讯！" style="width:170.25pt;height:14.25pt" o:oleicon="f" o:ole="">
            <v:imagedata r:id="rId2145" o:title="eqId389f38f4cece98459cac4ecf8048ecd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08720" type="#_x0000_t75" alt="学科网(www.zxxk.com)--教育资源门户，提供试卷、教案、课件、论文、素材以及各类教学资源下载，还有大量而丰富的教学相关资讯！" style="width:132.75pt;height:15.75pt" o:oleicon="f" o:ole="">
            <v:imagedata r:id="rId2146" o:title="eqId30e1100562500d2874447eaf73677985"/>
          </v:shape>
        </w:pict>
      </w:r>
      <w:r>
        <w:rPr>
          <w:rFonts w:ascii="宋体" w:eastAsia="宋体" w:hAnsi="宋体" w:cs="宋体"/>
          <w:color w:val="000000"/>
        </w:rPr>
        <w:t>，</w:t>
      </w:r>
    </w:p>
    <w:p>
      <w:pPr>
        <w:spacing w:line="360" w:lineRule="auto"/>
        <w:jc w:val="left"/>
        <w:textAlignment w:val="center"/>
        <w:rPr>
          <w:color w:val="000000"/>
        </w:rPr>
      </w:pPr>
      <w:r>
        <w:pict>
          <v:shape id="_x0000_i708721" type="#_x0000_t75" alt="学科网(www.zxxk.com)--教育资源门户，提供试卷、教案、课件、论文、素材以及各类教学资源下载，还有大量而丰富的教学相关资讯！" style="width:183pt;height:14.25pt" o:oleicon="f" o:ole="">
            <v:imagedata r:id="rId2147" o:title="eqId37d4c4d9c5868758a59640820124f86b"/>
          </v:shape>
        </w:pict>
      </w:r>
      <w:r>
        <w:rPr>
          <w:rFonts w:ascii="宋体" w:eastAsia="宋体" w:hAnsi="宋体" w:cs="宋体"/>
          <w:color w:val="000000"/>
        </w:rPr>
        <w:t>，</w:t>
      </w:r>
    </w:p>
    <w:p>
      <w:pPr>
        <w:spacing w:line="360" w:lineRule="auto"/>
        <w:jc w:val="left"/>
        <w:textAlignment w:val="center"/>
        <w:rPr>
          <w:color w:val="000000"/>
        </w:rPr>
      </w:pPr>
      <w:r>
        <w:pict>
          <v:shape id="_x0000_i708722" type="#_x0000_t75" alt="学科网(www.zxxk.com)--教育资源门户，提供试卷、教案、课件、论文、素材以及各类教学资源下载，还有大量而丰富的教学相关资讯！" style="width:30pt;height:14.25pt" o:oleicon="f" o:ole="">
            <v:imagedata r:id="rId2148" o:title="eqId649105167435b241fd7ce9e2d736f214"/>
          </v:shape>
        </w:pict>
      </w:r>
      <w:r>
        <w:rPr>
          <w:rFonts w:ascii="宋体" w:eastAsia="宋体" w:hAnsi="宋体" w:cs="宋体"/>
          <w:color w:val="000000"/>
        </w:rPr>
        <w:t>平分</w:t>
      </w:r>
      <w:r>
        <w:pict>
          <v:shape id="_x0000_i708723" type="#_x0000_t75" alt="学科网(www.zxxk.com)--教育资源门户，提供试卷、教案、课件、论文、素材以及各类教学资源下载，还有大量而丰富的教学相关资讯！" style="width:38pt;height:13.95pt" o:oleicon="f" o:ole="">
            <v:imagedata r:id="rId2149" o:title="eqId826fa702e700b8536f77e44b134ce334"/>
          </v:shape>
        </w:pict>
      </w:r>
      <w:r>
        <w:rPr>
          <w:rFonts w:ascii="宋体" w:eastAsia="宋体" w:hAnsi="宋体" w:cs="宋体"/>
          <w:color w:val="000000"/>
        </w:rPr>
        <w:t>，</w:t>
      </w:r>
    </w:p>
    <w:p>
      <w:pPr>
        <w:spacing w:line="360" w:lineRule="auto"/>
        <w:jc w:val="left"/>
        <w:textAlignment w:val="center"/>
        <w:rPr>
          <w:color w:val="000000"/>
        </w:rPr>
      </w:pPr>
      <w:r>
        <w:pict>
          <v:shape id="_x0000_i708724" type="#_x0000_t75" alt="学科网(www.zxxk.com)--教育资源门户，提供试卷、教案、课件、论文、素材以及各类教学资源下载，还有大量而丰富的教学相关资讯！" style="width:158.25pt;height:14.25pt" o:oleicon="f" o:ole="">
            <v:imagedata r:id="rId2150" o:title="eqId77e7b3ec584447d11dcf9ce139082e2a"/>
          </v:shape>
        </w:pict>
      </w:r>
      <w:r>
        <w:rPr>
          <w:rFonts w:ascii="宋体" w:eastAsia="宋体" w:hAnsi="宋体" w:cs="宋体"/>
          <w:color w:val="000000"/>
        </w:rPr>
        <w:t>，</w:t>
      </w:r>
    </w:p>
    <w:p>
      <w:pPr>
        <w:spacing w:line="360" w:lineRule="auto"/>
        <w:jc w:val="left"/>
        <w:textAlignment w:val="center"/>
        <w:rPr>
          <w:color w:val="000000"/>
        </w:rPr>
      </w:pPr>
      <w:r>
        <w:pict>
          <v:shape id="_x0000_i708725" type="#_x0000_t75" alt="学科网(www.zxxk.com)--教育资源门户，提供试卷、教案、课件、论文、素材以及各类教学资源下载，还有大量而丰富的教学相关资讯！" style="width:74.5pt;height:13pt" o:oleicon="f" o:ole="">
            <v:imagedata r:id="rId2151" o:title="eqIdbefc1e8e0f2fa53e499c0027a4b5b518"/>
          </v:shape>
        </w:pict>
      </w:r>
      <w:r>
        <w:rPr>
          <w:rFonts w:ascii="宋体" w:eastAsia="宋体" w:hAnsi="宋体" w:cs="宋体"/>
          <w:color w:val="000000"/>
        </w:rPr>
        <w:t>，</w:t>
      </w:r>
    </w:p>
    <w:p>
      <w:pPr>
        <w:spacing w:line="360" w:lineRule="auto"/>
        <w:jc w:val="left"/>
        <w:textAlignment w:val="center"/>
        <w:rPr>
          <w:color w:val="000000"/>
        </w:rPr>
      </w:pPr>
      <w:r>
        <w:pict>
          <v:shape id="_x0000_i708726" type="#_x0000_t75" alt="学科网(www.zxxk.com)--教育资源门户，提供试卷、教案、课件、论文、素材以及各类教学资源下载，还有大量而丰富的教学相关资讯！" style="width:168pt;height:14.25pt" o:oleicon="f" o:ole="">
            <v:imagedata r:id="rId2152" o:title="eqId1c72808566988ff2316d4ecd2878420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pict>
          <v:shape id="_x0000_i708727" type="#_x0000_t75" alt="学科网(www.zxxk.com)--教育资源门户，提供试卷、教案、课件、论文、素材以及各类教学资源下载，还有大量而丰富的教学相关资讯！" style="width:132.75pt;height:15.75pt" o:oleicon="f" o:ole="">
            <v:imagedata r:id="rId2153" o:title="eqId30e1100562500d2874447eaf73677985"/>
          </v:shape>
        </w:pict>
      </w:r>
      <w:r>
        <w:rPr>
          <w:rFonts w:ascii="宋体" w:eastAsia="宋体" w:hAnsi="宋体" w:cs="宋体"/>
          <w:color w:val="000000"/>
        </w:rPr>
        <w:t>，</w:t>
      </w:r>
    </w:p>
    <w:p>
      <w:pPr>
        <w:spacing w:line="360" w:lineRule="auto"/>
        <w:jc w:val="left"/>
        <w:textAlignment w:val="center"/>
        <w:rPr>
          <w:color w:val="000000"/>
        </w:rPr>
      </w:pPr>
      <w:r>
        <w:pict>
          <v:shape id="_x0000_i708728" type="#_x0000_t75" alt="学科网(www.zxxk.com)--教育资源门户，提供试卷、教案、课件、论文、素材以及各类教学资源下载，还有大量而丰富的教学相关资讯！" style="width:183pt;height:14.25pt" o:oleicon="f" o:ole="">
            <v:imagedata r:id="rId2154" o:title="eqId37d4c4d9c5868758a59640820124f86b"/>
          </v:shape>
        </w:pict>
      </w:r>
      <w:r>
        <w:rPr>
          <w:rFonts w:ascii="宋体" w:eastAsia="宋体" w:hAnsi="宋体" w:cs="宋体"/>
          <w:color w:val="000000"/>
        </w:rPr>
        <w:t>，</w:t>
      </w:r>
    </w:p>
    <w:p>
      <w:pPr>
        <w:spacing w:line="360" w:lineRule="auto"/>
        <w:jc w:val="left"/>
        <w:textAlignment w:val="center"/>
        <w:rPr>
          <w:color w:val="000000"/>
        </w:rPr>
      </w:pPr>
      <w:r>
        <w:pict>
          <v:shape id="_x0000_i708729" type="#_x0000_t75" alt="学科网(www.zxxk.com)--教育资源门户，提供试卷、教案、课件、论文、素材以及各类教学资源下载，还有大量而丰富的教学相关资讯！" style="width:30pt;height:14.25pt" o:oleicon="f" o:ole="">
            <v:imagedata r:id="rId2155" o:title="eqId649105167435b241fd7ce9e2d736f214"/>
          </v:shape>
        </w:pict>
      </w:r>
      <w:r>
        <w:rPr>
          <w:rFonts w:ascii="宋体" w:eastAsia="宋体" w:hAnsi="宋体" w:cs="宋体"/>
          <w:color w:val="000000"/>
        </w:rPr>
        <w:t>平分</w:t>
      </w:r>
      <w:r>
        <w:pict>
          <v:shape id="_x0000_i708730" type="#_x0000_t75" alt="学科网(www.zxxk.com)--教育资源门户，提供试卷、教案、课件、论文、素材以及各类教学资源下载，还有大量而丰富的教学相关资讯！" style="width:38pt;height:13.95pt" o:oleicon="f" o:ole="">
            <v:imagedata r:id="rId2156" o:title="eqId826fa702e700b8536f77e44b134ce334"/>
          </v:shape>
        </w:pict>
      </w:r>
      <w:r>
        <w:rPr>
          <w:rFonts w:ascii="宋体" w:eastAsia="宋体" w:hAnsi="宋体" w:cs="宋体"/>
          <w:color w:val="000000"/>
        </w:rPr>
        <w:t>，</w:t>
      </w:r>
    </w:p>
    <w:p>
      <w:pPr>
        <w:spacing w:line="360" w:lineRule="auto"/>
        <w:jc w:val="left"/>
        <w:textAlignment w:val="center"/>
        <w:rPr>
          <w:color w:val="000000"/>
        </w:rPr>
      </w:pPr>
      <w:r>
        <w:pict>
          <v:shape id="_x0000_i708731" type="#_x0000_t75" alt="学科网(www.zxxk.com)--教育资源门户，提供试卷、教案、课件、论文、素材以及各类教学资源下载，还有大量而丰富的教学相关资讯！" style="width:158.25pt;height:14.25pt" o:oleicon="f" o:ole="">
            <v:imagedata r:id="rId2157" o:title="eqId77e7b3ec584447d11dcf9ce139082e2a"/>
          </v:shape>
        </w:pict>
      </w:r>
      <w:r>
        <w:rPr>
          <w:rFonts w:ascii="宋体" w:eastAsia="宋体" w:hAnsi="宋体" w:cs="宋体"/>
          <w:color w:val="000000"/>
        </w:rPr>
        <w:t>，</w:t>
      </w:r>
    </w:p>
    <w:p>
      <w:pPr>
        <w:spacing w:line="360" w:lineRule="auto"/>
        <w:jc w:val="left"/>
        <w:textAlignment w:val="center"/>
        <w:rPr>
          <w:color w:val="000000"/>
        </w:rPr>
      </w:pPr>
      <w:r>
        <w:pict>
          <v:shape id="_x0000_i708732" type="#_x0000_t75" alt="学科网(www.zxxk.com)--教育资源门户，提供试卷、教案、课件、论文、素材以及各类教学资源下载，还有大量而丰富的教学相关资讯！" style="width:74.5pt;height:13pt" o:oleicon="f" o:ole="">
            <v:imagedata r:id="rId2158" o:title="eqIdbefc1e8e0f2fa53e499c0027a4b5b518"/>
          </v:shape>
        </w:pict>
      </w:r>
      <w:r>
        <w:rPr>
          <w:rFonts w:ascii="宋体" w:eastAsia="宋体" w:hAnsi="宋体" w:cs="宋体"/>
          <w:color w:val="000000"/>
        </w:rPr>
        <w:t>，</w:t>
      </w:r>
    </w:p>
    <w:p>
      <w:pPr>
        <w:spacing w:line="360" w:lineRule="auto"/>
        <w:jc w:val="left"/>
        <w:textAlignment w:val="center"/>
        <w:rPr>
          <w:color w:val="000000"/>
        </w:rPr>
      </w:pPr>
      <w:r>
        <w:pict>
          <v:shape id="_x0000_i708733" type="#_x0000_t75" alt="学科网(www.zxxk.com)--教育资源门户，提供试卷、教案、课件、论文、素材以及各类教学资源下载，还有大量而丰富的教学相关资讯！" style="width:168pt;height:14.25pt" o:oleicon="f" o:ole="">
            <v:imagedata r:id="rId2159" o:title="eqId1c72808566988ff2316d4ecd2878420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②如图，由（</w:t>
      </w:r>
      <w:r>
        <w:rPr>
          <w:rFonts w:ascii="Times New Roman" w:eastAsia="Times New Roman" w:hAnsi="Times New Roman" w:cs="Times New Roman"/>
          <w:color w:val="000000"/>
        </w:rPr>
        <w:t>2</w:t>
      </w:r>
      <w:r>
        <w:rPr>
          <w:rFonts w:ascii="宋体" w:eastAsia="宋体" w:hAnsi="宋体" w:cs="宋体"/>
          <w:color w:val="000000"/>
        </w:rPr>
        <w:t>）①已得：</w:t>
      </w:r>
      <w:r>
        <w:pict>
          <v:shape id="_x0000_i708734" type="#_x0000_t75" alt="学科网(www.zxxk.com)--教育资源门户，提供试卷、教案、课件、论文、素材以及各类教学资源下载，还有大量而丰富的教学相关资讯！" style="width:96pt;height:14.25pt" o:oleicon="f" o:ole="">
            <v:imagedata r:id="rId2160" o:title="eqId408595feb847ec25bf25ea750da41b25"/>
          </v:shape>
        </w:pict>
      </w:r>
      <w:r>
        <w:rPr>
          <w:rFonts w:ascii="宋体" w:eastAsia="宋体" w:hAnsi="宋体" w:cs="宋体"/>
          <w:color w:val="000000"/>
        </w:rPr>
        <w:t>，</w:t>
      </w:r>
      <w:r>
        <w:pict>
          <v:shape id="_x0000_i708735" type="#_x0000_t75" alt="学科网(www.zxxk.com)--教育资源门户，提供试卷、教案、课件、论文、素材以及各类教学资源下载，还有大量而丰富的教学相关资讯！" style="width:65.25pt;height:14.25pt" o:oleicon="f" o:ole="">
            <v:imagedata r:id="rId2161" o:title="eqId96fcd5f5aa079fb4eb7b38f12fb3dab9"/>
          </v:shape>
        </w:pict>
      </w:r>
      <w:r>
        <w:rPr>
          <w:rFonts w:ascii="宋体" w:eastAsia="宋体" w:hAnsi="宋体" w:cs="宋体"/>
          <w:color w:val="000000"/>
        </w:rPr>
        <w:t>，</w:t>
      </w:r>
    </w:p>
    <w:p>
      <w:pPr>
        <w:spacing w:line="360" w:lineRule="auto"/>
        <w:jc w:val="left"/>
        <w:textAlignment w:val="center"/>
        <w:rPr>
          <w:color w:val="000000"/>
        </w:rPr>
      </w:pPr>
      <w:r>
        <w:pict>
          <v:shape id="_x0000_i708736" type="#_x0000_t75" alt="学科网(www.zxxk.com)--教育资源门户，提供试卷、教案、课件、论文、素材以及各类教学资源下载，还有大量而丰富的教学相关资讯！" style="width:189.75pt;height:14.25pt" o:oleicon="f" o:ole="">
            <v:imagedata r:id="rId2162" o:title="eqIddd76f40702dc331df93c0d13f7be53a6"/>
          </v:shape>
        </w:pict>
      </w:r>
      <w:r>
        <w:rPr>
          <w:rFonts w:ascii="宋体" w:eastAsia="宋体" w:hAnsi="宋体" w:cs="宋体"/>
          <w:color w:val="000000"/>
        </w:rPr>
        <w:t>，</w:t>
      </w:r>
    </w:p>
    <w:p>
      <w:pPr>
        <w:spacing w:line="360" w:lineRule="auto"/>
        <w:jc w:val="left"/>
        <w:textAlignment w:val="center"/>
        <w:rPr>
          <w:color w:val="000000"/>
        </w:rPr>
      </w:pPr>
      <w:r>
        <w:pict>
          <v:shape id="_x0000_i708737" type="#_x0000_t75" alt="学科网(www.zxxk.com)--教育资源门户，提供试卷、教案、课件、论文、素材以及各类教学资源下载，还有大量而丰富的教学相关资讯！" style="width:93.75pt;height:14.25pt" o:oleicon="f" o:ole="">
            <v:imagedata r:id="rId2163" o:title="eqId92e16a56fac56333c9ec34fd124592dd"/>
          </v:shape>
        </w:pict>
      </w:r>
      <w:r>
        <w:rPr>
          <w:rFonts w:ascii="宋体" w:eastAsia="宋体" w:hAnsi="宋体" w:cs="宋体"/>
          <w:color w:val="000000"/>
        </w:rPr>
        <w:t>，</w:t>
      </w:r>
    </w:p>
    <w:p>
      <w:pPr>
        <w:spacing w:line="360" w:lineRule="auto"/>
        <w:jc w:val="left"/>
        <w:textAlignment w:val="center"/>
        <w:rPr>
          <w:color w:val="000000"/>
        </w:rPr>
      </w:pPr>
      <w:r>
        <w:pict>
          <v:shape id="_x0000_i708738" type="#_x0000_t75" alt="学科网(www.zxxk.com)--教育资源门户，提供试卷、教案、课件、论文、素材以及各类教学资源下载，还有大量而丰富的教学相关资讯！" style="width:99.75pt;height:14.25pt" o:oleicon="f" o:ole="">
            <v:imagedata r:id="rId2164" o:title="eqId8900641be8a8e531d8f902da686e8999"/>
          </v:shape>
        </w:pict>
      </w:r>
      <w:r>
        <w:rPr>
          <w:rFonts w:ascii="宋体" w:eastAsia="宋体" w:hAnsi="宋体" w:cs="宋体"/>
          <w:color w:val="000000"/>
        </w:rPr>
        <w:t>，</w:t>
      </w:r>
    </w:p>
    <w:p>
      <w:pPr>
        <w:spacing w:line="360" w:lineRule="auto"/>
        <w:jc w:val="left"/>
        <w:textAlignment w:val="center"/>
        <w:rPr>
          <w:color w:val="000000"/>
        </w:rPr>
      </w:pPr>
      <w:r>
        <w:pict>
          <v:shape id="_x0000_i708739" type="#_x0000_t75" alt="学科网(www.zxxk.com)--教育资源门户，提供试卷、教案、课件、论文、素材以及各类教学资源下载，还有大量而丰富的教学相关资讯！" style="width:255.75pt;height:15.75pt" o:oleicon="f" o:ole="">
            <v:imagedata r:id="rId2165" o:title="eqId706c21f4b9ae0e38d9607be98296c73d"/>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00250" cy="1524000"/>
            <wp:docPr id="29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2" name=""/>
                    <pic:cNvPicPr>
                      <a:picLocks noChangeAspect="1"/>
                    </pic:cNvPicPr>
                  </pic:nvPicPr>
                  <pic:blipFill>
                    <a:blip r:embed="rId2166"/>
                    <a:stretch>
                      <a:fillRect/>
                    </a:stretch>
                  </pic:blipFill>
                  <pic:spPr>
                    <a:xfrm>
                      <a:off x="0" y="0"/>
                      <a:ext cx="2000250" cy="1524000"/>
                    </a:xfrm>
                    <a:prstGeom prst="rect">
                      <a:avLst/>
                    </a:prstGeom>
                  </pic:spPr>
                </pic:pic>
              </a:graphicData>
            </a:graphic>
          </wp:inline>
        </w:drawing>
      </w:r>
    </w:p>
    <w:p>
      <w:pPr>
        <w:spacing w:line="360" w:lineRule="auto"/>
        <w:jc w:val="left"/>
        <w:textAlignment w:val="center"/>
        <w:rPr>
          <w:color w:val="000000"/>
        </w:rPr>
        <w:sectPr w:rsidSect="00C321EB">
          <w:headerReference w:type="even" r:id="rId424"/>
          <w:footerReference w:type="even" r:id="rId425"/>
          <w:headerReference w:type="first" r:id="rId426"/>
          <w:footerReference w:type="first" r:id="rId427"/>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本题考查了与角平分线有关的角度计算，熟练掌握角的运算是解题关键．</w:t>
      </w:r>
    </w:p>
    <w:p>
      <w:pPr>
        <w:pStyle w:val="Heading2"/>
      </w:pPr>
      <w:r>
        <w:t>密云区</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rPr>
          <w:rFonts w:ascii="Times New Roman" w:eastAsia="Times New Roman" w:hAnsi="Times New Roman" w:cs="Times New Roman"/>
          <w:i/>
          <w:color w:val="000000"/>
        </w:rPr>
        <w:t>AOB</w:t>
      </w:r>
      <w:r>
        <w:rPr>
          <w:rFonts w:ascii="Times New Roman" w:eastAsia="Times New Roman" w:hAnsi="Times New Roman" w:cs="Times New Roman"/>
          <w:color w:val="000000"/>
        </w:rPr>
        <w:t>=120°</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OE</w:t>
      </w:r>
      <w:r>
        <w:rPr>
          <w:rFonts w:ascii="宋体" w:eastAsia="宋体" w:hAnsi="宋体" w:cs="宋体"/>
          <w:color w:val="000000"/>
        </w:rPr>
        <w:t>平分∠</w:t>
      </w:r>
      <w:r>
        <w:rPr>
          <w:rFonts w:ascii="Times New Roman" w:eastAsia="Times New Roman" w:hAnsi="Times New Roman" w:cs="Times New Roman"/>
          <w:i/>
          <w:color w:val="000000"/>
        </w:rPr>
        <w:t>AOD</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00300" cy="933450"/>
            <wp:docPr id="29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 name=""/>
                    <pic:cNvPicPr>
                      <a:picLocks noChangeAspect="1"/>
                    </pic:cNvPicPr>
                  </pic:nvPicPr>
                  <pic:blipFill>
                    <a:blip r:embed="rId2167"/>
                    <a:stretch>
                      <a:fillRect/>
                    </a:stretch>
                  </pic:blipFill>
                  <pic:spPr>
                    <a:xfrm>
                      <a:off x="0" y="0"/>
                      <a:ext cx="2400300" cy="9334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，当∠</w:t>
      </w:r>
      <w:r>
        <w:rPr>
          <w:rFonts w:ascii="Times New Roman" w:eastAsia="Times New Roman" w:hAnsi="Times New Roman" w:cs="Times New Roman"/>
          <w:i/>
          <w:color w:val="000000"/>
        </w:rPr>
        <w:t>COD</w:t>
      </w:r>
      <w:r>
        <w:rPr>
          <w:rFonts w:ascii="宋体" w:eastAsia="宋体" w:hAnsi="宋体" w:cs="宋体"/>
          <w:color w:val="000000"/>
        </w:rPr>
        <w:t>的边</w:t>
      </w:r>
      <w:r>
        <w:rPr>
          <w:rFonts w:ascii="Times New Roman" w:eastAsia="Times New Roman" w:hAnsi="Times New Roman" w:cs="Times New Roman"/>
          <w:i/>
          <w:color w:val="000000"/>
        </w:rPr>
        <w:t>OD</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内部时，若∠</w:t>
      </w:r>
      <w:r>
        <w:rPr>
          <w:rFonts w:ascii="Times New Roman" w:eastAsia="Times New Roman" w:hAnsi="Times New Roman" w:cs="Times New Roman"/>
          <w:i/>
          <w:color w:val="000000"/>
        </w:rPr>
        <w:t>COE</w:t>
      </w:r>
      <w:r>
        <w:rPr>
          <w:rFonts w:ascii="Times New Roman" w:eastAsia="Times New Roman" w:hAnsi="Times New Roman" w:cs="Times New Roman"/>
          <w:color w:val="000000"/>
        </w:rPr>
        <w:t>=40°</w:t>
      </w:r>
      <w:r>
        <w:rPr>
          <w:rFonts w:ascii="宋体" w:eastAsia="宋体" w:hAnsi="宋体" w:cs="宋体"/>
          <w:color w:val="000000"/>
        </w:rPr>
        <w:t>，求∠</w:t>
      </w:r>
      <w:r>
        <w:rPr>
          <w:rFonts w:ascii="Times New Roman" w:eastAsia="Times New Roman" w:hAnsi="Times New Roman" w:cs="Times New Roman"/>
          <w:i/>
          <w:color w:val="000000"/>
        </w:rPr>
        <w:t>BOD</w:t>
      </w:r>
      <w:r>
        <w:rPr>
          <w:rFonts w:ascii="宋体" w:eastAsia="宋体" w:hAnsi="宋体" w:cs="宋体"/>
          <w:color w:val="000000"/>
        </w:rPr>
        <w:t>的度数；</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COD</w:t>
      </w:r>
      <w:r>
        <w:rPr>
          <w:rFonts w:ascii="宋体" w:eastAsia="宋体" w:hAnsi="宋体" w:cs="宋体"/>
          <w:color w:val="000000"/>
        </w:rPr>
        <w:t>的边</w:t>
      </w:r>
      <w:r>
        <w:rPr>
          <w:rFonts w:ascii="Times New Roman" w:eastAsia="Times New Roman" w:hAnsi="Times New Roman" w:cs="Times New Roman"/>
          <w:i/>
          <w:color w:val="000000"/>
        </w:rPr>
        <w:t>OD</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外部，且</w:t>
      </w:r>
      <w:r>
        <w:rPr>
          <w:rFonts w:ascii="Times New Roman" w:eastAsia="Times New Roman" w:hAnsi="Times New Roman" w:cs="Times New Roman"/>
          <w:color w:val="000000"/>
        </w:rPr>
        <w:t>0°&lt;</w:t>
      </w:r>
      <w:r>
        <w:rPr>
          <w:rFonts w:ascii="宋体" w:eastAsia="宋体" w:hAnsi="宋体" w:cs="宋体"/>
          <w:color w:val="000000"/>
        </w:rPr>
        <w:t>∠</w:t>
      </w:r>
      <w:r>
        <w:rPr>
          <w:rFonts w:ascii="Times New Roman" w:eastAsia="Times New Roman" w:hAnsi="Times New Roman" w:cs="Times New Roman"/>
          <w:i/>
          <w:color w:val="000000"/>
        </w:rPr>
        <w:t>BOD</w:t>
      </w:r>
      <w:r>
        <w:rPr>
          <w:rFonts w:ascii="Times New Roman" w:eastAsia="Times New Roman" w:hAnsi="Times New Roman" w:cs="Times New Roman"/>
          <w:color w:val="000000"/>
        </w:rPr>
        <w:t>&lt;60°</w:t>
      </w:r>
      <w:r>
        <w:rPr>
          <w:rFonts w:ascii="宋体" w:eastAsia="宋体" w:hAnsi="宋体" w:cs="宋体"/>
          <w:color w:val="000000"/>
        </w:rPr>
        <w:t>时，设∠</w:t>
      </w:r>
      <w:r>
        <w:rPr>
          <w:rFonts w:ascii="Times New Roman" w:eastAsia="Times New Roman" w:hAnsi="Times New Roman" w:cs="Times New Roman"/>
          <w:i/>
          <w:color w:val="000000"/>
        </w:rPr>
        <w:t>COE</w:t>
      </w:r>
      <w:r>
        <w:rPr>
          <w:rFonts w:ascii="Times New Roman" w:eastAsia="Times New Roman" w:hAnsi="Times New Roman" w:cs="Times New Roman"/>
          <w:color w:val="000000"/>
        </w:rPr>
        <w:t>=</w:t>
      </w:r>
      <w:r>
        <w:rPr>
          <w:rFonts w:ascii="Times New Roman" w:eastAsia="Times New Roman" w:hAnsi="Times New Roman" w:cs="Times New Roman"/>
          <w:i/>
          <w:color w:val="000000"/>
        </w:rPr>
        <w:t>α</w:t>
      </w:r>
      <w:r>
        <w:rPr>
          <w:rFonts w:ascii="宋体" w:eastAsia="宋体" w:hAnsi="宋体" w:cs="宋体"/>
          <w:color w:val="000000"/>
        </w:rPr>
        <w:t>，∠</w:t>
      </w:r>
      <w:r>
        <w:rPr>
          <w:rFonts w:ascii="Times New Roman" w:eastAsia="Times New Roman" w:hAnsi="Times New Roman" w:cs="Times New Roman"/>
          <w:i/>
          <w:color w:val="000000"/>
        </w:rPr>
        <w:t>BOD</w:t>
      </w:r>
      <w:r>
        <w:rPr>
          <w:rFonts w:ascii="Times New Roman" w:eastAsia="Times New Roman" w:hAnsi="Times New Roman" w:cs="Times New Roman"/>
          <w:color w:val="000000"/>
        </w:rPr>
        <w:t>=</w:t>
      </w:r>
      <w:r>
        <w:rPr>
          <w:rFonts w:ascii="Times New Roman" w:eastAsia="Times New Roman" w:hAnsi="Times New Roman" w:cs="Times New Roman"/>
          <w:i/>
          <w:color w:val="000000"/>
        </w:rPr>
        <w:t>β</w:t>
      </w:r>
      <w:r>
        <w:rPr>
          <w:rFonts w:ascii="宋体" w:eastAsia="宋体" w:hAnsi="宋体" w:cs="宋体"/>
          <w:color w:val="000000"/>
        </w:rPr>
        <w:t>，用等式表示</w:t>
      </w:r>
      <w:r>
        <w:rPr>
          <w:rFonts w:ascii="Times New Roman" w:eastAsia="Times New Roman" w:hAnsi="Times New Roman" w:cs="Times New Roman"/>
          <w:i/>
          <w:color w:val="000000"/>
        </w:rPr>
        <w:t>α</w:t>
      </w:r>
      <w:r>
        <w:rPr>
          <w:rFonts w:ascii="宋体" w:eastAsia="宋体" w:hAnsi="宋体" w:cs="宋体"/>
          <w:color w:val="000000"/>
        </w:rPr>
        <w:t>与</w:t>
      </w:r>
      <w:r>
        <w:rPr>
          <w:rFonts w:ascii="Times New Roman" w:eastAsia="Times New Roman" w:hAnsi="Times New Roman" w:cs="Times New Roman"/>
          <w:i/>
          <w:color w:val="000000"/>
        </w:rPr>
        <w:t>β</w:t>
      </w:r>
      <w:r>
        <w:rPr>
          <w:rFonts w:ascii="宋体" w:eastAsia="宋体" w:hAnsi="宋体" w:cs="宋体"/>
          <w:color w:val="000000"/>
        </w:rPr>
        <w:t>之间的数量关系，并证明．</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20°</w:t>
      </w:r>
      <w:r>
        <w:rPr>
          <w:color w:val="000000"/>
        </w:rPr>
        <w:t xml:space="preserve">    </w:t>
      </w:r>
      <w:r>
        <w:rPr>
          <w:color w:val="000000"/>
        </w:rPr>
        <w:t>（2）</w:t>
      </w:r>
      <w:r>
        <w:rPr>
          <w:rFonts w:ascii="Times New Roman" w:eastAsia="Times New Roman" w:hAnsi="Times New Roman" w:cs="Times New Roman"/>
          <w:color w:val="000000"/>
        </w:rPr>
        <w:t>2</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Times New Roman" w:eastAsia="Times New Roman" w:hAnsi="Times New Roman" w:cs="Times New Roman"/>
          <w:i/>
          <w:color w:val="000000"/>
        </w:rPr>
        <w:t>β</w:t>
      </w:r>
      <w:r>
        <w:rPr>
          <w:rFonts w:ascii="Times New Roman" w:eastAsia="Times New Roman" w:hAnsi="Times New Roman" w:cs="Times New Roman"/>
          <w:color w:val="000000"/>
        </w:rPr>
        <w:t>=60°</w:t>
      </w:r>
      <w:r>
        <w:rPr>
          <w:rFonts w:ascii="宋体" w:eastAsia="宋体" w:hAnsi="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i/>
          <w:color w:val="000000"/>
        </w:rPr>
        <w:t>COD</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COE</w:t>
      </w:r>
      <w:r>
        <w:rPr>
          <w:rFonts w:ascii="Times New Roman" w:eastAsia="Times New Roman" w:hAnsi="Times New Roman" w:cs="Times New Roman"/>
          <w:color w:val="000000"/>
        </w:rPr>
        <w:t>=40°</w:t>
      </w:r>
      <w:r>
        <w:rPr>
          <w:rFonts w:ascii="宋体" w:eastAsia="宋体" w:hAnsi="宋体" w:cs="宋体"/>
          <w:color w:val="000000"/>
        </w:rPr>
        <w:t>，可得∠</w:t>
      </w:r>
      <w:r>
        <w:rPr>
          <w:rFonts w:ascii="Times New Roman" w:eastAsia="Times New Roman" w:hAnsi="Times New Roman" w:cs="Times New Roman"/>
          <w:i/>
          <w:color w:val="000000"/>
        </w:rPr>
        <w:t>DOE</w:t>
      </w:r>
      <w:r>
        <w:rPr>
          <w:rFonts w:ascii="Times New Roman" w:eastAsia="Times New Roman" w:hAnsi="Times New Roman" w:cs="Times New Roman"/>
          <w:color w:val="000000"/>
        </w:rPr>
        <w:t>=50°</w:t>
      </w:r>
      <w:r>
        <w:rPr>
          <w:rFonts w:ascii="宋体" w:eastAsia="宋体" w:hAnsi="宋体" w:cs="宋体"/>
          <w:color w:val="000000"/>
        </w:rPr>
        <w:t>，再由</w:t>
      </w:r>
      <w:r>
        <w:rPr>
          <w:rFonts w:ascii="Times New Roman" w:eastAsia="Times New Roman" w:hAnsi="Times New Roman" w:cs="Times New Roman"/>
          <w:i/>
          <w:color w:val="000000"/>
        </w:rPr>
        <w:t>OE</w:t>
      </w:r>
      <w:r>
        <w:rPr>
          <w:rFonts w:ascii="宋体" w:eastAsia="宋体" w:hAnsi="宋体" w:cs="宋体"/>
          <w:color w:val="000000"/>
        </w:rPr>
        <w:t>平分∠</w:t>
      </w:r>
      <w:r>
        <w:rPr>
          <w:rFonts w:ascii="Times New Roman" w:eastAsia="Times New Roman" w:hAnsi="Times New Roman" w:cs="Times New Roman"/>
          <w:i/>
          <w:color w:val="000000"/>
        </w:rPr>
        <w:t>AOD</w:t>
      </w:r>
      <w:r>
        <w:rPr>
          <w:rFonts w:ascii="宋体" w:eastAsia="宋体" w:hAnsi="宋体" w:cs="宋体"/>
          <w:color w:val="000000"/>
        </w:rPr>
        <w:t>，可得∠</w:t>
      </w:r>
      <w:r>
        <w:rPr>
          <w:rFonts w:ascii="Times New Roman" w:eastAsia="Times New Roman" w:hAnsi="Times New Roman" w:cs="Times New Roman"/>
          <w:i/>
          <w:color w:val="000000"/>
        </w:rPr>
        <w:t>AOD</w:t>
      </w:r>
      <w:r>
        <w:rPr>
          <w:rFonts w:ascii="Times New Roman" w:eastAsia="Times New Roman" w:hAnsi="Times New Roman" w:cs="Times New Roman"/>
          <w:color w:val="000000"/>
        </w:rPr>
        <w:t>=100°</w:t>
      </w:r>
      <w:r>
        <w:rPr>
          <w:rFonts w:ascii="宋体" w:eastAsia="宋体" w:hAnsi="宋体" w:cs="宋体"/>
          <w:color w:val="000000"/>
        </w:rPr>
        <w:t>，再由∠</w:t>
      </w:r>
      <w:r>
        <w:rPr>
          <w:rFonts w:ascii="Times New Roman" w:eastAsia="Times New Roman" w:hAnsi="Times New Roman" w:cs="Times New Roman"/>
          <w:i/>
          <w:color w:val="000000"/>
        </w:rPr>
        <w:t>AOB</w:t>
      </w:r>
      <w:r>
        <w:rPr>
          <w:rFonts w:ascii="Times New Roman" w:eastAsia="Times New Roman" w:hAnsi="Times New Roman" w:cs="Times New Roman"/>
          <w:color w:val="000000"/>
        </w:rPr>
        <w:t xml:space="preserve">=120° </w:t>
      </w:r>
      <w:r>
        <w:rPr>
          <w:rFonts w:ascii="宋体" w:eastAsia="宋体" w:hAnsi="宋体" w:cs="宋体"/>
          <w:color w:val="000000"/>
        </w:rPr>
        <w:t>，即可求解；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i/>
          <w:color w:val="000000"/>
        </w:rPr>
        <w:t>COD</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COE</w:t>
      </w:r>
      <w:r>
        <w:rPr>
          <w:rFonts w:ascii="Times New Roman" w:eastAsia="Times New Roman" w:hAnsi="Times New Roman" w:cs="Times New Roman"/>
          <w:color w:val="000000"/>
        </w:rPr>
        <w:t>=</w:t>
      </w:r>
      <w:r>
        <w:rPr>
          <w:rFonts w:ascii="Times New Roman" w:eastAsia="Times New Roman" w:hAnsi="Times New Roman" w:cs="Times New Roman"/>
          <w:i/>
          <w:color w:val="000000"/>
        </w:rPr>
        <w:t>α</w:t>
      </w:r>
      <w:r>
        <w:rPr>
          <w:rFonts w:ascii="宋体" w:eastAsia="宋体" w:hAnsi="宋体" w:cs="宋体"/>
          <w:color w:val="000000"/>
        </w:rPr>
        <w:t>，可得∠</w:t>
      </w:r>
      <w:r>
        <w:rPr>
          <w:rFonts w:ascii="Times New Roman" w:eastAsia="Times New Roman" w:hAnsi="Times New Roman" w:cs="Times New Roman"/>
          <w:i/>
          <w:color w:val="000000"/>
        </w:rPr>
        <w:t>DOE</w:t>
      </w:r>
      <w:r>
        <w:rPr>
          <w:rFonts w:ascii="Times New Roman" w:eastAsia="Times New Roman" w:hAnsi="Times New Roman" w:cs="Times New Roman"/>
          <w:color w:val="000000"/>
        </w:rPr>
        <w:t xml:space="preserve"> =90°-</w:t>
      </w:r>
      <w:r>
        <w:rPr>
          <w:rFonts w:ascii="Times New Roman" w:eastAsia="Times New Roman" w:hAnsi="Times New Roman" w:cs="Times New Roman"/>
          <w:i/>
          <w:color w:val="000000"/>
        </w:rPr>
        <w:t>α</w:t>
      </w:r>
      <w:r>
        <w:rPr>
          <w:rFonts w:ascii="宋体" w:eastAsia="宋体" w:hAnsi="宋体" w:cs="宋体"/>
          <w:color w:val="000000"/>
        </w:rPr>
        <w:t>，再由</w:t>
      </w:r>
      <w:r>
        <w:rPr>
          <w:rFonts w:ascii="Times New Roman" w:eastAsia="Times New Roman" w:hAnsi="Times New Roman" w:cs="Times New Roman"/>
          <w:i/>
          <w:color w:val="000000"/>
        </w:rPr>
        <w:t>OE</w:t>
      </w:r>
      <w:r>
        <w:rPr>
          <w:rFonts w:ascii="宋体" w:eastAsia="宋体" w:hAnsi="宋体" w:cs="宋体"/>
          <w:color w:val="000000"/>
        </w:rPr>
        <w:t>平分∠</w:t>
      </w:r>
      <w:r>
        <w:rPr>
          <w:rFonts w:ascii="Times New Roman" w:eastAsia="Times New Roman" w:hAnsi="Times New Roman" w:cs="Times New Roman"/>
          <w:i/>
          <w:color w:val="000000"/>
        </w:rPr>
        <w:t>AOD</w:t>
      </w:r>
      <w:r>
        <w:rPr>
          <w:rFonts w:ascii="宋体" w:eastAsia="宋体" w:hAnsi="宋体" w:cs="宋体"/>
          <w:color w:val="000000"/>
        </w:rPr>
        <w:t>，可得∠</w:t>
      </w:r>
      <w:r>
        <w:rPr>
          <w:rFonts w:ascii="Times New Roman" w:eastAsia="Times New Roman" w:hAnsi="Times New Roman" w:cs="Times New Roman"/>
          <w:i/>
          <w:color w:val="000000"/>
        </w:rPr>
        <w:t>AOD</w:t>
      </w:r>
      <w:r>
        <w:rPr>
          <w:rFonts w:ascii="Times New Roman" w:eastAsia="Times New Roman" w:hAnsi="Times New Roman" w:cs="Times New Roman"/>
          <w:color w:val="000000"/>
        </w:rPr>
        <w:t>=180°-2</w:t>
      </w:r>
      <w:r>
        <w:rPr>
          <w:rFonts w:ascii="Times New Roman" w:eastAsia="Times New Roman" w:hAnsi="Times New Roman" w:cs="Times New Roman"/>
          <w:i/>
          <w:color w:val="000000"/>
        </w:rPr>
        <w:t>α</w:t>
      </w:r>
      <w:r>
        <w:rPr>
          <w:rFonts w:ascii="宋体" w:eastAsia="宋体" w:hAnsi="宋体" w:cs="宋体"/>
          <w:color w:val="000000"/>
        </w:rPr>
        <w:t>，再由∠</w:t>
      </w:r>
      <w:r>
        <w:rPr>
          <w:rFonts w:ascii="Times New Roman" w:eastAsia="Times New Roman" w:hAnsi="Times New Roman" w:cs="Times New Roman"/>
          <w:i/>
          <w:color w:val="000000"/>
        </w:rPr>
        <w:t>AOB</w:t>
      </w:r>
      <w:r>
        <w:rPr>
          <w:rFonts w:ascii="Times New Roman" w:eastAsia="Times New Roman" w:hAnsi="Times New Roman" w:cs="Times New Roman"/>
          <w:color w:val="000000"/>
        </w:rPr>
        <w:t xml:space="preserve">=120° </w:t>
      </w:r>
      <w:r>
        <w:rPr>
          <w:rFonts w:ascii="宋体" w:eastAsia="宋体" w:hAnsi="宋体" w:cs="宋体"/>
          <w:color w:val="000000"/>
        </w:rPr>
        <w:t>，即可求解．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）解：∵∠</w:t>
      </w:r>
      <w:r>
        <w:rPr>
          <w:rFonts w:ascii="Times New Roman" w:eastAsia="Times New Roman" w:hAnsi="Times New Roman" w:cs="Times New Roman"/>
          <w:i/>
          <w:color w:val="000000"/>
        </w:rPr>
        <w:t>COD</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COE</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DOE</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COE</w:t>
      </w:r>
      <w:r>
        <w:rPr>
          <w:rFonts w:ascii="Times New Roman" w:eastAsia="Times New Roman" w:hAnsi="Times New Roman" w:cs="Times New Roman"/>
          <w:color w:val="000000"/>
        </w:rPr>
        <w:t>=90°-40°=50°</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OE</w:t>
      </w:r>
      <w:r>
        <w:rPr>
          <w:rFonts w:ascii="宋体" w:eastAsia="宋体" w:hAnsi="宋体" w:cs="宋体"/>
          <w:color w:val="000000"/>
        </w:rPr>
        <w:t>平分∠</w:t>
      </w:r>
      <w:r>
        <w:rPr>
          <w:rFonts w:ascii="Times New Roman" w:eastAsia="Times New Roman" w:hAnsi="Times New Roman" w:cs="Times New Roman"/>
          <w:i/>
          <w:color w:val="000000"/>
        </w:rPr>
        <w:t>AOD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Times New Roman" w:eastAsia="Times New Roman" w:hAnsi="Times New Roman" w:cs="Times New Roman"/>
          <w:color w:val="000000"/>
        </w:rPr>
        <w:t>=100°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 xml:space="preserve">=120°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AOD</w:t>
      </w:r>
      <w:r>
        <w:rPr>
          <w:rFonts w:ascii="Times New Roman" w:eastAsia="Times New Roman" w:hAnsi="Times New Roman" w:cs="Times New Roman"/>
          <w:color w:val="000000"/>
        </w:rPr>
        <w:t>=120°-100°=20°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）数量关系为：</w:t>
      </w:r>
      <w:r>
        <w:rPr>
          <w:rFonts w:ascii="Times New Roman" w:eastAsia="Times New Roman" w:hAnsi="Times New Roman" w:cs="Times New Roman"/>
          <w:color w:val="000000"/>
        </w:rPr>
        <w:t>2</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Times New Roman" w:eastAsia="Times New Roman" w:hAnsi="Times New Roman" w:cs="Times New Roman"/>
          <w:i/>
          <w:color w:val="000000"/>
        </w:rPr>
        <w:t>β</w:t>
      </w:r>
      <w:r>
        <w:rPr>
          <w:rFonts w:ascii="Times New Roman" w:eastAsia="Times New Roman" w:hAnsi="Times New Roman" w:cs="Times New Roman"/>
          <w:color w:val="000000"/>
        </w:rPr>
        <w:t xml:space="preserve">=60° </w:t>
      </w:r>
      <w:r>
        <w:rPr>
          <w:rFonts w:ascii="宋体" w:eastAsia="宋体" w:hAnsi="宋体" w:cs="宋体"/>
          <w:color w:val="000000"/>
        </w:rPr>
        <w:t>，理由如下：</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COE</w:t>
      </w:r>
      <w:r>
        <w:rPr>
          <w:rFonts w:ascii="Times New Roman" w:eastAsia="Times New Roman" w:hAnsi="Times New Roman" w:cs="Times New Roman"/>
          <w:color w:val="000000"/>
        </w:rPr>
        <w:t>=</w:t>
      </w:r>
      <w:r>
        <w:rPr>
          <w:rFonts w:ascii="Times New Roman" w:eastAsia="Times New Roman" w:hAnsi="Times New Roman" w:cs="Times New Roman"/>
          <w:i/>
          <w:color w:val="000000"/>
        </w:rPr>
        <w:t>α</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DOE</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COE</w:t>
      </w:r>
      <w:r>
        <w:rPr>
          <w:rFonts w:ascii="Times New Roman" w:eastAsia="Times New Roman" w:hAnsi="Times New Roman" w:cs="Times New Roman"/>
          <w:color w:val="000000"/>
        </w:rPr>
        <w:t>=90°-</w:t>
      </w:r>
      <w:r>
        <w:rPr>
          <w:rFonts w:ascii="Times New Roman" w:eastAsia="Times New Roman" w:hAnsi="Times New Roman" w:cs="Times New Roman"/>
          <w:i/>
          <w:color w:val="000000"/>
        </w:rPr>
        <w:t>α</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OE</w:t>
      </w:r>
      <w:r>
        <w:rPr>
          <w:rFonts w:ascii="宋体" w:eastAsia="宋体" w:hAnsi="宋体" w:cs="宋体"/>
          <w:color w:val="000000"/>
        </w:rPr>
        <w:t>平分∠</w:t>
      </w:r>
      <w:r>
        <w:rPr>
          <w:rFonts w:ascii="Times New Roman" w:eastAsia="Times New Roman" w:hAnsi="Times New Roman" w:cs="Times New Roman"/>
          <w:i/>
          <w:color w:val="000000"/>
        </w:rPr>
        <w:t>AOD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90°-</w:t>
      </w:r>
      <w:r>
        <w:rPr>
          <w:rFonts w:ascii="Times New Roman" w:eastAsia="Times New Roman" w:hAnsi="Times New Roman" w:cs="Times New Roman"/>
          <w:i/>
          <w:color w:val="000000"/>
        </w:rPr>
        <w:t>α</w:t>
      </w:r>
      <w:r>
        <w:rPr>
          <w:rFonts w:ascii="宋体" w:eastAsia="宋体" w:hAnsi="宋体" w:cs="宋体"/>
          <w:color w:val="000000"/>
        </w:rPr>
        <w:t>）</w:t>
      </w:r>
      <w:r>
        <w:rPr>
          <w:rFonts w:ascii="Times New Roman" w:eastAsia="Times New Roman" w:hAnsi="Times New Roman" w:cs="Times New Roman"/>
          <w:color w:val="000000"/>
        </w:rPr>
        <w:t>=180°-2</w:t>
      </w:r>
      <w:r>
        <w:rPr>
          <w:rFonts w:ascii="Times New Roman" w:eastAsia="Times New Roman" w:hAnsi="Times New Roman" w:cs="Times New Roman"/>
          <w:i/>
          <w:color w:val="000000"/>
        </w:rPr>
        <w:t>α</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β</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AOD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AOB</w:t>
      </w:r>
      <w:r>
        <w:rPr>
          <w:rFonts w:ascii="Times New Roman" w:eastAsia="Times New Roman" w:hAnsi="Times New Roman" w:cs="Times New Roman"/>
          <w:color w:val="000000"/>
        </w:rPr>
        <w:t>=180°-2</w:t>
      </w:r>
      <w:r>
        <w:rPr>
          <w:rFonts w:ascii="Times New Roman" w:eastAsia="Times New Roman" w:hAnsi="Times New Roman" w:cs="Times New Roman"/>
          <w:i/>
          <w:color w:val="000000"/>
        </w:rPr>
        <w:t>α</w:t>
      </w:r>
      <w:r>
        <w:rPr>
          <w:rFonts w:ascii="Times New Roman" w:eastAsia="Times New Roman" w:hAnsi="Times New Roman" w:cs="Times New Roman"/>
          <w:color w:val="000000"/>
        </w:rPr>
        <w:t>-120°=60°-2</w:t>
      </w:r>
      <w:r>
        <w:rPr>
          <w:rFonts w:ascii="Times New Roman" w:eastAsia="Times New Roman" w:hAnsi="Times New Roman" w:cs="Times New Roman"/>
          <w:i/>
          <w:color w:val="000000"/>
        </w:rPr>
        <w:t>α</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color w:val="000000"/>
        </w:rPr>
        <w:t>2</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Times New Roman" w:eastAsia="Times New Roman" w:hAnsi="Times New Roman" w:cs="Times New Roman"/>
          <w:i/>
          <w:color w:val="000000"/>
        </w:rPr>
        <w:t>β</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本题主要考查了角的和与差，角平分线的定义，熟练掌握角的和与差，角平分线的定义是解题的关键．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对于数轴上的点</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，我们把点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Q</w:t>
      </w:r>
      <w:r>
        <w:rPr>
          <w:rFonts w:ascii="宋体" w:eastAsia="宋体" w:hAnsi="宋体" w:cs="宋体"/>
          <w:color w:val="000000"/>
        </w:rPr>
        <w:t>两点之间的距离记作</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PQ</w:t>
      </w:r>
      <w:r>
        <w:rPr>
          <w:rFonts w:ascii="Times New Roman" w:eastAsia="Times New Roman" w:hAnsi="Times New Roman" w:cs="Times New Roman"/>
          <w:color w:val="000000"/>
          <w:vertAlign w:val="subscript"/>
        </w:rPr>
        <w:t>]</w:t>
      </w:r>
      <w:r>
        <w:rPr>
          <w:rFonts w:ascii="宋体" w:eastAsia="宋体" w:hAnsi="宋体" w:cs="宋体"/>
          <w:color w:val="000000"/>
        </w:rPr>
        <w:t>．例如，在数轴上点</w:t>
      </w:r>
      <w:r>
        <w:rPr>
          <w:rFonts w:ascii="Times New Roman" w:eastAsia="Times New Roman" w:hAnsi="Times New Roman" w:cs="Times New Roman"/>
          <w:i/>
          <w:color w:val="000000"/>
        </w:rPr>
        <w:t>P</w:t>
      </w:r>
      <w:r>
        <w:rPr>
          <w:rFonts w:ascii="宋体" w:eastAsia="宋体" w:hAnsi="宋体" w:cs="宋体"/>
          <w:color w:val="000000"/>
        </w:rPr>
        <w:t>表示的数是</w:t>
      </w:r>
      <w:r>
        <w:rPr>
          <w:rFonts w:ascii="Times New Roman" w:eastAsia="Times New Roman" w:hAnsi="Times New Roman" w:cs="Times New Roman"/>
          <w:color w:val="000000"/>
        </w:rPr>
        <w:t>5</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表示的数是</w:t>
      </w:r>
      <w:r>
        <w:rPr>
          <w:rFonts w:ascii="Times New Roman" w:eastAsia="Times New Roman" w:hAnsi="Times New Roman" w:cs="Times New Roman"/>
          <w:color w:val="000000"/>
        </w:rPr>
        <w:t>2</w:t>
      </w:r>
      <w:r>
        <w:rPr>
          <w:rFonts w:ascii="宋体" w:eastAsia="宋体" w:hAnsi="宋体" w:cs="宋体"/>
          <w:color w:val="000000"/>
        </w:rPr>
        <w:t>，则点</w:t>
      </w:r>
      <w:r>
        <w:rPr>
          <w:rFonts w:ascii="Times New Roman" w:eastAsia="Times New Roman" w:hAnsi="Times New Roman" w:cs="Times New Roman"/>
          <w:i/>
          <w:color w:val="000000"/>
        </w:rPr>
        <w:t>P</w:t>
      </w:r>
      <w:r>
        <w:rPr>
          <w:rFonts w:ascii="宋体" w:eastAsia="宋体" w:hAnsi="宋体" w:cs="宋体"/>
          <w:color w:val="000000"/>
        </w:rPr>
        <w:t>与点</w:t>
      </w:r>
      <w:r>
        <w:rPr>
          <w:rFonts w:ascii="Times New Roman" w:eastAsia="Times New Roman" w:hAnsi="Times New Roman" w:cs="Times New Roman"/>
          <w:i/>
          <w:color w:val="000000"/>
        </w:rPr>
        <w:t>Q</w:t>
      </w:r>
      <w:r>
        <w:rPr>
          <w:rFonts w:ascii="宋体" w:eastAsia="宋体" w:hAnsi="宋体" w:cs="宋体"/>
          <w:color w:val="000000"/>
        </w:rPr>
        <w:t>两点之间的距离为</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PQ</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=3</w:t>
      </w: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为数轴原点，点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524375" cy="314325"/>
            <wp:docPr id="29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6" name=""/>
                    <pic:cNvPicPr>
                      <a:picLocks noChangeAspect="1"/>
                    </pic:cNvPicPr>
                  </pic:nvPicPr>
                  <pic:blipFill>
                    <a:blip r:embed="rId2168"/>
                    <a:stretch>
                      <a:fillRect/>
                    </a:stretch>
                  </pic:blipFill>
                  <pic:spPr>
                    <a:xfrm>
                      <a:off x="0" y="0"/>
                      <a:ext cx="4524375" cy="3143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OA</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AB</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在数轴上表示的数为</w:t>
      </w:r>
      <w:r>
        <w:rPr>
          <w:rFonts w:ascii="Times New Roman" w:eastAsia="Times New Roman" w:hAnsi="Times New Roman" w:cs="Times New Roman"/>
          <w:i/>
          <w:color w:val="000000"/>
        </w:rPr>
        <w:t>x</w:t>
      </w:r>
      <w:r>
        <w:rPr>
          <w:rFonts w:ascii="宋体" w:eastAsia="宋体" w:hAnsi="宋体" w:cs="宋体"/>
          <w:color w:val="000000"/>
        </w:rPr>
        <w:t>，且点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左侧，当满足</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AC</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w:t>
      </w:r>
      <w:r>
        <w:pict>
          <v:shape id="_x0000_i708740" type="#_x0000_t75" alt="学科网(www.zxxk.com)--教育资源门户，提供试卷、教案、课件、论文、素材以及各类教学资源下载，还有大量而丰富的教学相关资讯！" style="width:10.5pt;height:21pt" o:oleicon="f" o:ole="">
            <v:imagedata r:id="rId2169" o:title="eqIdf89eef3148f2d4d09379767b4af69132"/>
          </v:shape>
        </w:pic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BC</w:t>
      </w:r>
      <w:r>
        <w:rPr>
          <w:rFonts w:ascii="Times New Roman" w:eastAsia="Times New Roman" w:hAnsi="Times New Roman" w:cs="Times New Roman"/>
          <w:color w:val="000000"/>
          <w:vertAlign w:val="subscript"/>
        </w:rPr>
        <w:t>]</w:t>
      </w:r>
      <w:r>
        <w:rPr>
          <w:rFonts w:ascii="宋体" w:eastAsia="宋体" w:hAnsi="宋体" w:cs="宋体"/>
          <w:color w:val="000000"/>
        </w:rPr>
        <w:t>时，求</w:t>
      </w:r>
      <w:r>
        <w:rPr>
          <w:rFonts w:ascii="Times New Roman" w:eastAsia="Times New Roman" w:hAnsi="Times New Roman" w:cs="Times New Roman"/>
          <w:i/>
          <w:color w:val="000000"/>
        </w:rPr>
        <w:t>x</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若点</w:t>
      </w:r>
      <w:r>
        <w:rPr>
          <w:rFonts w:ascii="Times New Roman" w:eastAsia="Times New Roman" w:hAnsi="Times New Roman" w:cs="Times New Roman"/>
          <w:i/>
          <w:color w:val="000000"/>
        </w:rPr>
        <w:t>E</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，点</w:t>
      </w:r>
      <w:r>
        <w:rPr>
          <w:rFonts w:ascii="Times New Roman" w:eastAsia="Times New Roman" w:hAnsi="Times New Roman" w:cs="Times New Roman"/>
          <w:i/>
          <w:color w:val="000000"/>
        </w:rPr>
        <w:t>F</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Times New Roman" w:eastAsia="Times New Roman" w:hAnsi="Times New Roman" w:cs="Times New Roman"/>
          <w:color w:val="000000"/>
        </w:rPr>
        <w:t>+2</w:t>
      </w:r>
      <w:r>
        <w:rPr>
          <w:rFonts w:ascii="宋体" w:eastAsia="宋体" w:hAnsi="宋体" w:cs="宋体"/>
          <w:color w:val="000000"/>
        </w:rPr>
        <w:t>，且</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AF</w:t>
      </w:r>
      <w:r>
        <w:rPr>
          <w:rFonts w:ascii="Times New Roman" w:eastAsia="Times New Roman" w:hAnsi="Times New Roman" w:cs="Times New Roman"/>
          <w:color w:val="000000"/>
          <w:vertAlign w:val="subscript"/>
        </w:rPr>
        <w:t>]</w:t>
      </w:r>
      <w:r>
        <w:rPr>
          <w:rFonts w:ascii="宋体" w:eastAsia="宋体" w:hAnsi="宋体" w:cs="宋体"/>
          <w:color w:val="000000"/>
        </w:rPr>
        <w:t>是</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BE</w:t>
      </w:r>
      <w:r>
        <w:rPr>
          <w:rFonts w:ascii="Times New Roman" w:eastAsia="Times New Roman" w:hAnsi="Times New Roman" w:cs="Times New Roman"/>
          <w:color w:val="000000"/>
          <w:vertAlign w:val="subscript"/>
        </w:rPr>
        <w:t>]</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倍，求</w:t>
      </w:r>
      <w:r>
        <w:rPr>
          <w:rFonts w:ascii="Times New Roman" w:eastAsia="Times New Roman" w:hAnsi="Times New Roman" w:cs="Times New Roman"/>
          <w:i/>
          <w:color w:val="000000"/>
        </w:rPr>
        <w:t>m</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r>
        <w:rPr>
          <w:color w:val="000000"/>
        </w:rPr>
        <w:t xml:space="preserve">    </w:t>
      </w:r>
      <w:r>
        <w:rPr>
          <w:color w:val="000000"/>
        </w:rPr>
        <w:t>（2）</w:t>
      </w:r>
      <w:r>
        <w:rPr>
          <w:rFonts w:ascii="Times New Roman" w:eastAsia="Times New Roman" w:hAnsi="Times New Roman" w:cs="Times New Roman"/>
          <w:i/>
          <w:color w:val="000000"/>
        </w:rPr>
        <w:t>x</w:t>
      </w:r>
      <w:r>
        <w:rPr>
          <w:rFonts w:ascii="Times New Roman" w:eastAsia="Times New Roman" w:hAnsi="Times New Roman" w:cs="Times New Roman"/>
          <w:color w:val="000000"/>
        </w:rPr>
        <w:t>=-7</w: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i/>
          <w:color w:val="000000"/>
        </w:rPr>
        <w:t>m</w:t>
      </w:r>
      <w:r>
        <w:rPr>
          <w:rFonts w:ascii="宋体" w:eastAsia="宋体" w:hAnsi="宋体" w:cs="宋体"/>
          <w:color w:val="000000"/>
        </w:rPr>
        <w:t>的值为</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）利用两点之间的距离公式求出值即可；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）利用两点之间的距离公式列出方程求解即可；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）分三种情况讨论，利用两点之间的距离公式列出方程求解即可．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OA</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=0-(-1)=1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AB</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=5-(-1)=6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5</w:t>
      </w:r>
      <w:r>
        <w:rPr>
          <w:rFonts w:ascii="宋体" w:eastAsia="宋体" w:hAnsi="宋体" w:cs="宋体"/>
          <w:color w:val="000000"/>
        </w:rPr>
        <w:t>，且点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左侧，</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AC</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BC</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 xml:space="preserve"> =5-</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依题意得：</w:t>
      </w:r>
      <w:r>
        <w:rPr>
          <w:rFonts w:ascii="Times New Roman" w:eastAsia="Times New Roman" w:hAnsi="Times New Roman" w:cs="Times New Roman"/>
          <w:color w:val="000000"/>
        </w:rPr>
        <w:t>-1-</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pict>
          <v:shape id="_x0000_i708741" type="#_x0000_t75" alt="学科网(www.zxxk.com)--教育资源门户，提供试卷、教案、课件、论文、素材以及各类教学资源下载，还有大量而丰富的教学相关资讯！" style="width:12pt;height:30.75pt" o:oleicon="f" o:ole="">
            <v:imagedata r:id="rId2170" o:title="eqId8eff998d034284391ca064755fa6bf1b"/>
          </v:shape>
        </w:pict>
      </w:r>
      <w:r>
        <w:rPr>
          <w:rFonts w:ascii="Times New Roman" w:eastAsia="Times New Roman" w:hAnsi="Times New Roman" w:cs="Times New Roman"/>
          <w:color w:val="000000"/>
        </w:rPr>
        <w:t>(5-</w:t>
      </w:r>
      <w:r>
        <w:rPr>
          <w:rFonts w:ascii="Times New Roman" w:eastAsia="Times New Roman" w:hAnsi="Times New Roman" w:cs="Times New Roman"/>
          <w:i/>
          <w:color w:val="000000"/>
        </w:rPr>
        <w:t>x</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解：当</w:t>
      </w:r>
      <w:r>
        <w:rPr>
          <w:rFonts w:ascii="Times New Roman" w:eastAsia="Times New Roman" w:hAnsi="Times New Roman" w:cs="Times New Roman"/>
          <w:i/>
          <w:color w:val="000000"/>
        </w:rPr>
        <w:t>F</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的左侧即（</w:t>
      </w:r>
      <w:r>
        <w:rPr>
          <w:rFonts w:ascii="Times New Roman" w:eastAsia="Times New Roman" w:hAnsi="Times New Roman" w:cs="Times New Roman"/>
          <w:i/>
          <w:color w:val="000000"/>
        </w:rPr>
        <w:t>m</w:t>
      </w:r>
      <w:r>
        <w:pict>
          <v:shape id="_x0000_i708742" type="#_x0000_t75" alt="学科网(www.zxxk.com)--教育资源门户，提供试卷、教案、课件、论文、素材以及各类教学资源下载，还有大量而丰富的教学相关资讯！" style="width:9.75pt;height:11.25pt" o:oleicon="f" o:ole="">
            <v:imagedata r:id="rId2171" o:title="eqId8536a5ebd76f494c03019086506d8e6a"/>
          </v:shape>
        </w:pic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152775" cy="219075"/>
            <wp:docPr id="29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 name=""/>
                    <pic:cNvPicPr>
                      <a:picLocks noChangeAspect="1"/>
                    </pic:cNvPicPr>
                  </pic:nvPicPr>
                  <pic:blipFill>
                    <a:blip r:embed="rId2172"/>
                    <a:stretch>
                      <a:fillRect/>
                    </a:stretch>
                  </pic:blipFill>
                  <pic:spPr>
                    <a:xfrm>
                      <a:off x="0" y="0"/>
                      <a:ext cx="3152775" cy="21907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AF</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 xml:space="preserve"> =-1-(</w:t>
      </w:r>
      <w:r>
        <w:rPr>
          <w:rFonts w:ascii="Times New Roman" w:eastAsia="Times New Roman" w:hAnsi="Times New Roman" w:cs="Times New Roman"/>
          <w:i/>
          <w:color w:val="000000"/>
        </w:rPr>
        <w:t>m</w:t>
      </w:r>
      <w:r>
        <w:rPr>
          <w:rFonts w:ascii="Times New Roman" w:eastAsia="Times New Roman" w:hAnsi="Times New Roman" w:cs="Times New Roman"/>
          <w:color w:val="000000"/>
        </w:rPr>
        <w:t>+2)=-3-</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BE</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 xml:space="preserve"> =5-</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依题意得：</w:t>
      </w:r>
      <w:r>
        <w:rPr>
          <w:rFonts w:ascii="Times New Roman" w:eastAsia="Times New Roman" w:hAnsi="Times New Roman" w:cs="Times New Roman"/>
          <w:color w:val="000000"/>
        </w:rPr>
        <w:t>-3-</w:t>
      </w:r>
      <w:r>
        <w:rPr>
          <w:rFonts w:ascii="Times New Roman" w:eastAsia="Times New Roman" w:hAnsi="Times New Roman" w:cs="Times New Roman"/>
          <w:i/>
          <w:color w:val="000000"/>
        </w:rPr>
        <w:t>m</w:t>
      </w:r>
      <w:r>
        <w:rPr>
          <w:rFonts w:ascii="Times New Roman" w:eastAsia="Times New Roman" w:hAnsi="Times New Roman" w:cs="Times New Roman"/>
          <w:color w:val="000000"/>
        </w:rPr>
        <w:t>=3(5-</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Times New Roman" w:eastAsia="Times New Roman" w:hAnsi="Times New Roman" w:cs="Times New Roman"/>
          <w:color w:val="000000"/>
        </w:rPr>
        <w:t>=9(</w:t>
      </w:r>
      <w:r>
        <w:rPr>
          <w:rFonts w:ascii="宋体" w:eastAsia="宋体" w:hAnsi="宋体" w:cs="宋体"/>
          <w:color w:val="000000"/>
        </w:rPr>
        <w:t>不合题意，舍去</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F</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的右侧，</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的左侧即（</w:t>
      </w:r>
      <w:r>
        <w:rPr>
          <w:rFonts w:ascii="Times New Roman" w:eastAsia="Times New Roman" w:hAnsi="Times New Roman" w:cs="Times New Roman"/>
          <w:color w:val="000000"/>
        </w:rPr>
        <w:t>-3&lt;</w:t>
      </w:r>
      <w:r>
        <w:rPr>
          <w:rFonts w:ascii="Times New Roman" w:eastAsia="Times New Roman" w:hAnsi="Times New Roman" w:cs="Times New Roman"/>
          <w:i/>
          <w:color w:val="000000"/>
        </w:rPr>
        <w:t>m</w:t>
      </w:r>
      <w:r>
        <w:rPr>
          <w:rFonts w:ascii="Times New Roman" w:eastAsia="Times New Roman" w:hAnsi="Times New Roman" w:cs="Times New Roman"/>
          <w:color w:val="000000"/>
        </w:rPr>
        <w:t>&lt;5</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162300" cy="219075"/>
            <wp:docPr id="29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 name=""/>
                    <pic:cNvPicPr>
                      <a:picLocks noChangeAspect="1"/>
                    </pic:cNvPicPr>
                  </pic:nvPicPr>
                  <pic:blipFill>
                    <a:blip r:embed="rId2173"/>
                    <a:stretch>
                      <a:fillRect/>
                    </a:stretch>
                  </pic:blipFill>
                  <pic:spPr>
                    <a:xfrm>
                      <a:off x="0" y="0"/>
                      <a:ext cx="3162300" cy="21907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AF</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 xml:space="preserve"> = (</w:t>
      </w:r>
      <w:r>
        <w:rPr>
          <w:rFonts w:ascii="Times New Roman" w:eastAsia="Times New Roman" w:hAnsi="Times New Roman" w:cs="Times New Roman"/>
          <w:i/>
          <w:color w:val="000000"/>
        </w:rPr>
        <w:t>m</w:t>
      </w:r>
      <w:r>
        <w:rPr>
          <w:rFonts w:ascii="Times New Roman" w:eastAsia="Times New Roman" w:hAnsi="Times New Roman" w:cs="Times New Roman"/>
          <w:color w:val="000000"/>
        </w:rPr>
        <w:t>+2)+1=3+</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BE</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 xml:space="preserve"> =5-</w:t>
      </w:r>
      <w:r>
        <w:rPr>
          <w:rFonts w:ascii="Times New Roman" w:eastAsia="Times New Roman" w:hAnsi="Times New Roman" w:cs="Times New Roman"/>
          <w:i/>
          <w:color w:val="000000"/>
        </w:rPr>
        <w:t>m</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依题意得：</w:t>
      </w:r>
      <w:r>
        <w:rPr>
          <w:rFonts w:ascii="Times New Roman" w:eastAsia="Times New Roman" w:hAnsi="Times New Roman" w:cs="Times New Roman"/>
          <w:color w:val="000000"/>
        </w:rPr>
        <w:t>3+</w:t>
      </w:r>
      <w:r>
        <w:rPr>
          <w:rFonts w:ascii="Times New Roman" w:eastAsia="Times New Roman" w:hAnsi="Times New Roman" w:cs="Times New Roman"/>
          <w:i/>
          <w:color w:val="000000"/>
        </w:rPr>
        <w:t>m</w:t>
      </w:r>
      <w:r>
        <w:rPr>
          <w:rFonts w:ascii="Times New Roman" w:eastAsia="Times New Roman" w:hAnsi="Times New Roman" w:cs="Times New Roman"/>
          <w:color w:val="000000"/>
        </w:rPr>
        <w:t>=3(5-</w:t>
      </w:r>
      <w:r>
        <w:rPr>
          <w:rFonts w:ascii="Times New Roman" w:eastAsia="Times New Roman" w:hAnsi="Times New Roman" w:cs="Times New Roman"/>
          <w:i/>
          <w:color w:val="000000"/>
        </w:rPr>
        <w:t>m</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的右侧即（</w:t>
      </w:r>
      <w:r>
        <w:rPr>
          <w:rFonts w:ascii="Times New Roman" w:eastAsia="Times New Roman" w:hAnsi="Times New Roman" w:cs="Times New Roman"/>
          <w:i/>
          <w:color w:val="000000"/>
        </w:rPr>
        <w:t>m</w:t>
      </w:r>
      <w:r>
        <w:pict>
          <v:shape id="_x0000_i708743" type="#_x0000_t75" alt="学科网(www.zxxk.com)--教育资源门户，提供试卷、教案、课件、论文、素材以及各类教学资源下载，还有大量而丰富的教学相关资讯！" style="width:9.75pt;height:12pt" o:oleicon="f" o:ole="">
            <v:imagedata r:id="rId2174" o:title="eqIde119c508fd265e3e3d78749e54fe4f43"/>
          </v:shape>
        </w:pic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152775" cy="219075"/>
            <wp:docPr id="29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2" name=""/>
                    <pic:cNvPicPr>
                      <a:picLocks noChangeAspect="1"/>
                    </pic:cNvPicPr>
                  </pic:nvPicPr>
                  <pic:blipFill>
                    <a:blip r:embed="rId2175"/>
                    <a:stretch>
                      <a:fillRect/>
                    </a:stretch>
                  </pic:blipFill>
                  <pic:spPr>
                    <a:xfrm>
                      <a:off x="0" y="0"/>
                      <a:ext cx="3152775" cy="21907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AF</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 xml:space="preserve"> = (</w:t>
      </w:r>
      <w:r>
        <w:rPr>
          <w:rFonts w:ascii="Times New Roman" w:eastAsia="Times New Roman" w:hAnsi="Times New Roman" w:cs="Times New Roman"/>
          <w:i/>
          <w:color w:val="000000"/>
        </w:rPr>
        <w:t>m</w:t>
      </w:r>
      <w:r>
        <w:rPr>
          <w:rFonts w:ascii="Times New Roman" w:eastAsia="Times New Roman" w:hAnsi="Times New Roman" w:cs="Times New Roman"/>
          <w:color w:val="000000"/>
        </w:rPr>
        <w:t>+2)+1=3+</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d</w:t>
      </w:r>
      <w:r>
        <w:rPr>
          <w:rFonts w:ascii="Times New Roman" w:eastAsia="Times New Roman" w:hAnsi="Times New Roman" w:cs="Times New Roman"/>
          <w:color w:val="000000"/>
          <w:vertAlign w:val="subscript"/>
        </w:rPr>
        <w:t>[</w:t>
      </w:r>
      <w:r>
        <w:rPr>
          <w:rFonts w:ascii="Times New Roman" w:eastAsia="Times New Roman" w:hAnsi="Times New Roman" w:cs="Times New Roman"/>
          <w:i/>
          <w:color w:val="000000"/>
          <w:vertAlign w:val="subscript"/>
        </w:rPr>
        <w:t>BE</w:t>
      </w:r>
      <w:r>
        <w:rPr>
          <w:rFonts w:ascii="Times New Roman" w:eastAsia="Times New Roman" w:hAnsi="Times New Roman" w:cs="Times New Roman"/>
          <w:color w:val="000000"/>
          <w:vertAlign w:val="subscript"/>
        </w:rPr>
        <w:t>]</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m</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依题意得：</w:t>
      </w:r>
      <w:r>
        <w:rPr>
          <w:rFonts w:ascii="Times New Roman" w:eastAsia="Times New Roman" w:hAnsi="Times New Roman" w:cs="Times New Roman"/>
          <w:color w:val="000000"/>
        </w:rPr>
        <w:t>3+</w:t>
      </w:r>
      <w:r>
        <w:rPr>
          <w:rFonts w:ascii="Times New Roman" w:eastAsia="Times New Roman" w:hAnsi="Times New Roman" w:cs="Times New Roman"/>
          <w:i/>
          <w:color w:val="000000"/>
        </w:rPr>
        <w:t>m</w:t>
      </w:r>
      <w:r>
        <w:rPr>
          <w:rFonts w:ascii="Times New Roman" w:eastAsia="Times New Roman" w:hAnsi="Times New Roman" w:cs="Times New Roman"/>
          <w:color w:val="000000"/>
        </w:rPr>
        <w:t>=3(</w:t>
      </w:r>
      <w:r>
        <w:rPr>
          <w:rFonts w:ascii="Times New Roman" w:eastAsia="Times New Roman" w:hAnsi="Times New Roman" w:cs="Times New Roman"/>
          <w:i/>
          <w:color w:val="000000"/>
        </w:rPr>
        <w:t>m</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m</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w:t>
      </w:r>
      <w:r>
        <w:rPr>
          <w:rFonts w:ascii="Times New Roman" w:eastAsia="Times New Roman" w:hAnsi="Times New Roman" w:cs="Times New Roman"/>
          <w:i/>
          <w:color w:val="000000"/>
        </w:rPr>
        <w:t>m</w:t>
      </w:r>
      <w:r>
        <w:rPr>
          <w:rFonts w:ascii="宋体" w:eastAsia="宋体" w:hAnsi="宋体" w:cs="宋体"/>
          <w:color w:val="000000"/>
        </w:rPr>
        <w:t>的值为</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9</w:t>
      </w:r>
      <w:r>
        <w:rPr>
          <w:rFonts w:ascii="宋体" w:eastAsia="宋体" w:hAnsi="宋体" w:cs="宋体"/>
          <w:color w:val="000000"/>
        </w:rPr>
        <w:t>．</w:t>
      </w:r>
    </w:p>
    <w:p>
      <w:pPr>
        <w:spacing w:line="360" w:lineRule="auto"/>
        <w:jc w:val="left"/>
        <w:textAlignment w:val="center"/>
        <w:rPr>
          <w:color w:val="000000"/>
        </w:rPr>
        <w:sectPr w:rsidSect="00C321EB">
          <w:headerReference w:type="even" r:id="rId138"/>
          <w:footerReference w:type="even" r:id="rId139"/>
          <w:headerReference w:type="first" r:id="rId140"/>
          <w:footerReference w:type="first" r:id="rId141"/>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本题考查了一元一次方程的应用和数轴，解题的关键是掌握点的移动与点所表示的数之间的关系，根据题目给出的条件，找出合适的等量关系列出方程，再求解．</w:t>
      </w:r>
    </w:p>
    <w:p>
      <w:pPr>
        <w:pStyle w:val="Heading2"/>
      </w:pPr>
      <w:r>
        <w:t>平谷区</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pict>
          <v:shape id="_x0000_i708744" type="#_x0000_t75" alt="学科网(www.zxxk.com)--教育资源门户，提供试卷、教案、课件、论文、素材以及各类教学资源下载，还有大量而丰富的教学相关资讯！" style="width:49.5pt;height:12.75pt" o:oleicon="f" o:ole="">
            <v:imagedata r:id="rId2176" o:title="eqIdeec6ce73c6786d50028addff089bbb64"/>
          </v:shape>
        </w:pict>
      </w:r>
      <w:r>
        <w:rPr>
          <w:rFonts w:ascii="宋体" w:eastAsia="宋体" w:hAnsi="宋体" w:cs="宋体"/>
          <w:color w:val="000000"/>
        </w:rPr>
        <w:t>，</w:t>
      </w:r>
      <w:r>
        <w:pict>
          <v:shape id="_x0000_i708745" type="#_x0000_t75" alt="学科网(www.zxxk.com)--教育资源门户，提供试卷、教案、课件、论文、素材以及各类教学资源下载，还有大量而丰富的教学相关资讯！" style="width:58pt;height:16pt" o:oleicon="f" o:ole="">
            <v:imagedata r:id="rId2177" o:title="eqId9468931aa396efbdd7f50cc79f95f392"/>
          </v:shape>
        </w:pict>
      </w:r>
      <w:r>
        <w:rPr>
          <w:rFonts w:ascii="宋体" w:eastAsia="宋体" w:hAnsi="宋体" w:cs="宋体"/>
          <w:color w:val="000000"/>
        </w:rPr>
        <w:t>（其中</w:t>
      </w:r>
      <w:r>
        <w:pict>
          <v:shape id="_x0000_i708746" type="#_x0000_t75" alt="学科网(www.zxxk.com)--教育资源门户，提供试卷、教案、课件、论文、素材以及各类教学资源下载，还有大量而丰富的教学相关资讯！" style="width:32.1pt;height:15.55pt" o:oleicon="f" o:ole="">
            <v:imagedata r:id="rId2178" o:title="eqId33c61cfbfd3bf888856b7dc9b2a84c4a"/>
          </v:shape>
        </w:pict>
      </w:r>
      <w:r>
        <w:rPr>
          <w:rFonts w:ascii="宋体" w:eastAsia="宋体" w:hAnsi="宋体" w:cs="宋体"/>
          <w:color w:val="000000"/>
        </w:rPr>
        <w:t>，</w:t>
      </w:r>
      <w:r>
        <w:pict>
          <v:shape id="_x0000_i708747" type="#_x0000_t75" alt="学科网(www.zxxk.com)--教育资源门户，提供试卷、教案、课件、论文、素材以及各类教学资源下载，还有大量而丰富的教学相关资讯！" style="width:40.2pt;height:16.2pt" o:oleicon="f" o:ole="">
            <v:imagedata r:id="rId2179" o:title="eqId6ed5362a3895c5cdb214039a12ef7121"/>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pict>
          <v:shape id="_x0000_i708748" type="#_x0000_t75" alt="学科网(www.zxxk.com)--教育资源门户，提供试卷、教案、课件、论文、素材以及各类教学资源下载，还有大量而丰富的教学相关资讯！" style="width:37pt;height:13.95pt" o:oleicon="f" o:ole="">
            <v:imagedata r:id="rId2180" o:title="eqIdd22df2977de56cc69be0c1e847653d7a"/>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800350" cy="1276350"/>
            <wp:docPr id="29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4" name=""/>
                    <pic:cNvPicPr>
                      <a:picLocks noChangeAspect="1"/>
                    </pic:cNvPicPr>
                  </pic:nvPicPr>
                  <pic:blipFill>
                    <a:blip r:embed="rId2181"/>
                    <a:stretch>
                      <a:fillRect/>
                    </a:stretch>
                  </pic:blipFill>
                  <pic:spPr>
                    <a:xfrm>
                      <a:off x="0" y="0"/>
                      <a:ext cx="2800350" cy="12763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）如图①，若</w:t>
      </w:r>
      <w:r>
        <w:pict>
          <v:shape id="_x0000_i708749" type="#_x0000_t75" alt="学科网(www.zxxk.com)--教育资源门户，提供试卷、教案、课件、论文、素材以及各类教学资源下载，还有大量而丰富的教学相关资讯！" style="width:50.25pt;height:14.25pt" o:oleicon="f" o:ole="">
            <v:imagedata r:id="rId2182" o:title="eqId26ee0ca4353f0b7de731ca9616eaccce"/>
          </v:shape>
        </w:pict>
      </w:r>
      <w:r>
        <w:rPr>
          <w:rFonts w:ascii="宋体" w:eastAsia="宋体" w:hAnsi="宋体" w:cs="宋体"/>
          <w:color w:val="000000"/>
        </w:rPr>
        <w:t>，</w:t>
      </w:r>
      <w:r>
        <w:pict>
          <v:shape id="_x0000_i708750" type="#_x0000_t75" alt="学科网(www.zxxk.com)--教育资源门户，提供试卷、教案、课件、论文、素材以及各类教学资源下载，还有大量而丰富的教学相关资讯！" style="width:48.75pt;height:15.75pt" o:oleicon="f" o:ole="">
            <v:imagedata r:id="rId2183" o:title="eqId74cffb478b18cfa636631f5577d055ff"/>
          </v:shape>
        </w:pict>
      </w:r>
      <w:r>
        <w:rPr>
          <w:rFonts w:ascii="宋体" w:eastAsia="宋体" w:hAnsi="宋体" w:cs="宋体"/>
          <w:color w:val="000000"/>
        </w:rPr>
        <w:t>，补全图形并求</w:t>
      </w:r>
      <w:r>
        <w:pict>
          <v:shape id="_x0000_i708751" type="#_x0000_t75" alt="学科网(www.zxxk.com)--教育资源门户，提供试卷、教案、课件、论文、素材以及各类教学资源下载，还有大量而丰富的教学相关资讯！" style="width:38pt;height:13.95pt" o:oleicon="f" o:ole="">
            <v:imagedata r:id="rId2184" o:title="eqIddc9f91270ddbe1cf3c1362e1b95aee14"/>
          </v:shape>
        </w:pic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）如图②，若</w:t>
      </w:r>
      <w:r>
        <w:pict>
          <v:shape id="_x0000_i708752" type="#_x0000_t75" alt="学科网(www.zxxk.com)--教育资源门户，提供试卷、教案、课件、论文、素材以及各类教学资源下载，还有大量而丰富的教学相关资讯！" style="width:57.5pt;height:14.5pt" o:oleicon="f" o:ole="">
            <v:imagedata r:id="rId2185" o:title="eqId89248ba9f66edeb71cd77b4c11dc3269"/>
          </v:shape>
        </w:pict>
      </w:r>
      <w:r>
        <w:rPr>
          <w:rFonts w:ascii="宋体" w:eastAsia="宋体" w:hAnsi="宋体" w:cs="宋体"/>
          <w:color w:val="000000"/>
        </w:rPr>
        <w:t>，</w:t>
      </w:r>
      <w:r>
        <w:pict>
          <v:shape id="_x0000_i708753" type="#_x0000_t75" alt="学科网(www.zxxk.com)--教育资源门户，提供试卷、教案、课件、论文、素材以及各类教学资源下载，还有大量而丰富的教学相关资讯！" style="width:50.4pt;height:16.2pt" o:oleicon="f" o:ole="">
            <v:imagedata r:id="rId2186" o:title="eqId861dce023d610b773e21c62000e7c534"/>
          </v:shape>
        </w:pict>
      </w:r>
      <w:r>
        <w:rPr>
          <w:rFonts w:ascii="宋体" w:eastAsia="宋体" w:hAnsi="宋体" w:cs="宋体"/>
          <w:color w:val="000000"/>
        </w:rPr>
        <w:t>，补全图形并直接写出</w:t>
      </w:r>
      <w:r>
        <w:pict>
          <v:shape id="_x0000_i708754" type="#_x0000_t75" alt="学科网(www.zxxk.com)--教育资源门户，提供试卷、教案、课件、论文、素材以及各类教学资源下载，还有大量而丰富的教学相关资讯！" style="width:38pt;height:13.95pt" o:oleicon="f" o:ole="">
            <v:imagedata r:id="rId2187" o:title="eqIddc9f91270ddbe1cf3c1362e1b95aee14"/>
          </v:shape>
        </w:pict>
      </w:r>
      <w:r>
        <w:rPr>
          <w:rFonts w:ascii="宋体" w:eastAsia="宋体" w:hAnsi="宋体" w:cs="宋体"/>
          <w:color w:val="000000"/>
        </w:rPr>
        <w:t>的度数为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）若</w:t>
      </w:r>
      <w:r>
        <w:pict>
          <v:shape id="_x0000_i708755" type="#_x0000_t75" alt="学科网(www.zxxk.com)--教育资源门户，提供试卷、教案、课件、论文、素材以及各类教学资源下载，还有大量而丰富的教学相关资讯！" style="width:49.5pt;height:12.75pt" o:oleicon="f" o:ole="">
            <v:imagedata r:id="rId2188" o:title="eqIdeec6ce73c6786d50028addff089bbb64"/>
          </v:shape>
        </w:pict>
      </w:r>
      <w:r>
        <w:rPr>
          <w:rFonts w:ascii="宋体" w:eastAsia="宋体" w:hAnsi="宋体" w:cs="宋体"/>
          <w:color w:val="000000"/>
        </w:rPr>
        <w:t>，</w:t>
      </w:r>
      <w:r>
        <w:pict>
          <v:shape id="_x0000_i708756" type="#_x0000_t75" alt="学科网(www.zxxk.com)--教育资源门户，提供试卷、教案、课件、论文、素材以及各类教学资源下载，还有大量而丰富的教学相关资讯！" style="width:58pt;height:16pt" o:oleicon="f" o:ole="">
            <v:imagedata r:id="rId2189" o:title="eqId9468931aa396efbdd7f50cc79f95f392"/>
          </v:shape>
        </w:pict>
      </w:r>
      <w:r>
        <w:rPr>
          <w:rFonts w:ascii="宋体" w:eastAsia="宋体" w:hAnsi="宋体" w:cs="宋体"/>
          <w:color w:val="000000"/>
        </w:rPr>
        <w:t>（其中</w:t>
      </w:r>
      <w:r>
        <w:pict>
          <v:shape id="_x0000_i708757" type="#_x0000_t75" alt="学科网(www.zxxk.com)--教育资源门户，提供试卷、教案、课件、论文、素材以及各类教学资源下载，还有大量而丰富的教学相关资讯！" style="width:32.1pt;height:15.55pt" o:oleicon="f" o:ole="">
            <v:imagedata r:id="rId2190" o:title="eqId33c61cfbfd3bf888856b7dc9b2a84c4a"/>
          </v:shape>
        </w:pict>
      </w:r>
      <w:r>
        <w:rPr>
          <w:rFonts w:ascii="宋体" w:eastAsia="宋体" w:hAnsi="宋体" w:cs="宋体"/>
          <w:color w:val="000000"/>
        </w:rPr>
        <w:t>，</w:t>
      </w:r>
      <w:r>
        <w:pict>
          <v:shape id="_x0000_i708758" type="#_x0000_t75" alt="学科网(www.zxxk.com)--教育资源门户，提供试卷、教案、课件、论文、素材以及各类教学资源下载，还有大量而丰富的教学相关资讯！" style="width:40.2pt;height:16.2pt" o:oleicon="f" o:ole="">
            <v:imagedata r:id="rId2191" o:title="eqId6ed5362a3895c5cdb214039a12ef7121"/>
          </v:shape>
        </w:pict>
      </w:r>
      <w:r>
        <w:rPr>
          <w:rFonts w:ascii="宋体" w:eastAsia="宋体" w:hAnsi="宋体" w:cs="宋体"/>
          <w:color w:val="000000"/>
        </w:rPr>
        <w:t>），直接写出</w:t>
      </w:r>
      <w:r>
        <w:pict>
          <v:shape id="_x0000_i708759" type="#_x0000_t75" alt="学科网(www.zxxk.com)--教育资源门户，提供试卷、教案、课件、论文、素材以及各类教学资源下载，还有大量而丰富的教学相关资讯！" style="width:38pt;height:13.95pt" o:oleicon="f" o:ole="">
            <v:imagedata r:id="rId2192" o:title="eqIddc9f91270ddbe1cf3c1362e1b95aee14"/>
          </v:shape>
        </w:pict>
      </w:r>
      <w:r>
        <w:rPr>
          <w:rFonts w:ascii="Times New Roman" w:eastAsia="Times New Roman" w:hAnsi="Times New Roman" w:cs="Times New Roman"/>
          <w:color w:val="000000"/>
        </w:rPr>
        <w:t>=_______</w:t>
      </w:r>
      <w:r>
        <w:rPr>
          <w:rFonts w:ascii="宋体" w:eastAsia="宋体" w:hAnsi="宋体" w:cs="宋体"/>
          <w:color w:val="000000"/>
        </w:rPr>
        <w:t>（用含</w:t>
      </w:r>
      <w:r>
        <w:pict>
          <v:shape id="_x0000_i708760" type="#_x0000_t75" alt="学科网(www.zxxk.com)--教育资源门户，提供试卷、教案、课件、论文、素材以及各类教学资源下载，还有大量而丰富的教学相关资讯！" style="width:31pt;height:16pt" o:oleicon="f" o:ole="">
            <v:imagedata r:id="rId2193" o:title="eqId474929dd8e89d9ce37448ae72b48d04f"/>
          </v:shape>
        </w:pict>
      </w:r>
      <w:r>
        <w:rPr>
          <w:rFonts w:ascii="宋体" w:eastAsia="宋体" w:hAnsi="宋体" w:cs="宋体"/>
          <w:color w:val="000000"/>
        </w:rPr>
        <w:t>的代数式表示）</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）补全图形见解析；</w:t>
      </w:r>
      <w:r>
        <w:rPr>
          <w:rFonts w:ascii="宋体" w:eastAsia="宋体" w:hAnsi="宋体" w:cs="宋体"/>
          <w:i/>
          <w:color w:val="000000"/>
        </w:rPr>
        <w:t>∠</w:t>
      </w:r>
      <w:r>
        <w:rPr>
          <w:rFonts w:ascii="Times New Roman" w:eastAsia="Times New Roman" w:hAnsi="Times New Roman" w:cs="Times New Roman"/>
          <w:i/>
          <w:color w:val="000000"/>
        </w:rPr>
        <w:t>BOD</w:t>
      </w:r>
      <w:r>
        <w:rPr>
          <w:rFonts w:ascii="Times New Roman" w:eastAsia="Times New Roman" w:hAnsi="Times New Roman" w:cs="Times New Roman"/>
          <w:color w:val="000000"/>
        </w:rPr>
        <w:t>=30°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）补全图形见解析；</w:t>
      </w:r>
      <w:r>
        <w:rPr>
          <w:rFonts w:ascii="Times New Roman" w:eastAsia="Times New Roman" w:hAnsi="Times New Roman" w:cs="Times New Roman"/>
          <w:color w:val="000000"/>
        </w:rPr>
        <w:t>70°</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8761" type="#_x0000_t75" alt="学科网(www.zxxk.com)--教育资源门户，提供试卷、教案、课件、论文、素材以及各类教学资源下载，还有大量而丰富的教学相关资讯！" style="width:33.2pt;height:30.7pt" o:oleicon="f" o:ole="">
            <v:imagedata r:id="rId2194" o:title="eqIda63b73f281010e2107dd706af993e944"/>
          </v:shape>
        </w:pict>
      </w:r>
      <w:r>
        <w:rPr>
          <w:rFonts w:ascii="宋体" w:eastAsia="宋体" w:hAnsi="宋体" w:cs="宋体"/>
          <w:color w:val="000000"/>
        </w:rPr>
        <w:t>或</w:t>
      </w:r>
      <w:r>
        <w:pict>
          <v:shape id="_x0000_i708762" type="#_x0000_t75" alt="学科网(www.zxxk.com)--教育资源门户，提供试卷、教案、课件、论文、素材以及各类教学资源下载，还有大量而丰富的教学相关资讯！" style="width:33pt;height:31.2pt;mso-position-horizontal-relative:page;mso-position-vertical-relative:page" o:oleicon="f" o:ole="">
            <v:imagedata r:id="rId2195" o:title="eqIdde794a4b139019c9602874adc57b2351"/>
          </v:shape>
        </w:pic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）先求出</w:t>
      </w:r>
      <w:r>
        <w:pict>
          <v:shape id="_x0000_i708763" type="#_x0000_t75" alt="学科网(www.zxxk.com)--教育资源门户，提供试卷、教案、课件、论文、素材以及各类教学资源下载，还有大量而丰富的教学相关资讯！" style="width:156pt;height:13.8pt" o:oleicon="f" o:ole="">
            <v:imagedata r:id="rId2196" o:title="eqId1dd2532b91dd3071afb5115b524d5934"/>
          </v:shape>
        </w:pict>
      </w:r>
      <w:r>
        <w:rPr>
          <w:rFonts w:ascii="宋体" w:eastAsia="宋体" w:hAnsi="宋体" w:cs="宋体"/>
          <w:color w:val="000000"/>
        </w:rPr>
        <w:t>，再由角平分线的性质即可得到</w:t>
      </w:r>
      <w:r>
        <w:pict>
          <v:shape id="_x0000_i708764" type="#_x0000_t75" alt="学科网(www.zxxk.com)--教育资源门户，提供试卷、教案、课件、论文、素材以及各类教学资源下载，还有大量而丰富的教学相关资讯！" style="width:120.75pt;height:30.75pt" o:oleicon="f" o:ole="">
            <v:imagedata r:id="rId2197" o:title="eqId5ec32a66f5dbb3373d47cadf27c51ba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w:t>
      </w:r>
      <w:r>
        <w:pict>
          <v:shape id="_x0000_i708765" type="#_x0000_t75" alt="学科网(www.zxxk.com)--教育资源门户，提供试卷、教案、课件、论文、素材以及各类教学资源下载，还有大量而丰富的教学相关资讯！" style="width:160.8pt;height:13.8pt" o:oleicon="f" o:ole="">
            <v:imagedata r:id="rId2198" o:title="eqId41952741b302284c9851c324ac97cfb0"/>
          </v:shape>
        </w:pict>
      </w:r>
      <w:r>
        <w:rPr>
          <w:rFonts w:ascii="宋体" w:eastAsia="宋体" w:hAnsi="宋体" w:cs="宋体"/>
          <w:color w:val="000000"/>
        </w:rPr>
        <w:t>，再由角平分线的性质即可得到</w:t>
      </w:r>
      <w:r>
        <w:pict>
          <v:shape id="_x0000_i708766" type="#_x0000_t75" alt="学科网(www.zxxk.com)--教育资源门户，提供试卷、教案、课件、论文、素材以及各类教学资源下载，还有大量而丰富的教学相关资讯！" style="width:121.8pt;height:31.2pt" o:oleicon="f" o:ole="">
            <v:imagedata r:id="rId2199" o:title="eqIdb09bc5f92f69f2de04dbb08f31c86f1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）分</w:t>
      </w:r>
      <w:r>
        <w:rPr>
          <w:rFonts w:ascii="Times New Roman" w:eastAsia="Times New Roman" w:hAnsi="Times New Roman" w:cs="Times New Roman"/>
          <w:i/>
          <w:color w:val="000000"/>
        </w:rPr>
        <w:t>OC</w:t>
      </w:r>
      <w:r>
        <w:rPr>
          <w:rFonts w:ascii="宋体" w:eastAsia="宋体" w:hAnsi="宋体" w:cs="宋体"/>
          <w:color w:val="000000"/>
        </w:rPr>
        <w:t>在</w:t>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宋体" w:eastAsia="宋体" w:hAnsi="宋体" w:cs="宋体"/>
          <w:color w:val="000000"/>
        </w:rPr>
        <w:t>内部和外部两种情况讨论求解即可．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08767" type="#_x0000_t75" alt="学科网(www.zxxk.com)--教育资源门户，提供试卷、教案、课件、论文、素材以及各类教学资源下载，还有大量而丰富的教学相关资讯！" style="width:85.2pt;height:13.8pt" o:oleicon="f" o:ole="">
            <v:imagedata r:id="rId2200" o:title="eqIdcf1945e433266cc66b35acb46558a6b2"/>
          </v:shape>
        </w:pict>
      </w:r>
      <w:r>
        <w:rPr>
          <w:rFonts w:ascii="宋体" w:eastAsia="宋体" w:hAnsi="宋体" w:cs="宋体"/>
          <w:color w:val="000000"/>
        </w:rPr>
        <w:t>，</w:t>
      </w:r>
      <w:r>
        <w:pict>
          <v:shape id="_x0000_i708768" type="#_x0000_t75" alt="学科网(www.zxxk.com)--教育资源门户，提供试卷、教案、课件、论文、素材以及各类教学资源下载，还有大量而丰富的教学相关资讯！" style="width:87pt;height:16.2pt" o:oleicon="f" o:ole="">
            <v:imagedata r:id="rId2201" o:title="eqId6a57409d2570fe655ae70c5cc4cafa7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769" type="#_x0000_t75" alt="学科网(www.zxxk.com)--教育资源门户，提供试卷、教案、课件、论文、素材以及各类教学资源下载，还有大量而丰富的教学相关资讯！" style="width:156pt;height:13.8pt" o:oleicon="f" o:ole="">
            <v:imagedata r:id="rId2202" o:title="eqId1dd2532b91dd3071afb5115b524d593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rPr>
          <w:rFonts w:ascii="Times New Roman" w:eastAsia="Times New Roman" w:hAnsi="Times New Roman" w:cs="Times New Roman"/>
          <w:color w:val="000000"/>
        </w:rPr>
        <w:t>∠</w:t>
      </w:r>
      <w:r>
        <w:rPr>
          <w:rFonts w:ascii="Times New Roman" w:eastAsia="Times New Roman" w:hAnsi="Times New Roman" w:cs="Times New Roman"/>
          <w:i/>
          <w:color w:val="000000"/>
        </w:rPr>
        <w:t>BOC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770" type="#_x0000_t75" alt="学科网(www.zxxk.com)--教育资源门户，提供试卷、教案、课件、论文、素材以及各类教学资源下载，还有大量而丰富的教学相关资讯！" style="width:120.75pt;height:30.75pt" o:oleicon="f" o:ole="">
            <v:imagedata r:id="rId2203" o:title="eqId5ec32a66f5dbb3373d47cadf27c51baa"/>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095375" cy="1019175"/>
            <wp:docPr id="29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 name=""/>
                    <pic:cNvPicPr>
                      <a:picLocks noChangeAspect="1"/>
                    </pic:cNvPicPr>
                  </pic:nvPicPr>
                  <pic:blipFill>
                    <a:blip r:embed="rId2204"/>
                    <a:stretch>
                      <a:fillRect/>
                    </a:stretch>
                  </pic:blipFill>
                  <pic:spPr>
                    <a:xfrm>
                      <a:off x="0" y="0"/>
                      <a:ext cx="1095375" cy="10191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r>
        <w:pict>
          <v:shape id="_x0000_i708771" type="#_x0000_t75" alt="学科网(www.zxxk.com)--教育资源门户，提供试卷、教案、课件、论文、素材以及各类教学资源下载，还有大量而丰富的教学相关资讯！" style="width:91.2pt;height:13.8pt" o:oleicon="f" o:ole="">
            <v:imagedata r:id="rId2205" o:title="eqIdf86e937ff427a2f9bb278cd91a3bdeab"/>
          </v:shape>
        </w:pict>
      </w:r>
      <w:r>
        <w:rPr>
          <w:rFonts w:ascii="宋体" w:eastAsia="宋体" w:hAnsi="宋体" w:cs="宋体"/>
          <w:color w:val="000000"/>
        </w:rPr>
        <w:t>，</w:t>
      </w:r>
      <w:r>
        <w:pict>
          <v:shape id="_x0000_i708772" type="#_x0000_t75" alt="学科网(www.zxxk.com)--教育资源门户，提供试卷、教案、课件、论文、素材以及各类教学资源下载，还有大量而丰富的教学相关资讯！" style="width:87pt;height:16.2pt" o:oleicon="f" o:ole="">
            <v:imagedata r:id="rId2206" o:title="eqIddf427eb65bc73e99fd02fc86c20e992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773" type="#_x0000_t75" alt="学科网(www.zxxk.com)--教育资源门户，提供试卷、教案、课件、论文、素材以及各类教学资源下载，还有大量而丰富的教学相关资讯！" style="width:160.8pt;height:13.8pt" o:oleicon="f" o:ole="">
            <v:imagedata r:id="rId2207" o:title="eqId41952741b302284c9851c324ac97cfb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rPr>
          <w:rFonts w:ascii="Times New Roman" w:eastAsia="Times New Roman" w:hAnsi="Times New Roman" w:cs="Times New Roman"/>
          <w:color w:val="000000"/>
        </w:rPr>
        <w:t>∠</w:t>
      </w:r>
      <w:r>
        <w:rPr>
          <w:rFonts w:ascii="Times New Roman" w:eastAsia="Times New Roman" w:hAnsi="Times New Roman" w:cs="Times New Roman"/>
          <w:i/>
          <w:color w:val="000000"/>
        </w:rPr>
        <w:t>BOC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774" type="#_x0000_t75" alt="学科网(www.zxxk.com)--教育资源门户，提供试卷、教案、课件、论文、素材以及各类教学资源下载，还有大量而丰富的教学相关资讯！" style="width:120pt;height:31.2pt" o:oleicon="f" o:ole="">
            <v:imagedata r:id="rId2208" o:title="eqIdff1de325276a5732e02123a1e3d5079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70°</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71625" cy="1057275"/>
            <wp:docPr id="29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 name=""/>
                    <pic:cNvPicPr>
                      <a:picLocks noChangeAspect="1"/>
                    </pic:cNvPicPr>
                  </pic:nvPicPr>
                  <pic:blipFill>
                    <a:blip r:embed="rId2209"/>
                    <a:stretch>
                      <a:fillRect/>
                    </a:stretch>
                  </pic:blipFill>
                  <pic:spPr>
                    <a:xfrm>
                      <a:off x="0" y="0"/>
                      <a:ext cx="1571625" cy="1057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所示，当</w:t>
      </w:r>
      <w:r>
        <w:rPr>
          <w:rFonts w:ascii="Times New Roman" w:eastAsia="Times New Roman" w:hAnsi="Times New Roman" w:cs="Times New Roman"/>
          <w:i/>
          <w:color w:val="000000"/>
        </w:rPr>
        <w:t>OC</w:t>
      </w:r>
      <w:r>
        <w:rPr>
          <w:rFonts w:ascii="宋体" w:eastAsia="宋体" w:hAnsi="宋体" w:cs="宋体"/>
          <w:color w:val="000000"/>
        </w:rPr>
        <w:t>在</w:t>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宋体" w:eastAsia="宋体" w:hAnsi="宋体" w:cs="宋体"/>
          <w:color w:val="000000"/>
        </w:rPr>
        <w:t>内部时，</w:t>
      </w:r>
    </w:p>
    <w:p>
      <w:pPr>
        <w:spacing w:line="360" w:lineRule="auto"/>
        <w:jc w:val="left"/>
        <w:textAlignment w:val="center"/>
        <w:rPr>
          <w:color w:val="000000"/>
        </w:rPr>
      </w:pPr>
      <w:r>
        <w:pict>
          <v:shape id="_x0000_i708775" type="#_x0000_t75" alt="学科网(www.zxxk.com)--教育资源门户，提供试卷、教案、课件、论文、素材以及各类教学资源下载，还有大量而丰富的教学相关资讯！" style="width:49.5pt;height:12.75pt" o:oleicon="f" o:ole="">
            <v:imagedata r:id="rId2210" o:title="eqIdeec6ce73c6786d50028addff089bbb64"/>
          </v:shape>
        </w:pict>
      </w:r>
      <w:r>
        <w:rPr>
          <w:rFonts w:ascii="宋体" w:eastAsia="宋体" w:hAnsi="宋体" w:cs="宋体"/>
          <w:color w:val="000000"/>
        </w:rPr>
        <w:t>，</w:t>
      </w:r>
      <w:r>
        <w:pict>
          <v:shape id="_x0000_i708776" type="#_x0000_t75" alt="学科网(www.zxxk.com)--教育资源门户，提供试卷、教案、课件、论文、素材以及各类教学资源下载，还有大量而丰富的教学相关资讯！" style="width:58pt;height:16pt" o:oleicon="f" o:ole="">
            <v:imagedata r:id="rId2211" o:title="eqId9468931aa396efbdd7f50cc79f95f39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777" type="#_x0000_t75" alt="学科网(www.zxxk.com)--教育资源门户，提供试卷、教案、课件、论文、素材以及各类教学资源下载，还有大量而丰富的教学相关资讯！" style="width:166.8pt;height:16.2pt" o:oleicon="f" o:ole="">
            <v:imagedata r:id="rId2212" o:title="eqId65af120e45b3b140b289b862938dfc2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rPr>
          <w:rFonts w:ascii="Times New Roman" w:eastAsia="Times New Roman" w:hAnsi="Times New Roman" w:cs="Times New Roman"/>
          <w:color w:val="000000"/>
        </w:rPr>
        <w:t>∠</w:t>
      </w:r>
      <w:r>
        <w:rPr>
          <w:rFonts w:ascii="Times New Roman" w:eastAsia="Times New Roman" w:hAnsi="Times New Roman" w:cs="Times New Roman"/>
          <w:i/>
          <w:color w:val="000000"/>
        </w:rPr>
        <w:t>BOC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778" type="#_x0000_t75" alt="学科网(www.zxxk.com)--教育资源门户，提供试卷、教案、课件、论文、素材以及各类教学资源下载，还有大量而丰富的教学相关资讯！" style="width:135pt;height:31.2pt" o:oleicon="f" o:ole="">
            <v:imagedata r:id="rId2213" o:title="eqId64a488fb1c5ed4fa6cb0e8de14c007d9"/>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133475" cy="1247775"/>
            <wp:docPr id="293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 name=""/>
                    <pic:cNvPicPr>
                      <a:picLocks noChangeAspect="1"/>
                    </pic:cNvPicPr>
                  </pic:nvPicPr>
                  <pic:blipFill>
                    <a:blip r:embed="rId2214"/>
                    <a:stretch>
                      <a:fillRect/>
                    </a:stretch>
                  </pic:blipFill>
                  <pic:spPr>
                    <a:xfrm>
                      <a:off x="0" y="0"/>
                      <a:ext cx="1133475" cy="12477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所示，当</w:t>
      </w:r>
      <w:r>
        <w:rPr>
          <w:rFonts w:ascii="Times New Roman" w:eastAsia="Times New Roman" w:hAnsi="Times New Roman" w:cs="Times New Roman"/>
          <w:i/>
          <w:color w:val="000000"/>
        </w:rPr>
        <w:t>OC</w:t>
      </w:r>
      <w:r>
        <w:rPr>
          <w:rFonts w:ascii="宋体" w:eastAsia="宋体" w:hAnsi="宋体" w:cs="宋体"/>
          <w:color w:val="000000"/>
        </w:rPr>
        <w:t>在</w:t>
      </w:r>
      <w:r>
        <w:rPr>
          <w:rFonts w:ascii="Times New Roman" w:eastAsia="Times New Roman" w:hAnsi="Times New Roman" w:cs="Times New Roman"/>
          <w:color w:val="000000"/>
        </w:rPr>
        <w:t>∠</w:t>
      </w:r>
      <w:r>
        <w:rPr>
          <w:rFonts w:ascii="Times New Roman" w:eastAsia="Times New Roman" w:hAnsi="Times New Roman" w:cs="Times New Roman"/>
          <w:i/>
          <w:color w:val="000000"/>
        </w:rPr>
        <w:t>AOB</w:t>
      </w:r>
      <w:r>
        <w:rPr>
          <w:rFonts w:ascii="宋体" w:eastAsia="宋体" w:hAnsi="宋体" w:cs="宋体"/>
          <w:color w:val="000000"/>
        </w:rPr>
        <w:t>外部时，</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08779" type="#_x0000_t75" alt="学科网(www.zxxk.com)--教育资源门户，提供试卷、教案、课件、论文、素材以及各类教学资源下载，还有大量而丰富的教学相关资讯！" style="width:49.5pt;height:12.75pt" o:oleicon="f" o:ole="">
            <v:imagedata r:id="rId2215" o:title="eqIdeec6ce73c6786d50028addff089bbb64"/>
          </v:shape>
        </w:pict>
      </w:r>
      <w:r>
        <w:rPr>
          <w:rFonts w:ascii="宋体" w:eastAsia="宋体" w:hAnsi="宋体" w:cs="宋体"/>
          <w:color w:val="000000"/>
        </w:rPr>
        <w:t>，</w:t>
      </w:r>
      <w:r>
        <w:pict>
          <v:shape id="_x0000_i708780" type="#_x0000_t75" alt="学科网(www.zxxk.com)--教育资源门户，提供试卷、教案、课件、论文、素材以及各类教学资源下载，还有大量而丰富的教学相关资讯！" style="width:58pt;height:16pt" o:oleicon="f" o:ole="">
            <v:imagedata r:id="rId2216" o:title="eqId9468931aa396efbdd7f50cc79f95f39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781" type="#_x0000_t75" alt="学科网(www.zxxk.com)--教育资源门户，提供试卷、教案、课件、论文、素材以及各类教学资源下载，还有大量而丰富的教学相关资讯！" style="width:166.8pt;height:16.2pt" o:oleicon="f" o:ole="">
            <v:imagedata r:id="rId2217" o:title="eqId46b1519d3ffd3dc5284443d238e0b4c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rPr>
          <w:rFonts w:ascii="Times New Roman" w:eastAsia="Times New Roman" w:hAnsi="Times New Roman" w:cs="Times New Roman"/>
          <w:color w:val="000000"/>
        </w:rPr>
        <w:t>∠</w:t>
      </w:r>
      <w:r>
        <w:rPr>
          <w:rFonts w:ascii="Times New Roman" w:eastAsia="Times New Roman" w:hAnsi="Times New Roman" w:cs="Times New Roman"/>
          <w:i/>
          <w:color w:val="000000"/>
        </w:rPr>
        <w:t>BOC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782" type="#_x0000_t75" alt="学科网(www.zxxk.com)--教育资源门户，提供试卷、教案、课件、论文、素材以及各类教学资源下载，还有大量而丰富的教学相关资讯！" style="width:133.8pt;height:31.2pt" o:oleicon="f" o:ole="">
            <v:imagedata r:id="rId2218" o:title="eqIda5dadf627cce5f6fdddfb34346e037b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8783" type="#_x0000_t75" alt="学科网(www.zxxk.com)--教育资源门户，提供试卷、教案、课件、论文、素材以及各类教学资源下载，还有大量而丰富的教学相关资讯！" style="width:33.2pt;height:30.7pt" o:oleicon="f" o:ole="">
            <v:imagedata r:id="rId2219" o:title="eqIda63b73f281010e2107dd706af993e944"/>
          </v:shape>
        </w:pict>
      </w:r>
      <w:r>
        <w:rPr>
          <w:rFonts w:ascii="宋体" w:eastAsia="宋体" w:hAnsi="宋体" w:cs="宋体"/>
          <w:color w:val="000000"/>
        </w:rPr>
        <w:t>或</w:t>
      </w:r>
      <w:r>
        <w:pict>
          <v:shape id="_x0000_i708784" type="#_x0000_t75" alt="学科网(www.zxxk.com)--教育资源门户，提供试卷、教案、课件、论文、素材以及各类教学资源下载，还有大量而丰富的教学相关资讯！" style="width:33pt;height:31.2pt;mso-position-horizontal-relative:page;mso-position-vertical-relative:page" o:oleicon="f" o:ole="">
            <v:imagedata r:id="rId2220" o:title="eqIdde794a4b139019c9602874adc57b2351"/>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19250" cy="1314450"/>
            <wp:docPr id="29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2" name=""/>
                    <pic:cNvPicPr>
                      <a:picLocks noChangeAspect="1"/>
                    </pic:cNvPicPr>
                  </pic:nvPicPr>
                  <pic:blipFill>
                    <a:blip r:embed="rId2221"/>
                    <a:stretch>
                      <a:fillRect/>
                    </a:stretch>
                  </pic:blipFill>
                  <pic:spPr>
                    <a:xfrm>
                      <a:off x="0" y="0"/>
                      <a:ext cx="1619250" cy="1314450"/>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本题主要考查了与角平分线有关的角度计算，解题的关键在于能够利用数形结合和分类讨论的思想求解．</w:t>
      </w:r>
    </w:p>
    <w:p>
      <w:pPr>
        <w:spacing w:line="360" w:lineRule="auto"/>
        <w:jc w:val="left"/>
        <w:textAlignment w:val="center"/>
        <w:rPr>
          <w:color w:val="000000"/>
        </w:rPr>
      </w:pPr>
      <w:r>
        <w:rPr>
          <w:color w:val="000000"/>
        </w:rPr>
        <w:t xml:space="preserve">28. </w:t>
      </w:r>
      <w:r>
        <w:rPr>
          <w:rFonts w:ascii="宋体" w:eastAsia="宋体" w:hAnsi="宋体" w:cs="宋体"/>
          <w:color w:val="000000"/>
        </w:rPr>
        <w:t>定义：数轴上有两点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，如果存在一点</w:t>
      </w:r>
      <w:r>
        <w:rPr>
          <w:rFonts w:ascii="Times New Roman" w:eastAsia="Times New Roman" w:hAnsi="Times New Roman" w:cs="Times New Roman"/>
          <w:i/>
          <w:color w:val="000000"/>
        </w:rPr>
        <w:t>C</w:t>
      </w:r>
      <w:r>
        <w:rPr>
          <w:rFonts w:ascii="宋体" w:eastAsia="宋体" w:hAnsi="宋体" w:cs="宋体"/>
          <w:color w:val="000000"/>
        </w:rPr>
        <w:t>，使得线段</w:t>
      </w:r>
      <w:r>
        <w:rPr>
          <w:rFonts w:ascii="Times New Roman" w:eastAsia="Times New Roman" w:hAnsi="Times New Roman" w:cs="Times New Roman"/>
          <w:i/>
          <w:color w:val="000000"/>
        </w:rPr>
        <w:t>AC</w:t>
      </w:r>
      <w:r>
        <w:rPr>
          <w:rFonts w:ascii="宋体" w:eastAsia="宋体" w:hAnsi="宋体" w:cs="宋体"/>
          <w:color w:val="000000"/>
        </w:rPr>
        <w:t>的长度是线段</w:t>
      </w:r>
      <w:r>
        <w:rPr>
          <w:rFonts w:ascii="Times New Roman" w:eastAsia="Times New Roman" w:hAnsi="Times New Roman" w:cs="Times New Roman"/>
          <w:i/>
          <w:color w:val="000000"/>
        </w:rPr>
        <w:t>BC</w:t>
      </w:r>
      <w:r>
        <w:rPr>
          <w:rFonts w:ascii="宋体" w:eastAsia="宋体" w:hAnsi="宋体" w:cs="宋体"/>
          <w:color w:val="000000"/>
        </w:rPr>
        <w:t>的长度的</w:t>
      </w:r>
      <w:r>
        <w:rPr>
          <w:rFonts w:ascii="Times New Roman" w:eastAsia="Times New Roman" w:hAnsi="Times New Roman" w:cs="Times New Roman"/>
          <w:color w:val="000000"/>
        </w:rPr>
        <w:t>2</w:t>
      </w:r>
      <w:r>
        <w:rPr>
          <w:rFonts w:ascii="宋体" w:eastAsia="宋体" w:hAnsi="宋体" w:cs="宋体"/>
          <w:color w:val="000000"/>
        </w:rPr>
        <w:t>倍，那么称点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jc w:val="left"/>
        <w:textAlignment w:val="center"/>
        <w:rPr>
          <w:color w:val="000000"/>
        </w:rPr>
      </w:pPr>
      <w:r>
        <w:rPr>
          <w:color w:val="000000"/>
        </w:rPr>
        <w:drawing>
          <wp:inline>
            <wp:extent cx="2276475" cy="552450"/>
            <wp:docPr id="29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 name=""/>
                    <pic:cNvPicPr>
                      <a:picLocks noChangeAspect="1"/>
                    </pic:cNvPicPr>
                  </pic:nvPicPr>
                  <pic:blipFill>
                    <a:blip r:embed="rId2222"/>
                    <a:stretch>
                      <a:fillRect/>
                    </a:stretch>
                  </pic:blipFill>
                  <pic:spPr>
                    <a:xfrm>
                      <a:off x="0" y="0"/>
                      <a:ext cx="2276475" cy="552450"/>
                    </a:xfrm>
                    <a:prstGeom prst="rect">
                      <a:avLst/>
                    </a:prstGeom>
                  </pic:spPr>
                </pic:pic>
              </a:graphicData>
            </a:graphic>
          </wp:inline>
        </w:drawing>
      </w:r>
      <w:r>
        <w:rPr>
          <w:rFonts w:ascii="宋体" w:eastAsia="宋体" w:hAnsi="宋体" w:cs="宋体"/>
          <w:color w:val="000000"/>
        </w:rPr>
        <w:t>　　　</w:t>
      </w:r>
      <w:r>
        <w:rPr>
          <w:color w:val="000000"/>
        </w:rPr>
        <w:drawing>
          <wp:inline>
            <wp:extent cx="2543175" cy="647700"/>
            <wp:docPr id="2944"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 name=""/>
                    <pic:cNvPicPr>
                      <a:picLocks noChangeAspect="1"/>
                    </pic:cNvPicPr>
                  </pic:nvPicPr>
                  <pic:blipFill>
                    <a:blip r:embed="rId2223"/>
                    <a:stretch>
                      <a:fillRect/>
                    </a:stretch>
                  </pic:blipFill>
                  <pic:spPr>
                    <a:xfrm>
                      <a:off x="0" y="0"/>
                      <a:ext cx="2543175" cy="647700"/>
                    </a:xfrm>
                    <a:prstGeom prst="rect">
                      <a:avLst/>
                    </a:prstGeom>
                  </pic:spPr>
                </pic:pic>
              </a:graphicData>
            </a:graphic>
          </wp:inline>
        </w:drawing>
      </w:r>
    </w:p>
    <w:p>
      <w:pPr>
        <w:spacing w:line="360" w:lineRule="auto"/>
        <w:jc w:val="left"/>
        <w:textAlignment w:val="center"/>
        <w:rPr>
          <w:color w:val="000000"/>
        </w:rPr>
      </w:pPr>
      <w:r>
        <w:rPr>
          <w:color w:val="000000"/>
        </w:rPr>
        <w:drawing>
          <wp:inline>
            <wp:extent cx="2181225" cy="571500"/>
            <wp:docPr id="29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9" name=""/>
                    <pic:cNvPicPr>
                      <a:picLocks noChangeAspect="1"/>
                    </pic:cNvPicPr>
                  </pic:nvPicPr>
                  <pic:blipFill>
                    <a:blip r:embed="rId2224"/>
                    <a:stretch>
                      <a:fillRect/>
                    </a:stretch>
                  </pic:blipFill>
                  <pic:spPr>
                    <a:xfrm>
                      <a:off x="0" y="0"/>
                      <a:ext cx="2181225" cy="571500"/>
                    </a:xfrm>
                    <a:prstGeom prst="rect">
                      <a:avLst/>
                    </a:prstGeom>
                  </pic:spPr>
                </pic:pic>
              </a:graphicData>
            </a:graphic>
          </wp:inline>
        </w:drawing>
      </w:r>
      <w:r>
        <w:rPr>
          <w:rFonts w:ascii="宋体" w:eastAsia="宋体" w:hAnsi="宋体" w:cs="宋体"/>
          <w:color w:val="000000"/>
        </w:rPr>
        <w:t>　　　　</w:t>
      </w:r>
      <w:r>
        <w:rPr>
          <w:color w:val="000000"/>
        </w:rPr>
        <w:drawing>
          <wp:inline>
            <wp:extent cx="2343150" cy="609600"/>
            <wp:docPr id="2948"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0" name=""/>
                    <pic:cNvPicPr>
                      <a:picLocks noChangeAspect="1"/>
                    </pic:cNvPicPr>
                  </pic:nvPicPr>
                  <pic:blipFill>
                    <a:blip r:embed="rId2225"/>
                    <a:stretch>
                      <a:fillRect/>
                    </a:stretch>
                  </pic:blipFill>
                  <pic:spPr>
                    <a:xfrm>
                      <a:off x="0" y="0"/>
                      <a:ext cx="2343150" cy="6096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）如图①，若数轴上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两点所表示的数分别是</w:t>
      </w:r>
      <w:r>
        <w:pict>
          <v:shape id="_x0000_i708785" type="#_x0000_t75" alt="学科网(www.zxxk.com)--教育资源门户，提供试卷、教案、课件、论文、素材以及各类教学资源下载，还有大量而丰富的教学相关资讯！" style="width:14.25pt;height:11.25pt" o:oleicon="f" o:ole="">
            <v:imagedata r:id="rId2226" o:title="eqId274a9dc37509f01c2606fb3086a46f4f"/>
          </v:shape>
        </w:pict>
      </w:r>
      <w:r>
        <w:rPr>
          <w:rFonts w:ascii="宋体" w:eastAsia="宋体" w:hAnsi="宋体" w:cs="宋体"/>
          <w:color w:val="000000"/>
        </w:rPr>
        <w:t>，</w:t>
      </w:r>
      <w:r>
        <w:pict>
          <v:shape id="_x0000_i708786" type="#_x0000_t75" alt="学科网(www.zxxk.com)--教育资源门户，提供试卷、教案、课件、论文、素材以及各类教学资源下载，还有大量而丰富的教学相关资讯！" style="width:9.6pt;height:13.2pt" o:oleicon="f" o:ole="">
            <v:imagedata r:id="rId2227" o:title="eqIdb8860d9787671b53b1ab68b3d526f5ca"/>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上一点，且点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的“友好点”，则点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）如图②，若数轴上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两点所表示的数分别是</w:t>
      </w:r>
      <w:r>
        <w:pict>
          <v:shape id="_x0000_i708787" type="#_x0000_t75" alt="学科网(www.zxxk.com)--教育资源门户，提供试卷、教案、课件、论文、素材以及各类教学资源下载，还有大量而丰富的教学相关资讯！" style="width:15.75pt;height:12.75pt" o:oleicon="f" o:ole="">
            <v:imagedata r:id="rId2228" o:title="eqId3edbd40e04e2a943051fa83d6e511add"/>
          </v:shape>
        </w:pict>
      </w:r>
      <w:r>
        <w:rPr>
          <w:rFonts w:ascii="宋体" w:eastAsia="宋体" w:hAnsi="宋体" w:cs="宋体"/>
          <w:color w:val="000000"/>
        </w:rPr>
        <w:t>，</w:t>
      </w:r>
      <w:r>
        <w:pict>
          <v:shape id="_x0000_i708788" type="#_x0000_t75" alt="学科网(www.zxxk.com)--教育资源门户，提供试卷、教案、课件、论文、素材以及各类教学资源下载，还有大量而丰富的教学相关资讯！" style="width:14.25pt;height:12pt" o:oleicon="f" o:ole="">
            <v:imagedata r:id="rId2229"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为数轴上一点，若点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的“友好点”，则点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）如图③，若数轴上点</w:t>
      </w:r>
      <w:r>
        <w:rPr>
          <w:rFonts w:ascii="Times New Roman" w:eastAsia="Times New Roman" w:hAnsi="Times New Roman" w:cs="Times New Roman"/>
          <w:i/>
          <w:color w:val="000000"/>
        </w:rPr>
        <w:t>A</w:t>
      </w:r>
      <w:r>
        <w:rPr>
          <w:rFonts w:ascii="宋体" w:eastAsia="宋体" w:hAnsi="宋体" w:cs="宋体"/>
          <w:color w:val="000000"/>
        </w:rPr>
        <w:t>表示的数是</w:t>
      </w:r>
      <w:r>
        <w:pict>
          <v:shape id="_x0000_i708789" type="#_x0000_t75" alt="学科网(www.zxxk.com)--教育资源门户，提供试卷、教案、课件、论文、素材以及各类教学资源下载，还有大量而丰富的教学相关资讯！" style="width:14.25pt;height:12pt" o:oleicon="f" o:ole="">
            <v:imagedata r:id="rId2230"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表示的数是</w:t>
      </w:r>
      <w:r>
        <w:pict>
          <v:shape id="_x0000_i708790" type="#_x0000_t75" alt="学科网(www.zxxk.com)--教育资源门户，提供试卷、教案、课件、论文、素材以及各类教学资源下载，还有大量而丰富的教学相关资讯！" style="width:9.75pt;height:12.75pt" o:oleicon="f" o:ole="">
            <v:imagedata r:id="rId2231" o:title="eqId61128ab996360a038e6e64d82fcba004"/>
          </v:shape>
        </w:pic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的“友好点”，则点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rPr>
        <w:t>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）如图④，若数轴上点</w:t>
      </w:r>
      <w:r>
        <w:rPr>
          <w:rFonts w:ascii="Times New Roman" w:eastAsia="Times New Roman" w:hAnsi="Times New Roman" w:cs="Times New Roman"/>
          <w:i/>
          <w:color w:val="000000"/>
        </w:rPr>
        <w:t>A</w:t>
      </w:r>
      <w:r>
        <w:rPr>
          <w:rFonts w:ascii="宋体" w:eastAsia="宋体" w:hAnsi="宋体" w:cs="宋体"/>
          <w:color w:val="000000"/>
        </w:rPr>
        <w:t>表示的数是</w:t>
      </w:r>
      <w:r>
        <w:pict>
          <v:shape id="_x0000_i708791" type="#_x0000_t75" alt="学科网(www.zxxk.com)--教育资源门户，提供试卷、教案、课件、论文、素材以及各类教学资源下载，还有大量而丰富的教学相关资讯！" style="width:14.25pt;height:12pt" o:oleicon="f" o:ole="">
            <v:imagedata r:id="rId2232" o:title="eqIdacbc6a613224461ade69362d46550474"/>
          </v:shape>
        </w:pic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表示的数是</w:t>
      </w:r>
      <w:r>
        <w:pict>
          <v:shape id="_x0000_i708792" type="#_x0000_t75" alt="学科网(www.zxxk.com)--教育资源门户，提供试卷、教案、课件、论文、素材以及各类教学资源下载，还有大量而丰富的教学相关资讯！" style="width:9.35pt;height:14.05pt" o:oleicon="f" o:ole="">
            <v:imagedata r:id="rId2233" o:title="eqId5ca7d1107389675d32b56ec097464c14"/>
          </v:shape>
        </w:pict>
      </w:r>
      <w:r>
        <w:rPr>
          <w:rFonts w:ascii="宋体" w:eastAsia="宋体" w:hAnsi="宋体" w:cs="宋体"/>
          <w:color w:val="000000"/>
        </w:rPr>
        <w:t>，动点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A</w:t>
      </w:r>
      <w:r>
        <w:rPr>
          <w:rFonts w:ascii="宋体" w:eastAsia="宋体" w:hAnsi="宋体" w:cs="宋体"/>
          <w:color w:val="000000"/>
        </w:rPr>
        <w:t>出发以每秒</w:t>
      </w:r>
      <w:r>
        <w:pict>
          <v:shape id="_x0000_i708793" type="#_x0000_t75" alt="学科网(www.zxxk.com)--教育资源门户，提供试卷、教案、课件、论文、素材以及各类教学资源下载，还有大量而丰富的教学相关资讯！" style="width:9.75pt;height:12.75pt" o:oleicon="f" o:ole="">
            <v:imagedata r:id="rId2234" o:title="eqId61128ab996360a038e6e64d82fcba004"/>
          </v:shape>
        </w:pict>
      </w:r>
      <w:r>
        <w:rPr>
          <w:rFonts w:ascii="宋体" w:eastAsia="宋体" w:hAnsi="宋体" w:cs="宋体"/>
          <w:color w:val="000000"/>
        </w:rPr>
        <w:t>个单位的速度向右匀速运动，设运动的时间为</w:t>
      </w:r>
      <w:r>
        <w:rPr>
          <w:rFonts w:ascii="Times New Roman" w:eastAsia="Times New Roman" w:hAnsi="Times New Roman" w:cs="Times New Roman"/>
          <w:i/>
          <w:color w:val="000000"/>
        </w:rPr>
        <w:t>t</w:t>
      </w:r>
      <w:r>
        <w:rPr>
          <w:rFonts w:ascii="宋体" w:eastAsia="宋体" w:hAnsi="宋体" w:cs="宋体"/>
          <w:color w:val="000000"/>
        </w:rPr>
        <w:t>秒</w:t>
      </w:r>
      <w:r>
        <w:rPr>
          <w:rFonts w:ascii="Times New Roman" w:eastAsia="Times New Roman" w:hAnsi="Times New Roman" w:cs="Times New Roman"/>
          <w:color w:val="000000"/>
        </w:rPr>
        <w:t xml:space="preserve">. </w:t>
      </w:r>
      <w:r>
        <w:rPr>
          <w:rFonts w:ascii="宋体" w:eastAsia="宋体" w:hAnsi="宋体" w:cs="宋体"/>
          <w:color w:val="000000"/>
        </w:rPr>
        <w:t>当</w:t>
      </w:r>
      <w:r>
        <w:rPr>
          <w:rFonts w:ascii="Times New Roman" w:eastAsia="Times New Roman" w:hAnsi="Times New Roman" w:cs="Times New Roman"/>
          <w:i/>
          <w:color w:val="000000"/>
        </w:rPr>
        <w:t>t</w:t>
      </w:r>
      <w:r>
        <w:rPr>
          <w:rFonts w:ascii="宋体" w:eastAsia="宋体" w:hAnsi="宋体" w:cs="宋体"/>
          <w:color w:val="000000"/>
        </w:rPr>
        <w:t>为何值时，点</w:t>
      </w:r>
      <w:r>
        <w:rPr>
          <w:rFonts w:ascii="Times New Roman" w:eastAsia="Times New Roman" w:hAnsi="Times New Roman" w:cs="Times New Roman"/>
          <w:i/>
          <w:color w:val="000000"/>
        </w:rPr>
        <w:t>P</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0.5</w:t>
      </w:r>
      <w:r>
        <w:rPr>
          <w:rFonts w:ascii="宋体" w:eastAsia="宋体" w:hAnsi="宋体" w:cs="宋体"/>
          <w:color w:val="000000"/>
        </w:rPr>
        <w:t>或</w:t>
      </w:r>
      <w:r>
        <w:rPr>
          <w:rFonts w:ascii="Times New Roman" w:eastAsia="Times New Roman" w:hAnsi="Times New Roman" w:cs="Times New Roman"/>
          <w:color w:val="000000"/>
        </w:rPr>
        <w:t>3.5</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的值是</w:t>
      </w:r>
      <w:r>
        <w:pict>
          <v:shape id="_x0000_i708794" type="#_x0000_t75" alt="学科网(www.zxxk.com)--教育资源门户，提供试卷、教案、课件、论文、素材以及各类教学资源下载，还有大量而丰富的教学相关资讯！" style="width:12pt;height:31.2pt" o:oleicon="f" o:ole="">
            <v:imagedata r:id="rId2235" o:title="eqIdd599cb4a589f90b0205f24c2e1fa021e"/>
          </v:shape>
        </w:pict>
      </w:r>
      <w:r>
        <w:rPr>
          <w:rFonts w:ascii="宋体" w:eastAsia="宋体" w:hAnsi="宋体" w:cs="宋体"/>
          <w:color w:val="000000"/>
        </w:rPr>
        <w:t>或</w:t>
      </w:r>
      <w:r>
        <w:rPr>
          <w:rFonts w:ascii="Times New Roman" w:eastAsia="Times New Roman" w:hAnsi="Times New Roman" w:cs="Times New Roman"/>
          <w:color w:val="000000"/>
        </w:rPr>
        <w:t>4</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）设点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r>
        <w:pict>
          <v:shape id="_x0000_i708795" type="#_x0000_t75" alt="学科网(www.zxxk.com)--教育资源门户，提供试卷、教案、课件、论文、素材以及各类教学资源下载，还有大量而丰富的教学相关资讯！" style="width:108pt;height:19.8pt" o:oleicon="f" o:ole="">
            <v:imagedata r:id="rId2236" o:title="eqId054ae0bef7eb322d82660818762fed28"/>
          </v:shape>
        </w:pict>
      </w:r>
      <w:r>
        <w:rPr>
          <w:rFonts w:ascii="宋体" w:eastAsia="宋体" w:hAnsi="宋体" w:cs="宋体"/>
          <w:color w:val="000000"/>
        </w:rPr>
        <w:t>，</w:t>
      </w:r>
      <w:r>
        <w:pict>
          <v:shape id="_x0000_i708796" type="#_x0000_t75" alt="学科网(www.zxxk.com)--教育资源门户，提供试卷、教案、课件、论文、素材以及各类教学资源下载，还有大量而丰富的教学相关资讯！" style="width:54.75pt;height:14.25pt" o:oleicon="f" o:ole="">
            <v:imagedata r:id="rId2237" o:title="eqIddc3661b73691b9c4af7a0c81f60ca34e"/>
          </v:shape>
        </w:pict>
      </w:r>
      <w:r>
        <w:rPr>
          <w:rFonts w:ascii="宋体" w:eastAsia="宋体" w:hAnsi="宋体" w:cs="宋体"/>
          <w:color w:val="000000"/>
        </w:rPr>
        <w:t>，再由</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的“友好点”，得到</w:t>
      </w:r>
      <w:r>
        <w:pict>
          <v:shape id="_x0000_i708797" type="#_x0000_t75" alt="学科网(www.zxxk.com)--教育资源门户，提供试卷、教案、课件、论文、素材以及各类教学资源下载，还有大量而丰富的教学相关资讯！" style="width:78pt;height:20.25pt" o:oleicon="f" o:ole="">
            <v:imagedata r:id="rId2238" o:title="eqId9220f3e3edd585eff9b01d6f5dc0ab56"/>
          </v:shape>
        </w:pict>
      </w:r>
      <w:r>
        <w:rPr>
          <w:rFonts w:ascii="宋体" w:eastAsia="宋体" w:hAnsi="宋体" w:cs="宋体"/>
          <w:color w:val="000000"/>
        </w:rPr>
        <w:t>，由此求解即可；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y</w:t>
      </w:r>
      <w:r>
        <w:rPr>
          <w:rFonts w:ascii="宋体" w:eastAsia="宋体" w:hAnsi="宋体" w:cs="宋体"/>
          <w:color w:val="000000"/>
        </w:rPr>
        <w:t>，由</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的“友好点”，得到</w:t>
      </w:r>
      <w:r>
        <w:pict>
          <v:shape id="_x0000_i708798" type="#_x0000_t75" alt="学科网(www.zxxk.com)--教育资源门户，提供试卷、教案、课件、论文、素材以及各类教学资源下载，还有大量而丰富的教学相关资讯！" style="width:55pt;height:13.95pt" o:oleicon="f" o:ole="">
            <v:imagedata r:id="rId2239" o:title="eqId3d3976d08e5f9e24e76ce9579c06a8dc"/>
          </v:shape>
        </w:pict>
      </w:r>
      <w:r>
        <w:rPr>
          <w:rFonts w:ascii="宋体" w:eastAsia="宋体" w:hAnsi="宋体" w:cs="宋体"/>
          <w:color w:val="000000"/>
        </w:rPr>
        <w:t>，则</w:t>
      </w:r>
      <w:r>
        <w:pict>
          <v:shape id="_x0000_i708799" type="#_x0000_t75" alt="学科网(www.zxxk.com)--教育资源门户，提供试卷、教案、课件、论文、素材以及各类教学资源下载，还有大量而丰富的教学相关资讯！" style="width:109.8pt;height:19.8pt" o:oleicon="f" o:ole="">
            <v:imagedata r:id="rId2240" o:title="eqId01870ec1a93630d21fda37cfbda0e42a"/>
          </v:shape>
        </w:pict>
      </w:r>
      <w:r>
        <w:rPr>
          <w:rFonts w:ascii="宋体" w:eastAsia="宋体" w:hAnsi="宋体" w:cs="宋体"/>
          <w:color w:val="000000"/>
        </w:rPr>
        <w:t>，</w:t>
      </w:r>
      <w:r>
        <w:pict>
          <v:shape id="_x0000_i708800" type="#_x0000_t75" alt="学科网(www.zxxk.com)--教育资源门户，提供试卷、教案、课件、论文、素材以及各类教学资源下载，还有大量而丰富的教学相关资讯！" style="width:66pt;height:19.8pt" o:oleicon="f" o:ole="">
            <v:imagedata r:id="rId2241" o:title="eqIde1e8f5012c185dc1b91e3b82cbc46fcd"/>
          </v:shape>
        </w:pict>
      </w:r>
      <w:r>
        <w:rPr>
          <w:rFonts w:ascii="宋体" w:eastAsia="宋体" w:hAnsi="宋体" w:cs="宋体"/>
          <w:color w:val="000000"/>
        </w:rPr>
        <w:t>即可得到</w:t>
      </w:r>
      <w:r>
        <w:pict>
          <v:shape id="_x0000_i708801" type="#_x0000_t75" alt="学科网(www.zxxk.com)--教育资源门户，提供试卷、教案、课件、论文、素材以及各类教学资源下载，还有大量而丰富的教学相关资讯！" style="width:82.2pt;height:19.8pt" o:oleicon="f" o:ole="">
            <v:imagedata r:id="rId2242" o:title="eqIdb2852c2cbc0f190c236129dc766ff5fc"/>
          </v:shape>
        </w:pict>
      </w:r>
      <w:r>
        <w:rPr>
          <w:rFonts w:ascii="宋体" w:eastAsia="宋体" w:hAnsi="宋体" w:cs="宋体"/>
          <w:color w:val="000000"/>
        </w:rPr>
        <w:t>，由此求解即可；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z</w:t>
      </w:r>
      <w:r>
        <w:rPr>
          <w:rFonts w:ascii="宋体" w:eastAsia="宋体" w:hAnsi="宋体" w:cs="宋体"/>
          <w:color w:val="000000"/>
        </w:rPr>
        <w:t>，由</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的“友好点”，得到</w:t>
      </w:r>
      <w:r>
        <w:pict>
          <v:shape id="_x0000_i708802" type="#_x0000_t75" alt="学科网(www.zxxk.com)--教育资源门户，提供试卷、教案、课件、论文、素材以及各类教学资源下载，还有大量而丰富的教学相关资讯！" style="width:55pt;height:13.95pt" o:oleicon="f" o:ole="">
            <v:imagedata r:id="rId2243" o:title="eqId3d3976d08e5f9e24e76ce9579c06a8dc"/>
          </v:shape>
        </w:pict>
      </w:r>
      <w:r>
        <w:rPr>
          <w:rFonts w:ascii="宋体" w:eastAsia="宋体" w:hAnsi="宋体" w:cs="宋体"/>
          <w:color w:val="000000"/>
        </w:rPr>
        <w:t>，则</w:t>
      </w:r>
      <w:r>
        <w:pict>
          <v:shape id="_x0000_i708803" type="#_x0000_t75" alt="学科网(www.zxxk.com)--教育资源门户，提供试卷、教案、课件、论文、素材以及各类教学资源下载，还有大量而丰富的教学相关资讯！" style="width:88.2pt;height:19.8pt" o:oleicon="f" o:ole="">
            <v:imagedata r:id="rId2244" o:title="eqIdba2317e94c33d4956349914ed1a497e2"/>
          </v:shape>
        </w:pict>
      </w:r>
      <w:r>
        <w:rPr>
          <w:rFonts w:ascii="宋体" w:eastAsia="宋体" w:hAnsi="宋体" w:cs="宋体"/>
          <w:color w:val="000000"/>
        </w:rPr>
        <w:t>，</w:t>
      </w:r>
      <w:r>
        <w:pict>
          <v:shape id="_x0000_i708804" type="#_x0000_t75" alt="学科网(www.zxxk.com)--教育资源门户，提供试卷、教案、课件、论文、素材以及各类教学资源下载，还有大量而丰富的教学相关资讯！" style="width:58.8pt;height:19.8pt" o:oleicon="f" o:ole="">
            <v:imagedata r:id="rId2245" o:title="eqId8e9d3b3cdafc7f27d16aa73dd28ba12a"/>
          </v:shape>
        </w:pict>
      </w:r>
      <w:r>
        <w:rPr>
          <w:rFonts w:ascii="宋体" w:eastAsia="宋体" w:hAnsi="宋体" w:cs="宋体"/>
          <w:color w:val="000000"/>
        </w:rPr>
        <w:t>，从而得到</w:t>
      </w:r>
      <w:r>
        <w:pict>
          <v:shape id="_x0000_i708805" type="#_x0000_t75" alt="学科网(www.zxxk.com)--教育资源门户，提供试卷、教案、课件、论文、素材以及各类教学资源下载，还有大量而丰富的教学相关资讯！" style="width:55.2pt;height:19.8pt" o:oleicon="f" o:ole="">
            <v:imagedata r:id="rId2246" o:title="eqId8d84395325795231e97332d9c641303f"/>
          </v:shape>
        </w:pict>
      </w:r>
      <w:r>
        <w:rPr>
          <w:rFonts w:ascii="宋体" w:eastAsia="宋体" w:hAnsi="宋体" w:cs="宋体"/>
          <w:color w:val="000000"/>
        </w:rPr>
        <w:t>，由此求解即可；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）分当点</w:t>
      </w:r>
      <w:r>
        <w:rPr>
          <w:rFonts w:ascii="Times New Roman" w:eastAsia="Times New Roman" w:hAnsi="Times New Roman" w:cs="Times New Roman"/>
          <w:i/>
          <w:color w:val="000000"/>
        </w:rPr>
        <w:t>P</w:t>
      </w:r>
      <w:r>
        <w:rPr>
          <w:rFonts w:ascii="宋体" w:eastAsia="宋体" w:hAnsi="宋体" w:cs="宋体"/>
          <w:color w:val="000000"/>
        </w:rPr>
        <w:t>在线段</w:t>
      </w:r>
      <w:r>
        <w:pict>
          <v:shape id="_x0000_i708806" type="#_x0000_t75" alt="学科网(www.zxxk.com)--教育资源门户，提供试卷、教案、课件、论文、素材以及各类教学资源下载，还有大量而丰富的教学相关资讯！" style="width:20.05pt;height:12.6pt" o:oleicon="f" o:ole="">
            <v:imagedata r:id="rId2247" o:title="eqIdf52a58fbaf4fea03567e88a9f0f6e37e"/>
          </v:shape>
        </w:pict>
      </w:r>
      <w:r>
        <w:rPr>
          <w:rFonts w:ascii="宋体" w:eastAsia="宋体" w:hAnsi="宋体" w:cs="宋体"/>
          <w:color w:val="000000"/>
        </w:rPr>
        <w:t>上时和当点</w:t>
      </w:r>
      <w:r>
        <w:rPr>
          <w:rFonts w:ascii="Times New Roman" w:eastAsia="Times New Roman" w:hAnsi="Times New Roman" w:cs="Times New Roman"/>
          <w:i/>
          <w:color w:val="000000"/>
        </w:rPr>
        <w:t>P</w:t>
      </w:r>
      <w:r>
        <w:rPr>
          <w:rFonts w:ascii="宋体" w:eastAsia="宋体" w:hAnsi="宋体" w:cs="宋体"/>
          <w:color w:val="000000"/>
        </w:rPr>
        <w:t>在点</w:t>
      </w:r>
      <w:r>
        <w:pict>
          <v:shape id="_x0000_i708807" type="#_x0000_t75" alt="学科网(www.zxxk.com)--教育资源门户，提供试卷、教案、课件、论文、素材以及各类教学资源下载，还有大量而丰富的教学相关资讯！" style="width:9.75pt;height:10.5pt" o:oleicon="f" o:ole="">
            <v:imagedata r:id="rId2248" o:title="eqId7f9e8449aad35c5d840a3395ea86df6d"/>
          </v:shape>
        </w:pict>
      </w:r>
      <w:r>
        <w:rPr>
          <w:rFonts w:ascii="宋体" w:eastAsia="宋体" w:hAnsi="宋体" w:cs="宋体"/>
          <w:color w:val="000000"/>
        </w:rPr>
        <w:t>右侧时两种情况讨论求解即可．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）设点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08" type="#_x0000_t75" alt="学科网(www.zxxk.com)--教育资源门户，提供试卷、教案、课件、论文、素材以及各类教学资源下载，还有大量而丰富的教学相关资讯！" style="width:108pt;height:19.8pt" o:oleicon="f" o:ole="">
            <v:imagedata r:id="rId2249" o:title="eqId054ae0bef7eb322d82660818762fed28"/>
          </v:shape>
        </w:pict>
      </w:r>
      <w:r>
        <w:rPr>
          <w:rFonts w:ascii="宋体" w:eastAsia="宋体" w:hAnsi="宋体" w:cs="宋体"/>
          <w:color w:val="000000"/>
        </w:rPr>
        <w:t>，</w:t>
      </w:r>
      <w:r>
        <w:pict>
          <v:shape id="_x0000_i708809" type="#_x0000_t75" alt="学科网(www.zxxk.com)--教育资源门户，提供试卷、教案、课件、论文、素材以及各类教学资源下载，还有大量而丰富的教学相关资讯！" style="width:54.75pt;height:14.25pt" o:oleicon="f" o:ole="">
            <v:imagedata r:id="rId2250" o:title="eqIddc3661b73691b9c4af7a0c81f60ca34e"/>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jc w:val="left"/>
        <w:textAlignment w:val="center"/>
        <w:rPr>
          <w:color w:val="000000"/>
        </w:rPr>
      </w:pPr>
      <w:r>
        <w:rPr>
          <w:rFonts w:ascii="宋体" w:eastAsia="宋体" w:hAnsi="宋体" w:cs="宋体"/>
          <w:color w:val="000000"/>
        </w:rPr>
        <w:t>∴</w:t>
      </w:r>
      <w:r>
        <w:pict>
          <v:shape id="_x0000_i708810" type="#_x0000_t75" alt="学科网(www.zxxk.com)--教育资源门户，提供试卷、教案、课件、论文、素材以及各类教学资源下载，还有大量而丰富的教学相关资讯！" style="width:55pt;height:13.95pt" o:oleicon="f" o:ole="">
            <v:imagedata r:id="rId2251" o:title="eqId3d3976d08e5f9e24e76ce9579c06a8d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11" type="#_x0000_t75" alt="学科网(www.zxxk.com)--教育资源门户，提供试卷、教案、课件、论文、素材以及各类教学资源下载，还有大量而丰富的教学相关资讯！" style="width:78pt;height:20.25pt" o:oleicon="f" o:ole="">
            <v:imagedata r:id="rId2252" o:title="eqId9220f3e3edd585eff9b01d6f5dc0ab5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8812" type="#_x0000_t75" alt="学科网(www.zxxk.com)--教育资源门户，提供试卷、教案、课件、论文、素材以及各类教学资源下载，还有大量而丰富的教学相关资讯！" style="width:24.75pt;height:12.75pt" o:oleicon="f" o:ole="">
            <v:imagedata r:id="rId2253" o:title="eqId707ea658f3a9359f5740d5aab48f794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i/>
          <w:color w:val="000000"/>
        </w:rPr>
        <w:t>y</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jc w:val="left"/>
        <w:textAlignment w:val="center"/>
        <w:rPr>
          <w:color w:val="000000"/>
        </w:rPr>
      </w:pPr>
      <w:r>
        <w:rPr>
          <w:rFonts w:ascii="宋体" w:eastAsia="宋体" w:hAnsi="宋体" w:cs="宋体"/>
          <w:color w:val="000000"/>
        </w:rPr>
        <w:t>∴</w:t>
      </w:r>
      <w:r>
        <w:pict>
          <v:shape id="_x0000_i708813" type="#_x0000_t75" alt="学科网(www.zxxk.com)--教育资源门户，提供试卷、教案、课件、论文、素材以及各类教学资源下载，还有大量而丰富的教学相关资讯！" style="width:55pt;height:13.95pt" o:oleicon="f" o:ole="">
            <v:imagedata r:id="rId2254" o:title="eqId3d3976d08e5f9e24e76ce9579c06a8d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14" type="#_x0000_t75" alt="学科网(www.zxxk.com)--教育资源门户，提供试卷、教案、课件、论文、素材以及各类教学资源下载，还有大量而丰富的教学相关资讯！" style="width:109.8pt;height:19.8pt" o:oleicon="f" o:ole="">
            <v:imagedata r:id="rId2255" o:title="eqId01870ec1a93630d21fda37cfbda0e42a"/>
          </v:shape>
        </w:pict>
      </w:r>
      <w:r>
        <w:rPr>
          <w:rFonts w:ascii="宋体" w:eastAsia="宋体" w:hAnsi="宋体" w:cs="宋体"/>
          <w:color w:val="000000"/>
        </w:rPr>
        <w:t>，</w:t>
      </w:r>
      <w:r>
        <w:pict>
          <v:shape id="_x0000_i708815" type="#_x0000_t75" alt="学科网(www.zxxk.com)--教育资源门户，提供试卷、教案、课件、论文、素材以及各类教学资源下载，还有大量而丰富的教学相关资讯！" style="width:66pt;height:19.8pt" o:oleicon="f" o:ole="">
            <v:imagedata r:id="rId2256" o:title="eqIde1e8f5012c185dc1b91e3b82cbc46fcd"/>
          </v:shape>
        </w:pict>
      </w:r>
    </w:p>
    <w:p>
      <w:pPr>
        <w:spacing w:line="360" w:lineRule="auto"/>
        <w:jc w:val="left"/>
        <w:textAlignment w:val="center"/>
        <w:rPr>
          <w:color w:val="000000"/>
        </w:rPr>
      </w:pPr>
      <w:r>
        <w:rPr>
          <w:rFonts w:ascii="宋体" w:eastAsia="宋体" w:hAnsi="宋体" w:cs="宋体"/>
          <w:color w:val="000000"/>
        </w:rPr>
        <w:t>∴</w:t>
      </w:r>
      <w:r>
        <w:pict>
          <v:shape id="_x0000_i708816" type="#_x0000_t75" alt="学科网(www.zxxk.com)--教育资源门户，提供试卷、教案、课件、论文、素材以及各类教学资源下载，还有大量而丰富的教学相关资讯！" style="width:82.2pt;height:19.8pt" o:oleicon="f" o:ole="">
            <v:imagedata r:id="rId2257" o:title="eqIdb2852c2cbc0f190c236129dc766ff5f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17" type="#_x0000_t75" alt="学科网(www.zxxk.com)--教育资源门户，提供试卷、教案、课件、论文、素材以及各类教学资源下载，还有大量而丰富的教学相关资讯！" style="width:70.8pt;height:16.2pt" o:oleicon="f" o:ole="">
            <v:imagedata r:id="rId2258" o:title="eqIda61db43200d8eac4a9b3fdba92c2a1a4"/>
          </v:shape>
        </w:pict>
      </w:r>
      <w:r>
        <w:rPr>
          <w:rFonts w:ascii="宋体" w:eastAsia="宋体" w:hAnsi="宋体" w:cs="宋体"/>
          <w:color w:val="000000"/>
        </w:rPr>
        <w:t>或</w:t>
      </w:r>
      <w:r>
        <w:pict>
          <v:shape id="_x0000_i708818" type="#_x0000_t75" alt="学科网(www.zxxk.com)--教育资源门户，提供试卷、教案、课件、论文、素材以及各类教学资源下载，还有大量而丰富的教学相关资讯！" style="width:78pt;height:16.2pt" o:oleicon="f" o:ole="">
            <v:imagedata r:id="rId2259" o:title="eqId0b837bd7fb9b3e4d694f2d2152c9be11"/>
          </v:shape>
        </w:pict>
      </w:r>
    </w:p>
    <w:p>
      <w:pPr>
        <w:spacing w:line="360" w:lineRule="auto"/>
        <w:jc w:val="left"/>
        <w:textAlignment w:val="center"/>
        <w:rPr>
          <w:color w:val="000000"/>
        </w:rPr>
      </w:pPr>
      <w:r>
        <w:rPr>
          <w:rFonts w:ascii="宋体" w:eastAsia="宋体" w:hAnsi="宋体" w:cs="宋体"/>
          <w:color w:val="000000"/>
        </w:rPr>
        <w:t>解得</w:t>
      </w:r>
      <w:r>
        <w:pict>
          <v:shape id="_x0000_i708819" type="#_x0000_t75" alt="学科网(www.zxxk.com)--教育资源门户，提供试卷、教案、课件、论文、素材以及各类教学资源下载，还有大量而丰富的教学相关资讯！" style="width:26pt;height:15pt" o:oleicon="f" o:ole="">
            <v:imagedata r:id="rId2260" o:title="eqId107babba45f110012183dc4dc54490f7"/>
          </v:shape>
        </w:pict>
      </w:r>
      <w:r>
        <w:rPr>
          <w:rFonts w:ascii="宋体" w:eastAsia="宋体" w:hAnsi="宋体" w:cs="宋体"/>
          <w:color w:val="000000"/>
        </w:rPr>
        <w:t>或</w:t>
      </w:r>
      <w:r>
        <w:pict>
          <v:shape id="_x0000_i708820" type="#_x0000_t75" alt="学科网(www.zxxk.com)--教育资源门户，提供试卷、教案、课件、论文、素材以及各类教学资源下载，还有大量而丰富的教学相关资讯！" style="width:30.75pt;height:15pt" o:oleicon="f" o:ole="">
            <v:imagedata r:id="rId2261" o:title="eqIdcd24f3c4bc9f9a75d4b28630bb630d2b"/>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2</w: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z</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为线段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jc w:val="left"/>
        <w:textAlignment w:val="center"/>
        <w:rPr>
          <w:color w:val="000000"/>
        </w:rPr>
      </w:pPr>
      <w:r>
        <w:rPr>
          <w:rFonts w:ascii="宋体" w:eastAsia="宋体" w:hAnsi="宋体" w:cs="宋体"/>
          <w:color w:val="000000"/>
        </w:rPr>
        <w:t>∴</w:t>
      </w:r>
      <w:r>
        <w:pict>
          <v:shape id="_x0000_i708821" type="#_x0000_t75" alt="学科网(www.zxxk.com)--教育资源门户，提供试卷、教案、课件、论文、素材以及各类教学资源下载，还有大量而丰富的教学相关资讯！" style="width:55pt;height:13.95pt" o:oleicon="f" o:ole="">
            <v:imagedata r:id="rId2262" o:title="eqId3d3976d08e5f9e24e76ce9579c06a8d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22" type="#_x0000_t75" alt="学科网(www.zxxk.com)--教育资源门户，提供试卷、教案、课件、论文、素材以及各类教学资源下载，还有大量而丰富的教学相关资讯！" style="width:88.2pt;height:19.8pt" o:oleicon="f" o:ole="">
            <v:imagedata r:id="rId2263" o:title="eqIdba2317e94c33d4956349914ed1a497e2"/>
          </v:shape>
        </w:pict>
      </w:r>
      <w:r>
        <w:rPr>
          <w:rFonts w:ascii="宋体" w:eastAsia="宋体" w:hAnsi="宋体" w:cs="宋体"/>
          <w:color w:val="000000"/>
        </w:rPr>
        <w:t>，</w:t>
      </w:r>
      <w:r>
        <w:pict>
          <v:shape id="_x0000_i708823" type="#_x0000_t75" alt="学科网(www.zxxk.com)--教育资源门户，提供试卷、教案、课件、论文、素材以及各类教学资源下载，还有大量而丰富的教学相关资讯！" style="width:58.8pt;height:19.8pt" o:oleicon="f" o:ole="">
            <v:imagedata r:id="rId2264" o:title="eqId8e9d3b3cdafc7f27d16aa73dd28ba12a"/>
          </v:shape>
        </w:pict>
      </w:r>
    </w:p>
    <w:p>
      <w:pPr>
        <w:spacing w:line="360" w:lineRule="auto"/>
        <w:jc w:val="left"/>
        <w:textAlignment w:val="center"/>
        <w:rPr>
          <w:color w:val="000000"/>
        </w:rPr>
      </w:pPr>
      <w:r>
        <w:rPr>
          <w:rFonts w:ascii="宋体" w:eastAsia="宋体" w:hAnsi="宋体" w:cs="宋体"/>
          <w:color w:val="000000"/>
        </w:rPr>
        <w:t>∴</w:t>
      </w:r>
      <w:r>
        <w:pict>
          <v:shape id="_x0000_i708824" type="#_x0000_t75" alt="学科网(www.zxxk.com)--教育资源门户，提供试卷、教案、课件、论文、素材以及各类教学资源下载，还有大量而丰富的教学相关资讯！" style="width:55.2pt;height:19.8pt" o:oleicon="f" o:ole="">
            <v:imagedata r:id="rId2265" o:title="eqId8d84395325795231e97332d9c641303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25" type="#_x0000_t75" alt="学科网(www.zxxk.com)--教育资源门户，提供试卷、教案、课件、论文、素材以及各类教学资源下载，还有大量而丰富的教学相关资讯！" style="width:49.8pt;height:13.8pt" o:oleicon="f" o:ole="">
            <v:imagedata r:id="rId2266" o:title="eqId54cfeabf43efa7156a1e121a24653282"/>
          </v:shape>
        </w:pict>
      </w:r>
      <w:r>
        <w:rPr>
          <w:rFonts w:ascii="宋体" w:eastAsia="宋体" w:hAnsi="宋体" w:cs="宋体"/>
          <w:color w:val="000000"/>
        </w:rPr>
        <w:t>或</w:t>
      </w:r>
      <w:r>
        <w:pict>
          <v:shape id="_x0000_i708826" type="#_x0000_t75" alt="学科网(www.zxxk.com)--教育资源门户，提供试卷、教案、课件、论文、素材以及各类教学资源下载，还有大量而丰富的教学相关资讯！" style="width:57pt;height:13.8pt" o:oleicon="f" o:ole="">
            <v:imagedata r:id="rId2267" o:title="eqIdffdb8a3d05d1b511116a4a84377af8ba"/>
          </v:shape>
        </w:pict>
      </w:r>
    </w:p>
    <w:p>
      <w:pPr>
        <w:spacing w:line="360" w:lineRule="auto"/>
        <w:jc w:val="left"/>
        <w:textAlignment w:val="center"/>
        <w:rPr>
          <w:color w:val="000000"/>
        </w:rPr>
      </w:pPr>
      <w:r>
        <w:rPr>
          <w:rFonts w:ascii="宋体" w:eastAsia="宋体" w:hAnsi="宋体" w:cs="宋体"/>
          <w:color w:val="000000"/>
        </w:rPr>
        <w:t>解得</w:t>
      </w:r>
      <w:r>
        <w:pict>
          <v:shape id="_x0000_i708827" type="#_x0000_t75" alt="学科网(www.zxxk.com)--教育资源门户，提供试卷、教案、课件、论文、素材以及各类教学资源下载，还有大量而丰富的教学相关资讯！" style="width:36pt;height:13.8pt" o:oleicon="f" o:ole="">
            <v:imagedata r:id="rId2268" o:title="eqId420ef6c3825d853ab9c32a2acd9a85fc"/>
          </v:shape>
        </w:pict>
      </w:r>
      <w:r>
        <w:rPr>
          <w:rFonts w:ascii="宋体" w:eastAsia="宋体" w:hAnsi="宋体" w:cs="宋体"/>
          <w:color w:val="000000"/>
        </w:rPr>
        <w:t>或</w:t>
      </w:r>
      <w:r>
        <w:pict>
          <v:shape id="_x0000_i708828" type="#_x0000_t75" alt="学科网(www.zxxk.com)--教育资源门户，提供试卷、教案、课件、论文、素材以及各类教学资源下载，还有大量而丰富的教学相关资讯！" style="width:36pt;height:13.8pt" o:oleicon="f" o:ole="">
            <v:imagedata r:id="rId2269" o:title="eqId5565710edb772748e512b7a6976cd577"/>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0.5</w:t>
      </w:r>
      <w:r>
        <w:rPr>
          <w:rFonts w:ascii="宋体" w:eastAsia="宋体" w:hAnsi="宋体" w:cs="宋体"/>
          <w:color w:val="000000"/>
        </w:rPr>
        <w:t>或</w:t>
      </w:r>
      <w:r>
        <w:rPr>
          <w:rFonts w:ascii="Times New Roman" w:eastAsia="Times New Roman" w:hAnsi="Times New Roman" w:cs="Times New Roman"/>
          <w:color w:val="000000"/>
        </w:rPr>
        <w:t>3.5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在线段</w:t>
      </w:r>
      <w:r>
        <w:pict>
          <v:shape id="_x0000_i708829" type="#_x0000_t75" alt="学科网(www.zxxk.com)--教育资源门户，提供试卷、教案、课件、论文、素材以及各类教学资源下载，还有大量而丰富的教学相关资讯！" style="width:20.05pt;height:12.6pt" o:oleicon="f" o:ole="">
            <v:imagedata r:id="rId2270" o:title="eqIdf52a58fbaf4fea03567e88a9f0f6e37e"/>
          </v:shape>
        </w:pict>
      </w:r>
      <w:r>
        <w:rPr>
          <w:rFonts w:ascii="宋体" w:eastAsia="宋体" w:hAnsi="宋体" w:cs="宋体"/>
          <w:color w:val="000000"/>
        </w:rPr>
        <w:t>上时，</w:t>
      </w:r>
    </w:p>
    <w:p>
      <w:pPr>
        <w:spacing w:line="360" w:lineRule="auto"/>
        <w:jc w:val="left"/>
        <w:textAlignment w:val="center"/>
        <w:rPr>
          <w:color w:val="000000"/>
        </w:rPr>
      </w:pPr>
      <w:r>
        <w:rPr>
          <w:rFonts w:ascii="宋体" w:eastAsia="宋体" w:hAnsi="宋体" w:cs="宋体"/>
          <w:color w:val="000000"/>
        </w:rPr>
        <w:t>据题意可知</w:t>
      </w:r>
      <w:r>
        <w:pict>
          <v:shape id="_x0000_i708830" type="#_x0000_t75" alt="学科网(www.zxxk.com)--教育资源门户，提供试卷、教案、课件、论文、素材以及各类教学资源下载，还有大量而丰富的教学相关资讯！" style="width:42pt;height:14.25pt" o:oleicon="f" o:ole="">
            <v:imagedata r:id="rId2271" o:title="eqId36d618b585517c128ee5986ddbb17fc5"/>
          </v:shape>
        </w:pict>
      </w:r>
      <w:r>
        <w:rPr>
          <w:rFonts w:ascii="宋体" w:eastAsia="宋体" w:hAnsi="宋体" w:cs="宋体"/>
          <w:color w:val="000000"/>
        </w:rPr>
        <w:t>，</w:t>
      </w:r>
      <w:r>
        <w:pict>
          <v:shape id="_x0000_i708831" type="#_x0000_t75" alt="学科网(www.zxxk.com)--教育资源门户，提供试卷、教案、课件、论文、素材以及各类教学资源下载，还有大量而丰富的教学相关资讯！" style="width:129pt;height:19.8pt" o:oleicon="f" o:ole="">
            <v:imagedata r:id="rId2272" o:title="eqIdf97241018c490767e363987c3295c1fa"/>
          </v:shape>
        </w:pic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jc w:val="left"/>
        <w:textAlignment w:val="center"/>
        <w:rPr>
          <w:color w:val="000000"/>
        </w:rPr>
      </w:pPr>
      <w:r>
        <w:pict>
          <v:shape id="_x0000_i708832" type="#_x0000_t75" alt="学科网(www.zxxk.com)--教育资源门户，提供试卷、教案、课件、论文、素材以及各类教学资源下载，还有大量而丰富的教学相关资讯！" style="width:9.75pt;height:9pt" o:oleicon="f" o:ole="">
            <v:imagedata r:id="rId2273" o:title="eqId2de0d10ef8b748d4531250c37c5d3f9e"/>
          </v:shape>
        </w:pict>
      </w:r>
      <w:r>
        <w:pict>
          <v:shape id="_x0000_i708833" type="#_x0000_t75" alt="学科网(www.zxxk.com)--教育资源门户，提供试卷、教案、课件、论文、素材以及各类教学资源下载，还有大量而丰富的教学相关资讯！" style="width:53pt;height:13pt" o:oleicon="f" o:ole="">
            <v:imagedata r:id="rId2274" o:title="eqIdcc960c33db841e63ab5983f7a5a847bd"/>
          </v:shape>
        </w:pict>
      </w:r>
      <w:r>
        <w:rPr>
          <w:rFonts w:ascii="宋体" w:eastAsia="宋体" w:hAnsi="宋体" w:cs="宋体"/>
          <w:color w:val="000000"/>
        </w:rPr>
        <w:t>，</w:t>
      </w:r>
    </w:p>
    <w:p>
      <w:pPr>
        <w:spacing w:line="360" w:lineRule="auto"/>
        <w:jc w:val="left"/>
        <w:textAlignment w:val="center"/>
        <w:rPr>
          <w:color w:val="000000"/>
        </w:rPr>
      </w:pPr>
      <w:r>
        <w:pict>
          <v:shape id="_x0000_i708834" type="#_x0000_t75" alt="学科网(www.zxxk.com)--教育资源门户，提供试卷、教案、课件、论文、素材以及各类教学资源下载，还有大量而丰富的教学相关资讯！" style="width:9.75pt;height:9pt" o:oleicon="f" o:ole="">
            <v:imagedata r:id="rId2275" o:title="eqId2de0d10ef8b748d4531250c37c5d3f9e"/>
          </v:shape>
        </w:pict>
      </w:r>
      <w:r>
        <w:pict>
          <v:shape id="_x0000_i708835" type="#_x0000_t75" alt="学科网(www.zxxk.com)--教育资源门户，提供试卷、教案、课件、论文、素材以及各类教学资源下载，还有大量而丰富的教学相关资讯！" style="width:69.6pt;height:16.8pt" o:oleicon="f" o:ole="">
            <v:imagedata r:id="rId2276" o:title="eqId5e6dcccce6d5bd7b0ec16c13728b140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8836" type="#_x0000_t75" alt="学科网(www.zxxk.com)--教育资源门户，提供试卷、教案、课件、论文、素材以及各类教学资源下载，还有大量而丰富的教学相关资讯！" style="width:33.75pt;height:32.25pt" o:oleicon="f" o:ole="">
            <v:imagedata r:id="rId2277" o:title="eqIdb3bb4ba5138e66c47850c25972026f5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在点</w:t>
      </w:r>
      <w:r>
        <w:pict>
          <v:shape id="_x0000_i708837" type="#_x0000_t75" alt="学科网(www.zxxk.com)--教育资源门户，提供试卷、教案、课件、论文、素材以及各类教学资源下载，还有大量而丰富的教学相关资讯！" style="width:9.75pt;height:10.5pt" o:oleicon="f" o:ole="">
            <v:imagedata r:id="rId2278" o:title="eqId7f9e8449aad35c5d840a3395ea86df6d"/>
          </v:shape>
        </w:pict>
      </w:r>
      <w:r>
        <w:rPr>
          <w:rFonts w:ascii="宋体" w:eastAsia="宋体" w:hAnsi="宋体" w:cs="宋体"/>
          <w:color w:val="000000"/>
        </w:rPr>
        <w:t>右侧时，</w:t>
      </w:r>
    </w:p>
    <w:p>
      <w:pPr>
        <w:spacing w:line="360" w:lineRule="auto"/>
        <w:jc w:val="left"/>
        <w:textAlignment w:val="center"/>
        <w:rPr>
          <w:color w:val="000000"/>
        </w:rPr>
      </w:pPr>
      <w:r>
        <w:rPr>
          <w:rFonts w:ascii="宋体" w:eastAsia="宋体" w:hAnsi="宋体" w:cs="宋体"/>
          <w:color w:val="000000"/>
        </w:rPr>
        <w:t>据题意可知</w:t>
      </w:r>
      <w:r>
        <w:pict>
          <v:shape id="_x0000_i708838" type="#_x0000_t75" alt="学科网(www.zxxk.com)--教育资源门户，提供试卷、教案、课件、论文、素材以及各类教学资源下载，还有大量而丰富的教学相关资讯！" style="width:42pt;height:14.25pt" o:oleicon="f" o:ole="">
            <v:imagedata r:id="rId2279" o:title="eqId36d618b585517c128ee5986ddbb17fc5"/>
          </v:shape>
        </w:pict>
      </w:r>
      <w:r>
        <w:rPr>
          <w:rFonts w:ascii="宋体" w:eastAsia="宋体" w:hAnsi="宋体" w:cs="宋体"/>
          <w:color w:val="000000"/>
        </w:rPr>
        <w:t>，</w:t>
      </w:r>
      <w:r>
        <w:pict>
          <v:shape id="_x0000_i708839" type="#_x0000_t75" alt="学科网(www.zxxk.com)--教育资源门户，提供试卷、教案、课件、论文、素材以及各类教学资源下载，还有大量而丰富的教学相关资讯！" style="width:139.8pt;height:22.2pt" o:oleicon="f" o:ole="">
            <v:imagedata r:id="rId2280" o:title="eqIdc3059f8b59ded23f592f8f411b12f170"/>
          </v:shape>
        </w:pic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的“友好点”，</w:t>
      </w:r>
    </w:p>
    <w:p>
      <w:pPr>
        <w:spacing w:line="360" w:lineRule="auto"/>
        <w:jc w:val="left"/>
        <w:textAlignment w:val="center"/>
        <w:rPr>
          <w:color w:val="000000"/>
        </w:rPr>
      </w:pPr>
      <w:r>
        <w:pict>
          <v:shape id="_x0000_i708840" type="#_x0000_t75" alt="学科网(www.zxxk.com)--教育资源门户，提供试卷、教案、课件、论文、素材以及各类教学资源下载，还有大量而丰富的教学相关资讯！" style="width:9.75pt;height:9pt" o:oleicon="f" o:ole="">
            <v:imagedata r:id="rId2281" o:title="eqId2de0d10ef8b748d4531250c37c5d3f9e"/>
          </v:shape>
        </w:pict>
      </w:r>
      <w:r>
        <w:pict>
          <v:shape id="_x0000_i708841" type="#_x0000_t75" alt="学科网(www.zxxk.com)--教育资源门户，提供试卷、教案、课件、论文、素材以及各类教学资源下载，还有大量而丰富的教学相关资讯！" style="width:53pt;height:13pt" o:oleicon="f" o:ole="">
            <v:imagedata r:id="rId2282" o:title="eqIdcc960c33db841e63ab5983f7a5a847bd"/>
          </v:shape>
        </w:pict>
      </w:r>
      <w:r>
        <w:rPr>
          <w:rFonts w:ascii="宋体" w:eastAsia="宋体" w:hAnsi="宋体" w:cs="宋体"/>
          <w:color w:val="000000"/>
        </w:rPr>
        <w:t>，</w:t>
      </w:r>
    </w:p>
    <w:p>
      <w:pPr>
        <w:spacing w:line="360" w:lineRule="auto"/>
        <w:jc w:val="left"/>
        <w:textAlignment w:val="center"/>
        <w:rPr>
          <w:color w:val="000000"/>
        </w:rPr>
      </w:pPr>
      <w:r>
        <w:pict>
          <v:shape id="_x0000_i708842" type="#_x0000_t75" alt="学科网(www.zxxk.com)--教育资源门户，提供试卷、教案、课件、论文、素材以及各类教学资源下载，还有大量而丰富的教学相关资讯！" style="width:9.75pt;height:9pt" o:oleicon="f" o:ole="">
            <v:imagedata r:id="rId2283" o:title="eqId2de0d10ef8b748d4531250c37c5d3f9e"/>
          </v:shape>
        </w:pict>
      </w:r>
      <w:r>
        <w:pict>
          <v:shape id="_x0000_i708843" type="#_x0000_t75" alt="学科网(www.zxxk.com)--教育资源门户，提供试卷、教案、课件、论文、素材以及各类教学资源下载，还有大量而丰富的教学相关资讯！" style="width:69.6pt;height:16.8pt" o:oleicon="f" o:ole="">
            <v:imagedata r:id="rId2284" o:title="eqIdec6cc7c4df513d2c229e3445be06fa3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8844" type="#_x0000_t75" alt="学科网(www.zxxk.com)--教育资源门户，提供试卷、教案、课件、论文、素材以及各类教学资源下载，还有大量而丰富的教学相关资讯！" style="width:24.75pt;height:14.25pt" o:oleicon="f" o:ole="">
            <v:imagedata r:id="rId2285" o:title="eqIda15a13b4190ac3d5feaee27a4c97b21b"/>
          </v:shape>
        </w:pict>
      </w:r>
      <w:r>
        <w:rPr>
          <w:rFonts w:ascii="宋体" w:eastAsia="宋体" w:hAnsi="宋体" w:cs="宋体"/>
          <w:color w:val="000000"/>
        </w:rPr>
        <w:t>，</w:t>
      </w:r>
    </w:p>
    <w:p>
      <w:pPr>
        <w:spacing w:line="360" w:lineRule="auto"/>
        <w:jc w:val="left"/>
        <w:textAlignment w:val="center"/>
        <w:rPr>
          <w:color w:val="000000"/>
        </w:rPr>
      </w:pPr>
      <w:r>
        <w:pict>
          <v:shape id="_x0000_i708845" type="#_x0000_t75" alt="学科网(www.zxxk.com)--教育资源门户，提供试卷、教案、课件、论文、素材以及各类教学资源下载，还有大量而丰富的教学相关资讯！" style="width:9.75pt;height:9pt" o:oleicon="f" o:ole="">
            <v:imagedata r:id="rId2286" o:title="eqId2de0d10ef8b748d4531250c37c5d3f9e"/>
          </v:shape>
        </w:pict>
      </w:r>
      <w:r>
        <w:rPr>
          <w:rFonts w:ascii="Times New Roman" w:eastAsia="Times New Roman" w:hAnsi="Times New Roman" w:cs="Times New Roman"/>
          <w:i/>
          <w:color w:val="000000"/>
        </w:rPr>
        <w:t>t</w:t>
      </w:r>
      <w:r>
        <w:rPr>
          <w:rFonts w:ascii="宋体" w:eastAsia="宋体" w:hAnsi="宋体" w:cs="宋体"/>
          <w:color w:val="000000"/>
        </w:rPr>
        <w:t>的值是</w:t>
      </w:r>
      <w:r>
        <w:pict>
          <v:shape id="_x0000_i708846" type="#_x0000_t75" alt="学科网(www.zxxk.com)--教育资源门户，提供试卷、教案、课件、论文、素材以及各类教学资源下载，还有大量而丰富的教学相关资讯！" style="width:12pt;height:31.2pt" o:oleicon="f" o:ole="">
            <v:imagedata r:id="rId2287" o:title="eqIdd599cb4a589f90b0205f24c2e1fa021e"/>
          </v:shape>
        </w:pict>
      </w:r>
      <w:r>
        <w:rPr>
          <w:rFonts w:ascii="宋体" w:eastAsia="宋体" w:hAnsi="宋体" w:cs="宋体"/>
          <w:color w:val="000000"/>
        </w:rPr>
        <w:t>或</w:t>
      </w:r>
      <w:r>
        <w:pict>
          <v:shape id="_x0000_i708847" type="#_x0000_t75" alt="学科网(www.zxxk.com)--教育资源门户，提供试卷、教案、课件、论文、素材以及各类教学资源下载，还有大量而丰富的教学相关资讯！" style="width:9.6pt;height:13.2pt" o:oleicon="f" o:ole="">
            <v:imagedata r:id="rId2288" o:title="eqIdb8860d9787671b53b1ab68b3d526f5ca"/>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本题主要考查了用数轴表示有理数，数轴上两点的距离，解一元一次方程，解绝对值方程，正确读懂题意是解题的关键．</w:t>
      </w:r>
    </w:p>
    <w:p>
      <w:pPr>
        <w:pStyle w:val="Heading2"/>
      </w:pPr>
      <w:r>
        <w:t>延庆区</w:t>
      </w:r>
    </w:p>
    <w:p>
      <w:pPr>
        <w:spacing w:line="360" w:lineRule="auto"/>
        <w:jc w:val="left"/>
        <w:textAlignment w:val="center"/>
        <w:rPr>
          <w:color w:val="000000"/>
        </w:rPr>
      </w:pPr>
      <w:r>
        <w:rPr>
          <w:color w:val="000000"/>
        </w:rPr>
        <w:t xml:space="preserve">27. </w:t>
      </w:r>
      <w:r>
        <w:rPr>
          <w:rFonts w:ascii="宋体" w:eastAsia="宋体" w:hAnsi="宋体" w:cs="宋体"/>
          <w:color w:val="000000"/>
        </w:rPr>
        <w:t>已知：∠</w:t>
      </w:r>
      <w:r>
        <w:rPr>
          <w:rFonts w:ascii="Times New Roman" w:eastAsia="Times New Roman" w:hAnsi="Times New Roman" w:cs="Times New Roman"/>
          <w:i/>
          <w:color w:val="000000"/>
        </w:rPr>
        <w:t>AOB</w:t>
      </w:r>
      <w:r>
        <w:rPr>
          <w:rFonts w:ascii="宋体" w:eastAsia="宋体" w:hAnsi="宋体" w:cs="宋体"/>
          <w:color w:val="000000"/>
        </w:rPr>
        <w:t>，过点</w:t>
      </w:r>
      <w:r>
        <w:rPr>
          <w:rFonts w:ascii="Times New Roman" w:eastAsia="Times New Roman" w:hAnsi="Times New Roman" w:cs="Times New Roman"/>
          <w:i/>
          <w:color w:val="000000"/>
        </w:rPr>
        <w:t>O</w:t>
      </w:r>
      <w:r>
        <w:rPr>
          <w:rFonts w:ascii="宋体" w:eastAsia="宋体" w:hAnsi="宋体" w:cs="宋体"/>
          <w:color w:val="000000"/>
        </w:rPr>
        <w:t>引两条射线</w:t>
      </w:r>
      <w:r>
        <w:rPr>
          <w:rFonts w:ascii="Times New Roman" w:eastAsia="Times New Roman" w:hAnsi="Times New Roman" w:cs="Times New Roman"/>
          <w:i/>
          <w:color w:val="000000"/>
        </w:rPr>
        <w:t>OC</w:t>
      </w:r>
      <w:r>
        <w:rPr>
          <w:rFonts w:ascii="宋体" w:eastAsia="宋体" w:hAnsi="宋体" w:cs="宋体"/>
          <w:color w:val="000000"/>
        </w:rPr>
        <w:t>，</w:t>
      </w:r>
      <w:r>
        <w:rPr>
          <w:rFonts w:ascii="Times New Roman" w:eastAsia="Times New Roman" w:hAnsi="Times New Roman" w:cs="Times New Roman"/>
          <w:i/>
          <w:color w:val="000000"/>
        </w:rPr>
        <w:t>OM</w:t>
      </w:r>
      <w:r>
        <w:rPr>
          <w:rFonts w:ascii="宋体" w:eastAsia="宋体" w:hAnsi="宋体" w:cs="宋体"/>
          <w:color w:val="000000"/>
        </w:rPr>
        <w:t>，且</w:t>
      </w:r>
      <w:r>
        <w:rPr>
          <w:rFonts w:ascii="Times New Roman" w:eastAsia="Times New Roman" w:hAnsi="Times New Roman" w:cs="Times New Roman"/>
          <w:i/>
          <w:color w:val="000000"/>
        </w:rPr>
        <w:t>OM</w:t>
      </w:r>
      <w:r>
        <w:rPr>
          <w:rFonts w:ascii="宋体" w:eastAsia="宋体" w:hAnsi="宋体" w:cs="宋体"/>
          <w:color w:val="000000"/>
        </w:rPr>
        <w:t>平分</w:t>
      </w:r>
      <w:r>
        <w:pict>
          <v:shape id="_x0000_i708848" type="#_x0000_t75" alt="学科网(www.zxxk.com)--教育资源门户，提供试卷、教案、课件、论文、素材以及各类教学资源下载，还有大量而丰富的教学相关资讯！" style="width:37pt;height:13.95pt" o:oleicon="f" o:ole="">
            <v:imagedata r:id="rId2289"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如图，若∠</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°，且点</w:t>
      </w:r>
      <w:r>
        <w:rPr>
          <w:rFonts w:ascii="Times New Roman" w:eastAsia="Times New Roman" w:hAnsi="Times New Roman" w:cs="Times New Roman"/>
          <w:i/>
          <w:color w:val="000000"/>
        </w:rPr>
        <w:t>C</w:t>
      </w:r>
      <w:r>
        <w:rPr>
          <w:rFonts w:ascii="宋体" w:eastAsia="宋体" w:hAnsi="宋体" w:cs="宋体"/>
          <w:color w:val="000000"/>
        </w:rPr>
        <w:t>在∠</w:t>
      </w:r>
      <w:r>
        <w:rPr>
          <w:rFonts w:ascii="Times New Roman" w:eastAsia="Times New Roman" w:hAnsi="Times New Roman" w:cs="Times New Roman"/>
          <w:i/>
          <w:color w:val="000000"/>
        </w:rPr>
        <w:t>AOB</w:t>
      </w:r>
      <w:r>
        <w:rPr>
          <w:rFonts w:ascii="宋体" w:eastAsia="宋体" w:hAnsi="宋体" w:cs="宋体"/>
          <w:color w:val="000000"/>
        </w:rPr>
        <w:t>的内部．</w:t>
      </w:r>
      <w:r>
        <w:rPr>
          <w:rFonts w:ascii="宋体" w:eastAsia="宋体" w:hAnsi="宋体" w:cs="宋体"/>
          <w:color w:val="000000"/>
        </w:rPr>
        <w:br/>
      </w:r>
      <w:r>
        <w:rPr>
          <w:rFonts w:ascii="宋体" w:eastAsia="宋体" w:hAnsi="宋体" w:cs="宋体"/>
          <w:color w:val="000000"/>
        </w:rPr>
        <w:drawing>
          <wp:inline>
            <wp:extent cx="1685925" cy="1047750"/>
            <wp:docPr id="29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 name=""/>
                    <pic:cNvPicPr>
                      <a:picLocks noChangeAspect="1"/>
                    </pic:cNvPicPr>
                  </pic:nvPicPr>
                  <pic:blipFill>
                    <a:blip r:embed="rId2290"/>
                    <a:stretch>
                      <a:fillRect/>
                    </a:stretch>
                  </pic:blipFill>
                  <pic:spPr>
                    <a:xfrm>
                      <a:off x="0" y="0"/>
                      <a:ext cx="1685925" cy="1047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①请补全图形；</w:t>
      </w:r>
    </w:p>
    <w:p>
      <w:pPr>
        <w:spacing w:line="360" w:lineRule="auto"/>
        <w:jc w:val="left"/>
        <w:textAlignment w:val="center"/>
        <w:rPr>
          <w:color w:val="000000"/>
        </w:rPr>
      </w:pPr>
      <w:r>
        <w:rPr>
          <w:rFonts w:ascii="宋体" w:eastAsia="宋体" w:hAnsi="宋体" w:cs="宋体"/>
          <w:color w:val="000000"/>
        </w:rPr>
        <w:t>②求出∠</w:t>
      </w:r>
      <w:r>
        <w:rPr>
          <w:rFonts w:ascii="Times New Roman" w:eastAsia="Times New Roman" w:hAnsi="Times New Roman" w:cs="Times New Roman"/>
          <w:i/>
          <w:color w:val="000000"/>
        </w:rPr>
        <w:t>MOB</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以下是求∠</w:t>
      </w:r>
      <w:r>
        <w:rPr>
          <w:rFonts w:ascii="Times New Roman" w:eastAsia="Times New Roman" w:hAnsi="Times New Roman" w:cs="Times New Roman"/>
          <w:i/>
          <w:color w:val="000000"/>
        </w:rPr>
        <w:t>MOB</w:t>
      </w:r>
      <w:r>
        <w:rPr>
          <w:rFonts w:ascii="宋体" w:eastAsia="宋体" w:hAnsi="宋体" w:cs="宋体"/>
          <w:color w:val="000000"/>
        </w:rPr>
        <w:t>的度数的解题过程，请你补充完整．</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i/>
          <w:color w:val="000000"/>
        </w:rPr>
        <w:t>AOC</w:t>
      </w: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color w:val="000000"/>
        </w:rPr>
        <w:t>30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 xml:space="preserve">＝ </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OM</w:t>
      </w:r>
      <w:r>
        <w:rPr>
          <w:rFonts w:ascii="宋体" w:eastAsia="宋体" w:hAnsi="宋体" w:cs="宋体"/>
          <w:color w:val="000000"/>
        </w:rPr>
        <w:t>平分</w:t>
      </w:r>
      <w:r>
        <w:pict>
          <v:shape id="_x0000_i708849" type="#_x0000_t75" alt="学科网(www.zxxk.com)--教育资源门户，提供试卷、教案、课件、论文、素材以及各类教学资源下载，还有大量而丰富的教学相关资讯！" style="width:37pt;height:13.95pt" o:oleicon="f" o:ole="">
            <v:imagedata r:id="rId2291"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MOC</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MOB</w:t>
      </w:r>
      <w:r>
        <w:rPr>
          <w:rFonts w:ascii="宋体" w:eastAsia="宋体" w:hAnsi="宋体" w:cs="宋体"/>
          <w:color w:val="000000"/>
        </w:rPr>
        <w:t>＝∠</w:t>
      </w:r>
      <w:r>
        <w:rPr>
          <w:rFonts w:ascii="Times New Roman" w:eastAsia="Times New Roman" w:hAnsi="Times New Roman" w:cs="Times New Roman"/>
          <w:i/>
          <w:color w:val="000000"/>
        </w:rPr>
        <w:t>MOC</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MOB</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i/>
          <w:color w:val="000000"/>
        </w:rPr>
        <w:t>AOB</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i/>
          <w:color w:val="000000"/>
        </w:rPr>
        <w:t>BOC</w:t>
      </w:r>
      <w:r>
        <w:rPr>
          <w:rFonts w:ascii="宋体" w:eastAsia="宋体" w:hAnsi="宋体" w:cs="宋体"/>
          <w:color w:val="000000"/>
        </w:rPr>
        <w:t>＝</w:t>
      </w:r>
      <w:r>
        <w:rPr>
          <w:rFonts w:ascii="Times New Roman" w:eastAsia="Times New Roman" w:hAnsi="Times New Roman" w:cs="Times New Roman"/>
          <w:color w:val="000000"/>
        </w:rPr>
        <w:t>β</w:t>
      </w:r>
      <w:r>
        <w:rPr>
          <w:rFonts w:ascii="宋体" w:eastAsia="宋体" w:hAnsi="宋体" w:cs="宋体"/>
          <w:color w:val="000000"/>
        </w:rPr>
        <w:t>（其中</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β</w: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），画出图形并直接写出∠</w:t>
      </w:r>
      <w:r>
        <w:rPr>
          <w:rFonts w:ascii="Times New Roman" w:eastAsia="Times New Roman" w:hAnsi="Times New Roman" w:cs="Times New Roman"/>
          <w:i/>
          <w:color w:val="000000"/>
        </w:rPr>
        <w:t>MOB</w:t>
      </w:r>
      <w:r>
        <w:rPr>
          <w:rFonts w:ascii="宋体" w:eastAsia="宋体" w:hAnsi="宋体" w:cs="宋体"/>
          <w:color w:val="000000"/>
        </w:rPr>
        <w:t>的度数．（用含</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β</w:t>
      </w:r>
      <w:r>
        <w:rPr>
          <w:rFonts w:ascii="宋体" w:eastAsia="宋体" w:hAnsi="宋体" w:cs="宋体"/>
          <w:color w:val="000000"/>
        </w:rPr>
        <w:t>的式子表示）</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①见解析；②</w:t>
      </w:r>
      <w:r>
        <w:pict>
          <v:shape id="_x0000_i708850" type="#_x0000_t75" alt="学科网(www.zxxk.com)--教育资源门户，提供试卷、教案、课件、论文、素材以及各类教学资源下载，还有大量而丰富的教学相关资讯！" style="width:47.25pt;height:30.75pt" o:oleicon="f" o:ole="">
            <v:imagedata r:id="rId2292" o:title="eqIdff4efd5dbd5df4fbb80ac6c4f12e76e2"/>
          </v:shape>
        </w:pic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rFonts w:ascii="Times New Roman" w:eastAsia="Times New Roman" w:hAnsi="Times New Roman" w:cs="Times New Roman"/>
          <w:i/>
          <w:color w:val="000000"/>
        </w:rPr>
        <w:t>COB</w:t>
      </w:r>
      <w:r>
        <w:rPr>
          <w:rFonts w:ascii="宋体" w:eastAsia="宋体" w:hAnsi="宋体" w:cs="宋体"/>
          <w:color w:val="000000"/>
        </w:rPr>
        <w:t>，</w:t>
      </w:r>
      <w:r>
        <w:rPr>
          <w:rFonts w:ascii="Times New Roman" w:eastAsia="Times New Roman" w:hAnsi="Times New Roman" w:cs="Times New Roman"/>
          <w:color w:val="000000"/>
        </w:rPr>
        <w:t>75</w:t>
      </w:r>
      <w:r>
        <w:rPr>
          <w:color w:val="000000"/>
        </w:rPr>
        <w:t xml:space="preserve">    </w:t>
      </w:r>
    </w:p>
    <w:p>
      <w:pPr>
        <w:spacing w:line="360" w:lineRule="auto"/>
        <w:textAlignment w:val="center"/>
        <w:rPr>
          <w:color w:val="000000"/>
        </w:rPr>
      </w:pPr>
      <w:r>
        <w:rPr>
          <w:color w:val="000000"/>
        </w:rPr>
        <w:t>（2）</w:t>
      </w:r>
      <w:r>
        <w:rPr>
          <w:color w:val="000000"/>
        </w:rPr>
        <w:t>见解析，</w:t>
      </w:r>
      <w:r>
        <w:pict>
          <v:shape id="_x0000_i708851" type="#_x0000_t75" alt="学科网(www.zxxk.com)--教育资源门户，提供试卷、教案、课件、论文、素材以及各类教学资源下载，还有大量而丰富的教学相关资讯！" style="width:80.25pt;height:30.75pt" o:oleicon="f" o:ole="">
            <v:imagedata r:id="rId2293" o:title="eqId302861d097fb8de729cdd85eb3936ebd"/>
          </v:shape>
        </w:pict>
      </w:r>
      <w:r>
        <w:rPr>
          <w:rFonts w:ascii="宋体" w:eastAsia="宋体" w:hAnsi="宋体" w:cs="宋体"/>
          <w:color w:val="000000"/>
        </w:rPr>
        <w:t>或</w:t>
      </w:r>
      <w:r>
        <w:pict>
          <v:shape id="_x0000_i708852" type="#_x0000_t75" alt="学科网(www.zxxk.com)--教育资源门户，提供试卷、教案、课件、论文、素材以及各类教学资源下载，还有大量而丰富的教学相关资讯！" style="width:80.25pt;height:30.75pt" o:oleicon="f" o:ole="">
            <v:imagedata r:id="rId2294" o:title="eqIdeaf6769ecc28589787b07ca8c4dc58ce"/>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）①根据题意作图即可；</w:t>
      </w:r>
    </w:p>
    <w:p>
      <w:pPr>
        <w:spacing w:line="360" w:lineRule="auto"/>
        <w:jc w:val="left"/>
        <w:textAlignment w:val="center"/>
        <w:rPr>
          <w:color w:val="000000"/>
        </w:rPr>
      </w:pPr>
      <w:r>
        <w:rPr>
          <w:rFonts w:ascii="宋体" w:eastAsia="宋体" w:hAnsi="宋体" w:cs="宋体"/>
          <w:color w:val="000000"/>
        </w:rPr>
        <w:t>②利用角平分线计算得</w:t>
      </w:r>
      <w:r>
        <w:pict>
          <v:shape id="_x0000_i708853" type="#_x0000_t75" alt="学科网(www.zxxk.com)--教育资源门户，提供试卷、教案、课件、论文、素材以及各类教学资源下载，还有大量而丰富的教学相关资讯！" style="width:123.75pt;height:30.75pt" o:oleicon="f" o:ole="">
            <v:imagedata r:id="rId2295" o:title="eqIde96616a360bd6b6196a384e3c1ca7884"/>
          </v:shape>
        </w:pict>
      </w:r>
      <w:r>
        <w:rPr>
          <w:rFonts w:ascii="宋体" w:eastAsia="宋体" w:hAnsi="宋体" w:cs="宋体"/>
          <w:color w:val="000000"/>
        </w:rPr>
        <w:t>，再结合图形计算即可得；</w:t>
      </w:r>
    </w:p>
    <w:p>
      <w:pPr>
        <w:spacing w:line="360" w:lineRule="auto"/>
        <w:jc w:val="left"/>
        <w:textAlignment w:val="center"/>
        <w:rPr>
          <w:color w:val="000000"/>
        </w:rPr>
      </w:pPr>
      <w:r>
        <w:rPr>
          <w:rFonts w:ascii="宋体" w:eastAsia="宋体" w:hAnsi="宋体" w:cs="宋体"/>
          <w:color w:val="000000"/>
        </w:rPr>
        <w:t>（2）分两种情况讨论，如解析中图象所示，分别利用角平分线进行计算即可得．</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①根据题意，作图如下：</w:t>
      </w:r>
    </w:p>
    <w:p>
      <w:pPr>
        <w:spacing w:line="360" w:lineRule="auto"/>
        <w:jc w:val="left"/>
        <w:textAlignment w:val="center"/>
        <w:rPr>
          <w:color w:val="000000"/>
        </w:rPr>
      </w:pPr>
      <w:r>
        <w:rPr>
          <w:rFonts w:ascii="宋体" w:eastAsia="宋体" w:hAnsi="宋体" w:cs="宋体"/>
          <w:color w:val="000000"/>
        </w:rPr>
        <w:drawing>
          <wp:inline>
            <wp:extent cx="1962150" cy="1428750"/>
            <wp:docPr id="29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 name=""/>
                    <pic:cNvPicPr>
                      <a:picLocks noChangeAspect="1"/>
                    </pic:cNvPicPr>
                  </pic:nvPicPr>
                  <pic:blipFill>
                    <a:blip r:embed="rId2296"/>
                    <a:stretch>
                      <a:fillRect/>
                    </a:stretch>
                  </pic:blipFill>
                  <pic:spPr>
                    <a:xfrm>
                      <a:off x="0" y="0"/>
                      <a:ext cx="1962150" cy="14287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②解：∵</w:t>
      </w:r>
      <w:r>
        <w:pict>
          <v:shape id="_x0000_i708854" type="#_x0000_t75" alt="学科网(www.zxxk.com)--教育资源门户，提供试卷、教案、课件、论文、素材以及各类教学资源下载，还有大量而丰富的教学相关资讯！" style="width:126pt;height:14.25pt" o:oleicon="f" o:ole="">
            <v:imagedata r:id="rId2297" o:title="eqIdab116d3c1e325f6e40f6986f9b7795a0"/>
          </v:shape>
        </w:pict>
      </w:r>
      <w:r>
        <w:rPr>
          <w:rFonts w:ascii="宋体" w:eastAsia="宋体" w:hAnsi="宋体" w:cs="宋体"/>
          <w:color w:val="000000"/>
        </w:rPr>
        <w:t>，</w:t>
      </w:r>
      <w:r>
        <w:pict>
          <v:shape id="_x0000_i708855" type="#_x0000_t75" alt="学科网(www.zxxk.com)--教育资源门户，提供试卷、教案、课件、论文、素材以及各类教学资源下载，还有大量而丰富的教学相关资讯！" style="width:69.75pt;height:14.25pt" o:oleicon="f" o:ole="">
            <v:imagedata r:id="rId2298" o:title="eqIdcab43ec8c4d03c043bcff3fc3a7a8b66"/>
          </v:shape>
        </w:pict>
      </w:r>
      <w:r>
        <w:rPr>
          <w:rFonts w:ascii="宋体" w:eastAsia="宋体" w:hAnsi="宋体" w:cs="宋体"/>
          <w:color w:val="000000"/>
        </w:rPr>
        <w:t>，</w:t>
      </w:r>
      <w:r>
        <w:pict>
          <v:shape id="_x0000_i708856" type="#_x0000_t75" alt="学科网(www.zxxk.com)--教育资源门户，提供试卷、教案、课件、论文、素材以及各类教学资源下载，还有大量而丰富的教学相关资讯！" style="width:66pt;height:14.25pt" o:oleicon="f" o:ole="">
            <v:imagedata r:id="rId2299" o:title="eqIdd47b70891e705413191bc278a0dada1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57" type="#_x0000_t75" alt="学科网(www.zxxk.com)--教育资源门户，提供试卷、教案、课件、论文、素材以及各类教学资源下载，还有大量而丰富的教学相关资讯！" style="width:66pt;height:14.25pt" o:oleicon="f" o:ole="">
            <v:imagedata r:id="rId2300" o:title="eqIde46c3cc1f09bab748828273a863fa06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OM</w:t>
      </w:r>
      <w:r>
        <w:rPr>
          <w:rFonts w:ascii="宋体" w:eastAsia="宋体" w:hAnsi="宋体" w:cs="宋体"/>
          <w:color w:val="000000"/>
        </w:rPr>
        <w:t>平分</w:t>
      </w:r>
      <w:r>
        <w:pict>
          <v:shape id="_x0000_i708858" type="#_x0000_t75" alt="学科网(www.zxxk.com)--教育资源门户，提供试卷、教案、课件、论文、素材以及各类教学资源下载，还有大量而丰富的教学相关资讯！" style="width:37pt;height:13.95pt" o:oleicon="f" o:ole="">
            <v:imagedata r:id="rId2301"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59" type="#_x0000_t75" alt="学科网(www.zxxk.com)--教育资源门户，提供试卷、教案、课件、论文、素材以及各类教学资源下载，还有大量而丰富的教学相关资讯！" style="width:123.75pt;height:30.75pt" o:oleicon="f" o:ole="">
            <v:imagedata r:id="rId2302" o:title="eqIde96616a360bd6b6196a384e3c1ca788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60" type="#_x0000_t75" alt="学科网(www.zxxk.com)--教育资源门户，提供试卷、教案、课件、论文、素材以及各类教学资源下载，还有大量而丰富的教学相关资讯！" style="width:131.25pt;height:14.25pt" o:oleicon="f" o:ole="">
            <v:imagedata r:id="rId2303" o:title="eqId80e10dd23833c566aaf1ad3fa9605d1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61" type="#_x0000_t75" alt="学科网(www.zxxk.com)--教育资源门户，提供试卷、教案、课件、论文、素材以及各类教学资源下载，还有大量而丰富的教学相关资讯！" style="width:66.75pt;height:14.25pt" o:oleicon="f" o:ole="">
            <v:imagedata r:id="rId2304" o:title="eqId3a2983465bf455e7b46753e272ddc01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8862" type="#_x0000_t75" alt="学科网(www.zxxk.com)--教育资源门户，提供试卷、教案、课件、论文、素材以及各类教学资源下载，还有大量而丰富的教学相关资讯！" style="width:47.25pt;height:30.75pt" o:oleicon="f" o:ole="">
            <v:imagedata r:id="rId2305" o:title="eqId8a347be93d6775f4c4439e70378ea0d3"/>
          </v:shape>
        </w:pict>
      </w:r>
      <w:r>
        <w:rPr>
          <w:rFonts w:ascii="宋体" w:eastAsia="宋体" w:hAnsi="宋体" w:cs="宋体"/>
          <w:color w:val="000000"/>
        </w:rPr>
        <w:t>；</w:t>
      </w:r>
      <w:r>
        <w:pict>
          <v:shape id="_x0000_i708863" type="#_x0000_t75" alt="学科网(www.zxxk.com)--教育资源门户，提供试卷、教案、课件、论文、素材以及各类教学资源下载，还有大量而丰富的教学相关资讯！" style="width:15.75pt;height:14.25pt" o:oleicon="f" o:ole="">
            <v:imagedata r:id="rId2306" o:title="eqId24f6e0abe79bcfcab07823b5c60e7ad5"/>
          </v:shape>
        </w:pict>
      </w:r>
      <w:r>
        <w:rPr>
          <w:rFonts w:ascii="宋体" w:eastAsia="宋体" w:hAnsi="宋体" w:cs="宋体"/>
          <w:color w:val="000000"/>
        </w:rPr>
        <w:t>；</w:t>
      </w:r>
      <w:r>
        <w:pict>
          <v:shape id="_x0000_i708864" type="#_x0000_t75" alt="学科网(www.zxxk.com)--教育资源门户，提供试卷、教案、课件、论文、素材以及各类教学资源下载，还有大量而丰富的教学相关资讯！" style="width:36.75pt;height:14.25pt" o:oleicon="f" o:ole="">
            <v:imagedata r:id="rId2307" o:title="eqId66ca8e9fc6558bc9e6a782275f9cbbfb"/>
          </v:shape>
        </w:pict>
      </w:r>
      <w:r>
        <w:rPr>
          <w:rFonts w:ascii="宋体" w:eastAsia="宋体" w:hAnsi="宋体" w:cs="宋体"/>
          <w:color w:val="000000"/>
        </w:rPr>
        <w:t>；</w:t>
      </w:r>
      <w:r>
        <w:pict>
          <v:shape id="_x0000_i708865" type="#_x0000_t75" alt="学科网(www.zxxk.com)--教育资源门户，提供试卷、教案、课件、论文、素材以及各类教学资源下载，还有大量而丰富的教学相关资讯！" style="width:15pt;height:14.25pt" o:oleicon="f" o:ole="">
            <v:imagedata r:id="rId2308" o:title="eqId2500acc389fd97a65afdb78e4bfef207"/>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解：分两种情况讨论：</w:t>
      </w:r>
    </w:p>
    <w:p>
      <w:pPr>
        <w:spacing w:line="360" w:lineRule="auto"/>
        <w:jc w:val="left"/>
        <w:textAlignment w:val="center"/>
        <w:rPr>
          <w:color w:val="000000"/>
        </w:rPr>
      </w:pPr>
      <w:r>
        <w:rPr>
          <w:rFonts w:ascii="宋体" w:eastAsia="宋体" w:hAnsi="宋体" w:cs="宋体"/>
          <w:color w:val="000000"/>
        </w:rPr>
        <w:t>①如图所示：</w:t>
      </w:r>
      <w:r>
        <w:pict>
          <v:shape id="_x0000_i708866" type="#_x0000_t75" alt="学科网(www.zxxk.com)--教育资源门户，提供试卷、教案、课件、论文、素材以及各类教学资源下载，还有大量而丰富的教学相关资讯！" style="width:56.25pt;height:14.25pt" o:oleicon="f" o:ole="">
            <v:imagedata r:id="rId2309" o:title="eqIdc3eac617bb8fab0cdf923fd5442333e2"/>
          </v:shape>
        </w:pict>
      </w:r>
      <w:r>
        <w:rPr>
          <w:rFonts w:ascii="宋体" w:eastAsia="宋体" w:hAnsi="宋体" w:cs="宋体"/>
          <w:color w:val="000000"/>
        </w:rPr>
        <w:t>，</w:t>
      </w:r>
      <w:r>
        <w:pict>
          <v:shape id="_x0000_i708867" type="#_x0000_t75" alt="学科网(www.zxxk.com)--教育资源门户，提供试卷、教案、课件、论文、素材以及各类教学资源下载，还有大量而丰富的教学相关资讯！" style="width:123pt;height:15.75pt" o:oleicon="f" o:ole="">
            <v:imagedata r:id="rId2310" o:title="eqIdbdc2974a27297381ff50aa5df4dc8ff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1466850" cy="1581150"/>
            <wp:docPr id="29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6" name=""/>
                    <pic:cNvPicPr>
                      <a:picLocks noChangeAspect="1"/>
                    </pic:cNvPicPr>
                  </pic:nvPicPr>
                  <pic:blipFill>
                    <a:blip r:embed="rId2311"/>
                    <a:stretch>
                      <a:fillRect/>
                    </a:stretch>
                  </pic:blipFill>
                  <pic:spPr>
                    <a:xfrm>
                      <a:off x="0" y="0"/>
                      <a:ext cx="1466850" cy="1581150"/>
                    </a:xfrm>
                    <a:prstGeom prst="rect">
                      <a:avLst/>
                    </a:prstGeom>
                  </pic:spPr>
                </pic:pic>
              </a:graphicData>
            </a:graphic>
          </wp:inline>
        </w:drawing>
      </w:r>
    </w:p>
    <w:p>
      <w:pPr>
        <w:spacing w:line="360" w:lineRule="auto"/>
        <w:jc w:val="left"/>
        <w:textAlignment w:val="center"/>
        <w:rPr>
          <w:color w:val="000000"/>
        </w:rPr>
      </w:pPr>
      <w:r>
        <w:rPr>
          <w:rFonts w:ascii="Cambria Math" w:eastAsia="Cambria Math" w:hAnsi="Cambria Math" w:cs="Cambria Math"/>
          <w:color w:val="000000"/>
        </w:rPr>
        <w:t>∴</w:t>
      </w:r>
      <w:r>
        <w:pict>
          <v:shape id="_x0000_i708868" type="#_x0000_t75" alt="学科网(www.zxxk.com)--教育资源门户，提供试卷、教案、课件、论文、素材以及各类教学资源下载，还有大量而丰富的教学相关资讯！" style="width:165.75pt;height:15.75pt" o:oleicon="f" o:ole="">
            <v:imagedata r:id="rId2312" o:title="eqId5aa97361579e3fa617c31d04c721cbdb"/>
          </v:shape>
        </w:pi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pict>
          <v:shape id="_x0000_i708869" type="#_x0000_t75" alt="学科网(www.zxxk.com)--教育资源门户，提供试卷、教案、课件、论文、素材以及各类教学资源下载，还有大量而丰富的教学相关资讯！" style="width:137.25pt;height:30.75pt" o:oleicon="f" o:ole="">
            <v:imagedata r:id="rId2313" o:title="eqId7c71e02588015cf03d295eded34b0da6"/>
          </v:shape>
        </w:pi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pict>
          <v:shape id="_x0000_i708870" type="#_x0000_t75" alt="学科网(www.zxxk.com)--教育资源门户，提供试卷、教案、课件、论文、素材以及各类教学资源下载，还有大量而丰富的教学相关资讯！" style="width:233.25pt;height:30.75pt" o:oleicon="f" o:ole="">
            <v:imagedata r:id="rId2314" o:title="eqId13c7646325f3f11474bedbe8f42e174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②如图所示：</w:t>
      </w:r>
      <w:r>
        <w:pict>
          <v:shape id="_x0000_i708871" type="#_x0000_t75" alt="学科网(www.zxxk.com)--教育资源门户，提供试卷、教案、课件、论文、素材以及各类教学资源下载，还有大量而丰富的教学相关资讯！" style="width:56.25pt;height:14.25pt" o:oleicon="f" o:ole="">
            <v:imagedata r:id="rId2315" o:title="eqIdc3eac617bb8fab0cdf923fd5442333e2"/>
          </v:shape>
        </w:pict>
      </w:r>
      <w:r>
        <w:rPr>
          <w:rFonts w:ascii="宋体" w:eastAsia="宋体" w:hAnsi="宋体" w:cs="宋体"/>
          <w:color w:val="000000"/>
        </w:rPr>
        <w:t>，</w:t>
      </w:r>
      <w:r>
        <w:pict>
          <v:shape id="_x0000_i708872" type="#_x0000_t75" alt="学科网(www.zxxk.com)--教育资源门户，提供试卷、教案、课件、论文、素材以及各类教学资源下载，还有大量而丰富的教学相关资讯！" style="width:123pt;height:15.75pt" o:oleicon="f" o:ole="">
            <v:imagedata r:id="rId2316" o:title="eqIdbdc2974a27297381ff50aa5df4dc8ff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drawing>
          <wp:inline>
            <wp:extent cx="1552575" cy="1438275"/>
            <wp:docPr id="29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8" name=""/>
                    <pic:cNvPicPr>
                      <a:picLocks noChangeAspect="1"/>
                    </pic:cNvPicPr>
                  </pic:nvPicPr>
                  <pic:blipFill>
                    <a:blip r:embed="rId2317"/>
                    <a:stretch>
                      <a:fillRect/>
                    </a:stretch>
                  </pic:blipFill>
                  <pic:spPr>
                    <a:xfrm>
                      <a:off x="0" y="0"/>
                      <a:ext cx="1552575" cy="1438275"/>
                    </a:xfrm>
                    <a:prstGeom prst="rect">
                      <a:avLst/>
                    </a:prstGeom>
                  </pic:spPr>
                </pic:pic>
              </a:graphicData>
            </a:graphic>
          </wp:inline>
        </w:drawing>
      </w:r>
    </w:p>
    <w:p>
      <w:pPr>
        <w:spacing w:line="360" w:lineRule="auto"/>
        <w:jc w:val="left"/>
        <w:textAlignment w:val="center"/>
        <w:rPr>
          <w:color w:val="000000"/>
        </w:rPr>
      </w:pPr>
      <w:r>
        <w:rPr>
          <w:rFonts w:ascii="Cambria Math" w:eastAsia="Cambria Math" w:hAnsi="Cambria Math" w:cs="Cambria Math"/>
          <w:color w:val="000000"/>
        </w:rPr>
        <w:t>∴</w:t>
      </w:r>
      <w:r>
        <w:pict>
          <v:shape id="_x0000_i708873" type="#_x0000_t75" alt="学科网(www.zxxk.com)--教育资源门户，提供试卷、教案、课件、论文、素材以及各类教学资源下载，还有大量而丰富的教学相关资讯！" style="width:165pt;height:15.75pt" o:oleicon="f" o:ole="">
            <v:imagedata r:id="rId2318" o:title="eqId814440c070660df1ab76770da436205c"/>
          </v:shape>
        </w:pi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pict>
          <v:shape id="_x0000_i708874" type="#_x0000_t75" alt="学科网(www.zxxk.com)--教育资源门户，提供试卷、教案、课件、论文、素材以及各类教学资源下载，还有大量而丰富的教学相关资讯！" style="width:137.25pt;height:30.75pt" o:oleicon="f" o:ole="">
            <v:imagedata r:id="rId2319" o:title="eqIdc69c6abd92892d5e186cfbdf618bd019"/>
          </v:shape>
        </w:pict>
      </w:r>
      <w:r>
        <w:rPr>
          <w:rFonts w:ascii="宋体" w:eastAsia="宋体" w:hAnsi="宋体" w:cs="宋体"/>
          <w:color w:val="000000"/>
        </w:rPr>
        <w:t>，</w:t>
      </w:r>
    </w:p>
    <w:p>
      <w:pPr>
        <w:spacing w:line="360" w:lineRule="auto"/>
        <w:jc w:val="left"/>
        <w:textAlignment w:val="center"/>
        <w:rPr>
          <w:color w:val="000000"/>
        </w:rPr>
      </w:pPr>
      <w:r>
        <w:rPr>
          <w:rFonts w:ascii="Cambria Math" w:eastAsia="Cambria Math" w:hAnsi="Cambria Math" w:cs="Cambria Math"/>
          <w:color w:val="000000"/>
        </w:rPr>
        <w:t>∴</w:t>
      </w:r>
      <w:r>
        <w:pict>
          <v:shape id="_x0000_i708875" type="#_x0000_t75" alt="学科网(www.zxxk.com)--教育资源门户，提供试卷、教案、课件、论文、素材以及各类教学资源下载，还有大量而丰富的教学相关资讯！" style="width:234pt;height:30.75pt" o:oleicon="f" o:ole="">
            <v:imagedata r:id="rId2320" o:title="eqId4c8fdd89c516de76a05703b54e326f2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综上可得：</w:t>
      </w:r>
      <w:r>
        <w:pict>
          <v:shape id="_x0000_i708876" type="#_x0000_t75" alt="学科网(www.zxxk.com)--教育资源门户，提供试卷、教案、课件、论文、素材以及各类教学资源下载，还有大量而丰富的教学相关资讯！" style="width:81.75pt;height:30.75pt" o:oleicon="f" o:ole="">
            <v:imagedata r:id="rId2321" o:title="eqId8f7409eeec4bbb94cb33f1329195587e"/>
          </v:shape>
        </w:pict>
      </w:r>
      <w:r>
        <w:rPr>
          <w:rFonts w:ascii="宋体" w:eastAsia="宋体" w:hAnsi="宋体" w:cs="宋体"/>
          <w:color w:val="000000"/>
        </w:rPr>
        <w:t>或</w:t>
      </w:r>
      <w:r>
        <w:pict>
          <v:shape id="_x0000_i708877" type="#_x0000_t75" alt="学科网(www.zxxk.com)--教育资源门户，提供试卷、教案、课件、论文、素材以及各类教学资源下载，还有大量而丰富的教学相关资讯！" style="width:81.75pt;height:30.75pt" o:oleicon="f" o:ole="">
            <v:imagedata r:id="rId2322" o:title="eqId216170195b8d11a51624f5309ab693c8"/>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题目主要考查角平分线的计算，理解题意，充分利用角平分线进行计算是解题关键．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已知点</w:t>
      </w:r>
      <w:r>
        <w:rPr>
          <w:rFonts w:ascii="Times New Roman" w:eastAsia="Times New Roman" w:hAnsi="Times New Roman" w:cs="Times New Roman"/>
          <w:i/>
          <w:color w:val="000000"/>
        </w:rPr>
        <w:t>P</w:t>
      </w:r>
      <w:r>
        <w:rPr>
          <w:rFonts w:ascii="宋体" w:eastAsia="宋体" w:hAnsi="宋体" w:cs="宋体"/>
          <w:color w:val="000000"/>
        </w:rPr>
        <w:t>是图形</w:t>
      </w:r>
      <w:r>
        <w:rPr>
          <w:rFonts w:ascii="Times New Roman" w:eastAsia="Times New Roman" w:hAnsi="Times New Roman" w:cs="Times New Roman"/>
          <w:i/>
          <w:color w:val="000000"/>
        </w:rPr>
        <w:t>M</w:t>
      </w:r>
      <w:r>
        <w:rPr>
          <w:rFonts w:ascii="宋体" w:eastAsia="宋体" w:hAnsi="宋体" w:cs="宋体"/>
          <w:color w:val="000000"/>
        </w:rPr>
        <w:t>上的任意点，点</w:t>
      </w:r>
      <w:r>
        <w:rPr>
          <w:rFonts w:ascii="Times New Roman" w:eastAsia="Times New Roman" w:hAnsi="Times New Roman" w:cs="Times New Roman"/>
          <w:i/>
          <w:color w:val="000000"/>
        </w:rPr>
        <w:t>Q</w:t>
      </w:r>
      <w:r>
        <w:rPr>
          <w:rFonts w:ascii="宋体" w:eastAsia="宋体" w:hAnsi="宋体" w:cs="宋体"/>
          <w:color w:val="000000"/>
        </w:rPr>
        <w:t>是图形</w:t>
      </w:r>
      <w:r>
        <w:rPr>
          <w:rFonts w:ascii="Times New Roman" w:eastAsia="Times New Roman" w:hAnsi="Times New Roman" w:cs="Times New Roman"/>
          <w:i/>
          <w:color w:val="000000"/>
        </w:rPr>
        <w:t>N</w:t>
      </w:r>
      <w:r>
        <w:rPr>
          <w:rFonts w:ascii="宋体" w:eastAsia="宋体" w:hAnsi="宋体" w:cs="宋体"/>
          <w:color w:val="000000"/>
        </w:rPr>
        <w:t>上的任意点．</w:t>
      </w:r>
    </w:p>
    <w:p>
      <w:pPr>
        <w:spacing w:line="360" w:lineRule="auto"/>
        <w:jc w:val="left"/>
        <w:textAlignment w:val="center"/>
        <w:rPr>
          <w:color w:val="000000"/>
        </w:rPr>
      </w:pPr>
      <w:r>
        <w:rPr>
          <w:rFonts w:ascii="宋体" w:eastAsia="宋体" w:hAnsi="宋体" w:cs="宋体"/>
          <w:color w:val="000000"/>
        </w:rPr>
        <w:t>给出规定：如果</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两点的距离有最小值，那么我们称这个最小值为图形</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的亲和距离；记作：</w:t>
      </w:r>
      <w:r>
        <w:rPr>
          <w:rFonts w:ascii="Times New Roman" w:eastAsia="Times New Roman" w:hAnsi="Times New Roman" w:cs="Times New Roman"/>
          <w:i/>
          <w:color w:val="000000"/>
        </w:rPr>
        <w:t>d</w:t>
      </w:r>
      <w:r>
        <w:rPr>
          <w:rFonts w:ascii="宋体" w:eastAsia="宋体" w:hAnsi="宋体" w:cs="宋体"/>
          <w:color w:val="000000"/>
        </w:rPr>
        <w:t>（图形</w:t>
      </w:r>
      <w:r>
        <w:rPr>
          <w:rFonts w:ascii="Times New Roman" w:eastAsia="Times New Roman" w:hAnsi="Times New Roman" w:cs="Times New Roman"/>
          <w:i/>
          <w:color w:val="000000"/>
        </w:rPr>
        <w:t>M</w:t>
      </w:r>
      <w:r>
        <w:rPr>
          <w:rFonts w:ascii="宋体" w:eastAsia="宋体" w:hAnsi="宋体" w:cs="宋体"/>
          <w:color w:val="000000"/>
        </w:rPr>
        <w:t>，图形</w:t>
      </w:r>
      <w:r>
        <w:rPr>
          <w:rFonts w:ascii="Times New Roman" w:eastAsia="Times New Roman" w:hAnsi="Times New Roman" w:cs="Times New Roman"/>
          <w:i/>
          <w:color w:val="000000"/>
        </w:rPr>
        <w:t>N</w:t>
      </w:r>
      <w:r>
        <w:rPr>
          <w:rFonts w:ascii="宋体" w:eastAsia="宋体" w:hAnsi="宋体" w:cs="宋体"/>
          <w:color w:val="000000"/>
        </w:rPr>
        <w:t>）．特别地，当</w:t>
      </w:r>
      <w:r>
        <w:rPr>
          <w:rFonts w:ascii="Times New Roman" w:eastAsia="Times New Roman" w:hAnsi="Times New Roman" w:cs="Times New Roman"/>
          <w:i/>
          <w:color w:val="000000"/>
        </w:rPr>
        <w:t>P</w:t>
      </w:r>
      <w:r>
        <w:rPr>
          <w:rFonts w:ascii="宋体" w:eastAsia="宋体" w:hAnsi="宋体" w:cs="宋体"/>
          <w:color w:val="000000"/>
        </w:rPr>
        <w:t>，</w:t>
      </w:r>
      <w:r>
        <w:rPr>
          <w:rFonts w:ascii="Times New Roman" w:eastAsia="Times New Roman" w:hAnsi="Times New Roman" w:cs="Times New Roman"/>
          <w:i/>
          <w:color w:val="000000"/>
        </w:rPr>
        <w:t>Q</w:t>
      </w:r>
      <w:r>
        <w:rPr>
          <w:rFonts w:ascii="宋体" w:eastAsia="宋体" w:hAnsi="宋体" w:cs="宋体"/>
          <w:color w:val="000000"/>
        </w:rPr>
        <w:t>两点重合时，</w:t>
      </w:r>
      <w:r>
        <w:rPr>
          <w:rFonts w:ascii="Times New Roman" w:eastAsia="Times New Roman" w:hAnsi="Times New Roman" w:cs="Times New Roman"/>
          <w:i/>
          <w:color w:val="000000"/>
        </w:rPr>
        <w:t>d</w:t>
      </w:r>
      <w:r>
        <w:rPr>
          <w:rFonts w:ascii="宋体" w:eastAsia="宋体" w:hAnsi="宋体" w:cs="宋体"/>
          <w:color w:val="000000"/>
        </w:rPr>
        <w:t>（图形</w:t>
      </w:r>
      <w:r>
        <w:rPr>
          <w:rFonts w:ascii="Times New Roman" w:eastAsia="Times New Roman" w:hAnsi="Times New Roman" w:cs="Times New Roman"/>
          <w:i/>
          <w:color w:val="000000"/>
        </w:rPr>
        <w:t>M</w:t>
      </w:r>
      <w:r>
        <w:rPr>
          <w:rFonts w:ascii="宋体" w:eastAsia="宋体" w:hAnsi="宋体" w:cs="宋体"/>
          <w:color w:val="000000"/>
        </w:rPr>
        <w:t>，图形</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color w:val="000000"/>
        </w:rPr>
        <w:t>0</w:t>
      </w:r>
    </w:p>
    <w:p>
      <w:pPr>
        <w:spacing w:line="360" w:lineRule="auto"/>
        <w:jc w:val="left"/>
        <w:textAlignment w:val="center"/>
        <w:rPr>
          <w:color w:val="000000"/>
        </w:rPr>
      </w:pPr>
      <w:r>
        <w:rPr>
          <w:rFonts w:ascii="宋体" w:eastAsia="宋体" w:hAnsi="宋体" w:cs="宋体"/>
          <w:color w:val="000000"/>
        </w:rPr>
        <w:t>举例说明：如图，数轴上的点</w:t>
      </w:r>
      <w:r>
        <w:rPr>
          <w:rFonts w:ascii="Times New Roman" w:eastAsia="Times New Roman" w:hAnsi="Times New Roman" w:cs="Times New Roman"/>
          <w:i/>
          <w:color w:val="000000"/>
        </w:rPr>
        <w:t>A</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表示的数分别是</w:t>
      </w:r>
      <w:r>
        <w:rPr>
          <w:rFonts w:ascii="Times New Roman" w:eastAsia="Times New Roman" w:hAnsi="Times New Roman" w:cs="Times New Roman"/>
          <w:color w:val="000000"/>
        </w:rPr>
        <w:t>2</w:t>
      </w:r>
      <w:r>
        <w:rPr>
          <w:rFonts w:ascii="宋体" w:eastAsia="宋体" w:hAnsi="宋体" w:cs="宋体"/>
          <w:color w:val="000000"/>
        </w:rPr>
        <w:t>与</w:t>
      </w:r>
      <w:r>
        <w:rPr>
          <w:rFonts w:ascii="Times New Roman" w:eastAsia="Times New Roman" w:hAnsi="Times New Roman" w:cs="Times New Roman"/>
          <w:color w:val="000000"/>
        </w:rPr>
        <w:t>3</w:t>
      </w:r>
      <w:r>
        <w:rPr>
          <w:rFonts w:ascii="宋体" w:eastAsia="宋体" w:hAnsi="宋体" w:cs="宋体"/>
          <w:color w:val="000000"/>
        </w:rPr>
        <w:t>，那么</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，线段</w:t>
      </w:r>
      <w:r>
        <w:rPr>
          <w:rFonts w:ascii="Times New Roman" w:eastAsia="Times New Roman" w:hAnsi="Times New Roman" w:cs="Times New Roman"/>
          <w:i/>
          <w:color w:val="000000"/>
        </w:rPr>
        <w:t>BC</w:t>
      </w:r>
      <w:r>
        <w:rPr>
          <w:rFonts w:ascii="宋体" w:eastAsia="宋体" w:hAnsi="宋体" w:cs="宋体"/>
          <w:color w:val="000000"/>
        </w:rPr>
        <w:t>）＝</w:t>
      </w:r>
      <w:r>
        <w:rPr>
          <w:rFonts w:ascii="Times New Roman" w:eastAsia="Times New Roman" w:hAnsi="Times New Roman" w:cs="Times New Roman"/>
          <w:color w:val="000000"/>
        </w:rPr>
        <w:t>1</w:t>
      </w:r>
    </w:p>
    <w:p>
      <w:pPr>
        <w:spacing w:line="360" w:lineRule="auto"/>
        <w:jc w:val="left"/>
        <w:textAlignment w:val="center"/>
        <w:rPr>
          <w:color w:val="000000"/>
        </w:rPr>
      </w:pPr>
      <w:r>
        <w:rPr>
          <w:rFonts w:ascii="宋体" w:eastAsia="宋体" w:hAnsi="宋体" w:cs="宋体"/>
          <w:color w:val="000000"/>
        </w:rPr>
        <w:t>根据以上定义完成下列问题：数轴上的点</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表示的数分别是</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为原点，</w:t>
      </w:r>
    </w:p>
    <w:p>
      <w:pPr>
        <w:spacing w:line="360" w:lineRule="auto"/>
        <w:jc w:val="left"/>
        <w:textAlignment w:val="center"/>
        <w:rPr>
          <w:color w:val="000000"/>
        </w:rPr>
      </w:pPr>
      <w:r>
        <w:rPr>
          <w:color w:val="000000"/>
        </w:rPr>
        <w:drawing>
          <wp:inline>
            <wp:extent cx="1905000" cy="514350"/>
            <wp:docPr id="29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0" name=""/>
                    <pic:cNvPicPr>
                      <a:picLocks noChangeAspect="1"/>
                    </pic:cNvPicPr>
                  </pic:nvPicPr>
                  <pic:blipFill>
                    <a:blip r:embed="rId2323"/>
                    <a:stretch>
                      <a:fillRect/>
                    </a:stretch>
                  </pic:blipFill>
                  <pic:spPr>
                    <a:xfrm>
                      <a:off x="0" y="0"/>
                      <a:ext cx="1905000" cy="5143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当</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i/>
          <w:color w:val="000000"/>
        </w:rPr>
        <w:t>d</w:t>
      </w:r>
      <w:r>
        <w:rPr>
          <w:rFonts w:ascii="宋体" w:eastAsia="宋体" w:hAnsi="宋体" w:cs="宋体"/>
          <w:color w:val="000000"/>
        </w:rPr>
        <w:t>（原点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如果</w:t>
      </w:r>
      <w:r>
        <w:rPr>
          <w:rFonts w:ascii="Times New Roman" w:eastAsia="Times New Roman" w:hAnsi="Times New Roman" w:cs="Times New Roman"/>
          <w:i/>
          <w:color w:val="000000"/>
        </w:rPr>
        <w:t>d</w:t>
      </w:r>
      <w:r>
        <w:rPr>
          <w:rFonts w:ascii="宋体" w:eastAsia="宋体" w:hAnsi="宋体" w:cs="宋体"/>
          <w:color w:val="000000"/>
        </w:rPr>
        <w:t>（原点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，那么</w:t>
      </w:r>
      <w:r>
        <w:pict>
          <v:shape id="_x0000_i708878" type="#_x0000_t75" alt="学科网(www.zxxk.com)--教育资源门户，提供试卷、教案、课件、论文、素材以及各类教学资源下载，还有大量而丰富的教学相关资讯！" style="width:18.75pt;height:11.25pt" o:oleicon="f" o:ole="">
            <v:imagedata r:id="rId2324" o:title="eqId4ec0618ae3a4fde6d6220010af229b9a"/>
          </v:shape>
        </w:pic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数轴上的点</w:t>
      </w:r>
      <w:r>
        <w:rPr>
          <w:rFonts w:ascii="Times New Roman" w:eastAsia="Times New Roman" w:hAnsi="Times New Roman" w:cs="Times New Roman"/>
          <w:i/>
          <w:color w:val="000000"/>
        </w:rPr>
        <w:t>F</w:t>
      </w:r>
      <w:r>
        <w:rPr>
          <w:rFonts w:ascii="宋体" w:eastAsia="宋体" w:hAnsi="宋体" w:cs="宋体"/>
          <w:color w:val="000000"/>
        </w:rPr>
        <w:t>，点</w:t>
      </w:r>
      <w:r>
        <w:rPr>
          <w:rFonts w:ascii="Times New Roman" w:eastAsia="Times New Roman" w:hAnsi="Times New Roman" w:cs="Times New Roman"/>
          <w:i/>
          <w:color w:val="000000"/>
        </w:rPr>
        <w:t>G</w:t>
      </w:r>
      <w:r>
        <w:rPr>
          <w:rFonts w:ascii="宋体" w:eastAsia="宋体" w:hAnsi="宋体" w:cs="宋体"/>
          <w:color w:val="000000"/>
        </w:rPr>
        <w:t>表示的数分别是</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i/>
          <w:color w:val="000000"/>
        </w:rPr>
        <w:t>y</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，如果</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，线段</w:t>
      </w:r>
      <w:r>
        <w:rPr>
          <w:rFonts w:ascii="Times New Roman" w:eastAsia="Times New Roman" w:hAnsi="Times New Roman" w:cs="Times New Roman"/>
          <w:i/>
          <w:color w:val="000000"/>
        </w:rPr>
        <w:t>FG</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，直接写出</w:t>
      </w:r>
      <w:r>
        <w:pict>
          <v:shape id="_x0000_i708879" type="#_x0000_t75" alt="学科网(www.zxxk.com)--教育资源门户，提供试卷、教案、课件、论文、素材以及各类教学资源下载，还有大量而丰富的教学相关资讯！" style="width:27pt;height:13pt" o:oleicon="f" o:ole="">
            <v:imagedata r:id="rId2325" o:title="eqId059d6df06a5b85848dc4fa33327f8e07"/>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1</w:t>
      </w:r>
      <w:r>
        <w:rPr>
          <w:color w:val="000000"/>
        </w:rPr>
        <w:t xml:space="preserve">    </w:t>
      </w:r>
      <w:r>
        <w:rPr>
          <w:color w:val="000000"/>
        </w:rPr>
        <w:t>（2）</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-4</w:t>
      </w:r>
      <w:r>
        <w:rPr>
          <w:color w:val="000000"/>
        </w:rPr>
        <w:t xml:space="preserve">    </w:t>
      </w:r>
    </w:p>
    <w:p>
      <w:pPr>
        <w:spacing w:line="360" w:lineRule="auto"/>
        <w:textAlignment w:val="center"/>
        <w:rPr>
          <w:color w:val="000000"/>
        </w:rPr>
      </w:pPr>
      <w:r>
        <w:rPr>
          <w:color w:val="000000"/>
        </w:rPr>
        <w:t>（3）</w:t>
      </w:r>
      <w:r>
        <w:pict>
          <v:shape id="_x0000_i708880" type="#_x0000_t75" alt="学科网(www.zxxk.com)--教育资源门户，提供试卷、教案、课件、论文、素材以及各类教学资源下载，还有大量而丰富的教学相关资讯！" style="width:15.75pt;height:14.25pt" o:oleicon="f" o:ole="">
            <v:imagedata r:id="rId2326" o:title="eqId81fb134b2b48acc99213fff6ccfee65f"/>
          </v:shape>
        </w:pict>
      </w:r>
      <w:r>
        <w:rPr>
          <w:rFonts w:ascii="宋体" w:eastAsia="宋体" w:hAnsi="宋体" w:cs="宋体"/>
          <w:color w:val="000000"/>
        </w:rPr>
        <w:t>或</w:t>
      </w:r>
      <w:r>
        <w:pict>
          <v:shape id="_x0000_i708881" type="#_x0000_t75" alt="学科网(www.zxxk.com)--教育资源门户，提供试卷、教案、课件、论文、素材以及各类教学资源下载，还有大量而丰富的教学相关资讯！" style="width:8.8pt;height:14pt" o:oleicon="f" o:ole="">
            <v:imagedata r:id="rId2327" o:title="eqId6f8c4c029e552954bd493b49aeab82d5"/>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）根据当</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时，点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表示的数是</w:t>
      </w:r>
      <w:r>
        <w:rPr>
          <w:rFonts w:ascii="Times New Roman" w:eastAsia="Times New Roman" w:hAnsi="Times New Roman" w:cs="Times New Roman"/>
          <w:i/>
          <w:color w:val="000000"/>
        </w:rPr>
        <w:t>x</w:t>
      </w:r>
      <w:r>
        <w:rPr>
          <w:rFonts w:ascii="Times New Roman" w:eastAsia="Times New Roman" w:hAnsi="Times New Roman" w:cs="Times New Roman"/>
          <w:color w:val="000000"/>
        </w:rPr>
        <w:t>+1=2,</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到线段</w:t>
      </w:r>
      <w:r>
        <w:rPr>
          <w:rFonts w:ascii="Times New Roman" w:eastAsia="Times New Roman" w:hAnsi="Times New Roman" w:cs="Times New Roman"/>
          <w:i/>
          <w:color w:val="000000"/>
        </w:rPr>
        <w:t>DE</w:t>
      </w:r>
      <w:r>
        <w:rPr>
          <w:rFonts w:ascii="宋体" w:eastAsia="宋体" w:hAnsi="宋体" w:cs="宋体"/>
          <w:color w:val="000000"/>
        </w:rPr>
        <w:t>的最短距离为</w:t>
      </w:r>
      <w:r>
        <w:rPr>
          <w:rFonts w:ascii="Times New Roman" w:eastAsia="Times New Roman" w:hAnsi="Times New Roman" w:cs="Times New Roman"/>
          <w:i/>
          <w:color w:val="000000"/>
        </w:rPr>
        <w:t>OD</w:t>
      </w:r>
      <w:r>
        <w:rPr>
          <w:rFonts w:ascii="Times New Roman" w:eastAsia="Times New Roman" w:hAnsi="Times New Roman" w:cs="Times New Roman"/>
          <w:color w:val="000000"/>
        </w:rPr>
        <w:t>=1</w:t>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rPr>
          <w:rFonts w:ascii="Times New Roman" w:eastAsia="Times New Roman" w:hAnsi="Times New Roman" w:cs="Times New Roman"/>
          <w:i/>
          <w:color w:val="000000"/>
        </w:rPr>
        <w:t>d</w:t>
      </w:r>
      <w:r>
        <w:rPr>
          <w:rFonts w:ascii="宋体" w:eastAsia="宋体" w:hAnsi="宋体" w:cs="宋体"/>
          <w:color w:val="000000"/>
        </w:rPr>
        <w:t>（原点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，可得</w:t>
      </w:r>
      <w:r>
        <w:rPr>
          <w:rFonts w:ascii="Times New Roman" w:eastAsia="Times New Roman" w:hAnsi="Times New Roman" w:cs="Times New Roman"/>
          <w:i/>
          <w:color w:val="000000"/>
        </w:rPr>
        <w:t>OD</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i/>
          <w:color w:val="000000"/>
        </w:rPr>
        <w:t>OE</w:t>
      </w:r>
      <w:r>
        <w:rPr>
          <w:rFonts w:ascii="Times New Roman" w:eastAsia="Times New Roman" w:hAnsi="Times New Roman" w:cs="Times New Roman"/>
          <w:color w:val="000000"/>
        </w:rPr>
        <w:t>=3</w:t>
      </w:r>
      <w:r>
        <w:rPr>
          <w:rFonts w:ascii="宋体" w:eastAsia="宋体" w:hAnsi="宋体" w:cs="宋体"/>
          <w:color w:val="000000"/>
        </w:rPr>
        <w:t>，分类考虑当</w:t>
      </w:r>
      <w:r>
        <w:rPr>
          <w:rFonts w:ascii="Times New Roman" w:eastAsia="Times New Roman" w:hAnsi="Times New Roman" w:cs="Times New Roman"/>
          <w:i/>
          <w:color w:val="000000"/>
        </w:rPr>
        <w:t>OD</w:t>
      </w:r>
      <w:r>
        <w:rPr>
          <w:rFonts w:ascii="Times New Roman" w:eastAsia="Times New Roman" w:hAnsi="Times New Roman" w:cs="Times New Roman"/>
          <w:color w:val="000000"/>
        </w:rPr>
        <w:t>=3</w:t>
      </w:r>
      <w:r>
        <w:rPr>
          <w:rFonts w:ascii="宋体" w:eastAsia="宋体" w:hAnsi="宋体" w:cs="宋体"/>
          <w:color w:val="000000"/>
        </w:rPr>
        <w:t>时，点</w:t>
      </w:r>
      <w:r>
        <w:rPr>
          <w:rFonts w:ascii="Times New Roman" w:eastAsia="Times New Roman" w:hAnsi="Times New Roman" w:cs="Times New Roman"/>
          <w:i/>
          <w:color w:val="000000"/>
        </w:rPr>
        <w:t>D</w:t>
      </w:r>
      <w:r>
        <w:rPr>
          <w:rFonts w:ascii="宋体" w:eastAsia="宋体" w:hAnsi="宋体" w:cs="宋体"/>
          <w:color w:val="000000"/>
        </w:rPr>
        <w:t>在点</w:t>
      </w:r>
      <w:r>
        <w:rPr>
          <w:rFonts w:ascii="Times New Roman" w:eastAsia="Times New Roman" w:hAnsi="Times New Roman" w:cs="Times New Roman"/>
          <w:i/>
          <w:color w:val="000000"/>
        </w:rPr>
        <w:t>O</w:t>
      </w:r>
      <w:r>
        <w:rPr>
          <w:rFonts w:ascii="宋体" w:eastAsia="宋体" w:hAnsi="宋体" w:cs="宋体"/>
          <w:color w:val="000000"/>
        </w:rPr>
        <w:t>的右侧，可得</w:t>
      </w:r>
      <w:r>
        <w:rPr>
          <w:rFonts w:ascii="Times New Roman" w:eastAsia="Times New Roman" w:hAnsi="Times New Roman" w:cs="Times New Roman"/>
          <w:i/>
          <w:color w:val="000000"/>
        </w:rPr>
        <w:t>x</w:t>
      </w:r>
      <w:r>
        <w:rPr>
          <w:rFonts w:ascii="Times New Roman" w:eastAsia="Times New Roman" w:hAnsi="Times New Roman" w:cs="Times New Roman"/>
          <w:color w:val="000000"/>
        </w:rPr>
        <w:t>-0=3</w:t>
      </w:r>
      <w:r>
        <w:rPr>
          <w:rFonts w:ascii="宋体" w:eastAsia="宋体" w:hAnsi="宋体" w:cs="宋体"/>
          <w:color w:val="000000"/>
        </w:rPr>
        <w:t>，当</w:t>
      </w:r>
      <w:r>
        <w:rPr>
          <w:rFonts w:ascii="Times New Roman" w:eastAsia="Times New Roman" w:hAnsi="Times New Roman" w:cs="Times New Roman"/>
          <w:i/>
          <w:color w:val="000000"/>
        </w:rPr>
        <w:t>OE</w:t>
      </w:r>
      <w:r>
        <w:rPr>
          <w:rFonts w:ascii="Times New Roman" w:eastAsia="Times New Roman" w:hAnsi="Times New Roman" w:cs="Times New Roman"/>
          <w:color w:val="000000"/>
        </w:rPr>
        <w:t>=3</w:t>
      </w:r>
      <w:r>
        <w:rPr>
          <w:rFonts w:ascii="宋体" w:eastAsia="宋体" w:hAnsi="宋体" w:cs="宋体"/>
          <w:color w:val="000000"/>
        </w:rPr>
        <w:t>时，点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O</w:t>
      </w:r>
      <w:r>
        <w:rPr>
          <w:rFonts w:ascii="宋体" w:eastAsia="宋体" w:hAnsi="宋体" w:cs="宋体"/>
          <w:color w:val="000000"/>
        </w:rPr>
        <w:t>的左侧，</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，解方程即可；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与</w:t>
      </w:r>
      <w:r>
        <w:rPr>
          <w:rFonts w:ascii="Times New Roman" w:eastAsia="Times New Roman" w:hAnsi="Times New Roman" w:cs="Times New Roman"/>
          <w:i/>
          <w:color w:val="000000"/>
        </w:rPr>
        <w:t>FG</w:t>
      </w:r>
      <w:r>
        <w:rPr>
          <w:rFonts w:ascii="宋体" w:eastAsia="宋体" w:hAnsi="宋体" w:cs="宋体"/>
          <w:color w:val="000000"/>
        </w:rPr>
        <w:t>的位置有两种，</w:t>
      </w:r>
      <w:r>
        <w:rPr>
          <w:rFonts w:ascii="Times New Roman" w:eastAsia="Times New Roman" w:hAnsi="Times New Roman" w:cs="Times New Roman"/>
          <w:i/>
          <w:color w:val="000000"/>
        </w:rPr>
        <w:t>DE</w:t>
      </w:r>
      <w:r>
        <w:rPr>
          <w:rFonts w:ascii="宋体" w:eastAsia="宋体" w:hAnsi="宋体" w:cs="宋体"/>
          <w:color w:val="000000"/>
        </w:rPr>
        <w:t>在</w:t>
      </w:r>
      <w:r>
        <w:rPr>
          <w:rFonts w:ascii="Times New Roman" w:eastAsia="Times New Roman" w:hAnsi="Times New Roman" w:cs="Times New Roman"/>
          <w:i/>
          <w:color w:val="000000"/>
        </w:rPr>
        <w:t>FG</w:t>
      </w:r>
      <w:r>
        <w:rPr>
          <w:rFonts w:ascii="宋体" w:eastAsia="宋体" w:hAnsi="宋体" w:cs="宋体"/>
          <w:color w:val="000000"/>
        </w:rPr>
        <w:t>的左侧，或</w:t>
      </w:r>
      <w:r>
        <w:rPr>
          <w:rFonts w:ascii="Times New Roman" w:eastAsia="Times New Roman" w:hAnsi="Times New Roman" w:cs="Times New Roman"/>
          <w:i/>
          <w:color w:val="000000"/>
        </w:rPr>
        <w:t>DE</w:t>
      </w:r>
      <w:r>
        <w:rPr>
          <w:rFonts w:ascii="宋体" w:eastAsia="宋体" w:hAnsi="宋体" w:cs="宋体"/>
          <w:color w:val="000000"/>
        </w:rPr>
        <w:t>在</w:t>
      </w:r>
      <w:r>
        <w:rPr>
          <w:rFonts w:ascii="Times New Roman" w:eastAsia="Times New Roman" w:hAnsi="Times New Roman" w:cs="Times New Roman"/>
          <w:i/>
          <w:color w:val="000000"/>
        </w:rPr>
        <w:t>FG</w:t>
      </w:r>
      <w:r>
        <w:rPr>
          <w:rFonts w:ascii="宋体" w:eastAsia="宋体" w:hAnsi="宋体" w:cs="宋体"/>
          <w:color w:val="000000"/>
        </w:rPr>
        <w:t>的右侧，当</w:t>
      </w:r>
      <w:r>
        <w:rPr>
          <w:rFonts w:ascii="Times New Roman" w:eastAsia="Times New Roman" w:hAnsi="Times New Roman" w:cs="Times New Roman"/>
          <w:i/>
          <w:color w:val="000000"/>
        </w:rPr>
        <w:t>DE</w:t>
      </w:r>
      <w:r>
        <w:rPr>
          <w:rFonts w:ascii="宋体" w:eastAsia="宋体" w:hAnsi="宋体" w:cs="宋体"/>
          <w:color w:val="000000"/>
        </w:rPr>
        <w:t>在</w:t>
      </w:r>
      <w:r>
        <w:rPr>
          <w:rFonts w:ascii="Times New Roman" w:eastAsia="Times New Roman" w:hAnsi="Times New Roman" w:cs="Times New Roman"/>
          <w:i/>
          <w:color w:val="000000"/>
        </w:rPr>
        <w:t>FG</w:t>
      </w:r>
      <w:r>
        <w:rPr>
          <w:rFonts w:ascii="宋体" w:eastAsia="宋体" w:hAnsi="宋体" w:cs="宋体"/>
          <w:color w:val="000000"/>
        </w:rPr>
        <w:t>的左侧时，</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，线段</w:t>
      </w:r>
      <w:r>
        <w:rPr>
          <w:rFonts w:ascii="Times New Roman" w:eastAsia="Times New Roman" w:hAnsi="Times New Roman" w:cs="Times New Roman"/>
          <w:i/>
          <w:color w:val="000000"/>
        </w:rPr>
        <w:t>FG</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w:t>
      </w:r>
      <w:r>
        <w:rPr>
          <w:rFonts w:ascii="Times New Roman" w:eastAsia="Times New Roman" w:hAnsi="Times New Roman" w:cs="Times New Roman"/>
          <w:i/>
          <w:color w:val="000000"/>
        </w:rPr>
        <w:t>EF</w:t>
      </w:r>
      <w:r>
        <w:rPr>
          <w:rFonts w:ascii="Times New Roman" w:eastAsia="Times New Roman" w:hAnsi="Times New Roman" w:cs="Times New Roman"/>
          <w:color w:val="000000"/>
        </w:rPr>
        <w:t>=2</w:t>
      </w:r>
      <w:r>
        <w:rPr>
          <w:rFonts w:ascii="宋体" w:eastAsia="宋体" w:hAnsi="宋体" w:cs="宋体"/>
          <w:color w:val="000000"/>
        </w:rPr>
        <w:t>，利用两点距离公式得出</w:t>
      </w:r>
      <w:r>
        <w:pict>
          <v:shape id="_x0000_i708882" type="#_x0000_t75" alt="学科网(www.zxxk.com)--教育资源门户，提供试卷、教案、课件、论文、素材以及各类教学资源下载，还有大量而丰富的教学相关资讯！" style="width:69pt;height:19.8pt" o:oleicon="f" o:ole="">
            <v:imagedata r:id="rId2328" o:title="eqId18ac467bfa2a8add5e591ad1be721b5d"/>
          </v:shape>
        </w:pict>
      </w:r>
      <w:r>
        <w:rPr>
          <w:rFonts w:ascii="宋体" w:eastAsia="宋体" w:hAnsi="宋体" w:cs="宋体"/>
          <w:color w:val="000000"/>
        </w:rPr>
        <w:t>，当</w:t>
      </w:r>
      <w:r>
        <w:rPr>
          <w:rFonts w:ascii="Times New Roman" w:eastAsia="Times New Roman" w:hAnsi="Times New Roman" w:cs="Times New Roman"/>
          <w:i/>
          <w:color w:val="000000"/>
        </w:rPr>
        <w:t>DE</w:t>
      </w:r>
      <w:r>
        <w:rPr>
          <w:rFonts w:ascii="宋体" w:eastAsia="宋体" w:hAnsi="宋体" w:cs="宋体"/>
          <w:color w:val="000000"/>
        </w:rPr>
        <w:t>在</w:t>
      </w:r>
      <w:r>
        <w:rPr>
          <w:rFonts w:ascii="Times New Roman" w:eastAsia="Times New Roman" w:hAnsi="Times New Roman" w:cs="Times New Roman"/>
          <w:i/>
          <w:color w:val="000000"/>
        </w:rPr>
        <w:t>FG</w:t>
      </w:r>
      <w:r>
        <w:rPr>
          <w:rFonts w:ascii="宋体" w:eastAsia="宋体" w:hAnsi="宋体" w:cs="宋体"/>
          <w:color w:val="000000"/>
        </w:rPr>
        <w:t>的右侧时，</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，线段</w:t>
      </w:r>
      <w:r>
        <w:rPr>
          <w:rFonts w:ascii="Times New Roman" w:eastAsia="Times New Roman" w:hAnsi="Times New Roman" w:cs="Times New Roman"/>
          <w:i/>
          <w:color w:val="000000"/>
        </w:rPr>
        <w:t>FG</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w:t>
      </w:r>
      <w:r>
        <w:rPr>
          <w:rFonts w:ascii="Times New Roman" w:eastAsia="Times New Roman" w:hAnsi="Times New Roman" w:cs="Times New Roman"/>
          <w:i/>
          <w:color w:val="000000"/>
        </w:rPr>
        <w:t>GD</w:t>
      </w:r>
      <w:r>
        <w:rPr>
          <w:rFonts w:ascii="Times New Roman" w:eastAsia="Times New Roman" w:hAnsi="Times New Roman" w:cs="Times New Roman"/>
          <w:color w:val="000000"/>
        </w:rPr>
        <w:t>=2</w:t>
      </w:r>
      <w:r>
        <w:rPr>
          <w:rFonts w:ascii="宋体" w:eastAsia="宋体" w:hAnsi="宋体" w:cs="宋体"/>
          <w:color w:val="000000"/>
        </w:rPr>
        <w:t>，根据两点距离公式得出</w:t>
      </w:r>
      <w:r>
        <w:pict>
          <v:shape id="_x0000_i708883" type="#_x0000_t75" alt="学科网(www.zxxk.com)--教育资源门户，提供试卷、教案、课件、论文、素材以及各类教学资源下载，还有大量而丰富的教学相关资讯！" style="width:70.8pt;height:19.8pt" o:oleicon="f" o:ole="">
            <v:imagedata r:id="rId2329" o:title="eqId648a00e53face8fc5d4526bc863fd5b6"/>
          </v:shape>
        </w:pict>
      </w:r>
      <w:r>
        <w:rPr>
          <w:rFonts w:ascii="宋体" w:eastAsia="宋体" w:hAnsi="宋体" w:cs="宋体"/>
          <w:color w:val="000000"/>
        </w:rPr>
        <w:t>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解：当</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时，点</w:t>
      </w:r>
      <w:r>
        <w:rPr>
          <w:rFonts w:ascii="Times New Roman" w:eastAsia="Times New Roman" w:hAnsi="Times New Roman" w:cs="Times New Roman"/>
          <w:i/>
          <w:color w:val="000000"/>
        </w:rPr>
        <w:t>D</w:t>
      </w:r>
      <w:r>
        <w:rPr>
          <w:rFonts w:ascii="宋体" w:eastAsia="宋体" w:hAnsi="宋体" w:cs="宋体"/>
          <w:color w:val="000000"/>
        </w:rPr>
        <w:t>表示的数是</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表示的数是</w:t>
      </w:r>
      <w:r>
        <w:rPr>
          <w:rFonts w:ascii="Times New Roman" w:eastAsia="Times New Roman" w:hAnsi="Times New Roman" w:cs="Times New Roman"/>
          <w:i/>
          <w:color w:val="000000"/>
        </w:rPr>
        <w:t>x</w:t>
      </w:r>
      <w:r>
        <w:rPr>
          <w:rFonts w:ascii="Times New Roman" w:eastAsia="Times New Roman" w:hAnsi="Times New Roman" w:cs="Times New Roman"/>
          <w:color w:val="000000"/>
        </w:rPr>
        <w:t>+1=2,</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到线段</w:t>
      </w:r>
      <w:r>
        <w:rPr>
          <w:rFonts w:ascii="Times New Roman" w:eastAsia="Times New Roman" w:hAnsi="Times New Roman" w:cs="Times New Roman"/>
          <w:i/>
          <w:color w:val="000000"/>
        </w:rPr>
        <w:t>DE</w:t>
      </w:r>
      <w:r>
        <w:rPr>
          <w:rFonts w:ascii="宋体" w:eastAsia="宋体" w:hAnsi="宋体" w:cs="宋体"/>
          <w:color w:val="000000"/>
        </w:rPr>
        <w:t>的最短距离为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i/>
          <w:color w:val="000000"/>
        </w:rPr>
        <w:t>d</w:t>
      </w:r>
      <w:r>
        <w:rPr>
          <w:rFonts w:ascii="宋体" w:eastAsia="宋体" w:hAnsi="宋体" w:cs="宋体"/>
          <w:color w:val="000000"/>
        </w:rPr>
        <w:t>（原点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w:t>
      </w:r>
      <w:r>
        <w:rPr>
          <w:rFonts w:ascii="Times New Roman" w:eastAsia="Times New Roman" w:hAnsi="Times New Roman" w:cs="Times New Roman"/>
          <w:color w:val="000000"/>
        </w:rPr>
        <w:t>=</w:t>
      </w:r>
      <w:r>
        <w:rPr>
          <w:rFonts w:ascii="Times New Roman" w:eastAsia="Times New Roman" w:hAnsi="Times New Roman" w:cs="Times New Roman"/>
          <w:color w:val="000000"/>
          <w:u w:val="single"/>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i/>
          <w:color w:val="000000"/>
        </w:rPr>
        <w:t>d</w:t>
      </w:r>
      <w:r>
        <w:rPr>
          <w:rFonts w:ascii="宋体" w:eastAsia="宋体" w:hAnsi="宋体" w:cs="宋体"/>
          <w:color w:val="000000"/>
        </w:rPr>
        <w:t>（原点</w:t>
      </w:r>
      <w:r>
        <w:rPr>
          <w:rFonts w:ascii="Times New Roman" w:eastAsia="Times New Roman" w:hAnsi="Times New Roman" w:cs="Times New Roman"/>
          <w:i/>
          <w:color w:val="000000"/>
        </w:rPr>
        <w:t>O</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i/>
          <w:color w:val="000000"/>
        </w:rPr>
        <w:t>OE</w:t>
      </w:r>
      <w:r>
        <w:rPr>
          <w:rFonts w:ascii="Times New Roman" w:eastAsia="Times New Roman" w:hAnsi="Times New Roman" w:cs="Times New Roman"/>
          <w:color w:val="000000"/>
        </w:rPr>
        <w:t>=3</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OD</w:t>
      </w:r>
      <w:r>
        <w:rPr>
          <w:rFonts w:ascii="Times New Roman" w:eastAsia="Times New Roman" w:hAnsi="Times New Roman" w:cs="Times New Roman"/>
          <w:color w:val="000000"/>
        </w:rPr>
        <w:t>=3</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-0=3</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OE</w:t>
      </w:r>
      <w:r>
        <w:rPr>
          <w:rFonts w:ascii="Times New Roman" w:eastAsia="Times New Roman" w:hAnsi="Times New Roman" w:cs="Times New Roman"/>
          <w:color w:val="000000"/>
        </w:rPr>
        <w:t>=3</w:t>
      </w:r>
      <w:r>
        <w:rPr>
          <w:rFonts w:ascii="宋体" w:eastAsia="宋体" w:hAnsi="宋体" w:cs="宋体"/>
          <w:color w:val="000000"/>
        </w:rPr>
        <w:t>时，</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19375" cy="552450"/>
            <wp:docPr id="29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2" name=""/>
                    <pic:cNvPicPr>
                      <a:picLocks noChangeAspect="1"/>
                    </pic:cNvPicPr>
                  </pic:nvPicPr>
                  <pic:blipFill>
                    <a:blip r:embed="rId2330"/>
                    <a:stretch>
                      <a:fillRect/>
                    </a:stretch>
                  </pic:blipFill>
                  <pic:spPr>
                    <a:xfrm>
                      <a:off x="0" y="0"/>
                      <a:ext cx="2619375" cy="552450"/>
                    </a:xfrm>
                    <a:prstGeom prst="rect">
                      <a:avLst/>
                    </a:prstGeom>
                  </pic:spPr>
                </pic:pic>
              </a:graphicData>
            </a:graphic>
          </wp:inline>
        </w:drawing>
      </w:r>
      <w:r>
        <w:rPr>
          <w:color w:val="000000"/>
        </w:rPr>
        <w:t>【小问3详解】</w:t>
      </w:r>
    </w:p>
    <w:p>
      <w:pPr>
        <w:spacing w:line="360" w:lineRule="auto"/>
        <w:jc w:val="left"/>
        <w:textAlignment w:val="center"/>
        <w:rPr>
          <w:color w:val="000000"/>
        </w:rPr>
      </w:pPr>
      <w:r>
        <w:rPr>
          <w:rFonts w:ascii="宋体" w:eastAsia="宋体" w:hAnsi="宋体" w:cs="宋体"/>
          <w:color w:val="000000"/>
        </w:rPr>
        <w:t>解：线段</w:t>
      </w:r>
      <w:r>
        <w:rPr>
          <w:rFonts w:ascii="Times New Roman" w:eastAsia="Times New Roman" w:hAnsi="Times New Roman" w:cs="Times New Roman"/>
          <w:i/>
          <w:color w:val="000000"/>
        </w:rPr>
        <w:t>DE</w:t>
      </w:r>
      <w:r>
        <w:rPr>
          <w:rFonts w:ascii="宋体" w:eastAsia="宋体" w:hAnsi="宋体" w:cs="宋体"/>
          <w:color w:val="000000"/>
        </w:rPr>
        <w:t>与</w:t>
      </w:r>
      <w:r>
        <w:rPr>
          <w:rFonts w:ascii="Times New Roman" w:eastAsia="Times New Roman" w:hAnsi="Times New Roman" w:cs="Times New Roman"/>
          <w:i/>
          <w:color w:val="000000"/>
        </w:rPr>
        <w:t>FG</w:t>
      </w:r>
      <w:r>
        <w:rPr>
          <w:rFonts w:ascii="宋体" w:eastAsia="宋体" w:hAnsi="宋体" w:cs="宋体"/>
          <w:color w:val="000000"/>
        </w:rPr>
        <w:t>的位置有两种，</w:t>
      </w:r>
      <w:r>
        <w:rPr>
          <w:rFonts w:ascii="Times New Roman" w:eastAsia="Times New Roman" w:hAnsi="Times New Roman" w:cs="Times New Roman"/>
          <w:i/>
          <w:color w:val="000000"/>
        </w:rPr>
        <w:t>DE</w:t>
      </w:r>
      <w:r>
        <w:rPr>
          <w:rFonts w:ascii="宋体" w:eastAsia="宋体" w:hAnsi="宋体" w:cs="宋体"/>
          <w:color w:val="000000"/>
        </w:rPr>
        <w:t>在</w:t>
      </w:r>
      <w:r>
        <w:rPr>
          <w:rFonts w:ascii="Times New Roman" w:eastAsia="Times New Roman" w:hAnsi="Times New Roman" w:cs="Times New Roman"/>
          <w:i/>
          <w:color w:val="000000"/>
        </w:rPr>
        <w:t>FG</w:t>
      </w:r>
      <w:r>
        <w:rPr>
          <w:rFonts w:ascii="宋体" w:eastAsia="宋体" w:hAnsi="宋体" w:cs="宋体"/>
          <w:color w:val="000000"/>
        </w:rPr>
        <w:t>的左侧，或</w:t>
      </w:r>
      <w:r>
        <w:rPr>
          <w:rFonts w:ascii="Times New Roman" w:eastAsia="Times New Roman" w:hAnsi="Times New Roman" w:cs="Times New Roman"/>
          <w:i/>
          <w:color w:val="000000"/>
        </w:rPr>
        <w:t>DE</w:t>
      </w:r>
      <w:r>
        <w:rPr>
          <w:rFonts w:ascii="宋体" w:eastAsia="宋体" w:hAnsi="宋体" w:cs="宋体"/>
          <w:color w:val="000000"/>
        </w:rPr>
        <w:t>在</w:t>
      </w:r>
      <w:r>
        <w:rPr>
          <w:rFonts w:ascii="Times New Roman" w:eastAsia="Times New Roman" w:hAnsi="Times New Roman" w:cs="Times New Roman"/>
          <w:i/>
          <w:color w:val="000000"/>
        </w:rPr>
        <w:t>FG</w:t>
      </w:r>
      <w:r>
        <w:rPr>
          <w:rFonts w:ascii="宋体" w:eastAsia="宋体" w:hAnsi="宋体" w:cs="宋体"/>
          <w:color w:val="000000"/>
        </w:rPr>
        <w:t>的右侧，</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DE</w:t>
      </w:r>
      <w:r>
        <w:rPr>
          <w:rFonts w:ascii="宋体" w:eastAsia="宋体" w:hAnsi="宋体" w:cs="宋体"/>
          <w:color w:val="000000"/>
        </w:rPr>
        <w:t>在</w:t>
      </w:r>
      <w:r>
        <w:rPr>
          <w:rFonts w:ascii="Times New Roman" w:eastAsia="Times New Roman" w:hAnsi="Times New Roman" w:cs="Times New Roman"/>
          <w:i/>
          <w:color w:val="000000"/>
        </w:rPr>
        <w:t>FG</w:t>
      </w:r>
      <w:r>
        <w:rPr>
          <w:rFonts w:ascii="宋体" w:eastAsia="宋体" w:hAnsi="宋体" w:cs="宋体"/>
          <w:color w:val="000000"/>
        </w:rPr>
        <w:t>的左侧时，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，线段</w:t>
      </w:r>
      <w:r>
        <w:rPr>
          <w:rFonts w:ascii="Times New Roman" w:eastAsia="Times New Roman" w:hAnsi="Times New Roman" w:cs="Times New Roman"/>
          <w:i/>
          <w:color w:val="000000"/>
        </w:rPr>
        <w:t>FG</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w:t>
      </w:r>
      <w:r>
        <w:rPr>
          <w:rFonts w:ascii="Times New Roman" w:eastAsia="Times New Roman" w:hAnsi="Times New Roman" w:cs="Times New Roman"/>
          <w:i/>
          <w:color w:val="000000"/>
        </w:rPr>
        <w:t>EF</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84" type="#_x0000_t75" alt="学科网(www.zxxk.com)--教育资源门户，提供试卷、教案、课件、论文、素材以及各类教学资源下载，还有大量而丰富的教学相关资讯！" style="width:69pt;height:19.8pt" o:oleicon="f" o:ole="">
            <v:imagedata r:id="rId2331" o:title="eqId18ac467bfa2a8add5e591ad1be721b5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85" type="#_x0000_t75" alt="学科网(www.zxxk.com)--教育资源门户，提供试卷、教案、课件、论文、素材以及各类教学资源下载，还有大量而丰富的教学相关资讯！" style="width:45pt;height:15.75pt" o:oleicon="f" o:ole="">
            <v:imagedata r:id="rId2332" o:title="eqId72550f4d19fddb5488b394315f75296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86" type="#_x0000_t75" alt="学科网(www.zxxk.com)--教育资源门户，提供试卷、教案、课件、论文、素材以及各类教学资源下载，还有大量而丰富的教学相关资讯！" style="width:45.75pt;height:15pt" o:oleicon="f" o:ole="">
            <v:imagedata r:id="rId2333" o:title="eqIdd09dc53c820622afe78d93adede0a246"/>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762250" cy="590550"/>
            <wp:docPr id="29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 name=""/>
                    <pic:cNvPicPr>
                      <a:picLocks noChangeAspect="1"/>
                    </pic:cNvPicPr>
                  </pic:nvPicPr>
                  <pic:blipFill>
                    <a:blip r:embed="rId2334"/>
                    <a:stretch>
                      <a:fillRect/>
                    </a:stretch>
                  </pic:blipFill>
                  <pic:spPr>
                    <a:xfrm>
                      <a:off x="0" y="0"/>
                      <a:ext cx="2762250" cy="590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DE</w:t>
      </w:r>
      <w:r>
        <w:rPr>
          <w:rFonts w:ascii="宋体" w:eastAsia="宋体" w:hAnsi="宋体" w:cs="宋体"/>
          <w:color w:val="000000"/>
        </w:rPr>
        <w:t>在</w:t>
      </w:r>
      <w:r>
        <w:rPr>
          <w:rFonts w:ascii="Times New Roman" w:eastAsia="Times New Roman" w:hAnsi="Times New Roman" w:cs="Times New Roman"/>
          <w:i/>
          <w:color w:val="000000"/>
        </w:rPr>
        <w:t>FG</w:t>
      </w:r>
      <w:r>
        <w:rPr>
          <w:rFonts w:ascii="宋体" w:eastAsia="宋体" w:hAnsi="宋体" w:cs="宋体"/>
          <w:color w:val="000000"/>
        </w:rPr>
        <w:t>的右侧时，</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，线段</w:t>
      </w:r>
      <w:r>
        <w:rPr>
          <w:rFonts w:ascii="Times New Roman" w:eastAsia="Times New Roman" w:hAnsi="Times New Roman" w:cs="Times New Roman"/>
          <w:i/>
          <w:color w:val="000000"/>
        </w:rPr>
        <w:t>FG</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，即</w:t>
      </w:r>
      <w:r>
        <w:rPr>
          <w:rFonts w:ascii="Times New Roman" w:eastAsia="Times New Roman" w:hAnsi="Times New Roman" w:cs="Times New Roman"/>
          <w:i/>
          <w:color w:val="000000"/>
        </w:rPr>
        <w:t>GD</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87" type="#_x0000_t75" alt="学科网(www.zxxk.com)--教育资源门户，提供试卷、教案、课件、论文、素材以及各类教学资源下载，还有大量而丰富的教学相关资讯！" style="width:70.8pt;height:19.8pt" o:oleicon="f" o:ole="">
            <v:imagedata r:id="rId2335" o:title="eqId648a00e53face8fc5d4526bc863fd5b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888" type="#_x0000_t75" alt="学科网(www.zxxk.com)--教育资源门户，提供试卷、教案、课件、论文、素材以及各类教学资源下载，还有大量而丰富的教学相关资讯！" style="width:45.15pt;height:16.25pt" o:oleicon="f" o:ole="">
            <v:imagedata r:id="rId2336" o:title="eqId054207b8ca7d15b3b5259987c19ef1a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（线段</w:t>
      </w:r>
      <w:r>
        <w:rPr>
          <w:rFonts w:ascii="Times New Roman" w:eastAsia="Times New Roman" w:hAnsi="Times New Roman" w:cs="Times New Roman"/>
          <w:i/>
          <w:color w:val="000000"/>
        </w:rPr>
        <w:t>DE</w:t>
      </w:r>
      <w:r>
        <w:rPr>
          <w:rFonts w:ascii="宋体" w:eastAsia="宋体" w:hAnsi="宋体" w:cs="宋体"/>
          <w:color w:val="000000"/>
        </w:rPr>
        <w:t>，线段</w:t>
      </w:r>
      <w:r>
        <w:rPr>
          <w:rFonts w:ascii="Times New Roman" w:eastAsia="Times New Roman" w:hAnsi="Times New Roman" w:cs="Times New Roman"/>
          <w:i/>
          <w:color w:val="000000"/>
        </w:rPr>
        <w:t>FG</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8889" type="#_x0000_t75" alt="学科网(www.zxxk.com)--教育资源门户，提供试卷、教案、课件、论文、素材以及各类教学资源下载，还有大量而丰富的教学相关资讯！" style="width:27pt;height:13pt" o:oleicon="f" o:ole="">
            <v:imagedata r:id="rId2337" o:title="eqId059d6df06a5b85848dc4fa33327f8e07"/>
          </v:shape>
        </w:pict>
      </w:r>
      <w:r>
        <w:rPr>
          <w:rFonts w:ascii="Times New Roman" w:eastAsia="Times New Roman" w:hAnsi="Times New Roman" w:cs="Times New Roman"/>
          <w:color w:val="000000"/>
        </w:rPr>
        <w:t>=-3</w:t>
      </w:r>
      <w:r>
        <w:rPr>
          <w:rFonts w:ascii="宋体" w:eastAsia="宋体" w:hAnsi="宋体" w:cs="宋体"/>
          <w:color w:val="000000"/>
        </w:rPr>
        <w:t>或</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57450" cy="504825"/>
            <wp:docPr id="29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 name=""/>
                    <pic:cNvPicPr>
                      <a:picLocks noChangeAspect="1"/>
                    </pic:cNvPicPr>
                  </pic:nvPicPr>
                  <pic:blipFill>
                    <a:blip r:embed="rId2338"/>
                    <a:stretch>
                      <a:fillRect/>
                    </a:stretch>
                  </pic:blipFill>
                  <pic:spPr>
                    <a:xfrm>
                      <a:off x="0" y="0"/>
                      <a:ext cx="2457450" cy="504825"/>
                    </a:xfrm>
                    <a:prstGeom prst="rect">
                      <a:avLst/>
                    </a:prstGeom>
                  </pic:spPr>
                </pic:pic>
              </a:graphicData>
            </a:graphic>
          </wp:inline>
        </w:drawing>
      </w:r>
    </w:p>
    <w:p>
      <w:pPr>
        <w:spacing w:line="360" w:lineRule="auto"/>
        <w:jc w:val="left"/>
        <w:textAlignment w:val="center"/>
        <w:rPr>
          <w:color w:val="000000"/>
        </w:rPr>
        <w:sectPr w:rsidSect="00C321EB">
          <w:headerReference w:type="even" r:id="rId421"/>
          <w:footerReference w:type="even" r:id="rId422"/>
          <w:headerReference w:type="first" r:id="rId423"/>
          <w:footerReference w:type="first" r:id="rId424"/>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本题考查新定义图形的距离，数轴上表示数，数轴上两点距离，一元一次方程的应用，分类思想的应用等，掌握相关知识是解题关键．</w:t>
      </w:r>
    </w:p>
    <w:p>
      <w:pPr>
        <w:pStyle w:val="Heading2"/>
      </w:pPr>
      <w:r>
        <w:t>怀柔区</w:t>
      </w:r>
    </w:p>
    <w:p>
      <w:pPr>
        <w:spacing w:line="360" w:lineRule="auto"/>
        <w:jc w:val="left"/>
        <w:textAlignment w:val="center"/>
        <w:rPr>
          <w:color w:val="000000"/>
        </w:rPr>
      </w:pPr>
      <w:r>
        <w:rPr>
          <w:color w:val="000000"/>
        </w:rPr>
        <w:t xml:space="preserve">25. </w:t>
      </w:r>
      <w:r>
        <w:rPr>
          <w:rFonts w:ascii="宋体" w:eastAsia="宋体" w:hAnsi="宋体" w:cs="宋体"/>
          <w:color w:val="000000"/>
        </w:rPr>
        <w:t>有理数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如果满足</w:t>
      </w:r>
      <w:r>
        <w:pict>
          <v:shape id="_x0000_i708890" type="#_x0000_t75" alt="学科网(www.zxxk.com)--教育资源门户，提供试卷、教案、课件、论文、素材以及各类教学资源下载，还有大量而丰富的教学相关资讯！" style="width:51pt;height:13pt" o:oleicon="f" o:ole="">
            <v:imagedata r:id="rId2340" o:title="eqId0f8937fd36e26ed7c2da59fc0d56c773"/>
          </v:shape>
        </w:pict>
      </w:r>
      <w:r>
        <w:rPr>
          <w:rFonts w:ascii="宋体" w:eastAsia="宋体" w:hAnsi="宋体" w:cs="宋体"/>
          <w:color w:val="000000"/>
        </w:rPr>
        <w:t>，那么我们定义</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position w:val="0"/>
        </w:rPr>
        <w:drawing>
          <wp:inline>
            <wp:extent cx="158750" cy="190500"/>
            <wp:docPr id="296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 name=""/>
                    <pic:cNvPicPr>
                      <a:picLocks noChangeAspect="1"/>
                    </pic:cNvPicPr>
                  </pic:nvPicPr>
                  <pic:blipFill>
                    <a:blip r:embed="rId2339"/>
                    <a:stretch>
                      <a:fillRect/>
                    </a:stretch>
                  </pic:blipFill>
                  <pic:spPr>
                    <a:xfrm>
                      <a:off x="0" y="0"/>
                      <a:ext cx="158750" cy="190500"/>
                    </a:xfrm>
                    <a:prstGeom prst="rect">
                      <a:avLst/>
                    </a:prstGeom>
                  </pic:spPr>
                </pic:pic>
              </a:graphicData>
            </a:graphic>
          </wp:inline>
        </w:drawing>
      </w:r>
      <w:r>
        <w:rPr>
          <w:rFonts w:ascii="宋体" w:eastAsia="宋体" w:hAnsi="宋体" w:cs="宋体"/>
          <w:color w:val="000000"/>
        </w:rPr>
        <w:t>一组团结数对，记为＜</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＞．例如：</w:t>
      </w:r>
      <w:r>
        <w:pict>
          <v:shape id="_x0000_i708891" type="#_x0000_t75" alt="学科网(www.zxxk.com)--教育资源门户，提供试卷、教案、课件、论文、素材以及各类教学资源下载，还有大量而丰富的教学相关资讯！" style="width:14.25pt;height:12pt" o:oleicon="f" o:ole="">
            <v:imagedata r:id="rId2341" o:title="eqIdacbc6a613224461ade69362d46550474"/>
          </v:shape>
        </w:pict>
      </w:r>
      <w:r>
        <w:rPr>
          <w:rFonts w:ascii="宋体" w:eastAsia="宋体" w:hAnsi="宋体" w:cs="宋体"/>
          <w:color w:val="000000"/>
        </w:rPr>
        <w:t>和</w:t>
      </w:r>
      <w:r>
        <w:pict>
          <v:shape id="_x0000_i708892" type="#_x0000_t75" alt="学科网(www.zxxk.com)--教育资源门户，提供试卷、教案、课件、论文、素材以及各类教学资源下载，还有大量而丰富的教学相关资讯！" style="width:10.5pt;height:21pt" o:oleicon="f" o:ole="">
            <v:imagedata r:id="rId2342" o:title="eqIdf89eef3148f2d4d09379767b4af69132"/>
          </v:shape>
        </w:pict>
      </w:r>
      <w:r>
        <w:rPr>
          <w:rFonts w:ascii="宋体" w:eastAsia="宋体" w:hAnsi="宋体" w:cs="宋体"/>
          <w:color w:val="000000"/>
        </w:rPr>
        <w:t>，因为</w:t>
      </w:r>
      <w:r>
        <w:pict>
          <v:shape id="_x0000_i708893" type="#_x0000_t75" alt="学科网(www.zxxk.com)--教育资源门户，提供试卷、教案、课件、论文、素材以及各类教学资源下载，还有大量而丰富的教学相关资讯！" style="width:126pt;height:30.75pt" o:oleicon="f" o:ole="">
            <v:imagedata r:id="rId2343" o:title="eqIda8963ddaf6de05f3d27f65e2edaeabb5"/>
          </v:shape>
        </w:pict>
      </w:r>
      <w:r>
        <w:rPr>
          <w:rFonts w:ascii="宋体" w:eastAsia="宋体" w:hAnsi="宋体" w:cs="宋体"/>
          <w:color w:val="000000"/>
        </w:rPr>
        <w:t>，所以</w:t>
      </w:r>
      <w:r>
        <w:pict>
          <v:shape id="_x0000_i708894" type="#_x0000_t75" alt="学科网(www.zxxk.com)--教育资源门户，提供试卷、教案、课件、论文、素材以及各类教学资源下载，还有大量而丰富的教学相关资讯！" style="width:74.9pt;height:30.95pt" o:oleicon="f" o:ole="">
            <v:imagedata r:id="rId2344" o:title="eqId47f35fab3a9ee9a3cdc4e0355b967e1c"/>
          </v:shape>
        </w:pict>
      </w:r>
      <w:r>
        <w:rPr>
          <w:rFonts w:ascii="宋体" w:eastAsia="宋体" w:hAnsi="宋体" w:cs="宋体"/>
          <w:color w:val="000000"/>
        </w:rPr>
        <w:t>，则称</w:t>
      </w:r>
      <w:r>
        <w:pict>
          <v:shape id="_x0000_i708895" type="#_x0000_t75" alt="学科网(www.zxxk.com)--教育资源门户，提供试卷、教案、课件、论文、素材以及各类教学资源下载，还有大量而丰富的教学相关资讯！" style="width:14.25pt;height:12pt" o:oleicon="f" o:ole="">
            <v:imagedata r:id="rId2341" o:title="eqIdacbc6a613224461ade69362d46550474"/>
          </v:shape>
        </w:pict>
      </w:r>
      <w:r>
        <w:rPr>
          <w:rFonts w:ascii="宋体" w:eastAsia="宋体" w:hAnsi="宋体" w:cs="宋体"/>
          <w:color w:val="000000"/>
        </w:rPr>
        <w:t>和</w:t>
      </w:r>
      <w:r>
        <w:pict>
          <v:shape id="_x0000_i708896" type="#_x0000_t75" alt="学科网(www.zxxk.com)--教育资源门户，提供试卷、教案、课件、论文、素材以及各类教学资源下载，还有大量而丰富的教学相关资讯！" style="width:10.5pt;height:21pt" o:oleicon="f" o:ole="">
            <v:imagedata r:id="rId2342" o:title="eqIdf89eef3148f2d4d09379767b4af69132"/>
          </v:shape>
        </w:pict>
      </w:r>
      <w:r>
        <w:rPr>
          <w:rFonts w:ascii="宋体" w:eastAsia="宋体" w:hAnsi="宋体" w:cs="宋体"/>
          <w:color w:val="000000"/>
        </w:rPr>
        <w:t>为一组团结数对，记为＜</w:t>
      </w:r>
      <w:r>
        <w:pict>
          <v:shape id="_x0000_i708897" type="#_x0000_t75" alt="学科网(www.zxxk.com)--教育资源门户，提供试卷、教案、课件、论文、素材以及各类教学资源下载，还有大量而丰富的教学相关资讯！" style="width:27.6pt;height:30.6pt" o:oleicon="f" o:ole="">
            <v:imagedata r:id="rId2345" o:title="eqIda5a6d049537f1d97dc516e381e0d469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根据以上定义完成下列各题：</w:t>
      </w:r>
    </w:p>
    <w:p>
      <w:pPr>
        <w:spacing w:line="360" w:lineRule="auto"/>
        <w:jc w:val="left"/>
        <w:textAlignment w:val="center"/>
        <w:rPr>
          <w:color w:val="000000"/>
        </w:rPr>
      </w:pPr>
      <w:r>
        <w:rPr>
          <w:color w:val="000000"/>
        </w:rPr>
        <w:t>（1）</w:t>
      </w:r>
      <w:r>
        <w:rPr>
          <w:rFonts w:ascii="宋体" w:eastAsia="宋体" w:hAnsi="宋体" w:cs="宋体"/>
          <w:color w:val="000000"/>
        </w:rPr>
        <w:t>找出</w:t>
      </w:r>
      <w:r>
        <w:rPr>
          <w:rFonts w:ascii="Times New Roman" w:eastAsia="Times New Roman" w:hAnsi="Times New Roman" w:cs="Times New Roman"/>
          <w:color w:val="000000"/>
        </w:rPr>
        <w:t>2</w: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和</w:t>
      </w:r>
      <w:r>
        <w:pict>
          <v:shape id="_x0000_i708898" type="#_x0000_t75" alt="学科网(www.zxxk.com)--教育资源门户，提供试卷、教案、课件、论文、素材以及各类教学资源下载，还有大量而丰富的教学相关资讯！" style="width:11.25pt;height:27.75pt" o:oleicon="f" o:ole="">
            <v:imagedata r:id="rId2346" o:title="eqIdbf31876698721a199c7c53c6b320aa86"/>
          </v:shape>
        </w:pict>
      </w:r>
      <w:r>
        <w:rPr>
          <w:rFonts w:ascii="宋体" w:eastAsia="宋体" w:hAnsi="宋体" w:cs="宋体"/>
          <w:color w:val="000000"/>
        </w:rPr>
        <w:t>这三组数中的团结数对，记为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＞成立，则</w:t>
      </w:r>
      <w:r>
        <w:rPr>
          <w:rFonts w:ascii="Times New Roman" w:eastAsia="Times New Roman" w:hAnsi="Times New Roman" w:cs="Times New Roman"/>
          <w:i/>
          <w:color w:val="000000"/>
        </w:rPr>
        <w:t>x</w:t>
      </w:r>
      <w:r>
        <w:rPr>
          <w:rFonts w:ascii="宋体" w:eastAsia="宋体" w:hAnsi="宋体" w:cs="宋体"/>
          <w:color w:val="000000"/>
        </w:rPr>
        <w:t>的值为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＞成立，</w:t>
      </w:r>
      <w:r>
        <w:rPr>
          <w:rFonts w:ascii="Times New Roman" w:eastAsia="Times New Roman" w:hAnsi="Times New Roman" w:cs="Times New Roman"/>
          <w:i/>
          <w:color w:val="000000"/>
        </w:rPr>
        <w:t>b</w:t>
      </w:r>
      <w:r>
        <w:rPr>
          <w:rFonts w:ascii="宋体" w:eastAsia="宋体" w:hAnsi="宋体" w:cs="宋体"/>
          <w:color w:val="000000"/>
        </w:rPr>
        <w:t>为按一定规律排列成</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w:t>
      </w:r>
      <w:r>
        <w:rPr>
          <w:rFonts w:ascii="Times New Roman" w:eastAsia="Times New Roman" w:hAnsi="Times New Roman" w:cs="Times New Roman"/>
          <w:color w:val="000000"/>
        </w:rPr>
        <w:t>27</w:t>
      </w:r>
      <w:r>
        <w:rPr>
          <w:rFonts w:ascii="宋体" w:eastAsia="宋体" w:hAnsi="宋体" w:cs="宋体"/>
          <w:color w:val="000000"/>
        </w:rPr>
        <w:t>，</w:t>
      </w:r>
      <w:r>
        <w:rPr>
          <w:rFonts w:ascii="Times New Roman" w:eastAsia="Times New Roman" w:hAnsi="Times New Roman" w:cs="Times New Roman"/>
          <w:color w:val="000000"/>
        </w:rPr>
        <w:t>81</w:t>
      </w:r>
      <w:r>
        <w:rPr>
          <w:rFonts w:ascii="宋体" w:eastAsia="宋体" w:hAnsi="宋体" w:cs="宋体"/>
          <w:color w:val="000000"/>
        </w:rPr>
        <w:t>，－</w:t>
      </w:r>
      <w:r>
        <w:rPr>
          <w:rFonts w:ascii="Times New Roman" w:eastAsia="Times New Roman" w:hAnsi="Times New Roman" w:cs="Times New Roman"/>
          <w:color w:val="000000"/>
        </w:rPr>
        <w:t>243</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这列数中的一个，且</w:t>
      </w:r>
      <w:r>
        <w:rPr>
          <w:rFonts w:ascii="Times New Roman" w:eastAsia="Times New Roman" w:hAnsi="Times New Roman" w:cs="Times New Roman"/>
          <w:i/>
          <w:color w:val="000000"/>
        </w:rPr>
        <w:t>b</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左右两个相邻数的和是</w:t>
      </w:r>
      <w:r>
        <w:rPr>
          <w:rFonts w:ascii="Times New Roman" w:eastAsia="Times New Roman" w:hAnsi="Times New Roman" w:cs="Times New Roman"/>
          <w:color w:val="000000"/>
        </w:rPr>
        <w:t>567</w:t>
      </w:r>
      <w:r>
        <w:rPr>
          <w:rFonts w:ascii="宋体" w:eastAsia="宋体" w:hAnsi="宋体" w:cs="宋体"/>
          <w:color w:val="000000"/>
        </w:rPr>
        <w:t>，求</w:t>
      </w:r>
      <w:r>
        <w:rPr>
          <w:rFonts w:ascii="Times New Roman" w:eastAsia="Times New Roman" w:hAnsi="Times New Roman" w:cs="Times New Roman"/>
          <w:i/>
          <w:color w:val="000000"/>
        </w:rPr>
        <w:t>a</w: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8899" type="#_x0000_t75" alt="学科网(www.zxxk.com)--教育资源门户，提供试卷、教案、课件、论文、素材以及各类教学资源下载，还有大量而丰富的教学相关资讯！" style="width:11.25pt;height:27.75pt" o:oleicon="f" o:ole="">
            <v:imagedata r:id="rId2347" o:title="eqIdbf31876698721a199c7c53c6b320aa86"/>
          </v:shape>
        </w:pict>
      </w:r>
      <w:r>
        <w:rPr>
          <w:rFonts w:ascii="宋体" w:eastAsia="宋体" w:hAnsi="宋体" w:cs="宋体"/>
          <w:color w:val="000000"/>
        </w:rPr>
        <w:t>＞</w:t>
      </w:r>
      <w:r>
        <w:rPr>
          <w:color w:val="000000"/>
        </w:rPr>
        <w:t xml:space="preserve">    </w:t>
      </w:r>
    </w:p>
    <w:p>
      <w:pPr>
        <w:spacing w:line="360" w:lineRule="auto"/>
        <w:textAlignment w:val="center"/>
        <w:rPr>
          <w:color w:val="000000"/>
        </w:rPr>
      </w:pPr>
      <w:r>
        <w:rPr>
          <w:color w:val="000000"/>
        </w:rPr>
        <w:t>（2）</w:t>
      </w:r>
      <w:r>
        <w:pict>
          <v:shape id="_x0000_i708900" type="#_x0000_t75" alt="学科网(www.zxxk.com)--教育资源门户，提供试卷、教案、课件、论文、素材以及各类教学资源下载，还有大量而丰富的教学相关资讯！" style="width:11.9pt;height:30.55pt" o:oleicon="f" o:ole="">
            <v:imagedata r:id="rId2348" o:title="eqIdd59ab85c075a09d55d69e159e4abb268"/>
          </v:shape>
        </w:pict>
      </w:r>
      <w:r>
        <w:rPr>
          <w:color w:val="000000"/>
        </w:rPr>
        <w:t xml:space="preserve">    </w:t>
      </w:r>
    </w:p>
    <w:p>
      <w:pPr>
        <w:spacing w:line="360" w:lineRule="auto"/>
        <w:textAlignment w:val="center"/>
        <w:rPr>
          <w:color w:val="000000"/>
        </w:rPr>
      </w:pPr>
      <w:r>
        <w:rPr>
          <w:color w:val="000000"/>
        </w:rPr>
        <w:t>（3）</w:t>
      </w:r>
      <w:r>
        <w:pict>
          <v:shape id="_x0000_i708901" type="#_x0000_t75" alt="学科网(www.zxxk.com)--教育资源门户，提供试卷、教案、课件、论文、素材以及各类教学资源下载，还有大量而丰富的教学相关资讯！" style="width:42pt;height:30.6pt" o:oleicon="f" o:ole="">
            <v:imagedata r:id="rId2349" o:title="eqId07e97fdda33cb5d354ea53b948925292"/>
          </v:shape>
        </w:pi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pict>
          <v:shape id="_x0000_i708902" type="#_x0000_t75" alt="学科网(www.zxxk.com)--教育资源门户，提供试卷、教案、课件、论文、素材以及各类教学资源下载，还有大量而丰富的教学相关资讯！" style="width:84pt;height:13.8pt" o:oleicon="f" o:ole="">
            <v:imagedata r:id="rId2350" o:title="eqIda832b716805c8d03741fa1b8b9cbdcd0"/>
          </v:shape>
        </w:pict>
      </w:r>
    </w:p>
    <w:p>
      <w:pPr>
        <w:spacing w:line="360" w:lineRule="auto"/>
        <w:jc w:val="left"/>
        <w:textAlignment w:val="center"/>
        <w:rPr>
          <w:color w:val="000000"/>
        </w:rPr>
      </w:pPr>
      <w:r>
        <w:pict>
          <v:shape id="_x0000_i708903" type="#_x0000_t75" alt="学科网(www.zxxk.com)--教育资源门户，提供试卷、教案、课件、论文、素材以及各类教学资源下载，还有大量而丰富的教学相关资讯！" style="width:60pt;height:13.2pt" o:oleicon="f" o:ole="">
            <v:imagedata r:id="rId2351" o:title="eqIdda6a14b2762c86c4e62e3cd08d757237"/>
          </v:shape>
        </w:pict>
      </w:r>
    </w:p>
    <w:p>
      <w:pPr>
        <w:spacing w:line="360" w:lineRule="auto"/>
        <w:jc w:val="left"/>
        <w:textAlignment w:val="center"/>
        <w:rPr>
          <w:color w:val="000000"/>
        </w:rPr>
      </w:pPr>
      <w:r>
        <w:pict>
          <v:shape id="_x0000_i708904" type="#_x0000_t75" alt="学科网(www.zxxk.com)--教育资源门户，提供试卷、教案、课件、论文、素材以及各类教学资源下载，还有大量而丰富的教学相关资讯！" style="width:19.2pt;height:13.2pt" o:oleicon="f" o:ole="">
            <v:imagedata r:id="rId2352" o:title="eqId4ffc98c8974a3621718fa80707199638"/>
          </v:shape>
        </w:pict>
      </w:r>
      <w:r>
        <w:rPr>
          <w:rFonts w:ascii="宋体" w:eastAsia="宋体" w:hAnsi="宋体" w:cs="宋体"/>
          <w:color w:val="000000"/>
        </w:rPr>
        <w:t>和</w:t>
      </w:r>
      <w:r>
        <w:rPr>
          <w:rFonts w:ascii="Times New Roman" w:eastAsia="Times New Roman" w:hAnsi="Times New Roman" w:cs="Times New Roman"/>
          <w:color w:val="000000"/>
        </w:rPr>
        <w:t>2</w:t>
      </w:r>
      <w:r>
        <w:rPr>
          <w:rFonts w:ascii="宋体" w:eastAsia="宋体" w:hAnsi="宋体" w:cs="宋体"/>
          <w:color w:val="000000"/>
        </w:rPr>
        <w:t>是一组团结数，即为＜</w:t>
      </w:r>
      <w:r>
        <w:pict>
          <v:shape id="_x0000_i708905" type="#_x0000_t75" alt="学科网(www.zxxk.com)--教育资源门户，提供试卷、教案、课件、论文、素材以及各类教学资源下载，还有大量而丰富的教学相关资讯！" style="width:19.8pt;height:13.8pt" o:oleicon="f" o:ole="">
            <v:imagedata r:id="rId2353" o:title="eqIdf39c27e896fc135735621bf4b7c80a2a"/>
          </v:shape>
        </w:pict>
      </w:r>
      <w:r>
        <w:rPr>
          <w:rFonts w:ascii="宋体" w:eastAsia="宋体" w:hAnsi="宋体" w:cs="宋体"/>
          <w:color w:val="000000"/>
        </w:rPr>
        <w:t>＞，</w:t>
      </w:r>
    </w:p>
    <w:p>
      <w:pPr>
        <w:spacing w:line="360" w:lineRule="auto"/>
        <w:jc w:val="left"/>
        <w:textAlignment w:val="center"/>
        <w:rPr>
          <w:color w:val="000000"/>
        </w:rPr>
      </w:pPr>
      <w:r>
        <w:pict>
          <v:shape id="_x0000_i708906" type="#_x0000_t75" alt="学科网(www.zxxk.com)--教育资源门户，提供试卷、教案、课件、论文、素材以及各类教学资源下载，还有大量而丰富的教学相关资讯！" style="width:108pt;height:13.8pt" o:oleicon="f" o:ole="">
            <v:imagedata r:id="rId2354" o:title="eqIde3579877f09722314dbb4a13f0391080"/>
          </v:shape>
        </w:pict>
      </w:r>
    </w:p>
    <w:p>
      <w:pPr>
        <w:spacing w:line="360" w:lineRule="auto"/>
        <w:jc w:val="left"/>
        <w:textAlignment w:val="center"/>
        <w:rPr>
          <w:color w:val="000000"/>
        </w:rPr>
      </w:pPr>
      <w:r>
        <w:pict>
          <v:shape id="_x0000_i708907" type="#_x0000_t75" alt="学科网(www.zxxk.com)--教育资源门户，提供试卷、教案、课件、论文、素材以及各类教学资源下载，还有大量而丰富的教学相关资讯！" style="width:16.8pt;height:13.2pt" o:oleicon="f" o:ole="">
            <v:imagedata r:id="rId2355" o:title="eqId48f4642bf9b0483749e48a81791d58ad"/>
          </v:shape>
        </w:pict>
      </w:r>
      <w:r>
        <w:rPr>
          <w:rFonts w:ascii="宋体" w:eastAsia="宋体" w:hAnsi="宋体" w:cs="宋体"/>
          <w:color w:val="000000"/>
        </w:rPr>
        <w:t>和</w:t>
      </w:r>
      <w:r>
        <w:rPr>
          <w:rFonts w:ascii="Times New Roman" w:eastAsia="Times New Roman" w:hAnsi="Times New Roman" w:cs="Times New Roman"/>
          <w:color w:val="000000"/>
        </w:rPr>
        <w:t>3</w:t>
      </w:r>
      <w:r>
        <w:rPr>
          <w:rFonts w:ascii="宋体" w:eastAsia="宋体" w:hAnsi="宋体" w:cs="宋体"/>
          <w:color w:val="000000"/>
        </w:rPr>
        <w:t>不是一组团结数，</w:t>
      </w:r>
    </w:p>
    <w:p>
      <w:pPr>
        <w:spacing w:line="360" w:lineRule="auto"/>
        <w:jc w:val="left"/>
        <w:textAlignment w:val="center"/>
        <w:rPr>
          <w:color w:val="000000"/>
        </w:rPr>
      </w:pPr>
      <w:r>
        <w:pict>
          <v:shape id="_x0000_i708908" type="#_x0000_t75" alt="学科网(www.zxxk.com)--教育资源门户，提供试卷、教案、课件、论文、素材以及各类教学资源下载，还有大量而丰富的教学相关资讯！" style="width:135pt;height:31.2pt" o:oleicon="f" o:ole="">
            <v:imagedata r:id="rId2356" o:title="eqId1dd1799771f397ba731e3ec1e4626d54"/>
          </v:shape>
        </w:pict>
      </w:r>
    </w:p>
    <w:p>
      <w:pPr>
        <w:spacing w:line="360" w:lineRule="auto"/>
        <w:jc w:val="left"/>
        <w:textAlignment w:val="center"/>
        <w:rPr>
          <w:color w:val="000000"/>
        </w:rPr>
      </w:pPr>
      <w:r>
        <w:pict>
          <v:shape id="_x0000_i708909" type="#_x0000_t75" alt="学科网(www.zxxk.com)--教育资源门户，提供试卷、教案、课件、论文、素材以及各类教学资源下载，还有大量而丰富的教学相关资讯！" style="width:85.2pt;height:31.2pt" o:oleicon="f" o:ole="">
            <v:imagedata r:id="rId2357" o:title="eqId30950c082e8d5145ed66400bd3cb55c9"/>
          </v:shape>
        </w:pict>
      </w:r>
    </w:p>
    <w:p>
      <w:pPr>
        <w:spacing w:line="360" w:lineRule="auto"/>
        <w:jc w:val="left"/>
        <w:textAlignment w:val="center"/>
        <w:rPr>
          <w:color w:val="000000"/>
        </w:rPr>
      </w:pPr>
      <w:r>
        <w:pict>
          <v:shape id="_x0000_i708910" type="#_x0000_t75" alt="学科网(www.zxxk.com)--教育资源门户，提供试卷、教案、课件、论文、素材以及各类教学资源下载，还有大量而丰富的教学相关资讯！" style="width:25.8pt;height:13.2pt" o:oleicon="f" o:ole="">
            <v:imagedata r:id="rId2358" o:title="eqId450ebe2cc2ad99d786c5cea0ba21f8b0"/>
          </v:shape>
        </w:pict>
      </w:r>
      <w:r>
        <w:rPr>
          <w:rFonts w:ascii="宋体" w:eastAsia="宋体" w:hAnsi="宋体" w:cs="宋体"/>
          <w:color w:val="000000"/>
        </w:rPr>
        <w:t>和</w:t>
      </w:r>
      <w:r>
        <w:pict>
          <v:shape id="_x0000_i708911" type="#_x0000_t75" alt="学科网(www.zxxk.com)--教育资源门户，提供试卷、教案、课件、论文、素材以及各类教学资源下载，还有大量而丰富的教学相关资讯！" style="width:12pt;height:31pt" o:oleicon="f" o:ole="">
            <v:imagedata r:id="rId2359" o:title="eqIda9c659de1f99e27e9f6f96384186a8d3"/>
          </v:shape>
        </w:pict>
      </w:r>
      <w:r>
        <w:rPr>
          <w:rFonts w:ascii="宋体" w:eastAsia="宋体" w:hAnsi="宋体" w:cs="宋体"/>
          <w:color w:val="000000"/>
        </w:rPr>
        <w:t>是一组团结数，即为＜</w:t>
      </w:r>
      <w:r>
        <w:pict>
          <v:shape id="_x0000_i708912" type="#_x0000_t75" alt="学科网(www.zxxk.com)--教育资源门户，提供试卷、教案、课件、论文、素材以及各类教学资源下载，还有大量而丰富的教学相关资讯！" style="width:30pt;height:31.2pt" o:oleicon="f" o:ole="">
            <v:imagedata r:id="rId2360" o:title="eqIda0e210af5be10bc900a739cf848323c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pict>
          <v:shape id="_x0000_i708913" type="#_x0000_t75" alt="学科网(www.zxxk.com)--教育资源门户，提供试卷、教案、课件、论文、素材以及各类教学资源下载，还有大量而丰富的教学相关资讯！" style="width:19.8pt;height:13.8pt" o:oleicon="f" o:ole="">
            <v:imagedata r:id="rId2361" o:title="eqIdf39c27e896fc135735621bf4b7c80a2a"/>
          </v:shape>
        </w:pict>
      </w:r>
      <w:r>
        <w:rPr>
          <w:rFonts w:ascii="宋体" w:eastAsia="宋体" w:hAnsi="宋体" w:cs="宋体"/>
          <w:color w:val="000000"/>
        </w:rPr>
        <w:t>＞，＜</w:t>
      </w:r>
      <w:r>
        <w:pict>
          <v:shape id="_x0000_i708914" type="#_x0000_t75" alt="学科网(www.zxxk.com)--教育资源门户，提供试卷、教案、课件、论文、素材以及各类教学资源下载，还有大量而丰富的教学相关资讯！" style="width:30pt;height:31.2pt" o:oleicon="f" o:ole="">
            <v:imagedata r:id="rId2362" o:title="eqIda0e210af5be10bc900a739cf848323ce"/>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若＜</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＞成立，则</w:t>
      </w:r>
      <w:r>
        <w:pict>
          <v:shape id="_x0000_i708915" type="#_x0000_t75" alt="学科网(www.zxxk.com)--教育资源门户，提供试卷、教案、课件、论文、素材以及各类教学资源下载，还有大量而丰富的教学相关资讯！" style="width:49.8pt;height:13.8pt" o:oleicon="f" o:ole="">
            <v:imagedata r:id="rId2363" o:title="eqId60e23e7c892ef17e739725302205ddf0"/>
          </v:shape>
        </w:pict>
      </w:r>
    </w:p>
    <w:p>
      <w:pPr>
        <w:spacing w:line="360" w:lineRule="auto"/>
        <w:jc w:val="left"/>
        <w:textAlignment w:val="center"/>
        <w:rPr>
          <w:color w:val="000000"/>
        </w:rPr>
      </w:pPr>
      <w:r>
        <w:pict>
          <v:shape id="_x0000_i708916" type="#_x0000_t75" alt="学科网(www.zxxk.com)--教育资源门户，提供试卷、教案、课件、论文、素材以及各类教学资源下载，还有大量而丰富的教学相关资讯！" style="width:43.2pt;height:13.8pt" o:oleicon="f" o:ole="">
            <v:imagedata r:id="rId2364" o:title="eqId7f48b38a3b53c3c58053bdc46158e431"/>
          </v:shape>
        </w:pict>
      </w:r>
    </w:p>
    <w:p>
      <w:pPr>
        <w:spacing w:line="360" w:lineRule="auto"/>
        <w:jc w:val="left"/>
        <w:textAlignment w:val="center"/>
        <w:rPr>
          <w:color w:val="000000"/>
        </w:rPr>
      </w:pPr>
      <w:r>
        <w:pict>
          <v:shape id="_x0000_i708917" type="#_x0000_t75" alt="学科网(www.zxxk.com)--教育资源门户，提供试卷、教案、课件、论文、素材以及各类教学资源下载，还有大量而丰富的教学相关资讯！" style="width:39pt;height:31pt" o:oleicon="f" o:ole="">
            <v:imagedata r:id="rId2365" o:title="eqIdbeb74361fa974cbefb807b9194e6fd6a"/>
          </v:shape>
        </w:pict>
      </w:r>
    </w:p>
    <w:p>
      <w:pPr>
        <w:spacing w:line="360" w:lineRule="auto"/>
        <w:jc w:val="left"/>
        <w:textAlignment w:val="center"/>
        <w:rPr>
          <w:color w:val="000000"/>
        </w:rPr>
      </w:pPr>
      <w:r>
        <w:rPr>
          <w:rFonts w:ascii="宋体" w:eastAsia="宋体" w:hAnsi="宋体" w:cs="宋体"/>
          <w:color w:val="000000"/>
        </w:rPr>
        <w:t>故答案为：</w:t>
      </w:r>
      <w:r>
        <w:pict>
          <v:shape id="_x0000_i708918" type="#_x0000_t75" alt="学科网(www.zxxk.com)--教育资源门户，提供试卷、教案、课件、论文、素材以及各类教学资源下载，还有大量而丰富的教学相关资讯！" style="width:11.9pt;height:30.55pt" o:oleicon="f" o:ole="">
            <v:imagedata r:id="rId2366" o:title="eqIdd59ab85c075a09d55d69e159e4abb268"/>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设</w:t>
      </w:r>
      <w:r>
        <w:rPr>
          <w:rFonts w:ascii="Times New Roman" w:eastAsia="Times New Roman" w:hAnsi="Times New Roman" w:cs="Times New Roman"/>
          <w:i/>
          <w:color w:val="000000"/>
        </w:rPr>
        <w:t>b</w:t>
      </w:r>
      <w:r>
        <w:rPr>
          <w:rFonts w:ascii="宋体" w:eastAsia="宋体" w:hAnsi="宋体" w:cs="宋体"/>
          <w:color w:val="000000"/>
        </w:rPr>
        <w:t>左面相邻的数为</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w:t>
      </w:r>
      <w:r>
        <w:rPr>
          <w:rFonts w:ascii="Times New Roman" w:eastAsia="Times New Roman" w:hAnsi="Times New Roman" w:cs="Times New Roman"/>
          <w:color w:val="000000"/>
        </w:rPr>
        <w:t>3</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右面相邻的数为</w:t>
      </w:r>
      <w:r>
        <w:rPr>
          <w:rFonts w:ascii="Times New Roman" w:eastAsia="Times New Roman" w:hAnsi="Times New Roman" w:cs="Times New Roman"/>
          <w:color w:val="000000"/>
        </w:rPr>
        <w:t>9</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由题意可得</w:t>
      </w:r>
      <w:r>
        <w:rPr>
          <w:rFonts w:ascii="Times New Roman" w:eastAsia="Times New Roman" w:hAnsi="Times New Roman" w:cs="Times New Roman"/>
          <w:color w:val="000000"/>
        </w:rPr>
        <w:t xml:space="preserve"> </w:t>
      </w:r>
      <w:r>
        <w:pict>
          <v:shape id="_x0000_i708919" type="#_x0000_t75" alt="学科网(www.zxxk.com)--教育资源门户，提供试卷、教案、课件、论文、素材以及各类教学资源下载，还有大量而丰富的教学相关资讯！" style="width:84.6pt;height:14.4pt" o:oleicon="f" o:ole="">
            <v:imagedata r:id="rId2367" o:title="eqId38e94e01023b58cc3ff453c76f7e3dfb"/>
          </v:shape>
        </w:pic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x</w:t>
      </w:r>
      <w:r>
        <w:rPr>
          <w:rFonts w:ascii="宋体" w:eastAsia="宋体" w:hAnsi="宋体" w:cs="宋体"/>
          <w:color w:val="000000"/>
        </w:rPr>
        <w:t>＝</w:t>
      </w:r>
      <w:r>
        <w:rPr>
          <w:rFonts w:ascii="Times New Roman" w:eastAsia="Times New Roman" w:hAnsi="Times New Roman" w:cs="Times New Roman"/>
          <w:color w:val="000000"/>
        </w:rPr>
        <w:t xml:space="preserve">81 </w:t>
      </w:r>
    </w:p>
    <w:p>
      <w:pPr>
        <w:spacing w:line="360" w:lineRule="auto"/>
        <w:jc w:val="left"/>
        <w:textAlignment w:val="center"/>
        <w:rPr>
          <w:color w:val="000000"/>
        </w:rPr>
      </w:pPr>
      <w:r>
        <w:rPr>
          <w:rFonts w:ascii="宋体" w:eastAsia="宋体" w:hAnsi="宋体" w:cs="宋体"/>
          <w:color w:val="000000"/>
        </w:rPr>
        <w:t>所以</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 xml:space="preserve">243 </w:t>
      </w:r>
    </w:p>
    <w:p>
      <w:pPr>
        <w:spacing w:line="360" w:lineRule="auto"/>
        <w:jc w:val="left"/>
        <w:textAlignment w:val="center"/>
        <w:rPr>
          <w:color w:val="000000"/>
        </w:rPr>
      </w:pPr>
      <w:r>
        <w:rPr>
          <w:rFonts w:ascii="宋体" w:eastAsia="宋体" w:hAnsi="宋体" w:cs="宋体"/>
          <w:color w:val="000000"/>
        </w:rPr>
        <w:t>由于＜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＞成立，则</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243</w:t>
      </w:r>
      <w:r>
        <w:rPr>
          <w:rFonts w:ascii="宋体" w:eastAsia="宋体" w:hAnsi="宋体" w:cs="宋体"/>
          <w:color w:val="000000"/>
        </w:rPr>
        <w:t>＝－</w:t>
      </w:r>
      <w:r>
        <w:rPr>
          <w:rFonts w:ascii="Times New Roman" w:eastAsia="Times New Roman" w:hAnsi="Times New Roman" w:cs="Times New Roman"/>
          <w:color w:val="000000"/>
        </w:rPr>
        <w:t>243</w:t>
      </w:r>
      <w:r>
        <w:rPr>
          <w:rFonts w:ascii="Times New Roman" w:eastAsia="Times New Roman" w:hAnsi="Times New Roman" w:cs="Times New Roman"/>
          <w:i/>
          <w:color w:val="000000"/>
        </w:rPr>
        <w:t>a</w:t>
      </w:r>
      <w:r>
        <w:rPr>
          <w:rFonts w:ascii="宋体" w:eastAsia="宋体" w:hAnsi="宋体" w:cs="宋体"/>
          <w:color w:val="000000"/>
        </w:rPr>
        <w:t>，解得</w:t>
      </w:r>
      <w:r>
        <w:pict>
          <v:shape id="_x0000_i708920" type="#_x0000_t75" alt="学科网(www.zxxk.com)--教育资源门户，提供试卷、教案、课件、论文、素材以及各类教学资源下载，还有大量而丰富的教学相关资讯！" style="width:42pt;height:30.6pt" o:oleicon="f" o:ole="">
            <v:imagedata r:id="rId2368" o:title="eqId07e97fdda33cb5d354ea53b948925292"/>
          </v:shape>
        </w:pic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本题考查新定义计算，实际有理数的混合运算、一元一次方程等知识，是基础考点，掌握相关知识是解题关键．</w:t>
      </w:r>
    </w:p>
    <w:p>
      <w:pPr>
        <w:spacing w:line="360" w:lineRule="auto"/>
        <w:jc w:val="left"/>
        <w:textAlignment w:val="center"/>
        <w:rPr>
          <w:color w:val="000000"/>
        </w:rPr>
      </w:pPr>
      <w:r>
        <w:rPr>
          <w:color w:val="000000"/>
        </w:rPr>
        <w:t xml:space="preserve">26. </w:t>
      </w:r>
      <w:r>
        <w:rPr>
          <w:rFonts w:ascii="宋体" w:eastAsia="宋体" w:hAnsi="宋体" w:cs="宋体"/>
          <w:color w:val="000000"/>
        </w:rPr>
        <w:t>已知，点</w:t>
      </w:r>
      <w:r>
        <w:pict>
          <v:shape id="_x0000_i708921" type="#_x0000_t75" alt="学科网(www.zxxk.com)--教育资源门户，提供试卷、教案、课件、论文、素材以及各类教学资源下载，还有大量而丰富的教学相关资讯！" style="width:12pt;height:12pt" o:oleicon="f" o:ole="">
            <v:imagedata r:id="rId2369" o:title="eqId5963abe8f421bd99a2aaa94831a951e9"/>
          </v:shape>
        </w:pict>
      </w:r>
      <w:r>
        <w:rPr>
          <w:rFonts w:ascii="宋体" w:eastAsia="宋体" w:hAnsi="宋体" w:cs="宋体"/>
          <w:color w:val="000000"/>
        </w:rPr>
        <w:t>，</w:t>
      </w:r>
      <w:r>
        <w:pict>
          <v:shape id="_x0000_i708922" type="#_x0000_t75" alt="学科网(www.zxxk.com)--教育资源门户，提供试卷、教案、课件、论文、素材以及各类教学资源下载，还有大量而丰富的教学相关资讯！" style="width:9.75pt;height:10.5pt" o:oleicon="f" o:ole="">
            <v:imagedata r:id="rId2370" o:title="eqId7f9e8449aad35c5d840a3395ea86df6d"/>
          </v:shape>
        </w:pict>
      </w:r>
      <w:r>
        <w:rPr>
          <w:rFonts w:ascii="宋体" w:eastAsia="宋体" w:hAnsi="宋体" w:cs="宋体"/>
          <w:color w:val="000000"/>
        </w:rPr>
        <w:t>是数轴上不重合的两个点，且点</w:t>
      </w:r>
      <w:r>
        <w:pict>
          <v:shape id="_x0000_i708923" type="#_x0000_t75" alt="学科网(www.zxxk.com)--教育资源门户，提供试卷、教案、课件、论文、素材以及各类教学资源下载，还有大量而丰富的教学相关资讯！" style="width:12pt;height:12pt" o:oleicon="f" o:ole="">
            <v:imagedata r:id="rId2369" o:title="eqId5963abe8f421bd99a2aaa94831a951e9"/>
          </v:shape>
        </w:pict>
      </w:r>
      <w:r>
        <w:rPr>
          <w:rFonts w:ascii="宋体" w:eastAsia="宋体" w:hAnsi="宋体" w:cs="宋体"/>
          <w:color w:val="000000"/>
        </w:rPr>
        <w:t>在点</w:t>
      </w:r>
      <w:r>
        <w:pict>
          <v:shape id="_x0000_i708924" type="#_x0000_t75" alt="学科网(www.zxxk.com)--教育资源门户，提供试卷、教案、课件、论文、素材以及各类教学资源下载，还有大量而丰富的教学相关资讯！" style="width:9.75pt;height:10.5pt" o:oleicon="f" o:ole="">
            <v:imagedata r:id="rId2370" o:title="eqId7f9e8449aad35c5d840a3395ea86df6d"/>
          </v:shape>
        </w:pict>
      </w:r>
      <w:r>
        <w:rPr>
          <w:rFonts w:ascii="宋体" w:eastAsia="宋体" w:hAnsi="宋体" w:cs="宋体"/>
          <w:color w:val="000000"/>
        </w:rPr>
        <w:t>的左边，点</w:t>
      </w:r>
      <w:r>
        <w:pict>
          <v:shape id="_x0000_i708925" type="#_x0000_t75" alt="学科网(www.zxxk.com)--教育资源门户，提供试卷、教案、课件、论文、素材以及各类教学资源下载，还有大量而丰富的教学相关资讯！" style="width:14.25pt;height:10.5pt" o:oleicon="f" o:ole="">
            <v:imagedata r:id="rId2371" o:title="eqIdac047e91852b91af639feec23a9598b2"/>
          </v:shape>
        </w:pict>
      </w:r>
      <w:r>
        <w:rPr>
          <w:rFonts w:ascii="宋体" w:eastAsia="宋体" w:hAnsi="宋体" w:cs="宋体"/>
          <w:color w:val="000000"/>
        </w:rPr>
        <w:t>是线段</w:t>
      </w:r>
      <w:r>
        <w:pict>
          <v:shape id="_x0000_i708926" type="#_x0000_t75" alt="学科网(www.zxxk.com)--教育资源门户，提供试卷、教案、课件、论文、素材以及各类教学资源下载，还有大量而丰富的教学相关资讯！" style="width:20.05pt;height:12.6pt" o:oleicon="f" o:ole="">
            <v:imagedata r:id="rId2372" o:title="eqIdf52a58fbaf4fea03567e88a9f0f6e37e"/>
          </v:shape>
        </w:pict>
      </w:r>
      <w:r>
        <w:rPr>
          <w:rFonts w:ascii="宋体" w:eastAsia="宋体" w:hAnsi="宋体" w:cs="宋体"/>
          <w:color w:val="000000"/>
        </w:rPr>
        <w:t>的中点．点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分别表示数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x</w:t>
      </w:r>
      <w:r>
        <w:rPr>
          <w:rFonts w:ascii="宋体" w:eastAsia="宋体" w:hAnsi="宋体" w:cs="宋体"/>
          <w:color w:val="000000"/>
        </w:rPr>
        <w:t>．请回答下列问题．</w:t>
      </w:r>
    </w:p>
    <w:p>
      <w:pPr>
        <w:spacing w:line="360" w:lineRule="auto"/>
        <w:jc w:val="left"/>
        <w:textAlignment w:val="center"/>
        <w:rPr>
          <w:color w:val="000000"/>
        </w:rPr>
      </w:pPr>
      <w:r>
        <w:rPr>
          <w:color w:val="000000"/>
        </w:rPr>
        <w:t>（1）</w:t>
      </w:r>
      <w:r>
        <w:rPr>
          <w:rFonts w:ascii="宋体" w:eastAsia="宋体" w:hAnsi="宋体" w:cs="宋体"/>
          <w:color w:val="000000"/>
        </w:rPr>
        <w:t>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，则点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之间的距离为</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之间的距离用含</w:t>
      </w:r>
      <w:r>
        <w:pict>
          <v:shape id="_x0000_i708927" type="#_x0000_t75" alt="学科网(www.zxxk.com)--教育资源门户，提供试卷、教案、课件、论文、素材以及各类教学资源下载，还有大量而丰富的教学相关资讯！" style="width:9pt;height:9.75pt" o:oleicon="f" o:ole="">
            <v:imagedata r:id="rId2373" o:title="eqId0a6936d370d6a238a608ca56f87198de"/>
          </v:shape>
        </w:pict>
      </w:r>
      <w:r>
        <w:rPr>
          <w:rFonts w:ascii="宋体" w:eastAsia="宋体" w:hAnsi="宋体" w:cs="宋体"/>
          <w:color w:val="000000"/>
        </w:rPr>
        <w:t>，</w:t>
      </w:r>
      <w:r>
        <w:pict>
          <v:shape id="_x0000_i708928" type="#_x0000_t75" alt="学科网(www.zxxk.com)--教育资源门户，提供试卷、教案、课件、论文、素材以及各类教学资源下载，还有大量而丰富的教学相关资讯！" style="width:9.9pt;height:14.35pt" o:oleicon="f" o:ole="">
            <v:imagedata r:id="rId2374" o:title="eqId2c94bb12cee76221e13f9ef955b0aab1"/>
          </v:shape>
        </w:pict>
      </w:r>
      <w:r>
        <w:rPr>
          <w:rFonts w:ascii="宋体" w:eastAsia="宋体" w:hAnsi="宋体" w:cs="宋体"/>
          <w:color w:val="000000"/>
        </w:rPr>
        <w:t>的代数式表示为</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，利用数轴思考</w:t>
      </w:r>
      <w:r>
        <w:rPr>
          <w:rFonts w:ascii="Times New Roman" w:eastAsia="Times New Roman" w:hAnsi="Times New Roman" w:cs="Times New Roman"/>
          <w:i/>
          <w:color w:val="000000"/>
        </w:rPr>
        <w:t>x</w:t>
      </w:r>
      <w:r>
        <w:rPr>
          <w:rFonts w:ascii="宋体" w:eastAsia="宋体" w:hAnsi="宋体" w:cs="宋体"/>
          <w:color w:val="000000"/>
        </w:rPr>
        <w:t>的值，</w:t>
      </w:r>
      <w:r>
        <w:rPr>
          <w:rFonts w:ascii="Times New Roman" w:eastAsia="Times New Roman" w:hAnsi="Times New Roman" w:cs="Times New Roman"/>
          <w:i/>
          <w:color w:val="000000"/>
        </w:rPr>
        <w:t>x</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（用含</w:t>
      </w:r>
      <w:r>
        <w:pict>
          <v:shape id="_x0000_i708929" type="#_x0000_t75" alt="学科网(www.zxxk.com)--教育资源门户，提供试卷、教案、课件、论文、素材以及各类教学资源下载，还有大量而丰富的教学相关资讯！" style="width:9pt;height:9.75pt" o:oleicon="f" o:ole="">
            <v:imagedata r:id="rId2373" o:title="eqId0a6936d370d6a238a608ca56f87198de"/>
          </v:shape>
        </w:pict>
      </w:r>
      <w:r>
        <w:rPr>
          <w:rFonts w:ascii="宋体" w:eastAsia="宋体" w:hAnsi="宋体" w:cs="宋体"/>
          <w:color w:val="000000"/>
        </w:rPr>
        <w:t>，</w:t>
      </w:r>
      <w:r>
        <w:pict>
          <v:shape id="_x0000_i708930" type="#_x0000_t75" alt="学科网(www.zxxk.com)--教育资源门户，提供试卷、教案、课件、论文、素材以及各类教学资源下载，还有大量而丰富的教学相关资讯！" style="width:9.9pt;height:14.35pt" o:oleicon="f" o:ole="">
            <v:imagedata r:id="rId2374" o:title="eqId2c94bb12cee76221e13f9ef955b0aab1"/>
          </v:shape>
        </w:pict>
      </w:r>
      <w:r>
        <w:rPr>
          <w:rFonts w:ascii="宋体" w:eastAsia="宋体" w:hAnsi="宋体" w:cs="宋体"/>
          <w:color w:val="000000"/>
        </w:rPr>
        <w:t>的代数式表示，结果需合并同类项）；</w:t>
      </w:r>
    </w:p>
    <w:p>
      <w:pPr>
        <w:spacing w:line="360" w:lineRule="auto"/>
        <w:jc w:val="left"/>
        <w:textAlignment w:val="center"/>
        <w:rPr>
          <w:color w:val="000000"/>
        </w:rPr>
      </w:pPr>
      <w:r>
        <w:rPr>
          <w:color w:val="000000"/>
        </w:rPr>
        <w:drawing>
          <wp:inline>
            <wp:extent cx="2943225" cy="1028700"/>
            <wp:docPr id="29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0" name=""/>
                    <pic:cNvPicPr>
                      <a:picLocks noChangeAspect="1"/>
                    </pic:cNvPicPr>
                  </pic:nvPicPr>
                  <pic:blipFill>
                    <a:blip r:embed="rId2375"/>
                    <a:stretch>
                      <a:fillRect/>
                    </a:stretch>
                  </pic:blipFill>
                  <pic:spPr>
                    <a:xfrm>
                      <a:off x="0" y="0"/>
                      <a:ext cx="2943225" cy="1028700"/>
                    </a:xfrm>
                    <a:prstGeom prst="rect">
                      <a:avLst/>
                    </a:prstGeom>
                  </pic:spPr>
                </pic:pic>
              </a:graphicData>
            </a:graphic>
          </wp:inline>
        </w:drawing>
      </w:r>
    </w:p>
    <w:p>
      <w:pPr>
        <w:spacing w:line="360" w:lineRule="auto"/>
        <w:jc w:val="left"/>
        <w:textAlignment w:val="center"/>
        <w:rPr>
          <w:color w:val="000000"/>
        </w:rPr>
      </w:pPr>
      <w:r>
        <w:rPr>
          <w:color w:val="000000"/>
        </w:rPr>
        <w:t>（3）</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分别表示数</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的中点也为点</w:t>
      </w:r>
      <w:r>
        <w:rPr>
          <w:rFonts w:ascii="Times New Roman" w:eastAsia="Times New Roman" w:hAnsi="Times New Roman" w:cs="Times New Roman"/>
          <w:i/>
          <w:color w:val="000000"/>
        </w:rPr>
        <w:t>M</w:t>
      </w:r>
      <w:r>
        <w:rPr>
          <w:rFonts w:ascii="宋体" w:eastAsia="宋体" w:hAnsi="宋体" w:cs="宋体"/>
          <w:color w:val="000000"/>
        </w:rPr>
        <w:t>，找到</w:t>
      </w:r>
      <w:r>
        <w:pict>
          <v:shape id="_x0000_i708931" type="#_x0000_t75" alt="学科网(www.zxxk.com)--教育资源门户，提供试卷、教案、课件、论文、素材以及各类教学资源下载，还有大量而丰富的教学相关资讯！" style="width:60.95pt;height:13.95pt" o:oleicon="f" o:ole="">
            <v:imagedata r:id="rId2376" o:title="eqId1d5e806433a8e6e9dafcee9807519d7b"/>
          </v:shape>
        </w:pict>
      </w:r>
      <w:r>
        <w:rPr>
          <w:rFonts w:ascii="宋体" w:eastAsia="宋体" w:hAnsi="宋体" w:cs="宋体"/>
          <w:color w:val="000000"/>
        </w:rPr>
        <w:t>之间的数量关系，并用这种关系解决问题（提示：思考</w:t>
      </w:r>
      <w:r>
        <w:rPr>
          <w:rFonts w:ascii="Times New Roman" w:eastAsia="Times New Roman" w:hAnsi="Times New Roman" w:cs="Times New Roman"/>
          <w:i/>
          <w:color w:val="000000"/>
        </w:rPr>
        <w:t>x</w:t>
      </w:r>
      <w:r>
        <w:rPr>
          <w:rFonts w:ascii="宋体" w:eastAsia="宋体" w:hAnsi="宋体" w:cs="宋体"/>
          <w:color w:val="000000"/>
        </w:rPr>
        <w:t>的不同表示方法，找相等关系）．</w:t>
      </w:r>
    </w:p>
    <w:p>
      <w:pPr>
        <w:spacing w:line="360" w:lineRule="auto"/>
        <w:jc w:val="left"/>
        <w:textAlignment w:val="center"/>
        <w:rPr>
          <w:color w:val="000000"/>
        </w:rPr>
      </w:pPr>
      <w:r>
        <w:rPr>
          <w:rFonts w:ascii="宋体" w:eastAsia="宋体" w:hAnsi="宋体" w:cs="宋体"/>
          <w:color w:val="000000"/>
        </w:rPr>
        <w:t>①若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pict>
          <v:shape id="_x0000_i708932" type="#_x0000_t75" alt="学科网(www.zxxk.com)--教育资源门户，提供试卷、教案、课件、论文、素材以及各类教学资源下载，还有大量而丰富的教学相关资讯！" style="width:12pt;height:30.75pt" o:oleicon="f" o:ole="">
            <v:imagedata r:id="rId2377" o:title="eqId75096deb06fa2aeaace0ec13f59c9ef1"/>
          </v:shape>
        </w:pict>
      </w:r>
      <w:r>
        <w:rPr>
          <w:rFonts w:ascii="宋体" w:eastAsia="宋体" w:hAnsi="宋体" w:cs="宋体"/>
          <w:color w:val="000000"/>
        </w:rPr>
        <w:t>则</w:t>
      </w:r>
      <w:r>
        <w:rPr>
          <w:rFonts w:ascii="Times New Roman" w:eastAsia="Times New Roman" w:hAnsi="Times New Roman" w:cs="Times New Roman"/>
          <w:i/>
          <w:color w:val="000000"/>
        </w:rPr>
        <w:t>d</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②若存在有理数</w:t>
      </w:r>
      <w:r>
        <w:rPr>
          <w:rFonts w:ascii="Times New Roman" w:eastAsia="Times New Roman" w:hAnsi="Times New Roman" w:cs="Times New Roman"/>
          <w:i/>
          <w:color w:val="000000"/>
        </w:rPr>
        <w:t>t</w:t>
      </w:r>
      <w:r>
        <w:rPr>
          <w:rFonts w:ascii="宋体" w:eastAsia="宋体" w:hAnsi="宋体" w:cs="宋体"/>
          <w:color w:val="000000"/>
        </w:rPr>
        <w:t>，满足</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，则</w:t>
      </w:r>
      <w:r>
        <w:rPr>
          <w:rFonts w:ascii="Times New Roman" w:eastAsia="Times New Roman" w:hAnsi="Times New Roman" w:cs="Times New Roman"/>
          <w:i/>
          <w:color w:val="000000"/>
        </w:rPr>
        <w:t>t</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四点表示的数分别为－</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以每秒</w:t>
      </w:r>
      <w:r>
        <w:rPr>
          <w:rFonts w:ascii="Times New Roman" w:eastAsia="Times New Roman" w:hAnsi="Times New Roman" w:cs="Times New Roman"/>
          <w:color w:val="000000"/>
        </w:rPr>
        <w:t>4</w:t>
      </w:r>
      <w:r>
        <w:rPr>
          <w:rFonts w:ascii="宋体" w:eastAsia="宋体" w:hAnsi="宋体" w:cs="宋体"/>
          <w:color w:val="000000"/>
        </w:rPr>
        <w:t>个单位长度的速度向右运动，点</w:t>
      </w:r>
      <w:r>
        <w:rPr>
          <w:rFonts w:ascii="Times New Roman" w:eastAsia="Times New Roman" w:hAnsi="Times New Roman" w:cs="Times New Roman"/>
          <w:i/>
          <w:color w:val="000000"/>
        </w:rPr>
        <w:t>B</w:t>
      </w:r>
      <w:r>
        <w:rPr>
          <w:rFonts w:ascii="宋体" w:eastAsia="宋体" w:hAnsi="宋体" w:cs="宋体"/>
          <w:color w:val="000000"/>
        </w:rPr>
        <w:t>以每秒</w:t>
      </w:r>
      <w:r>
        <w:rPr>
          <w:rFonts w:ascii="Times New Roman" w:eastAsia="Times New Roman" w:hAnsi="Times New Roman" w:cs="Times New Roman"/>
          <w:color w:val="000000"/>
        </w:rPr>
        <w:t>3</w:t>
      </w:r>
      <w:r>
        <w:rPr>
          <w:rFonts w:ascii="宋体" w:eastAsia="宋体" w:hAnsi="宋体" w:cs="宋体"/>
          <w:color w:val="000000"/>
        </w:rPr>
        <w:t>个单位长度的速度向左运动，点</w:t>
      </w:r>
      <w:r>
        <w:rPr>
          <w:rFonts w:ascii="Times New Roman" w:eastAsia="Times New Roman" w:hAnsi="Times New Roman" w:cs="Times New Roman"/>
          <w:i/>
          <w:color w:val="000000"/>
        </w:rPr>
        <w:t>C</w:t>
      </w:r>
      <w:r>
        <w:rPr>
          <w:rFonts w:ascii="宋体" w:eastAsia="宋体" w:hAnsi="宋体" w:cs="宋体"/>
          <w:color w:val="000000"/>
        </w:rPr>
        <w:t>以每秒</w:t>
      </w:r>
      <w:r>
        <w:rPr>
          <w:rFonts w:ascii="Times New Roman" w:eastAsia="Times New Roman" w:hAnsi="Times New Roman" w:cs="Times New Roman"/>
          <w:color w:val="000000"/>
        </w:rPr>
        <w:t>2</w:t>
      </w:r>
      <w:r>
        <w:rPr>
          <w:rFonts w:ascii="宋体" w:eastAsia="宋体" w:hAnsi="宋体" w:cs="宋体"/>
          <w:color w:val="000000"/>
        </w:rPr>
        <w:t>个单位长度的速度向右运动，点</w:t>
      </w:r>
      <w:r>
        <w:rPr>
          <w:rFonts w:ascii="Times New Roman" w:eastAsia="Times New Roman" w:hAnsi="Times New Roman" w:cs="Times New Roman"/>
          <w:i/>
          <w:color w:val="000000"/>
        </w:rPr>
        <w:t>D</w:t>
      </w:r>
      <w:r>
        <w:rPr>
          <w:rFonts w:ascii="宋体" w:eastAsia="宋体" w:hAnsi="宋体" w:cs="宋体"/>
          <w:color w:val="000000"/>
        </w:rPr>
        <w:t>以每秒</w:t>
      </w:r>
      <w:r>
        <w:rPr>
          <w:rFonts w:ascii="Times New Roman" w:eastAsia="Times New Roman" w:hAnsi="Times New Roman" w:cs="Times New Roman"/>
          <w:color w:val="000000"/>
        </w:rPr>
        <w:t>3</w:t>
      </w:r>
      <w:r>
        <w:rPr>
          <w:rFonts w:ascii="宋体" w:eastAsia="宋体" w:hAnsi="宋体" w:cs="宋体"/>
          <w:color w:val="000000"/>
        </w:rPr>
        <w:t>个单位长度的速度向左运动，若</w:t>
      </w:r>
      <w:r>
        <w:rPr>
          <w:rFonts w:ascii="Times New Roman" w:eastAsia="Times New Roman" w:hAnsi="Times New Roman" w:cs="Times New Roman"/>
          <w:i/>
          <w:color w:val="000000"/>
        </w:rPr>
        <w:t>t</w:t>
      </w:r>
      <w:r>
        <w:rPr>
          <w:rFonts w:ascii="宋体" w:eastAsia="宋体" w:hAnsi="宋体" w:cs="宋体"/>
          <w:color w:val="000000"/>
        </w:rPr>
        <w:t>秒后以这四个点为端点的两条线段中点相同，则</w:t>
      </w:r>
      <w:r>
        <w:rPr>
          <w:rFonts w:ascii="Times New Roman" w:eastAsia="Times New Roman" w:hAnsi="Times New Roman" w:cs="Times New Roman"/>
          <w:i/>
          <w:color w:val="000000"/>
        </w:rPr>
        <w:t>t</w:t>
      </w:r>
      <w:r>
        <w:rPr>
          <w:rFonts w:ascii="宋体" w:eastAsia="宋体" w:hAnsi="宋体" w:cs="宋体"/>
          <w:color w:val="000000"/>
        </w:rPr>
        <w:t>＝</w:t>
      </w:r>
      <w:r>
        <w:rPr>
          <w:rFonts w:ascii="宋体" w:eastAsia="宋体" w:hAnsi="宋体" w:cs="宋体"/>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color w:val="000000"/>
        </w:rPr>
        <w:t>4</w:t>
      </w:r>
      <w:r>
        <w:rPr>
          <w:color w:val="000000"/>
        </w:rPr>
        <w:t xml:space="preserve">    </w:t>
      </w:r>
      <w:r>
        <w:rPr>
          <w:color w:val="000000"/>
        </w:rPr>
        <w:t>（2）</w:t>
      </w:r>
      <w:r>
        <w:pict>
          <v:shape id="_x0000_i708933" type="#_x0000_t75" alt="学科网(www.zxxk.com)--教育资源门户，提供试卷、教案、课件、论文、素材以及各类教学资源下载，还有大量而丰富的教学相关资讯！" style="width:26.4pt;height:14.4pt" o:oleicon="f" o:ole="">
            <v:imagedata r:id="rId2378" o:title="eqId13502d46b8563c54c09b29b20b3006a4"/>
          </v:shape>
        </w:pict>
      </w:r>
      <w:r>
        <w:rPr>
          <w:rFonts w:ascii="宋体" w:eastAsia="宋体" w:hAnsi="宋体" w:cs="宋体"/>
          <w:color w:val="000000"/>
        </w:rPr>
        <w:t>，</w:t>
      </w:r>
      <w:r>
        <w:pict>
          <v:shape id="_x0000_i708934" type="#_x0000_t75" alt="学科网(www.zxxk.com)--教育资源门户，提供试卷、教案、课件、论文、素材以及各类教学资源下载，还有大量而丰富的教学相关资讯！" style="width:27.75pt;height:30.75pt" o:oleicon="f" o:ole="">
            <v:imagedata r:id="rId2379" o:title="eqIde2f89a8b5cf6996a6455375e405bfb9d"/>
          </v:shape>
        </w:pic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①</w:t>
      </w:r>
      <w:r>
        <w:pict>
          <v:shape id="_x0000_i708935" type="#_x0000_t75" alt="学科网(www.zxxk.com)--教育资源门户，提供试卷、教案、课件、论文、素材以及各类教学资源下载，还有大量而丰富的教学相关资讯！" style="width:11.25pt;height:30.7pt" o:oleicon="f" o:ole="">
            <v:imagedata r:id="rId2380" o:title="eqIdcaa585b9257ed0798213a9ae9b87d291"/>
          </v:shape>
        </w:pict>
      </w:r>
      <w:r>
        <w:rPr>
          <w:rFonts w:ascii="宋体" w:eastAsia="宋体" w:hAnsi="宋体" w:cs="宋体"/>
          <w:color w:val="000000"/>
        </w:rPr>
        <w:t>；</w:t>
      </w:r>
      <w:r>
        <w:rPr>
          <w:rFonts w:ascii="Times New Roman" w:eastAsia="Times New Roman" w:hAnsi="Times New Roman" w:cs="Times New Roman"/>
          <w:color w:val="000000"/>
        </w:rPr>
        <w:t>②</w:t>
      </w:r>
      <w:r>
        <w:pict>
          <v:shape id="_x0000_i708936" type="#_x0000_t75" alt="学科网(www.zxxk.com)--教育资源门户，提供试卷、教案、课件、论文、素材以及各类教学资源下载，还有大量而丰富的教学相关资讯！" style="width:9pt;height:12.75pt" o:oleicon="f" o:ole="">
            <v:imagedata r:id="rId2381" o:title="eqId8b06e95b57b7a81cd81d05557a11fa92"/>
          </v:shape>
        </w:pict>
      </w:r>
      <w:r>
        <w:rPr>
          <w:rFonts w:ascii="宋体" w:eastAsia="宋体" w:hAnsi="宋体" w:cs="宋体"/>
          <w:color w:val="000000"/>
        </w:rPr>
        <w:t>；</w:t>
      </w:r>
      <w:r>
        <w:rPr>
          <w:rFonts w:ascii="Times New Roman" w:eastAsia="Times New Roman" w:hAnsi="Times New Roman" w:cs="Times New Roman"/>
          <w:color w:val="000000"/>
        </w:rPr>
        <w:t>③0</w:t>
      </w:r>
      <w:r>
        <w:rPr>
          <w:rFonts w:ascii="宋体" w:eastAsia="宋体" w:hAnsi="宋体" w:cs="宋体"/>
          <w:color w:val="000000"/>
        </w:rPr>
        <w:t>或</w:t>
      </w:r>
      <w:r>
        <w:pict>
          <v:shape id="_x0000_i708937" type="#_x0000_t75" alt="学科网(www.zxxk.com)--教育资源门户，提供试卷、教案、课件、论文、素材以及各类教学资源下载，还有大量而丰富的教学相关资讯！" style="width:15pt;height:31.2pt" o:oleicon="f" o:ole="">
            <v:imagedata r:id="rId2382" o:title="eqId5dc0248a1c8911762d1387b5891c9ab3"/>
          </v:shape>
        </w:pict>
      </w:r>
      <w:r>
        <w:rPr>
          <w:rFonts w:ascii="宋体" w:eastAsia="宋体" w:hAnsi="宋体" w:cs="宋体"/>
          <w:color w:val="000000"/>
        </w:rPr>
        <w:t>或</w:t>
      </w:r>
      <w:r>
        <w:rPr>
          <w:rFonts w:ascii="Times New Roman" w:eastAsia="Times New Roman" w:hAnsi="Times New Roman" w:cs="Times New Roman"/>
          <w:color w:val="000000"/>
        </w:rPr>
        <w:t>7</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）由图易得</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之间的距离为两点表示的数差的绝对值；由数轴得点</w:t>
      </w:r>
      <w:r>
        <w:rPr>
          <w:rFonts w:ascii="Times New Roman" w:eastAsia="Times New Roman" w:hAnsi="Times New Roman" w:cs="Times New Roman"/>
          <w:i/>
          <w:color w:val="000000"/>
        </w:rPr>
        <w:t>M</w:t>
      </w:r>
      <w:r>
        <w:rPr>
          <w:rFonts w:ascii="宋体" w:eastAsia="宋体" w:hAnsi="宋体" w:cs="宋体"/>
          <w:color w:val="000000"/>
        </w:rPr>
        <w:t>表示的数</w:t>
      </w:r>
      <w:r>
        <w:rPr>
          <w:rFonts w:ascii="Times New Roman" w:eastAsia="Times New Roman" w:hAnsi="Times New Roman" w:cs="Times New Roman"/>
          <w:i/>
          <w:color w:val="000000"/>
        </w:rPr>
        <w:t>x</w:t>
      </w:r>
      <w:r>
        <w:rPr>
          <w:rFonts w:ascii="宋体" w:eastAsia="宋体" w:hAnsi="宋体" w:cs="宋体"/>
          <w:color w:val="000000"/>
        </w:rPr>
        <w:t>为</w:t>
      </w:r>
      <w:r>
        <w:pict>
          <v:shape id="_x0000_i708938" type="#_x0000_t75" alt="学科网(www.zxxk.com)--教育资源门户，提供试卷、教案、课件、论文、素材以及各类教学资源下载，还有大量而丰富的教学相关资讯！" style="width:45.75pt;height:30.75pt" o:oleicon="f" o:ole="">
            <v:imagedata r:id="rId2383" o:title="eqId9a762f5046ea21a76f2d17169b0b6a4c"/>
          </v:shape>
        </w:pict>
      </w:r>
      <w:r>
        <w:rPr>
          <w:rFonts w:ascii="宋体" w:eastAsia="宋体" w:hAnsi="宋体" w:cs="宋体"/>
          <w:color w:val="000000"/>
        </w:rPr>
        <w:t>，从而可求得</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）①由（</w:t>
      </w:r>
      <w:r>
        <w:rPr>
          <w:rFonts w:ascii="Times New Roman" w:eastAsia="Times New Roman" w:hAnsi="Times New Roman" w:cs="Times New Roman"/>
          <w:color w:val="000000"/>
        </w:rPr>
        <w:t>2</w:t>
      </w:r>
      <w:r>
        <w:rPr>
          <w:rFonts w:ascii="宋体" w:eastAsia="宋体" w:hAnsi="宋体" w:cs="宋体"/>
          <w:color w:val="000000"/>
        </w:rPr>
        <w:t>）得：</w:t>
      </w:r>
      <w:r>
        <w:pict>
          <v:shape id="_x0000_i708939" type="#_x0000_t75" alt="学科网(www.zxxk.com)--教育资源门户，提供试卷、教案、课件、论文、素材以及各类教学资源下载，还有大量而丰富的教学相关资讯！" style="width:96.75pt;height:30.75pt" o:oleicon="f" o:ole="">
            <v:imagedata r:id="rId2384" o:title="eqIdb2c09d526469ace351dffcce6f0af41f"/>
          </v:shape>
        </w:pict>
      </w:r>
      <w:r>
        <w:rPr>
          <w:rFonts w:ascii="宋体" w:eastAsia="宋体" w:hAnsi="宋体" w:cs="宋体"/>
          <w:color w:val="000000"/>
        </w:rPr>
        <w:t>，其中</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的值已知，则可求得</w:t>
      </w:r>
      <w:r>
        <w:rPr>
          <w:rFonts w:ascii="Times New Roman" w:eastAsia="Times New Roman" w:hAnsi="Times New Roman" w:cs="Times New Roman"/>
          <w:i/>
          <w:color w:val="000000"/>
        </w:rPr>
        <w:t>d</w:t>
      </w:r>
      <w:r>
        <w:rPr>
          <w:rFonts w:ascii="宋体" w:eastAsia="宋体" w:hAnsi="宋体" w:cs="宋体"/>
          <w:color w:val="000000"/>
        </w:rPr>
        <w:t>的值；</w:t>
      </w:r>
    </w:p>
    <w:p>
      <w:pPr>
        <w:spacing w:line="360" w:lineRule="auto"/>
        <w:jc w:val="left"/>
        <w:textAlignment w:val="center"/>
        <w:rPr>
          <w:color w:val="000000"/>
        </w:rPr>
      </w:pPr>
      <w:r>
        <w:rPr>
          <w:rFonts w:ascii="宋体" w:eastAsia="宋体" w:hAnsi="宋体" w:cs="宋体"/>
          <w:color w:val="000000"/>
        </w:rPr>
        <w:t>②由</w:t>
      </w:r>
      <w:r>
        <w:pict>
          <v:shape id="_x0000_i708940" type="#_x0000_t75" alt="学科网(www.zxxk.com)--教育资源门户，提供试卷、教案、课件、论文、素材以及各类教学资源下载，还有大量而丰富的教学相关资讯！" style="width:96.75pt;height:30.75pt" o:oleicon="f" o:ole="">
            <v:imagedata r:id="rId2385" o:title="eqIdb2c09d526469ace351dffcce6f0af41f"/>
          </v:shape>
        </w:pict>
      </w:r>
      <w:r>
        <w:rPr>
          <w:rFonts w:ascii="宋体" w:eastAsia="宋体" w:hAnsi="宋体" w:cs="宋体"/>
          <w:color w:val="000000"/>
        </w:rPr>
        <w:t>可得关于</w:t>
      </w:r>
      <w:r>
        <w:rPr>
          <w:rFonts w:ascii="Times New Roman" w:eastAsia="Times New Roman" w:hAnsi="Times New Roman" w:cs="Times New Roman"/>
          <w:i/>
          <w:color w:val="000000"/>
        </w:rPr>
        <w:t>t</w:t>
      </w:r>
      <w:r>
        <w:rPr>
          <w:rFonts w:ascii="宋体" w:eastAsia="宋体" w:hAnsi="宋体" w:cs="宋体"/>
          <w:color w:val="000000"/>
        </w:rPr>
        <w:t>的方程，解方程即可求得</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③分三种情况考虑：若线段</w:t>
      </w:r>
      <w:r>
        <w:pict>
          <v:shape id="_x0000_i708941" type="#_x0000_t75" alt="学科网(www.zxxk.com)--教育资源门户，提供试卷、教案、课件、论文、素材以及各类教学资源下载，还有大量而丰富的教学相关资讯！" style="width:20.05pt;height:12.6pt" o:oleicon="f" o:ole="">
            <v:imagedata r:id="rId2386" o:title="eqIdf52a58fbaf4fea03567e88a9f0f6e37e"/>
          </v:shape>
        </w:pict>
      </w:r>
      <w:r>
        <w:rPr>
          <w:rFonts w:ascii="宋体" w:eastAsia="宋体" w:hAnsi="宋体" w:cs="宋体"/>
          <w:color w:val="000000"/>
        </w:rPr>
        <w:t>与线段</w:t>
      </w:r>
      <w:r>
        <w:pict>
          <v:shape id="_x0000_i708942" type="#_x0000_t75" alt="学科网(www.zxxk.com)--教育资源门户，提供试卷、教案、课件、论文、素材以及各类教学资源下载，还有大量而丰富的教学相关资讯！" style="width:21.75pt;height:14.25pt" o:oleicon="f" o:ole="">
            <v:imagedata r:id="rId2387" o:title="eqId9d78abbad68bbbf12af10cd40ef4c353"/>
          </v:shape>
        </w:pict>
      </w:r>
      <w:r>
        <w:rPr>
          <w:rFonts w:ascii="宋体" w:eastAsia="宋体" w:hAnsi="宋体" w:cs="宋体"/>
          <w:color w:val="000000"/>
        </w:rPr>
        <w:t>共中点；若线段</w:t>
      </w:r>
      <w:r>
        <w:pict>
          <v:shape id="_x0000_i708943" type="#_x0000_t75" alt="学科网(www.zxxk.com)--教育资源门户，提供试卷、教案、课件、论文、素材以及各类教学资源下载，还有大量而丰富的教学相关资讯！" style="width:21.25pt;height:14.2pt" o:oleicon="f" o:ole="">
            <v:imagedata r:id="rId2388" o:title="eqId60ef95894ceebaf236170e8832dcf7e3"/>
          </v:shape>
        </w:pict>
      </w:r>
      <w:r>
        <w:rPr>
          <w:rFonts w:ascii="宋体" w:eastAsia="宋体" w:hAnsi="宋体" w:cs="宋体"/>
          <w:color w:val="000000"/>
        </w:rPr>
        <w:t>与线段</w:t>
      </w:r>
      <w:r>
        <w:pict>
          <v:shape id="_x0000_i708944" type="#_x0000_t75" alt="学科网(www.zxxk.com)--教育资源门户，提供试卷、教案、课件、论文、素材以及各类教学资源下载，还有大量而丰富的教学相关资讯！" style="width:20pt;height:13pt" o:oleicon="f" o:ole="">
            <v:imagedata r:id="rId2389" o:title="eqIdd40b319212a7e7528b053e1c7097e966"/>
          </v:shape>
        </w:pict>
      </w:r>
      <w:r>
        <w:rPr>
          <w:rFonts w:ascii="宋体" w:eastAsia="宋体" w:hAnsi="宋体" w:cs="宋体"/>
          <w:color w:val="000000"/>
        </w:rPr>
        <w:t>共中点；若线段</w:t>
      </w:r>
      <w:r>
        <w:pict>
          <v:shape id="_x0000_i708945" type="#_x0000_t75" alt="学科网(www.zxxk.com)--教育资源门户，提供试卷、教案、课件、论文、素材以及各类教学资源下载，还有大量而丰富的教学相关资讯！" style="width:21pt;height:12.75pt" o:oleicon="f" o:ole="">
            <v:imagedata r:id="rId2390" o:title="eqId03902478df1a55bc99703210bccab910"/>
          </v:shape>
        </w:pict>
      </w:r>
      <w:r>
        <w:rPr>
          <w:rFonts w:ascii="宋体" w:eastAsia="宋体" w:hAnsi="宋体" w:cs="宋体"/>
          <w:color w:val="000000"/>
        </w:rPr>
        <w:t>与线段</w:t>
      </w:r>
      <w:r>
        <w:pict>
          <v:shape id="_x0000_i708946" type="#_x0000_t75" alt="学科网(www.zxxk.com)--教育资源门户，提供试卷、教案、课件、论文、素材以及各类教学资源下载，还有大量而丰富的教学相关资讯！" style="width:20.2pt;height:14pt" o:oleicon="f" o:ole="">
            <v:imagedata r:id="rId2391" o:title="eqId0dc5c9827dfd0be5a9c85962d6ccbfb1"/>
          </v:shape>
        </w:pict>
      </w:r>
      <w:r>
        <w:rPr>
          <w:rFonts w:ascii="宋体" w:eastAsia="宋体" w:hAnsi="宋体" w:cs="宋体"/>
          <w:color w:val="000000"/>
        </w:rPr>
        <w:t>共中点；利用（</w:t>
      </w:r>
      <w:r>
        <w:rPr>
          <w:rFonts w:ascii="Times New Roman" w:eastAsia="Times New Roman" w:hAnsi="Times New Roman" w:cs="Times New Roman"/>
          <w:color w:val="000000"/>
        </w:rPr>
        <w:t>2</w:t>
      </w:r>
      <w:r>
        <w:rPr>
          <w:rFonts w:ascii="宋体" w:eastAsia="宋体" w:hAnsi="宋体" w:cs="宋体"/>
          <w:color w:val="000000"/>
        </w:rPr>
        <w:t>）的结论即可解决．</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Times New Roman" w:eastAsia="Times New Roman" w:hAnsi="Times New Roman" w:cs="Times New Roman"/>
          <w:i/>
          <w:color w:val="000000"/>
        </w:rPr>
        <w:t>AB</w:t>
      </w:r>
      <w:r>
        <w:rPr>
          <w:rFonts w:ascii="Times New Roman" w:eastAsia="Times New Roman" w:hAnsi="Times New Roman" w:cs="Times New Roman"/>
          <w:color w:val="000000"/>
        </w:rPr>
        <w:t>=3+1=4</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pict>
          <v:shape id="_x0000_i708947" type="#_x0000_t75" alt="学科网(www.zxxk.com)--教育资源门户，提供试卷、教案、课件、论文、素材以及各类教学资源下载，还有大量而丰富的教学相关资讯！" style="width:46.2pt;height:13.8pt" o:oleicon="f" o:ole="">
            <v:imagedata r:id="rId2392" o:title="eqId8fbfc224aa9d40c554fd0c2854e6c05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由数轴知：</w:t>
      </w:r>
      <w:r>
        <w:pict>
          <v:shape id="_x0000_i708948" type="#_x0000_t75" alt="学科网(www.zxxk.com)--教育资源门户，提供试卷、教案、课件、论文、素材以及各类教学资源下载，还有大量而丰富的教学相关资讯！" style="width:170.25pt;height:30.75pt" o:oleicon="f" o:ole="">
            <v:imagedata r:id="rId2393" o:title="eqIdcdd4e256768f0b0c95d8c33521d39ada"/>
          </v:shape>
        </w:pict>
      </w:r>
    </w:p>
    <w:p>
      <w:pPr>
        <w:spacing w:line="360" w:lineRule="auto"/>
        <w:jc w:val="left"/>
        <w:textAlignment w:val="center"/>
        <w:rPr>
          <w:color w:val="000000"/>
        </w:rPr>
      </w:pPr>
      <w:r>
        <w:rPr>
          <w:rFonts w:ascii="宋体" w:eastAsia="宋体" w:hAnsi="宋体" w:cs="宋体"/>
          <w:color w:val="000000"/>
        </w:rPr>
        <w:t>故答案为：</w:t>
      </w:r>
      <w:r>
        <w:pict>
          <v:shape id="_x0000_i708949" type="#_x0000_t75" alt="学科网(www.zxxk.com)--教育资源门户，提供试卷、教案、课件、论文、素材以及各类教学资源下载，还有大量而丰富的教学相关资讯！" style="width:26.4pt;height:14.4pt" o:oleicon="f" o:ole="">
            <v:imagedata r:id="rId2394" o:title="eqId13502d46b8563c54c09b29b20b3006a4"/>
          </v:shape>
        </w:pict>
      </w:r>
      <w:r>
        <w:rPr>
          <w:rFonts w:ascii="宋体" w:eastAsia="宋体" w:hAnsi="宋体" w:cs="宋体"/>
          <w:color w:val="000000"/>
        </w:rPr>
        <w:t>，</w:t>
      </w:r>
      <w:r>
        <w:pict>
          <v:shape id="_x0000_i708950" type="#_x0000_t75" alt="学科网(www.zxxk.com)--教育资源门户，提供试卷、教案、课件、论文、素材以及各类教学资源下载，还有大量而丰富的教学相关资讯！" style="width:27.75pt;height:30.75pt" o:oleicon="f" o:ole="">
            <v:imagedata r:id="rId2395" o:title="eqIde2f89a8b5cf6996a6455375e405bfb9d"/>
          </v:shape>
        </w:pic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①由（</w:t>
      </w:r>
      <w:r>
        <w:rPr>
          <w:rFonts w:ascii="Times New Roman" w:eastAsia="Times New Roman" w:hAnsi="Times New Roman" w:cs="Times New Roman"/>
          <w:color w:val="000000"/>
        </w:rPr>
        <w:t>2</w:t>
      </w:r>
      <w:r>
        <w:rPr>
          <w:rFonts w:ascii="宋体" w:eastAsia="宋体" w:hAnsi="宋体" w:cs="宋体"/>
          <w:color w:val="000000"/>
        </w:rPr>
        <w:t>）可得：</w:t>
      </w:r>
      <w:r>
        <w:pict>
          <v:shape id="_x0000_i708951" type="#_x0000_t75" alt="学科网(www.zxxk.com)--教育资源门户，提供试卷、教案、课件、论文、素材以及各类教学资源下载，还有大量而丰富的教学相关资讯！" style="width:96.75pt;height:30.75pt" o:oleicon="f" o:ole="">
            <v:imagedata r:id="rId2396" o:title="eqIdb2c09d526469ace351dffcce6f0af41f"/>
          </v:shape>
        </w:pict>
      </w:r>
    </w:p>
    <w:p>
      <w:pPr>
        <w:spacing w:line="360" w:lineRule="auto"/>
        <w:jc w:val="left"/>
        <w:textAlignment w:val="center"/>
        <w:rPr>
          <w:color w:val="000000"/>
        </w:rPr>
      </w:pPr>
      <w:r>
        <w:rPr>
          <w:rFonts w:ascii="宋体" w:eastAsia="宋体" w:hAnsi="宋体" w:cs="宋体"/>
          <w:color w:val="000000"/>
        </w:rPr>
        <w:t>即</w:t>
      </w:r>
      <w:r>
        <w:pict>
          <v:shape id="_x0000_i708952" type="#_x0000_t75" alt="学科网(www.zxxk.com)--教育资源门户，提供试卷、教案、课件、论文、素材以及各类教学资源下载，还有大量而丰富的教学相关资讯！" style="width:105.75pt;height:30.75pt" o:oleicon="f" o:ole="">
            <v:imagedata r:id="rId2397" o:title="eqId63e9448328ae5ae2af21f196360800ca"/>
          </v:shape>
        </w:pict>
      </w:r>
    </w:p>
    <w:p>
      <w:pPr>
        <w:spacing w:line="360" w:lineRule="auto"/>
        <w:jc w:val="left"/>
        <w:textAlignment w:val="center"/>
        <w:rPr>
          <w:color w:val="000000"/>
        </w:rPr>
      </w:pPr>
      <w:r>
        <w:rPr>
          <w:rFonts w:ascii="宋体" w:eastAsia="宋体" w:hAnsi="宋体" w:cs="宋体"/>
          <w:color w:val="000000"/>
        </w:rPr>
        <w:t>解得：</w:t>
      </w:r>
      <w:r>
        <w:pict>
          <v:shape id="_x0000_i708953" type="#_x0000_t75" alt="学科网(www.zxxk.com)--教育资源门户，提供试卷、教案、课件、论文、素材以及各类教学资源下载，还有大量而丰富的教学相关资讯！" style="width:30pt;height:31.2pt" o:oleicon="f" o:ole="">
            <v:imagedata r:id="rId2398" o:title="eqIdf9e67213c89a9bb119b126457a9f9f63"/>
          </v:shape>
        </w:pict>
      </w:r>
    </w:p>
    <w:p>
      <w:pPr>
        <w:spacing w:line="360" w:lineRule="auto"/>
        <w:jc w:val="left"/>
        <w:textAlignment w:val="center"/>
        <w:rPr>
          <w:color w:val="000000"/>
        </w:rPr>
      </w:pPr>
      <w:r>
        <w:rPr>
          <w:rFonts w:ascii="宋体" w:eastAsia="宋体" w:hAnsi="宋体" w:cs="宋体"/>
          <w:color w:val="000000"/>
        </w:rPr>
        <w:t>故答案为：</w:t>
      </w:r>
      <w:r>
        <w:pict>
          <v:shape id="_x0000_i708954" type="#_x0000_t75" alt="学科网(www.zxxk.com)--教育资源门户，提供试卷、教案、课件、论文、素材以及各类教学资源下载，还有大量而丰富的教学相关资讯！" style="width:11.25pt;height:30.7pt" o:oleicon="f" o:ole="">
            <v:imagedata r:id="rId2399" o:title="eqIdcaa585b9257ed0798213a9ae9b87d291"/>
          </v:shape>
        </w:pict>
      </w:r>
    </w:p>
    <w:p>
      <w:pPr>
        <w:spacing w:line="360" w:lineRule="auto"/>
        <w:jc w:val="left"/>
        <w:textAlignment w:val="center"/>
        <w:rPr>
          <w:color w:val="000000"/>
        </w:rPr>
      </w:pPr>
      <w:r>
        <w:rPr>
          <w:rFonts w:ascii="宋体" w:eastAsia="宋体" w:hAnsi="宋体" w:cs="宋体"/>
          <w:color w:val="000000"/>
        </w:rPr>
        <w:t>②由</w:t>
      </w:r>
      <w:r>
        <w:pict>
          <v:shape id="_x0000_i708955" type="#_x0000_t75" alt="学科网(www.zxxk.com)--教育资源门户，提供试卷、教案、课件、论文、素材以及各类教学资源下载，还有大量而丰富的教学相关资讯！" style="width:96.75pt;height:30.75pt" o:oleicon="f" o:ole="">
            <v:imagedata r:id="rId2400" o:title="eqIdb2c09d526469ace351dffcce6f0af41f"/>
          </v:shape>
        </w:pict>
      </w:r>
      <w:r>
        <w:rPr>
          <w:rFonts w:ascii="宋体" w:eastAsia="宋体" w:hAnsi="宋体" w:cs="宋体"/>
          <w:color w:val="000000"/>
        </w:rPr>
        <w:t>，得</w:t>
      </w:r>
      <w:r>
        <w:pict>
          <v:shape id="_x0000_i708956" type="#_x0000_t75" alt="学科网(www.zxxk.com)--教育资源门户，提供试卷、教案、课件、论文、素材以及各类教学资源下载，还有大量而丰富的教学相关资讯！" style="width:138pt;height:30.75pt" o:oleicon="f" o:ole="">
            <v:imagedata r:id="rId2401" o:title="eqIdc634fd41913cbbf38b5a2dd433c2df65"/>
          </v:shape>
        </w:pict>
      </w:r>
    </w:p>
    <w:p>
      <w:pPr>
        <w:spacing w:line="360" w:lineRule="auto"/>
        <w:jc w:val="left"/>
        <w:textAlignment w:val="center"/>
        <w:rPr>
          <w:color w:val="000000"/>
        </w:rPr>
      </w:pPr>
      <w:r>
        <w:rPr>
          <w:rFonts w:ascii="宋体" w:eastAsia="宋体" w:hAnsi="宋体" w:cs="宋体"/>
          <w:color w:val="000000"/>
        </w:rPr>
        <w:t>解得：</w:t>
      </w:r>
      <w:r>
        <w:pict>
          <v:shape id="_x0000_i708957" type="#_x0000_t75" alt="学科网(www.zxxk.com)--教育资源门户，提供试卷、教案、课件、论文、素材以及各类教学资源下载，还有大量而丰富的教学相关资讯！" style="width:24.75pt;height:14.25pt" o:oleicon="f" o:ole="">
            <v:imagedata r:id="rId2402" o:title="eqIdc430e1f025dc791c2e5ab17f57719882"/>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7</w:t>
      </w:r>
    </w:p>
    <w:p>
      <w:pPr>
        <w:spacing w:line="360" w:lineRule="auto"/>
        <w:jc w:val="left"/>
        <w:textAlignment w:val="center"/>
        <w:rPr>
          <w:color w:val="000000"/>
        </w:rPr>
      </w:pPr>
      <w:r>
        <w:rPr>
          <w:rFonts w:ascii="宋体" w:eastAsia="宋体" w:hAnsi="宋体" w:cs="宋体"/>
          <w:color w:val="000000"/>
        </w:rPr>
        <w:t>③由题意运动</w:t>
      </w:r>
      <w:r>
        <w:rPr>
          <w:rFonts w:ascii="Times New Roman" w:eastAsia="Times New Roman" w:hAnsi="Times New Roman" w:cs="Times New Roman"/>
          <w:i/>
          <w:color w:val="000000"/>
        </w:rPr>
        <w:t>t</w:t>
      </w:r>
      <w:r>
        <w:rPr>
          <w:rFonts w:ascii="宋体" w:eastAsia="宋体" w:hAnsi="宋体" w:cs="宋体"/>
          <w:color w:val="000000"/>
        </w:rPr>
        <w:t>秒后</w:t>
      </w:r>
      <w:r>
        <w:pict>
          <v:shape id="_x0000_i708958" type="#_x0000_t75" alt="学科网(www.zxxk.com)--教育资源门户，提供试卷、教案、课件、论文、素材以及各类教学资源下载，还有大量而丰富的教学相关资讯！" style="width:212.25pt;height:15.75pt" o:oleicon="f" o:ole="">
            <v:imagedata r:id="rId2403" o:title="eqId5a3271b4308ceecb06e8e94d3f7f37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分三种情况：</w:t>
      </w:r>
    </w:p>
    <w:p>
      <w:pPr>
        <w:spacing w:line="360" w:lineRule="auto"/>
        <w:jc w:val="left"/>
        <w:textAlignment w:val="center"/>
        <w:rPr>
          <w:color w:val="000000"/>
        </w:rPr>
      </w:pPr>
      <w:r>
        <w:rPr>
          <w:rFonts w:ascii="宋体" w:eastAsia="宋体" w:hAnsi="宋体" w:cs="宋体"/>
          <w:color w:val="000000"/>
        </w:rPr>
        <w:t>若线段</w:t>
      </w:r>
      <w:r>
        <w:pict>
          <v:shape id="_x0000_i708959" type="#_x0000_t75" alt="学科网(www.zxxk.com)--教育资源门户，提供试卷、教案、课件、论文、素材以及各类教学资源下载，还有大量而丰富的教学相关资讯！" style="width:20.05pt;height:12.6pt" o:oleicon="f" o:ole="">
            <v:imagedata r:id="rId2404" o:title="eqIdf52a58fbaf4fea03567e88a9f0f6e37e"/>
          </v:shape>
        </w:pict>
      </w:r>
      <w:r>
        <w:rPr>
          <w:rFonts w:ascii="宋体" w:eastAsia="宋体" w:hAnsi="宋体" w:cs="宋体"/>
          <w:color w:val="000000"/>
        </w:rPr>
        <w:t>与线段</w:t>
      </w:r>
      <w:r>
        <w:pict>
          <v:shape id="_x0000_i708960" type="#_x0000_t75" alt="学科网(www.zxxk.com)--教育资源门户，提供试卷、教案、课件、论文、素材以及各类教学资源下载，还有大量而丰富的教学相关资讯！" style="width:21.75pt;height:14.25pt" o:oleicon="f" o:ole="">
            <v:imagedata r:id="rId2405" o:title="eqId9d78abbad68bbbf12af10cd40ef4c353"/>
          </v:shape>
        </w:pict>
      </w:r>
      <w:r>
        <w:rPr>
          <w:rFonts w:ascii="宋体" w:eastAsia="宋体" w:hAnsi="宋体" w:cs="宋体"/>
          <w:color w:val="000000"/>
        </w:rPr>
        <w:t>共中点，则</w:t>
      </w:r>
      <w:r>
        <w:pict>
          <v:shape id="_x0000_i708961" type="#_x0000_t75" alt="学科网(www.zxxk.com)--教育资源门户，提供试卷、教案、课件、论文、素材以及各类教学资源下载，还有大量而丰富的教学相关资讯！" style="width:185.25pt;height:30.75pt" o:oleicon="f" o:ole="">
            <v:imagedata r:id="rId2406" o:title="eqId7ffc18959e6a53bd93e2936aaa1b89d2"/>
          </v:shape>
        </w:pict>
      </w:r>
      <w:r>
        <w:rPr>
          <w:rFonts w:ascii="宋体" w:eastAsia="宋体" w:hAnsi="宋体" w:cs="宋体"/>
          <w:color w:val="000000"/>
        </w:rPr>
        <w:t>，解得</w:t>
      </w:r>
      <w:r>
        <w:pict>
          <v:shape id="_x0000_i708962" type="#_x0000_t75" alt="学科网(www.zxxk.com)--教育资源门户，提供试卷、教案、课件、论文、素材以及各类教学资源下载，还有大量而丰富的教学相关资讯！" style="width:24.6pt;height:14.4pt" o:oleicon="f" o:ole="">
            <v:imagedata r:id="rId2407" o:title="eqId7aeb9a94e392f6759b18abed89aacc5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若线段</w:t>
      </w:r>
      <w:r>
        <w:pict>
          <v:shape id="_x0000_i708963" type="#_x0000_t75" alt="学科网(www.zxxk.com)--教育资源门户，提供试卷、教案、课件、论文、素材以及各类教学资源下载，还有大量而丰富的教学相关资讯！" style="width:21.25pt;height:14.2pt" o:oleicon="f" o:ole="">
            <v:imagedata r:id="rId2408" o:title="eqId60ef95894ceebaf236170e8832dcf7e3"/>
          </v:shape>
        </w:pict>
      </w:r>
      <w:r>
        <w:rPr>
          <w:rFonts w:ascii="宋体" w:eastAsia="宋体" w:hAnsi="宋体" w:cs="宋体"/>
          <w:color w:val="000000"/>
        </w:rPr>
        <w:t>与线段</w:t>
      </w:r>
      <w:r>
        <w:pict>
          <v:shape id="_x0000_i708964" type="#_x0000_t75" alt="学科网(www.zxxk.com)--教育资源门户，提供试卷、教案、课件、论文、素材以及各类教学资源下载，还有大量而丰富的教学相关资讯！" style="width:20pt;height:13pt" o:oleicon="f" o:ole="">
            <v:imagedata r:id="rId2409" o:title="eqIdd40b319212a7e7528b053e1c7097e966"/>
          </v:shape>
        </w:pict>
      </w:r>
      <w:r>
        <w:rPr>
          <w:rFonts w:ascii="宋体" w:eastAsia="宋体" w:hAnsi="宋体" w:cs="宋体"/>
          <w:color w:val="000000"/>
        </w:rPr>
        <w:t>共中点，则</w:t>
      </w:r>
      <w:r>
        <w:pict>
          <v:shape id="_x0000_i708965" type="#_x0000_t75" alt="学科网(www.zxxk.com)--教育资源门户，提供试卷、教案、课件、论文、素材以及各类教学资源下载，还有大量而丰富的教学相关资讯！" style="width:185.25pt;height:30.75pt" o:oleicon="f" o:ole="">
            <v:imagedata r:id="rId2410" o:title="eqIdab2709361a918a98c71dea626a42fe2c"/>
          </v:shape>
        </w:pict>
      </w:r>
      <w:r>
        <w:rPr>
          <w:rFonts w:ascii="宋体" w:eastAsia="宋体" w:hAnsi="宋体" w:cs="宋体"/>
          <w:color w:val="000000"/>
        </w:rPr>
        <w:t>，解得</w:t>
      </w:r>
      <w:r>
        <w:pict>
          <v:shape id="_x0000_i708966" type="#_x0000_t75" alt="学科网(www.zxxk.com)--教育资源门户，提供试卷、教案、课件、论文、素材以及各类教学资源下载，还有大量而丰富的教学相关资讯！" style="width:31.5pt;height:31.5pt" o:oleicon="f" o:ole="">
            <v:imagedata r:id="rId2411" o:title="eqId5ff5a0621dee16689fcb65a4215e8ca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若线段</w:t>
      </w:r>
      <w:r>
        <w:pict>
          <v:shape id="_x0000_i708967" type="#_x0000_t75" alt="学科网(www.zxxk.com)--教育资源门户，提供试卷、教案、课件、论文、素材以及各类教学资源下载，还有大量而丰富的教学相关资讯！" style="width:21pt;height:12.75pt" o:oleicon="f" o:ole="">
            <v:imagedata r:id="rId2412" o:title="eqId03902478df1a55bc99703210bccab910"/>
          </v:shape>
        </w:pict>
      </w:r>
      <w:r>
        <w:rPr>
          <w:rFonts w:ascii="宋体" w:eastAsia="宋体" w:hAnsi="宋体" w:cs="宋体"/>
          <w:color w:val="000000"/>
        </w:rPr>
        <w:t>与线段</w:t>
      </w:r>
      <w:r>
        <w:pict>
          <v:shape id="_x0000_i708968" type="#_x0000_t75" alt="学科网(www.zxxk.com)--教育资源门户，提供试卷、教案、课件、论文、素材以及各类教学资源下载，还有大量而丰富的教学相关资讯！" style="width:20.2pt;height:14pt" o:oleicon="f" o:ole="">
            <v:imagedata r:id="rId2413" o:title="eqId0dc5c9827dfd0be5a9c85962d6ccbfb1"/>
          </v:shape>
        </w:pict>
      </w:r>
      <w:r>
        <w:rPr>
          <w:rFonts w:ascii="宋体" w:eastAsia="宋体" w:hAnsi="宋体" w:cs="宋体"/>
          <w:color w:val="000000"/>
        </w:rPr>
        <w:t>共中点，则</w:t>
      </w:r>
      <w:r>
        <w:pict>
          <v:shape id="_x0000_i708969" type="#_x0000_t75" alt="学科网(www.zxxk.com)--教育资源门户，提供试卷、教案、课件、论文、素材以及各类教学资源下载，还有大量而丰富的教学相关资讯！" style="width:177.75pt;height:30.75pt" o:oleicon="f" o:ole="">
            <v:imagedata r:id="rId2414" o:title="eqId8ef54cfad60e0cdc7ca7853d3d237432"/>
          </v:shape>
        </w:pict>
      </w:r>
      <w:r>
        <w:rPr>
          <w:rFonts w:ascii="宋体" w:eastAsia="宋体" w:hAnsi="宋体" w:cs="宋体"/>
          <w:color w:val="000000"/>
        </w:rPr>
        <w:t>，解得</w:t>
      </w:r>
      <w:r>
        <w:pict>
          <v:shape id="_x0000_i708970" type="#_x0000_t75" alt="学科网(www.zxxk.com)--教育资源门户，提供试卷、教案、课件、论文、素材以及各类教学资源下载，还有大量而丰富的教学相关资讯！" style="width:24.75pt;height:14.25pt" o:oleicon="f" o:ole="">
            <v:imagedata r:id="rId2415" o:title="eqIdc430e1f025dc791c2e5ab17f5771988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pict>
          <v:shape id="_x0000_i708971" type="#_x0000_t75" alt="学科网(www.zxxk.com)--教育资源门户，提供试卷、教案、课件、论文、素材以及各类教学资源下载，还有大量而丰富的教学相关资讯！" style="width:53.25pt;height:30.75pt" o:oleicon="f" o:ole="">
            <v:imagedata r:id="rId2416" o:title="eqIdb6a4f96358a03dd3b082438c1dd694ff"/>
          </v:shape>
        </w:pic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0</w:t>
      </w:r>
      <w:r>
        <w:rPr>
          <w:rFonts w:ascii="宋体" w:eastAsia="宋体" w:hAnsi="宋体" w:cs="宋体"/>
          <w:color w:val="000000"/>
        </w:rPr>
        <w:t>或</w:t>
      </w:r>
      <w:r>
        <w:pict>
          <v:shape id="_x0000_i708972" type="#_x0000_t75" alt="学科网(www.zxxk.com)--教育资源门户，提供试卷、教案、课件、论文、素材以及各类教学资源下载，还有大量而丰富的教学相关资讯！" style="width:15pt;height:31.2pt" o:oleicon="f" o:ole="">
            <v:imagedata r:id="rId2417" o:title="eqId5dc0248a1c8911762d1387b5891c9ab3"/>
          </v:shape>
        </w:pict>
      </w:r>
      <w:r>
        <w:rPr>
          <w:rFonts w:ascii="宋体" w:eastAsia="宋体" w:hAnsi="宋体" w:cs="宋体"/>
          <w:color w:val="000000"/>
        </w:rPr>
        <w:t>或</w:t>
      </w:r>
      <w:r>
        <w:rPr>
          <w:rFonts w:ascii="Times New Roman" w:eastAsia="Times New Roman" w:hAnsi="Times New Roman" w:cs="Times New Roman"/>
          <w:color w:val="000000"/>
        </w:rPr>
        <w:t>7</w:t>
      </w:r>
    </w:p>
    <w:p>
      <w:pPr>
        <w:spacing w:line="360" w:lineRule="auto"/>
        <w:jc w:val="left"/>
        <w:textAlignment w:val="center"/>
        <w:rPr>
          <w:color w:val="000000"/>
        </w:rPr>
        <w:sectPr w:rsidSect="00C321EB">
          <w:headerReference w:type="even" r:id="rId406"/>
          <w:footerReference w:type="even" r:id="rId407"/>
          <w:headerReference w:type="first" r:id="rId408"/>
          <w:footerReference w:type="first" r:id="rId409"/>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本题考查了数轴上两点间的距离，数轴上线段中点表示的数，解一元一次方程等知识，灵活运用这些知识是关键，注意数形结合．</w:t>
      </w:r>
    </w:p>
    <w:p>
      <w:pPr>
        <w:pStyle w:val="Heading2"/>
      </w:pPr>
      <w:r>
        <w:t>房山区</w:t>
      </w:r>
    </w:p>
    <w:p>
      <w:pPr>
        <w:spacing w:line="360" w:lineRule="auto"/>
        <w:jc w:val="left"/>
        <w:textAlignment w:val="center"/>
        <w:rPr>
          <w:color w:val="000000"/>
        </w:rPr>
      </w:pPr>
      <w:r>
        <w:rPr>
          <w:color w:val="000000"/>
        </w:rPr>
        <w:t xml:space="preserve">25. </w:t>
      </w:r>
      <w:r>
        <w:rPr>
          <w:rFonts w:ascii="宋体" w:eastAsia="宋体" w:hAnsi="宋体" w:cs="宋体"/>
          <w:color w:val="000000"/>
        </w:rPr>
        <w:t>已知：点</w:t>
      </w:r>
      <w:r>
        <w:rPr>
          <w:rFonts w:ascii="Times New Roman" w:eastAsia="Times New Roman" w:hAnsi="Times New Roman" w:cs="Times New Roman"/>
          <w:i/>
          <w:color w:val="000000"/>
        </w:rPr>
        <w:t>O</w:t>
      </w:r>
      <w:r>
        <w:rPr>
          <w:rFonts w:ascii="宋体" w:eastAsia="宋体" w:hAnsi="宋体" w:cs="宋体"/>
          <w:color w:val="000000"/>
        </w:rPr>
        <w:t>是直线</w:t>
      </w:r>
      <w:r>
        <w:rPr>
          <w:rFonts w:ascii="Times New Roman" w:eastAsia="Times New Roman" w:hAnsi="Times New Roman" w:cs="Times New Roman"/>
          <w:i/>
          <w:color w:val="000000"/>
        </w:rPr>
        <w:t>AB</w:t>
      </w:r>
      <w:r>
        <w:rPr>
          <w:rFonts w:ascii="宋体" w:eastAsia="宋体" w:hAnsi="宋体" w:cs="宋体"/>
          <w:color w:val="000000"/>
        </w:rPr>
        <w:t>上一点，过点</w:t>
      </w:r>
      <w:r>
        <w:rPr>
          <w:rFonts w:ascii="Times New Roman" w:eastAsia="Times New Roman" w:hAnsi="Times New Roman" w:cs="Times New Roman"/>
          <w:i/>
          <w:color w:val="000000"/>
        </w:rPr>
        <w:t>O</w:t>
      </w:r>
      <w:r>
        <w:rPr>
          <w:rFonts w:ascii="宋体" w:eastAsia="宋体" w:hAnsi="宋体" w:cs="宋体"/>
          <w:color w:val="000000"/>
        </w:rPr>
        <w:t>分别画射线</w:t>
      </w:r>
      <w:r>
        <w:rPr>
          <w:rFonts w:ascii="Times New Roman" w:eastAsia="Times New Roman" w:hAnsi="Times New Roman" w:cs="Times New Roman"/>
          <w:i/>
          <w:color w:val="000000"/>
        </w:rPr>
        <w:t>OC</w:t>
      </w:r>
      <w:r>
        <w:rPr>
          <w:rFonts w:ascii="宋体" w:eastAsia="宋体" w:hAnsi="宋体" w:cs="宋体"/>
          <w:color w:val="000000"/>
        </w:rPr>
        <w:t>，</w:t>
      </w:r>
      <w:r>
        <w:rPr>
          <w:rFonts w:ascii="Times New Roman" w:eastAsia="Times New Roman" w:hAnsi="Times New Roman" w:cs="Times New Roman"/>
          <w:i/>
          <w:color w:val="000000"/>
        </w:rPr>
        <w:t>OE</w:t>
      </w:r>
      <w:r>
        <w:rPr>
          <w:rFonts w:ascii="宋体" w:eastAsia="宋体" w:hAnsi="宋体" w:cs="宋体"/>
          <w:color w:val="000000"/>
        </w:rPr>
        <w:t>，使得</w:t>
      </w:r>
      <w:r>
        <w:pict>
          <v:shape id="_x0000_i708973" type="#_x0000_t75" alt="学科网(www.zxxk.com)--教育资源门户，提供试卷、教案、课件、论文、素材以及各类教学资源下载，还有大量而丰富的教学相关资讯！" style="width:50.25pt;height:14.25pt" o:oleicon="f" o:ole="">
            <v:imagedata r:id="rId2418" o:title="eqId41259c5f73604c7e0231b4790d8a910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w:t>
      </w:r>
      <w:r>
        <w:rPr>
          <w:rFonts w:ascii="Times New Roman" w:eastAsia="Times New Roman" w:hAnsi="Times New Roman" w:cs="Times New Roman"/>
          <w:i/>
          <w:color w:val="000000"/>
        </w:rPr>
        <w:t>OD</w:t>
      </w:r>
      <w:r>
        <w:rPr>
          <w:rFonts w:ascii="宋体" w:eastAsia="宋体" w:hAnsi="宋体" w:cs="宋体"/>
          <w:color w:val="000000"/>
        </w:rPr>
        <w:t>平分</w:t>
      </w:r>
      <w:r>
        <w:pict>
          <v:shape id="_x0000_i708974" type="#_x0000_t75" alt="学科网(www.zxxk.com)--教育资源门户，提供试卷、教案、课件、论文、素材以及各类教学资源下载，还有大量而丰富的教学相关资讯！" style="width:37pt;height:13.95pt" o:oleicon="f" o:ole="">
            <v:imagedata r:id="rId2419" o:title="eqId9fed1f57a835af4e9022e27603d12d31"/>
          </v:shape>
        </w:pict>
      </w:r>
      <w:r>
        <w:rPr>
          <w:rFonts w:ascii="宋体" w:eastAsia="宋体" w:hAnsi="宋体" w:cs="宋体"/>
          <w:color w:val="000000"/>
        </w:rPr>
        <w:t>．若</w:t>
      </w:r>
      <w:r>
        <w:pict>
          <v:shape id="_x0000_i708975" type="#_x0000_t75" alt="学科网(www.zxxk.com)--教育资源门户，提供试卷、教案、课件、论文、素材以及各类教学资源下载，还有大量而丰富的教学相关资讯！" style="width:66pt;height:14.25pt" o:oleicon="f" o:ole="">
            <v:imagedata r:id="rId2420" o:title="eqId7b1dd3c503ff0b4e68f035709e34bc63"/>
          </v:shape>
        </w:pict>
      </w:r>
      <w:r>
        <w:rPr>
          <w:rFonts w:ascii="宋体" w:eastAsia="宋体" w:hAnsi="宋体" w:cs="宋体"/>
          <w:color w:val="000000"/>
        </w:rPr>
        <w:t>，求</w:t>
      </w:r>
      <w:r>
        <w:pict>
          <v:shape id="_x0000_i708976" type="#_x0000_t75" alt="学科网(www.zxxk.com)--教育资源门户，提供试卷、教案、课件、论文、素材以及各类教学资源下载，还有大量而丰富的教学相关资讯！" style="width:38pt;height:13.95pt" o:oleicon="f" o:ole="">
            <v:imagedata r:id="rId2421" o:title="eqId4cbee6d5731d6f4bb1e4f2ba3d89b7dc"/>
          </v:shape>
        </w:pict>
      </w:r>
      <w:r>
        <w:rPr>
          <w:rFonts w:ascii="宋体" w:eastAsia="宋体" w:hAnsi="宋体" w:cs="宋体"/>
          <w:color w:val="000000"/>
        </w:rPr>
        <w:t>的度数．请补全下面的解题过程（括号中填写推理的依据）．</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O</w:t>
      </w:r>
      <w:r>
        <w:rPr>
          <w:rFonts w:ascii="宋体" w:eastAsia="宋体" w:hAnsi="宋体" w:cs="宋体"/>
          <w:color w:val="000000"/>
        </w:rPr>
        <w:t>是直线</w:t>
      </w:r>
      <w:r>
        <w:rPr>
          <w:rFonts w:ascii="Times New Roman" w:eastAsia="Times New Roman" w:hAnsi="Times New Roman" w:cs="Times New Roman"/>
          <w:i/>
          <w:color w:val="000000"/>
        </w:rPr>
        <w:t>AB</w:t>
      </w:r>
      <w:r>
        <w:rPr>
          <w:rFonts w:ascii="宋体" w:eastAsia="宋体" w:hAnsi="宋体" w:cs="宋体"/>
          <w:color w:val="000000"/>
        </w:rPr>
        <w:t>上一点，</w:t>
      </w:r>
    </w:p>
    <w:p>
      <w:pPr>
        <w:spacing w:line="360" w:lineRule="auto"/>
        <w:jc w:val="left"/>
        <w:textAlignment w:val="center"/>
        <w:rPr>
          <w:color w:val="000000"/>
        </w:rPr>
      </w:pPr>
      <w:r>
        <w:rPr>
          <w:rFonts w:ascii="宋体" w:eastAsia="宋体" w:hAnsi="宋体" w:cs="宋体"/>
          <w:color w:val="000000"/>
        </w:rPr>
        <w:t>∴</w:t>
      </w:r>
      <w:r>
        <w:pict>
          <v:shape id="_x0000_i708977" type="#_x0000_t75" alt="学科网(www.zxxk.com)--教育资源门户，提供试卷、教案、课件、论文、素材以及各类教学资源下载，还有大量而丰富的教学相关资讯！" style="width:114.75pt;height:14.25pt" o:oleicon="f" o:ole="">
            <v:imagedata r:id="rId2422" o:title="eqId8da4dbfee4ed10d44b35059e702018f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78" type="#_x0000_t75" alt="学科网(www.zxxk.com)--教育资源门户，提供试卷、教案、课件、论文、素材以及各类教学资源下载，还有大量而丰富的教学相关资讯！" style="width:66pt;height:14.25pt" o:oleicon="f" o:ole="">
            <v:imagedata r:id="rId2423" o:title="eqId7b1dd3c503ff0b4e68f035709e34bc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79" type="#_x0000_t75" alt="学科网(www.zxxk.com)--教育资源门户，提供试卷、教案、课件、论文、素材以及各类教学资源下载，还有大量而丰富的教学相关资讯！" style="width:70.8pt;height:13.8pt" o:oleicon="f" o:ole="">
            <v:imagedata r:id="rId2424" o:title="eqId026ddcbab066ca12af45995525940e4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pict>
          <v:shape id="_x0000_i708980" type="#_x0000_t75" alt="学科网(www.zxxk.com)--教育资源门户，提供试卷、教案、课件、论文、素材以及各类教学资源下载，还有大量而丰富的教学相关资讯！" style="width:37pt;height:13.95pt" o:oleicon="f" o:ole="">
            <v:imagedata r:id="rId2425"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81" type="#_x0000_t75" alt="学科网(www.zxxk.com)--教育资源门户，提供试卷、教案、课件、论文、素材以及各类教学资源下载，还有大量而丰富的教学相关资讯！" style="width:93.75pt;height:30.75pt;mso-position-horizontal-relative:page;mso-position-vertical-relative:page" o:oleicon="f" o:ole="">
            <v:imagedata r:id="rId2426" o:title="eqId8cc2e411a8c06b588dea532c59d8e0db"/>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82" type="#_x0000_t75" alt="学科网(www.zxxk.com)--教育资源门户，提供试卷、教案、课件、论文、素材以及各类教学资源下载，还有大量而丰富的教学相关资讯！" style="width:48pt;height:13.95pt" o:oleicon="f" o:ole="">
            <v:imagedata r:id="rId2427" o:title="eqId45739116f428f7c6c5964de72a1fa101"/>
          </v:shape>
        </w:pic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83" type="#_x0000_t75" alt="学科网(www.zxxk.com)--教育资源门户，提供试卷、教案、课件、论文、素材以及各类教学资源下载，还有大量而丰富的教学相关资讯！" style="width:50.25pt;height:14.25pt" o:oleicon="f" o:ole="">
            <v:imagedata r:id="rId2428" o:title="eqId41259c5f73604c7e0231b4790d8a910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84" type="#_x0000_t75" alt="学科网(www.zxxk.com)--教育资源门户，提供试卷、教案、课件、论文、素材以及各类教学资源下载，还有大量而丰富的教学相关资讯！" style="width:66pt;height:14.25pt" o:oleicon="f" o:ole="">
            <v:imagedata r:id="rId2429" o:title="eqId1009c80f5e73d0b43836e18c21fc3041"/>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85" type="#_x0000_t75" alt="学科网(www.zxxk.com)--教育资源门户，提供试卷、教案、课件、论文、素材以及各类教学资源下载，还有大量而丰富的教学相关资讯！" style="width:59.05pt;height:14.15pt" o:oleicon="f" o:ole="">
            <v:imagedata r:id="rId2430" o:title="eqId4802e947fa4011e5feac64f39a1d6952"/>
          </v:shape>
        </w:pict>
      </w:r>
      <w:r>
        <w:rPr>
          <w:rFonts w:ascii="Times New Roman" w:eastAsia="Times New Roman" w:hAnsi="Times New Roman" w:cs="Times New Roman"/>
          <w:color w:val="000000"/>
          <w:u w:val="single"/>
        </w:rPr>
        <w:t xml:space="preserve">         </w:t>
      </w:r>
      <w:r>
        <w:pict>
          <v:shape id="_x0000_i708986" type="#_x0000_t75" alt="学科网(www.zxxk.com)--教育资源门户，提供试卷、教案、课件、论文、素材以及各类教学资源下载，还有大量而丰富的教学相关资讯！" style="width:18pt;height:11.7pt" o:oleicon="f" o:ole="">
            <v:imagedata r:id="rId2431" o:title="eqId5b9d4113f6a56f950ce4f85d228e5d73"/>
          </v:shape>
        </w:pic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87" type="#_x0000_t75" alt="学科网(www.zxxk.com)--教育资源门户，提供试卷、教案、课件、论文、素材以及各类教学资源下载，还有大量而丰富的教学相关资讯！" style="width:46.5pt;height:14.25pt" o:oleicon="f" o:ole="">
            <v:imagedata r:id="rId2432" o:title="eqIdb600f913d6d700bbd332b34220b78a21"/>
          </v:shape>
        </w:pict>
      </w:r>
      <w:r>
        <w:rPr>
          <w:rFonts w:ascii="Times New Roman" w:eastAsia="Times New Roman" w:hAnsi="Times New Roman" w:cs="Times New Roman"/>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66925" cy="1685925"/>
            <wp:docPr id="29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 name=""/>
                    <pic:cNvPicPr>
                      <a:picLocks noChangeAspect="1"/>
                    </pic:cNvPicPr>
                  </pic:nvPicPr>
                  <pic:blipFill>
                    <a:blip r:embed="rId2433"/>
                    <a:stretch>
                      <a:fillRect/>
                    </a:stretch>
                  </pic:blipFill>
                  <pic:spPr>
                    <a:xfrm>
                      <a:off x="0" y="0"/>
                      <a:ext cx="2066925" cy="16859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）在平面内有一点</w:t>
      </w:r>
      <w:r>
        <w:rPr>
          <w:rFonts w:ascii="Times New Roman" w:eastAsia="Times New Roman" w:hAnsi="Times New Roman" w:cs="Times New Roman"/>
          <w:i/>
          <w:color w:val="000000"/>
        </w:rPr>
        <w:t>D</w:t>
      </w:r>
      <w:r>
        <w:rPr>
          <w:rFonts w:ascii="宋体" w:eastAsia="宋体" w:hAnsi="宋体" w:cs="宋体"/>
          <w:color w:val="000000"/>
        </w:rPr>
        <w:t>，满足</w:t>
      </w:r>
      <w:r>
        <w:pict>
          <v:shape id="_x0000_i708988" type="#_x0000_t75" alt="学科网(www.zxxk.com)--教育资源门户，提供试卷、教案、课件、论文、素材以及各类教学资源下载，还有大量而丰富的教学相关资讯！" style="width:90pt;height:13.5pt" o:oleicon="f" o:ole="">
            <v:imagedata r:id="rId2434" o:title="eqId070dca60e5734051ab087b131936c8de"/>
          </v:shape>
        </w:pict>
      </w:r>
      <w:r>
        <w:rPr>
          <w:rFonts w:ascii="宋体" w:eastAsia="宋体" w:hAnsi="宋体" w:cs="宋体"/>
          <w:color w:val="000000"/>
        </w:rPr>
        <w:t>．探究：当</w:t>
      </w:r>
      <w:r>
        <w:pict>
          <v:shape id="_x0000_i708989" type="#_x0000_t75" alt="学科网(www.zxxk.com)--教育资源门户，提供试卷、教案、课件、论文、素材以及各类教学资源下载，还有大量而丰富的教学相关资讯！" style="width:131.85pt;height:20.2pt" o:oleicon="f" o:ole="">
            <v:imagedata r:id="rId2435" o:title="eqId4f67e5cc1ec42b5b722ec7533b5b836f"/>
          </v:shape>
        </w:pict>
      </w:r>
      <w:r>
        <w:rPr>
          <w:rFonts w:ascii="宋体" w:eastAsia="宋体" w:hAnsi="宋体" w:cs="宋体"/>
          <w:color w:val="000000"/>
        </w:rPr>
        <w:t>时，是否存在</w:t>
      </w:r>
      <w:r>
        <w:pict>
          <v:shape id="_x0000_i708990" type="#_x0000_t75" alt="学科网(www.zxxk.com)--教育资源门户，提供试卷、教案、课件、论文、素材以及各类教学资源下载，还有大量而丰富的教学相关资讯！" style="width:12pt;height:10.9pt" o:oleicon="f" o:ole="">
            <v:imagedata r:id="rId2436" o:title="eqIde170f206fdbbd834aad7580c727e2cc6"/>
          </v:shape>
        </w:pict>
      </w:r>
      <w:r>
        <w:rPr>
          <w:rFonts w:ascii="宋体" w:eastAsia="宋体" w:hAnsi="宋体" w:cs="宋体"/>
          <w:color w:val="000000"/>
        </w:rPr>
        <w:t>的值，使得</w:t>
      </w:r>
      <w:r>
        <w:pict>
          <v:shape id="_x0000_i708991" type="#_x0000_t75" alt="学科网(www.zxxk.com)--教育资源门户，提供试卷、教案、课件、论文、素材以及各类教学资源下载，还有大量而丰富的教学相关资讯！" style="width:83.25pt;height:14.25pt" o:oleicon="f" o:ole="">
            <v:imagedata r:id="rId2437" o:title="eqId1720ed2ee45e4ccf61d332e0339378ca"/>
          </v:shape>
        </w:pict>
      </w:r>
      <w:r>
        <w:rPr>
          <w:rFonts w:ascii="宋体" w:eastAsia="宋体" w:hAnsi="宋体" w:cs="宋体"/>
          <w:color w:val="000000"/>
        </w:rPr>
        <w:t>．若存在，请直接写出</w:t>
      </w:r>
      <w:r>
        <w:pict>
          <v:shape id="_x0000_i708992" type="#_x0000_t75" alt="学科网(www.zxxk.com)--教育资源门户，提供试卷、教案、课件、论文、素材以及各类教学资源下载，还有大量而丰富的教学相关资讯！" style="width:12pt;height:10.9pt" o:oleicon="f" o:ole="">
            <v:imagedata r:id="rId2436" o:title="eqIde170f206fdbbd834aad7580c727e2cc6"/>
          </v:shape>
        </w:pict>
      </w:r>
      <w:r>
        <w:rPr>
          <w:rFonts w:ascii="宋体" w:eastAsia="宋体" w:hAnsi="宋体" w:cs="宋体"/>
          <w:color w:val="000000"/>
        </w:rPr>
        <w:t>的值；若不存在，请说明理由．</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）角平分线的定义；</w:t>
      </w:r>
      <w:r>
        <w:rPr>
          <w:rFonts w:ascii="Times New Roman" w:eastAsia="Times New Roman" w:hAnsi="Times New Roman" w:cs="Times New Roman"/>
          <w:color w:val="000000"/>
        </w:rPr>
        <w:t>70</w:t>
      </w:r>
      <w:r>
        <w:rPr>
          <w:rFonts w:ascii="宋体" w:eastAsia="宋体" w:hAnsi="宋体" w:cs="宋体"/>
          <w:color w:val="000000"/>
        </w:rPr>
        <w:t>；垂直的定义；</w:t>
      </w:r>
      <w:r>
        <w:rPr>
          <w:rFonts w:ascii="Times New Roman" w:eastAsia="Times New Roman" w:hAnsi="Times New Roman" w:cs="Times New Roman"/>
          <w:i/>
          <w:color w:val="000000"/>
        </w:rPr>
        <w:t>DOC</w:t>
      </w:r>
      <w:r>
        <w:rPr>
          <w:rFonts w:ascii="宋体" w:eastAsia="宋体" w:hAnsi="宋体" w:cs="宋体"/>
          <w:color w:val="000000"/>
        </w:rPr>
        <w:t>；</w:t>
      </w:r>
      <w:r>
        <w:rPr>
          <w:rFonts w:ascii="Times New Roman" w:eastAsia="Times New Roman" w:hAnsi="Times New Roman" w:cs="Times New Roman"/>
          <w:i/>
          <w:color w:val="000000"/>
        </w:rPr>
        <w:t>EOC</w:t>
      </w:r>
      <w:r>
        <w:rPr>
          <w:rFonts w:ascii="宋体" w:eastAsia="宋体" w:hAnsi="宋体" w:cs="宋体"/>
          <w:color w:val="000000"/>
        </w:rPr>
        <w:t>；</w:t>
      </w:r>
      <w:r>
        <w:rPr>
          <w:rFonts w:ascii="Times New Roman" w:eastAsia="Times New Roman" w:hAnsi="Times New Roman" w:cs="Times New Roman"/>
          <w:color w:val="000000"/>
        </w:rPr>
        <w:t>160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）存在，</w:t>
      </w:r>
      <w:r>
        <w:pict>
          <v:shape id="_x0000_i708993" type="#_x0000_t75" alt="学科网(www.zxxk.com)--教育资源门户，提供试卷、教案、课件、论文、素材以及各类教学资源下载，还有大量而丰富的教学相关资讯！" style="width:12pt;height:10.9pt" o:oleicon="f" o:ole="">
            <v:imagedata r:id="rId2438" o:title="eqIde170f206fdbbd834aad7580c727e2cc6"/>
          </v:shape>
        </w:pict>
      </w:r>
      <w:r>
        <w:rPr>
          <w:rFonts w:ascii="宋体" w:eastAsia="宋体" w:hAnsi="宋体" w:cs="宋体"/>
          <w:color w:val="000000"/>
        </w:rPr>
        <w:t>的值为</w:t>
      </w:r>
      <w:r>
        <w:rPr>
          <w:rFonts w:ascii="Times New Roman" w:eastAsia="Times New Roman" w:hAnsi="Times New Roman" w:cs="Times New Roman"/>
          <w:color w:val="000000"/>
        </w:rPr>
        <w:t>120°</w:t>
      </w:r>
      <w:r>
        <w:rPr>
          <w:rFonts w:ascii="宋体" w:eastAsia="宋体" w:hAnsi="宋体" w:cs="宋体"/>
          <w:color w:val="000000"/>
        </w:rPr>
        <w:t>或</w:t>
      </w:r>
      <w:r>
        <w:rPr>
          <w:rFonts w:ascii="Times New Roman" w:eastAsia="Times New Roman" w:hAnsi="Times New Roman" w:cs="Times New Roman"/>
          <w:color w:val="000000"/>
        </w:rPr>
        <w:t>144°</w:t>
      </w:r>
      <w:r>
        <w:rPr>
          <w:rFonts w:ascii="宋体" w:eastAsia="宋体" w:hAnsi="宋体" w:cs="宋体"/>
          <w:color w:val="000000"/>
        </w:rPr>
        <w:t>或</w:t>
      </w:r>
      <w:r>
        <w:pict>
          <v:shape id="_x0000_i708994" type="#_x0000_t75" alt="学科网(www.zxxk.com)--教育资源门户，提供试卷、教案、课件、论文、素材以及各类教学资源下载，还有大量而丰富的教学相关资讯！" style="width:20.25pt;height:14.25pt" o:oleicon="f" o:ole="">
            <v:imagedata r:id="rId2439" o:title="eqId9c5b696c0ca68ec19b9127c1675051f8"/>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）根据角平分线的定义和垂直定义，结合所给解题过程进行补充即可；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）分三种情况讨论：①点</w:t>
      </w:r>
      <w:r>
        <w:rPr>
          <w:rFonts w:ascii="Times New Roman" w:eastAsia="Times New Roman" w:hAnsi="Times New Roman" w:cs="Times New Roman"/>
          <w:i/>
          <w:color w:val="000000"/>
        </w:rPr>
        <w:t>D</w:t>
      </w:r>
      <w:r>
        <w:rPr>
          <w:rFonts w:ascii="宋体" w:eastAsia="宋体" w:hAnsi="宋体" w:cs="宋体"/>
          <w:i/>
          <w:color w:val="000000"/>
        </w:rPr>
        <w:t>，</w:t>
      </w:r>
      <w:r>
        <w:rPr>
          <w:rFonts w:ascii="Times New Roman" w:eastAsia="Times New Roman" w:hAnsi="Times New Roman" w:cs="Times New Roman"/>
          <w:i/>
          <w:color w:val="000000"/>
        </w:rPr>
        <w:t>C</w:t>
      </w:r>
      <w:r>
        <w:rPr>
          <w:rFonts w:ascii="宋体" w:eastAsia="宋体" w:hAnsi="宋体" w:cs="宋体"/>
          <w:i/>
          <w:color w:val="000000"/>
        </w:rPr>
        <w:t>，</w:t>
      </w:r>
      <w:r>
        <w:rPr>
          <w:rFonts w:ascii="Times New Roman" w:eastAsia="Times New Roman" w:hAnsi="Times New Roman" w:cs="Times New Roman"/>
          <w:i/>
          <w:color w:val="000000"/>
        </w:rPr>
        <w:t>E</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上方时，②当点</w:t>
      </w:r>
      <w:r>
        <w:rPr>
          <w:rFonts w:ascii="Times New Roman" w:eastAsia="Times New Roman" w:hAnsi="Times New Roman" w:cs="Times New Roman"/>
          <w:i/>
          <w:color w:val="000000"/>
        </w:rPr>
        <w:t>D</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的下方，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上方时，③如图，当</w:t>
      </w:r>
      <w:r>
        <w:rPr>
          <w:rFonts w:ascii="Times New Roman" w:eastAsia="Times New Roman" w:hAnsi="Times New Roman" w:cs="Times New Roman"/>
          <w:i/>
          <w:color w:val="000000"/>
        </w:rPr>
        <w:t>D</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上方，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下方时，用含有</w:t>
      </w:r>
      <w:r>
        <w:rPr>
          <w:rFonts w:ascii="Cambria Math" w:eastAsia="Cambria Math" w:hAnsi="Cambria Math" w:cs="Cambria Math"/>
          <w:i/>
          <w:color w:val="000000"/>
        </w:rPr>
        <w:t>α</w:t>
      </w:r>
      <w:r>
        <w:rPr>
          <w:rFonts w:ascii="宋体" w:eastAsia="宋体" w:hAnsi="宋体" w:cs="宋体"/>
          <w:color w:val="000000"/>
        </w:rPr>
        <w:t>的式子表示出</w:t>
      </w:r>
      <w:r>
        <w:pict>
          <v:shape id="_x0000_i708995" type="#_x0000_t75" alt="学科网(www.zxxk.com)--教育资源门户，提供试卷、教案、课件、论文、素材以及各类教学资源下载，还有大量而丰富的教学相关资讯！" style="width:34pt;height:13pt;mso-position-horizontal-relative:page;mso-position-vertical-relative:page" o:oleicon="f" o:ole="">
            <v:imagedata r:id="rId2440" o:title="eqIded66570f697459aba9daa2eaf9460bcb"/>
          </v:shape>
        </w:pict>
      </w:r>
      <w:r>
        <w:rPr>
          <w:rFonts w:ascii="宋体" w:eastAsia="宋体" w:hAnsi="宋体" w:cs="宋体"/>
          <w:color w:val="000000"/>
        </w:rPr>
        <w:t>和∠</w:t>
      </w:r>
      <w:r>
        <w:rPr>
          <w:rFonts w:ascii="Times New Roman" w:eastAsia="Times New Roman" w:hAnsi="Times New Roman" w:cs="Times New Roman"/>
          <w:i/>
          <w:color w:val="000000"/>
        </w:rPr>
        <w:t>BOE</w:t>
      </w:r>
      <w:r>
        <w:rPr>
          <w:rFonts w:ascii="宋体" w:eastAsia="宋体" w:hAnsi="宋体" w:cs="宋体"/>
          <w:color w:val="000000"/>
        </w:rPr>
        <w:t>，由</w:t>
      </w:r>
      <w:r>
        <w:pict>
          <v:shape id="_x0000_i708996" type="#_x0000_t75" alt="学科网(www.zxxk.com)--教育资源门户，提供试卷、教案、课件、论文、素材以及各类教学资源下载，还有大量而丰富的教学相关资讯！" style="width:83.25pt;height:14.25pt" o:oleicon="f" o:ole="">
            <v:imagedata r:id="rId2441" o:title="eqId1720ed2ee45e4ccf61d332e0339378ca"/>
          </v:shape>
        </w:pict>
      </w:r>
      <w:r>
        <w:rPr>
          <w:rFonts w:ascii="宋体" w:eastAsia="宋体" w:hAnsi="宋体" w:cs="宋体"/>
          <w:color w:val="000000"/>
        </w:rPr>
        <w:t>列式求解即可．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是直线</w:t>
      </w:r>
      <w:r>
        <w:rPr>
          <w:rFonts w:ascii="Times New Roman" w:eastAsia="Times New Roman" w:hAnsi="Times New Roman" w:cs="Times New Roman"/>
          <w:i/>
          <w:color w:val="000000"/>
        </w:rPr>
        <w:t>AB</w:t>
      </w:r>
      <w:r>
        <w:rPr>
          <w:rFonts w:ascii="宋体" w:eastAsia="宋体" w:hAnsi="宋体" w:cs="宋体"/>
          <w:color w:val="000000"/>
        </w:rPr>
        <w:t>上一点，</w:t>
      </w:r>
    </w:p>
    <w:p>
      <w:pPr>
        <w:spacing w:line="360" w:lineRule="auto"/>
        <w:jc w:val="left"/>
        <w:textAlignment w:val="center"/>
        <w:rPr>
          <w:color w:val="000000"/>
        </w:rPr>
      </w:pPr>
      <w:r>
        <w:rPr>
          <w:rFonts w:ascii="宋体" w:eastAsia="宋体" w:hAnsi="宋体" w:cs="宋体"/>
          <w:color w:val="000000"/>
        </w:rPr>
        <w:t>∴</w:t>
      </w:r>
      <w:r>
        <w:pict>
          <v:shape id="_x0000_i708997" type="#_x0000_t75" alt="学科网(www.zxxk.com)--教育资源门户，提供试卷、教案、课件、论文、素材以及各类教学资源下载，还有大量而丰富的教学相关资讯！" style="width:114.75pt;height:14.25pt" o:oleicon="f" o:ole="">
            <v:imagedata r:id="rId2442" o:title="eqId8da4dbfee4ed10d44b35059e702018f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98" type="#_x0000_t75" alt="学科网(www.zxxk.com)--教育资源门户，提供试卷、教案、课件、论文、素材以及各类教学资源下载，还有大量而丰富的教学相关资讯！" style="width:66pt;height:14.25pt" o:oleicon="f" o:ole="">
            <v:imagedata r:id="rId2443" o:title="eqId7b1dd3c503ff0b4e68f035709e34bc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8999" type="#_x0000_t75" alt="学科网(www.zxxk.com)--教育资源门户，提供试卷、教案、课件、论文、素材以及各类教学资源下载，还有大量而丰富的教学相关资讯！" style="width:70.8pt;height:13.8pt" o:oleicon="f" o:ole="">
            <v:imagedata r:id="rId2444" o:title="eqId026ddcbab066ca12af45995525940e4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pict>
          <v:shape id="_x0000_i709000" type="#_x0000_t75" alt="学科网(www.zxxk.com)--教育资源门户，提供试卷、教案、课件、论文、素材以及各类教学资源下载，还有大量而丰富的教学相关资讯！" style="width:37pt;height:13.95pt" o:oleicon="f" o:ole="">
            <v:imagedata r:id="rId2445" o:title="eqId9fed1f57a835af4e9022e27603d12d3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01" type="#_x0000_t75" alt="学科网(www.zxxk.com)--教育资源门户，提供试卷、教案、课件、论文、素材以及各类教学资源下载，还有大量而丰富的教学相关资讯！" style="width:93.75pt;height:30.75pt;mso-position-horizontal-relative:page;mso-position-vertical-relative:page" o:oleicon="f" o:ole="">
            <v:imagedata r:id="rId2446" o:title="eqId8cc2e411a8c06b588dea532c59d8e0db"/>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角平分线的定义</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02" type="#_x0000_t75" alt="学科网(www.zxxk.com)--教育资源门户，提供试卷、教案、课件、论文、素材以及各类教学资源下载，还有大量而丰富的教学相关资讯！" style="width:48pt;height:13.95pt" o:oleicon="f" o:ole="">
            <v:imagedata r:id="rId2447" o:title="eqId45739116f428f7c6c5964de72a1fa101"/>
          </v:shape>
        </w:pict>
      </w:r>
      <w:r>
        <w:rPr>
          <w:rFonts w:ascii="Times New Roman" w:eastAsia="Times New Roman" w:hAnsi="Times New Roman" w:cs="Times New Roman"/>
          <w:color w:val="000000"/>
          <w:u w:val="single"/>
        </w:rPr>
        <w:t xml:space="preserve"> 70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03" type="#_x0000_t75" alt="学科网(www.zxxk.com)--教育资源门户，提供试卷、教案、课件、论文、素材以及各类教学资源下载，还有大量而丰富的教学相关资讯！" style="width:50.25pt;height:14.25pt" o:oleicon="f" o:ole="">
            <v:imagedata r:id="rId2448" o:title="eqId41259c5f73604c7e0231b4790d8a910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04" type="#_x0000_t75" alt="学科网(www.zxxk.com)--教育资源门户，提供试卷、教案、课件、论文、素材以及各类教学资源下载，还有大量而丰富的教学相关资讯！" style="width:66pt;height:14.25pt" o:oleicon="f" o:ole="">
            <v:imagedata r:id="rId2449" o:title="eqId1009c80f5e73d0b43836e18c21fc3041"/>
          </v:shape>
        </w:pic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u w:val="single"/>
        </w:rPr>
        <w:t>垂直的定义</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05" type="#_x0000_t75" alt="学科网(www.zxxk.com)--教育资源门户，提供试卷、教案、课件、论文、素材以及各类教学资源下载，还有大量而丰富的教学相关资讯！" style="width:59.05pt;height:14.15pt" o:oleicon="f" o:ole="">
            <v:imagedata r:id="rId2450" o:title="eqId4802e947fa4011e5feac64f39a1d6952"/>
          </v:shape>
        </w:pict>
      </w:r>
      <w:r>
        <w:rPr>
          <w:rFonts w:ascii="Times New Roman" w:eastAsia="Times New Roman" w:hAnsi="Times New Roman" w:cs="Times New Roman"/>
          <w:color w:val="000000"/>
          <w:u w:val="single"/>
        </w:rPr>
        <w:t xml:space="preserve">  </w:t>
      </w:r>
      <w:r>
        <w:rPr>
          <w:rFonts w:ascii="Times New Roman" w:eastAsia="Times New Roman" w:hAnsi="Times New Roman" w:cs="Times New Roman"/>
          <w:i/>
          <w:color w:val="000000"/>
          <w:u w:val="single"/>
        </w:rPr>
        <w:t>DOC</w:t>
      </w:r>
      <w:r>
        <w:rPr>
          <w:rFonts w:ascii="Times New Roman" w:eastAsia="Times New Roman" w:hAnsi="Times New Roman" w:cs="Times New Roman"/>
          <w:color w:val="000000"/>
          <w:u w:val="single"/>
        </w:rPr>
        <w:t xml:space="preserve">   </w:t>
      </w:r>
      <w:r>
        <w:pict>
          <v:shape id="_x0000_i709006" type="#_x0000_t75" alt="学科网(www.zxxk.com)--教育资源门户，提供试卷、教案、课件、论文、素材以及各类教学资源下载，还有大量而丰富的教学相关资讯！" style="width:18pt;height:11.7pt" o:oleicon="f" o:ole="">
            <v:imagedata r:id="rId2451" o:title="eqId5b9d4113f6a56f950ce4f85d228e5d73"/>
          </v:shape>
        </w:pict>
      </w:r>
      <w:r>
        <w:rPr>
          <w:rFonts w:ascii="Times New Roman" w:eastAsia="Times New Roman" w:hAnsi="Times New Roman" w:cs="Times New Roman"/>
          <w:color w:val="000000"/>
          <w:u w:val="single"/>
        </w:rPr>
        <w:t xml:space="preserve">  </w:t>
      </w:r>
      <w:r>
        <w:rPr>
          <w:rFonts w:ascii="Times New Roman" w:eastAsia="Times New Roman" w:hAnsi="Times New Roman" w:cs="Times New Roman"/>
          <w:i/>
          <w:color w:val="000000"/>
          <w:u w:val="single"/>
        </w:rPr>
        <w:t>EOC</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07" type="#_x0000_t75" alt="学科网(www.zxxk.com)--教育资源门户，提供试卷、教案、课件、论文、素材以及各类教学资源下载，还有大量而丰富的教学相关资讯！" style="width:46.5pt;height:14.25pt" o:oleicon="f" o:ole="">
            <v:imagedata r:id="rId2452" o:title="eqIdb600f913d6d700bbd332b34220b78a21"/>
          </v:shape>
        </w:pict>
      </w:r>
      <w:r>
        <w:rPr>
          <w:rFonts w:ascii="Times New Roman" w:eastAsia="Times New Roman" w:hAnsi="Times New Roman" w:cs="Times New Roman"/>
          <w:color w:val="000000"/>
          <w:u w:val="single"/>
        </w:rPr>
        <w:t xml:space="preserve">  160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62125" cy="1438275"/>
            <wp:docPr id="29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4" name=""/>
                    <pic:cNvPicPr>
                      <a:picLocks noChangeAspect="1"/>
                    </pic:cNvPicPr>
                  </pic:nvPicPr>
                  <pic:blipFill>
                    <a:blip r:embed="rId2453"/>
                    <a:stretch>
                      <a:fillRect/>
                    </a:stretch>
                  </pic:blipFill>
                  <pic:spPr>
                    <a:xfrm>
                      <a:off x="0" y="0"/>
                      <a:ext cx="1762125" cy="14382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故答案为：角平分线定义；</w:t>
      </w:r>
      <w:r>
        <w:rPr>
          <w:rFonts w:ascii="Times New Roman" w:eastAsia="Times New Roman" w:hAnsi="Times New Roman" w:cs="Times New Roman"/>
          <w:color w:val="000000"/>
        </w:rPr>
        <w:t>70</w:t>
      </w:r>
      <w:r>
        <w:rPr>
          <w:rFonts w:ascii="宋体" w:eastAsia="宋体" w:hAnsi="宋体" w:cs="宋体"/>
          <w:color w:val="000000"/>
        </w:rPr>
        <w:t>；垂直的定义；</w:t>
      </w:r>
      <w:r>
        <w:rPr>
          <w:rFonts w:ascii="Times New Roman" w:eastAsia="Times New Roman" w:hAnsi="Times New Roman" w:cs="Times New Roman"/>
          <w:i/>
          <w:color w:val="000000"/>
        </w:rPr>
        <w:t>DOC</w:t>
      </w:r>
      <w:r>
        <w:rPr>
          <w:rFonts w:ascii="宋体" w:eastAsia="宋体" w:hAnsi="宋体" w:cs="宋体"/>
          <w:color w:val="000000"/>
        </w:rPr>
        <w:t>；</w:t>
      </w:r>
      <w:r>
        <w:rPr>
          <w:rFonts w:ascii="Times New Roman" w:eastAsia="Times New Roman" w:hAnsi="Times New Roman" w:cs="Times New Roman"/>
          <w:i/>
          <w:color w:val="000000"/>
        </w:rPr>
        <w:t>EOC</w:t>
      </w:r>
      <w:r>
        <w:rPr>
          <w:rFonts w:ascii="宋体" w:eastAsia="宋体" w:hAnsi="宋体" w:cs="宋体"/>
          <w:color w:val="000000"/>
        </w:rPr>
        <w:t>；</w:t>
      </w:r>
      <w:r>
        <w:rPr>
          <w:rFonts w:ascii="Times New Roman" w:eastAsia="Times New Roman" w:hAnsi="Times New Roman" w:cs="Times New Roman"/>
          <w:color w:val="000000"/>
        </w:rPr>
        <w:t>160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）存在，</w:t>
      </w:r>
      <w:r>
        <w:pict>
          <v:shape id="_x0000_i709008" type="#_x0000_t75" alt="学科网(www.zxxk.com)--教育资源门户，提供试卷、教案、课件、论文、素材以及各类教学资源下载，还有大量而丰富的教学相关资讯！" style="width:41.35pt;height:14.5pt" o:oleicon="f" o:ole="">
            <v:imagedata r:id="rId2454" o:title="eqIdcff881b2f51d2bd69229797fec274852"/>
          </v:shape>
        </w:pict>
      </w:r>
      <w:r>
        <w:rPr>
          <w:rFonts w:ascii="Times New Roman" w:eastAsia="Times New Roman" w:hAnsi="Times New Roman" w:cs="Times New Roman"/>
          <w:color w:val="000000"/>
        </w:rPr>
        <w:t xml:space="preserve"> </w:t>
      </w:r>
      <w:r>
        <w:rPr>
          <w:rFonts w:ascii="宋体" w:eastAsia="宋体" w:hAnsi="宋体" w:cs="宋体"/>
          <w:color w:val="000000"/>
        </w:rPr>
        <w:t>或</w:t>
      </w:r>
      <w:r>
        <w:rPr>
          <w:rFonts w:ascii="Times New Roman" w:eastAsia="Times New Roman" w:hAnsi="Times New Roman" w:cs="Times New Roman"/>
          <w:color w:val="000000"/>
        </w:rPr>
        <w:t>144°</w:t>
      </w:r>
      <w:r>
        <w:rPr>
          <w:rFonts w:ascii="宋体" w:eastAsia="宋体" w:hAnsi="宋体" w:cs="宋体"/>
          <w:color w:val="000000"/>
        </w:rPr>
        <w:t>或</w:t>
      </w:r>
      <w:r>
        <w:pict>
          <v:shape id="_x0000_i709009" type="#_x0000_t75" alt="学科网(www.zxxk.com)--教育资源门户，提供试卷、教案、课件、论文、素材以及各类教学资源下载，还有大量而丰富的教学相关资讯！" style="width:20.25pt;height:14.25pt" o:oleicon="f" o:ole="">
            <v:imagedata r:id="rId2455" o:title="eqId9c5b696c0ca68ec19b9127c1675051f8"/>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①点</w:t>
      </w:r>
      <w:r>
        <w:rPr>
          <w:rFonts w:ascii="Times New Roman" w:eastAsia="Times New Roman" w:hAnsi="Times New Roman" w:cs="Times New Roman"/>
          <w:i/>
          <w:color w:val="000000"/>
        </w:rPr>
        <w:t>D</w:t>
      </w:r>
      <w:r>
        <w:rPr>
          <w:rFonts w:ascii="宋体" w:eastAsia="宋体" w:hAnsi="宋体" w:cs="宋体"/>
          <w:i/>
          <w:color w:val="000000"/>
        </w:rPr>
        <w:t>，</w:t>
      </w:r>
      <w:r>
        <w:rPr>
          <w:rFonts w:ascii="Times New Roman" w:eastAsia="Times New Roman" w:hAnsi="Times New Roman" w:cs="Times New Roman"/>
          <w:i/>
          <w:color w:val="000000"/>
        </w:rPr>
        <w:t>C</w:t>
      </w:r>
      <w:r>
        <w:rPr>
          <w:rFonts w:ascii="宋体" w:eastAsia="宋体" w:hAnsi="宋体" w:cs="宋体"/>
          <w:i/>
          <w:color w:val="000000"/>
        </w:rPr>
        <w:t>，</w:t>
      </w:r>
      <w:r>
        <w:rPr>
          <w:rFonts w:ascii="Times New Roman" w:eastAsia="Times New Roman" w:hAnsi="Times New Roman" w:cs="Times New Roman"/>
          <w:i/>
          <w:color w:val="000000"/>
        </w:rPr>
        <w:t>E</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上方时，如图，</w:t>
      </w:r>
    </w:p>
    <w:p>
      <w:pPr>
        <w:spacing w:line="360" w:lineRule="auto"/>
        <w:jc w:val="left"/>
        <w:textAlignment w:val="center"/>
        <w:rPr>
          <w:color w:val="000000"/>
        </w:rPr>
      </w:pPr>
      <w:r>
        <w:rPr>
          <w:color w:val="000000"/>
        </w:rPr>
        <w:drawing>
          <wp:inline>
            <wp:extent cx="1847850" cy="1000125"/>
            <wp:docPr id="29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6" name=""/>
                    <pic:cNvPicPr>
                      <a:picLocks noChangeAspect="1"/>
                    </pic:cNvPicPr>
                  </pic:nvPicPr>
                  <pic:blipFill>
                    <a:blip r:embed="rId2456"/>
                    <a:stretch>
                      <a:fillRect/>
                    </a:stretch>
                  </pic:blipFill>
                  <pic:spPr>
                    <a:xfrm>
                      <a:off x="0" y="0"/>
                      <a:ext cx="1847850" cy="10001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pict>
          <v:shape id="_x0000_i709010" type="#_x0000_t75" alt="学科网(www.zxxk.com)--教育资源门户，提供试卷、教案、课件、论文、素材以及各类教学资源下载，还有大量而丰富的教学相关资讯！" style="width:58.2pt;height:14.4pt" o:oleicon="f" o:ole="">
            <v:imagedata r:id="rId2457" o:title="eqIdfcbec8352ce3dbfbf3b173045d0ba8f2"/>
          </v:shape>
        </w:pict>
      </w:r>
      <w:r>
        <w:rPr>
          <w:rFonts w:ascii="宋体" w:eastAsia="宋体" w:hAnsi="宋体" w:cs="宋体"/>
          <w:color w:val="000000"/>
        </w:rPr>
        <w:t>，</w:t>
      </w:r>
      <w:r>
        <w:pict>
          <v:shape id="_x0000_i709011" type="#_x0000_t75" alt="学科网(www.zxxk.com)--教育资源门户，提供试卷、教案、课件、论文、素材以及各类教学资源下载，还有大量而丰富的教学相关资讯！" style="width:66pt;height:14.25pt" o:oleicon="f" o:ole="">
            <v:imagedata r:id="rId2458" o:title="eqId1009c80f5e73d0b43836e18c21fc3041"/>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12" type="#_x0000_t75" alt="学科网(www.zxxk.com)--教育资源门户，提供试卷、教案、课件、论文、素材以及各类教学资源下载，还有大量而丰富的教学相关资讯！" style="width:174pt;height:15.75pt" o:oleicon="f" o:ole="">
            <v:imagedata r:id="rId2459" o:title="eqId9a75130cfd6b1b2585c217324c854175"/>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13" type="#_x0000_t75" alt="学科网(www.zxxk.com)--教育资源门户，提供试卷、教案、课件、论文、素材以及各类教学资源下载，还有大量而丰富的教学相关资讯！" style="width:90pt;height:13.5pt" o:oleicon="f" o:ole="">
            <v:imagedata r:id="rId2460" o:title="eqId070dca60e5734051ab087b131936c8de"/>
          </v:shape>
        </w:pict>
      </w:r>
    </w:p>
    <w:p>
      <w:pPr>
        <w:spacing w:line="360" w:lineRule="auto"/>
        <w:jc w:val="left"/>
        <w:textAlignment w:val="center"/>
        <w:rPr>
          <w:color w:val="000000"/>
        </w:rPr>
      </w:pPr>
      <w:r>
        <w:rPr>
          <w:rFonts w:ascii="宋体" w:eastAsia="宋体" w:hAnsi="宋体" w:cs="宋体"/>
          <w:color w:val="000000"/>
        </w:rPr>
        <w:t>∴</w:t>
      </w:r>
      <w:r>
        <w:pict>
          <v:shape id="_x0000_i709014" type="#_x0000_t75" alt="学科网(www.zxxk.com)--教育资源门户，提供试卷、教案、课件、论文、素材以及各类教学资源下载，还有大量而丰富的教学相关资讯！" style="width:153.75pt;height:30.75pt" o:oleicon="f" o:ole="">
            <v:imagedata r:id="rId2461" o:title="eqIde756ce94376bc91b3d0d40ce4d110f88"/>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15" type="#_x0000_t75" alt="学科网(www.zxxk.com)--教育资源门户，提供试卷、教案、课件、论文、素材以及各类教学资源下载，还有大量而丰富的教学相关资讯！" style="width:83.25pt;height:14.25pt" o:oleicon="f" o:ole="">
            <v:imagedata r:id="rId2462" o:title="eqId1720ed2ee45e4ccf61d332e0339378ca"/>
          </v:shape>
        </w:pict>
      </w:r>
    </w:p>
    <w:p>
      <w:pPr>
        <w:spacing w:line="360" w:lineRule="auto"/>
        <w:jc w:val="left"/>
        <w:textAlignment w:val="center"/>
        <w:rPr>
          <w:color w:val="000000"/>
        </w:rPr>
      </w:pPr>
      <w:r>
        <w:rPr>
          <w:rFonts w:ascii="宋体" w:eastAsia="宋体" w:hAnsi="宋体" w:cs="宋体"/>
          <w:color w:val="000000"/>
        </w:rPr>
        <w:t>∴</w:t>
      </w:r>
      <w:r>
        <w:pict>
          <v:shape id="_x0000_i709016" type="#_x0000_t75" alt="学科网(www.zxxk.com)--教育资源门户，提供试卷、教案、课件、论文、素材以及各类教学资源下载，还有大量而丰富的教学相关资讯！" style="width:108pt;height:30.75pt" o:oleicon="f" o:ole="">
            <v:imagedata r:id="rId2463" o:title="eqId7af1b92c6b5a55056a7ce027f7b6c5bd"/>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17" type="#_x0000_t75" alt="学科网(www.zxxk.com)--教育资源门户，提供试卷、教案、课件、论文、素材以及各类教学资源下载，还有大量而丰富的教学相关资讯！" style="width:40.5pt;height:12.75pt" o:oleicon="f" o:ole="">
            <v:imagedata r:id="rId2464" o:title="eqId2d03f73bec20b60bc7608972607f5a9e"/>
          </v:shape>
        </w:pict>
      </w:r>
    </w:p>
    <w:p>
      <w:pPr>
        <w:spacing w:line="360" w:lineRule="auto"/>
        <w:jc w:val="left"/>
        <w:textAlignment w:val="center"/>
        <w:rPr>
          <w:color w:val="000000"/>
        </w:rPr>
      </w:pPr>
      <w:r>
        <w:rPr>
          <w:rFonts w:ascii="宋体" w:eastAsia="宋体" w:hAnsi="宋体" w:cs="宋体"/>
          <w:color w:val="000000"/>
        </w:rPr>
        <w:t>②当点</w:t>
      </w:r>
      <w:r>
        <w:rPr>
          <w:rFonts w:ascii="Times New Roman" w:eastAsia="Times New Roman" w:hAnsi="Times New Roman" w:cs="Times New Roman"/>
          <w:i/>
          <w:color w:val="000000"/>
        </w:rPr>
        <w:t>D</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的下方，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E</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上方时，如图，</w:t>
      </w:r>
    </w:p>
    <w:p>
      <w:pPr>
        <w:spacing w:line="360" w:lineRule="auto"/>
        <w:jc w:val="left"/>
        <w:textAlignment w:val="center"/>
        <w:rPr>
          <w:color w:val="000000"/>
        </w:rPr>
      </w:pPr>
      <w:r>
        <w:rPr>
          <w:color w:val="000000"/>
        </w:rPr>
        <w:drawing>
          <wp:inline>
            <wp:extent cx="1647825" cy="1162050"/>
            <wp:docPr id="29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8" name=""/>
                    <pic:cNvPicPr>
                      <a:picLocks noChangeAspect="1"/>
                    </pic:cNvPicPr>
                  </pic:nvPicPr>
                  <pic:blipFill>
                    <a:blip r:embed="rId2465"/>
                    <a:stretch>
                      <a:fillRect/>
                    </a:stretch>
                  </pic:blipFill>
                  <pic:spPr>
                    <a:xfrm>
                      <a:off x="0" y="0"/>
                      <a:ext cx="1647825" cy="11620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pict>
          <v:shape id="_x0000_i709018" type="#_x0000_t75" alt="学科网(www.zxxk.com)--教育资源门户，提供试卷、教案、课件、论文、素材以及各类教学资源下载，还有大量而丰富的教学相关资讯！" style="width:141.75pt;height:15.75pt" o:oleicon="f" o:ole="">
            <v:imagedata r:id="rId2466" o:title="eqId47d4dd894a58a111266d7fdd629b39f6"/>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19" type="#_x0000_t75" alt="学科网(www.zxxk.com)--教育资源门户，提供试卷、教案、课件、论文、素材以及各类教学资源下载，还有大量而丰富的教学相关资讯！" style="width:167.25pt;height:14.25pt" o:oleicon="f" o:ole="">
            <v:imagedata r:id="rId2467" o:title="eqId96815077038ed9dd08b7723736f805aa"/>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20" type="#_x0000_t75" alt="学科网(www.zxxk.com)--教育资源门户，提供试卷、教案、课件、论文、素材以及各类教学资源下载，还有大量而丰富的教学相关资讯！" style="width:90pt;height:13.5pt" o:oleicon="f" o:ole="">
            <v:imagedata r:id="rId2468" o:title="eqId070dca60e5734051ab087b131936c8de"/>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21" type="#_x0000_t75" alt="学科网(www.zxxk.com)--教育资源门户，提供试卷、教案、课件、论文、素材以及各类教学资源下载，还有大量而丰富的教学相关资讯！" style="width:162pt;height:30.75pt" o:oleicon="f" o:ole="">
            <v:imagedata r:id="rId2469" o:title="eqId5c978496b64d4bbd5d336b4801b69e43"/>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22" type="#_x0000_t75" alt="学科网(www.zxxk.com)--教育资源门户，提供试卷、教案、课件、论文、素材以及各类教学资源下载，还有大量而丰富的教学相关资讯！" style="width:249pt;height:30.75pt" o:oleicon="f" o:ole="">
            <v:imagedata r:id="rId2470" o:title="eqIdfe31365491f950803d216abb21f7adaf"/>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23" type="#_x0000_t75" alt="学科网(www.zxxk.com)--教育资源门户，提供试卷、教案、课件、论文、素材以及各类教学资源下载，还有大量而丰富的教学相关资讯！" style="width:84pt;height:14.25pt" o:oleicon="f" o:ole="">
            <v:imagedata r:id="rId2471" o:title="eqIdb20ac7d1f249cfd106e0a85cf2a67d94"/>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024" type="#_x0000_t75" alt="学科网(www.zxxk.com)--教育资源门户，提供试卷、教案、课件、论文、素材以及各类教学资源下载，还有大量而丰富的教学相关资讯！" style="width:159pt;height:30.75pt" o:oleicon="f" o:ole="">
            <v:imagedata r:id="rId2472" o:title="eqId93e24672045338959eab987e5fe13848"/>
          </v:shape>
        </w:pict>
      </w:r>
    </w:p>
    <w:p>
      <w:pPr>
        <w:spacing w:line="360" w:lineRule="auto"/>
        <w:jc w:val="left"/>
        <w:textAlignment w:val="center"/>
        <w:rPr>
          <w:color w:val="000000"/>
        </w:rPr>
      </w:pPr>
      <w:r>
        <w:rPr>
          <w:rFonts w:ascii="宋体" w:eastAsia="宋体" w:hAnsi="宋体" w:cs="宋体"/>
          <w:color w:val="000000"/>
        </w:rPr>
        <w:t>∴</w:t>
      </w:r>
      <w:r>
        <w:pict>
          <v:shape id="_x0000_i709025" type="#_x0000_t75" alt="学科网(www.zxxk.com)--教育资源门户，提供试卷、教案、课件、论文、素材以及各类教学资源下载，还有大量而丰富的教学相关资讯！" style="width:41pt;height:13pt" o:oleicon="f" o:ole="">
            <v:imagedata r:id="rId2473" o:title="eqId66a1334a0ba0484908cc6651b16c8ad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③如图，当</w:t>
      </w:r>
      <w:r>
        <w:rPr>
          <w:rFonts w:ascii="Times New Roman" w:eastAsia="Times New Roman" w:hAnsi="Times New Roman" w:cs="Times New Roman"/>
          <w:i/>
          <w:color w:val="000000"/>
        </w:rPr>
        <w:t>D</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上方，</w:t>
      </w:r>
      <w:r>
        <w:rPr>
          <w:rFonts w:ascii="Times New Roman" w:eastAsia="Times New Roman" w:hAnsi="Times New Roman" w:cs="Times New Roman"/>
          <w:i/>
          <w:color w:val="000000"/>
        </w:rPr>
        <w:t>E</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w:t>
      </w:r>
      <w:r>
        <w:rPr>
          <w:rFonts w:ascii="Times New Roman" w:eastAsia="Times New Roman" w:hAnsi="Times New Roman" w:cs="Times New Roman"/>
          <w:i/>
          <w:color w:val="000000"/>
        </w:rPr>
        <w:t>AB</w:t>
      </w:r>
      <w:r>
        <w:rPr>
          <w:rFonts w:ascii="宋体" w:eastAsia="宋体" w:hAnsi="宋体" w:cs="宋体"/>
          <w:color w:val="000000"/>
        </w:rPr>
        <w:t>下方时，</w:t>
      </w:r>
    </w:p>
    <w:p>
      <w:pPr>
        <w:spacing w:line="360" w:lineRule="auto"/>
        <w:jc w:val="left"/>
        <w:textAlignment w:val="center"/>
        <w:rPr>
          <w:color w:val="000000"/>
        </w:rPr>
      </w:pPr>
      <w:r>
        <w:rPr>
          <w:color w:val="000000"/>
        </w:rPr>
        <w:drawing>
          <wp:inline>
            <wp:extent cx="2219325" cy="1400175"/>
            <wp:docPr id="297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 name=""/>
                    <pic:cNvPicPr>
                      <a:picLocks noChangeAspect="1"/>
                    </pic:cNvPicPr>
                  </pic:nvPicPr>
                  <pic:blipFill>
                    <a:blip r:embed="rId2474"/>
                    <a:stretch>
                      <a:fillRect/>
                    </a:stretch>
                  </pic:blipFill>
                  <pic:spPr>
                    <a:xfrm>
                      <a:off x="0" y="0"/>
                      <a:ext cx="2219325" cy="14001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同理可得：</w:t>
      </w:r>
      <w:r>
        <w:pict>
          <v:shape id="_x0000_i709026" type="#_x0000_t75" alt="学科网(www.zxxk.com)--教育资源门户，提供试卷、教案、课件、论文、素材以及各类教学资源下载，还有大量而丰富的教学相关资讯！" style="width:220.05pt;height:31.15pt" o:oleicon="f" o:ole="">
            <v:imagedata r:id="rId2475" o:title="eqId8bc5e0e479443cb5333ce4b319a4666e"/>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027" type="#_x0000_t75" alt="学科网(www.zxxk.com)--教育资源门户，提供试卷、教案、课件、论文、素材以及各类教学资源下载，还有大量而丰富的教学相关资讯！" style="width:193.75pt;height:31.15pt" o:oleicon="f" o:ole="">
            <v:imagedata r:id="rId2476" o:title="eqId2da75b59a00d26ed6945fabc893db57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028" type="#_x0000_t75" alt="学科网(www.zxxk.com)--教育资源门户，提供试卷、教案、课件、论文、素材以及各类教学资源下载，还有大量而丰富的教学相关资讯！" style="width:9.75pt;height:8.25pt" o:oleicon="f" o:ole="">
            <v:imagedata r:id="rId2477" o:title="eqId16f3d198e76391779fa3badc848c8ac8"/>
          </v:shape>
        </w:pict>
      </w:r>
      <w:r>
        <w:rPr>
          <w:rFonts w:ascii="Times New Roman" w:eastAsia="Times New Roman" w:hAnsi="Times New Roman" w:cs="Times New Roman"/>
          <w:color w:val="000000"/>
        </w:rPr>
        <w:t xml:space="preserve"> </w:t>
      </w:r>
      <w:r>
        <w:pict>
          <v:shape id="_x0000_i709029" type="#_x0000_t75" alt="学科网(www.zxxk.com)--教育资源门户，提供试卷、教案、课件、论文、素材以及各类教学资源下载，还有大量而丰富的教学相关资讯！" style="width:83.25pt;height:14.25pt" o:oleicon="f" o:ole="">
            <v:imagedata r:id="rId2478" o:title="eqId1720ed2ee45e4ccf61d332e0339378ca"/>
          </v:shape>
        </w:pict>
      </w:r>
      <w:r>
        <w:rPr>
          <w:rFonts w:ascii="宋体" w:eastAsia="宋体" w:hAnsi="宋体" w:cs="宋体"/>
          <w:color w:val="000000"/>
        </w:rPr>
        <w:t>，</w:t>
      </w:r>
    </w:p>
    <w:p>
      <w:pPr>
        <w:spacing w:line="360" w:lineRule="auto"/>
        <w:jc w:val="left"/>
        <w:textAlignment w:val="center"/>
        <w:rPr>
          <w:color w:val="000000"/>
        </w:rPr>
      </w:pPr>
      <w:r>
        <w:pict>
          <v:shape id="_x0000_i709030" type="#_x0000_t75" alt="学科网(www.zxxk.com)--教育资源门户，提供试卷、教案、课件、论文、素材以及各类教学资源下载，还有大量而丰富的教学相关资讯！" style="width:114.05pt;height:31.15pt" o:oleicon="f" o:ole="">
            <v:imagedata r:id="rId2479" o:title="eqId93b7fb32109da9ec2f95625e38bebad6"/>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解得：</w:t>
      </w:r>
      <w:r>
        <w:pict>
          <v:shape id="_x0000_i709031" type="#_x0000_t75" alt="学科网(www.zxxk.com)--教育资源门户，提供试卷、教案、课件、论文、素材以及各类教学资源下载，还有大量而丰富的教学相关资讯！" style="width:44.1pt;height:13.75pt" o:oleicon="f" o:ole="">
            <v:imagedata r:id="rId2480" o:title="eqId3d4b242c073399eb7fd82b3a66c85aa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综上，</w:t>
      </w:r>
      <w:r>
        <w:pict>
          <v:shape id="_x0000_i709032" type="#_x0000_t75" alt="学科网(www.zxxk.com)--教育资源门户，提供试卷、教案、课件、论文、素材以及各类教学资源下载，还有大量而丰富的教学相关资讯！" style="width:12pt;height:10.9pt" o:oleicon="f" o:ole="">
            <v:imagedata r:id="rId2481" o:title="eqIde170f206fdbbd834aad7580c727e2cc6"/>
          </v:shape>
        </w:pict>
      </w:r>
      <w:r>
        <w:rPr>
          <w:rFonts w:ascii="宋体" w:eastAsia="宋体" w:hAnsi="宋体" w:cs="宋体"/>
          <w:color w:val="000000"/>
        </w:rPr>
        <w:t>的值为</w:t>
      </w:r>
      <w:r>
        <w:rPr>
          <w:rFonts w:ascii="Times New Roman" w:eastAsia="Times New Roman" w:hAnsi="Times New Roman" w:cs="Times New Roman"/>
          <w:color w:val="000000"/>
        </w:rPr>
        <w:t>120°</w:t>
      </w:r>
      <w:r>
        <w:rPr>
          <w:rFonts w:ascii="宋体" w:eastAsia="宋体" w:hAnsi="宋体" w:cs="宋体"/>
          <w:color w:val="000000"/>
        </w:rPr>
        <w:t>或</w:t>
      </w:r>
      <w:r>
        <w:rPr>
          <w:rFonts w:ascii="Times New Roman" w:eastAsia="Times New Roman" w:hAnsi="Times New Roman" w:cs="Times New Roman"/>
          <w:color w:val="000000"/>
        </w:rPr>
        <w:t>144°</w:t>
      </w:r>
      <w:r>
        <w:rPr>
          <w:rFonts w:ascii="宋体" w:eastAsia="宋体" w:hAnsi="宋体" w:cs="宋体"/>
          <w:color w:val="000000"/>
        </w:rPr>
        <w:t>或</w:t>
      </w:r>
      <w:r>
        <w:pict>
          <v:shape id="_x0000_i709033" type="#_x0000_t75" alt="学科网(www.zxxk.com)--教育资源门户，提供试卷、教案、课件、论文、素材以及各类教学资源下载，还有大量而丰富的教学相关资讯！" style="width:20.25pt;height:14.25pt" o:oleicon="f" o:ole="">
            <v:imagedata r:id="rId2482" o:title="eqId9c5b696c0ca68ec19b9127c1675051f8"/>
          </v:shape>
        </w:pict>
      </w:r>
    </w:p>
    <w:p>
      <w:pPr>
        <w:spacing w:line="360" w:lineRule="auto"/>
        <w:jc w:val="left"/>
        <w:textAlignment w:val="center"/>
        <w:rPr>
          <w:color w:val="000000"/>
        </w:rPr>
      </w:pPr>
      <w:r>
        <w:rPr>
          <w:color w:val="000000"/>
        </w:rPr>
        <w:t>【点睛】</w:t>
      </w:r>
      <w:r>
        <w:rPr>
          <w:rFonts w:ascii="宋体" w:eastAsia="宋体" w:hAnsi="宋体" w:cs="宋体"/>
          <w:color w:val="000000"/>
        </w:rPr>
        <w:t>本题主要考查角平分线和补角，熟练掌握角平分线的定义和补角的定义是解题的关键．</w:t>
      </w:r>
    </w:p>
    <w:p>
      <w:pPr>
        <w:spacing w:line="360" w:lineRule="auto"/>
        <w:jc w:val="left"/>
        <w:textAlignment w:val="center"/>
        <w:rPr>
          <w:color w:val="000000"/>
        </w:rPr>
      </w:pPr>
      <w:r>
        <w:rPr>
          <w:color w:val="000000"/>
        </w:rPr>
        <w:t xml:space="preserve">26. </w:t>
      </w:r>
      <w:r>
        <w:rPr>
          <w:rFonts w:ascii="宋体" w:eastAsia="宋体" w:hAnsi="宋体" w:cs="宋体"/>
          <w:color w:val="000000"/>
        </w:rPr>
        <w:t>定义：点</w:t>
      </w:r>
      <w:r>
        <w:rPr>
          <w:rFonts w:ascii="Times New Roman" w:eastAsia="Times New Roman" w:hAnsi="Times New Roman" w:cs="Times New Roman"/>
          <w:i/>
          <w:color w:val="000000"/>
        </w:rPr>
        <w:t>C</w:t>
      </w:r>
      <w:r>
        <w:rPr>
          <w:rFonts w:ascii="宋体" w:eastAsia="宋体" w:hAnsi="宋体" w:cs="宋体"/>
          <w:color w:val="000000"/>
        </w:rPr>
        <w:t>在线段</w:t>
      </w:r>
      <w:r>
        <w:rPr>
          <w:rFonts w:ascii="Times New Roman" w:eastAsia="Times New Roman" w:hAnsi="Times New Roman" w:cs="Times New Roman"/>
          <w:i/>
          <w:color w:val="000000"/>
        </w:rPr>
        <w:t>AB</w:t>
      </w:r>
      <w:r>
        <w:rPr>
          <w:rFonts w:ascii="宋体" w:eastAsia="宋体" w:hAnsi="宋体" w:cs="宋体"/>
          <w:color w:val="000000"/>
        </w:rPr>
        <w:t>上，若点</w:t>
      </w:r>
      <w:r>
        <w:rPr>
          <w:rFonts w:ascii="Times New Roman" w:eastAsia="Times New Roman" w:hAnsi="Times New Roman" w:cs="Times New Roman"/>
          <w:i/>
          <w:color w:val="000000"/>
        </w:rPr>
        <w:t>C</w:t>
      </w:r>
      <w:r>
        <w:rPr>
          <w:rFonts w:ascii="宋体" w:eastAsia="宋体" w:hAnsi="宋体" w:cs="宋体"/>
          <w:color w:val="000000"/>
        </w:rPr>
        <w:t>到线段</w:t>
      </w:r>
      <w:r>
        <w:rPr>
          <w:rFonts w:ascii="Times New Roman" w:eastAsia="Times New Roman" w:hAnsi="Times New Roman" w:cs="Times New Roman"/>
          <w:i/>
          <w:color w:val="000000"/>
        </w:rPr>
        <w:t>AB</w:t>
      </w:r>
      <w:r>
        <w:rPr>
          <w:rFonts w:ascii="宋体" w:eastAsia="宋体" w:hAnsi="宋体" w:cs="宋体"/>
          <w:color w:val="000000"/>
        </w:rPr>
        <w:t>两个端点的距离成二倍关系时，则称点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的闭二倍关联点．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）如图，若点</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w:t>
      </w:r>
      <w:r>
        <w:rPr>
          <w:rFonts w:ascii="Times New Roman" w:eastAsia="Times New Roman" w:hAnsi="Times New Roman" w:cs="Times New Roman"/>
          <w:color w:val="000000"/>
        </w:rPr>
        <w:t>5</w:t>
      </w:r>
      <w:r>
        <w:rPr>
          <w:rFonts w:ascii="宋体" w:eastAsia="宋体" w:hAnsi="宋体" w:cs="宋体"/>
          <w:color w:val="000000"/>
        </w:rPr>
        <w:t>，下列各数</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所对应的点分别为</w:t>
      </w:r>
      <w:r>
        <w:pict>
          <v:shape id="_x0000_i709034" type="#_x0000_t75" alt="学科网(www.zxxk.com)--教育资源门户，提供试卷、教案、课件、论文、素材以及各类教学资源下载，还有大量而丰富的教学相关资讯！" style="width:12pt;height:15.75pt" o:oleicon="f" o:ole="">
            <v:imagedata r:id="rId2483" o:title="eqIdb1241216f3c1cb5e73043dd1037f556d"/>
          </v:shape>
        </w:pict>
      </w:r>
      <w:r>
        <w:rPr>
          <w:rFonts w:ascii="宋体" w:eastAsia="宋体" w:hAnsi="宋体" w:cs="宋体"/>
          <w:color w:val="000000"/>
        </w:rPr>
        <w:t>，</w:t>
      </w:r>
      <w:r>
        <w:pict>
          <v:shape id="_x0000_i709035" type="#_x0000_t75" alt="学科网(www.zxxk.com)--教育资源门户，提供试卷、教案、课件、论文、素材以及各类教学资源下载，还有大量而丰富的教学相关资讯！" style="width:15pt;height:18pt" o:oleicon="f" o:ole="">
            <v:imagedata r:id="rId2484" o:title="eqId23f3ffe7abc59e2f65d827c8eab8d36a"/>
          </v:shape>
        </w:pict>
      </w:r>
      <w:r>
        <w:rPr>
          <w:rFonts w:ascii="宋体" w:eastAsia="宋体" w:hAnsi="宋体" w:cs="宋体"/>
          <w:color w:val="000000"/>
        </w:rPr>
        <w:t>，</w:t>
      </w:r>
      <w:r>
        <w:pict>
          <v:shape id="_x0000_i709036" type="#_x0000_t75" alt="学科网(www.zxxk.com)--教育资源门户，提供试卷、教案、课件、论文、素材以及各类教学资源下载，还有大量而丰富的教学相关资讯！" style="width:12.75pt;height:15.75pt" o:oleicon="f" o:ole="">
            <v:imagedata r:id="rId2485" o:title="eqIdab94459e87c666facddbe1a23ae1899d"/>
          </v:shape>
        </w:pict>
      </w:r>
      <w:r>
        <w:rPr>
          <w:rFonts w:ascii="宋体" w:eastAsia="宋体" w:hAnsi="宋体" w:cs="宋体"/>
          <w:color w:val="000000"/>
        </w:rPr>
        <w:t>，则其中是线段</w:t>
      </w:r>
      <w:r>
        <w:rPr>
          <w:rFonts w:ascii="Times New Roman" w:eastAsia="Times New Roman" w:hAnsi="Times New Roman" w:cs="Times New Roman"/>
          <w:i/>
          <w:color w:val="000000"/>
        </w:rPr>
        <w:t>AB</w:t>
      </w:r>
      <w:r>
        <w:rPr>
          <w:rFonts w:ascii="宋体" w:eastAsia="宋体" w:hAnsi="宋体" w:cs="宋体"/>
          <w:color w:val="000000"/>
        </w:rPr>
        <w:t>的闭二倍关联点的是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3190875" cy="428625"/>
            <wp:docPr id="298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 name=""/>
                    <pic:cNvPicPr>
                      <a:picLocks noChangeAspect="1"/>
                    </pic:cNvPicPr>
                  </pic:nvPicPr>
                  <pic:blipFill>
                    <a:blip r:embed="rId2486"/>
                    <a:stretch>
                      <a:fillRect/>
                    </a:stretch>
                  </pic:blipFill>
                  <pic:spPr>
                    <a:xfrm>
                      <a:off x="0" y="0"/>
                      <a:ext cx="3190875" cy="4286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的闭二倍关联点</w:t>
      </w:r>
      <w:r>
        <w:rPr>
          <w:rFonts w:ascii="Times New Roman" w:eastAsia="Times New Roman" w:hAnsi="Times New Roman" w:cs="Times New Roman"/>
          <w:i/>
          <w:color w:val="000000"/>
        </w:rPr>
        <w:t>C</w:t>
      </w:r>
      <w:r>
        <w:rPr>
          <w:rFonts w:ascii="宋体" w:eastAsia="宋体" w:hAnsi="宋体" w:cs="宋体"/>
          <w:color w:val="000000"/>
        </w:rPr>
        <w:t>表示的数为</w:t>
      </w:r>
      <w:r>
        <w:rPr>
          <w:rFonts w:ascii="Times New Roman" w:eastAsia="Times New Roman" w:hAnsi="Times New Roman" w:cs="Times New Roman"/>
          <w:color w:val="000000"/>
        </w:rPr>
        <w:t>2</w:t>
      </w:r>
      <w:r>
        <w:rPr>
          <w:rFonts w:ascii="宋体" w:eastAsia="宋体" w:hAnsi="宋体" w:cs="宋体"/>
          <w:color w:val="000000"/>
        </w:rPr>
        <w:t>，则点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表示的数分别是</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为数轴原点，点</w:t>
      </w:r>
      <w:r>
        <w:rPr>
          <w:rFonts w:ascii="Times New Roman" w:eastAsia="Times New Roman" w:hAnsi="Times New Roman" w:cs="Times New Roman"/>
          <w:i/>
          <w:color w:val="000000"/>
        </w:rPr>
        <w:t>B</w:t>
      </w:r>
      <w:r>
        <w:rPr>
          <w:rFonts w:ascii="宋体" w:eastAsia="宋体" w:hAnsi="宋体" w:cs="宋体"/>
          <w:color w:val="000000"/>
        </w:rPr>
        <w:t>为线段</w:t>
      </w:r>
      <w:r>
        <w:rPr>
          <w:rFonts w:ascii="Times New Roman" w:eastAsia="Times New Roman" w:hAnsi="Times New Roman" w:cs="Times New Roman"/>
          <w:i/>
          <w:color w:val="000000"/>
        </w:rPr>
        <w:t>CD</w:t>
      </w:r>
      <w:r>
        <w:rPr>
          <w:rFonts w:ascii="宋体" w:eastAsia="宋体" w:hAnsi="宋体" w:cs="宋体"/>
          <w:color w:val="000000"/>
        </w:rPr>
        <w:t>上一点．设点</w:t>
      </w:r>
      <w:r>
        <w:rPr>
          <w:rFonts w:ascii="Times New Roman" w:eastAsia="Times New Roman" w:hAnsi="Times New Roman" w:cs="Times New Roman"/>
          <w:i/>
          <w:color w:val="000000"/>
        </w:rPr>
        <w:t>M</w:t>
      </w:r>
      <w:r>
        <w:rPr>
          <w:rFonts w:ascii="宋体" w:eastAsia="宋体" w:hAnsi="宋体" w:cs="宋体"/>
          <w:color w:val="000000"/>
        </w:rPr>
        <w:t>表示的数为</w:t>
      </w:r>
      <w:r>
        <w:rPr>
          <w:rFonts w:ascii="Times New Roman" w:eastAsia="Times New Roman" w:hAnsi="Times New Roman" w:cs="Times New Roman"/>
          <w:i/>
          <w:color w:val="000000"/>
        </w:rPr>
        <w:t>m</w:t>
      </w:r>
      <w:r>
        <w:rPr>
          <w:rFonts w:ascii="宋体" w:eastAsia="宋体" w:hAnsi="宋体" w:cs="宋体"/>
          <w:color w:val="000000"/>
        </w:rPr>
        <w:t>．若点</w:t>
      </w:r>
      <w:r>
        <w:rPr>
          <w:rFonts w:ascii="Times New Roman" w:eastAsia="Times New Roman" w:hAnsi="Times New Roman" w:cs="Times New Roman"/>
          <w:i/>
          <w:color w:val="000000"/>
        </w:rPr>
        <w:t>M</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的闭二倍关联点，求</w:t>
      </w:r>
      <w:r>
        <w:rPr>
          <w:rFonts w:ascii="Times New Roman" w:eastAsia="Times New Roman" w:hAnsi="Times New Roman" w:cs="Times New Roman"/>
          <w:i/>
          <w:color w:val="000000"/>
        </w:rPr>
        <w:t>m</w:t>
      </w:r>
      <w:r>
        <w:rPr>
          <w:rFonts w:ascii="宋体" w:eastAsia="宋体" w:hAnsi="宋体" w:cs="宋体"/>
          <w:color w:val="000000"/>
        </w:rPr>
        <w:t>的取值范围．</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9037" type="#_x0000_t75" alt="学科网(www.zxxk.com)--教育资源门户，提供试卷、教案、课件、论文、素材以及各类教学资源下载，还有大量而丰富的教学相关资讯！" style="width:15pt;height:18pt" o:oleicon="f" o:ole="">
            <v:imagedata r:id="rId2487" o:title="eqId23f3ffe7abc59e2f65d827c8eab8d36a"/>
          </v:shape>
        </w:pict>
      </w:r>
      <w:r>
        <w:rPr>
          <w:rFonts w:ascii="宋体" w:eastAsia="宋体" w:hAnsi="宋体" w:cs="宋体"/>
          <w:color w:val="000000"/>
        </w:rPr>
        <w:t>和</w:t>
      </w:r>
      <w:r>
        <w:pict>
          <v:shape id="_x0000_i709038" type="#_x0000_t75" alt="学科网(www.zxxk.com)--教育资源门户，提供试卷、教案、课件、论文、素材以及各类教学资源下载，还有大量而丰富的教学相关资讯！" style="width:12.75pt;height:15.75pt" o:oleicon="f" o:ole="">
            <v:imagedata r:id="rId2488" o:title="eqIdab94459e87c666facddbe1a23ae1899d"/>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3.5</w:t>
      </w:r>
      <w:r>
        <w:rPr>
          <w:rFonts w:ascii="宋体" w:eastAsia="宋体" w:hAnsi="宋体" w:cs="宋体"/>
          <w:color w:val="000000"/>
        </w:rPr>
        <w:t>或</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9039" type="#_x0000_t75" alt="学科网(www.zxxk.com)--教育资源门户，提供试卷、教案、课件、论文、素材以及各类教学资源下载，还有大量而丰富的教学相关资讯！" style="width:48.25pt;height:14.25pt" o:oleicon="f" o:ole="">
            <v:imagedata r:id="rId2489" o:title="eqIdd2a3adf1300fbef4de6b745bd2c6f734"/>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）首先点</w:t>
      </w:r>
      <w:r>
        <w:pict>
          <v:shape id="_x0000_i709040" type="#_x0000_t75" alt="学科网(www.zxxk.com)--教育资源门户，提供试卷、教案、课件、论文、素材以及各类教学资源下载，还有大量而丰富的教学相关资讯！" style="width:12pt;height:15.75pt" o:oleicon="f" o:ole="">
            <v:imagedata r:id="rId2490" o:title="eqIdb1241216f3c1cb5e73043dd1037f556d"/>
          </v:shape>
        </w:pict>
      </w:r>
      <w:r>
        <w:rPr>
          <w:rFonts w:ascii="宋体" w:eastAsia="宋体" w:hAnsi="宋体" w:cs="宋体"/>
          <w:color w:val="000000"/>
        </w:rPr>
        <w:t>不在线段</w:t>
      </w:r>
      <w:r>
        <w:rPr>
          <w:rFonts w:ascii="Times New Roman" w:eastAsia="Times New Roman" w:hAnsi="Times New Roman" w:cs="Times New Roman"/>
          <w:i/>
          <w:color w:val="000000"/>
        </w:rPr>
        <w:t>AB</w:t>
      </w:r>
      <w:r>
        <w:rPr>
          <w:rFonts w:ascii="宋体" w:eastAsia="宋体" w:hAnsi="宋体" w:cs="宋体"/>
          <w:color w:val="000000"/>
        </w:rPr>
        <w:t>上，即点</w:t>
      </w:r>
      <w:r>
        <w:pict>
          <v:shape id="_x0000_i709041" type="#_x0000_t75" alt="学科网(www.zxxk.com)--教育资源门户，提供试卷、教案、课件、论文、素材以及各类教学资源下载，还有大量而丰富的教学相关资讯！" style="width:12pt;height:15.75pt" o:oleicon="f" o:ole="">
            <v:imagedata r:id="rId2490" o:title="eqIdb1241216f3c1cb5e73043dd1037f556d"/>
          </v:shape>
        </w:pict>
      </w:r>
      <w:r>
        <w:rPr>
          <w:rFonts w:ascii="宋体" w:eastAsia="宋体" w:hAnsi="宋体" w:cs="宋体"/>
          <w:color w:val="000000"/>
        </w:rPr>
        <w:t>不是线段</w:t>
      </w:r>
      <w:r>
        <w:rPr>
          <w:rFonts w:ascii="Times New Roman" w:eastAsia="Times New Roman" w:hAnsi="Times New Roman" w:cs="Times New Roman"/>
          <w:i/>
          <w:color w:val="000000"/>
        </w:rPr>
        <w:t>AB</w:t>
      </w:r>
      <w:r>
        <w:rPr>
          <w:rFonts w:ascii="宋体" w:eastAsia="宋体" w:hAnsi="宋体" w:cs="宋体"/>
          <w:color w:val="000000"/>
        </w:rPr>
        <w:t>的闭二倍关联点；然后求出</w:t>
      </w:r>
      <w:r>
        <w:pict>
          <v:shape id="_x0000_i709042" type="#_x0000_t75" alt="学科网(www.zxxk.com)--教育资源门户，提供试卷、教案、课件、论文、素材以及各类教学资源下载，还有大量而丰富的教学相关资讯！" style="width:91.8pt;height:19.8pt" o:oleicon="f" o:ole="">
            <v:imagedata r:id="rId2491" o:title="eqId4e889b1cba558d3457e1efb980ec09fc"/>
          </v:shape>
        </w:pict>
      </w:r>
      <w:r>
        <w:rPr>
          <w:rFonts w:ascii="宋体" w:eastAsia="宋体" w:hAnsi="宋体" w:cs="宋体"/>
          <w:color w:val="000000"/>
        </w:rPr>
        <w:t>，</w:t>
      </w:r>
      <w:r>
        <w:pict>
          <v:shape id="_x0000_i709043" type="#_x0000_t75" alt="学科网(www.zxxk.com)--教育资源门户，提供试卷、教案、课件、论文、素材以及各类教学资源下载，还有大量而丰富的教学相关资讯！" style="width:75pt;height:18pt" o:oleicon="f" o:ole="">
            <v:imagedata r:id="rId2492" o:title="eqIdd4da41bcbf05a270ee203da29f5dee93"/>
          </v:shape>
        </w:pict>
      </w:r>
      <w:r>
        <w:rPr>
          <w:rFonts w:ascii="宋体" w:eastAsia="宋体" w:hAnsi="宋体" w:cs="宋体"/>
          <w:color w:val="000000"/>
        </w:rPr>
        <w:t>，得到</w:t>
      </w:r>
      <w:r>
        <w:pict>
          <v:shape id="_x0000_i709044" type="#_x0000_t75" alt="学科网(www.zxxk.com)--教育资源门户，提供试卷、教案、课件、论文、素材以及各类教学资源下载，还有大量而丰富的教学相关资讯！" style="width:63pt;height:18pt" o:oleicon="f" o:ole="">
            <v:imagedata r:id="rId2493" o:title="eqIdb15fe74d1e0ed62c2eba2744f4b9074c"/>
          </v:shape>
        </w:pict>
      </w:r>
      <w:r>
        <w:rPr>
          <w:rFonts w:ascii="宋体" w:eastAsia="宋体" w:hAnsi="宋体" w:cs="宋体"/>
          <w:color w:val="000000"/>
        </w:rPr>
        <w:t>，则点</w:t>
      </w:r>
      <w:r>
        <w:pict>
          <v:shape id="_x0000_i709045" type="#_x0000_t75" alt="学科网(www.zxxk.com)--教育资源门户，提供试卷、教案、课件、论文、素材以及各类教学资源下载，还有大量而丰富的教学相关资讯！" style="width:15pt;height:18pt" o:oleicon="f" o:ole="">
            <v:imagedata r:id="rId2494" o:title="eqId23f3ffe7abc59e2f65d827c8eab8d36a"/>
          </v:shape>
        </w:pic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的闭二倍关联点，同理即可判断点</w:t>
      </w:r>
      <w:r>
        <w:pict>
          <v:shape id="_x0000_i709046" type="#_x0000_t75" alt="学科网(www.zxxk.com)--教育资源门户，提供试卷、教案、课件、论文、素材以及各类教学资源下载，还有大量而丰富的教学相关资讯！" style="width:12.75pt;height:15.75pt" o:oleicon="f" o:ole="">
            <v:imagedata r:id="rId2495" o:title="eqIdab94459e87c666facddbe1a23ae1899d"/>
          </v:shape>
        </w:pic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的闭二倍关联点；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，然后求出</w:t>
      </w:r>
      <w:r>
        <w:pict>
          <v:shape id="_x0000_i709047" type="#_x0000_t75" alt="学科网(www.zxxk.com)--教育资源门户，提供试卷、教案、课件、论文、素材以及各类教学资源下载，还有大量而丰富的教学相关资讯！" style="width:88.2pt;height:19.8pt" o:oleicon="f" o:ole="">
            <v:imagedata r:id="rId2496" o:title="eqIdba2317e94c33d4956349914ed1a497e2"/>
          </v:shape>
        </w:pict>
      </w:r>
      <w:r>
        <w:rPr>
          <w:rFonts w:ascii="宋体" w:eastAsia="宋体" w:hAnsi="宋体" w:cs="宋体"/>
          <w:color w:val="000000"/>
        </w:rPr>
        <w:t>，</w:t>
      </w:r>
      <w:r>
        <w:pict>
          <v:shape id="_x0000_i709048" type="#_x0000_t75" alt="学科网(www.zxxk.com)--教育资源门户，提供试卷、教案、课件、论文、素材以及各类教学资源下载，还有大量而丰富的教学相关资讯！" style="width:55.2pt;height:13.8pt" o:oleicon="f" o:ole="">
            <v:imagedata r:id="rId2497" o:title="eqIdc76b8ba7d07cf341d1206a5e0e67c5a3"/>
          </v:shape>
        </w:pict>
      </w:r>
      <w:r>
        <w:rPr>
          <w:rFonts w:ascii="宋体" w:eastAsia="宋体" w:hAnsi="宋体" w:cs="宋体"/>
          <w:color w:val="000000"/>
        </w:rPr>
        <w:t>，再分当</w:t>
      </w:r>
      <w:r>
        <w:pict>
          <v:shape id="_x0000_i709049" type="#_x0000_t75" alt="学科网(www.zxxk.com)--教育资源门户，提供试卷、教案、课件、论文、素材以及各类教学资源下载，还有大量而丰富的教学相关资讯！" style="width:55pt;height:13.95pt" o:oleicon="f" o:ole="">
            <v:imagedata r:id="rId2498" o:title="eqId3d3976d08e5f9e24e76ce9579c06a8dc"/>
          </v:shape>
        </w:pict>
      </w:r>
      <w:r>
        <w:rPr>
          <w:rFonts w:ascii="宋体" w:eastAsia="宋体" w:hAnsi="宋体" w:cs="宋体"/>
          <w:color w:val="000000"/>
        </w:rPr>
        <w:t>时，即</w:t>
      </w:r>
      <w:r>
        <w:pict>
          <v:shape id="_x0000_i709050" type="#_x0000_t75" alt="学科网(www.zxxk.com)--教育资源门户，提供试卷、教案、课件、论文、素材以及各类教学资源下载，还有大量而丰富的教学相关资讯！" style="width:61.2pt;height:19.8pt" o:oleicon="f" o:ole="">
            <v:imagedata r:id="rId2499" o:title="eqIdb505e4f07a87b072c07ad6cec4be0b32"/>
          </v:shape>
        </w:pict>
      </w:r>
      <w:r>
        <w:rPr>
          <w:rFonts w:ascii="宋体" w:eastAsia="宋体" w:hAnsi="宋体" w:cs="宋体"/>
          <w:color w:val="000000"/>
        </w:rPr>
        <w:t>，当</w:t>
      </w:r>
      <w:r>
        <w:pict>
          <v:shape id="_x0000_i709051" type="#_x0000_t75" alt="学科网(www.zxxk.com)--教育资源门户，提供试卷、教案、课件、论文、素材以及各类教学资源下载，还有大量而丰富的教学相关资讯！" style="width:56pt;height:13.95pt" o:oleicon="f" o:ole="">
            <v:imagedata r:id="rId2500" o:title="eqIde7777a27259d26724229b604df42656c"/>
          </v:shape>
        </w:pict>
      </w:r>
      <w:r>
        <w:rPr>
          <w:rFonts w:ascii="宋体" w:eastAsia="宋体" w:hAnsi="宋体" w:cs="宋体"/>
          <w:color w:val="000000"/>
        </w:rPr>
        <w:t>时，即</w:t>
      </w:r>
      <w:r>
        <w:pict>
          <v:shape id="_x0000_i709052" type="#_x0000_t75" alt="学科网(www.zxxk.com)--教育资源门户，提供试卷、教案、课件、论文、素材以及各类教学资源下载，还有大量而丰富的教学相关资讯！" style="width:44.4pt;height:14.4pt" o:oleicon="f" o:ole="">
            <v:imagedata r:id="rId2501" o:title="eqIddde9fe96887bdbf7ceb99cb9bf951a8b"/>
          </v:shape>
        </w:pict>
      </w:r>
      <w:r>
        <w:rPr>
          <w:rFonts w:ascii="宋体" w:eastAsia="宋体" w:hAnsi="宋体" w:cs="宋体"/>
          <w:color w:val="000000"/>
        </w:rPr>
        <w:t>，两种情况讨论求解即可；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y</w:t>
      </w:r>
      <w:r>
        <w:rPr>
          <w:rFonts w:ascii="宋体" w:eastAsia="宋体" w:hAnsi="宋体" w:cs="宋体"/>
          <w:color w:val="000000"/>
        </w:rPr>
        <w:t>，先求出</w:t>
      </w:r>
      <w:r>
        <w:pict>
          <v:shape id="_x0000_i709053" type="#_x0000_t75" alt="学科网(www.zxxk.com)--教育资源门户，提供试卷、教案、课件、论文、素材以及各类教学资源下载，还有大量而丰富的教学相关资讯！" style="width:60pt;height:13.8pt" o:oleicon="f" o:ole="">
            <v:imagedata r:id="rId2502" o:title="eqId8b06de27396a01240b5a927e742362dc"/>
          </v:shape>
        </w:pict>
      </w:r>
      <w:r>
        <w:rPr>
          <w:rFonts w:ascii="宋体" w:eastAsia="宋体" w:hAnsi="宋体" w:cs="宋体"/>
          <w:color w:val="000000"/>
        </w:rPr>
        <w:t>，</w:t>
      </w:r>
      <w:r>
        <w:pict>
          <v:shape id="_x0000_i709054" type="#_x0000_t75" alt="学科网(www.zxxk.com)--教育资源门户，提供试卷、教案、课件、论文、素材以及各类教学资源下载，还有大量而丰富的教学相关资讯！" style="width:63pt;height:15pt" o:oleicon="f" o:ole="">
            <v:imagedata r:id="rId2503" o:title="eqId840f1dbb725d3b6f9eb9f92cfd6362bb"/>
          </v:shape>
        </w:pict>
      </w:r>
      <w:r>
        <w:rPr>
          <w:rFonts w:ascii="宋体" w:eastAsia="宋体" w:hAnsi="宋体" w:cs="宋体"/>
          <w:color w:val="000000"/>
        </w:rPr>
        <w:t>，当</w:t>
      </w:r>
      <w:r>
        <w:pict>
          <v:shape id="_x0000_i709055" type="#_x0000_t75" alt="学科网(www.zxxk.com)--教育资源门户，提供试卷、教案、课件、论文、素材以及各类教学资源下载，还有大量而丰富的教学相关资讯！" style="width:61.8pt;height:13.2pt" o:oleicon="f" o:ole="">
            <v:imagedata r:id="rId2504" o:title="eqId9619c5d5ac876196302e4c08f99ecbd0"/>
          </v:shape>
        </w:pict>
      </w:r>
      <w:r>
        <w:rPr>
          <w:rFonts w:ascii="宋体" w:eastAsia="宋体" w:hAnsi="宋体" w:cs="宋体"/>
          <w:color w:val="000000"/>
        </w:rPr>
        <w:t>时，即</w:t>
      </w:r>
    </w:p>
    <w:p>
      <w:pPr>
        <w:spacing w:line="360" w:lineRule="auto"/>
        <w:jc w:val="left"/>
        <w:textAlignment w:val="center"/>
        <w:rPr>
          <w:color w:val="000000"/>
        </w:rPr>
      </w:pPr>
      <w:r>
        <w:rPr>
          <w:rFonts w:ascii="宋体" w:eastAsia="宋体" w:hAnsi="宋体" w:cs="宋体"/>
          <w:color w:val="000000"/>
        </w:rPr>
        <w:t>当</w:t>
      </w:r>
      <w:r>
        <w:pict>
          <v:shape id="_x0000_i709056" type="#_x0000_t75" alt="学科网(www.zxxk.com)--教育资源门户，提供试卷、教案、课件、论文、素材以及各类教学资源下载，还有大量而丰富的教学相关资讯！" style="width:62pt;height:13pt" o:oleicon="f" o:ole="">
            <v:imagedata r:id="rId2505" o:title="eqId3b2c37d26e98d1acea56ccda551c1623"/>
          </v:shape>
        </w:pict>
      </w:r>
      <w:r>
        <w:rPr>
          <w:rFonts w:ascii="宋体" w:eastAsia="宋体" w:hAnsi="宋体" w:cs="宋体"/>
          <w:color w:val="000000"/>
        </w:rPr>
        <w:t>时，即</w:t>
      </w:r>
      <w:r>
        <w:pict>
          <v:shape id="_x0000_i709057" type="#_x0000_t75" alt="学科网(www.zxxk.com)--教育资源门户，提供试卷、教案、课件、论文、素材以及各类教学资源下载，还有大量而丰富的教学相关资讯！" style="width:75pt;height:16.2pt" o:oleicon="f" o:ole="">
            <v:imagedata r:id="rId2506" o:title="eqIdc2c4158bd487c94be17fc142cfc95f58"/>
          </v:shape>
        </w:pict>
      </w:r>
      <w:r>
        <w:rPr>
          <w:rFonts w:ascii="宋体" w:eastAsia="宋体" w:hAnsi="宋体" w:cs="宋体"/>
          <w:color w:val="000000"/>
        </w:rPr>
        <w:t>，两种情况讨论求解即可．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w:t>
      </w:r>
      <w:r>
        <w:rPr>
          <w:rFonts w:ascii="Times New Roman" w:eastAsia="Times New Roman" w:hAnsi="Times New Roman" w:cs="Times New Roman"/>
          <w:color w:val="000000"/>
        </w:rPr>
        <w:t>5</w:t>
      </w:r>
      <w:r>
        <w:rPr>
          <w:rFonts w:ascii="宋体" w:eastAsia="宋体" w:hAnsi="宋体" w:cs="宋体"/>
          <w:color w:val="000000"/>
        </w:rPr>
        <w:t>，点</w:t>
      </w:r>
      <w:r>
        <w:pict>
          <v:shape id="_x0000_i709058" type="#_x0000_t75" alt="学科网(www.zxxk.com)--教育资源门户，提供试卷、教案、课件、论文、素材以及各类教学资源下载，还有大量而丰富的教学相关资讯！" style="width:12pt;height:15.75pt" o:oleicon="f" o:ole="">
            <v:imagedata r:id="rId2507" o:title="eqIdb1241216f3c1cb5e73043dd1037f556d"/>
          </v:shape>
        </w:pict>
      </w:r>
      <w:r>
        <w:rPr>
          <w:rFonts w:ascii="宋体" w:eastAsia="宋体" w:hAnsi="宋体" w:cs="宋体"/>
          <w:color w:val="000000"/>
        </w:rPr>
        <w:t>表示的数为</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09059" type="#_x0000_t75" alt="学科网(www.zxxk.com)--教育资源门户，提供试卷、教案、课件、论文、素材以及各类教学资源下载，还有大量而丰富的教学相关资讯！" style="width:12pt;height:15.75pt" o:oleicon="f" o:ole="">
            <v:imagedata r:id="rId2508" o:title="eqIdb1241216f3c1cb5e73043dd1037f556d"/>
          </v:shape>
        </w:pict>
      </w:r>
      <w:r>
        <w:rPr>
          <w:rFonts w:ascii="宋体" w:eastAsia="宋体" w:hAnsi="宋体" w:cs="宋体"/>
          <w:color w:val="000000"/>
        </w:rPr>
        <w:t>不在线段</w:t>
      </w:r>
      <w:r>
        <w:rPr>
          <w:rFonts w:ascii="Times New Roman" w:eastAsia="Times New Roman" w:hAnsi="Times New Roman" w:cs="Times New Roman"/>
          <w:i/>
          <w:color w:val="000000"/>
        </w:rPr>
        <w:t>AB</w:t>
      </w:r>
      <w:r>
        <w:rPr>
          <w:rFonts w:ascii="宋体" w:eastAsia="宋体" w:hAnsi="宋体" w:cs="宋体"/>
          <w:color w:val="000000"/>
        </w:rPr>
        <w:t>上，即点</w:t>
      </w:r>
      <w:r>
        <w:pict>
          <v:shape id="_x0000_i709060" type="#_x0000_t75" alt="学科网(www.zxxk.com)--教育资源门户，提供试卷、教案、课件、论文、素材以及各类教学资源下载，还有大量而丰富的教学相关资讯！" style="width:12pt;height:15.75pt" o:oleicon="f" o:ole="">
            <v:imagedata r:id="rId2508" o:title="eqIdb1241216f3c1cb5e73043dd1037f556d"/>
          </v:shape>
        </w:pict>
      </w:r>
      <w:r>
        <w:rPr>
          <w:rFonts w:ascii="宋体" w:eastAsia="宋体" w:hAnsi="宋体" w:cs="宋体"/>
          <w:color w:val="000000"/>
        </w:rPr>
        <w:t>不是线段</w:t>
      </w:r>
      <w:r>
        <w:rPr>
          <w:rFonts w:ascii="Times New Roman" w:eastAsia="Times New Roman" w:hAnsi="Times New Roman" w:cs="Times New Roman"/>
          <w:i/>
          <w:color w:val="000000"/>
        </w:rPr>
        <w:t>AB</w:t>
      </w:r>
      <w:r>
        <w:rPr>
          <w:rFonts w:ascii="宋体" w:eastAsia="宋体" w:hAnsi="宋体" w:cs="宋体"/>
          <w:color w:val="000000"/>
        </w:rPr>
        <w:t>的闭二倍关联点；</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w:t>
      </w:r>
      <w:r>
        <w:rPr>
          <w:rFonts w:ascii="Times New Roman" w:eastAsia="Times New Roman" w:hAnsi="Times New Roman" w:cs="Times New Roman"/>
          <w:color w:val="000000"/>
        </w:rPr>
        <w:t>5</w:t>
      </w:r>
      <w:r>
        <w:rPr>
          <w:rFonts w:ascii="宋体" w:eastAsia="宋体" w:hAnsi="宋体" w:cs="宋体"/>
          <w:color w:val="000000"/>
        </w:rPr>
        <w:t>，点</w:t>
      </w:r>
      <w:r>
        <w:pict>
          <v:shape id="_x0000_i709061" type="#_x0000_t75" alt="学科网(www.zxxk.com)--教育资源门户，提供试卷、教案、课件、论文、素材以及各类教学资源下载，还有大量而丰富的教学相关资讯！" style="width:15pt;height:18pt" o:oleicon="f" o:ole="">
            <v:imagedata r:id="rId2509" o:title="eqId23f3ffe7abc59e2f65d827c8eab8d36a"/>
          </v:shape>
        </w:pict>
      </w:r>
      <w:r>
        <w:rPr>
          <w:rFonts w:ascii="宋体" w:eastAsia="宋体" w:hAnsi="宋体" w:cs="宋体"/>
          <w:color w:val="000000"/>
        </w:rPr>
        <w:t>表示的数为</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62" type="#_x0000_t75" alt="学科网(www.zxxk.com)--教育资源门户，提供试卷、教案、课件、论文、素材以及各类教学资源下载，还有大量而丰富的教学相关资讯！" style="width:91.8pt;height:19.8pt" o:oleicon="f" o:ole="">
            <v:imagedata r:id="rId2510" o:title="eqId4e889b1cba558d3457e1efb980ec09fc"/>
          </v:shape>
        </w:pict>
      </w:r>
      <w:r>
        <w:rPr>
          <w:rFonts w:ascii="宋体" w:eastAsia="宋体" w:hAnsi="宋体" w:cs="宋体"/>
          <w:color w:val="000000"/>
        </w:rPr>
        <w:t>，</w:t>
      </w:r>
      <w:r>
        <w:pict>
          <v:shape id="_x0000_i709063" type="#_x0000_t75" alt="学科网(www.zxxk.com)--教育资源门户，提供试卷、教案、课件、论文、素材以及各类教学资源下载，还有大量而丰富的教学相关资讯！" style="width:75pt;height:18pt" o:oleicon="f" o:ole="">
            <v:imagedata r:id="rId2511" o:title="eqIdd4da41bcbf05a270ee203da29f5dee9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64" type="#_x0000_t75" alt="学科网(www.zxxk.com)--教育资源门户，提供试卷、教案、课件、论文、素材以及各类教学资源下载，还有大量而丰富的教学相关资讯！" style="width:63pt;height:18pt" o:oleicon="f" o:ole="">
            <v:imagedata r:id="rId2512" o:title="eqIdb15fe74d1e0ed62c2eba2744f4b9074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09065" type="#_x0000_t75" alt="学科网(www.zxxk.com)--教育资源门户，提供试卷、教案、课件、论文、素材以及各类教学资源下载，还有大量而丰富的教学相关资讯！" style="width:15pt;height:18pt" o:oleicon="f" o:ole="">
            <v:imagedata r:id="rId2513" o:title="eqId23f3ffe7abc59e2f65d827c8eab8d36a"/>
          </v:shape>
        </w:pic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的闭二倍关联点，</w:t>
      </w:r>
    </w:p>
    <w:p>
      <w:pPr>
        <w:spacing w:line="360" w:lineRule="auto"/>
        <w:jc w:val="left"/>
        <w:textAlignment w:val="center"/>
        <w:rPr>
          <w:color w:val="000000"/>
        </w:rPr>
      </w:pPr>
      <w:r>
        <w:rPr>
          <w:rFonts w:ascii="宋体" w:eastAsia="宋体" w:hAnsi="宋体" w:cs="宋体"/>
          <w:color w:val="000000"/>
        </w:rPr>
        <w:t>同理</w:t>
      </w:r>
      <w:r>
        <w:pict>
          <v:shape id="_x0000_i709066" type="#_x0000_t75" alt="学科网(www.zxxk.com)--教育资源门户，提供试卷、教案、课件、论文、素材以及各类教学资源下载，还有大量而丰富的教学相关资讯！" style="width:91.8pt;height:19.8pt" o:oleicon="f" o:ole="">
            <v:imagedata r:id="rId2514" o:title="eqId0573c43539638b23ac4abed8da1a35c9"/>
          </v:shape>
        </w:pict>
      </w:r>
      <w:r>
        <w:rPr>
          <w:rFonts w:ascii="宋体" w:eastAsia="宋体" w:hAnsi="宋体" w:cs="宋体"/>
          <w:color w:val="000000"/>
        </w:rPr>
        <w:t>，</w:t>
      </w:r>
      <w:r>
        <w:pict>
          <v:shape id="_x0000_i709067" type="#_x0000_t75" alt="学科网(www.zxxk.com)--教育资源门户，提供试卷、教案、课件、论文、素材以及各类教学资源下载，还有大量而丰富的教学相关资讯！" style="width:76.2pt;height:18pt" o:oleicon="f" o:ole="">
            <v:imagedata r:id="rId2515" o:title="eqId036d823906a51d4378303fd9f03f1f3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68" type="#_x0000_t75" alt="学科网(www.zxxk.com)--教育资源门户，提供试卷、教案、课件、论文、素材以及各类教学资源下载，还有大量而丰富的教学相关资讯！" style="width:61.8pt;height:18pt" o:oleicon="f" o:ole="">
            <v:imagedata r:id="rId2516" o:title="eqId3e8a14e8855b77cde9de1a1857538a5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pict>
          <v:shape id="_x0000_i709069" type="#_x0000_t75" alt="学科网(www.zxxk.com)--教育资源门户，提供试卷、教案、课件、论文、素材以及各类教学资源下载，还有大量而丰富的教学相关资讯！" style="width:12.75pt;height:15.75pt" o:oleicon="f" o:ole="">
            <v:imagedata r:id="rId2517" o:title="eqIdab94459e87c666facddbe1a23ae1899d"/>
          </v:shape>
        </w:pic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的闭二倍关联点，</w:t>
      </w:r>
    </w:p>
    <w:p>
      <w:pPr>
        <w:spacing w:line="360" w:lineRule="auto"/>
        <w:jc w:val="left"/>
        <w:textAlignment w:val="center"/>
        <w:rPr>
          <w:color w:val="000000"/>
        </w:rPr>
      </w:pPr>
      <w:r>
        <w:rPr>
          <w:rFonts w:ascii="宋体" w:eastAsia="宋体" w:hAnsi="宋体" w:cs="宋体"/>
          <w:color w:val="000000"/>
        </w:rPr>
        <w:t>故答案为：</w:t>
      </w:r>
      <w:r>
        <w:pict>
          <v:shape id="_x0000_i709070" type="#_x0000_t75" alt="学科网(www.zxxk.com)--教育资源门户，提供试卷、教案、课件、论文、素材以及各类教学资源下载，还有大量而丰富的教学相关资讯！" style="width:15pt;height:18pt" o:oleicon="f" o:ole="">
            <v:imagedata r:id="rId2518" o:title="eqId23f3ffe7abc59e2f65d827c8eab8d36a"/>
          </v:shape>
        </w:pict>
      </w:r>
      <w:r>
        <w:rPr>
          <w:rFonts w:ascii="宋体" w:eastAsia="宋体" w:hAnsi="宋体" w:cs="宋体"/>
          <w:color w:val="000000"/>
        </w:rPr>
        <w:t>和</w:t>
      </w:r>
      <w:r>
        <w:pict>
          <v:shape id="_x0000_i709071" type="#_x0000_t75" alt="学科网(www.zxxk.com)--教育资源门户，提供试卷、教案、课件、论文、素材以及各类教学资源下载，还有大量而丰富的教学相关资讯！" style="width:12.75pt;height:15.75pt" o:oleicon="f" o:ole="">
            <v:imagedata r:id="rId2519" o:title="eqIdab94459e87c666facddbe1a23ae1899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x</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C</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的闭二倍关联点，</w:t>
      </w:r>
    </w:p>
    <w:p>
      <w:pPr>
        <w:spacing w:line="360" w:lineRule="auto"/>
        <w:jc w:val="left"/>
        <w:textAlignment w:val="center"/>
        <w:rPr>
          <w:color w:val="000000"/>
        </w:rPr>
      </w:pPr>
      <w:r>
        <w:rPr>
          <w:rFonts w:ascii="宋体" w:eastAsia="宋体" w:hAnsi="宋体" w:cs="宋体"/>
          <w:color w:val="000000"/>
        </w:rPr>
        <w:t>∴</w:t>
      </w:r>
      <w:r>
        <w:pict>
          <v:shape id="_x0000_i709072" type="#_x0000_t75" alt="学科网(www.zxxk.com)--教育资源门户，提供试卷、教案、课件、论文、素材以及各类教学资源下载，还有大量而丰富的教学相关资讯！" style="width:88.2pt;height:19.8pt" o:oleicon="f" o:ole="">
            <v:imagedata r:id="rId2520" o:title="eqIdba2317e94c33d4956349914ed1a497e2"/>
          </v:shape>
        </w:pict>
      </w:r>
      <w:r>
        <w:rPr>
          <w:rFonts w:ascii="宋体" w:eastAsia="宋体" w:hAnsi="宋体" w:cs="宋体"/>
          <w:color w:val="000000"/>
        </w:rPr>
        <w:t>，</w:t>
      </w:r>
      <w:r>
        <w:pict>
          <v:shape id="_x0000_i709073" type="#_x0000_t75" alt="学科网(www.zxxk.com)--教育资源门户，提供试卷、教案、课件、论文、素材以及各类教学资源下载，还有大量而丰富的教学相关资讯！" style="width:55.2pt;height:13.8pt" o:oleicon="f" o:ole="">
            <v:imagedata r:id="rId2521" o:title="eqIdc76b8ba7d07cf341d1206a5e0e67c5a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9074" type="#_x0000_t75" alt="学科网(www.zxxk.com)--教育资源门户，提供试卷、教案、课件、论文、素材以及各类教学资源下载，还有大量而丰富的教学相关资讯！" style="width:55pt;height:13.95pt" o:oleicon="f" o:ole="">
            <v:imagedata r:id="rId2522" o:title="eqId3d3976d08e5f9e24e76ce9579c06a8dc"/>
          </v:shape>
        </w:pict>
      </w:r>
      <w:r>
        <w:rPr>
          <w:rFonts w:ascii="宋体" w:eastAsia="宋体" w:hAnsi="宋体" w:cs="宋体"/>
          <w:color w:val="000000"/>
        </w:rPr>
        <w:t>时，即</w:t>
      </w:r>
      <w:r>
        <w:pict>
          <v:shape id="_x0000_i709075" type="#_x0000_t75" alt="学科网(www.zxxk.com)--教育资源门户，提供试卷、教案、课件、论文、素材以及各类教学资源下载，还有大量而丰富的教学相关资讯！" style="width:61.2pt;height:19.8pt" o:oleicon="f" o:ole="">
            <v:imagedata r:id="rId2523" o:title="eqIdb505e4f07a87b072c07ad6cec4be0b3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9076" type="#_x0000_t75" alt="学科网(www.zxxk.com)--教育资源门户，提供试卷、教案、课件、论文、素材以及各类教学资源下载，还有大量而丰富的教学相关资讯！" style="width:36pt;height:14.25pt" o:oleicon="f" o:ole="">
            <v:imagedata r:id="rId2524" o:title="eqId57daa4f0848d98b95c1ae054a3c9a5a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9077" type="#_x0000_t75" alt="学科网(www.zxxk.com)--教育资源门户，提供试卷、教案、课件、论文、素材以及各类教学资源下载，还有大量而丰富的教学相关资讯！" style="width:56pt;height:13.95pt" o:oleicon="f" o:ole="">
            <v:imagedata r:id="rId2525" o:title="eqIde7777a27259d26724229b604df42656c"/>
          </v:shape>
        </w:pict>
      </w:r>
      <w:r>
        <w:rPr>
          <w:rFonts w:ascii="宋体" w:eastAsia="宋体" w:hAnsi="宋体" w:cs="宋体"/>
          <w:color w:val="000000"/>
        </w:rPr>
        <w:t>时，即</w:t>
      </w:r>
      <w:r>
        <w:pict>
          <v:shape id="_x0000_i709078" type="#_x0000_t75" alt="学科网(www.zxxk.com)--教育资源门户，提供试卷、教案、课件、论文、素材以及各类教学资源下载，还有大量而丰富的教学相关资讯！" style="width:44.4pt;height:14.4pt" o:oleicon="f" o:ole="">
            <v:imagedata r:id="rId2526" o:title="eqIddde9fe96887bdbf7ceb99cb9bf951a8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9079" type="#_x0000_t75" alt="学科网(www.zxxk.com)--教育资源门户，提供试卷、教案、课件、论文、素材以及各类教学资源下载，还有大量而丰富的教学相关资讯！" style="width:27pt;height:14.25pt" o:oleicon="f" o:ole="">
            <v:imagedata r:id="rId2527" o:title="eqId224d30ca84f1aeeeda7a718e751a492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3.5</w:t>
      </w:r>
      <w:r>
        <w:rPr>
          <w:rFonts w:ascii="宋体" w:eastAsia="宋体" w:hAnsi="宋体" w:cs="宋体"/>
          <w:color w:val="000000"/>
        </w:rPr>
        <w:t>或</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rPr>
          <w:rFonts w:ascii="Times New Roman" w:eastAsia="Times New Roman" w:hAnsi="Times New Roman" w:cs="Times New Roman"/>
          <w:i/>
          <w:color w:val="000000"/>
        </w:rPr>
        <w:t>B</w:t>
      </w:r>
      <w:r>
        <w:rPr>
          <w:rFonts w:ascii="宋体" w:eastAsia="宋体" w:hAnsi="宋体" w:cs="宋体"/>
          <w:color w:val="000000"/>
        </w:rPr>
        <w:t>表示的数为</w:t>
      </w:r>
      <w:r>
        <w:rPr>
          <w:rFonts w:ascii="Times New Roman" w:eastAsia="Times New Roman" w:hAnsi="Times New Roman" w:cs="Times New Roman"/>
          <w:i/>
          <w:color w:val="000000"/>
        </w:rPr>
        <w:t>y</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M</w:t>
      </w:r>
      <w:r>
        <w:rPr>
          <w:rFonts w:ascii="宋体" w:eastAsia="宋体" w:hAnsi="宋体" w:cs="宋体"/>
          <w:color w:val="000000"/>
        </w:rPr>
        <w:t>是线段</w:t>
      </w:r>
      <w:r>
        <w:rPr>
          <w:rFonts w:ascii="Times New Roman" w:eastAsia="Times New Roman" w:hAnsi="Times New Roman" w:cs="Times New Roman"/>
          <w:i/>
          <w:color w:val="000000"/>
        </w:rPr>
        <w:t>AB</w:t>
      </w:r>
      <w:r>
        <w:rPr>
          <w:rFonts w:ascii="宋体" w:eastAsia="宋体" w:hAnsi="宋体" w:cs="宋体"/>
          <w:color w:val="000000"/>
        </w:rPr>
        <w:t>的闭二倍关联点，</w:t>
      </w:r>
    </w:p>
    <w:p>
      <w:pPr>
        <w:spacing w:line="360" w:lineRule="auto"/>
        <w:jc w:val="left"/>
        <w:textAlignment w:val="center"/>
        <w:rPr>
          <w:color w:val="000000"/>
        </w:rPr>
      </w:pPr>
      <w:r>
        <w:rPr>
          <w:rFonts w:ascii="宋体" w:eastAsia="宋体" w:hAnsi="宋体" w:cs="宋体"/>
          <w:color w:val="000000"/>
        </w:rPr>
        <w:t>∴</w:t>
      </w:r>
      <w:r>
        <w:pict>
          <v:shape id="_x0000_i709080" type="#_x0000_t75" alt="学科网(www.zxxk.com)--教育资源门户，提供试卷、教案、课件、论文、素材以及各类教学资源下载，还有大量而丰富的教学相关资讯！" style="width:60pt;height:13.8pt" o:oleicon="f" o:ole="">
            <v:imagedata r:id="rId2528" o:title="eqId8b06de27396a01240b5a927e742362dc"/>
          </v:shape>
        </w:pict>
      </w:r>
      <w:r>
        <w:rPr>
          <w:rFonts w:ascii="宋体" w:eastAsia="宋体" w:hAnsi="宋体" w:cs="宋体"/>
          <w:color w:val="000000"/>
        </w:rPr>
        <w:t>，</w:t>
      </w:r>
      <w:r>
        <w:pict>
          <v:shape id="_x0000_i709081" type="#_x0000_t75" alt="学科网(www.zxxk.com)--教育资源门户，提供试卷、教案、课件、论文、素材以及各类教学资源下载，还有大量而丰富的教学相关资讯！" style="width:63pt;height:15pt" o:oleicon="f" o:ole="">
            <v:imagedata r:id="rId2529" o:title="eqId840f1dbb725d3b6f9eb9f92cfd6362b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9082" type="#_x0000_t75" alt="学科网(www.zxxk.com)--教育资源门户，提供试卷、教案、课件、论文、素材以及各类教学资源下载，还有大量而丰富的教学相关资讯！" style="width:61.8pt;height:13.2pt" o:oleicon="f" o:ole="">
            <v:imagedata r:id="rId2530" o:title="eqId9619c5d5ac876196302e4c08f99ecbd0"/>
          </v:shape>
        </w:pict>
      </w:r>
      <w:r>
        <w:rPr>
          <w:rFonts w:ascii="宋体" w:eastAsia="宋体" w:hAnsi="宋体" w:cs="宋体"/>
          <w:color w:val="000000"/>
        </w:rPr>
        <w:t>时，即</w:t>
      </w:r>
      <w:r>
        <w:pict>
          <v:shape id="_x0000_i709083" type="#_x0000_t75" alt="学科网(www.zxxk.com)--教育资源门户，提供试卷、教案、课件、论文、素材以及各类教学资源下载，还有大量而丰富的教学相关资讯！" style="width:79.2pt;height:16.2pt" o:oleicon="f" o:ole="">
            <v:imagedata r:id="rId2531" o:title="eqId6ecba8bde7da40794531a0f54a63277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84" type="#_x0000_t75" alt="学科网(www.zxxk.com)--教育资源门户，提供试卷、教案、课件、论文、素材以及各类教学资源下载，还有大量而丰富的教学相关资讯！" style="width:54pt;height:31.2pt" o:oleicon="f" o:ole="">
            <v:imagedata r:id="rId2532" o:title="eqIde2196dbed13d50f50d2a6f0658ee574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在线段</w:t>
      </w:r>
      <w:r>
        <w:rPr>
          <w:rFonts w:ascii="Times New Roman" w:eastAsia="Times New Roman" w:hAnsi="Times New Roman" w:cs="Times New Roman"/>
          <w:i/>
          <w:color w:val="000000"/>
        </w:rPr>
        <w:t>CD</w:t>
      </w:r>
      <w:r>
        <w:rPr>
          <w:rFonts w:ascii="宋体" w:eastAsia="宋体" w:hAnsi="宋体" w:cs="宋体"/>
          <w:color w:val="000000"/>
        </w:rPr>
        <w:t>上，且</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表示的数分别为</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85" type="#_x0000_t75" alt="学科网(www.zxxk.com)--教育资源门户，提供试卷、教案、课件、论文、素材以及各类教学资源下载，还有大量而丰富的教学相关资讯！" style="width:70.8pt;height:31.2pt" o:oleicon="f" o:ole="">
            <v:imagedata r:id="rId2533" o:title="eqId77e8ef81e6462c003773cf72bdf1a5d8"/>
          </v:shape>
        </w:pict>
      </w:r>
    </w:p>
    <w:p>
      <w:pPr>
        <w:spacing w:line="360" w:lineRule="auto"/>
        <w:jc w:val="left"/>
        <w:textAlignment w:val="center"/>
        <w:rPr>
          <w:color w:val="000000"/>
        </w:rPr>
      </w:pPr>
      <w:r>
        <w:rPr>
          <w:rFonts w:ascii="宋体" w:eastAsia="宋体" w:hAnsi="宋体" w:cs="宋体"/>
          <w:color w:val="000000"/>
        </w:rPr>
        <w:t>∴</w:t>
      </w:r>
      <w:r>
        <w:pict>
          <v:shape id="_x0000_i709086" type="#_x0000_t75" alt="学科网(www.zxxk.com)--教育资源门户，提供试卷、教案、课件、论文、素材以及各类教学资源下载，还有大量而丰富的教学相关资讯！" style="width:47pt;height:13.95pt" o:oleicon="f" o:ole="">
            <v:imagedata r:id="rId2534" o:title="eqId70a9b58b5e196adadbfba081cf1088e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9087" type="#_x0000_t75" alt="学科网(www.zxxk.com)--教育资源门户，提供试卷、教案、课件、论文、素材以及各类教学资源下载，还有大量而丰富的教学相关资讯！" style="width:62pt;height:13pt" o:oleicon="f" o:ole="">
            <v:imagedata r:id="rId2535" o:title="eqId3b2c37d26e98d1acea56ccda551c1623"/>
          </v:shape>
        </w:pict>
      </w:r>
      <w:r>
        <w:rPr>
          <w:rFonts w:ascii="宋体" w:eastAsia="宋体" w:hAnsi="宋体" w:cs="宋体"/>
          <w:color w:val="000000"/>
        </w:rPr>
        <w:t>时，即</w:t>
      </w:r>
      <w:r>
        <w:pict>
          <v:shape id="_x0000_i709088" type="#_x0000_t75" alt="学科网(www.zxxk.com)--教育资源门户，提供试卷、教案、课件、论文、素材以及各类教学资源下载，还有大量而丰富的教学相关资讯！" style="width:75pt;height:16.2pt" o:oleicon="f" o:ole="">
            <v:imagedata r:id="rId2536" o:title="eqIdc2c4158bd487c94be17fc142cfc95f5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89" type="#_x0000_t75" alt="学科网(www.zxxk.com)--教育资源门户，提供试卷、教案、课件、论文、素材以及各类教学资源下载，还有大量而丰富的教学相关资讯！" style="width:53.25pt;height:15.75pt" o:oleicon="f" o:ole="">
            <v:imagedata r:id="rId2537" o:title="eqId0117e06c4c338f10967b45f65c31526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在线段</w:t>
      </w:r>
      <w:r>
        <w:rPr>
          <w:rFonts w:ascii="Times New Roman" w:eastAsia="Times New Roman" w:hAnsi="Times New Roman" w:cs="Times New Roman"/>
          <w:i/>
          <w:color w:val="000000"/>
        </w:rPr>
        <w:t>CD</w:t>
      </w:r>
      <w:r>
        <w:rPr>
          <w:rFonts w:ascii="宋体" w:eastAsia="宋体" w:hAnsi="宋体" w:cs="宋体"/>
          <w:color w:val="000000"/>
        </w:rPr>
        <w:t>上，且</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表示的数分别为</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090" type="#_x0000_t75" alt="学科网(www.zxxk.com)--教育资源门户，提供试卷、教案、课件、论文、素材以及各类教学资源下载，还有大量而丰富的教学相关资讯！" style="width:70.8pt;height:13.8pt" o:oleicon="f" o:ole="">
            <v:imagedata r:id="rId2538" o:title="eqId5b4a2b62453b37acfe2cb424288ffc84"/>
          </v:shape>
        </w:pict>
      </w:r>
    </w:p>
    <w:p>
      <w:pPr>
        <w:spacing w:line="360" w:lineRule="auto"/>
        <w:jc w:val="left"/>
        <w:textAlignment w:val="center"/>
        <w:rPr>
          <w:color w:val="000000"/>
        </w:rPr>
      </w:pPr>
      <w:r>
        <w:rPr>
          <w:rFonts w:ascii="宋体" w:eastAsia="宋体" w:hAnsi="宋体" w:cs="宋体"/>
          <w:color w:val="000000"/>
        </w:rPr>
        <w:t>∴</w:t>
      </w:r>
      <w:r>
        <w:pict>
          <v:shape id="_x0000_i709091" type="#_x0000_t75" alt="学科网(www.zxxk.com)--教育资源门户，提供试卷、教案、课件、论文、素材以及各类教学资源下载，还有大量而丰富的教学相关资讯！" style="width:50.55pt;height:14.55pt" o:oleicon="f" o:ole="">
            <v:imagedata r:id="rId2539" o:title="eqIdb51a01e7f149eb75b350e69a23afce8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∴综上所述，</w:t>
      </w:r>
      <w:r>
        <w:pict>
          <v:shape id="_x0000_i709092" type="#_x0000_t75" alt="学科网(www.zxxk.com)--教育资源门户，提供试卷、教案、课件、论文、素材以及各类教学资源下载，还有大量而丰富的教学相关资讯！" style="width:48.25pt;height:14.25pt" o:oleicon="f" o:ole="">
            <v:imagedata r:id="rId2540" o:title="eqIdd2a3adf1300fbef4de6b745bd2c6f734"/>
          </v:shape>
        </w:pict>
      </w:r>
      <w:r>
        <w:rPr>
          <w:rFonts w:ascii="宋体" w:eastAsia="宋体" w:hAnsi="宋体" w:cs="宋体"/>
          <w:color w:val="000000"/>
        </w:rPr>
        <w:t>．</w:t>
      </w:r>
    </w:p>
    <w:p>
      <w:pPr>
        <w:spacing w:line="360" w:lineRule="auto"/>
        <w:jc w:val="left"/>
        <w:textAlignment w:val="center"/>
        <w:rPr>
          <w:color w:val="000000"/>
        </w:rPr>
        <w:sectPr w:rsidSect="00C321EB">
          <w:headerReference w:type="even" r:id="rId529"/>
          <w:footerReference w:type="even" r:id="rId530"/>
          <w:headerReference w:type="first" r:id="rId531"/>
          <w:footerReference w:type="first" r:id="rId532"/>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本题主要考查了用数轴表示有理数，数轴上两点的距离，解题的关键在于正确理解题意．</w:t>
      </w:r>
    </w:p>
    <w:p>
      <w:pPr>
        <w:pStyle w:val="Heading2"/>
      </w:pPr>
      <w:r>
        <w:t>昌平区</w:t>
      </w:r>
    </w:p>
    <w:p>
      <w:pPr>
        <w:spacing w:line="360" w:lineRule="auto"/>
        <w:jc w:val="left"/>
        <w:textAlignment w:val="center"/>
        <w:rPr>
          <w:color w:val="000000"/>
        </w:rPr>
      </w:pPr>
      <w:r>
        <w:rPr>
          <w:color w:val="000000"/>
        </w:rPr>
        <w:t xml:space="preserve">27. </w:t>
      </w:r>
      <w:r>
        <w:rPr>
          <w:rFonts w:ascii="宋体" w:eastAsia="宋体" w:hAnsi="宋体" w:cs="宋体"/>
          <w:color w:val="000000"/>
        </w:rPr>
        <w:t>在数学活动课上，王老师介绍说有人建议向火星发射如图</w:t>
      </w:r>
      <w:r>
        <w:rPr>
          <w:rFonts w:ascii="Times New Roman" w:eastAsia="Times New Roman" w:hAnsi="Times New Roman" w:cs="Times New Roman"/>
          <w:color w:val="000000"/>
        </w:rPr>
        <w:t>1</w:t>
      </w:r>
      <w:r>
        <w:rPr>
          <w:rFonts w:ascii="宋体" w:eastAsia="宋体" w:hAnsi="宋体" w:cs="宋体"/>
          <w:color w:val="000000"/>
        </w:rPr>
        <w:t>的图案．它叫幻方，幻方最早源于我国，古人称之为纵横图．其中</w:t>
      </w:r>
      <w:r>
        <w:rPr>
          <w:rFonts w:ascii="Times New Roman" w:eastAsia="Times New Roman" w:hAnsi="Times New Roman" w:cs="Times New Roman"/>
          <w:color w:val="000000"/>
        </w:rPr>
        <w:t>9</w:t>
      </w:r>
      <w:r>
        <w:rPr>
          <w:rFonts w:ascii="宋体" w:eastAsia="宋体" w:hAnsi="宋体" w:cs="宋体"/>
          <w:color w:val="000000"/>
        </w:rPr>
        <w:t>个格中的点数分别是</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9</w:t>
      </w:r>
      <w:r>
        <w:rPr>
          <w:rFonts w:ascii="宋体" w:eastAsia="宋体" w:hAnsi="宋体" w:cs="宋体"/>
          <w:color w:val="000000"/>
        </w:rPr>
        <w:t>．每一横行、每一竖列以及两条对角线上的点数的和都相等．如果火星上有智能生物，那么他们可以从这种“数学语言”了解到地球上也有智能生物（人）．</w:t>
      </w:r>
    </w:p>
    <w:p>
      <w:pPr>
        <w:spacing w:line="360" w:lineRule="auto"/>
        <w:jc w:val="left"/>
        <w:textAlignment w:val="center"/>
        <w:rPr>
          <w:color w:val="000000"/>
        </w:rPr>
      </w:pPr>
      <w:r>
        <w:rPr>
          <w:color w:val="000000"/>
        </w:rPr>
        <w:drawing>
          <wp:inline>
            <wp:extent cx="1619250" cy="1609725"/>
            <wp:docPr id="298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 name=""/>
                    <pic:cNvPicPr>
                      <a:picLocks noChangeAspect="1"/>
                    </pic:cNvPicPr>
                  </pic:nvPicPr>
                  <pic:blipFill>
                    <a:blip r:embed="rId2541"/>
                    <a:stretch>
                      <a:fillRect/>
                    </a:stretch>
                  </pic:blipFill>
                  <pic:spPr>
                    <a:xfrm>
                      <a:off x="0" y="0"/>
                      <a:ext cx="1619250" cy="1609725"/>
                    </a:xfrm>
                    <a:prstGeom prst="rect">
                      <a:avLst/>
                    </a:prstGeom>
                  </pic:spPr>
                </pic:pic>
              </a:graphicData>
            </a:graphic>
          </wp:inline>
        </w:drawing>
      </w:r>
      <w:r>
        <w:rPr>
          <w:color w:val="000000"/>
        </w:rPr>
        <w:drawing>
          <wp:inline>
            <wp:extent cx="1543050" cy="1590675"/>
            <wp:docPr id="2984"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7" name=""/>
                    <pic:cNvPicPr>
                      <a:picLocks noChangeAspect="1"/>
                    </pic:cNvPicPr>
                  </pic:nvPicPr>
                  <pic:blipFill>
                    <a:blip r:embed="rId2542"/>
                    <a:stretch>
                      <a:fillRect/>
                    </a:stretch>
                  </pic:blipFill>
                  <pic:spPr>
                    <a:xfrm>
                      <a:off x="0" y="0"/>
                      <a:ext cx="1543050" cy="1590675"/>
                    </a:xfrm>
                    <a:prstGeom prst="rect">
                      <a:avLst/>
                    </a:prstGeom>
                  </pic:spPr>
                </pic:pic>
              </a:graphicData>
            </a:graphic>
          </wp:inline>
        </w:drawing>
      </w:r>
      <w:r>
        <w:rPr>
          <w:color w:val="000000"/>
        </w:rPr>
        <w:drawing>
          <wp:inline>
            <wp:extent cx="1590675" cy="1638300"/>
            <wp:docPr id="298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 name=""/>
                    <pic:cNvPicPr>
                      <a:picLocks noChangeAspect="1"/>
                    </pic:cNvPicPr>
                  </pic:nvPicPr>
                  <pic:blipFill>
                    <a:blip r:embed="rId2543"/>
                    <a:stretch>
                      <a:fillRect/>
                    </a:stretch>
                  </pic:blipFill>
                  <pic:spPr>
                    <a:xfrm>
                      <a:off x="0" y="0"/>
                      <a:ext cx="1590675" cy="1638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）将-</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这</w:t>
      </w:r>
      <w:r>
        <w:rPr>
          <w:rFonts w:ascii="Times New Roman" w:eastAsia="Times New Roman" w:hAnsi="Times New Roman" w:cs="Times New Roman"/>
          <w:color w:val="000000"/>
        </w:rPr>
        <w:t>9</w:t>
      </w:r>
      <w:r>
        <w:rPr>
          <w:rFonts w:ascii="宋体" w:eastAsia="宋体" w:hAnsi="宋体" w:cs="宋体"/>
          <w:color w:val="000000"/>
        </w:rPr>
        <w:t>个数分别填入图</w:t>
      </w:r>
      <w:r>
        <w:rPr>
          <w:rFonts w:ascii="Times New Roman" w:eastAsia="Times New Roman" w:hAnsi="Times New Roman" w:cs="Times New Roman"/>
          <w:color w:val="000000"/>
        </w:rPr>
        <w:t>2</w:t>
      </w:r>
      <w:r>
        <w:rPr>
          <w:rFonts w:ascii="宋体" w:eastAsia="宋体" w:hAnsi="宋体" w:cs="宋体"/>
          <w:color w:val="000000"/>
        </w:rPr>
        <w:t>的幻方的空格中，使得每一横行、每一竖列以及两条对角线上的数的和都相等．则这个和是</w:t>
      </w:r>
      <w:r>
        <w:rPr>
          <w:rFonts w:ascii="Calibri" w:eastAsia="Calibri" w:hAnsi="Calibri" w:cs="Calibri"/>
          <w:color w:val="000000"/>
        </w:rPr>
        <w:t>______</w:t>
      </w:r>
      <w:r>
        <w:rPr>
          <w:rFonts w:ascii="宋体" w:eastAsia="宋体" w:hAnsi="宋体" w:cs="宋体"/>
          <w:color w:val="000000"/>
        </w:rPr>
        <w:t>，并请同学们补全其余的空格．</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）在图</w:t>
      </w:r>
      <w:r>
        <w:rPr>
          <w:rFonts w:ascii="Times New Roman" w:eastAsia="Times New Roman" w:hAnsi="Times New Roman" w:cs="Times New Roman"/>
          <w:color w:val="000000"/>
        </w:rPr>
        <w:t>3</w:t>
      </w:r>
      <w:r>
        <w:rPr>
          <w:rFonts w:ascii="宋体" w:eastAsia="宋体" w:hAnsi="宋体" w:cs="宋体"/>
          <w:color w:val="000000"/>
        </w:rPr>
        <w:t>的幻方中，每一横行、每一竖列以及两条对角线上的数的和都相等．根据所给信息求出</w:t>
      </w:r>
      <w:r>
        <w:rPr>
          <w:rFonts w:ascii="Times New Roman" w:eastAsia="Times New Roman" w:hAnsi="Times New Roman" w:cs="Times New Roman"/>
          <w:i/>
          <w:color w:val="000000"/>
        </w:rPr>
        <w:t>x</w:t>
      </w:r>
      <w:r>
        <w:rPr>
          <w:rFonts w:ascii="宋体" w:eastAsia="宋体" w:hAnsi="宋体" w:cs="宋体"/>
          <w:color w:val="000000"/>
        </w:rPr>
        <w:t>的值，并根据</w:t>
      </w:r>
      <w:r>
        <w:rPr>
          <w:rFonts w:ascii="Times New Roman" w:eastAsia="Times New Roman" w:hAnsi="Times New Roman" w:cs="Times New Roman"/>
          <w:i/>
          <w:color w:val="000000"/>
        </w:rPr>
        <w:t>x</w:t>
      </w:r>
      <w:r>
        <w:rPr>
          <w:rFonts w:ascii="宋体" w:eastAsia="宋体" w:hAnsi="宋体" w:cs="宋体"/>
          <w:color w:val="000000"/>
        </w:rPr>
        <w:t>的值补全图</w:t>
      </w:r>
      <w:r>
        <w:rPr>
          <w:rFonts w:ascii="Times New Roman" w:eastAsia="Times New Roman" w:hAnsi="Times New Roman" w:cs="Times New Roman"/>
          <w:color w:val="000000"/>
        </w:rPr>
        <w:t>4</w:t>
      </w:r>
      <w:r>
        <w:rPr>
          <w:rFonts w:ascii="宋体" w:eastAsia="宋体" w:hAnsi="宋体" w:cs="宋体"/>
          <w:color w:val="000000"/>
        </w:rPr>
        <w:t>的幻方的空格．</w:t>
      </w:r>
    </w:p>
    <w:p>
      <w:pPr>
        <w:spacing w:line="360" w:lineRule="auto"/>
        <w:jc w:val="left"/>
        <w:textAlignment w:val="center"/>
        <w:rPr>
          <w:color w:val="000000"/>
        </w:rPr>
      </w:pPr>
      <w:r>
        <w:rPr>
          <w:color w:val="000000"/>
        </w:rPr>
        <w:drawing>
          <wp:inline>
            <wp:extent cx="1657350" cy="1714500"/>
            <wp:docPr id="298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 name=""/>
                    <pic:cNvPicPr>
                      <a:picLocks noChangeAspect="1"/>
                    </pic:cNvPicPr>
                  </pic:nvPicPr>
                  <pic:blipFill>
                    <a:blip r:embed="rId2544"/>
                    <a:stretch>
                      <a:fillRect/>
                    </a:stretch>
                  </pic:blipFill>
                  <pic:spPr>
                    <a:xfrm>
                      <a:off x="0" y="0"/>
                      <a:ext cx="1657350" cy="17145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（1）-6，图见解析</w:t>
      </w:r>
      <w:r>
        <w:rPr>
          <w:color w:val="000000"/>
        </w:rPr>
        <w:br/>
      </w:r>
      <w:r>
        <w:rPr>
          <w:color w:val="000000"/>
        </w:rPr>
        <w:t>（2）</w:t>
      </w:r>
      <w:r>
        <w:rPr>
          <w:i/>
          <w:color w:val="000000"/>
        </w:rPr>
        <w:t>x</w:t>
      </w:r>
      <w:r>
        <w:rPr>
          <w:color w:val="000000"/>
        </w:rPr>
        <w:t>=-5，图见解析．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color w:val="000000"/>
        </w:rPr>
        <w:t>（1）一共有三列，每列之和都相等，那么每列之和等于9个数字总和除以3，进而得到每列之和，再用这个和结合每一列已知的两个数求出另一个数；</w:t>
      </w:r>
    </w:p>
    <w:p>
      <w:pPr>
        <w:spacing w:line="360" w:lineRule="auto"/>
        <w:jc w:val="left"/>
        <w:textAlignment w:val="center"/>
        <w:rPr>
          <w:color w:val="000000"/>
        </w:rPr>
      </w:pPr>
      <w:r>
        <w:rPr>
          <w:color w:val="000000"/>
        </w:rPr>
        <w:t>（2）利用每列之和等于对角线之和建立等量关系解出x，再利用每列、每行、对角线之和相等算出其他格子的数．</w:t>
      </w:r>
    </w:p>
    <w:p>
      <w:pPr>
        <w:spacing w:line="360" w:lineRule="auto"/>
        <w:jc w:val="left"/>
        <w:textAlignment w:val="center"/>
        <w:rPr>
          <w:color w:val="000000"/>
        </w:rPr>
      </w:pPr>
      <w:r>
        <w:rPr>
          <w:color w:val="000000"/>
        </w:rPr>
        <w:t>【详解】</w:t>
      </w:r>
      <w:r>
        <w:rPr>
          <w:color w:val="000000"/>
        </w:rPr>
        <w:t>（1）</w:t>
      </w:r>
      <w:r>
        <w:pict>
          <v:shape id="_x0000_i709093" type="#_x0000_t75" alt="学科网(www.zxxk.com)--教育资源门户，提供试卷、教案、课件、论文、素材以及各类教学资源下载，还有大量而丰富的教学相关资讯！" style="width:278.25pt;height:21.75pt" o:oleicon="f" o:ole="">
            <v:imagedata r:id="rId2545" o:title="eqId8e70be9bcf05a6c33fb4fc83bbce4abb"/>
          </v:shape>
        </w:pict>
      </w:r>
      <w:r>
        <w:rPr>
          <w:color w:val="000000"/>
        </w:rPr>
        <w:t>，故和为-6，</w:t>
      </w:r>
    </w:p>
    <w:p>
      <w:pPr>
        <w:spacing w:line="360" w:lineRule="auto"/>
        <w:jc w:val="left"/>
        <w:textAlignment w:val="center"/>
        <w:rPr>
          <w:color w:val="000000"/>
        </w:rPr>
      </w:pPr>
      <w:r>
        <w:rPr>
          <w:color w:val="000000"/>
        </w:rPr>
        <w:t>其余空如下图：</w:t>
      </w:r>
    </w:p>
    <w:p>
      <w:pPr>
        <w:spacing w:line="360" w:lineRule="auto"/>
        <w:jc w:val="left"/>
        <w:textAlignment w:val="center"/>
        <w:rPr>
          <w:color w:val="000000"/>
        </w:rPr>
      </w:pPr>
      <w:r>
        <w:rPr>
          <w:color w:val="000000"/>
        </w:rPr>
        <w:drawing>
          <wp:inline>
            <wp:extent cx="1571625" cy="1714500"/>
            <wp:docPr id="299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 name=""/>
                    <pic:cNvPicPr>
                      <a:picLocks noChangeAspect="1"/>
                    </pic:cNvPicPr>
                  </pic:nvPicPr>
                  <pic:blipFill>
                    <a:blip r:embed="rId2546"/>
                    <a:stretch>
                      <a:fillRect/>
                    </a:stretch>
                  </pic:blipFill>
                  <pic:spPr>
                    <a:xfrm>
                      <a:off x="0" y="0"/>
                      <a:ext cx="1571625" cy="1714500"/>
                    </a:xfrm>
                    <a:prstGeom prst="rect">
                      <a:avLst/>
                    </a:prstGeom>
                  </pic:spPr>
                </pic:pic>
              </a:graphicData>
            </a:graphic>
          </wp:inline>
        </w:drawing>
      </w:r>
      <w:r>
        <w:rPr>
          <w:color w:val="000000"/>
        </w:rPr>
        <w:br/>
      </w:r>
    </w:p>
    <w:p>
      <w:pPr>
        <w:spacing w:line="360" w:lineRule="auto"/>
        <w:jc w:val="left"/>
        <w:textAlignment w:val="center"/>
        <w:rPr>
          <w:color w:val="000000"/>
        </w:rPr>
      </w:pPr>
      <w:r>
        <w:rPr>
          <w:color w:val="000000"/>
        </w:rPr>
        <w:t>（2）由每一列之和和对角线之和相等得：</w:t>
      </w:r>
    </w:p>
    <w:p>
      <w:pPr>
        <w:spacing w:line="360" w:lineRule="auto"/>
        <w:jc w:val="left"/>
        <w:textAlignment w:val="center"/>
        <w:rPr>
          <w:color w:val="000000"/>
        </w:rPr>
      </w:pPr>
      <w:r>
        <w:pict>
          <v:shape id="_x0000_i709094" type="#_x0000_t75" alt="学科网(www.zxxk.com)--教育资源门户，提供试卷、教案、课件、论文、素材以及各类教学资源下载，还有大量而丰富的教学相关资讯！" style="width:197.25pt;height:30.75pt" o:oleicon="f" o:ole="">
            <v:imagedata r:id="rId2547" o:title="eqId15bea3864746351b7d24634da8a13d90"/>
          </v:shape>
        </w:pict>
      </w:r>
      <w:r>
        <w:rPr>
          <w:color w:val="000000"/>
        </w:rPr>
        <w:t>；解得</w:t>
      </w:r>
      <w:r>
        <w:rPr>
          <w:i/>
          <w:color w:val="000000"/>
        </w:rPr>
        <w:t>x</w:t>
      </w:r>
      <w:r>
        <w:rPr>
          <w:color w:val="000000"/>
        </w:rPr>
        <w:t>=-5</w:t>
      </w:r>
    </w:p>
    <w:p>
      <w:pPr>
        <w:spacing w:line="360" w:lineRule="auto"/>
        <w:jc w:val="left"/>
        <w:textAlignment w:val="center"/>
        <w:rPr>
          <w:color w:val="000000"/>
        </w:rPr>
      </w:pPr>
      <w:r>
        <w:rPr>
          <w:color w:val="000000"/>
        </w:rPr>
        <w:t>补全空格如下图：</w:t>
      </w:r>
    </w:p>
    <w:p>
      <w:pPr>
        <w:spacing w:line="360" w:lineRule="auto"/>
        <w:jc w:val="left"/>
        <w:textAlignment w:val="center"/>
        <w:rPr>
          <w:color w:val="000000"/>
        </w:rPr>
      </w:pPr>
      <w:r>
        <w:rPr>
          <w:color w:val="000000"/>
        </w:rPr>
        <w:drawing>
          <wp:inline>
            <wp:extent cx="1704975" cy="1809750"/>
            <wp:docPr id="299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 name=""/>
                    <pic:cNvPicPr>
                      <a:picLocks noChangeAspect="1"/>
                    </pic:cNvPicPr>
                  </pic:nvPicPr>
                  <pic:blipFill>
                    <a:blip r:embed="rId2548"/>
                    <a:stretch>
                      <a:fillRect/>
                    </a:stretch>
                  </pic:blipFill>
                  <pic:spPr>
                    <a:xfrm>
                      <a:off x="0" y="0"/>
                      <a:ext cx="1704975" cy="1809750"/>
                    </a:xfrm>
                    <a:prstGeom prst="rect">
                      <a:avLst/>
                    </a:prstGeom>
                  </pic:spPr>
                </pic:pic>
              </a:graphicData>
            </a:graphic>
          </wp:inline>
        </w:drawing>
      </w:r>
    </w:p>
    <w:p>
      <w:pPr>
        <w:spacing w:line="360" w:lineRule="auto"/>
        <w:jc w:val="left"/>
        <w:textAlignment w:val="center"/>
        <w:rPr>
          <w:color w:val="000000"/>
        </w:rPr>
      </w:pPr>
      <w:r>
        <w:rPr>
          <w:color w:val="000000"/>
        </w:rPr>
        <w:t>【点睛】</w:t>
      </w:r>
      <w:r>
        <w:rPr>
          <w:color w:val="000000"/>
        </w:rPr>
        <w:t>本题考查幻方数字的填写，掌握计算方法技巧是本题关键．</w:t>
      </w:r>
    </w:p>
    <w:p>
      <w:pPr>
        <w:spacing w:line="360" w:lineRule="auto"/>
        <w:jc w:val="left"/>
        <w:textAlignment w:val="center"/>
        <w:rPr>
          <w:color w:val="000000"/>
        </w:rPr>
      </w:pPr>
      <w:r>
        <w:rPr>
          <w:color w:val="000000"/>
        </w:rPr>
        <w:t xml:space="preserve">28. </w:t>
      </w:r>
      <w:r>
        <w:rPr>
          <w:rFonts w:ascii="宋体" w:eastAsia="宋体" w:hAnsi="宋体" w:cs="宋体"/>
          <w:color w:val="000000"/>
        </w:rPr>
        <w:t>已知在纸面上有一个数轴（如图），折叠纸面．</w:t>
      </w:r>
    </w:p>
    <w:p>
      <w:pPr>
        <w:spacing w:line="360" w:lineRule="auto"/>
        <w:jc w:val="left"/>
        <w:textAlignment w:val="center"/>
        <w:rPr>
          <w:color w:val="000000"/>
        </w:rPr>
      </w:pPr>
      <w:r>
        <w:rPr>
          <w:color w:val="000000"/>
        </w:rPr>
        <w:drawing>
          <wp:inline>
            <wp:extent cx="1552575" cy="371475"/>
            <wp:docPr id="299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 name=""/>
                    <pic:cNvPicPr>
                      <a:picLocks noChangeAspect="1"/>
                    </pic:cNvPicPr>
                  </pic:nvPicPr>
                  <pic:blipFill>
                    <a:blip r:embed="rId2549"/>
                    <a:stretch>
                      <a:fillRect/>
                    </a:stretch>
                  </pic:blipFill>
                  <pic:spPr>
                    <a:xfrm>
                      <a:off x="0" y="0"/>
                      <a:ext cx="1552575" cy="3714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w:t>
      </w:r>
      <w:r>
        <w:rPr>
          <w:rFonts w:ascii="Times New Roman" w:eastAsia="Times New Roman" w:hAnsi="Times New Roman" w:cs="Times New Roman"/>
          <w:color w:val="000000"/>
        </w:rPr>
        <w:t>1</w:t>
      </w:r>
      <w:r>
        <w:rPr>
          <w:rFonts w:ascii="宋体" w:eastAsia="宋体" w:hAnsi="宋体" w:cs="宋体"/>
          <w:color w:val="000000"/>
        </w:rPr>
        <w:t>表示的点与</w:t>
      </w:r>
      <w:r>
        <w:rPr>
          <w:rFonts w:ascii="Times New Roman" w:eastAsia="Times New Roman" w:hAnsi="Times New Roman" w:cs="Times New Roman"/>
          <w:color w:val="000000"/>
        </w:rPr>
        <w:t>-1</w:t>
      </w:r>
      <w:r>
        <w:rPr>
          <w:rFonts w:ascii="宋体" w:eastAsia="宋体" w:hAnsi="宋体" w:cs="宋体"/>
          <w:color w:val="000000"/>
        </w:rPr>
        <w:t>表示的点重合，则</w:t>
      </w:r>
      <w:r>
        <w:rPr>
          <w:rFonts w:ascii="Times New Roman" w:eastAsia="Times New Roman" w:hAnsi="Times New Roman" w:cs="Times New Roman"/>
          <w:color w:val="000000"/>
        </w:rPr>
        <w:t>-4</w:t>
      </w:r>
      <w:r>
        <w:rPr>
          <w:rFonts w:ascii="宋体" w:eastAsia="宋体" w:hAnsi="宋体" w:cs="宋体"/>
          <w:color w:val="000000"/>
        </w:rPr>
        <w:t>表示的点与</w:t>
      </w:r>
      <w:r>
        <w:rPr>
          <w:rFonts w:ascii="Times New Roman" w:eastAsia="Times New Roman" w:hAnsi="Times New Roman" w:cs="Times New Roman"/>
          <w:color w:val="000000"/>
        </w:rPr>
        <w:t>______</w:t>
      </w:r>
      <w:r>
        <w:rPr>
          <w:rFonts w:ascii="宋体" w:eastAsia="宋体" w:hAnsi="宋体" w:cs="宋体"/>
          <w:color w:val="000000"/>
        </w:rPr>
        <w:t>表示的点重合；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w:t>
      </w:r>
      <w:r>
        <w:rPr>
          <w:rFonts w:ascii="Times New Roman" w:eastAsia="Times New Roman" w:hAnsi="Times New Roman" w:cs="Times New Roman"/>
          <w:color w:val="000000"/>
        </w:rPr>
        <w:t>8</w:t>
      </w:r>
      <w:r>
        <w:rPr>
          <w:rFonts w:ascii="宋体" w:eastAsia="宋体" w:hAnsi="宋体" w:cs="宋体"/>
          <w:color w:val="000000"/>
        </w:rPr>
        <w:t>表示的点与</w:t>
      </w:r>
      <w:r>
        <w:rPr>
          <w:rFonts w:ascii="Times New Roman" w:eastAsia="Times New Roman" w:hAnsi="Times New Roman" w:cs="Times New Roman"/>
          <w:color w:val="000000"/>
        </w:rPr>
        <w:t>-2</w:t>
      </w:r>
      <w:r>
        <w:rPr>
          <w:rFonts w:ascii="宋体" w:eastAsia="宋体" w:hAnsi="宋体" w:cs="宋体"/>
          <w:color w:val="000000"/>
        </w:rPr>
        <w:t>表示的点重合，回答下列问题：</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12</w:t>
      </w:r>
      <w:r>
        <w:rPr>
          <w:rFonts w:ascii="宋体" w:eastAsia="宋体" w:hAnsi="宋体" w:cs="宋体"/>
          <w:color w:val="000000"/>
        </w:rPr>
        <w:t>表示的点与</w:t>
      </w:r>
      <w:r>
        <w:rPr>
          <w:rFonts w:ascii="Times New Roman" w:eastAsia="Times New Roman" w:hAnsi="Times New Roman" w:cs="Times New Roman"/>
          <w:color w:val="000000"/>
        </w:rPr>
        <w:t>______</w:t>
      </w:r>
      <w:r>
        <w:rPr>
          <w:rFonts w:ascii="宋体" w:eastAsia="宋体" w:hAnsi="宋体" w:cs="宋体"/>
          <w:color w:val="000000"/>
        </w:rPr>
        <w:t>表示的点重合；</w:t>
      </w:r>
    </w:p>
    <w:p>
      <w:pPr>
        <w:spacing w:line="360" w:lineRule="auto"/>
        <w:jc w:val="left"/>
        <w:textAlignment w:val="center"/>
        <w:rPr>
          <w:color w:val="000000"/>
        </w:rPr>
      </w:pPr>
      <w:r>
        <w:rPr>
          <w:rFonts w:ascii="宋体" w:eastAsia="宋体" w:hAnsi="宋体" w:cs="宋体"/>
          <w:color w:val="000000"/>
        </w:rPr>
        <w:t>②数轴上</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两点间的距离为</w:t>
      </w:r>
      <w:r>
        <w:rPr>
          <w:rFonts w:ascii="Times New Roman" w:eastAsia="Times New Roman" w:hAnsi="Times New Roman" w:cs="Times New Roman"/>
          <w:color w:val="000000"/>
        </w:rPr>
        <w:t>2022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在</w:t>
      </w:r>
      <w:r>
        <w:rPr>
          <w:rFonts w:ascii="Times New Roman" w:eastAsia="Times New Roman" w:hAnsi="Times New Roman" w:cs="Times New Roman"/>
          <w:i/>
          <w:color w:val="000000"/>
        </w:rPr>
        <w:t>B</w:t>
      </w:r>
      <w:r>
        <w:rPr>
          <w:rFonts w:ascii="宋体" w:eastAsia="宋体" w:hAnsi="宋体" w:cs="宋体"/>
          <w:color w:val="000000"/>
        </w:rPr>
        <w:t>的左侧），且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两点经折叠后重合，则</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两点表示数分别为</w:t>
      </w:r>
      <w:r>
        <w:rPr>
          <w:rFonts w:ascii="Times New Roman" w:eastAsia="Times New Roman" w:hAnsi="Times New Roman" w:cs="Times New Roman"/>
          <w:color w:val="000000"/>
        </w:rPr>
        <w:t>______</w:t>
      </w:r>
      <w:r>
        <w:rPr>
          <w:rFonts w:ascii="宋体" w:eastAsia="宋体" w:hAnsi="宋体" w:cs="宋体"/>
          <w:color w:val="000000"/>
        </w:rPr>
        <w:t>，</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③在②的条件下，点</w:t>
      </w:r>
      <w:r>
        <w:rPr>
          <w:rFonts w:ascii="Times New Roman" w:eastAsia="Times New Roman" w:hAnsi="Times New Roman" w:cs="Times New Roman"/>
          <w:i/>
          <w:color w:val="000000"/>
        </w:rPr>
        <w:t>C</w:t>
      </w:r>
      <w:r>
        <w:rPr>
          <w:rFonts w:ascii="宋体" w:eastAsia="宋体" w:hAnsi="宋体" w:cs="宋体"/>
          <w:color w:val="000000"/>
        </w:rPr>
        <w:t>为数轴上的一个动点，从点</w:t>
      </w:r>
      <w:r>
        <w:rPr>
          <w:rFonts w:ascii="Times New Roman" w:eastAsia="Times New Roman" w:hAnsi="Times New Roman" w:cs="Times New Roman"/>
          <w:i/>
          <w:color w:val="000000"/>
        </w:rPr>
        <w:t>O</w:t>
      </w:r>
      <w:r>
        <w:rPr>
          <w:rFonts w:ascii="宋体" w:eastAsia="宋体" w:hAnsi="宋体" w:cs="宋体"/>
          <w:color w:val="000000"/>
        </w:rPr>
        <w:t>出发，以</w:t>
      </w:r>
      <w:r>
        <w:rPr>
          <w:rFonts w:ascii="Times New Roman" w:eastAsia="Times New Roman" w:hAnsi="Times New Roman" w:cs="Times New Roman"/>
          <w:color w:val="000000"/>
        </w:rPr>
        <w:t>2</w:t>
      </w:r>
      <w:r>
        <w:rPr>
          <w:rFonts w:ascii="宋体" w:eastAsia="宋体" w:hAnsi="宋体" w:cs="宋体"/>
          <w:color w:val="000000"/>
        </w:rPr>
        <w:t>个单位每秒的速度向右运动，求当时间</w:t>
      </w:r>
      <w:r>
        <w:rPr>
          <w:rFonts w:ascii="Times New Roman" w:eastAsia="Times New Roman" w:hAnsi="Times New Roman" w:cs="Times New Roman"/>
          <w:i/>
          <w:color w:val="000000"/>
        </w:rPr>
        <w:t>t</w:t>
      </w:r>
      <w:r>
        <w:rPr>
          <w:rFonts w:ascii="宋体" w:eastAsia="宋体" w:hAnsi="宋体" w:cs="宋体"/>
          <w:color w:val="000000"/>
        </w:rPr>
        <w:t>为多少秒时，</w:t>
      </w:r>
      <w:r>
        <w:pict>
          <v:shape id="_x0000_i709095" type="#_x0000_t75" alt="学科网(www.zxxk.com)--教育资源门户，提供试卷、教案、课件、论文、素材以及各类教学资源下载，还有大量而丰富的教学相关资讯！" style="width:21.25pt;height:14.2pt" o:oleicon="f" o:ole="">
            <v:imagedata r:id="rId2550" o:title="eqId60ef95894ceebaf236170e8832dcf7e3"/>
          </v:shape>
        </w:pict>
      </w:r>
      <w:r>
        <w:rPr>
          <w:rFonts w:ascii="宋体" w:eastAsia="宋体" w:hAnsi="宋体" w:cs="宋体"/>
          <w:color w:val="000000"/>
        </w:rPr>
        <w:t>之间的距离恰好是</w:t>
      </w:r>
      <w:r>
        <w:pict>
          <v:shape id="_x0000_i709096" type="#_x0000_t75" alt="学科网(www.zxxk.com)--教育资源门户，提供试卷、教案、课件、论文、素材以及各类教学资源下载，还有大量而丰富的教学相关资讯！" style="width:20.2pt;height:14pt" o:oleicon="f" o:ole="">
            <v:imagedata r:id="rId2551" o:title="eqId0dc5c9827dfd0be5a9c85962d6ccbfb1"/>
          </v:shape>
        </w:pict>
      </w:r>
      <w:r>
        <w:rPr>
          <w:rFonts w:ascii="宋体" w:eastAsia="宋体" w:hAnsi="宋体" w:cs="宋体"/>
          <w:color w:val="000000"/>
        </w:rPr>
        <w:t>之间距离的</w:t>
      </w:r>
      <w:r>
        <w:rPr>
          <w:rFonts w:ascii="Times New Roman" w:eastAsia="Times New Roman" w:hAnsi="Times New Roman" w:cs="Times New Roman"/>
          <w:color w:val="000000"/>
        </w:rPr>
        <w:t>2</w:t>
      </w:r>
      <w:r>
        <w:rPr>
          <w:rFonts w:ascii="宋体" w:eastAsia="宋体" w:hAnsi="宋体" w:cs="宋体"/>
          <w:color w:val="000000"/>
        </w:rPr>
        <w:t>倍．</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rPr>
          <w:rFonts w:ascii="Times New Roman" w:eastAsia="Times New Roman" w:hAnsi="Times New Roman" w:cs="Times New Roman"/>
          <w:color w:val="000000"/>
        </w:rPr>
        <w:t>6</w:t>
      </w:r>
      <w:r>
        <w:rPr>
          <w:rFonts w:ascii="宋体" w:eastAsia="宋体" w:hAnsi="宋体" w:cs="宋体"/>
          <w:color w:val="000000"/>
        </w:rPr>
        <w:t>；②</w:t>
      </w:r>
      <w:r>
        <w:rPr>
          <w:rFonts w:ascii="Times New Roman" w:eastAsia="Times New Roman" w:hAnsi="Times New Roman" w:cs="Times New Roman"/>
          <w:color w:val="000000"/>
        </w:rPr>
        <w:t>-1008</w:t>
      </w:r>
      <w:r>
        <w:rPr>
          <w:rFonts w:ascii="宋体" w:eastAsia="宋体" w:hAnsi="宋体" w:cs="宋体"/>
          <w:color w:val="000000"/>
        </w:rPr>
        <w:t>；</w:t>
      </w:r>
      <w:r>
        <w:rPr>
          <w:rFonts w:ascii="Times New Roman" w:eastAsia="Times New Roman" w:hAnsi="Times New Roman" w:cs="Times New Roman"/>
          <w:color w:val="000000"/>
        </w:rPr>
        <w:t>1014</w:t>
      </w:r>
      <w:r>
        <w:rPr>
          <w:rFonts w:ascii="宋体" w:eastAsia="宋体" w:hAnsi="宋体" w:cs="宋体"/>
          <w:color w:val="000000"/>
        </w:rPr>
        <w:t>；③</w:t>
      </w:r>
      <w:r>
        <w:rPr>
          <w:rFonts w:ascii="Times New Roman" w:eastAsia="Times New Roman" w:hAnsi="Times New Roman" w:cs="Times New Roman"/>
          <w:color w:val="000000"/>
        </w:rPr>
        <w:t>170</w:t>
      </w:r>
      <w:r>
        <w:rPr>
          <w:rFonts w:ascii="宋体" w:eastAsia="宋体" w:hAnsi="宋体" w:cs="宋体"/>
          <w:color w:val="000000"/>
        </w:rPr>
        <w:t>秒或</w:t>
      </w:r>
      <w:r>
        <w:rPr>
          <w:rFonts w:ascii="Times New Roman" w:eastAsia="Times New Roman" w:hAnsi="Times New Roman" w:cs="Times New Roman"/>
          <w:color w:val="000000"/>
        </w:rPr>
        <w:t>1518</w:t>
      </w:r>
      <w:r>
        <w:rPr>
          <w:rFonts w:ascii="宋体" w:eastAsia="宋体" w:hAnsi="宋体" w:cs="宋体"/>
          <w:color w:val="000000"/>
        </w:rPr>
        <w:t>秒</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）由表示</w:t>
      </w:r>
      <w:r>
        <w:rPr>
          <w:rFonts w:ascii="Times New Roman" w:eastAsia="Times New Roman" w:hAnsi="Times New Roman" w:cs="Times New Roman"/>
          <w:color w:val="000000"/>
        </w:rPr>
        <w:t>1</w:t>
      </w:r>
      <w:r>
        <w:rPr>
          <w:rFonts w:ascii="宋体" w:eastAsia="宋体" w:hAnsi="宋体" w:cs="宋体"/>
          <w:color w:val="000000"/>
        </w:rPr>
        <w:t>与</w:t>
      </w:r>
      <w:r>
        <w:rPr>
          <w:rFonts w:ascii="Times New Roman" w:eastAsia="Times New Roman" w:hAnsi="Times New Roman" w:cs="Times New Roman"/>
          <w:color w:val="000000"/>
        </w:rPr>
        <w:t>-1</w:t>
      </w:r>
      <w:r>
        <w:rPr>
          <w:rFonts w:ascii="宋体" w:eastAsia="宋体" w:hAnsi="宋体" w:cs="宋体"/>
          <w:color w:val="000000"/>
        </w:rPr>
        <w:t>的两点重合，利用对称性即可得到结果；</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w:t>
      </w:r>
      <w:r>
        <w:rPr>
          <w:rFonts w:ascii="Times New Roman" w:eastAsia="Times New Roman" w:hAnsi="Times New Roman" w:cs="Times New Roman"/>
          <w:color w:val="000000"/>
        </w:rPr>
        <w:t>-2</w:t>
      </w:r>
      <w:r>
        <w:rPr>
          <w:rFonts w:ascii="宋体" w:eastAsia="宋体" w:hAnsi="宋体" w:cs="宋体"/>
          <w:color w:val="000000"/>
        </w:rPr>
        <w:t>表示的点与</w:t>
      </w:r>
      <w:r>
        <w:rPr>
          <w:rFonts w:ascii="Times New Roman" w:eastAsia="Times New Roman" w:hAnsi="Times New Roman" w:cs="Times New Roman"/>
          <w:color w:val="000000"/>
        </w:rPr>
        <w:t>8</w:t>
      </w:r>
      <w:r>
        <w:rPr>
          <w:rFonts w:ascii="宋体" w:eastAsia="宋体" w:hAnsi="宋体" w:cs="宋体"/>
          <w:color w:val="000000"/>
        </w:rPr>
        <w:t>表示的点重合，确定出</w:t>
      </w:r>
      <w:r>
        <w:rPr>
          <w:rFonts w:ascii="Times New Roman" w:eastAsia="Times New Roman" w:hAnsi="Times New Roman" w:cs="Times New Roman"/>
          <w:color w:val="000000"/>
        </w:rPr>
        <w:t>3</w:t>
      </w:r>
      <w:r>
        <w:rPr>
          <w:rFonts w:ascii="宋体" w:eastAsia="宋体" w:hAnsi="宋体" w:cs="宋体"/>
          <w:color w:val="000000"/>
        </w:rPr>
        <w:t>为对称点，得出①②的结果即可；③根据题意列出方程，求出</w:t>
      </w:r>
      <w:r>
        <w:rPr>
          <w:rFonts w:ascii="Times New Roman" w:eastAsia="Times New Roman" w:hAnsi="Times New Roman" w:cs="Times New Roman"/>
          <w:i/>
          <w:color w:val="000000"/>
        </w:rPr>
        <w:t>t</w:t>
      </w:r>
      <w:r>
        <w:rPr>
          <w:rFonts w:ascii="宋体" w:eastAsia="宋体" w:hAnsi="宋体" w:cs="宋体"/>
          <w:color w:val="000000"/>
        </w:rPr>
        <w:t>的值即可．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）若</w:t>
      </w:r>
      <w:r>
        <w:rPr>
          <w:rFonts w:ascii="Times New Roman" w:eastAsia="Times New Roman" w:hAnsi="Times New Roman" w:cs="Times New Roman"/>
          <w:color w:val="000000"/>
        </w:rPr>
        <w:t>1</w:t>
      </w:r>
      <w:r>
        <w:rPr>
          <w:rFonts w:ascii="宋体" w:eastAsia="宋体" w:hAnsi="宋体" w:cs="宋体"/>
          <w:color w:val="000000"/>
        </w:rPr>
        <w:t>表示的点与</w:t>
      </w:r>
      <w:r>
        <w:rPr>
          <w:rFonts w:ascii="Times New Roman" w:eastAsia="Times New Roman" w:hAnsi="Times New Roman" w:cs="Times New Roman"/>
          <w:color w:val="000000"/>
        </w:rPr>
        <w:t>-1</w:t>
      </w:r>
      <w:r>
        <w:rPr>
          <w:rFonts w:ascii="宋体" w:eastAsia="宋体" w:hAnsi="宋体" w:cs="宋体"/>
          <w:color w:val="000000"/>
        </w:rPr>
        <w:t>表示的点重合，则原点为对称点，所以</w:t>
      </w:r>
      <w:r>
        <w:rPr>
          <w:rFonts w:ascii="Times New Roman" w:eastAsia="Times New Roman" w:hAnsi="Times New Roman" w:cs="Times New Roman"/>
          <w:color w:val="000000"/>
        </w:rPr>
        <w:t>-4</w:t>
      </w:r>
      <w:r>
        <w:rPr>
          <w:rFonts w:ascii="宋体" w:eastAsia="宋体" w:hAnsi="宋体" w:cs="宋体"/>
          <w:color w:val="000000"/>
        </w:rPr>
        <w:t>表示的点与</w:t>
      </w:r>
      <w:r>
        <w:rPr>
          <w:rFonts w:ascii="Times New Roman" w:eastAsia="Times New Roman" w:hAnsi="Times New Roman" w:cs="Times New Roman"/>
          <w:color w:val="000000"/>
        </w:rPr>
        <w:t>4</w:t>
      </w:r>
      <w:r>
        <w:rPr>
          <w:rFonts w:ascii="宋体" w:eastAsia="宋体" w:hAnsi="宋体" w:cs="宋体"/>
          <w:color w:val="000000"/>
        </w:rPr>
        <w:t>表示的点重合；</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）由题意得：（</w:t>
      </w:r>
      <w:r>
        <w:rPr>
          <w:rFonts w:ascii="Times New Roman" w:eastAsia="Times New Roman" w:hAnsi="Times New Roman" w:cs="Times New Roman"/>
          <w:color w:val="000000"/>
        </w:rPr>
        <w:t>-2+8</w:t>
      </w:r>
      <w:r>
        <w:rPr>
          <w:rFonts w:ascii="宋体" w:eastAsia="宋体" w:hAnsi="宋体" w:cs="宋体"/>
          <w:color w:val="000000"/>
        </w:rPr>
        <w:t>）</w:t>
      </w:r>
      <w:r>
        <w:rPr>
          <w:rFonts w:ascii="Times New Roman" w:eastAsia="Times New Roman" w:hAnsi="Times New Roman" w:cs="Times New Roman"/>
          <w:color w:val="000000"/>
        </w:rPr>
        <w:t>÷2=3</w:t>
      </w:r>
      <w:r>
        <w:rPr>
          <w:rFonts w:ascii="宋体" w:eastAsia="宋体" w:hAnsi="宋体" w:cs="宋体"/>
          <w:color w:val="000000"/>
        </w:rPr>
        <w:t>，即</w:t>
      </w:r>
      <w:r>
        <w:rPr>
          <w:rFonts w:ascii="Times New Roman" w:eastAsia="Times New Roman" w:hAnsi="Times New Roman" w:cs="Times New Roman"/>
          <w:color w:val="000000"/>
        </w:rPr>
        <w:t>3</w:t>
      </w:r>
      <w:r>
        <w:rPr>
          <w:rFonts w:ascii="宋体" w:eastAsia="宋体" w:hAnsi="宋体" w:cs="宋体"/>
          <w:color w:val="000000"/>
        </w:rPr>
        <w:t>为对称点，</w:t>
      </w:r>
    </w:p>
    <w:p>
      <w:pPr>
        <w:spacing w:line="360" w:lineRule="auto"/>
        <w:jc w:val="left"/>
        <w:textAlignment w:val="center"/>
        <w:rPr>
          <w:color w:val="000000"/>
        </w:rPr>
      </w:pPr>
      <w:r>
        <w:rPr>
          <w:rFonts w:ascii="宋体" w:eastAsia="宋体" w:hAnsi="宋体" w:cs="宋体"/>
          <w:color w:val="000000"/>
        </w:rPr>
        <w:t>①根据题意得：</w:t>
      </w:r>
      <w:r>
        <w:rPr>
          <w:rFonts w:ascii="Times New Roman" w:eastAsia="Times New Roman" w:hAnsi="Times New Roman" w:cs="Times New Roman"/>
          <w:color w:val="000000"/>
        </w:rPr>
        <w:t>2×3-12=-6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rPr>
          <w:rFonts w:ascii="Times New Roman" w:eastAsia="Times New Roman" w:hAnsi="Times New Roman" w:cs="Times New Roman"/>
          <w:color w:val="000000"/>
        </w:rPr>
        <w:t>3</w:t>
      </w:r>
      <w:r>
        <w:rPr>
          <w:rFonts w:ascii="宋体" w:eastAsia="宋体" w:hAnsi="宋体" w:cs="宋体"/>
          <w:color w:val="000000"/>
        </w:rPr>
        <w:t>为对称点，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两点之间的距离为</w:t>
      </w:r>
      <w:r>
        <w:rPr>
          <w:rFonts w:ascii="Times New Roman" w:eastAsia="Times New Roman" w:hAnsi="Times New Roman" w:cs="Times New Roman"/>
          <w:color w:val="000000"/>
        </w:rPr>
        <w:t>2022</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在</w:t>
      </w:r>
      <w:r>
        <w:rPr>
          <w:rFonts w:ascii="Times New Roman" w:eastAsia="Times New Roman" w:hAnsi="Times New Roman" w:cs="Times New Roman"/>
          <w:i/>
          <w:color w:val="000000"/>
        </w:rPr>
        <w:t>B</w:t>
      </w:r>
      <w:r>
        <w:rPr>
          <w:rFonts w:ascii="宋体" w:eastAsia="宋体" w:hAnsi="宋体" w:cs="宋体"/>
          <w:color w:val="000000"/>
        </w:rPr>
        <w:t>的左侧），且</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两点经折叠后重合，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表示的数</w:t>
      </w:r>
      <w:r>
        <w:rPr>
          <w:rFonts w:ascii="Times New Roman" w:eastAsia="Times New Roman" w:hAnsi="Times New Roman" w:cs="Times New Roman"/>
          <w:color w:val="000000"/>
        </w:rPr>
        <w:t>=-</w:t>
      </w:r>
      <w:r>
        <w:pict>
          <v:shape id="_x0000_i709097" type="#_x0000_t75" alt="学科网(www.zxxk.com)--教育资源门户，提供试卷、教案、课件、论文、素材以及各类教学资源下载，还有大量而丰富的教学相关资讯！" style="width:30pt;height:30.75pt" o:oleicon="f" o:ole="">
            <v:imagedata r:id="rId2552" o:title="eqId96a413b4c85a55713ce8edc856c83f8a"/>
          </v:shape>
        </w:pict>
      </w:r>
      <w:r>
        <w:rPr>
          <w:rFonts w:ascii="Times New Roman" w:eastAsia="Times New Roman" w:hAnsi="Times New Roman" w:cs="Times New Roman"/>
          <w:color w:val="000000"/>
        </w:rPr>
        <w:t>+3=-1008</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点表示的数</w:t>
      </w:r>
      <w:r>
        <w:rPr>
          <w:rFonts w:ascii="Times New Roman" w:eastAsia="Times New Roman" w:hAnsi="Times New Roman" w:cs="Times New Roman"/>
          <w:color w:val="000000"/>
        </w:rPr>
        <w:t>=</w:t>
      </w:r>
      <w:r>
        <w:pict>
          <v:shape id="_x0000_i709098" type="#_x0000_t75" alt="学科网(www.zxxk.com)--教育资源门户，提供试卷、教案、课件、论文、素材以及各类教学资源下载，还有大量而丰富的教学相关资讯！" style="width:30pt;height:30.75pt" o:oleicon="f" o:ole="">
            <v:imagedata r:id="rId2552" o:title="eqId96a413b4c85a55713ce8edc856c83f8a"/>
          </v:shape>
        </w:pict>
      </w:r>
      <w:r>
        <w:rPr>
          <w:rFonts w:ascii="Times New Roman" w:eastAsia="Times New Roman" w:hAnsi="Times New Roman" w:cs="Times New Roman"/>
          <w:color w:val="000000"/>
        </w:rPr>
        <w:t>+3=1014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-1008</w:t>
      </w:r>
      <w:r>
        <w:rPr>
          <w:rFonts w:ascii="宋体" w:eastAsia="宋体" w:hAnsi="宋体" w:cs="宋体"/>
          <w:color w:val="000000"/>
        </w:rPr>
        <w:t>；</w:t>
      </w:r>
      <w:r>
        <w:rPr>
          <w:rFonts w:ascii="Times New Roman" w:eastAsia="Times New Roman" w:hAnsi="Times New Roman" w:cs="Times New Roman"/>
          <w:color w:val="000000"/>
        </w:rPr>
        <w:t>1014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③有两种情形：情形一：当点</w:t>
      </w:r>
      <w:r>
        <w:rPr>
          <w:rFonts w:ascii="Times New Roman" w:eastAsia="Times New Roman" w:hAnsi="Times New Roman" w:cs="Times New Roman"/>
          <w:i/>
          <w:color w:val="000000"/>
        </w:rPr>
        <w:t>C</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左侧时，根据题意得：</w:t>
      </w:r>
    </w:p>
    <w:p>
      <w:pPr>
        <w:spacing w:line="360" w:lineRule="auto"/>
        <w:jc w:val="left"/>
        <w:textAlignment w:val="center"/>
        <w:rPr>
          <w:color w:val="000000"/>
        </w:rPr>
      </w:pPr>
      <w:r>
        <w:pict>
          <v:shape id="_x0000_i709099" type="#_x0000_t75" alt="学科网(www.zxxk.com)--教育资源门户，提供试卷、教案、课件、论文、素材以及各类教学资源下载，还有大量而丰富的教学相关资讯！" style="width:141.75pt;height:15.75pt" o:oleicon="f" o:ole="">
            <v:imagedata r:id="rId2553" o:title="eqIdaec40939e3a63105d2365e71e35e86cd"/>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解得，</w:t>
      </w:r>
      <w:r>
        <w:pict>
          <v:shape id="_x0000_i709100" type="#_x0000_t75" alt="学科网(www.zxxk.com)--教育资源门户，提供试卷、教案、课件、论文、素材以及各类教学资源下载，还有大量而丰富的教学相关资讯！" style="width:36pt;height:13.8pt" o:oleicon="f" o:ole="">
            <v:imagedata r:id="rId2554" o:title="eqId6f836612cc907ed600f90f6b32971688"/>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∴当时间</w:t>
      </w:r>
      <w:r>
        <w:rPr>
          <w:rFonts w:ascii="Times New Roman" w:eastAsia="Times New Roman" w:hAnsi="Times New Roman" w:cs="Times New Roman"/>
          <w:i/>
          <w:color w:val="000000"/>
        </w:rPr>
        <w:t>t</w:t>
      </w:r>
      <w:r>
        <w:rPr>
          <w:rFonts w:ascii="宋体" w:eastAsia="宋体" w:hAnsi="宋体" w:cs="宋体"/>
          <w:color w:val="000000"/>
        </w:rPr>
        <w:t>为</w:t>
      </w:r>
      <w:r>
        <w:rPr>
          <w:rFonts w:ascii="Times New Roman" w:eastAsia="Times New Roman" w:hAnsi="Times New Roman" w:cs="Times New Roman"/>
          <w:color w:val="000000"/>
        </w:rPr>
        <w:t>170</w:t>
      </w:r>
      <w:r>
        <w:rPr>
          <w:rFonts w:ascii="宋体" w:eastAsia="宋体" w:hAnsi="宋体" w:cs="宋体"/>
          <w:color w:val="000000"/>
        </w:rPr>
        <w:t>秒时，</w:t>
      </w:r>
      <w:r>
        <w:pict>
          <v:shape id="_x0000_i709101" type="#_x0000_t75" alt="学科网(www.zxxk.com)--教育资源门户，提供试卷、教案、课件、论文、素材以及各类教学资源下载，还有大量而丰富的教学相关资讯！" style="width:21.25pt;height:14.2pt" o:oleicon="f" o:ole="">
            <v:imagedata r:id="rId2555" o:title="eqId60ef95894ceebaf236170e8832dcf7e3"/>
          </v:shape>
        </w:pict>
      </w:r>
      <w:r>
        <w:rPr>
          <w:rFonts w:ascii="宋体" w:eastAsia="宋体" w:hAnsi="宋体" w:cs="宋体"/>
          <w:color w:val="000000"/>
        </w:rPr>
        <w:t>之间的距离恰好是</w:t>
      </w:r>
      <w:r>
        <w:pict>
          <v:shape id="_x0000_i709102" type="#_x0000_t75" alt="学科网(www.zxxk.com)--教育资源门户，提供试卷、教案、课件、论文、素材以及各类教学资源下载，还有大量而丰富的教学相关资讯！" style="width:20.2pt;height:14pt" o:oleicon="f" o:ole="">
            <v:imagedata r:id="rId2556" o:title="eqId0dc5c9827dfd0be5a9c85962d6ccbfb1"/>
          </v:shape>
        </w:pict>
      </w:r>
      <w:r>
        <w:rPr>
          <w:rFonts w:ascii="宋体" w:eastAsia="宋体" w:hAnsi="宋体" w:cs="宋体"/>
          <w:color w:val="000000"/>
        </w:rPr>
        <w:t>之间距离的</w:t>
      </w:r>
      <w:r>
        <w:rPr>
          <w:rFonts w:ascii="Times New Roman" w:eastAsia="Times New Roman" w:hAnsi="Times New Roman" w:cs="Times New Roman"/>
          <w:color w:val="000000"/>
        </w:rPr>
        <w:t>2</w:t>
      </w:r>
      <w:r>
        <w:rPr>
          <w:rFonts w:ascii="宋体" w:eastAsia="宋体" w:hAnsi="宋体" w:cs="宋体"/>
          <w:color w:val="000000"/>
        </w:rPr>
        <w:t>倍．</w:t>
      </w:r>
    </w:p>
    <w:p>
      <w:pPr>
        <w:spacing w:line="360" w:lineRule="auto"/>
        <w:jc w:val="left"/>
        <w:textAlignment w:val="center"/>
        <w:rPr>
          <w:color w:val="000000"/>
        </w:rPr>
      </w:pPr>
      <w:r>
        <w:rPr>
          <w:rFonts w:ascii="宋体" w:eastAsia="宋体" w:hAnsi="宋体" w:cs="宋体"/>
          <w:color w:val="000000"/>
        </w:rPr>
        <w:t>情形二：当点</w:t>
      </w:r>
      <w:r>
        <w:rPr>
          <w:rFonts w:ascii="Times New Roman" w:eastAsia="Times New Roman" w:hAnsi="Times New Roman" w:cs="Times New Roman"/>
          <w:i/>
          <w:color w:val="000000"/>
        </w:rPr>
        <w:t>C</w:t>
      </w:r>
      <w:r>
        <w:rPr>
          <w:rFonts w:ascii="宋体" w:eastAsia="宋体" w:hAnsi="宋体" w:cs="宋体"/>
          <w:color w:val="000000"/>
          <w:position w:val="-1"/>
        </w:rPr>
        <w:drawing>
          <wp:inline>
            <wp:extent cx="139700" cy="190500"/>
            <wp:docPr id="299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8" name=""/>
                    <pic:cNvPicPr>
                      <a:picLocks noChangeAspect="1"/>
                    </pic:cNvPicPr>
                  </pic:nvPicPr>
                  <pic:blipFill>
                    <a:blip r:embed="rId2557"/>
                    <a:stretch>
                      <a:fillRect/>
                    </a:stretch>
                  </pic:blipFill>
                  <pic:spPr>
                    <a:xfrm>
                      <a:off x="0" y="0"/>
                      <a:ext cx="139700" cy="190500"/>
                    </a:xfrm>
                    <a:prstGeom prst="rect">
                      <a:avLst/>
                    </a:prstGeom>
                  </pic:spPr>
                </pic:pic>
              </a:graphicData>
            </a:graphic>
          </wp:inline>
        </w:drawing>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右侧时，根据题意得：</w:t>
      </w:r>
    </w:p>
    <w:p>
      <w:pPr>
        <w:spacing w:line="360" w:lineRule="auto"/>
        <w:jc w:val="left"/>
        <w:textAlignment w:val="center"/>
        <w:rPr>
          <w:color w:val="000000"/>
        </w:rPr>
      </w:pPr>
      <w:r>
        <w:pict>
          <v:shape id="_x0000_i709103" type="#_x0000_t75" alt="学科网(www.zxxk.com)--教育资源门户，提供试卷、教案、课件、论文、素材以及各类教学资源下载，还有大量而丰富的教学相关资讯！" style="width:132pt;height:15.75pt" o:oleicon="f" o:ole="">
            <v:imagedata r:id="rId2558" o:title="eqIdba56f3fd543e3dd1be985882168ee9bb"/>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解得，</w:t>
      </w:r>
      <w:r>
        <w:pict>
          <v:shape id="_x0000_i709104" type="#_x0000_t75" alt="学科网(www.zxxk.com)--教育资源门户，提供试卷、教案、课件、论文、素材以及各类教学资源下载，还有大量而丰富的教学相关资讯！" style="width:42pt;height:14.25pt" o:oleicon="f" o:ole="">
            <v:imagedata r:id="rId2559" o:title="eqId8c8c4ee3df7fb04b52b337f283acb2ca"/>
          </v:shape>
        </w:pict>
      </w:r>
    </w:p>
    <w:p>
      <w:pPr>
        <w:spacing w:line="360" w:lineRule="auto"/>
        <w:jc w:val="left"/>
        <w:textAlignment w:val="center"/>
        <w:rPr>
          <w:color w:val="000000"/>
        </w:rPr>
      </w:pPr>
      <w:r>
        <w:rPr>
          <w:rFonts w:ascii="宋体" w:eastAsia="宋体" w:hAnsi="宋体" w:cs="宋体"/>
          <w:color w:val="000000"/>
        </w:rPr>
        <w:t>∴当时间</w:t>
      </w:r>
      <w:r>
        <w:rPr>
          <w:rFonts w:ascii="Times New Roman" w:eastAsia="Times New Roman" w:hAnsi="Times New Roman" w:cs="Times New Roman"/>
          <w:i/>
          <w:color w:val="000000"/>
        </w:rPr>
        <w:t>t</w:t>
      </w:r>
      <w:r>
        <w:rPr>
          <w:rFonts w:ascii="宋体" w:eastAsia="宋体" w:hAnsi="宋体" w:cs="宋体"/>
          <w:color w:val="000000"/>
        </w:rPr>
        <w:t>为</w:t>
      </w:r>
      <w:r>
        <w:rPr>
          <w:rFonts w:ascii="Times New Roman" w:eastAsia="Times New Roman" w:hAnsi="Times New Roman" w:cs="Times New Roman"/>
          <w:color w:val="000000"/>
        </w:rPr>
        <w:t>1518</w:t>
      </w:r>
      <w:r>
        <w:rPr>
          <w:rFonts w:ascii="宋体" w:eastAsia="宋体" w:hAnsi="宋体" w:cs="宋体"/>
          <w:color w:val="000000"/>
        </w:rPr>
        <w:t>秒时，</w:t>
      </w:r>
      <w:r>
        <w:pict>
          <v:shape id="_x0000_i709105" type="#_x0000_t75" alt="学科网(www.zxxk.com)--教育资源门户，提供试卷、教案、课件、论文、素材以及各类教学资源下载，还有大量而丰富的教学相关资讯！" style="width:21.25pt;height:14.2pt" o:oleicon="f" o:ole="">
            <v:imagedata r:id="rId2560" o:title="eqId60ef95894ceebaf236170e8832dcf7e3"/>
          </v:shape>
        </w:pict>
      </w:r>
      <w:r>
        <w:rPr>
          <w:rFonts w:ascii="宋体" w:eastAsia="宋体" w:hAnsi="宋体" w:cs="宋体"/>
          <w:color w:val="000000"/>
        </w:rPr>
        <w:t>之间的距离恰好是</w:t>
      </w:r>
      <w:r>
        <w:pict>
          <v:shape id="_x0000_i709106" type="#_x0000_t75" alt="学科网(www.zxxk.com)--教育资源门户，提供试卷、教案、课件、论文、素材以及各类教学资源下载，还有大量而丰富的教学相关资讯！" style="width:20.2pt;height:14pt" o:oleicon="f" o:ole="">
            <v:imagedata r:id="rId2561" o:title="eqId0dc5c9827dfd0be5a9c85962d6ccbfb1"/>
          </v:shape>
        </w:pict>
      </w:r>
      <w:r>
        <w:rPr>
          <w:rFonts w:ascii="宋体" w:eastAsia="宋体" w:hAnsi="宋体" w:cs="宋体"/>
          <w:color w:val="000000"/>
        </w:rPr>
        <w:t>之间距离的</w:t>
      </w:r>
      <w:r>
        <w:rPr>
          <w:rFonts w:ascii="Times New Roman" w:eastAsia="Times New Roman" w:hAnsi="Times New Roman" w:cs="Times New Roman"/>
          <w:color w:val="000000"/>
        </w:rPr>
        <w:t>2</w:t>
      </w:r>
      <w:r>
        <w:rPr>
          <w:rFonts w:ascii="宋体" w:eastAsia="宋体" w:hAnsi="宋体" w:cs="宋体"/>
          <w:color w:val="000000"/>
        </w:rPr>
        <w:t>倍．</w:t>
      </w:r>
    </w:p>
    <w:p>
      <w:pPr>
        <w:spacing w:line="360" w:lineRule="auto"/>
        <w:jc w:val="left"/>
        <w:textAlignment w:val="center"/>
        <w:rPr>
          <w:color w:val="000000"/>
        </w:rPr>
      </w:pPr>
      <w:r>
        <w:rPr>
          <w:rFonts w:ascii="宋体" w:eastAsia="宋体" w:hAnsi="宋体" w:cs="宋体"/>
          <w:color w:val="000000"/>
        </w:rPr>
        <w:t>综上所述，当时间</w:t>
      </w:r>
      <w:r>
        <w:rPr>
          <w:rFonts w:ascii="Times New Roman" w:eastAsia="Times New Roman" w:hAnsi="Times New Roman" w:cs="Times New Roman"/>
          <w:i/>
          <w:color w:val="000000"/>
        </w:rPr>
        <w:t>t</w:t>
      </w:r>
      <w:r>
        <w:rPr>
          <w:rFonts w:ascii="宋体" w:eastAsia="宋体" w:hAnsi="宋体" w:cs="宋体"/>
          <w:color w:val="000000"/>
        </w:rPr>
        <w:t>为</w:t>
      </w:r>
      <w:r>
        <w:rPr>
          <w:rFonts w:ascii="Times New Roman" w:eastAsia="Times New Roman" w:hAnsi="Times New Roman" w:cs="Times New Roman"/>
          <w:color w:val="000000"/>
        </w:rPr>
        <w:t>170</w:t>
      </w:r>
      <w:r>
        <w:rPr>
          <w:rFonts w:ascii="宋体" w:eastAsia="宋体" w:hAnsi="宋体" w:cs="宋体"/>
          <w:color w:val="000000"/>
        </w:rPr>
        <w:t>秒或</w:t>
      </w:r>
      <w:r>
        <w:rPr>
          <w:rFonts w:ascii="Times New Roman" w:eastAsia="Times New Roman" w:hAnsi="Times New Roman" w:cs="Times New Roman"/>
          <w:color w:val="000000"/>
        </w:rPr>
        <w:t>1518</w:t>
      </w:r>
      <w:r>
        <w:rPr>
          <w:rFonts w:ascii="宋体" w:eastAsia="宋体" w:hAnsi="宋体" w:cs="宋体"/>
          <w:color w:val="000000"/>
        </w:rPr>
        <w:t>秒时，</w:t>
      </w:r>
      <w:r>
        <w:pict>
          <v:shape id="_x0000_i709107" type="#_x0000_t75" alt="学科网(www.zxxk.com)--教育资源门户，提供试卷、教案、课件、论文、素材以及各类教学资源下载，还有大量而丰富的教学相关资讯！" style="width:21.25pt;height:14.2pt" o:oleicon="f" o:ole="">
            <v:imagedata r:id="rId2562" o:title="eqId60ef95894ceebaf236170e8832dcf7e3"/>
          </v:shape>
        </w:pict>
      </w:r>
      <w:r>
        <w:rPr>
          <w:rFonts w:ascii="宋体" w:eastAsia="宋体" w:hAnsi="宋体" w:cs="宋体"/>
          <w:color w:val="000000"/>
        </w:rPr>
        <w:t>之间的距离恰好是</w:t>
      </w:r>
      <w:r>
        <w:pict>
          <v:shape id="_x0000_i709108" type="#_x0000_t75" alt="学科网(www.zxxk.com)--教育资源门户，提供试卷、教案、课件、论文、素材以及各类教学资源下载，还有大量而丰富的教学相关资讯！" style="width:20.2pt;height:14pt" o:oleicon="f" o:ole="">
            <v:imagedata r:id="rId2563" o:title="eqId0dc5c9827dfd0be5a9c85962d6ccbfb1"/>
          </v:shape>
        </w:pict>
      </w:r>
      <w:r>
        <w:rPr>
          <w:rFonts w:ascii="宋体" w:eastAsia="宋体" w:hAnsi="宋体" w:cs="宋体"/>
          <w:color w:val="000000"/>
        </w:rPr>
        <w:t>之间距离的</w:t>
      </w:r>
      <w:r>
        <w:rPr>
          <w:rFonts w:ascii="Times New Roman" w:eastAsia="Times New Roman" w:hAnsi="Times New Roman" w:cs="Times New Roman"/>
          <w:color w:val="000000"/>
        </w:rPr>
        <w:t>2</w:t>
      </w:r>
      <w:r>
        <w:rPr>
          <w:rFonts w:ascii="宋体" w:eastAsia="宋体" w:hAnsi="宋体" w:cs="宋体"/>
          <w:color w:val="000000"/>
        </w:rPr>
        <w:t>倍．</w:t>
      </w:r>
    </w:p>
    <w:p>
      <w:pPr>
        <w:spacing w:line="360" w:lineRule="auto"/>
        <w:jc w:val="left"/>
        <w:textAlignment w:val="center"/>
        <w:rPr>
          <w:color w:val="000000"/>
        </w:rPr>
      </w:pPr>
      <w:r>
        <w:rPr>
          <w:color w:val="000000"/>
        </w:rPr>
        <w:t>【点睛】</w:t>
      </w:r>
      <w:r>
        <w:rPr>
          <w:rFonts w:ascii="宋体" w:eastAsia="宋体" w:hAnsi="宋体" w:cs="宋体"/>
          <w:color w:val="000000"/>
        </w:rPr>
        <w:t>此题考查了数轴以及一元一次方程的应用，灵活运用对称性是解本题的关键．</w:t>
      </w:r>
    </w:p>
    <w:p>
      <w:pPr>
        <w:pStyle w:val="Heading2"/>
      </w:pPr>
      <w:r>
        <w:t>朝阳区</w:t>
      </w:r>
    </w:p>
    <w:p>
      <w:pPr>
        <w:spacing w:line="360" w:lineRule="auto"/>
        <w:jc w:val="left"/>
        <w:textAlignment w:val="center"/>
        <w:rPr>
          <w:color w:val="000000"/>
        </w:rPr>
      </w:pPr>
      <w:r>
        <w:rPr>
          <w:color w:val="000000"/>
        </w:rPr>
        <w:t xml:space="preserve">25. </w:t>
      </w:r>
      <w:r>
        <w:rPr>
          <w:rFonts w:ascii="宋体" w:eastAsia="宋体" w:hAnsi="宋体" w:cs="宋体"/>
          <w:color w:val="000000"/>
        </w:rPr>
        <w:t>我们用</w:t>
      </w:r>
      <w:r>
        <w:pict>
          <v:shape id="_x0000_i709109" type="#_x0000_t75" alt="学科网(www.zxxk.com)--教育资源门户，提供试卷、教案、课件、论文、素材以及各类教学资源下载，还有大量而丰富的教学相关资讯！" style="width:20.5pt;height:19pt" o:oleicon="f" o:ole="">
            <v:imagedata r:id="rId2564" o:title="eqId39e0f9712933045a4e19a4de42450444"/>
          </v:shape>
        </w:pict>
      </w:r>
      <w:r>
        <w:rPr>
          <w:rFonts w:ascii="宋体" w:eastAsia="宋体" w:hAnsi="宋体" w:cs="宋体"/>
          <w:color w:val="000000"/>
        </w:rPr>
        <w:t>表示一个三位数，其中</w:t>
      </w:r>
      <w:r>
        <w:rPr>
          <w:rFonts w:ascii="Times New Roman" w:eastAsia="Times New Roman" w:hAnsi="Times New Roman" w:cs="Times New Roman"/>
          <w:i/>
          <w:color w:val="000000"/>
        </w:rPr>
        <w:t>x</w:t>
      </w:r>
      <w:r>
        <w:rPr>
          <w:rFonts w:ascii="宋体" w:eastAsia="宋体" w:hAnsi="宋体" w:cs="宋体"/>
          <w:color w:val="000000"/>
        </w:rPr>
        <w:t>表示百位上的数，</w:t>
      </w:r>
      <w:r>
        <w:rPr>
          <w:rFonts w:ascii="Times New Roman" w:eastAsia="Times New Roman" w:hAnsi="Times New Roman" w:cs="Times New Roman"/>
          <w:i/>
          <w:color w:val="000000"/>
        </w:rPr>
        <w:t>y</w:t>
      </w:r>
      <w:r>
        <w:rPr>
          <w:rFonts w:ascii="宋体" w:eastAsia="宋体" w:hAnsi="宋体" w:cs="宋体"/>
          <w:color w:val="000000"/>
        </w:rPr>
        <w:t>表示十位上的数，</w:t>
      </w:r>
      <w:r>
        <w:rPr>
          <w:rFonts w:ascii="Times New Roman" w:eastAsia="Times New Roman" w:hAnsi="Times New Roman" w:cs="Times New Roman"/>
          <w:i/>
          <w:color w:val="000000"/>
        </w:rPr>
        <w:t>z</w:t>
      </w:r>
      <w:r>
        <w:rPr>
          <w:rFonts w:ascii="宋体" w:eastAsia="宋体" w:hAnsi="宋体" w:cs="宋体"/>
          <w:color w:val="000000"/>
        </w:rPr>
        <w:t>表示个位上的数，即</w:t>
      </w:r>
      <w:r>
        <w:pict>
          <v:shape id="_x0000_i709110" type="#_x0000_t75" alt="学科网(www.zxxk.com)--教育资源门户，提供试卷、教案、课件、论文、素材以及各类教学资源下载，还有大量而丰富的教学相关资讯！" style="width:101.95pt;height:19pt" o:oleicon="f" o:ole="">
            <v:imagedata r:id="rId2565" o:title="eqId143d4b41489f07eab93b3b07a733c63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）说明</w:t>
      </w:r>
      <w:r>
        <w:pict>
          <v:shape id="_x0000_i709111" type="#_x0000_t75" alt="学科网(www.zxxk.com)--教育资源门户，提供试卷、教案、课件、论文、素材以及各类教学资源下载，还有大量而丰富的教学相关资讯！" style="width:76.85pt;height:17pt" o:oleicon="f" o:ole="">
            <v:imagedata r:id="rId2566" o:title="eqIde6a1096c267f36a64ba1616fff783bb8"/>
          </v:shape>
        </w:pict>
      </w:r>
      <w:r>
        <w:rPr>
          <w:rFonts w:ascii="宋体" w:eastAsia="宋体" w:hAnsi="宋体" w:cs="宋体"/>
          <w:color w:val="000000"/>
        </w:rPr>
        <w:t>一定是</w:t>
      </w:r>
      <w:r>
        <w:rPr>
          <w:rFonts w:ascii="Times New Roman" w:eastAsia="Times New Roman" w:hAnsi="Times New Roman" w:cs="Times New Roman"/>
          <w:color w:val="000000"/>
        </w:rPr>
        <w:t>111</w:t>
      </w:r>
      <w:r>
        <w:rPr>
          <w:rFonts w:ascii="宋体" w:eastAsia="宋体" w:hAnsi="宋体" w:cs="宋体"/>
          <w:color w:val="000000"/>
        </w:rPr>
        <w:t>的倍数；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）①写出一组</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的取值，使</w:t>
      </w:r>
      <w:r>
        <w:pict>
          <v:shape id="_x0000_i709112" type="#_x0000_t75" alt="学科网(www.zxxk.com)--教育资源门户，提供试卷、教案、课件、论文、素材以及各类教学资源下载，还有大量而丰富的教学相关资讯！" style="width:76.85pt;height:17pt" o:oleicon="f" o:ole="">
            <v:imagedata r:id="rId2567" o:title="eqIde6a1096c267f36a64ba1616fff783bb8"/>
          </v:shape>
        </w:pict>
      </w:r>
      <w:r>
        <w:rPr>
          <w:rFonts w:ascii="宋体" w:eastAsia="宋体" w:hAnsi="宋体" w:cs="宋体"/>
          <w:color w:val="000000"/>
        </w:rPr>
        <w:t>能被</w:t>
      </w:r>
      <w:r>
        <w:rPr>
          <w:rFonts w:ascii="Times New Roman" w:eastAsia="Times New Roman" w:hAnsi="Times New Roman" w:cs="Times New Roman"/>
          <w:color w:val="000000"/>
        </w:rPr>
        <w:t>7</w:t>
      </w:r>
      <w:r>
        <w:rPr>
          <w:rFonts w:ascii="宋体" w:eastAsia="宋体" w:hAnsi="宋体" w:cs="宋体"/>
          <w:color w:val="000000"/>
        </w:rPr>
        <w:t>整除，这组值可以是</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w:t>
      </w:r>
      <w:r>
        <w:pict>
          <v:shape id="_x0000_i709113" type="#_x0000_t75" alt="学科网(www.zxxk.com)--教育资源门户，提供试卷、教案、课件、论文、素材以及各类教学资源下载，还有大量而丰富的教学相关资讯！" style="width:76.85pt;height:17pt" o:oleicon="f" o:ole="">
            <v:imagedata r:id="rId2568" o:title="eqIde6a1096c267f36a64ba1616fff783bb8"/>
          </v:shape>
        </w:pict>
      </w:r>
      <w:r>
        <w:rPr>
          <w:rFonts w:ascii="宋体" w:eastAsia="宋体" w:hAnsi="宋体" w:cs="宋体"/>
          <w:color w:val="000000"/>
        </w:rPr>
        <w:t>能被</w:t>
      </w:r>
      <w:r>
        <w:rPr>
          <w:rFonts w:ascii="Times New Roman" w:eastAsia="Times New Roman" w:hAnsi="Times New Roman" w:cs="Times New Roman"/>
          <w:color w:val="000000"/>
        </w:rPr>
        <w:t>7</w:t>
      </w:r>
      <w:r>
        <w:rPr>
          <w:rFonts w:ascii="宋体" w:eastAsia="宋体" w:hAnsi="宋体" w:cs="宋体"/>
          <w:color w:val="000000"/>
        </w:rPr>
        <w:t>整除，则</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三个数必须满足的数量关系是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）证明见解析；（</w:t>
      </w:r>
      <w:r>
        <w:rPr>
          <w:rFonts w:ascii="Times New Roman" w:eastAsia="Times New Roman" w:hAnsi="Times New Roman" w:cs="Times New Roman"/>
          <w:color w:val="000000"/>
        </w:rPr>
        <w:t>2</w:t>
      </w:r>
      <w:r>
        <w:rPr>
          <w:rFonts w:ascii="宋体" w:eastAsia="宋体" w:hAnsi="宋体" w:cs="宋体"/>
          <w:color w:val="000000"/>
        </w:rPr>
        <w:t>）①</w:t>
      </w:r>
      <w:r>
        <w:pict>
          <v:shape id="_x0000_i709114" type="#_x0000_t75" alt="学科网(www.zxxk.com)--教育资源门户，提供试卷、教案、课件、论文、素材以及各类教学资源下载，还有大量而丰富的教学相关资讯！" style="width:27.75pt;height:15.75pt" o:oleicon="f" o:ole="">
            <v:imagedata r:id="rId2569" o:title="eqId27140692bd6cad765e4f98c8e074b8dc"/>
          </v:shape>
        </w:pict>
      </w:r>
      <w:r>
        <w:rPr>
          <w:rFonts w:ascii="宋体" w:eastAsia="宋体" w:hAnsi="宋体" w:cs="宋体"/>
          <w:color w:val="000000"/>
        </w:rPr>
        <w:t>；②</w:t>
      </w:r>
      <w:r>
        <w:pict>
          <v:shape id="_x0000_i709115" type="#_x0000_t75" alt="学科网(www.zxxk.com)--教育资源门户，提供试卷、教案、课件、论文、素材以及各类教学资源下载，还有大量而丰富的教学相关资讯！" style="width:55.8pt;height:13.75pt" o:oleicon="f" o:ole="">
            <v:imagedata r:id="rId2570" o:title="eqId3e9b282584ab8d5e237fa70377fb6fa7"/>
          </v:shape>
        </w:pict>
      </w:r>
      <w:r>
        <w:rPr>
          <w:rFonts w:ascii="宋体" w:eastAsia="宋体" w:hAnsi="宋体" w:cs="宋体"/>
          <w:color w:val="000000"/>
        </w:rPr>
        <w:t>或</w:t>
      </w:r>
      <w:r>
        <w:pict>
          <v:shape id="_x0000_i709116" type="#_x0000_t75" alt="学科网(www.zxxk.com)--教育资源门户，提供试卷、教案、课件、论文、素材以及各类教学资源下载，还有大量而丰富的教学相关资讯！" style="width:65pt;height:14pt" o:oleicon="f" o:ole="">
            <v:imagedata r:id="rId2571" o:title="eqIdfad0fdf93e998f7af0dca23532e9fa85"/>
          </v:shape>
        </w:pict>
      </w:r>
      <w:r>
        <w:rPr>
          <w:rFonts w:ascii="宋体" w:eastAsia="宋体" w:hAnsi="宋体" w:cs="宋体"/>
          <w:color w:val="000000"/>
        </w:rPr>
        <w:t>或</w:t>
      </w:r>
      <w:r>
        <w:pict>
          <v:shape id="_x0000_i709117" type="#_x0000_t75" alt="学科网(www.zxxk.com)--教育资源门户，提供试卷、教案、课件、论文、素材以及各类教学资源下载，还有大量而丰富的教学相关资讯！" style="width:67.15pt;height:13.75pt" o:oleicon="f" o:ole="">
            <v:imagedata r:id="rId2572" o:title="eqId7d57b91a9372ccaf502817a7bc4fdd02"/>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）列代数表示</w:t>
      </w:r>
      <w:r>
        <w:pict>
          <v:shape id="_x0000_i709118" type="#_x0000_t75" alt="学科网(www.zxxk.com)--教育资源门户，提供试卷、教案、课件、论文、素材以及各类教学资源下载，还有大量而丰富的教学相关资讯！" style="width:76.85pt;height:17pt" o:oleicon="f" o:ole="">
            <v:imagedata r:id="rId2573" o:title="eqIde6a1096c267f36a64ba1616fff783bb8"/>
          </v:shape>
        </w:pict>
      </w:r>
      <w:r>
        <w:rPr>
          <w:rFonts w:ascii="宋体" w:eastAsia="宋体" w:hAnsi="宋体" w:cs="宋体"/>
          <w:color w:val="000000"/>
        </w:rPr>
        <w:t>，再合并同类项，再利用乘法的分配律进行变形，从而可得答案；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）①由</w:t>
      </w:r>
      <w:r>
        <w:pict>
          <v:shape id="_x0000_i709119" type="#_x0000_t75" alt="学科网(www.zxxk.com)--教育资源门户，提供试卷、教案、课件、论文、素材以及各类教学资源下载，还有大量而丰富的教学相关资讯！" style="width:76.85pt;height:17pt" o:oleicon="f" o:ole="">
            <v:imagedata r:id="rId2574" o:title="eqIde6a1096c267f36a64ba1616fff783bb8"/>
          </v:shape>
        </w:pict>
      </w:r>
      <w:r>
        <w:pict>
          <v:shape id="_x0000_i709120" type="#_x0000_t75" alt="学科网(www.zxxk.com)--教育资源门户，提供试卷、教案、课件、论文、素材以及各类教学资源下载，还有大量而丰富的教学相关资讯！" style="width:76.85pt;height:19.8pt" o:oleicon="f" o:ole="">
            <v:imagedata r:id="rId2575" o:title="eqId848a257c850883ed885e91c80f44676f"/>
          </v:shape>
        </w:pict>
      </w:r>
      <w:r>
        <w:rPr>
          <w:rFonts w:ascii="宋体" w:eastAsia="宋体" w:hAnsi="宋体" w:cs="宋体"/>
          <w:color w:val="000000"/>
        </w:rPr>
        <w:t>，可得</w:t>
      </w:r>
      <w:r>
        <w:pict>
          <v:shape id="_x0000_i709121" type="#_x0000_t75" alt="学科网(www.zxxk.com)--教育资源门户，提供试卷、教案、课件、论文、素材以及各类教学资源下载，还有大量而丰富的教学相关资讯！" style="width:42.75pt;height:14.25pt" o:oleicon="f" o:ole="">
            <v:imagedata r:id="rId2576" o:title="eqId1ae24688d4c45aad43e9af0b7bbfda6b"/>
          </v:shape>
        </w:pict>
      </w:r>
      <w:r>
        <w:rPr>
          <w:rFonts w:ascii="宋体" w:eastAsia="宋体" w:hAnsi="宋体" w:cs="宋体"/>
          <w:color w:val="000000"/>
        </w:rPr>
        <w:t>一定是</w:t>
      </w:r>
      <w:r>
        <w:rPr>
          <w:rFonts w:ascii="Times New Roman" w:eastAsia="Times New Roman" w:hAnsi="Times New Roman" w:cs="Times New Roman"/>
          <w:color w:val="000000"/>
        </w:rPr>
        <w:t>7</w:t>
      </w:r>
      <w:r>
        <w:rPr>
          <w:rFonts w:ascii="宋体" w:eastAsia="宋体" w:hAnsi="宋体" w:cs="宋体"/>
          <w:color w:val="000000"/>
        </w:rPr>
        <w:t>的因数，从而可得答案；②由</w:t>
      </w:r>
      <w:r>
        <w:pict>
          <v:shape id="_x0000_i709122" type="#_x0000_t75" alt="学科网(www.zxxk.com)--教育资源门户，提供试卷、教案、课件、论文、素材以及各类教学资源下载，还有大量而丰富的教学相关资讯！" style="width:76.85pt;height:17pt" o:oleicon="f" o:ole="">
            <v:imagedata r:id="rId2574" o:title="eqIde6a1096c267f36a64ba1616fff783bb8"/>
          </v:shape>
        </w:pict>
      </w:r>
      <w:r>
        <w:rPr>
          <w:rFonts w:ascii="宋体" w:eastAsia="宋体" w:hAnsi="宋体" w:cs="宋体"/>
          <w:color w:val="000000"/>
        </w:rPr>
        <w:t>能被7整除，可得</w:t>
      </w:r>
      <w:r>
        <w:pict>
          <v:shape id="_x0000_i709123" type="#_x0000_t75" alt="学科网(www.zxxk.com)--教育资源门户，提供试卷、教案、课件、论文、素材以及各类教学资源下载，还有大量而丰富的教学相关资讯！" style="width:42.75pt;height:14.25pt" o:oleicon="f" o:ole="">
            <v:imagedata r:id="rId2576" o:title="eqId1ae24688d4c45aad43e9af0b7bbfda6b"/>
          </v:shape>
        </w:pict>
      </w:r>
      <w:r>
        <w:rPr>
          <w:rFonts w:ascii="宋体" w:eastAsia="宋体" w:hAnsi="宋体" w:cs="宋体"/>
          <w:color w:val="000000"/>
        </w:rPr>
        <w:t>一定是</w:t>
      </w:r>
      <w:r>
        <w:rPr>
          <w:rFonts w:ascii="Times New Roman" w:eastAsia="Times New Roman" w:hAnsi="Times New Roman" w:cs="Times New Roman"/>
          <w:color w:val="000000"/>
        </w:rPr>
        <w:t>7</w:t>
      </w:r>
      <w:r>
        <w:rPr>
          <w:rFonts w:ascii="宋体" w:eastAsia="宋体" w:hAnsi="宋体" w:cs="宋体"/>
          <w:color w:val="000000"/>
        </w:rPr>
        <w:t>的因数，而</w:t>
      </w:r>
      <w:r>
        <w:pict>
          <v:shape id="_x0000_i709124" type="#_x0000_t75" alt="学科网(www.zxxk.com)--教育资源门户，提供试卷、教案、课件、论文、素材以及各类教学资源下载，还有大量而丰富的教学相关资讯！" style="width:30pt;height:15.75pt" o:oleicon="f" o:ole="">
            <v:imagedata r:id="rId2577" o:title="eqId76f0649064a085fb74c997fb507a9b6d"/>
          </v:shape>
        </w:pict>
      </w:r>
      <w:r>
        <w:rPr>
          <w:rFonts w:ascii="宋体" w:eastAsia="宋体" w:hAnsi="宋体" w:cs="宋体"/>
          <w:color w:val="000000"/>
        </w:rPr>
        <w:t>都为</w:t>
      </w:r>
      <w:r>
        <w:pict>
          <v:shape id="_x0000_i709125" type="#_x0000_t75" alt="学科网(www.zxxk.com)--教育资源门户，提供试卷、教案、课件、论文、素材以及各类教学资源下载，还有大量而丰富的教学相关资讯！" style="width:6.95pt;height:13pt" o:oleicon="f" o:ole="">
            <v:imagedata r:id="rId2578" o:title="eqIdbdaa19de263700a15fcf213d64a8cd57"/>
          </v:shape>
        </w:pict>
      </w:r>
      <w:r>
        <w:rPr>
          <w:rFonts w:ascii="宋体" w:eastAsia="宋体" w:hAnsi="宋体" w:cs="宋体"/>
          <w:color w:val="000000"/>
        </w:rPr>
        <w:t>至</w:t>
      </w:r>
      <w:r>
        <w:pict>
          <v:shape id="_x0000_i709126" type="#_x0000_t75" alt="学科网(www.zxxk.com)--教育资源门户，提供试卷、教案、课件、论文、素材以及各类教学资源下载，还有大量而丰富的教学相关资讯！" style="width:9pt;height:14.25pt" o:oleicon="f" o:ole="">
            <v:imagedata r:id="rId2579" o:title="eqIde8d02ea8c4988c5c28ab93f0d70fb55a"/>
          </v:shape>
        </w:pict>
      </w:r>
      <w:r>
        <w:rPr>
          <w:rFonts w:ascii="宋体" w:eastAsia="宋体" w:hAnsi="宋体" w:cs="宋体"/>
          <w:color w:val="000000"/>
        </w:rPr>
        <w:t>的正整数，从而可得答案.</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pict>
          <v:shape id="_x0000_i709127" type="#_x0000_t75" alt="学科网(www.zxxk.com)--教育资源门户，提供试卷、教案、课件、论文、素材以及各类教学资源下载，还有大量而丰富的教学相关资讯！" style="width:9.75pt;height:8.25pt" o:oleicon="f" o:ole="">
            <v:imagedata r:id="rId2580" o:title="eqId16f3d198e76391779fa3badc848c8ac8"/>
          </v:shape>
        </w:pict>
      </w:r>
      <w:r>
        <w:rPr>
          <w:rFonts w:ascii="Times New Roman" w:eastAsia="Times New Roman" w:hAnsi="Times New Roman" w:cs="Times New Roman"/>
          <w:color w:val="000000"/>
        </w:rPr>
        <w:t xml:space="preserve"> </w:t>
      </w:r>
      <w:r>
        <w:pict>
          <v:shape id="_x0000_i709128" type="#_x0000_t75" alt="学科网(www.zxxk.com)--教育资源门户，提供试卷、教案、课件、论文、素材以及各类教学资源下载，还有大量而丰富的教学相关资讯！" style="width:76.85pt;height:17pt" o:oleicon="f" o:ole="">
            <v:imagedata r:id="rId2581" o:title="eqIde6a1096c267f36a64ba1616fff783bb8"/>
          </v:shape>
        </w:pict>
      </w:r>
    </w:p>
    <w:p>
      <w:pPr>
        <w:spacing w:line="360" w:lineRule="auto"/>
        <w:jc w:val="left"/>
        <w:textAlignment w:val="center"/>
        <w:rPr>
          <w:color w:val="000000"/>
        </w:rPr>
      </w:pPr>
      <w:r>
        <w:pict>
          <v:shape id="_x0000_i709129" type="#_x0000_t75" alt="学科网(www.zxxk.com)--教育资源门户，提供试卷、教案、课件、论文、素材以及各类教学资源下载，还有大量而丰富的教学相关资讯！" style="width:226.9pt;height:13.75pt" o:oleicon="f" o:ole="">
            <v:imagedata r:id="rId2582" o:title="eqId631cd68f2f72daa8825d55c00036aa80"/>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130" type="#_x0000_t75" alt="学科网(www.zxxk.com)--教育资源门户，提供试卷、教案、课件、论文、素材以及各类教学资源下载，还有大量而丰富的教学相关资讯！" style="width:97.9pt;height:13.75pt" o:oleicon="f" o:ole="">
            <v:imagedata r:id="rId2583" o:title="eqId909bd0b2a80faa47fedd27f91dd741e8"/>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131" type="#_x0000_t75" alt="学科网(www.zxxk.com)--教育资源门户，提供试卷、教案、课件、论文、素材以及各类教学资源下载，还有大量而丰富的教学相关资讯！" style="width:76.85pt;height:19.8pt" o:oleicon="f" o:ole="">
            <v:imagedata r:id="rId2584" o:title="eqId848a257c850883ed885e91c80f44676f"/>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132" type="#_x0000_t75" alt="学科网(www.zxxk.com)--教育资源门户，提供试卷、教案、课件、论文、素材以及各类教学资源下载，还有大量而丰富的教学相关资讯！" style="width:9.75pt;height:9pt" o:oleicon="f" o:ole="">
            <v:imagedata r:id="rId2585" o:title="eqId2de0d10ef8b748d4531250c37c5d3f9e"/>
          </v:shape>
        </w:pict>
      </w:r>
      <w:r>
        <w:rPr>
          <w:rFonts w:ascii="Times New Roman" w:eastAsia="Times New Roman" w:hAnsi="Times New Roman" w:cs="Times New Roman"/>
          <w:color w:val="000000"/>
        </w:rPr>
        <w:t xml:space="preserve"> </w:t>
      </w:r>
      <w:r>
        <w:pict>
          <v:shape id="_x0000_i709133" type="#_x0000_t75" alt="学科网(www.zxxk.com)--教育资源门户，提供试卷、教案、课件、论文、素材以及各类教学资源下载，还有大量而丰富的教学相关资讯！" style="width:76.85pt;height:17pt" o:oleicon="f" o:ole="">
            <v:imagedata r:id="rId2586" o:title="eqIde6a1096c267f36a64ba1616fff783bb8"/>
          </v:shape>
        </w:pict>
      </w:r>
      <w:r>
        <w:rPr>
          <w:rFonts w:ascii="宋体" w:eastAsia="宋体" w:hAnsi="宋体" w:cs="宋体"/>
          <w:color w:val="000000"/>
        </w:rPr>
        <w:t>一定是</w:t>
      </w:r>
      <w:r>
        <w:pict>
          <v:shape id="_x0000_i709134" type="#_x0000_t75" alt="学科网(www.zxxk.com)--教育资源门户，提供试卷、教案、课件、论文、素材以及各类教学资源下载，还有大量而丰富的教学相关资讯！" style="width:18.75pt;height:12.75pt" o:oleicon="f" o:ole="">
            <v:imagedata r:id="rId2587" o:title="eqIdb6f6b87e8a5301b439149a0181737e81"/>
          </v:shape>
        </w:pict>
      </w:r>
      <w:r>
        <w:rPr>
          <w:rFonts w:ascii="宋体" w:eastAsia="宋体" w:hAnsi="宋体" w:cs="宋体"/>
          <w:color w:val="000000"/>
        </w:rPr>
        <w:t>的倍数.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pict>
          <v:shape id="_x0000_i709135" type="#_x0000_t75" alt="学科网(www.zxxk.com)--教育资源门户，提供试卷、教案、课件、论文、素材以及各类教学资源下载，还有大量而丰富的教学相关资讯！" style="width:9.75pt;height:8.25pt" o:oleicon="f" o:ole="">
            <v:imagedata r:id="rId2588" o:title="eqId16f3d198e76391779fa3badc848c8ac8"/>
          </v:shape>
        </w:pict>
      </w:r>
      <w:r>
        <w:rPr>
          <w:rFonts w:ascii="宋体" w:eastAsia="宋体" w:hAnsi="宋体" w:cs="宋体"/>
          <w:color w:val="000000"/>
        </w:rPr>
        <w:t xml:space="preserve"> </w:t>
      </w:r>
      <w:r>
        <w:pict>
          <v:shape id="_x0000_i709136" type="#_x0000_t75" alt="学科网(www.zxxk.com)--教育资源门户，提供试卷、教案、课件、论文、素材以及各类教学资源下载，还有大量而丰富的教学相关资讯！" style="width:76.85pt;height:17pt" o:oleicon="f" o:ole="">
            <v:imagedata r:id="rId2589" o:title="eqIde6a1096c267f36a64ba1616fff783bb8"/>
          </v:shape>
        </w:pict>
      </w:r>
      <w:r>
        <w:pict>
          <v:shape id="_x0000_i709137" type="#_x0000_t75" alt="学科网(www.zxxk.com)--教育资源门户，提供试卷、教案、课件、论文、素材以及各类教学资源下载，还有大量而丰富的教学相关资讯！" style="width:76.85pt;height:19.8pt" o:oleicon="f" o:ole="">
            <v:imagedata r:id="rId2590" o:title="eqId848a257c850883ed885e91c80f44676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而</w:t>
      </w:r>
      <w:r>
        <w:pict>
          <v:shape id="_x0000_i709138" type="#_x0000_t75" alt="学科网(www.zxxk.com)--教育资源门户，提供试卷、教案、课件、论文、素材以及各类教学资源下载，还有大量而丰富的教学相关资讯！" style="width:9pt;height:12.75pt" o:oleicon="f" o:ole="">
            <v:imagedata r:id="rId2591" o:title="eqId8b06e95b57b7a81cd81d05557a11fa92"/>
          </v:shape>
        </w:pict>
      </w:r>
      <w:r>
        <w:rPr>
          <w:rFonts w:ascii="宋体" w:eastAsia="宋体" w:hAnsi="宋体" w:cs="宋体"/>
          <w:color w:val="000000"/>
        </w:rPr>
        <w:t>不是</w:t>
      </w:r>
      <w:r>
        <w:pict>
          <v:shape id="_x0000_i709139" type="#_x0000_t75" alt="学科网(www.zxxk.com)--教育资源门户，提供试卷、教案、课件、论文、素材以及各类教学资源下载，还有大量而丰富的教学相关资讯！" style="width:18.75pt;height:12.75pt" o:oleicon="f" o:ole="">
            <v:imagedata r:id="rId2592" o:title="eqIdb6f6b87e8a5301b439149a0181737e81"/>
          </v:shape>
        </w:pict>
      </w:r>
      <w:r>
        <w:rPr>
          <w:rFonts w:ascii="宋体" w:eastAsia="宋体" w:hAnsi="宋体" w:cs="宋体"/>
          <w:color w:val="000000"/>
        </w:rPr>
        <w:t>的因数，所以</w:t>
      </w:r>
      <w:r>
        <w:pict>
          <v:shape id="_x0000_i709140" type="#_x0000_t75" alt="学科网(www.zxxk.com)--教育资源门户，提供试卷、教案、课件、论文、素材以及各类教学资源下载，还有大量而丰富的教学相关资讯！" style="width:42.75pt;height:14.25pt" o:oleicon="f" o:ole="">
            <v:imagedata r:id="rId2593" o:title="eqId1ae24688d4c45aad43e9af0b7bbfda6b"/>
          </v:shape>
        </w:pict>
      </w:r>
      <w:r>
        <w:rPr>
          <w:rFonts w:ascii="宋体" w:eastAsia="宋体" w:hAnsi="宋体" w:cs="宋体"/>
          <w:color w:val="000000"/>
        </w:rPr>
        <w:t>一定是</w:t>
      </w:r>
      <w:r>
        <w:rPr>
          <w:rFonts w:ascii="Times New Roman" w:eastAsia="Times New Roman" w:hAnsi="Times New Roman" w:cs="Times New Roman"/>
          <w:color w:val="000000"/>
        </w:rPr>
        <w:t>7</w:t>
      </w:r>
      <w:r>
        <w:rPr>
          <w:rFonts w:ascii="宋体" w:eastAsia="宋体" w:hAnsi="宋体" w:cs="宋体"/>
          <w:color w:val="000000"/>
        </w:rPr>
        <w:t>的因数，</w:t>
      </w:r>
    </w:p>
    <w:p>
      <w:pPr>
        <w:spacing w:line="360" w:lineRule="auto"/>
        <w:jc w:val="left"/>
        <w:textAlignment w:val="center"/>
        <w:rPr>
          <w:color w:val="000000"/>
        </w:rPr>
      </w:pPr>
      <w:r>
        <w:rPr>
          <w:rFonts w:ascii="宋体" w:eastAsia="宋体" w:hAnsi="宋体" w:cs="宋体"/>
          <w:color w:val="000000"/>
        </w:rPr>
        <w:t>令</w:t>
      </w:r>
      <w:r>
        <w:pict>
          <v:shape id="_x0000_i709141" type="#_x0000_t75" alt="学科网(www.zxxk.com)--教育资源门户，提供试卷、教案、课件、论文、素材以及各类教学资源下载，还有大量而丰富的教学相关资讯！" style="width:57pt;height:15.6pt" o:oleicon="f" o:ole="">
            <v:imagedata r:id="rId2594" o:title="eqId6f8f7a92cf23b04520f42ba2dd5c6135"/>
          </v:shape>
        </w:pict>
      </w:r>
      <w:r>
        <w:rPr>
          <w:rFonts w:ascii="Times New Roman" w:eastAsia="Times New Roman" w:hAnsi="Times New Roman" w:cs="Times New Roman"/>
          <w:color w:val="000000"/>
        </w:rPr>
        <w:t xml:space="preserve"> </w:t>
      </w:r>
      <w:r>
        <w:rPr>
          <w:rFonts w:ascii="宋体" w:eastAsia="宋体" w:hAnsi="宋体" w:cs="宋体"/>
          <w:color w:val="000000"/>
        </w:rPr>
        <w:t>则</w:t>
      </w:r>
      <w:r>
        <w:pict>
          <v:shape id="_x0000_i709142" type="#_x0000_t75" alt="学科网(www.zxxk.com)--教育资源门户，提供试卷、教案、课件、论文、素材以及各类教学资源下载，还有大量而丰富的教学相关资讯！" style="width:29.85pt;height:14.25pt" o:oleicon="f" o:ole="">
            <v:imagedata r:id="rId2595" o:title="eqId375b4c097ee315c35259b25aa6be11e0"/>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故答案为：</w:t>
      </w:r>
      <w:r>
        <w:pict>
          <v:shape id="_x0000_i709143" type="#_x0000_t75" alt="学科网(www.zxxk.com)--教育资源门户，提供试卷、教案、课件、论文、素材以及各类教学资源下载，还有大量而丰富的教学相关资讯！" style="width:27.75pt;height:15.75pt" o:oleicon="f" o:ole="">
            <v:imagedata r:id="rId2596" o:title="eqId27140692bd6cad765e4f98c8e074b8dc"/>
          </v:shape>
        </w:pict>
      </w:r>
      <w:r>
        <w:rPr>
          <w:rFonts w:ascii="宋体" w:eastAsia="宋体" w:hAnsi="宋体" w:cs="宋体"/>
          <w:color w:val="000000"/>
        </w:rPr>
        <w:t>（答案不唯一）</w:t>
      </w:r>
    </w:p>
    <w:p>
      <w:pPr>
        <w:spacing w:line="360" w:lineRule="auto"/>
        <w:jc w:val="left"/>
        <w:textAlignment w:val="center"/>
        <w:rPr>
          <w:color w:val="000000"/>
        </w:rPr>
      </w:pPr>
      <w:r>
        <w:rPr>
          <w:rFonts w:ascii="宋体" w:eastAsia="宋体" w:hAnsi="宋体" w:cs="宋体"/>
          <w:color w:val="000000"/>
        </w:rPr>
        <w:t>②</w:t>
      </w:r>
      <w:r>
        <w:pict>
          <v:shape id="_x0000_i709144" type="#_x0000_t75" alt="学科网(www.zxxk.com)--教育资源门户，提供试卷、教案、课件、论文、素材以及各类教学资源下载，还有大量而丰富的教学相关资讯！" style="width:9.75pt;height:8.25pt" o:oleicon="f" o:ole="">
            <v:imagedata r:id="rId2597" o:title="eqId16f3d198e76391779fa3badc848c8ac8"/>
          </v:shape>
        </w:pict>
      </w:r>
      <w:r>
        <w:rPr>
          <w:rFonts w:ascii="宋体" w:eastAsia="宋体" w:hAnsi="宋体" w:cs="宋体"/>
          <w:color w:val="000000"/>
        </w:rPr>
        <w:t xml:space="preserve"> </w:t>
      </w:r>
      <w:r>
        <w:pict>
          <v:shape id="_x0000_i709145" type="#_x0000_t75" alt="学科网(www.zxxk.com)--教育资源门户，提供试卷、教案、课件、论文、素材以及各类教学资源下载，还有大量而丰富的教学相关资讯！" style="width:76.85pt;height:17pt" o:oleicon="f" o:ole="">
            <v:imagedata r:id="rId2598" o:title="eqIde6a1096c267f36a64ba1616fff783bb8"/>
          </v:shape>
        </w:pict>
      </w:r>
      <w:r>
        <w:rPr>
          <w:rFonts w:ascii="宋体" w:eastAsia="宋体" w:hAnsi="宋体" w:cs="宋体"/>
          <w:color w:val="000000"/>
        </w:rPr>
        <w:t>能被</w:t>
      </w:r>
      <w:r>
        <w:rPr>
          <w:rFonts w:ascii="Times New Roman" w:eastAsia="Times New Roman" w:hAnsi="Times New Roman" w:cs="Times New Roman"/>
          <w:color w:val="000000"/>
        </w:rPr>
        <w:t>7</w:t>
      </w:r>
      <w:r>
        <w:rPr>
          <w:rFonts w:ascii="宋体" w:eastAsia="宋体" w:hAnsi="宋体" w:cs="宋体"/>
          <w:color w:val="000000"/>
        </w:rPr>
        <w:t>整除，</w:t>
      </w:r>
    </w:p>
    <w:p>
      <w:pPr>
        <w:spacing w:line="360" w:lineRule="auto"/>
        <w:jc w:val="left"/>
        <w:textAlignment w:val="center"/>
        <w:rPr>
          <w:color w:val="000000"/>
        </w:rPr>
      </w:pPr>
      <w:r>
        <w:rPr>
          <w:rFonts w:ascii="宋体" w:eastAsia="宋体" w:hAnsi="宋体" w:cs="宋体"/>
          <w:color w:val="000000"/>
        </w:rPr>
        <w:t>所以</w:t>
      </w:r>
      <w:r>
        <w:pict>
          <v:shape id="_x0000_i709146" type="#_x0000_t75" alt="学科网(www.zxxk.com)--教育资源门户，提供试卷、教案、课件、论文、素材以及各类教学资源下载，还有大量而丰富的教学相关资讯！" style="width:42.75pt;height:14.25pt" o:oleicon="f" o:ole="">
            <v:imagedata r:id="rId2599" o:title="eqId1ae24688d4c45aad43e9af0b7bbfda6b"/>
          </v:shape>
        </w:pict>
      </w:r>
      <w:r>
        <w:rPr>
          <w:rFonts w:ascii="宋体" w:eastAsia="宋体" w:hAnsi="宋体" w:cs="宋体"/>
          <w:color w:val="000000"/>
        </w:rPr>
        <w:t>一定是</w:t>
      </w:r>
      <w:r>
        <w:rPr>
          <w:rFonts w:ascii="Times New Roman" w:eastAsia="Times New Roman" w:hAnsi="Times New Roman" w:cs="Times New Roman"/>
          <w:color w:val="000000"/>
        </w:rPr>
        <w:t>7</w:t>
      </w:r>
      <w:r>
        <w:rPr>
          <w:rFonts w:ascii="宋体" w:eastAsia="宋体" w:hAnsi="宋体" w:cs="宋体"/>
          <w:color w:val="000000"/>
        </w:rPr>
        <w:t>的因数，而</w:t>
      </w:r>
      <w:r>
        <w:pict>
          <v:shape id="_x0000_i709147" type="#_x0000_t75" alt="学科网(www.zxxk.com)--教育资源门户，提供试卷、教案、课件、论文、素材以及各类教学资源下载，还有大量而丰富的教学相关资讯！" style="width:30pt;height:15.75pt" o:oleicon="f" o:ole="">
            <v:imagedata r:id="rId2600" o:title="eqId76f0649064a085fb74c997fb507a9b6d"/>
          </v:shape>
        </w:pict>
      </w:r>
      <w:r>
        <w:rPr>
          <w:rFonts w:ascii="宋体" w:eastAsia="宋体" w:hAnsi="宋体" w:cs="宋体"/>
          <w:color w:val="000000"/>
        </w:rPr>
        <w:t>都为</w:t>
      </w:r>
      <w:r>
        <w:pict>
          <v:shape id="_x0000_i709148" type="#_x0000_t75" alt="学科网(www.zxxk.com)--教育资源门户，提供试卷、教案、课件、论文、素材以及各类教学资源下载，还有大量而丰富的教学相关资讯！" style="width:6.95pt;height:13pt" o:oleicon="f" o:ole="">
            <v:imagedata r:id="rId2601" o:title="eqIdbdaa19de263700a15fcf213d64a8cd57"/>
          </v:shape>
        </w:pict>
      </w:r>
      <w:r>
        <w:rPr>
          <w:rFonts w:ascii="宋体" w:eastAsia="宋体" w:hAnsi="宋体" w:cs="宋体"/>
          <w:color w:val="000000"/>
        </w:rPr>
        <w:t>至</w:t>
      </w:r>
      <w:r>
        <w:pict>
          <v:shape id="_x0000_i709149" type="#_x0000_t75" alt="学科网(www.zxxk.com)--教育资源门户，提供试卷、教案、课件、论文、素材以及各类教学资源下载，还有大量而丰富的教学相关资讯！" style="width:9pt;height:14.25pt" o:oleicon="f" o:ole="">
            <v:imagedata r:id="rId2602" o:title="eqIde8d02ea8c4988c5c28ab93f0d70fb55a"/>
          </v:shape>
        </w:pict>
      </w:r>
      <w:r>
        <w:rPr>
          <w:rFonts w:ascii="宋体" w:eastAsia="宋体" w:hAnsi="宋体" w:cs="宋体"/>
          <w:color w:val="000000"/>
        </w:rPr>
        <w:t>的正整数，</w:t>
      </w:r>
    </w:p>
    <w:p>
      <w:pPr>
        <w:spacing w:line="360" w:lineRule="auto"/>
        <w:jc w:val="left"/>
        <w:textAlignment w:val="center"/>
        <w:rPr>
          <w:color w:val="000000"/>
        </w:rPr>
      </w:pPr>
      <w:r>
        <w:rPr>
          <w:rFonts w:ascii="宋体" w:eastAsia="宋体" w:hAnsi="宋体" w:cs="宋体"/>
          <w:color w:val="000000"/>
        </w:rPr>
        <w:t>则</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三个数必须满足的数量关系为：</w:t>
      </w:r>
    </w:p>
    <w:p>
      <w:pPr>
        <w:spacing w:line="360" w:lineRule="auto"/>
        <w:jc w:val="left"/>
        <w:textAlignment w:val="center"/>
        <w:rPr>
          <w:color w:val="000000"/>
        </w:rPr>
      </w:pPr>
      <w:r>
        <w:pict>
          <v:shape id="_x0000_i709150" type="#_x0000_t75" alt="学科网(www.zxxk.com)--教育资源门户，提供试卷、教案、课件、论文、素材以及各类教学资源下载，还有大量而丰富的教学相关资讯！" style="width:55.8pt;height:13.75pt" o:oleicon="f" o:ole="">
            <v:imagedata r:id="rId2603" o:title="eqId3e9b282584ab8d5e237fa70377fb6fa7"/>
          </v:shape>
        </w:pict>
      </w:r>
      <w:r>
        <w:rPr>
          <w:rFonts w:ascii="宋体" w:eastAsia="宋体" w:hAnsi="宋体" w:cs="宋体"/>
          <w:color w:val="000000"/>
        </w:rPr>
        <w:t>或</w:t>
      </w:r>
      <w:r>
        <w:pict>
          <v:shape id="_x0000_i709151" type="#_x0000_t75" alt="学科网(www.zxxk.com)--教育资源门户，提供试卷、教案、课件、论文、素材以及各类教学资源下载，还有大量而丰富的教学相关资讯！" style="width:65pt;height:14pt" o:oleicon="f" o:ole="">
            <v:imagedata r:id="rId2604" o:title="eqIdfad0fdf93e998f7af0dca23532e9fa85"/>
          </v:shape>
        </w:pict>
      </w:r>
      <w:r>
        <w:rPr>
          <w:rFonts w:ascii="宋体" w:eastAsia="宋体" w:hAnsi="宋体" w:cs="宋体"/>
          <w:color w:val="000000"/>
        </w:rPr>
        <w:t>或</w:t>
      </w:r>
      <w:r>
        <w:pict>
          <v:shape id="_x0000_i709152" type="#_x0000_t75" alt="学科网(www.zxxk.com)--教育资源门户，提供试卷、教案、课件、论文、素材以及各类教学资源下载，还有大量而丰富的教学相关资讯！" style="width:67.15pt;height:13.75pt" o:oleicon="f" o:ole="">
            <v:imagedata r:id="rId2605" o:title="eqId7d57b91a9372ccaf502817a7bc4fdd02"/>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本题考查的是列代数式，乘法的分配律的应用，合并同类项，整除的含义，掌握“用代数式表示一个三位数”是解本题的关键.</w:t>
      </w:r>
    </w:p>
    <w:p>
      <w:pPr>
        <w:spacing w:line="360" w:lineRule="auto"/>
        <w:jc w:val="left"/>
        <w:textAlignment w:val="center"/>
        <w:rPr>
          <w:color w:val="000000"/>
        </w:rPr>
      </w:pPr>
      <w:r>
        <w:rPr>
          <w:color w:val="000000"/>
        </w:rPr>
        <w:t xml:space="preserve">26. </w:t>
      </w:r>
      <w:r>
        <w:rPr>
          <w:rFonts w:ascii="宋体" w:eastAsia="宋体" w:hAnsi="宋体" w:cs="宋体"/>
          <w:color w:val="000000"/>
        </w:rPr>
        <w:t>对数轴上的点和线段，给出如下定义：点</w:t>
      </w:r>
      <w:r>
        <w:rPr>
          <w:rFonts w:ascii="Times New Roman" w:eastAsia="Times New Roman" w:hAnsi="Times New Roman" w:cs="Times New Roman"/>
          <w:i/>
          <w:color w:val="000000"/>
        </w:rPr>
        <w:t>M</w:t>
      </w:r>
      <w:r>
        <w:rPr>
          <w:rFonts w:ascii="宋体" w:eastAsia="宋体" w:hAnsi="宋体" w:cs="宋体"/>
          <w:color w:val="000000"/>
        </w:rPr>
        <w:t>是线段</w:t>
      </w:r>
      <w:r>
        <w:rPr>
          <w:rFonts w:ascii="Times New Roman" w:eastAsia="Times New Roman" w:hAnsi="Times New Roman" w:cs="Times New Roman"/>
          <w:i/>
          <w:color w:val="000000"/>
        </w:rPr>
        <w:t>a</w:t>
      </w:r>
      <w:r>
        <w:rPr>
          <w:rFonts w:ascii="宋体" w:eastAsia="宋体" w:hAnsi="宋体" w:cs="宋体"/>
          <w:color w:val="000000"/>
        </w:rPr>
        <w:t>的中点，点</w:t>
      </w:r>
      <w:r>
        <w:rPr>
          <w:rFonts w:ascii="Times New Roman" w:eastAsia="Times New Roman" w:hAnsi="Times New Roman" w:cs="Times New Roman"/>
          <w:i/>
          <w:color w:val="000000"/>
        </w:rPr>
        <w:t>N</w:t>
      </w:r>
      <w:r>
        <w:rPr>
          <w:rFonts w:ascii="宋体" w:eastAsia="宋体" w:hAnsi="宋体" w:cs="宋体"/>
          <w:color w:val="000000"/>
        </w:rPr>
        <w:t>是线段</w:t>
      </w:r>
      <w:r>
        <w:rPr>
          <w:rFonts w:ascii="Times New Roman" w:eastAsia="Times New Roman" w:hAnsi="Times New Roman" w:cs="Times New Roman"/>
          <w:i/>
          <w:color w:val="000000"/>
        </w:rPr>
        <w:t>b</w:t>
      </w:r>
      <w:r>
        <w:rPr>
          <w:rFonts w:ascii="宋体" w:eastAsia="宋体" w:hAnsi="宋体" w:cs="宋体"/>
          <w:color w:val="000000"/>
        </w:rPr>
        <w:t>的中点，称线段</w:t>
      </w:r>
      <w:r>
        <w:rPr>
          <w:rFonts w:ascii="Times New Roman" w:eastAsia="Times New Roman" w:hAnsi="Times New Roman" w:cs="Times New Roman"/>
          <w:i/>
          <w:color w:val="000000"/>
        </w:rPr>
        <w:t>MN</w:t>
      </w:r>
      <w:r>
        <w:rPr>
          <w:rFonts w:ascii="宋体" w:eastAsia="宋体" w:hAnsi="宋体" w:cs="宋体"/>
          <w:color w:val="000000"/>
        </w:rPr>
        <w:t>的长度为线段</w:t>
      </w:r>
      <w:r>
        <w:rPr>
          <w:rFonts w:ascii="Times New Roman" w:eastAsia="Times New Roman" w:hAnsi="Times New Roman" w:cs="Times New Roman"/>
          <w:i/>
          <w:color w:val="000000"/>
        </w:rPr>
        <w:t>a</w:t>
      </w:r>
      <w:r>
        <w:rPr>
          <w:rFonts w:ascii="宋体" w:eastAsia="宋体" w:hAnsi="宋体" w:cs="宋体"/>
          <w:color w:val="000000"/>
        </w:rPr>
        <w:t>与</w:t>
      </w:r>
      <w:r>
        <w:rPr>
          <w:rFonts w:ascii="Times New Roman" w:eastAsia="Times New Roman" w:hAnsi="Times New Roman" w:cs="Times New Roman"/>
          <w:i/>
          <w:color w:val="000000"/>
        </w:rPr>
        <w:t>b</w:t>
      </w:r>
      <w:r>
        <w:rPr>
          <w:rFonts w:ascii="宋体" w:eastAsia="宋体" w:hAnsi="宋体" w:cs="宋体"/>
          <w:color w:val="000000"/>
        </w:rPr>
        <w:t>的“中距离”．已知数轴上，线段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在点</w:t>
      </w:r>
      <w:r>
        <w:rPr>
          <w:rFonts w:ascii="Times New Roman" w:eastAsia="Times New Roman" w:hAnsi="Times New Roman" w:cs="Times New Roman"/>
          <w:i/>
          <w:color w:val="000000"/>
        </w:rPr>
        <w:t>B</w:t>
      </w:r>
      <w:r>
        <w:rPr>
          <w:rFonts w:ascii="宋体" w:eastAsia="宋体" w:hAnsi="宋体" w:cs="宋体"/>
          <w:color w:val="000000"/>
        </w:rPr>
        <w:t>的左侧），</w:t>
      </w:r>
      <w:r>
        <w:rPr>
          <w:rFonts w:ascii="Times New Roman" w:eastAsia="Times New Roman" w:hAnsi="Times New Roman" w:cs="Times New Roman"/>
          <w:i/>
          <w:color w:val="000000"/>
        </w:rPr>
        <w:t>EF</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F</w:t>
      </w:r>
      <w:r>
        <w:rPr>
          <w:rFonts w:ascii="宋体" w:eastAsia="宋体" w:hAnsi="宋体" w:cs="宋体"/>
          <w:color w:val="000000"/>
        </w:rPr>
        <w:t>的左侧）．</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）当点</w:t>
      </w:r>
      <w:r>
        <w:rPr>
          <w:rFonts w:ascii="Times New Roman" w:eastAsia="Times New Roman" w:hAnsi="Times New Roman" w:cs="Times New Roman"/>
          <w:i/>
          <w:color w:val="000000"/>
        </w:rPr>
        <w:t>A</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①若点</w:t>
      </w:r>
      <w:r>
        <w:rPr>
          <w:rFonts w:ascii="Times New Roman" w:eastAsia="Times New Roman" w:hAnsi="Times New Roman" w:cs="Times New Roman"/>
          <w:i/>
          <w:color w:val="000000"/>
        </w:rPr>
        <w:t>C</w:t>
      </w:r>
      <w:r>
        <w:rPr>
          <w:rFonts w:ascii="宋体" w:eastAsia="宋体" w:hAnsi="宋体" w:cs="宋体"/>
          <w:color w:val="000000"/>
        </w:rPr>
        <w:t>表示－</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D</w:t>
      </w:r>
      <w:r>
        <w:rPr>
          <w:rFonts w:ascii="宋体" w:eastAsia="宋体" w:hAnsi="宋体" w:cs="宋体"/>
          <w:color w:val="000000"/>
        </w:rPr>
        <w:t>表示－</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H</w:t>
      </w:r>
      <w:r>
        <w:rPr>
          <w:rFonts w:ascii="宋体" w:eastAsia="宋体" w:hAnsi="宋体" w:cs="宋体"/>
          <w:color w:val="000000"/>
        </w:rPr>
        <w:t>表示</w:t>
      </w:r>
      <w:r>
        <w:rPr>
          <w:rFonts w:ascii="Times New Roman" w:eastAsia="Times New Roman" w:hAnsi="Times New Roman" w:cs="Times New Roman"/>
          <w:color w:val="000000"/>
        </w:rPr>
        <w:t>4</w:t>
      </w:r>
      <w:r>
        <w:rPr>
          <w:rFonts w:ascii="宋体" w:eastAsia="宋体" w:hAnsi="宋体" w:cs="宋体"/>
          <w:color w:val="000000"/>
        </w:rPr>
        <w:t>，则线段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CD</w:t>
      </w:r>
      <w:r>
        <w:rPr>
          <w:rFonts w:ascii="宋体" w:eastAsia="宋体" w:hAnsi="宋体" w:cs="宋体"/>
          <w:color w:val="000000"/>
        </w:rPr>
        <w:t>的“中距离”为</w:t>
      </w:r>
      <w:r>
        <w:rPr>
          <w:rFonts w:ascii="Times New Roman" w:eastAsia="Times New Roman" w:hAnsi="Times New Roman" w:cs="Times New Roman"/>
          <w:color w:val="000000"/>
        </w:rPr>
        <w:t>3.5</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CH</w:t>
      </w:r>
      <w:r>
        <w:rPr>
          <w:rFonts w:ascii="宋体" w:eastAsia="宋体" w:hAnsi="宋体" w:cs="宋体"/>
          <w:color w:val="000000"/>
        </w:rPr>
        <w:t>的“中距离”为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②若线段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EF</w:t>
      </w:r>
      <w:r>
        <w:rPr>
          <w:rFonts w:ascii="宋体" w:eastAsia="宋体" w:hAnsi="宋体" w:cs="宋体"/>
          <w:color w:val="000000"/>
        </w:rPr>
        <w:t>的“中距离”为</w:t>
      </w:r>
      <w:r>
        <w:rPr>
          <w:rFonts w:ascii="Times New Roman" w:eastAsia="Times New Roman" w:hAnsi="Times New Roman" w:cs="Times New Roman"/>
          <w:color w:val="000000"/>
        </w:rPr>
        <w:t>2</w:t>
      </w:r>
      <w:r>
        <w:rPr>
          <w:rFonts w:ascii="宋体" w:eastAsia="宋体" w:hAnsi="宋体" w:cs="宋体"/>
          <w:color w:val="000000"/>
        </w:rPr>
        <w:t>，则点</w:t>
      </w:r>
      <w:r>
        <w:rPr>
          <w:rFonts w:ascii="Times New Roman" w:eastAsia="Times New Roman" w:hAnsi="Times New Roman" w:cs="Times New Roman"/>
          <w:i/>
          <w:color w:val="000000"/>
        </w:rPr>
        <w:t>E</w:t>
      </w:r>
      <w:r>
        <w:rPr>
          <w:rFonts w:ascii="宋体" w:eastAsia="宋体" w:hAnsi="宋体" w:cs="宋体"/>
          <w:color w:val="000000"/>
        </w:rPr>
        <w:t>表示的数是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同时在数轴上运动，点</w:t>
      </w:r>
      <w:r>
        <w:rPr>
          <w:rFonts w:ascii="Times New Roman" w:eastAsia="Times New Roman" w:hAnsi="Times New Roman" w:cs="Times New Roman"/>
          <w:i/>
          <w:color w:val="000000"/>
        </w:rPr>
        <w:t>A</w:t>
      </w:r>
      <w:r>
        <w:rPr>
          <w:rFonts w:ascii="宋体" w:eastAsia="宋体" w:hAnsi="宋体" w:cs="宋体"/>
          <w:color w:val="000000"/>
        </w:rPr>
        <w:t>从表示</w:t>
      </w:r>
      <w:r>
        <w:rPr>
          <w:rFonts w:ascii="Times New Roman" w:eastAsia="Times New Roman" w:hAnsi="Times New Roman" w:cs="Times New Roman"/>
          <w:color w:val="000000"/>
        </w:rPr>
        <w:t>1</w:t>
      </w:r>
      <w:r>
        <w:rPr>
          <w:rFonts w:ascii="宋体" w:eastAsia="宋体" w:hAnsi="宋体" w:cs="宋体"/>
          <w:color w:val="000000"/>
        </w:rPr>
        <w:t>的点出发，点</w:t>
      </w:r>
      <w:r>
        <w:rPr>
          <w:rFonts w:ascii="Times New Roman" w:eastAsia="Times New Roman" w:hAnsi="Times New Roman" w:cs="Times New Roman"/>
          <w:i/>
          <w:color w:val="000000"/>
        </w:rPr>
        <w:t>E</w:t>
      </w:r>
      <w:r>
        <w:rPr>
          <w:rFonts w:ascii="宋体" w:eastAsia="宋体" w:hAnsi="宋体" w:cs="宋体"/>
          <w:color w:val="000000"/>
        </w:rPr>
        <w:t>从原点出发，线段</w:t>
      </w:r>
      <w:r>
        <w:rPr>
          <w:rFonts w:ascii="Times New Roman" w:eastAsia="Times New Roman" w:hAnsi="Times New Roman" w:cs="Times New Roman"/>
          <w:i/>
          <w:color w:val="000000"/>
        </w:rPr>
        <w:t>AB</w:t>
      </w:r>
      <w:r>
        <w:rPr>
          <w:rFonts w:ascii="宋体" w:eastAsia="宋体" w:hAnsi="宋体" w:cs="宋体"/>
          <w:color w:val="000000"/>
        </w:rPr>
        <w:t>的速度为每秒</w:t>
      </w:r>
      <w:r>
        <w:rPr>
          <w:rFonts w:ascii="Times New Roman" w:eastAsia="Times New Roman" w:hAnsi="Times New Roman" w:cs="Times New Roman"/>
          <w:color w:val="000000"/>
        </w:rPr>
        <w:t>1</w:t>
      </w:r>
      <w:r>
        <w:rPr>
          <w:rFonts w:ascii="宋体" w:eastAsia="宋体" w:hAnsi="宋体" w:cs="宋体"/>
          <w:color w:val="000000"/>
        </w:rPr>
        <w:t>个单位长度，线段</w:t>
      </w:r>
      <w:r>
        <w:rPr>
          <w:rFonts w:ascii="Times New Roman" w:eastAsia="Times New Roman" w:hAnsi="Times New Roman" w:cs="Times New Roman"/>
          <w:i/>
          <w:color w:val="000000"/>
        </w:rPr>
        <w:t>EF</w:t>
      </w:r>
      <w:r>
        <w:rPr>
          <w:rFonts w:ascii="宋体" w:eastAsia="宋体" w:hAnsi="宋体" w:cs="宋体"/>
          <w:color w:val="000000"/>
        </w:rPr>
        <w:t>的速度为每秒</w:t>
      </w:r>
      <w:r>
        <w:rPr>
          <w:rFonts w:ascii="Times New Roman" w:eastAsia="Times New Roman" w:hAnsi="Times New Roman" w:cs="Times New Roman"/>
          <w:color w:val="000000"/>
        </w:rPr>
        <w:t>2</w:t>
      </w:r>
      <w:r>
        <w:rPr>
          <w:rFonts w:ascii="宋体" w:eastAsia="宋体" w:hAnsi="宋体" w:cs="宋体"/>
          <w:color w:val="000000"/>
        </w:rPr>
        <w:t>个单位长度，开始时，线段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都向数轴正方向运动；当点</w:t>
      </w:r>
      <w:r>
        <w:rPr>
          <w:rFonts w:ascii="Times New Roman" w:eastAsia="Times New Roman" w:hAnsi="Times New Roman" w:cs="Times New Roman"/>
          <w:i/>
          <w:color w:val="000000"/>
        </w:rPr>
        <w:t>E</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重合时，线段</w:t>
      </w:r>
      <w:r>
        <w:rPr>
          <w:rFonts w:ascii="Times New Roman" w:eastAsia="Times New Roman" w:hAnsi="Times New Roman" w:cs="Times New Roman"/>
          <w:i/>
          <w:color w:val="000000"/>
        </w:rPr>
        <w:t>EF</w:t>
      </w:r>
      <w:r>
        <w:rPr>
          <w:rFonts w:ascii="宋体" w:eastAsia="宋体" w:hAnsi="宋体" w:cs="宋体"/>
          <w:color w:val="000000"/>
        </w:rPr>
        <w:t>随即向数轴负方向运动，</w:t>
      </w:r>
      <w:r>
        <w:rPr>
          <w:rFonts w:ascii="Times New Roman" w:eastAsia="Times New Roman" w:hAnsi="Times New Roman" w:cs="Times New Roman"/>
          <w:i/>
          <w:color w:val="000000"/>
        </w:rPr>
        <w:t>AB</w:t>
      </w:r>
      <w:r>
        <w:rPr>
          <w:rFonts w:ascii="宋体" w:eastAsia="宋体" w:hAnsi="宋体" w:cs="宋体"/>
          <w:color w:val="000000"/>
        </w:rPr>
        <w:t>仍然向数轴正方向运动．运动过程中，线段</w:t>
      </w:r>
      <w:r>
        <w:rPr>
          <w:rFonts w:ascii="Times New Roman" w:eastAsia="Times New Roman" w:hAnsi="Times New Roman" w:cs="Times New Roman"/>
          <w:i/>
          <w:color w:val="000000"/>
        </w:rPr>
        <w:t>AB</w:t>
      </w:r>
      <w:r>
        <w:rPr>
          <w:rFonts w:ascii="宋体" w:eastAsia="宋体" w:hAnsi="宋体" w:cs="宋体"/>
          <w:color w:val="000000"/>
        </w:rPr>
        <w:t>、</w:t>
      </w:r>
      <w:r>
        <w:rPr>
          <w:rFonts w:ascii="Times New Roman" w:eastAsia="Times New Roman" w:hAnsi="Times New Roman" w:cs="Times New Roman"/>
          <w:i/>
          <w:color w:val="000000"/>
        </w:rPr>
        <w:t>EF</w:t>
      </w:r>
      <w:r>
        <w:rPr>
          <w:rFonts w:ascii="宋体" w:eastAsia="宋体" w:hAnsi="宋体" w:cs="宋体"/>
          <w:color w:val="000000"/>
        </w:rPr>
        <w:t>的速度始终保持不变．设运动时间为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①当</w:t>
      </w:r>
      <w:r>
        <w:rPr>
          <w:rFonts w:ascii="Times New Roman" w:eastAsia="Times New Roman" w:hAnsi="Times New Roman" w:cs="Times New Roman"/>
          <w:i/>
          <w:color w:val="000000"/>
        </w:rPr>
        <w:t>t</w:t>
      </w:r>
      <w:r>
        <w:rPr>
          <w:rFonts w:ascii="宋体" w:eastAsia="宋体" w:hAnsi="宋体" w:cs="宋体"/>
          <w:color w:val="000000"/>
        </w:rPr>
        <w:t>＝</w:t>
      </w:r>
      <w:r>
        <w:rPr>
          <w:rFonts w:ascii="Times New Roman" w:eastAsia="Times New Roman" w:hAnsi="Times New Roman" w:cs="Times New Roman"/>
          <w:color w:val="000000"/>
        </w:rPr>
        <w:t>2.5</w:t>
      </w:r>
      <w:r>
        <w:rPr>
          <w:rFonts w:ascii="宋体" w:eastAsia="宋体" w:hAnsi="宋体" w:cs="宋体"/>
          <w:color w:val="000000"/>
        </w:rPr>
        <w:t>时，线段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EF</w:t>
      </w:r>
      <w:r>
        <w:rPr>
          <w:rFonts w:ascii="宋体" w:eastAsia="宋体" w:hAnsi="宋体" w:cs="宋体"/>
          <w:color w:val="000000"/>
        </w:rPr>
        <w:t>的“中距离”为</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②当线段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EF</w:t>
      </w:r>
      <w:r>
        <w:rPr>
          <w:rFonts w:ascii="宋体" w:eastAsia="宋体" w:hAnsi="宋体" w:cs="宋体"/>
          <w:color w:val="000000"/>
        </w:rPr>
        <w:t>的“中距离”恰好等于线段</w:t>
      </w:r>
      <w:r>
        <w:rPr>
          <w:rFonts w:ascii="Times New Roman" w:eastAsia="Times New Roman" w:hAnsi="Times New Roman" w:cs="Times New Roman"/>
          <w:i/>
          <w:color w:val="000000"/>
        </w:rPr>
        <w:t>AB</w:t>
      </w:r>
      <w:r>
        <w:rPr>
          <w:rFonts w:ascii="宋体" w:eastAsia="宋体" w:hAnsi="宋体" w:cs="宋体"/>
          <w:color w:val="000000"/>
        </w:rPr>
        <w:t>的长度时，求</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jc w:val="left"/>
        <w:textAlignment w:val="center"/>
        <w:rPr>
          <w:color w:val="000000"/>
        </w:rPr>
      </w:pPr>
      <w:r>
        <w:rPr>
          <w:color w:val="000000"/>
        </w:rPr>
        <w:drawing>
          <wp:inline>
            <wp:extent cx="4676775" cy="333375"/>
            <wp:docPr id="299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0" name=""/>
                    <pic:cNvPicPr>
                      <a:picLocks noChangeAspect="1"/>
                    </pic:cNvPicPr>
                  </pic:nvPicPr>
                  <pic:blipFill>
                    <a:blip r:embed="rId2606"/>
                    <a:stretch>
                      <a:fillRect/>
                    </a:stretch>
                  </pic:blipFill>
                  <pic:spPr>
                    <a:xfrm>
                      <a:off x="0" y="0"/>
                      <a:ext cx="4676775" cy="333375"/>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pict>
          <v:shape id="_x0000_i709153" type="#_x0000_t75" alt="学科网(www.zxxk.com)--教育资源门户，提供试卷、教案、课件、论文、素材以及各类教学资源下载，还有大量而丰富的教学相关资讯！" style="width:6.95pt;height:13pt" o:oleicon="f" o:ole="">
            <v:imagedata r:id="rId2607" o:title="eqIdbdaa19de263700a15fcf213d64a8cd57"/>
          </v:shape>
        </w:pict>
      </w:r>
      <w:r>
        <w:rPr>
          <w:rFonts w:ascii="宋体" w:eastAsia="宋体" w:hAnsi="宋体" w:cs="宋体"/>
          <w:color w:val="000000"/>
        </w:rPr>
        <w:t>；②</w:t>
      </w:r>
      <w:r>
        <w:pict>
          <v:shape id="_x0000_i709154" type="#_x0000_t75" alt="学科网(www.zxxk.com)--教育资源门户，提供试卷、教案、课件、论文、素材以及各类教学资源下载，还有大量而丰富的教学相关资讯！" style="width:6.95pt;height:13pt" o:oleicon="f" o:ole="">
            <v:imagedata r:id="rId2607" o:title="eqIdbdaa19de263700a15fcf213d64a8cd57"/>
          </v:shape>
        </w:pict>
      </w:r>
      <w:r>
        <w:rPr>
          <w:rFonts w:ascii="宋体" w:eastAsia="宋体" w:hAnsi="宋体" w:cs="宋体"/>
          <w:color w:val="000000"/>
        </w:rPr>
        <w:t>或</w:t>
      </w:r>
      <w:r>
        <w:pict>
          <v:shape id="_x0000_i709155" type="#_x0000_t75" alt="学科网(www.zxxk.com)--教育资源门户，提供试卷、教案、课件、论文、素材以及各类教学资源下载，还有大量而丰富的教学相关资讯！" style="width:15.75pt;height:14.25pt" o:oleicon="f" o:ole="">
            <v:imagedata r:id="rId2608" o:title="eqId81fb134b2b48acc99213fff6ccfee65f"/>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w:t>
      </w:r>
      <w:r>
        <w:pict>
          <v:shape id="_x0000_i709156" type="#_x0000_t75" alt="学科网(www.zxxk.com)--教育资源门户，提供试卷、教案、课件、论文、素材以及各类教学资源下载，还有大量而丰富的教学相关资讯！" style="width:18pt;height:14pt" o:oleicon="f" o:ole="">
            <v:imagedata r:id="rId2609" o:title="eqId22d3bf727f6c78896544c7f6c8ff33ba"/>
          </v:shape>
        </w:pict>
      </w:r>
      <w:r>
        <w:rPr>
          <w:rFonts w:ascii="宋体" w:eastAsia="宋体" w:hAnsi="宋体" w:cs="宋体"/>
          <w:color w:val="000000"/>
        </w:rPr>
        <w:t>；②</w:t>
      </w:r>
      <w:r>
        <w:pict>
          <v:shape id="_x0000_i709157" type="#_x0000_t75" alt="学科网(www.zxxk.com)--教育资源门户，提供试卷、教案、课件、论文、素材以及各类教学资源下载，还有大量而丰富的教学相关资讯！" style="width:23.25pt;height:14.25pt" o:oleicon="f" o:ole="">
            <v:imagedata r:id="rId2610" o:title="eqId5a2a51944c720568f35d443589dfc1aa"/>
          </v:shape>
        </w:pict>
      </w:r>
      <w:r>
        <w:rPr>
          <w:rFonts w:ascii="宋体" w:eastAsia="宋体" w:hAnsi="宋体" w:cs="宋体"/>
          <w:color w:val="000000"/>
        </w:rPr>
        <w:t>或</w:t>
      </w:r>
      <w:r>
        <w:pict>
          <v:shape id="_x0000_i709158" type="#_x0000_t75" alt="学科网(www.zxxk.com)--教育资源门户，提供试卷、教案、课件、论文、素材以及各类教学资源下载，还有大量而丰富的教学相关资讯！" style="width:30.75pt;height:30.75pt" o:oleicon="f" o:ole="">
            <v:imagedata r:id="rId2611" o:title="eqIdbe741d33161a6644c1aab7c21fb40d98"/>
          </v:shape>
        </w:pict>
      </w:r>
      <w:r>
        <w:rPr>
          <w:rFonts w:ascii="宋体" w:eastAsia="宋体" w:hAnsi="宋体" w:cs="宋体"/>
          <w:color w:val="000000"/>
        </w:rPr>
        <w:t>或</w:t>
      </w:r>
      <w:r>
        <w:pict>
          <v:shape id="_x0000_i709159" type="#_x0000_t75" alt="学科网(www.zxxk.com)--教育资源门户，提供试卷、教案、课件、论文、素材以及各类教学资源下载，还有大量而丰富的教学相关资讯！" style="width:27.1pt;height:13.75pt" o:oleicon="f" o:ole="">
            <v:imagedata r:id="rId2612" o:title="eqIdd2de7112145524b9da6f5a92f47cf216"/>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）①先在数轴上分别表示</w:t>
      </w:r>
      <w:r>
        <w:pict>
          <v:shape id="_x0000_i709160" type="#_x0000_t75" alt="学科网(www.zxxk.com)--教育资源门户，提供试卷、教案、课件、论文、素材以及各类教学资源下载，还有大量而丰富的教学相关资讯！" style="width:66pt;height:16.2pt" o:oleicon="f" o:ole="">
            <v:imagedata r:id="rId2613" o:title="eqId856e73a39e32b0812baa199f94a5ef9e"/>
          </v:shape>
        </w:pict>
      </w:r>
      <w:r>
        <w:rPr>
          <w:rFonts w:ascii="宋体" w:eastAsia="宋体" w:hAnsi="宋体" w:cs="宋体"/>
          <w:color w:val="000000"/>
        </w:rPr>
        <w:t>，再求解</w:t>
      </w:r>
      <w:r>
        <w:pict>
          <v:shape id="_x0000_i709161" type="#_x0000_t75" alt="学科网(www.zxxk.com)--教育资源门户，提供试卷、教案、课件、论文、素材以及各类教学资源下载，还有大量而丰富的教学相关资讯！" style="width:41.45pt;height:15.55pt" o:oleicon="f" o:ole="">
            <v:imagedata r:id="rId2614" o:title="eqIdb5c4cd264c97c1f261229925cc5a6761"/>
          </v:shape>
        </w:pict>
      </w:r>
      <w:r>
        <w:rPr>
          <w:rFonts w:ascii="宋体" w:eastAsia="宋体" w:hAnsi="宋体" w:cs="宋体"/>
          <w:color w:val="000000"/>
        </w:rPr>
        <w:t>中点</w:t>
      </w:r>
      <w:r>
        <w:pict>
          <v:shape id="_x0000_i709162" type="#_x0000_t75" alt="学科网(www.zxxk.com)--教育资源门户，提供试卷、教案、课件、论文、素材以及各类教学资源下载，还有大量而丰富的教学相关资讯！" style="width:30pt;height:16.2pt" o:oleicon="f" o:ole="">
            <v:imagedata r:id="rId2615" o:title="eqId7789a500686c7a73770404ead6af0590"/>
          </v:shape>
        </w:pict>
      </w:r>
      <w:r>
        <w:rPr>
          <w:rFonts w:ascii="宋体" w:eastAsia="宋体" w:hAnsi="宋体" w:cs="宋体"/>
          <w:color w:val="000000"/>
        </w:rPr>
        <w:t>对应的数，再求解</w:t>
      </w:r>
      <w:r>
        <w:pict>
          <v:shape id="_x0000_i709163" type="#_x0000_t75" alt="学科网(www.zxxk.com)--教育资源门户，提供试卷、教案、课件、论文、素材以及各类教学资源下载，还有大量而丰富的教学相关资讯！" style="width:23.25pt;height:14.25pt" o:oleicon="f" o:ole="">
            <v:imagedata r:id="rId2616" o:title="eqId411461db15ee8086332c531e086c40c7"/>
          </v:shape>
        </w:pict>
      </w:r>
      <w:r>
        <w:rPr>
          <w:rFonts w:ascii="宋体" w:eastAsia="宋体" w:hAnsi="宋体" w:cs="宋体"/>
          <w:color w:val="000000"/>
        </w:rPr>
        <w:t>即可；②设</w:t>
      </w:r>
      <w:r>
        <w:pict>
          <v:shape id="_x0000_i709164" type="#_x0000_t75" alt="学科网(www.zxxk.com)--教育资源门户，提供试卷、教案、课件、论文、素材以及各类教学资源下载，还有大量而丰富的教学相关资讯！" style="width:20.4pt;height:12.6pt" o:oleicon="f" o:ole="">
            <v:imagedata r:id="rId2617" o:title="eqId49b50357a6545cae8348e3059312f520"/>
          </v:shape>
        </w:pict>
      </w:r>
      <w:r>
        <w:rPr>
          <w:rFonts w:ascii="宋体" w:eastAsia="宋体" w:hAnsi="宋体" w:cs="宋体"/>
          <w:color w:val="000000"/>
        </w:rPr>
        <w:t>的中点</w:t>
      </w:r>
      <w:r>
        <w:pict>
          <v:shape id="_x0000_i709165" type="#_x0000_t75" alt="学科网(www.zxxk.com)--教育资源门户，提供试卷、教案、课件、论文、素材以及各类教学资源下载，还有大量而丰富的教学相关资讯！" style="width:14.25pt;height:14.25pt" o:oleicon="f" o:ole="">
            <v:imagedata r:id="rId2618" o:title="eqId54a5d7d3b6b63fe5c24c3907b7a8eaa3"/>
          </v:shape>
        </w:pict>
      </w:r>
      <w:r>
        <w:rPr>
          <w:rFonts w:ascii="宋体" w:eastAsia="宋体" w:hAnsi="宋体" w:cs="宋体"/>
          <w:color w:val="000000"/>
        </w:rPr>
        <w:t>对应的数为</w:t>
      </w:r>
      <w:r>
        <w:pict>
          <v:shape id="_x0000_i709166" type="#_x0000_t75" alt="学科网(www.zxxk.com)--教育资源门户，提供试卷、教案、课件、论文、素材以及各类教学资源下载，还有大量而丰富的教学相关资讯！" style="width:13pt;height:13pt" o:oleicon="f" o:ole="">
            <v:imagedata r:id="rId2619" o:title="eqId06dd04ebe420af1816ecf77ec405ebaa"/>
          </v:shape>
        </w:pict>
      </w:r>
      <w:r>
        <w:rPr>
          <w:rFonts w:ascii="宋体" w:eastAsia="宋体" w:hAnsi="宋体" w:cs="宋体"/>
          <w:color w:val="000000"/>
        </w:rPr>
        <w:t xml:space="preserve"> 结合</w:t>
      </w:r>
      <w:r>
        <w:pict>
          <v:shape id="_x0000_i709167" type="#_x0000_t75" alt="学科网(www.zxxk.com)--教育资源门户，提供试卷、教案、课件、论文、素材以及各类教学资源下载，还有大量而丰富的教学相关资讯！" style="width:14.25pt;height:10.5pt" o:oleicon="f" o:ole="">
            <v:imagedata r:id="rId2620" o:title="eqIdac047e91852b91af639feec23a9598b2"/>
          </v:shape>
        </w:pict>
      </w:r>
      <w:r>
        <w:rPr>
          <w:rFonts w:ascii="宋体" w:eastAsia="宋体" w:hAnsi="宋体" w:cs="宋体"/>
          <w:color w:val="000000"/>
        </w:rPr>
        <w:t>对应的数为：</w:t>
      </w:r>
      <w:r>
        <w:pict>
          <v:shape id="_x0000_i709168" type="#_x0000_t75" alt="学科网(www.zxxk.com)--教育资源门户，提供试卷、教案、课件、论文、素材以及各类教学资源下载，还有大量而丰富的教学相关资讯！" style="width:12pt;height:15pt" o:oleicon="f" o:ole="">
            <v:imagedata r:id="rId2621" o:title="eqIdb289750716fa6f5fd41a862d6516dc6a"/>
          </v:shape>
        </w:pict>
      </w:r>
      <w:r>
        <w:pict>
          <v:shape id="_x0000_i709169" type="#_x0000_t75" alt="学科网(www.zxxk.com)--教育资源门户，提供试卷、教案、课件、论文、素材以及各类教学资源下载，还有大量而丰富的教学相关资讯！" style="width:44.25pt;height:15.75pt" o:oleicon="f" o:ole="">
            <v:imagedata r:id="rId2622" o:title="eqIdb1fca1b8af4e065fde1e64dc6628db42"/>
          </v:shape>
        </w:pict>
      </w:r>
      <w:r>
        <w:rPr>
          <w:rFonts w:ascii="宋体" w:eastAsia="宋体" w:hAnsi="宋体" w:cs="宋体"/>
          <w:color w:val="000000"/>
        </w:rPr>
        <w:t xml:space="preserve"> 再列绝对值方程</w:t>
      </w:r>
      <w:r>
        <w:pict>
          <v:shape id="_x0000_i709170" type="#_x0000_t75" alt="学科网(www.zxxk.com)--教育资源门户，提供试卷、教案、课件、论文、素材以及各类教学资源下载，还有大量而丰富的教学相关资讯！" style="width:49.75pt;height:19.8pt" o:oleicon="f" o:ole="">
            <v:imagedata r:id="rId2623" o:title="eqIdfed4e4d6cce23a665d7378aeaf30b9e4"/>
          </v:shape>
        </w:pict>
      </w:r>
      <w:r>
        <w:rPr>
          <w:rFonts w:ascii="宋体" w:eastAsia="宋体" w:hAnsi="宋体" w:cs="宋体"/>
          <w:color w:val="000000"/>
        </w:rPr>
        <w:t xml:space="preserve"> 解方程即可得到答案；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）①分别求解</w:t>
      </w:r>
      <w:r>
        <w:pict>
          <v:shape id="_x0000_i709171" type="#_x0000_t75" alt="学科网(www.zxxk.com)--教育资源门户，提供试卷、教案、课件、论文、素材以及各类教学资源下载，还有大量而丰富的教学相关资讯！" style="width:40pt;height:16pt" o:oleicon="f" o:ole="">
            <v:imagedata r:id="rId2624" o:title="eqId2fbb88b8b4f62188428cb240291963c8"/>
          </v:shape>
        </w:pict>
      </w:r>
      <w:r>
        <w:rPr>
          <w:rFonts w:ascii="宋体" w:eastAsia="宋体" w:hAnsi="宋体" w:cs="宋体"/>
          <w:color w:val="000000"/>
        </w:rPr>
        <w:t>的中点</w:t>
      </w:r>
      <w:r>
        <w:pict>
          <v:shape id="_x0000_i709172" type="#_x0000_t75" alt="学科网(www.zxxk.com)--教育资源门户，提供试卷、教案、课件、论文、素材以及各类教学资源下载，还有大量而丰富的教学相关资讯！" style="width:30pt;height:16.2pt" o:oleicon="f" o:ole="">
            <v:imagedata r:id="rId2625" o:title="eqId7789a500686c7a73770404ead6af0590"/>
          </v:shape>
        </w:pict>
      </w:r>
      <w:r>
        <w:rPr>
          <w:rFonts w:ascii="宋体" w:eastAsia="宋体" w:hAnsi="宋体" w:cs="宋体"/>
          <w:color w:val="000000"/>
        </w:rPr>
        <w:t>运动</w:t>
      </w:r>
      <w:r>
        <w:pict>
          <v:shape id="_x0000_i709173" type="#_x0000_t75" alt="学科网(www.zxxk.com)--教育资源门户，提供试卷、教案、课件、论文、素材以及各类教学资源下载，还有大量而丰富的教学相关资讯！" style="width:19.1pt;height:14.2pt" o:oleicon="f" o:ole="">
            <v:imagedata r:id="rId2626" o:title="eqId212d6e1f4d7dcc0e5e902c46e3b1dfcc"/>
          </v:shape>
        </w:pict>
      </w:r>
      <w:r>
        <w:rPr>
          <w:rFonts w:ascii="Times New Roman" w:eastAsia="Times New Roman" w:hAnsi="Times New Roman" w:cs="Times New Roman"/>
          <w:color w:val="000000"/>
        </w:rPr>
        <w:t>s</w:t>
      </w:r>
      <w:r>
        <w:rPr>
          <w:rFonts w:ascii="宋体" w:eastAsia="宋体" w:hAnsi="宋体" w:cs="宋体"/>
          <w:color w:val="000000"/>
        </w:rPr>
        <w:t>后对应的数，利用新定义即可得到答案；②分两种情况讨论，当</w:t>
      </w:r>
      <w:r>
        <w:pict>
          <v:shape id="_x0000_i709174" type="#_x0000_t75" alt="学科网(www.zxxk.com)--教育资源门户，提供试卷、教案、课件、论文、素材以及各类教学资源下载，还有大量而丰富的教学相关资讯！" style="width:42pt;height:14.25pt" o:oleicon="f" o:ole="">
            <v:imagedata r:id="rId2627" o:title="eqId0277ef5d5f52b1c72c16d67593d8569e"/>
          </v:shape>
        </w:pict>
      </w:r>
      <w:r>
        <w:rPr>
          <w:rFonts w:ascii="宋体" w:eastAsia="宋体" w:hAnsi="宋体" w:cs="宋体"/>
          <w:color w:val="000000"/>
        </w:rPr>
        <w:t>时，</w:t>
      </w:r>
      <w:r>
        <w:pict>
          <v:shape id="_x0000_i709175" type="#_x0000_t75" alt="学科网(www.zxxk.com)--教育资源门户，提供试卷、教案、课件、论文、素材以及各类教学资源下载，还有大量而丰富的教学相关资讯！" style="width:20.05pt;height:12.6pt" o:oleicon="f" o:ole="">
            <v:imagedata r:id="rId2628" o:title="eqIdf52a58fbaf4fea03567e88a9f0f6e37e"/>
          </v:shape>
        </w:pict>
      </w:r>
      <w:r>
        <w:rPr>
          <w:rFonts w:ascii="宋体" w:eastAsia="宋体" w:hAnsi="宋体" w:cs="宋体"/>
          <w:color w:val="000000"/>
        </w:rPr>
        <w:t>的中点</w:t>
      </w:r>
      <w:r>
        <w:pict>
          <v:shape id="_x0000_i709176" type="#_x0000_t75" alt="学科网(www.zxxk.com)--教育资源门户，提供试卷、教案、课件、论文、素材以及各类教学资源下载，还有大量而丰富的教学相关资讯！" style="width:14.25pt;height:10.5pt" o:oleicon="f" o:ole="">
            <v:imagedata r:id="rId2629" o:title="eqIdac047e91852b91af639feec23a9598b2"/>
          </v:shape>
        </w:pict>
      </w:r>
      <w:r>
        <w:rPr>
          <w:rFonts w:ascii="宋体" w:eastAsia="宋体" w:hAnsi="宋体" w:cs="宋体"/>
          <w:color w:val="000000"/>
        </w:rPr>
        <w:t>对应的数为：</w:t>
      </w:r>
      <w:r>
        <w:pict>
          <v:shape id="_x0000_i709177" type="#_x0000_t75" alt="学科网(www.zxxk.com)--教育资源门户，提供试卷、教案、课件、论文、素材以及各类教学资源下载，还有大量而丰富的教学相关资讯！" style="width:25.9pt;height:16.2pt" o:oleicon="f" o:ole="">
            <v:imagedata r:id="rId2630" o:title="eqIdb8ea0ce8b0748024b45f94835bb7b959"/>
          </v:shape>
        </w:pict>
      </w:r>
      <w:r>
        <w:rPr>
          <w:rFonts w:ascii="宋体" w:eastAsia="宋体" w:hAnsi="宋体" w:cs="宋体"/>
          <w:color w:val="000000"/>
        </w:rPr>
        <w:t xml:space="preserve"> </w:t>
      </w:r>
      <w:r>
        <w:pict>
          <v:shape id="_x0000_i709178" type="#_x0000_t75" alt="学科网(www.zxxk.com)--教育资源门户，提供试卷、教案、课件、论文、素材以及各类教学资源下载，还有大量而丰富的教学相关资讯！" style="width:20.4pt;height:12.6pt" o:oleicon="f" o:ole="">
            <v:imagedata r:id="rId2631" o:title="eqId49b50357a6545cae8348e3059312f520"/>
          </v:shape>
        </w:pict>
      </w:r>
      <w:r>
        <w:rPr>
          <w:rFonts w:ascii="宋体" w:eastAsia="宋体" w:hAnsi="宋体" w:cs="宋体"/>
          <w:color w:val="000000"/>
        </w:rPr>
        <w:t>的中点</w:t>
      </w:r>
      <w:r>
        <w:pict>
          <v:shape id="_x0000_i709179" type="#_x0000_t75" alt="学科网(www.zxxk.com)--教育资源门户，提供试卷、教案、课件、论文、素材以及各类教学资源下载，还有大量而丰富的教学相关资讯！" style="width:14.25pt;height:14.25pt" o:oleicon="f" o:ole="">
            <v:imagedata r:id="rId2632" o:title="eqId54a5d7d3b6b63fe5c24c3907b7a8eaa3"/>
          </v:shape>
        </w:pict>
      </w:r>
      <w:r>
        <w:rPr>
          <w:rFonts w:ascii="宋体" w:eastAsia="宋体" w:hAnsi="宋体" w:cs="宋体"/>
          <w:color w:val="000000"/>
        </w:rPr>
        <w:t>对应的数为：</w:t>
      </w:r>
      <w:r>
        <w:pict>
          <v:shape id="_x0000_i709180" type="#_x0000_t75" alt="学科网(www.zxxk.com)--教育资源门户，提供试卷、教案、课件、论文、素材以及各类教学资源下载，还有大量而丰富的教学相关资讯！" style="width:31.15pt;height:16.2pt" o:oleicon="f" o:ole="">
            <v:imagedata r:id="rId2633" o:title="eqIdc748f614ee08fdf64e3c65cffe888d4b"/>
          </v:shape>
        </w:pict>
      </w:r>
      <w:r>
        <w:rPr>
          <w:rFonts w:ascii="宋体" w:eastAsia="宋体" w:hAnsi="宋体" w:cs="宋体"/>
          <w:color w:val="000000"/>
        </w:rPr>
        <w:t xml:space="preserve"> 而</w:t>
      </w:r>
      <w:r>
        <w:pict>
          <v:shape id="_x0000_i709181" type="#_x0000_t75" alt="学科网(www.zxxk.com)--教育资源门户，提供试卷、教案、课件、论文、素材以及各类教学资源下载，还有大量而丰富的教学相关资讯！" style="width:61.9pt;height:16.2pt" o:oleicon="f" o:ole="">
            <v:imagedata r:id="rId2634" o:title="eqIdbfb3b23af1f0014347490c44452ebb31"/>
          </v:shape>
        </w:pict>
      </w:r>
      <w:r>
        <w:rPr>
          <w:rFonts w:ascii="宋体" w:eastAsia="宋体" w:hAnsi="宋体" w:cs="宋体"/>
          <w:color w:val="000000"/>
        </w:rPr>
        <w:t xml:space="preserve"> 当</w:t>
      </w:r>
      <w:r>
        <w:pict>
          <v:shape id="_x0000_i709182" type="#_x0000_t75" alt="学科网(www.zxxk.com)--教育资源门户，提供试卷、教案、课件、论文、素材以及各类教学资源下载，还有大量而丰富的教学相关资讯！" style="width:24.95pt;height:13.95pt" o:oleicon="f" o:ole="">
            <v:imagedata r:id="rId2635" o:title="eqId33b068c30fe9ab061d21309495ad55dd"/>
          </v:shape>
        </w:pict>
      </w:r>
      <w:r>
        <w:rPr>
          <w:rFonts w:ascii="宋体" w:eastAsia="宋体" w:hAnsi="宋体" w:cs="宋体"/>
          <w:color w:val="000000"/>
        </w:rPr>
        <w:t>时，线</w:t>
      </w:r>
      <w:r>
        <w:rPr>
          <w:rFonts w:ascii="Times New Roman" w:eastAsia="Times New Roman" w:hAnsi="Times New Roman" w:cs="Times New Roman"/>
          <w:color w:val="000000"/>
        </w:rPr>
        <w:t>段</w:t>
      </w:r>
      <w:r>
        <w:rPr>
          <w:rFonts w:ascii="Times New Roman" w:eastAsia="Times New Roman" w:hAnsi="Times New Roman" w:cs="Times New Roman"/>
          <w:i/>
          <w:color w:val="000000"/>
        </w:rPr>
        <w:t>EF</w:t>
      </w:r>
      <w:r>
        <w:rPr>
          <w:rFonts w:ascii="宋体" w:eastAsia="宋体" w:hAnsi="宋体" w:cs="宋体"/>
          <w:color w:val="000000"/>
        </w:rPr>
        <w:t>随即向数轴负方向运动，</w:t>
      </w:r>
      <w:r>
        <w:pict>
          <v:shape id="_x0000_i709183" type="#_x0000_t75" alt="学科网(www.zxxk.com)--教育资源门户，提供试卷、教案、课件、论文、素材以及各类教学资源下载，还有大量而丰富的教学相关资讯！" style="width:20.4pt;height:12.6pt" o:oleicon="f" o:ole="">
            <v:imagedata r:id="rId2631" o:title="eqId49b50357a6545cae8348e3059312f520"/>
          </v:shape>
        </w:pict>
      </w:r>
      <w:r>
        <w:rPr>
          <w:rFonts w:ascii="宋体" w:eastAsia="宋体" w:hAnsi="宋体" w:cs="宋体"/>
          <w:color w:val="000000"/>
        </w:rPr>
        <w:t>的中点</w:t>
      </w:r>
      <w:r>
        <w:pict>
          <v:shape id="_x0000_i709184" type="#_x0000_t75" alt="学科网(www.zxxk.com)--教育资源门户，提供试卷、教案、课件、论文、素材以及各类教学资源下载，还有大量而丰富的教学相关资讯！" style="width:14.25pt;height:14.25pt" o:oleicon="f" o:ole="">
            <v:imagedata r:id="rId2632" o:title="eqId54a5d7d3b6b63fe5c24c3907b7a8eaa3"/>
          </v:shape>
        </w:pict>
      </w:r>
      <w:r>
        <w:rPr>
          <w:rFonts w:ascii="宋体" w:eastAsia="宋体" w:hAnsi="宋体" w:cs="宋体"/>
          <w:color w:val="000000"/>
        </w:rPr>
        <w:t>对应的数为：</w:t>
      </w:r>
      <w:r>
        <w:pict>
          <v:shape id="_x0000_i709185" type="#_x0000_t75" alt="学科网(www.zxxk.com)--教育资源门户，提供试卷、教案、课件、论文、素材以及各类教学资源下载，还有大量而丰富的教学相关资讯！" style="width:101.1pt;height:19.8pt" o:oleicon="f" o:ole="">
            <v:imagedata r:id="rId2636" o:title="eqIdcc61555f11383ee4133d200496b85f59"/>
          </v:shape>
        </w:pict>
      </w:r>
      <w:r>
        <w:rPr>
          <w:rFonts w:ascii="宋体" w:eastAsia="宋体" w:hAnsi="宋体" w:cs="宋体"/>
          <w:color w:val="000000"/>
        </w:rPr>
        <w:t xml:space="preserve"> 再分别列方程求解即可.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）①如图，</w:t>
      </w:r>
      <w:r>
        <w:pict>
          <v:shape id="_x0000_i709186" type="#_x0000_t75" alt="学科网(www.zxxk.com)--教育资源门户，提供试卷、教案、课件、论文、素材以及各类教学资源下载，还有大量而丰富的教学相关资讯！" style="width:66pt;height:16.2pt" o:oleicon="f" o:ole="">
            <v:imagedata r:id="rId2637" o:title="eqId856e73a39e32b0812baa199f94a5ef9e"/>
          </v:shape>
        </w:pict>
      </w:r>
      <w:r>
        <w:rPr>
          <w:rFonts w:ascii="宋体" w:eastAsia="宋体" w:hAnsi="宋体" w:cs="宋体"/>
          <w:color w:val="000000"/>
        </w:rPr>
        <w:t>在数轴上表示如下：</w:t>
      </w:r>
    </w:p>
    <w:p>
      <w:pPr>
        <w:spacing w:line="360" w:lineRule="auto"/>
        <w:jc w:val="left"/>
        <w:textAlignment w:val="center"/>
        <w:rPr>
          <w:color w:val="000000"/>
        </w:rPr>
      </w:pPr>
      <w:r>
        <w:rPr>
          <w:color w:val="000000"/>
        </w:rPr>
        <w:drawing>
          <wp:inline>
            <wp:extent cx="4514850" cy="495300"/>
            <wp:docPr id="300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 name=""/>
                    <pic:cNvPicPr>
                      <a:picLocks noChangeAspect="1"/>
                    </pic:cNvPicPr>
                  </pic:nvPicPr>
                  <pic:blipFill>
                    <a:blip r:embed="rId2638"/>
                    <a:stretch>
                      <a:fillRect/>
                    </a:stretch>
                  </pic:blipFill>
                  <pic:spPr>
                    <a:xfrm>
                      <a:off x="0" y="0"/>
                      <a:ext cx="4514850" cy="495300"/>
                    </a:xfrm>
                    <a:prstGeom prst="rect">
                      <a:avLst/>
                    </a:prstGeom>
                  </pic:spPr>
                </pic:pic>
              </a:graphicData>
            </a:graphic>
          </wp:inline>
        </w:drawing>
      </w:r>
    </w:p>
    <w:p>
      <w:pPr>
        <w:spacing w:line="360" w:lineRule="auto"/>
        <w:jc w:val="left"/>
        <w:textAlignment w:val="center"/>
        <w:rPr>
          <w:color w:val="000000"/>
        </w:rPr>
      </w:pPr>
      <w:r>
        <w:pict>
          <v:shape id="_x0000_i709187" type="#_x0000_t75" alt="学科网(www.zxxk.com)--教育资源门户，提供试卷、教案、课件、论文、素材以及各类教学资源下载，还有大量而丰富的教学相关资讯！" style="width:24.75pt;height:12.75pt" o:oleicon="f" o:ole="">
            <v:imagedata r:id="rId2639" o:title="eqIdbb1da7f29dc98b6afd09d0676dc75909"/>
          </v:shape>
        </w:pict>
      </w:r>
      <w:r>
        <w:rPr>
          <w:rFonts w:ascii="宋体" w:eastAsia="宋体" w:hAnsi="宋体" w:cs="宋体"/>
          <w:color w:val="000000"/>
        </w:rPr>
        <w:t>为</w:t>
      </w:r>
      <w:r>
        <w:pict>
          <v:shape id="_x0000_i709188" type="#_x0000_t75" alt="学科网(www.zxxk.com)--教育资源门户，提供试卷、教案、课件、论文、素材以及各类教学资源下载，还有大量而丰富的教学相关资讯！" style="width:20.05pt;height:12.6pt" o:oleicon="f" o:ole="">
            <v:imagedata r:id="rId2640" o:title="eqIdf52a58fbaf4fea03567e88a9f0f6e37e"/>
          </v:shape>
        </w:pict>
      </w:r>
      <w:r>
        <w:rPr>
          <w:rFonts w:ascii="宋体" w:eastAsia="宋体" w:hAnsi="宋体" w:cs="宋体"/>
          <w:color w:val="000000"/>
        </w:rPr>
        <w:t>的中点，</w:t>
      </w:r>
      <w:r>
        <w:pict>
          <v:shape id="_x0000_i709189" type="#_x0000_t75" alt="学科网(www.zxxk.com)--教育资源门户，提供试卷、教案、课件、论文、素材以及各类教学资源下载，还有大量而丰富的教学相关资讯！" style="width:14.25pt;height:14.25pt" o:oleicon="f" o:ole="">
            <v:imagedata r:id="rId2641" o:title="eqId54a5d7d3b6b63fe5c24c3907b7a8eaa3"/>
          </v:shape>
        </w:pict>
      </w:r>
      <w:r>
        <w:rPr>
          <w:rFonts w:ascii="宋体" w:eastAsia="宋体" w:hAnsi="宋体" w:cs="宋体"/>
          <w:color w:val="000000"/>
        </w:rPr>
        <w:t>为</w:t>
      </w:r>
      <w:r>
        <w:pict>
          <v:shape id="_x0000_i709190" type="#_x0000_t75" alt="学科网(www.zxxk.com)--教育资源门户，提供试卷、教案、课件、论文、素材以及各类教学资源下载，还有大量而丰富的教学相关资讯！" style="width:20.25pt;height:12.75pt" o:oleicon="f" o:ole="">
            <v:imagedata r:id="rId2642" o:title="eqIda6655e2fa64a32cd12fe0279afd65d73"/>
          </v:shape>
        </w:pict>
      </w:r>
      <w:r>
        <w:rPr>
          <w:rFonts w:ascii="宋体" w:eastAsia="宋体" w:hAnsi="宋体" w:cs="宋体"/>
          <w:color w:val="000000"/>
        </w:rPr>
        <w:t>的中点，</w:t>
      </w:r>
    </w:p>
    <w:p>
      <w:pPr>
        <w:spacing w:line="360" w:lineRule="auto"/>
        <w:jc w:val="left"/>
        <w:textAlignment w:val="center"/>
        <w:rPr>
          <w:color w:val="000000"/>
        </w:rPr>
      </w:pPr>
      <w:r>
        <w:pict>
          <v:shape id="_x0000_i709191" type="#_x0000_t75" alt="学科网(www.zxxk.com)--教育资源门户，提供试卷、教案、课件、论文、素材以及各类教学资源下载，还有大量而丰富的教学相关资讯！" style="width:23.25pt;height:12pt" o:oleicon="f" o:ole="">
            <v:imagedata r:id="rId2643" o:title="eqId9387c0a23e518d04c63ce12c693c554a"/>
          </v:shape>
        </w:pict>
      </w:r>
      <w:r>
        <w:rPr>
          <w:rFonts w:ascii="宋体" w:eastAsia="宋体" w:hAnsi="宋体" w:cs="宋体"/>
          <w:color w:val="000000"/>
        </w:rPr>
        <w:t>对应的数为：</w:t>
      </w:r>
      <w:r>
        <w:pict>
          <v:shape id="_x0000_i709192" type="#_x0000_t75" alt="学科网(www.zxxk.com)--教育资源门户，提供试卷、教案、课件、论文、素材以及各类教学资源下载，还有大量而丰富的教学相关资讯！" style="width:40.05pt;height:31.15pt" o:oleicon="f" o:ole="">
            <v:imagedata r:id="rId2644" o:title="eqIdc13ccc411848fd943374f7df058cc566"/>
          </v:shape>
        </w:pict>
      </w:r>
      <w:r>
        <w:rPr>
          <w:rFonts w:ascii="宋体" w:eastAsia="宋体" w:hAnsi="宋体" w:cs="宋体"/>
          <w:color w:val="000000"/>
        </w:rPr>
        <w:t xml:space="preserve"> </w:t>
      </w:r>
      <w:r>
        <w:pict>
          <v:shape id="_x0000_i709193" type="#_x0000_t75" alt="学科网(www.zxxk.com)--教育资源门户，提供试卷、教案、课件、论文、素材以及各类教学资源下载，还有大量而丰富的教学相关资讯！" style="width:14.25pt;height:14.25pt" o:oleicon="f" o:ole="">
            <v:imagedata r:id="rId2645" o:title="eqId54a5d7d3b6b63fe5c24c3907b7a8eaa3"/>
          </v:shape>
        </w:pict>
      </w:r>
      <w:r>
        <w:rPr>
          <w:rFonts w:ascii="宋体" w:eastAsia="宋体" w:hAnsi="宋体" w:cs="宋体"/>
          <w:color w:val="000000"/>
        </w:rPr>
        <w:t>对应的数为</w:t>
      </w:r>
      <w:r>
        <w:pict>
          <v:shape id="_x0000_i709194" type="#_x0000_t75" alt="学科网(www.zxxk.com)--教育资源门户，提供试卷、教案、课件、论文、素材以及各类教学资源下载，还有大量而丰富的教学相关资讯！" style="width:52.2pt;height:31.15pt" o:oleicon="f" o:ole="">
            <v:imagedata r:id="rId2646" o:title="eqId7068ab4cdcaf24c5b232d32ef4998c7c"/>
          </v:shape>
        </w:pict>
      </w:r>
      <w:r>
        <w:rPr>
          <w:rFonts w:ascii="宋体" w:eastAsia="宋体" w:hAnsi="宋体" w:cs="宋体"/>
          <w:color w:val="000000"/>
        </w:rPr>
        <w:t xml:space="preserve"> </w:t>
      </w:r>
    </w:p>
    <w:p>
      <w:pPr>
        <w:spacing w:line="360" w:lineRule="auto"/>
        <w:jc w:val="left"/>
        <w:textAlignment w:val="center"/>
        <w:rPr>
          <w:color w:val="000000"/>
        </w:rPr>
      </w:pPr>
      <w:r>
        <w:pict>
          <v:shape id="_x0000_i709195" type="#_x0000_t75" alt="学科网(www.zxxk.com)--教育资源门户，提供试卷、教案、课件、论文、素材以及各类教学资源下载，还有大量而丰富的教学相关资讯！" style="width:51pt;height:15.75pt" o:oleicon="f" o:ole="">
            <v:imagedata r:id="rId2647" o:title="eqId19578115b153e00b53d24fd58e123645"/>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CH</w:t>
      </w:r>
      <w:r>
        <w:rPr>
          <w:rFonts w:ascii="宋体" w:eastAsia="宋体" w:hAnsi="宋体" w:cs="宋体"/>
          <w:color w:val="000000"/>
        </w:rPr>
        <w:t>的“中距离”为</w:t>
      </w:r>
      <w:r>
        <w:pict>
          <v:shape id="_x0000_i709196" type="#_x0000_t75" alt="学科网(www.zxxk.com)--教育资源门户，提供试卷、教案、课件、论文、素材以及各类教学资源下载，还有大量而丰富的教学相关资讯！" style="width:6.95pt;height:13pt" o:oleicon="f" o:ole="">
            <v:imagedata r:id="rId2648" o:title="eqIdbdaa19de263700a15fcf213d64a8cd5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②设</w:t>
      </w:r>
      <w:r>
        <w:pict>
          <v:shape id="_x0000_i709197" type="#_x0000_t75" alt="学科网(www.zxxk.com)--教育资源门户，提供试卷、教案、课件、论文、素材以及各类教学资源下载，还有大量而丰富的教学相关资讯！" style="width:20.4pt;height:12.6pt" o:oleicon="f" o:ole="">
            <v:imagedata r:id="rId2649" o:title="eqId49b50357a6545cae8348e3059312f520"/>
          </v:shape>
        </w:pict>
      </w:r>
      <w:r>
        <w:rPr>
          <w:rFonts w:ascii="宋体" w:eastAsia="宋体" w:hAnsi="宋体" w:cs="宋体"/>
          <w:color w:val="000000"/>
        </w:rPr>
        <w:t>的中点</w:t>
      </w:r>
      <w:r>
        <w:pict>
          <v:shape id="_x0000_i709198" type="#_x0000_t75" alt="学科网(www.zxxk.com)--教育资源门户，提供试卷、教案、课件、论文、素材以及各类教学资源下载，还有大量而丰富的教学相关资讯！" style="width:14.25pt;height:14.25pt" o:oleicon="f" o:ole="">
            <v:imagedata r:id="rId2650" o:title="eqId54a5d7d3b6b63fe5c24c3907b7a8eaa3"/>
          </v:shape>
        </w:pict>
      </w:r>
      <w:r>
        <w:rPr>
          <w:rFonts w:ascii="宋体" w:eastAsia="宋体" w:hAnsi="宋体" w:cs="宋体"/>
          <w:color w:val="000000"/>
        </w:rPr>
        <w:t>对应的数为</w:t>
      </w:r>
      <w:r>
        <w:pict>
          <v:shape id="_x0000_i709199" type="#_x0000_t75" alt="学科网(www.zxxk.com)--教育资源门户，提供试卷、教案、课件、论文、素材以及各类教学资源下载，还有大量而丰富的教学相关资讯！" style="width:13pt;height:13pt" o:oleicon="f" o:ole="">
            <v:imagedata r:id="rId2651" o:title="eqId06dd04ebe420af1816ecf77ec405ebaa"/>
          </v:shape>
        </w:pict>
      </w:r>
      <w:r>
        <w:rPr>
          <w:rFonts w:ascii="宋体" w:eastAsia="宋体" w:hAnsi="宋体" w:cs="宋体"/>
          <w:color w:val="000000"/>
        </w:rPr>
        <w:t xml:space="preserve"> </w:t>
      </w:r>
    </w:p>
    <w:p>
      <w:pPr>
        <w:spacing w:line="360" w:lineRule="auto"/>
        <w:jc w:val="left"/>
        <w:textAlignment w:val="center"/>
        <w:rPr>
          <w:color w:val="000000"/>
        </w:rPr>
      </w:pPr>
      <w:r>
        <w:pict>
          <v:shape id="_x0000_i709200" type="#_x0000_t75" alt="学科网(www.zxxk.com)--教育资源门户，提供试卷、教案、课件、论文、素材以及各类教学资源下载，还有大量而丰富的教学相关资讯！" style="width:9.75pt;height:8.25pt" o:oleicon="f" o:ole="">
            <v:imagedata r:id="rId2652" o:title="eqId16f3d198e76391779fa3badc848c8ac8"/>
          </v:shape>
        </w:pict>
      </w:r>
      <w:r>
        <w:pict>
          <v:shape id="_x0000_i709201" type="#_x0000_t75" alt="学科网(www.zxxk.com)--教育资源门户，提供试卷、教案、课件、论文、素材以及各类教学资源下载，还有大量而丰富的教学相关资讯！" style="width:14.25pt;height:10.5pt" o:oleicon="f" o:ole="">
            <v:imagedata r:id="rId2653" o:title="eqIdac047e91852b91af639feec23a9598b2"/>
          </v:shape>
        </w:pict>
      </w:r>
      <w:r>
        <w:rPr>
          <w:rFonts w:ascii="宋体" w:eastAsia="宋体" w:hAnsi="宋体" w:cs="宋体"/>
          <w:color w:val="000000"/>
        </w:rPr>
        <w:t>对应的数为：</w:t>
      </w:r>
      <w:r>
        <w:pict>
          <v:shape id="_x0000_i709202" type="#_x0000_t75" alt="学科网(www.zxxk.com)--教育资源门户，提供试卷、教案、课件、论文、素材以及各类教学资源下载，还有大量而丰富的教学相关资讯！" style="width:12pt;height:15pt" o:oleicon="f" o:ole="">
            <v:imagedata r:id="rId2654" o:title="eqIdb289750716fa6f5fd41a862d6516dc6a"/>
          </v:shape>
        </w:pict>
      </w:r>
      <w:r>
        <w:pict>
          <v:shape id="_x0000_i709203" type="#_x0000_t75" alt="学科网(www.zxxk.com)--教育资源门户，提供试卷、教案、课件、论文、素材以及各类教学资源下载，还有大量而丰富的教学相关资讯！" style="width:44.25pt;height:15.75pt" o:oleicon="f" o:ole="">
            <v:imagedata r:id="rId2655" o:title="eqIdb1fca1b8af4e065fde1e64dc6628db42"/>
          </v:shape>
        </w:pict>
      </w:r>
      <w:r>
        <w:rPr>
          <w:rFonts w:ascii="宋体" w:eastAsia="宋体" w:hAnsi="宋体" w:cs="宋体"/>
          <w:color w:val="000000"/>
        </w:rPr>
        <w:t xml:space="preserve"> </w:t>
      </w:r>
    </w:p>
    <w:p>
      <w:pPr>
        <w:spacing w:line="360" w:lineRule="auto"/>
        <w:jc w:val="left"/>
        <w:textAlignment w:val="center"/>
        <w:rPr>
          <w:color w:val="000000"/>
        </w:rPr>
      </w:pPr>
      <w:r>
        <w:pict>
          <v:shape id="_x0000_i709204" type="#_x0000_t75" alt="学科网(www.zxxk.com)--教育资源门户，提供试卷、教案、课件、论文、素材以及各类教学资源下载，还有大量而丰富的教学相关资讯！" style="width:59.85pt;height:19.8pt" o:oleicon="f" o:ole="">
            <v:imagedata r:id="rId2656" o:title="eqId3beb3f6f2c486df6e2fae1891e684b57"/>
          </v:shape>
        </w:pict>
      </w:r>
      <w:r>
        <w:rPr>
          <w:rFonts w:ascii="宋体" w:eastAsia="宋体" w:hAnsi="宋体" w:cs="宋体"/>
          <w:color w:val="000000"/>
        </w:rPr>
        <w:t xml:space="preserve"> </w:t>
      </w:r>
    </w:p>
    <w:p>
      <w:pPr>
        <w:spacing w:line="360" w:lineRule="auto"/>
        <w:jc w:val="left"/>
        <w:textAlignment w:val="center"/>
        <w:rPr>
          <w:color w:val="000000"/>
        </w:rPr>
      </w:pPr>
      <w:r>
        <w:pict>
          <v:shape id="_x0000_i709205" type="#_x0000_t75" alt="学科网(www.zxxk.com)--教育资源门户，提供试卷、教案、课件、论文、素材以及各类教学资源下载，还有大量而丰富的教学相关资讯！" style="width:53pt;height:13.75pt" o:oleicon="f" o:ole="">
            <v:imagedata r:id="rId2657" o:title="eqId41d29b477255b8045866c10ce7572bcc"/>
          </v:shape>
        </w:pict>
      </w:r>
      <w:r>
        <w:rPr>
          <w:rFonts w:ascii="宋体" w:eastAsia="宋体" w:hAnsi="宋体" w:cs="宋体"/>
          <w:color w:val="000000"/>
        </w:rPr>
        <w:t>或</w:t>
      </w:r>
      <w:r>
        <w:pict>
          <v:shape id="_x0000_i709206" type="#_x0000_t75" alt="学科网(www.zxxk.com)--教育资源门户，提供试卷、教案、课件、论文、素材以及各类教学资源下载，还有大量而丰富的教学相关资讯！" style="width:52.2pt;height:16.2pt" o:oleicon="f" o:ole="">
            <v:imagedata r:id="rId2658" o:title="eqId2b1920471823d06a78c2daab9cdd5f10"/>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解得：</w:t>
      </w:r>
      <w:r>
        <w:pict>
          <v:shape id="_x0000_i709207" type="#_x0000_t75" alt="学科网(www.zxxk.com)--教育资源门户，提供试卷、教案、课件、论文、素材以及各类教学资源下载，还有大量而丰富的教学相关资讯！" style="width:24.75pt;height:12.75pt" o:oleicon="f" o:ole="">
            <v:imagedata r:id="rId2659" o:title="eqIdf23d29646155e27b172ecdf263e2d702"/>
          </v:shape>
        </w:pict>
      </w:r>
      <w:r>
        <w:rPr>
          <w:rFonts w:ascii="宋体" w:eastAsia="宋体" w:hAnsi="宋体" w:cs="宋体"/>
          <w:color w:val="000000"/>
        </w:rPr>
        <w:t>或</w:t>
      </w:r>
      <w:r>
        <w:pict>
          <v:shape id="_x0000_i709208" type="#_x0000_t75" alt="学科网(www.zxxk.com)--教育资源门户，提供试卷、教案、课件、论文、素材以及各类教学资源下载，还有大量而丰富的教学相关资讯！" style="width:31.25pt;height:16.3pt" o:oleicon="f" o:ole="">
            <v:imagedata r:id="rId2660" o:title="eqId4aec2a2a2760aba826bd1c64db034f63"/>
          </v:shape>
        </w:pict>
      </w:r>
      <w:r>
        <w:rPr>
          <w:rFonts w:ascii="宋体" w:eastAsia="宋体" w:hAnsi="宋体" w:cs="宋体"/>
          <w:color w:val="000000"/>
        </w:rPr>
        <w:t xml:space="preserve"> </w:t>
      </w:r>
    </w:p>
    <w:p>
      <w:pPr>
        <w:spacing w:line="360" w:lineRule="auto"/>
        <w:jc w:val="left"/>
        <w:textAlignment w:val="center"/>
        <w:rPr>
          <w:color w:val="000000"/>
        </w:rPr>
      </w:pPr>
      <w:r>
        <w:pict>
          <v:shape id="_x0000_i709209" type="#_x0000_t75" alt="学科网(www.zxxk.com)--教育资源门户，提供试卷、教案、课件、论文、素材以及各类教学资源下载，还有大量而丰富的教学相关资讯！" style="width:50.95pt;height:16.2pt" o:oleicon="f" o:ole="">
            <v:imagedata r:id="rId2661" o:title="eqId8aaf9e22154ee0f015d6df6168e5b9ee"/>
          </v:shape>
        </w:pict>
      </w:r>
      <w:r>
        <w:rPr>
          <w:rFonts w:ascii="宋体" w:eastAsia="宋体" w:hAnsi="宋体" w:cs="宋体"/>
          <w:color w:val="000000"/>
        </w:rPr>
        <w:t xml:space="preserve"> 点</w:t>
      </w:r>
      <w:r>
        <w:rPr>
          <w:rFonts w:ascii="Times New Roman" w:eastAsia="Times New Roman" w:hAnsi="Times New Roman" w:cs="Times New Roman"/>
          <w:i/>
          <w:color w:val="000000"/>
        </w:rPr>
        <w:t>E</w:t>
      </w:r>
      <w:r>
        <w:rPr>
          <w:rFonts w:ascii="宋体" w:eastAsia="宋体" w:hAnsi="宋体" w:cs="宋体"/>
          <w:color w:val="000000"/>
        </w:rPr>
        <w:t>在点</w:t>
      </w:r>
      <w:r>
        <w:rPr>
          <w:rFonts w:ascii="Times New Roman" w:eastAsia="Times New Roman" w:hAnsi="Times New Roman" w:cs="Times New Roman"/>
          <w:i/>
          <w:color w:val="000000"/>
        </w:rPr>
        <w:t>F</w:t>
      </w:r>
      <w:r>
        <w:rPr>
          <w:rFonts w:ascii="宋体" w:eastAsia="宋体" w:hAnsi="宋体" w:cs="宋体"/>
          <w:color w:val="000000"/>
        </w:rPr>
        <w:t>的左侧</w:t>
      </w:r>
    </w:p>
    <w:p>
      <w:pPr>
        <w:spacing w:line="360" w:lineRule="auto"/>
        <w:jc w:val="left"/>
        <w:textAlignment w:val="center"/>
        <w:rPr>
          <w:color w:val="000000"/>
        </w:rPr>
      </w:pPr>
      <w:r>
        <w:pict>
          <v:shape id="_x0000_i709210" type="#_x0000_t75" alt="学科网(www.zxxk.com)--教育资源门户，提供试卷、教案、课件、论文、素材以及各类教学资源下载，还有大量而丰富的教学相关资讯！" style="width:20.25pt;height:12pt" o:oleicon="f" o:ole="">
            <v:imagedata r:id="rId2662" o:title="eqId8a2faaff557c75c24d67117c25f0d472"/>
          </v:shape>
        </w:pict>
      </w:r>
      <w:r>
        <w:rPr>
          <w:rFonts w:ascii="宋体" w:eastAsia="宋体" w:hAnsi="宋体" w:cs="宋体"/>
          <w:color w:val="000000"/>
        </w:rPr>
        <w:t>对应的数为：</w:t>
      </w:r>
      <w:r>
        <w:pict>
          <v:shape id="_x0000_i709211" type="#_x0000_t75" alt="学科网(www.zxxk.com)--教育资源门户，提供试卷、教案、课件、论文、素材以及各类教学资源下载，还有大量而丰富的教学相关资讯！" style="width:41.25pt;height:14.25pt" o:oleicon="f" o:ole="">
            <v:imagedata r:id="rId2663" o:title="eqIdc0e4af33b01dc2fafdc381e2e0c53f13"/>
          </v:shape>
        </w:pict>
      </w:r>
      <w:r>
        <w:rPr>
          <w:rFonts w:ascii="宋体" w:eastAsia="宋体" w:hAnsi="宋体" w:cs="宋体"/>
          <w:color w:val="000000"/>
        </w:rPr>
        <w:t>或</w:t>
      </w:r>
      <w:r>
        <w:pict>
          <v:shape id="_x0000_i709212" type="#_x0000_t75" alt="学科网(www.zxxk.com)--教育资源门户，提供试卷、教案、课件、论文、素材以及各类教学资源下载，还有大量而丰富的教学相关资讯！" style="width:50.95pt;height:13.75pt" o:oleicon="f" o:ole="">
            <v:imagedata r:id="rId2664" o:title="eqId5cef37f1efd96759637919a634ac12c9"/>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）①如图，设运动时间为</w:t>
      </w:r>
      <w:r>
        <w:pict>
          <v:shape id="_x0000_i709213" type="#_x0000_t75" alt="学科网(www.zxxk.com)--教育资源门户，提供试卷、教案、课件、论文、素材以及各类教学资源下载，还有大量而丰富的教学相关资讯！" style="width:7.35pt;height:11.9pt" o:oleicon="f" o:ole="">
            <v:imagedata r:id="rId2665" o:title="eqId36a1b09c653185842513e24ebba60bb3"/>
          </v:shape>
        </w:pict>
      </w:r>
      <w:r>
        <w:rPr>
          <w:rFonts w:ascii="Times New Roman" w:eastAsia="Times New Roman" w:hAnsi="Times New Roman" w:cs="Times New Roman"/>
          <w:color w:val="000000"/>
        </w:rPr>
        <w:t>s</w:t>
      </w:r>
      <w:r>
        <w:rPr>
          <w:rFonts w:ascii="宋体" w:eastAsia="宋体" w:hAnsi="宋体" w:cs="宋体"/>
          <w:color w:val="000000"/>
        </w:rPr>
        <w:t>，当点</w:t>
      </w:r>
      <w:r>
        <w:rPr>
          <w:rFonts w:ascii="Times New Roman" w:eastAsia="Times New Roman" w:hAnsi="Times New Roman" w:cs="Times New Roman"/>
          <w:i/>
          <w:color w:val="000000"/>
        </w:rPr>
        <w:t>E</w:t>
      </w:r>
      <w:r>
        <w:rPr>
          <w:rFonts w:ascii="宋体" w:eastAsia="宋体" w:hAnsi="宋体" w:cs="宋体"/>
          <w:color w:val="000000"/>
        </w:rPr>
        <w:t>与点</w:t>
      </w:r>
      <w:r>
        <w:rPr>
          <w:rFonts w:ascii="Times New Roman" w:eastAsia="Times New Roman" w:hAnsi="Times New Roman" w:cs="Times New Roman"/>
          <w:i/>
          <w:color w:val="000000"/>
        </w:rPr>
        <w:t>B</w:t>
      </w:r>
      <w:r>
        <w:rPr>
          <w:rFonts w:ascii="宋体" w:eastAsia="宋体" w:hAnsi="宋体" w:cs="宋体"/>
          <w:color w:val="000000"/>
        </w:rPr>
        <w:t>重合时，</w:t>
      </w:r>
    </w:p>
    <w:p>
      <w:pPr>
        <w:spacing w:line="360" w:lineRule="auto"/>
        <w:jc w:val="left"/>
        <w:textAlignment w:val="center"/>
        <w:rPr>
          <w:color w:val="000000"/>
        </w:rPr>
      </w:pPr>
      <w:r>
        <w:pict>
          <v:shape id="_x0000_i709214" type="#_x0000_t75" alt="学科网(www.zxxk.com)--教育资源门户，提供试卷、教案、课件、论文、素材以及各类教学资源下载，还有大量而丰富的教学相关资讯！" style="width:46.9pt;height:16.2pt" o:oleicon="f" o:ole="">
            <v:imagedata r:id="rId2666" o:title="eqId32bd71606c2a808cc9d70b51ed16c079"/>
          </v:shape>
        </w:pict>
      </w:r>
      <w:r>
        <w:rPr>
          <w:rFonts w:ascii="宋体" w:eastAsia="宋体" w:hAnsi="宋体" w:cs="宋体"/>
          <w:color w:val="000000"/>
        </w:rPr>
        <w:t xml:space="preserve"> 解得：</w:t>
      </w:r>
      <w:r>
        <w:pict>
          <v:shape id="_x0000_i709215" type="#_x0000_t75" alt="学科网(www.zxxk.com)--教育资源门户，提供试卷、教案、课件、论文、素材以及各类教学资源下载，还有大量而丰富的教学相关资讯！" style="width:27.75pt;height:15.75pt" o:oleicon="f" o:ole="">
            <v:imagedata r:id="rId2667" o:title="eqId09fa2d099c1d79ba5c1ed6fe32a935ef"/>
          </v:shape>
        </w:pict>
      </w:r>
      <w:r>
        <w:rPr>
          <w:rFonts w:ascii="宋体" w:eastAsia="宋体" w:hAnsi="宋体" w:cs="宋体"/>
          <w:color w:val="000000"/>
        </w:rPr>
        <w:t xml:space="preserve"> </w:t>
      </w:r>
    </w:p>
    <w:p>
      <w:pPr>
        <w:spacing w:line="360" w:lineRule="auto"/>
        <w:jc w:val="left"/>
        <w:textAlignment w:val="center"/>
        <w:rPr>
          <w:color w:val="000000"/>
        </w:rPr>
      </w:pPr>
      <w:r>
        <w:rPr>
          <w:color w:val="000000"/>
        </w:rPr>
        <w:drawing>
          <wp:inline>
            <wp:extent cx="4752975" cy="457200"/>
            <wp:docPr id="3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4" name=""/>
                    <pic:cNvPicPr>
                      <a:picLocks noChangeAspect="1"/>
                    </pic:cNvPicPr>
                  </pic:nvPicPr>
                  <pic:blipFill>
                    <a:blip r:embed="rId2668"/>
                    <a:stretch>
                      <a:fillRect/>
                    </a:stretch>
                  </pic:blipFill>
                  <pic:spPr>
                    <a:xfrm>
                      <a:off x="0" y="0"/>
                      <a:ext cx="4752975" cy="457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当</w:t>
      </w:r>
      <w:r>
        <w:pict>
          <v:shape id="_x0000_i709216" type="#_x0000_t75" alt="学科网(www.zxxk.com)--教育资源门户，提供试卷、教案、课件、论文、素材以及各类教学资源下载，还有大量而丰富的教学相关资讯！" style="width:33.75pt;height:14.25pt" o:oleicon="f" o:ole="">
            <v:imagedata r:id="rId2669" o:title="eqId4afdc046d8c6bf6ba32625cf04b7571a"/>
          </v:shape>
        </w:pict>
      </w:r>
      <w:r>
        <w:rPr>
          <w:rFonts w:ascii="宋体" w:eastAsia="宋体" w:hAnsi="宋体" w:cs="宋体"/>
          <w:color w:val="000000"/>
        </w:rPr>
        <w:t>时，</w:t>
      </w:r>
      <w:r>
        <w:pict>
          <v:shape id="_x0000_i709217" type="#_x0000_t75" alt="学科网(www.zxxk.com)--教育资源门户，提供试卷、教案、课件、论文、素材以及各类教学资源下载，还有大量而丰富的教学相关资讯！" style="width:20.05pt;height:12.6pt" o:oleicon="f" o:ole="">
            <v:imagedata r:id="rId2670" o:title="eqIdf52a58fbaf4fea03567e88a9f0f6e37e"/>
          </v:shape>
        </w:pict>
      </w:r>
      <w:r>
        <w:rPr>
          <w:rFonts w:ascii="宋体" w:eastAsia="宋体" w:hAnsi="宋体" w:cs="宋体"/>
          <w:color w:val="000000"/>
        </w:rPr>
        <w:t>的中点</w:t>
      </w:r>
      <w:r>
        <w:pict>
          <v:shape id="_x0000_i709218" type="#_x0000_t75" alt="学科网(www.zxxk.com)--教育资源门户，提供试卷、教案、课件、论文、素材以及各类教学资源下载，还有大量而丰富的教学相关资讯！" style="width:14.25pt;height:10.5pt" o:oleicon="f" o:ole="">
            <v:imagedata r:id="rId2671" o:title="eqIdac047e91852b91af639feec23a9598b2"/>
          </v:shape>
        </w:pict>
      </w:r>
      <w:r>
        <w:rPr>
          <w:rFonts w:ascii="宋体" w:eastAsia="宋体" w:hAnsi="宋体" w:cs="宋体"/>
          <w:color w:val="000000"/>
        </w:rPr>
        <w:t>对应的数为：</w:t>
      </w:r>
      <w:r>
        <w:pict>
          <v:shape id="_x0000_i709219" type="#_x0000_t75" alt="学科网(www.zxxk.com)--教育资源门户，提供试卷、教案、课件、论文、素材以及各类教学资源下载，还有大量而丰富的教学相关资讯！" style="width:70pt;height:16.2pt" o:oleicon="f" o:ole="">
            <v:imagedata r:id="rId2672" o:title="eqId79d0462416a8ef6b5c26693d12174c3d"/>
          </v:shape>
        </w:pict>
      </w:r>
      <w:r>
        <w:rPr>
          <w:rFonts w:ascii="宋体" w:eastAsia="宋体" w:hAnsi="宋体" w:cs="宋体"/>
          <w:color w:val="000000"/>
        </w:rPr>
        <w:t xml:space="preserve"> </w:t>
      </w:r>
    </w:p>
    <w:p>
      <w:pPr>
        <w:spacing w:line="360" w:lineRule="auto"/>
        <w:jc w:val="left"/>
        <w:textAlignment w:val="center"/>
        <w:rPr>
          <w:color w:val="000000"/>
        </w:rPr>
      </w:pPr>
      <w:r>
        <w:pict>
          <v:shape id="_x0000_i709220" type="#_x0000_t75" alt="学科网(www.zxxk.com)--教育资源门户，提供试卷、教案、课件、论文、素材以及各类教学资源下载，还有大量而丰富的教学相关资讯！" style="width:20.4pt;height:12.6pt" o:oleicon="f" o:ole="">
            <v:imagedata r:id="rId2673" o:title="eqId49b50357a6545cae8348e3059312f520"/>
          </v:shape>
        </w:pict>
      </w:r>
      <w:r>
        <w:rPr>
          <w:rFonts w:ascii="宋体" w:eastAsia="宋体" w:hAnsi="宋体" w:cs="宋体"/>
          <w:color w:val="000000"/>
        </w:rPr>
        <w:t>的中点</w:t>
      </w:r>
      <w:r>
        <w:pict>
          <v:shape id="_x0000_i709221" type="#_x0000_t75" alt="学科网(www.zxxk.com)--教育资源门户，提供试卷、教案、课件、论文、素材以及各类教学资源下载，还有大量而丰富的教学相关资讯！" style="width:14.25pt;height:14.25pt" o:oleicon="f" o:ole="">
            <v:imagedata r:id="rId2674" o:title="eqId54a5d7d3b6b63fe5c24c3907b7a8eaa3"/>
          </v:shape>
        </w:pict>
      </w:r>
      <w:r>
        <w:rPr>
          <w:rFonts w:ascii="宋体" w:eastAsia="宋体" w:hAnsi="宋体" w:cs="宋体"/>
          <w:color w:val="000000"/>
        </w:rPr>
        <w:t>对应的数为：</w:t>
      </w:r>
      <w:r>
        <w:pict>
          <v:shape id="_x0000_i709222" type="#_x0000_t75" alt="学科网(www.zxxk.com)--教育资源门户，提供试卷、教案、课件、论文、素材以及各类教学资源下载，还有大量而丰富的教学相关资讯！" style="width:61.9pt;height:16.2pt" o:oleicon="f" o:ole="">
            <v:imagedata r:id="rId2675" o:title="eqIdb00a26968357bd1d06ed2d41df2a09bc"/>
          </v:shape>
        </w:pict>
      </w:r>
      <w:r>
        <w:rPr>
          <w:rFonts w:ascii="宋体" w:eastAsia="宋体" w:hAnsi="宋体" w:cs="宋体"/>
          <w:color w:val="000000"/>
        </w:rPr>
        <w:t xml:space="preserve"> </w:t>
      </w:r>
    </w:p>
    <w:p>
      <w:pPr>
        <w:spacing w:line="360" w:lineRule="auto"/>
        <w:jc w:val="left"/>
        <w:textAlignment w:val="center"/>
        <w:rPr>
          <w:color w:val="000000"/>
        </w:rPr>
      </w:pPr>
      <w:r>
        <w:pict>
          <v:shape id="_x0000_i709223" type="#_x0000_t75" alt="学科网(www.zxxk.com)--教育资源门户，提供试卷、教案、课件、论文、素材以及各类教学资源下载，还有大量而丰富的教学相关资讯！" style="width:103.15pt;height:16.2pt" o:oleicon="f" o:ole="">
            <v:imagedata r:id="rId2676" o:title="eqIda19acefa8ef3c1e6f02d3f0e57488675"/>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即线段</w:t>
      </w:r>
      <w:r>
        <w:rPr>
          <w:rFonts w:ascii="Times New Roman" w:eastAsia="Times New Roman" w:hAnsi="Times New Roman" w:cs="Times New Roman"/>
          <w:i/>
          <w:color w:val="000000"/>
        </w:rPr>
        <w:t>AB</w:t>
      </w:r>
      <w:r>
        <w:rPr>
          <w:rFonts w:ascii="宋体" w:eastAsia="宋体" w:hAnsi="宋体" w:cs="宋体"/>
          <w:color w:val="000000"/>
        </w:rPr>
        <w:t>与</w:t>
      </w:r>
      <w:r>
        <w:rPr>
          <w:rFonts w:ascii="Times New Roman" w:eastAsia="Times New Roman" w:hAnsi="Times New Roman" w:cs="Times New Roman"/>
          <w:i/>
          <w:color w:val="000000"/>
        </w:rPr>
        <w:t>EF</w:t>
      </w:r>
      <w:r>
        <w:rPr>
          <w:rFonts w:ascii="宋体" w:eastAsia="宋体" w:hAnsi="宋体" w:cs="宋体"/>
          <w:color w:val="000000"/>
        </w:rPr>
        <w:t>的“中距离”为</w:t>
      </w:r>
      <w:r>
        <w:pict>
          <v:shape id="_x0000_i709224" type="#_x0000_t75" alt="学科网(www.zxxk.com)--教育资源门户，提供试卷、教案、课件、论文、素材以及各类教学资源下载，还有大量而丰富的教学相关资讯！" style="width:21.15pt;height:14pt" o:oleicon="f" o:ole="">
            <v:imagedata r:id="rId2677" o:title="eqId26d713422ba2cd462a99dea6d941a49a"/>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②当</w:t>
      </w:r>
      <w:r>
        <w:pict>
          <v:shape id="_x0000_i709225" type="#_x0000_t75" alt="学科网(www.zxxk.com)--教育资源门户，提供试卷、教案、课件、论文、素材以及各类教学资源下载，还有大量而丰富的教学相关资讯！" style="width:42pt;height:14.25pt" o:oleicon="f" o:ole="">
            <v:imagedata r:id="rId2678" o:title="eqId0277ef5d5f52b1c72c16d67593d8569e"/>
          </v:shape>
        </w:pict>
      </w:r>
      <w:r>
        <w:rPr>
          <w:rFonts w:ascii="宋体" w:eastAsia="宋体" w:hAnsi="宋体" w:cs="宋体"/>
          <w:color w:val="000000"/>
        </w:rPr>
        <w:t>时，</w:t>
      </w:r>
      <w:r>
        <w:pict>
          <v:shape id="_x0000_i709226" type="#_x0000_t75" alt="学科网(www.zxxk.com)--教育资源门户，提供试卷、教案、课件、论文、素材以及各类教学资源下载，还有大量而丰富的教学相关资讯！" style="width:20.05pt;height:12.6pt" o:oleicon="f" o:ole="">
            <v:imagedata r:id="rId2679" o:title="eqIdf52a58fbaf4fea03567e88a9f0f6e37e"/>
          </v:shape>
        </w:pict>
      </w:r>
      <w:r>
        <w:rPr>
          <w:rFonts w:ascii="宋体" w:eastAsia="宋体" w:hAnsi="宋体" w:cs="宋体"/>
          <w:color w:val="000000"/>
        </w:rPr>
        <w:t>的中点</w:t>
      </w:r>
      <w:r>
        <w:pict>
          <v:shape id="_x0000_i709227" type="#_x0000_t75" alt="学科网(www.zxxk.com)--教育资源门户，提供试卷、教案、课件、论文、素材以及各类教学资源下载，还有大量而丰富的教学相关资讯！" style="width:14.25pt;height:10.5pt" o:oleicon="f" o:ole="">
            <v:imagedata r:id="rId2680" o:title="eqIdac047e91852b91af639feec23a9598b2"/>
          </v:shape>
        </w:pict>
      </w:r>
      <w:r>
        <w:rPr>
          <w:rFonts w:ascii="宋体" w:eastAsia="宋体" w:hAnsi="宋体" w:cs="宋体"/>
          <w:color w:val="000000"/>
        </w:rPr>
        <w:t>对应的数为：</w:t>
      </w:r>
      <w:r>
        <w:pict>
          <v:shape id="_x0000_i709228" type="#_x0000_t75" alt="学科网(www.zxxk.com)--教育资源门户，提供试卷、教案、课件、论文、素材以及各类教学资源下载，还有大量而丰富的教学相关资讯！" style="width:25.9pt;height:16.2pt" o:oleicon="f" o:ole="">
            <v:imagedata r:id="rId2681" o:title="eqIdb8ea0ce8b0748024b45f94835bb7b959"/>
          </v:shape>
        </w:pict>
      </w:r>
      <w:r>
        <w:rPr>
          <w:rFonts w:ascii="宋体" w:eastAsia="宋体" w:hAnsi="宋体" w:cs="宋体"/>
          <w:color w:val="000000"/>
        </w:rPr>
        <w:t xml:space="preserve"> </w:t>
      </w:r>
    </w:p>
    <w:p>
      <w:pPr>
        <w:spacing w:line="360" w:lineRule="auto"/>
        <w:jc w:val="left"/>
        <w:textAlignment w:val="center"/>
        <w:rPr>
          <w:color w:val="000000"/>
        </w:rPr>
      </w:pPr>
      <w:r>
        <w:pict>
          <v:shape id="_x0000_i709229" type="#_x0000_t75" alt="学科网(www.zxxk.com)--教育资源门户，提供试卷、教案、课件、论文、素材以及各类教学资源下载，还有大量而丰富的教学相关资讯！" style="width:20.4pt;height:12.6pt" o:oleicon="f" o:ole="">
            <v:imagedata r:id="rId2682" o:title="eqId49b50357a6545cae8348e3059312f520"/>
          </v:shape>
        </w:pict>
      </w:r>
      <w:r>
        <w:rPr>
          <w:rFonts w:ascii="宋体" w:eastAsia="宋体" w:hAnsi="宋体" w:cs="宋体"/>
          <w:color w:val="000000"/>
        </w:rPr>
        <w:t>的中点</w:t>
      </w:r>
      <w:r>
        <w:pict>
          <v:shape id="_x0000_i709230" type="#_x0000_t75" alt="学科网(www.zxxk.com)--教育资源门户，提供试卷、教案、课件、论文、素材以及各类教学资源下载，还有大量而丰富的教学相关资讯！" style="width:14.25pt;height:14.25pt" o:oleicon="f" o:ole="">
            <v:imagedata r:id="rId2683" o:title="eqId54a5d7d3b6b63fe5c24c3907b7a8eaa3"/>
          </v:shape>
        </w:pict>
      </w:r>
      <w:r>
        <w:rPr>
          <w:rFonts w:ascii="宋体" w:eastAsia="宋体" w:hAnsi="宋体" w:cs="宋体"/>
          <w:color w:val="000000"/>
        </w:rPr>
        <w:t>对应的数为：</w:t>
      </w:r>
      <w:r>
        <w:pict>
          <v:shape id="_x0000_i709231" type="#_x0000_t75" alt="学科网(www.zxxk.com)--教育资源门户，提供试卷、教案、课件、论文、素材以及各类教学资源下载，还有大量而丰富的教学相关资讯！" style="width:31.15pt;height:16.2pt" o:oleicon="f" o:ole="">
            <v:imagedata r:id="rId2684" o:title="eqIdc748f614ee08fdf64e3c65cffe888d4b"/>
          </v:shape>
        </w:pict>
      </w:r>
      <w:r>
        <w:rPr>
          <w:rFonts w:ascii="Times New Roman" w:eastAsia="Times New Roman" w:hAnsi="Times New Roman" w:cs="Times New Roman"/>
          <w:color w:val="000000"/>
        </w:rPr>
        <w:t xml:space="preserve"> </w:t>
      </w:r>
      <w:r>
        <w:rPr>
          <w:rFonts w:ascii="宋体" w:eastAsia="宋体" w:hAnsi="宋体" w:cs="宋体"/>
          <w:color w:val="000000"/>
        </w:rPr>
        <w:t>而</w:t>
      </w:r>
      <w:r>
        <w:pict>
          <v:shape id="_x0000_i709232" type="#_x0000_t75" alt="学科网(www.zxxk.com)--教育资源门户，提供试卷、教案、课件、论文、素材以及各类教学资源下载，还有大量而丰富的教学相关资讯！" style="width:61.9pt;height:16.2pt" o:oleicon="f" o:ole="">
            <v:imagedata r:id="rId2685" o:title="eqIdbfb3b23af1f0014347490c44452ebb31"/>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233" type="#_x0000_t75" alt="学科网(www.zxxk.com)--教育资源门户，提供试卷、教案、课件、论文、素材以及各类教学资源下载，还有大量而丰富的教学相关资讯！" style="width:82.1pt;height:16.2pt" o:oleicon="f" o:ole="">
            <v:imagedata r:id="rId2686" o:title="eqId885d17d420407c0d4313acd90434b50a"/>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234" type="#_x0000_t75" alt="学科网(www.zxxk.com)--教育资源门户，提供试卷、教案、课件、论文、素材以及各类教学资源下载，还有大量而丰富的教学相关资讯！" style="width:88.2pt;height:16.2pt" o:oleicon="f" o:ole="">
            <v:imagedata r:id="rId2687" o:title="eqId5692c91e45eeebc3566fff2f6c51947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235" type="#_x0000_t75" alt="学科网(www.zxxk.com)--教育资源门户，提供试卷、教案、课件、论文、素材以及各类教学资源下载，还有大量而丰富的教学相关资讯！" style="width:36pt;height:15.85pt" o:oleicon="f" o:ole="">
            <v:imagedata r:id="rId2688" o:title="eqIdb87b314cafa8e338672943ae793be4ba"/>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当</w:t>
      </w:r>
      <w:r>
        <w:pict>
          <v:shape id="_x0000_i709236" type="#_x0000_t75" alt="学科网(www.zxxk.com)--教育资源门户，提供试卷、教案、课件、论文、素材以及各类教学资源下载，还有大量而丰富的教学相关资讯！" style="width:24.95pt;height:13.95pt" o:oleicon="f" o:ole="">
            <v:imagedata r:id="rId2689" o:title="eqId33b068c30fe9ab061d21309495ad55dd"/>
          </v:shape>
        </w:pict>
      </w:r>
      <w:r>
        <w:rPr>
          <w:rFonts w:ascii="宋体" w:eastAsia="宋体" w:hAnsi="宋体" w:cs="宋体"/>
          <w:color w:val="000000"/>
        </w:rPr>
        <w:t>时，线段</w:t>
      </w:r>
      <w:r>
        <w:rPr>
          <w:rFonts w:ascii="Times New Roman" w:eastAsia="Times New Roman" w:hAnsi="Times New Roman" w:cs="Times New Roman"/>
          <w:i/>
          <w:color w:val="000000"/>
        </w:rPr>
        <w:t>EF</w:t>
      </w:r>
      <w:r>
        <w:rPr>
          <w:rFonts w:ascii="宋体" w:eastAsia="宋体" w:hAnsi="宋体" w:cs="宋体"/>
          <w:color w:val="000000"/>
        </w:rPr>
        <w:t>随即向数轴负方向运动，</w:t>
      </w:r>
    </w:p>
    <w:p>
      <w:pPr>
        <w:spacing w:line="360" w:lineRule="auto"/>
        <w:jc w:val="left"/>
        <w:textAlignment w:val="center"/>
        <w:rPr>
          <w:color w:val="000000"/>
        </w:rPr>
      </w:pPr>
      <w:r>
        <w:pict>
          <v:shape id="_x0000_i709237" type="#_x0000_t75" alt="学科网(www.zxxk.com)--教育资源门户，提供试卷、教案、课件、论文、素材以及各类教学资源下载，还有大量而丰富的教学相关资讯！" style="width:30.35pt;height:12.7pt" o:oleicon="f" o:ole="">
            <v:imagedata r:id="rId2690" o:title="eqId40a21cbe3ed081aecbb8560eaad34023"/>
          </v:shape>
        </w:pict>
      </w:r>
      <w:r>
        <w:rPr>
          <w:rFonts w:ascii="宋体" w:eastAsia="宋体" w:hAnsi="宋体" w:cs="宋体"/>
          <w:color w:val="000000"/>
        </w:rPr>
        <w:t>的中点</w:t>
      </w:r>
      <w:r>
        <w:pict>
          <v:shape id="_x0000_i709238" type="#_x0000_t75" alt="学科网(www.zxxk.com)--教育资源门户，提供试卷、教案、课件、论文、素材以及各类教学资源下载，还有大量而丰富的教学相关资讯！" style="width:14.25pt;height:14.25pt" o:oleicon="f" o:ole="">
            <v:imagedata r:id="rId2691" o:title="eqId54a5d7d3b6b63fe5c24c3907b7a8eaa3"/>
          </v:shape>
        </w:pict>
      </w:r>
      <w:r>
        <w:rPr>
          <w:rFonts w:ascii="宋体" w:eastAsia="宋体" w:hAnsi="宋体" w:cs="宋体"/>
          <w:color w:val="000000"/>
        </w:rPr>
        <w:t>对应的数为：</w:t>
      </w:r>
      <w:r>
        <w:pict>
          <v:shape id="_x0000_i709239" type="#_x0000_t75" alt="学科网(www.zxxk.com)--教育资源门户，提供试卷、教案、课件、论文、素材以及各类教学资源下载，还有大量而丰富的教学相关资讯！" style="width:101.1pt;height:19.8pt" o:oleicon="f" o:ole="">
            <v:imagedata r:id="rId2692" o:title="eqIdcc61555f11383ee4133d200496b85f59"/>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240" type="#_x0000_t75" alt="学科网(www.zxxk.com)--教育资源门户，提供试卷、教案、课件、论文、素材以及各类教学资源下载，还有大量而丰富的教学相关资讯！" style="width:156.15pt;height:19.8pt" o:oleicon="f" o:ole="">
            <v:imagedata r:id="rId2693" o:title="eqId092d5398713f56f65f82b4da46fd3854"/>
          </v:shape>
        </w:pict>
      </w:r>
      <w:r>
        <w:rPr>
          <w:rFonts w:ascii="Times New Roman" w:eastAsia="Times New Roman" w:hAnsi="Times New Roman" w:cs="Times New Roman"/>
          <w:color w:val="000000"/>
        </w:rPr>
        <w:t xml:space="preserve"> </w:t>
      </w:r>
      <w:r>
        <w:rPr>
          <w:rFonts w:ascii="宋体" w:eastAsia="宋体" w:hAnsi="宋体" w:cs="宋体"/>
          <w:color w:val="000000"/>
        </w:rPr>
        <w:t>即</w:t>
      </w:r>
      <w:r>
        <w:pict>
          <v:shape id="_x0000_i709241" type="#_x0000_t75" alt="学科网(www.zxxk.com)--教育资源门户，提供试卷、教案、课件、论文、素材以及各类教学资源下载，还有大量而丰富的教学相关资讯！" style="width:57.85pt;height:19.8pt" o:oleicon="f" o:ole="">
            <v:imagedata r:id="rId2694" o:title="eqId3184e11fc9e2dcf1e2bca2ee750eb54e"/>
          </v:shape>
        </w:pict>
      </w:r>
    </w:p>
    <w:p>
      <w:pPr>
        <w:spacing w:line="360" w:lineRule="auto"/>
        <w:jc w:val="left"/>
        <w:textAlignment w:val="center"/>
        <w:rPr>
          <w:color w:val="000000"/>
        </w:rPr>
      </w:pPr>
      <w:r>
        <w:pict>
          <v:shape id="_x0000_i709242" type="#_x0000_t75" alt="学科网(www.zxxk.com)--教育资源门户，提供试卷、教案、课件、论文、素材以及各类教学资源下载，还有大量而丰富的教学相关资讯！" style="width:59.85pt;height:13.75pt" o:oleicon="f" o:ole="">
            <v:imagedata r:id="rId2695" o:title="eqId6933ad7c4054888083d7128df9325041"/>
          </v:shape>
        </w:pict>
      </w:r>
      <w:r>
        <w:rPr>
          <w:rFonts w:ascii="宋体" w:eastAsia="宋体" w:hAnsi="宋体" w:cs="宋体"/>
          <w:color w:val="000000"/>
        </w:rPr>
        <w:t>或</w:t>
      </w:r>
      <w:r>
        <w:pict>
          <v:shape id="_x0000_i709243" type="#_x0000_t75" alt="学科网(www.zxxk.com)--教育资源门户，提供试卷、教案、课件、论文、素材以及各类教学资源下载，还有大量而丰富的教学相关资讯！" style="width:59.85pt;height:16.2pt" o:oleicon="f" o:ole="">
            <v:imagedata r:id="rId2696" o:title="eqId3fc9dbdf5aeb12c308180ecf41d58597"/>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解得：</w:t>
      </w:r>
      <w:r>
        <w:pict>
          <v:shape id="_x0000_i709244" type="#_x0000_t75" alt="学科网(www.zxxk.com)--教育资源门户，提供试卷、教案、课件、论文、素材以及各类教学资源下载，还有大量而丰富的教学相关资讯！" style="width:30.75pt;height:30.75pt" o:oleicon="f" o:ole="">
            <v:imagedata r:id="rId2697" o:title="eqIdbe741d33161a6644c1aab7c21fb40d98"/>
          </v:shape>
        </w:pict>
      </w:r>
      <w:r>
        <w:rPr>
          <w:rFonts w:ascii="宋体" w:eastAsia="宋体" w:hAnsi="宋体" w:cs="宋体"/>
          <w:color w:val="000000"/>
        </w:rPr>
        <w:t>或</w:t>
      </w:r>
      <w:r>
        <w:pict>
          <v:shape id="_x0000_i709245" type="#_x0000_t75" alt="学科网(www.zxxk.com)--教育资源门户，提供试卷、教案、课件、论文、素材以及各类教学资源下载，还有大量而丰富的教学相关资讯！" style="width:27.1pt;height:13.75pt" o:oleicon="f" o:ole="">
            <v:imagedata r:id="rId2698" o:title="eqIdd2de7112145524b9da6f5a92f47cf216"/>
          </v:shape>
        </w:pict>
      </w:r>
    </w:p>
    <w:p>
      <w:pPr>
        <w:spacing w:line="360" w:lineRule="auto"/>
        <w:jc w:val="left"/>
        <w:textAlignment w:val="center"/>
        <w:rPr>
          <w:color w:val="000000"/>
        </w:rPr>
        <w:sectPr w:rsidSect="00C321EB">
          <w:headerReference w:type="even" r:id="rId572"/>
          <w:footerReference w:type="even" r:id="rId573"/>
          <w:headerReference w:type="first" r:id="rId574"/>
          <w:footerReference w:type="first" r:id="rId575"/>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本题考查的是新定义情境下的数轴上的两点之间的距离，绝对值方程的应用，一元一次方程的应用，数轴上线段的中点对应的数的理解与表示，数形结合及清晰的分类讨论是解本题的关键.</w:t>
      </w:r>
    </w:p>
    <w:p>
      <w:pPr>
        <w:pStyle w:val="Heading2"/>
      </w:pPr>
      <w:r>
        <w:t>海淀区</w:t>
      </w:r>
    </w:p>
    <w:p>
      <w:pPr>
        <w:spacing w:line="360" w:lineRule="auto"/>
        <w:jc w:val="left"/>
        <w:textAlignment w:val="center"/>
        <w:rPr>
          <w:color w:val="000000"/>
        </w:rPr>
      </w:pPr>
      <w:r>
        <w:rPr>
          <w:color w:val="000000"/>
        </w:rPr>
        <w:t xml:space="preserve">26. </w:t>
      </w:r>
      <w:r>
        <w:rPr>
          <w:rFonts w:ascii="宋体" w:eastAsia="宋体" w:hAnsi="宋体" w:cs="宋体"/>
          <w:color w:val="000000"/>
        </w:rPr>
        <w:t>在科幻世界里有各种造型奇特的小山．如图</w:t>
      </w:r>
      <w:r>
        <w:rPr>
          <w:rFonts w:ascii="Times New Roman" w:eastAsia="Times New Roman" w:hAnsi="Times New Roman" w:cs="Times New Roman"/>
          <w:color w:val="000000"/>
        </w:rPr>
        <w:t>1</w:t>
      </w:r>
      <w:r>
        <w:rPr>
          <w:rFonts w:ascii="宋体" w:eastAsia="宋体" w:hAnsi="宋体" w:cs="宋体"/>
          <w:color w:val="000000"/>
        </w:rPr>
        <w:t>是一座三棱锥小山，侧面展开图如图</w:t>
      </w:r>
      <w:r>
        <w:rPr>
          <w:rFonts w:ascii="Times New Roman" w:eastAsia="Times New Roman" w:hAnsi="Times New Roman" w:cs="Times New Roman"/>
          <w:color w:val="000000"/>
        </w:rPr>
        <w:t>2</w:t>
      </w:r>
      <w:r>
        <w:rPr>
          <w:rFonts w:ascii="宋体" w:eastAsia="宋体" w:hAnsi="宋体" w:cs="宋体"/>
          <w:color w:val="000000"/>
        </w:rPr>
        <w:t>所示，每个侧面完全相同．一只小狐狸在半山腰点</w:t>
      </w:r>
      <w:r>
        <w:rPr>
          <w:rFonts w:ascii="Times New Roman" w:eastAsia="Times New Roman" w:hAnsi="Times New Roman" w:cs="Times New Roman"/>
          <w:i/>
          <w:color w:val="000000"/>
        </w:rPr>
        <w:t>M</w:t>
      </w:r>
      <w:r>
        <w:rPr>
          <w:rFonts w:ascii="宋体" w:eastAsia="宋体" w:hAnsi="宋体" w:cs="宋体"/>
          <w:color w:val="000000"/>
        </w:rPr>
        <w:t>处</w:t>
      </w:r>
      <w:r>
        <w:pict>
          <v:shape id="_x0000_i709246" type="#_x0000_t75" alt="学科网(www.zxxk.com)--教育资源门户，提供试卷、教案、课件、论文、素材以及各类教学资源下载，还有大量而丰富的教学相关资讯！" style="width:60.75pt;height:20.25pt" o:oleicon="f" o:ole="">
            <v:imagedata r:id="rId2699" o:title="eqIdad6d5cdfc37aa42838540a7a9c0616cd"/>
          </v:shape>
        </w:pict>
      </w:r>
      <w:r>
        <w:rPr>
          <w:rFonts w:ascii="宋体" w:eastAsia="宋体" w:hAnsi="宋体" w:cs="宋体"/>
          <w:color w:val="000000"/>
        </w:rPr>
        <w:t>想饱览四周风景，它沿路径“</w:t>
      </w:r>
      <w:r>
        <w:pict>
          <v:shape id="_x0000_i709247" type="#_x0000_t75" alt="学科网(www.zxxk.com)--教育资源门户，提供试卷、教案、课件、论文、素材以及各类教学资源下载，还有大量而丰富的教学相关资讯！" style="width:75pt;height:14.25pt" o:oleicon="f" o:ole="">
            <v:imagedata r:id="rId2700" o:title="eqId9b50719e51965227e01c9d1e1afdf194"/>
          </v:shape>
        </w:pict>
      </w:r>
      <w:r>
        <w:rPr>
          <w:rFonts w:ascii="宋体" w:eastAsia="宋体" w:hAnsi="宋体" w:cs="宋体"/>
          <w:color w:val="000000"/>
        </w:rPr>
        <w:t>”绕小山一周最终以</w:t>
      </w:r>
      <w:r>
        <w:rPr>
          <w:rFonts w:ascii="宋体" w:eastAsia="宋体" w:hAnsi="宋体" w:cs="宋体"/>
          <w:color w:val="000000"/>
          <w:em w:val="dot"/>
        </w:rPr>
        <w:t>最短路径</w:t>
      </w:r>
      <w:r>
        <w:rPr>
          <w:rFonts w:ascii="宋体" w:eastAsia="宋体" w:hAnsi="宋体" w:cs="宋体"/>
          <w:color w:val="000000"/>
        </w:rPr>
        <w:t>到达山脚</w:t>
      </w:r>
      <w:r>
        <w:rPr>
          <w:rFonts w:ascii="Times New Roman" w:eastAsia="Times New Roman" w:hAnsi="Times New Roman" w:cs="Times New Roman"/>
          <w:i/>
          <w:color w:val="000000"/>
        </w:rPr>
        <w:t>A</w:t>
      </w:r>
      <w:r>
        <w:rPr>
          <w:rFonts w:ascii="宋体" w:eastAsia="宋体" w:hAnsi="宋体" w:cs="宋体"/>
          <w:color w:val="000000"/>
        </w:rPr>
        <w:t>处．当小狐狸沿侧面的路径运动时，若</w:t>
      </w:r>
      <w:r>
        <w:pict>
          <v:shape id="_x0000_i709248" type="#_x0000_t75" alt="学科网(www.zxxk.com)--教育资源门户，提供试卷、教案、课件、论文、素材以及各类教学资源下载，还有大量而丰富的教学相关资讯！" style="width:48.75pt;height:14.25pt" o:oleicon="f" o:ole="">
            <v:imagedata r:id="rId2701" o:title="eqIdfafb2e46518fe1c2de20ac912f69521c"/>
          </v:shape>
        </w:pict>
      </w:r>
      <w:r>
        <w:rPr>
          <w:rFonts w:ascii="宋体" w:eastAsia="宋体" w:hAnsi="宋体" w:cs="宋体"/>
          <w:color w:val="000000"/>
        </w:rPr>
        <w:t>，则称</w:t>
      </w:r>
      <w:r>
        <w:pict>
          <v:shape id="_x0000_i709249" type="#_x0000_t75" alt="学科网(www.zxxk.com)--教育资源门户，提供试卷、教案、课件、论文、素材以及各类教学资源下载，还有大量而丰富的教学相关资讯！" style="width:23.25pt;height:14.25pt" o:oleicon="f" o:ole="">
            <v:imagedata r:id="rId2702" o:title="eqId411461db15ee8086332c531e086c40c7"/>
          </v:shape>
        </w:pict>
      </w:r>
      <w:r>
        <w:rPr>
          <w:rFonts w:ascii="宋体" w:eastAsia="宋体" w:hAnsi="宋体" w:cs="宋体"/>
          <w:color w:val="000000"/>
        </w:rPr>
        <w:t>这段路为“上坡路”；若</w:t>
      </w:r>
      <w:r>
        <w:pict>
          <v:shape id="_x0000_i709250" type="#_x0000_t75" alt="学科网(www.zxxk.com)--教育资源门户，提供试卷、教案、课件、论文、素材以及各类教学资源下载，还有大量而丰富的教学相关资讯！" style="width:48.75pt;height:14.25pt" o:oleicon="f" o:ole="">
            <v:imagedata r:id="rId2703" o:title="eqId380b3dedc9ab9eda525809532968cb2d"/>
          </v:shape>
        </w:pict>
      </w:r>
      <w:r>
        <w:rPr>
          <w:rFonts w:ascii="宋体" w:eastAsia="宋体" w:hAnsi="宋体" w:cs="宋体"/>
          <w:color w:val="000000"/>
        </w:rPr>
        <w:t>，则称</w:t>
      </w:r>
      <w:r>
        <w:pict>
          <v:shape id="_x0000_i709251" type="#_x0000_t75" alt="学科网(www.zxxk.com)--教育资源门户，提供试卷、教案、课件、论文、素材以及各类教学资源下载，还有大量而丰富的教学相关资讯！" style="width:23.25pt;height:14.25pt" o:oleicon="f" o:ole="">
            <v:imagedata r:id="rId2702" o:title="eqId411461db15ee8086332c531e086c40c7"/>
          </v:shape>
        </w:pict>
      </w:r>
      <w:r>
        <w:rPr>
          <w:rFonts w:ascii="宋体" w:eastAsia="宋体" w:hAnsi="宋体" w:cs="宋体"/>
          <w:color w:val="000000"/>
        </w:rPr>
        <w:t>这段路为“下坡路”；若</w:t>
      </w:r>
      <w:r>
        <w:pict>
          <v:shape id="_x0000_i709252" type="#_x0000_t75" alt="学科网(www.zxxk.com)--教育资源门户，提供试卷、教案、课件、论文、素材以及各类教学资源下载，还有大量而丰富的教学相关资讯！" style="width:48.75pt;height:14.25pt" o:oleicon="f" o:ole="">
            <v:imagedata r:id="rId2704" o:title="eqId4a8edab874ca17946b10d9dcaac3e409"/>
          </v:shape>
        </w:pict>
      </w:r>
      <w:r>
        <w:rPr>
          <w:rFonts w:ascii="宋体" w:eastAsia="宋体" w:hAnsi="宋体" w:cs="宋体"/>
          <w:color w:val="000000"/>
        </w:rPr>
        <w:t>，则称</w:t>
      </w:r>
      <w:r>
        <w:pict>
          <v:shape id="_x0000_i709253" type="#_x0000_t75" alt="学科网(www.zxxk.com)--教育资源门户，提供试卷、教案、课件、论文、素材以及各类教学资源下载，还有大量而丰富的教学相关资讯！" style="width:22.2pt;height:14.4pt" o:oleicon="f" o:ole="">
            <v:imagedata r:id="rId2705" o:title="eqId8fb949f2a7ee89566c5c02b75043f6a3"/>
          </v:shape>
        </w:pict>
      </w:r>
      <w:r>
        <w:rPr>
          <w:rFonts w:ascii="宋体" w:eastAsia="宋体" w:hAnsi="宋体" w:cs="宋体"/>
          <w:color w:val="000000"/>
        </w:rPr>
        <w:t>这段路为“上坡路”；若</w:t>
      </w:r>
      <w:r>
        <w:pict>
          <v:shape id="_x0000_i709254" type="#_x0000_t75" alt="学科网(www.zxxk.com)--教育资源门户，提供试卷、教案、课件、论文、素材以及各类教学资源下载，还有大量而丰富的教学相关资讯！" style="width:48.75pt;height:14.25pt" o:oleicon="f" o:ole="">
            <v:imagedata r:id="rId2706" o:title="eqIdf8bcf690b0995a720b24d13503903218"/>
          </v:shape>
        </w:pict>
      </w:r>
      <w:r>
        <w:rPr>
          <w:rFonts w:ascii="宋体" w:eastAsia="宋体" w:hAnsi="宋体" w:cs="宋体"/>
          <w:color w:val="000000"/>
        </w:rPr>
        <w:t>，则称</w:t>
      </w:r>
      <w:r>
        <w:pict>
          <v:shape id="_x0000_i709255" type="#_x0000_t75" alt="学科网(www.zxxk.com)--教育资源门户，提供试卷、教案、课件、论文、素材以及各类教学资源下载，还有大量而丰富的教学相关资讯！" style="width:22.2pt;height:14.4pt" o:oleicon="f" o:ole="">
            <v:imagedata r:id="rId2705" o:title="eqId8fb949f2a7ee89566c5c02b75043f6a3"/>
          </v:shape>
        </w:pict>
      </w:r>
      <w:r>
        <w:rPr>
          <w:rFonts w:ascii="宋体" w:eastAsia="宋体" w:hAnsi="宋体" w:cs="宋体"/>
          <w:color w:val="000000"/>
        </w:rPr>
        <w:t>这段路为“下坡路”．</w:t>
      </w:r>
    </w:p>
    <w:p>
      <w:pPr>
        <w:spacing w:line="360" w:lineRule="auto"/>
        <w:jc w:val="left"/>
        <w:textAlignment w:val="center"/>
        <w:rPr>
          <w:color w:val="000000"/>
        </w:rPr>
      </w:pPr>
      <w:r>
        <w:rPr>
          <w:color w:val="000000"/>
        </w:rPr>
        <w:drawing>
          <wp:inline>
            <wp:extent cx="2847975" cy="1943100"/>
            <wp:docPr id="3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 name=""/>
                    <pic:cNvPicPr>
                      <a:picLocks noChangeAspect="1"/>
                    </pic:cNvPicPr>
                  </pic:nvPicPr>
                  <pic:blipFill>
                    <a:blip r:embed="rId2707"/>
                    <a:stretch>
                      <a:fillRect/>
                    </a:stretch>
                  </pic:blipFill>
                  <pic:spPr>
                    <a:xfrm>
                      <a:off x="0" y="0"/>
                      <a:ext cx="2847975" cy="19431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）当</w:t>
      </w:r>
      <w:r>
        <w:pict>
          <v:shape id="_x0000_i709256" type="#_x0000_t75" alt="学科网(www.zxxk.com)--教育资源门户，提供试卷、教案、课件、论文、素材以及各类教学资源下载，还有大量而丰富的教学相关资讯！" style="width:65.25pt;height:14.25pt" o:oleicon="f" o:ole="">
            <v:imagedata r:id="rId2708" o:title="eqIdb6b0c6766bd801fa114221d0ab0bfa61"/>
          </v:shape>
        </w:pict>
      </w:r>
      <w:r>
        <w:rPr>
          <w:rFonts w:ascii="宋体" w:eastAsia="宋体" w:hAnsi="宋体" w:cs="宋体"/>
          <w:color w:val="000000"/>
        </w:rPr>
        <w:t>时，在图</w:t>
      </w:r>
      <w:r>
        <w:rPr>
          <w:rFonts w:ascii="Times New Roman" w:eastAsia="Times New Roman" w:hAnsi="Times New Roman" w:cs="Times New Roman"/>
          <w:color w:val="000000"/>
        </w:rPr>
        <w:t>2</w:t>
      </w:r>
      <w:r>
        <w:rPr>
          <w:rFonts w:ascii="宋体" w:eastAsia="宋体" w:hAnsi="宋体" w:cs="宋体"/>
          <w:color w:val="000000"/>
        </w:rPr>
        <w:t>中画出从点</w:t>
      </w:r>
      <w:r>
        <w:rPr>
          <w:rFonts w:ascii="Times New Roman" w:eastAsia="Times New Roman" w:hAnsi="Times New Roman" w:cs="Times New Roman"/>
          <w:i/>
          <w:color w:val="000000"/>
        </w:rPr>
        <w:t>M</w:t>
      </w:r>
      <w:r>
        <w:rPr>
          <w:rFonts w:ascii="宋体" w:eastAsia="宋体" w:hAnsi="宋体" w:cs="宋体"/>
          <w:color w:val="000000"/>
        </w:rPr>
        <w:t>沿侧面环绕一周到达山脚点</w:t>
      </w:r>
      <w:r>
        <w:rPr>
          <w:rFonts w:ascii="Times New Roman" w:eastAsia="Times New Roman" w:hAnsi="Times New Roman" w:cs="Times New Roman"/>
          <w:i/>
          <w:color w:val="000000"/>
        </w:rPr>
        <w:t>A</w:t>
      </w:r>
      <w:r>
        <w:rPr>
          <w:rFonts w:ascii="宋体" w:eastAsia="宋体" w:hAnsi="宋体" w:cs="宋体"/>
          <w:color w:val="000000"/>
        </w:rPr>
        <w:t>处的最短路径，并判断在侧面</w:t>
      </w:r>
      <w:r>
        <w:pict>
          <v:shape id="_x0000_i709257" type="#_x0000_t75" alt="学科网(www.zxxk.com)--教育资源门户，提供试卷、教案、课件、论文、素材以及各类教学资源下载，还有大量而丰富的教学相关资讯！" style="width:27.6pt;height:12.6pt" o:oleicon="f" o:ole="">
            <v:imagedata r:id="rId2709" o:title="eqId3ddc76d96d6951ebfef3fe63892a1114"/>
          </v:shape>
        </w:pict>
      </w:r>
      <w:r>
        <w:rPr>
          <w:rFonts w:ascii="宋体" w:eastAsia="宋体" w:hAnsi="宋体" w:cs="宋体"/>
          <w:color w:val="000000"/>
        </w:rPr>
        <w:t>、侧面</w:t>
      </w:r>
      <w:r>
        <w:pict>
          <v:shape id="_x0000_i709258" type="#_x0000_t75" alt="学科网(www.zxxk.com)--教育资源门户，提供试卷、教案、课件、论文、素材以及各类教学资源下载，还有大量而丰富的教学相关资讯！" style="width:29.25pt;height:14.25pt" o:oleicon="f" o:ole="">
            <v:imagedata r:id="rId2710" o:title="eqId780d3f5f4c4419913c1232b7aae03ade"/>
          </v:shape>
        </w:pict>
      </w:r>
      <w:r>
        <w:rPr>
          <w:rFonts w:ascii="宋体" w:eastAsia="宋体" w:hAnsi="宋体" w:cs="宋体"/>
          <w:color w:val="000000"/>
        </w:rPr>
        <w:t>上走的是上坡路还是下坡路</w:t>
      </w: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）如果改变小山侧面顶角的大小，（</w:t>
      </w:r>
      <w:r>
        <w:rPr>
          <w:rFonts w:ascii="Times New Roman" w:eastAsia="Times New Roman" w:hAnsi="Times New Roman" w:cs="Times New Roman"/>
          <w:color w:val="000000"/>
        </w:rPr>
        <w:t>1</w:t>
      </w:r>
      <w:r>
        <w:rPr>
          <w:rFonts w:ascii="宋体" w:eastAsia="宋体" w:hAnsi="宋体" w:cs="宋体"/>
          <w:color w:val="000000"/>
        </w:rPr>
        <w:t>）中的结论是否发生变化呢</w:t>
      </w:r>
      <w:r>
        <w:rPr>
          <w:rFonts w:ascii="Times New Roman" w:eastAsia="Times New Roman" w:hAnsi="Times New Roman" w:cs="Times New Roman"/>
          <w:color w:val="000000"/>
        </w:rPr>
        <w:t>?</w:t>
      </w:r>
      <w:r>
        <w:rPr>
          <w:rFonts w:ascii="宋体" w:eastAsia="宋体" w:hAnsi="宋体" w:cs="宋体"/>
          <w:color w:val="000000"/>
        </w:rPr>
        <w:t>请利用量角器，刻度尺等工具画图探究，并把你的结论填入下表；</w:t>
      </w:r>
    </w:p>
    <w:tbl>
      <w:tblPr>
        <w:tblStyle w:val="TableNormal"/>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2076"/>
        <w:gridCol w:w="2076"/>
        <w:gridCol w:w="2076"/>
        <w:gridCol w:w="2076"/>
      </w:tblGrid>
      <w:tr>
        <w:tblPrEx>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情形</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09259" type="#_x0000_t75" alt="学科网(www.zxxk.com)--教育资源门户，提供试卷、教案、课件、论文、素材以及各类教学资源下载，还有大量而丰富的教学相关资讯！" style="width:36pt;height:12.75pt" o:oleicon="f" o:ole="">
                  <v:imagedata r:id="rId2711" o:title="eqId868ff1350bd72625328c85c3097cd85e"/>
                </v:shape>
              </w:pict>
            </w:r>
            <w:r>
              <w:rPr>
                <w:rFonts w:ascii="宋体" w:eastAsia="宋体" w:hAnsi="宋体" w:cs="宋体"/>
                <w:color w:val="000000"/>
              </w:rPr>
              <w:t>度数</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侧面</w:t>
            </w:r>
            <w:r>
              <w:pict>
                <v:shape id="_x0000_i709260" type="#_x0000_t75" alt="学科网(www.zxxk.com)--教育资源门户，提供试卷、教案、课件、论文、素材以及各类教学资源下载，还有大量而丰富的教学相关资讯！" style="width:27.6pt;height:12.6pt" o:oleicon="f" o:ole="">
                  <v:imagedata r:id="rId2712" o:title="eqId3ddc76d96d6951ebfef3fe63892a1114"/>
                </v:shape>
              </w:pic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侧面</w:t>
            </w:r>
            <w:r>
              <w:pict>
                <v:shape id="_x0000_i709261" type="#_x0000_t75" alt="学科网(www.zxxk.com)--教育资源门户，提供试卷、教案、课件、论文、素材以及各类教学资源下载，还有大量而丰富的教学相关资讯！" style="width:29.25pt;height:14.25pt" o:oleicon="f" o:ole="">
                  <v:imagedata r:id="rId2713" o:title="eqId780d3f5f4c4419913c1232b7aae03ade"/>
                </v:shape>
              </w:pict>
            </w: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15°</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r>
        <w:tblPrEx>
          <w:tblW w:w="8325" w:type="dxa"/>
          <w:tblCellMar>
            <w:top w:w="120" w:type="dxa"/>
            <w:left w:w="120" w:type="dxa"/>
            <w:bottom w:w="120" w:type="dxa"/>
            <w:right w:w="120" w:type="dxa"/>
          </w:tblCellMar>
        </w:tblPrEx>
        <w:trPr>
          <w:cantSplit w:val="0"/>
          <w:trHeight w:val="33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2</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Times New Roman" w:eastAsia="Times New Roman" w:hAnsi="Times New Roman" w:cs="Times New Roman"/>
                <w:color w:val="000000"/>
              </w:rPr>
              <w:t>30°</w:t>
            </w: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p>
        </w:tc>
      </w:tr>
    </w:tbl>
    <w:p>
      <w:pPr>
        <w:spacing w:line="360" w:lineRule="auto"/>
        <w:jc w:val="left"/>
        <w:textAlignment w:val="center"/>
        <w:rPr>
          <w:color w:val="000000"/>
        </w:rPr>
      </w:pPr>
      <w:r>
        <w:rPr>
          <w:color w:val="000000"/>
        </w:rPr>
        <w:drawing>
          <wp:inline>
            <wp:extent cx="2162175" cy="1771650"/>
            <wp:docPr id="3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 name=""/>
                    <pic:cNvPicPr>
                      <a:picLocks noChangeAspect="1"/>
                    </pic:cNvPicPr>
                  </pic:nvPicPr>
                  <pic:blipFill>
                    <a:blip r:embed="rId2714"/>
                    <a:stretch>
                      <a:fillRect/>
                    </a:stretch>
                  </pic:blipFill>
                  <pic:spPr>
                    <a:xfrm>
                      <a:off x="0" y="0"/>
                      <a:ext cx="2162175" cy="17716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）记</w:t>
      </w:r>
      <w:r>
        <w:pict>
          <v:shape id="_x0000_i709262" type="#_x0000_t75" alt="学科网(www.zxxk.com)--教育资源门户，提供试卷、教案、课件、论文、素材以及各类教学资源下载，还有大量而丰富的教学相关资讯！" style="width:123.75pt;height:15.75pt" o:oleicon="f" o:ole="">
            <v:imagedata r:id="rId2715" o:title="eqIda48c73ee782d33a503b58e9b85e6b1ca"/>
          </v:shape>
        </w:pict>
      </w:r>
      <w:r>
        <w:rPr>
          <w:rFonts w:ascii="宋体" w:eastAsia="宋体" w:hAnsi="宋体" w:cs="宋体"/>
          <w:color w:val="000000"/>
        </w:rPr>
        <w:t>，随着</w:t>
      </w:r>
      <w:r>
        <w:pict>
          <v:shape id="_x0000_i709263" type="#_x0000_t75" alt="学科网(www.zxxk.com)--教育资源门户，提供试卷、教案、课件、论文、素材以及各类教学资源下载，还有大量而丰富的教学相关资讯！" style="width:12pt;height:10.9pt" o:oleicon="f" o:ole="">
            <v:imagedata r:id="rId2716" o:title="eqIde170f206fdbbd834aad7580c727e2cc6"/>
          </v:shape>
        </w:pict>
      </w:r>
      <w:r>
        <w:rPr>
          <w:rFonts w:ascii="宋体" w:eastAsia="宋体" w:hAnsi="宋体" w:cs="宋体"/>
          <w:color w:val="000000"/>
        </w:rPr>
        <w:t>逐渐增大，在侧面</w:t>
      </w:r>
      <w:r>
        <w:pict>
          <v:shape id="_x0000_i709264" type="#_x0000_t75" alt="学科网(www.zxxk.com)--教育资源门户，提供试卷、教案、课件、论文、素材以及各类教学资源下载，还有大量而丰富的教学相关资讯！" style="width:27.6pt;height:12.6pt" o:oleicon="f" o:ole="">
            <v:imagedata r:id="rId2717" o:title="eqId3ddc76d96d6951ebfef3fe63892a1114"/>
          </v:shape>
        </w:pict>
      </w:r>
      <w:r>
        <w:rPr>
          <w:rFonts w:ascii="宋体" w:eastAsia="宋体" w:hAnsi="宋体" w:cs="宋体"/>
          <w:color w:val="000000"/>
        </w:rPr>
        <w:t>、侧面</w:t>
      </w:r>
      <w:r>
        <w:pict>
          <v:shape id="_x0000_i709265" type="#_x0000_t75" alt="学科网(www.zxxk.com)--教育资源门户，提供试卷、教案、课件、论文、素材以及各类教学资源下载，还有大量而丰富的教学相关资讯！" style="width:29.25pt;height:14.25pt" o:oleicon="f" o:ole="">
            <v:imagedata r:id="rId2718" o:title="eqId780d3f5f4c4419913c1232b7aae03ade"/>
          </v:shape>
        </w:pict>
      </w:r>
      <w:r>
        <w:rPr>
          <w:rFonts w:ascii="宋体" w:eastAsia="宋体" w:hAnsi="宋体" w:cs="宋体"/>
          <w:color w:val="000000"/>
        </w:rPr>
        <w:t>上走的这两段路上下坡变化的情况为</w:t>
      </w:r>
      <w:r>
        <w:rPr>
          <w:rFonts w:ascii="Times New Roman" w:eastAsia="Times New Roman" w:hAnsi="Times New Roman" w:cs="Times New Roman"/>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）见解析；（</w:t>
      </w:r>
      <w:r>
        <w:rPr>
          <w:rFonts w:ascii="Times New Roman" w:eastAsia="Times New Roman" w:hAnsi="Times New Roman" w:cs="Times New Roman"/>
          <w:color w:val="000000"/>
        </w:rPr>
        <w:t>2</w:t>
      </w:r>
      <w:r>
        <w:rPr>
          <w:rFonts w:ascii="宋体" w:eastAsia="宋体" w:hAnsi="宋体" w:cs="宋体"/>
          <w:color w:val="000000"/>
        </w:rPr>
        <w:t>）见解析；（</w:t>
      </w:r>
      <w:r>
        <w:rPr>
          <w:rFonts w:ascii="Times New Roman" w:eastAsia="Times New Roman" w:hAnsi="Times New Roman" w:cs="Times New Roman"/>
          <w:color w:val="000000"/>
        </w:rPr>
        <w:t>3</w:t>
      </w:r>
      <w:r>
        <w:rPr>
          <w:rFonts w:ascii="宋体" w:eastAsia="宋体" w:hAnsi="宋体" w:cs="宋体"/>
          <w:color w:val="000000"/>
        </w:rPr>
        <w:t>）随着</w:t>
      </w:r>
      <w:r>
        <w:pict>
          <v:shape id="_x0000_i709266" type="#_x0000_t75" alt="学科网(www.zxxk.com)--教育资源门户，提供试卷、教案、课件、论文、素材以及各类教学资源下载，还有大量而丰富的教学相关资讯！" style="width:12pt;height:10.9pt" o:oleicon="f" o:ole="">
            <v:imagedata r:id="rId2719" o:title="eqIde170f206fdbbd834aad7580c727e2cc6"/>
          </v:shape>
        </w:pict>
      </w:r>
      <w:r>
        <w:rPr>
          <w:rFonts w:ascii="宋体" w:eastAsia="宋体" w:hAnsi="宋体" w:cs="宋体"/>
          <w:color w:val="000000"/>
        </w:rPr>
        <w:t>逐渐增大，在侧面</w:t>
      </w:r>
      <w:r>
        <w:pict>
          <v:shape id="_x0000_i709267" type="#_x0000_t75" alt="学科网(www.zxxk.com)--教育资源门户，提供试卷、教案、课件、论文、素材以及各类教学资源下载，还有大量而丰富的教学相关资讯！" style="width:29.25pt;height:14.25pt" o:oleicon="f" o:ole="">
            <v:imagedata r:id="rId2720" o:title="eqId780d3f5f4c4419913c1232b7aae03ade"/>
          </v:shape>
        </w:pict>
      </w:r>
      <w:r>
        <w:rPr>
          <w:rFonts w:ascii="宋体" w:eastAsia="宋体" w:hAnsi="宋体" w:cs="宋体"/>
          <w:color w:val="000000"/>
        </w:rPr>
        <w:t>始终是下坡路，</w:t>
      </w:r>
      <w:r>
        <w:rPr>
          <w:rFonts w:ascii="宋体" w:eastAsia="宋体" w:hAnsi="宋体" w:cs="宋体"/>
          <w:color w:val="000000"/>
        </w:rPr>
        <w:t>侧面</w:t>
      </w:r>
      <w:r>
        <w:pict>
          <v:shape id="_x0000_i709268" type="#_x0000_t75" alt="学科网(www.zxxk.com)--教育资源门户，提供试卷、教案、课件、论文、素材以及各类教学资源下载，还有大量而丰富的教学相关资讯！" style="width:27.6pt;height:12.6pt" o:oleicon="f" o:ole="">
            <v:imagedata r:id="rId2721" o:title="eqId3ddc76d96d6951ebfef3fe63892a1114"/>
          </v:shape>
        </w:pict>
      </w:r>
      <w:r>
        <w:rPr>
          <w:rFonts w:ascii="宋体" w:eastAsia="宋体" w:hAnsi="宋体" w:cs="宋体"/>
          <w:color w:val="000000"/>
        </w:rPr>
        <w:t>先下坡，在某一位置平缓，然后再上坡</w:t>
      </w:r>
      <w:r>
        <w:rPr>
          <w:rFonts w:ascii="Times New Roman" w:eastAsia="Times New Roman" w:hAnsi="Times New Roman" w:cs="Times New Roman"/>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）连接</w:t>
      </w:r>
      <w:r>
        <w:pict>
          <v:shape id="_x0000_i709269" type="#_x0000_t75" alt="学科网(www.zxxk.com)--教育资源门户，提供试卷、教案、课件、论文、素材以及各类教学资源下载，还有大量而丰富的教学相关资讯！" style="width:24pt;height:13pt" o:oleicon="f" o:ole="">
            <v:imagedata r:id="rId2722" o:title="eqIdd50703c46b6153945d718b198f03b4b5"/>
          </v:shape>
        </w:pict>
      </w:r>
      <w:r>
        <w:rPr>
          <w:rFonts w:ascii="宋体" w:eastAsia="宋体" w:hAnsi="宋体" w:cs="宋体"/>
          <w:color w:val="000000"/>
        </w:rPr>
        <w:t>，进而根据题意确定上坡路和下坡路；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）根据题意画出图形，进而根据（</w:t>
      </w:r>
      <w:r>
        <w:rPr>
          <w:rFonts w:ascii="Times New Roman" w:eastAsia="Times New Roman" w:hAnsi="Times New Roman" w:cs="Times New Roman"/>
          <w:color w:val="000000"/>
        </w:rPr>
        <w:t>1</w:t>
      </w:r>
      <w:r>
        <w:rPr>
          <w:rFonts w:ascii="宋体" w:eastAsia="宋体" w:hAnsi="宋体" w:cs="宋体"/>
          <w:color w:val="000000"/>
        </w:rPr>
        <w:t>）</w:t>
      </w:r>
      <w:r>
        <w:rPr>
          <w:rFonts w:ascii="宋体" w:eastAsia="宋体" w:hAnsi="宋体" w:cs="宋体"/>
          <w:color w:val="000000"/>
          <w:position w:val="0"/>
        </w:rPr>
        <w:drawing>
          <wp:inline>
            <wp:extent cx="133350" cy="177800"/>
            <wp:docPr id="3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 name=""/>
                    <pic:cNvPicPr>
                      <a:picLocks noChangeAspect="1"/>
                    </pic:cNvPicPr>
                  </pic:nvPicPr>
                  <pic:blipFill>
                    <a:blip r:embed="rId2723"/>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方法填表即可；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）根据三个图形的情况分析，即可得出结论</w:t>
      </w:r>
    </w:p>
    <w:p>
      <w:pPr>
        <w:spacing w:line="360" w:lineRule="auto"/>
        <w:jc w:val="left"/>
        <w:textAlignment w:val="center"/>
        <w:rPr>
          <w:color w:val="000000"/>
        </w:rPr>
      </w:pPr>
      <w:r>
        <w:rPr>
          <w:color w:val="000000"/>
        </w:rPr>
        <w:t>【详解】</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）如图，连接</w:t>
      </w:r>
      <w:r>
        <w:pict>
          <v:shape id="_x0000_i709270" type="#_x0000_t75" alt="学科网(www.zxxk.com)--教育资源门户，提供试卷、教案、课件、论文、素材以及各类教学资源下载，还有大量而丰富的教学相关资讯！" style="width:18.75pt;height:12pt" o:oleicon="f" o:ole="">
            <v:imagedata r:id="rId2724" o:title="eqIdb66a5b7813e902306477f91f9f4084cd"/>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400300" cy="2752725"/>
            <wp:docPr id="3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2" name=""/>
                    <pic:cNvPicPr>
                      <a:picLocks noChangeAspect="1"/>
                    </pic:cNvPicPr>
                  </pic:nvPicPr>
                  <pic:blipFill>
                    <a:blip r:embed="rId2725"/>
                    <a:stretch>
                      <a:fillRect/>
                    </a:stretch>
                  </pic:blipFill>
                  <pic:spPr>
                    <a:xfrm>
                      <a:off x="0" y="0"/>
                      <a:ext cx="2400300" cy="2752725"/>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根据题意，在侧面</w:t>
      </w:r>
      <w:r>
        <w:pict>
          <v:shape id="_x0000_i709271" type="#_x0000_t75" alt="学科网(www.zxxk.com)--教育资源门户，提供试卷、教案、课件、论文、素材以及各类教学资源下载，还有大量而丰富的教学相关资讯！" style="width:27.6pt;height:12.6pt" o:oleicon="f" o:ole="">
            <v:imagedata r:id="rId2726" o:title="eqId3ddc76d96d6951ebfef3fe63892a1114"/>
          </v:shape>
        </w:pict>
      </w:r>
      <w:r>
        <w:rPr>
          <w:rFonts w:ascii="宋体" w:eastAsia="宋体" w:hAnsi="宋体" w:cs="宋体"/>
          <w:color w:val="000000"/>
        </w:rPr>
        <w:t>上走的是上坡路、侧面</w:t>
      </w:r>
      <w:r>
        <w:pict>
          <v:shape id="_x0000_i709272" type="#_x0000_t75" alt="学科网(www.zxxk.com)--教育资源门户，提供试卷、教案、课件、论文、素材以及各类教学资源下载，还有大量而丰富的教学相关资讯！" style="width:29.25pt;height:14.25pt" o:oleicon="f" o:ole="">
            <v:imagedata r:id="rId2727" o:title="eqId780d3f5f4c4419913c1232b7aae03ade"/>
          </v:shape>
        </w:pict>
      </w:r>
      <w:r>
        <w:rPr>
          <w:rFonts w:ascii="宋体" w:eastAsia="宋体" w:hAnsi="宋体" w:cs="宋体"/>
          <w:color w:val="000000"/>
        </w:rPr>
        <w:t>上走的是下坡路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 xml:space="preserve">                                          </w:t>
      </w:r>
    </w:p>
    <w:tbl>
      <w:tblPr>
        <w:tblStyle w:val="TableNormal"/>
        <w:tblW w:w="7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877"/>
        <w:gridCol w:w="1877"/>
        <w:gridCol w:w="1916"/>
        <w:gridCol w:w="1916"/>
      </w:tblGrid>
      <w:tr>
        <w:tblPrEx>
          <w:tblW w:w="7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Height w:val="180"/>
        </w:trPr>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情形</w: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09273" type="#_x0000_t75" alt="学科网(www.zxxk.com)--教育资源门户，提供试卷、教案、课件、论文、素材以及各类教学资源下载，还有大量而丰富的教学相关资讯！" style="width:36pt;height:12.75pt" o:oleicon="f" o:ole="">
                  <v:imagedata r:id="rId2728" o:title="eqId868ff1350bd72625328c85c3097cd85e"/>
                </v:shape>
              </w:pict>
            </w:r>
            <w:r>
              <w:rPr>
                <w:rFonts w:ascii="宋体" w:eastAsia="宋体" w:hAnsi="宋体" w:cs="宋体"/>
                <w:color w:val="000000"/>
              </w:rPr>
              <w:t>度数</w: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侧面</w:t>
            </w:r>
            <w:r>
              <w:pict>
                <v:shape id="_x0000_i709274" type="#_x0000_t75" alt="学科网(www.zxxk.com)--教育资源门户，提供试卷、教案、课件、论文、素材以及各类教学资源下载，还有大量而丰富的教学相关资讯！" style="width:27.6pt;height:12.6pt" o:oleicon="f" o:ole="">
                  <v:imagedata r:id="rId2729" o:title="eqId3ddc76d96d6951ebfef3fe63892a1114"/>
                </v:shape>
              </w:pic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侧面</w:t>
            </w:r>
            <w:r>
              <w:pict>
                <v:shape id="_x0000_i709275" type="#_x0000_t75" alt="学科网(www.zxxk.com)--教育资源门户，提供试卷、教案、课件、论文、素材以及各类教学资源下载，还有大量而丰富的教学相关资讯！" style="width:29.25pt;height:14.25pt" o:oleicon="f" o:ole="">
                  <v:imagedata r:id="rId2730" o:title="eqId780d3f5f4c4419913c1232b7aae03ade"/>
                </v:shape>
              </w:pict>
            </w:r>
          </w:p>
        </w:tc>
      </w:tr>
      <w:tr>
        <w:tblPrEx>
          <w:tblW w:w="7605" w:type="dxa"/>
          <w:tblCellMar>
            <w:top w:w="120" w:type="dxa"/>
            <w:left w:w="120" w:type="dxa"/>
            <w:bottom w:w="120" w:type="dxa"/>
            <w:right w:w="120" w:type="dxa"/>
          </w:tblCellMar>
        </w:tblPrEx>
        <w:trPr>
          <w:cantSplit w:val="0"/>
          <w:trHeight w:val="180"/>
        </w:trPr>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09276" type="#_x0000_t75" alt="学科网(www.zxxk.com)--教育资源门户，提供试卷、教案、课件、论文、素材以及各类教学资源下载，还有大量而丰富的教学相关资讯！" style="width:6.95pt;height:13pt" o:oleicon="f" o:ole="">
                  <v:imagedata r:id="rId2731" o:title="eqIdbdaa19de263700a15fcf213d64a8cd57"/>
                </v:shape>
              </w:pic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09277" type="#_x0000_t75" alt="学科网(www.zxxk.com)--教育资源门户，提供试卷、教案、课件、论文、素材以及各类教学资源下载，还有大量而丰富的教学相关资讯！" style="width:19.2pt;height:13.9pt" o:oleicon="f" o:ole="">
                  <v:imagedata r:id="rId2732" o:title="eqId76c12e76fbd84eeec721386bd3b04cc4"/>
                </v:shape>
              </w:pic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下坡路</w: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下坡路</w:t>
            </w:r>
          </w:p>
        </w:tc>
      </w:tr>
      <w:tr>
        <w:tblPrEx>
          <w:tblW w:w="7605" w:type="dxa"/>
          <w:tblCellMar>
            <w:top w:w="120" w:type="dxa"/>
            <w:left w:w="120" w:type="dxa"/>
            <w:bottom w:w="120" w:type="dxa"/>
            <w:right w:w="120" w:type="dxa"/>
          </w:tblCellMar>
        </w:tblPrEx>
        <w:trPr>
          <w:cantSplit w:val="0"/>
          <w:trHeight w:val="180"/>
        </w:trPr>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09278" type="#_x0000_t75" alt="学科网(www.zxxk.com)--教育资源门户，提供试卷、教案、课件、论文、素材以及各类教学资源下载，还有大量而丰富的教学相关资讯！" style="width:9.75pt;height:12.75pt" o:oleicon="f" o:ole="">
                  <v:imagedata r:id="rId2733" o:title="eqId61128ab996360a038e6e64d82fcba004"/>
                </v:shape>
              </w:pic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pict>
                <v:shape id="_x0000_i709279" type="#_x0000_t75" alt="学科网(www.zxxk.com)--教育资源门户，提供试卷、教案、课件、论文、素材以及各类教学资源下载，还有大量而丰富的教学相关资讯！" style="width:18.6pt;height:12.6pt" o:oleicon="f" o:ole="">
                  <v:imagedata r:id="rId2734" o:title="eqIdf6b86c22b670a8e9f3896f9e8883fbbb"/>
                </v:shape>
              </w:pic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上坡路</w:t>
            </w:r>
          </w:p>
        </w:tc>
        <w:tc>
          <w:tcPr>
            <w:tcW w:w="190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rPr>
                <w:rFonts w:ascii="宋体" w:eastAsia="宋体" w:hAnsi="宋体" w:cs="宋体"/>
                <w:color w:val="000000"/>
              </w:rPr>
              <w:t>下坡路</w:t>
            </w:r>
          </w:p>
        </w:tc>
      </w:tr>
    </w:tbl>
    <w:p>
      <w:pPr>
        <w:spacing w:line="360" w:lineRule="auto"/>
        <w:jc w:val="left"/>
        <w:textAlignment w:val="center"/>
        <w:rPr>
          <w:color w:val="000000"/>
        </w:rPr>
      </w:pPr>
      <w:r>
        <w:rPr>
          <w:color w:val="000000"/>
        </w:rPr>
        <w:drawing>
          <wp:inline>
            <wp:extent cx="1343025" cy="1762125"/>
            <wp:docPr id="30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5" name=""/>
                    <pic:cNvPicPr>
                      <a:picLocks noChangeAspect="1"/>
                    </pic:cNvPicPr>
                  </pic:nvPicPr>
                  <pic:blipFill>
                    <a:blip r:embed="rId2735"/>
                    <a:stretch>
                      <a:fillRect/>
                    </a:stretch>
                  </pic:blipFill>
                  <pic:spPr>
                    <a:xfrm>
                      <a:off x="0" y="0"/>
                      <a:ext cx="1343025" cy="1762125"/>
                    </a:xfrm>
                    <a:prstGeom prst="rect">
                      <a:avLst/>
                    </a:prstGeom>
                  </pic:spPr>
                </pic:pic>
              </a:graphicData>
            </a:graphic>
          </wp:inline>
        </w:drawing>
      </w:r>
      <w:r>
        <w:rPr>
          <w:rFonts w:ascii="Times New Roman" w:eastAsia="Times New Roman" w:hAnsi="Times New Roman" w:cs="Times New Roman"/>
          <w:color w:val="000000"/>
        </w:rPr>
        <w:t xml:space="preserve">       </w:t>
      </w:r>
      <w:r>
        <w:rPr>
          <w:color w:val="000000"/>
        </w:rPr>
        <w:drawing>
          <wp:inline>
            <wp:extent cx="1800225" cy="1657350"/>
            <wp:docPr id="3014"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 name=""/>
                    <pic:cNvPicPr>
                      <a:picLocks noChangeAspect="1"/>
                    </pic:cNvPicPr>
                  </pic:nvPicPr>
                  <pic:blipFill>
                    <a:blip r:embed="rId2736"/>
                    <a:stretch>
                      <a:fillRect/>
                    </a:stretch>
                  </pic:blipFill>
                  <pic:spPr>
                    <a:xfrm>
                      <a:off x="0" y="0"/>
                      <a:ext cx="1800225" cy="1657350"/>
                    </a:xfrm>
                    <a:prstGeom prst="rect">
                      <a:avLst/>
                    </a:prstGeom>
                  </pic:spPr>
                </pic:pic>
              </a:graphicData>
            </a:graphic>
          </wp:inline>
        </w:drawing>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）随着</w:t>
      </w:r>
      <w:r>
        <w:pict>
          <v:shape id="_x0000_i709280" type="#_x0000_t75" alt="学科网(www.zxxk.com)--教育资源门户，提供试卷、教案、课件、论文、素材以及各类教学资源下载，还有大量而丰富的教学相关资讯！" style="width:12pt;height:10.9pt" o:oleicon="f" o:ole="">
            <v:imagedata r:id="rId2737" o:title="eqIde170f206fdbbd834aad7580c727e2cc6"/>
          </v:shape>
        </w:pict>
      </w:r>
      <w:r>
        <w:rPr>
          <w:rFonts w:ascii="宋体" w:eastAsia="宋体" w:hAnsi="宋体" w:cs="宋体"/>
          <w:color w:val="000000"/>
        </w:rPr>
        <w:t>逐渐增大，在侧面</w:t>
      </w:r>
      <w:r>
        <w:pict>
          <v:shape id="_x0000_i709281" type="#_x0000_t75" alt="学科网(www.zxxk.com)--教育资源门户，提供试卷、教案、课件、论文、素材以及各类教学资源下载，还有大量而丰富的教学相关资讯！" style="width:29.25pt;height:14.25pt" o:oleicon="f" o:ole="">
            <v:imagedata r:id="rId2738" o:title="eqId780d3f5f4c4419913c1232b7aae03ade"/>
          </v:shape>
        </w:pict>
      </w:r>
      <w:r>
        <w:rPr>
          <w:rFonts w:ascii="宋体" w:eastAsia="宋体" w:hAnsi="宋体" w:cs="宋体"/>
          <w:color w:val="000000"/>
        </w:rPr>
        <w:t>始终是下坡路，侧面</w:t>
      </w:r>
      <w:r>
        <w:pict>
          <v:shape id="_x0000_i709282" type="#_x0000_t75" alt="学科网(www.zxxk.com)--教育资源门户，提供试卷、教案、课件、论文、素材以及各类教学资源下载，还有大量而丰富的教学相关资讯！" style="width:27.6pt;height:12.6pt" o:oleicon="f" o:ole="">
            <v:imagedata r:id="rId2739" o:title="eqId3ddc76d96d6951ebfef3fe63892a1114"/>
          </v:shape>
        </w:pict>
      </w:r>
      <w:r>
        <w:rPr>
          <w:rFonts w:ascii="宋体" w:eastAsia="宋体" w:hAnsi="宋体" w:cs="宋体"/>
          <w:color w:val="000000"/>
        </w:rPr>
        <w:t>先下坡，在某一位置平缓，然后再上坡</w:t>
      </w:r>
      <w:r>
        <w:rPr>
          <w:rFonts w:ascii="Times New Roman" w:eastAsia="Times New Roman" w:hAnsi="Times New Roman" w:cs="Times New Roman"/>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本题考查了立体图形侧面展开图，两点之间线段最短，线段长短的比较，理解题意是解题的关键．</w:t>
      </w:r>
    </w:p>
    <w:p>
      <w:pPr>
        <w:spacing w:line="360" w:lineRule="auto"/>
        <w:jc w:val="left"/>
        <w:textAlignment w:val="center"/>
        <w:rPr>
          <w:color w:val="000000"/>
        </w:rPr>
      </w:pPr>
      <w:r>
        <w:rPr>
          <w:color w:val="000000"/>
        </w:rPr>
        <w:t xml:space="preserve">27. </w:t>
      </w:r>
      <w:r>
        <w:rPr>
          <w:rFonts w:ascii="宋体" w:eastAsia="宋体" w:hAnsi="宋体" w:cs="宋体"/>
          <w:color w:val="000000"/>
        </w:rPr>
        <w:t>在数轴上，把原点记作点</w:t>
      </w:r>
      <w:r>
        <w:rPr>
          <w:rFonts w:ascii="Times New Roman" w:eastAsia="Times New Roman" w:hAnsi="Times New Roman" w:cs="Times New Roman"/>
          <w:i/>
          <w:color w:val="000000"/>
        </w:rPr>
        <w:t>O</w:t>
      </w:r>
      <w:r>
        <w:rPr>
          <w:rFonts w:ascii="宋体" w:eastAsia="宋体" w:hAnsi="宋体" w:cs="宋体"/>
          <w:color w:val="000000"/>
        </w:rPr>
        <w:t>，表示数</w:t>
      </w:r>
      <w:r>
        <w:rPr>
          <w:rFonts w:ascii="Times New Roman" w:eastAsia="Times New Roman" w:hAnsi="Times New Roman" w:cs="Times New Roman"/>
          <w:color w:val="000000"/>
        </w:rPr>
        <w:t>1</w:t>
      </w:r>
      <w:r>
        <w:rPr>
          <w:rFonts w:ascii="宋体" w:eastAsia="宋体" w:hAnsi="宋体" w:cs="宋体"/>
          <w:color w:val="000000"/>
        </w:rPr>
        <w:t>的点记作点</w:t>
      </w:r>
      <w:r>
        <w:rPr>
          <w:rFonts w:ascii="Times New Roman" w:eastAsia="Times New Roman" w:hAnsi="Times New Roman" w:cs="Times New Roman"/>
          <w:i/>
          <w:color w:val="000000"/>
        </w:rPr>
        <w:t>A</w:t>
      </w:r>
      <w:r>
        <w:rPr>
          <w:rFonts w:ascii="宋体" w:eastAsia="宋体" w:hAnsi="宋体" w:cs="宋体"/>
          <w:color w:val="000000"/>
        </w:rPr>
        <w:t>．对于数轴上任意一点</w:t>
      </w:r>
      <w:r>
        <w:rPr>
          <w:rFonts w:ascii="Times New Roman" w:eastAsia="Times New Roman" w:hAnsi="Times New Roman" w:cs="Times New Roman"/>
          <w:i/>
          <w:color w:val="000000"/>
        </w:rPr>
        <w:t>P</w:t>
      </w:r>
      <w:r>
        <w:rPr>
          <w:rFonts w:ascii="宋体" w:eastAsia="宋体" w:hAnsi="宋体" w:cs="宋体"/>
          <w:color w:val="000000"/>
        </w:rPr>
        <w:t>（不与点</w:t>
      </w:r>
      <w:r>
        <w:rPr>
          <w:rFonts w:ascii="Times New Roman" w:eastAsia="Times New Roman" w:hAnsi="Times New Roman" w:cs="Times New Roman"/>
          <w:i/>
          <w:color w:val="000000"/>
        </w:rPr>
        <w:t>O</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重合），将线段</w:t>
      </w:r>
      <w:r>
        <w:pict>
          <v:shape id="_x0000_i709283" type="#_x0000_t75" alt="学科网(www.zxxk.com)--教育资源门户，提供试卷、教案、课件、论文、素材以及各类教学资源下载，还有大量而丰富的教学相关资讯！" style="width:20.25pt;height:14.25pt" o:oleicon="f" o:ole="">
            <v:imagedata r:id="rId2740" o:title="eqIdef49a3ca580a144cc65a609c167facc1"/>
          </v:shape>
        </w:pict>
      </w:r>
      <w:r>
        <w:rPr>
          <w:rFonts w:ascii="宋体" w:eastAsia="宋体" w:hAnsi="宋体" w:cs="宋体"/>
          <w:color w:val="000000"/>
        </w:rPr>
        <w:t>与线段</w:t>
      </w:r>
      <w:r>
        <w:pict>
          <v:shape id="_x0000_i709284" type="#_x0000_t75" alt="学科网(www.zxxk.com)--教育资源门户，提供试卷、教案、课件、论文、素材以及各类教学资源下载，还有大量而丰富的教学相关资讯！" style="width:18.75pt;height:12.75pt" o:oleicon="f" o:ole="">
            <v:imagedata r:id="rId2741" o:title="eqIdbd33764ff4efddfe11a98a609753715c"/>
          </v:shape>
        </w:pict>
      </w:r>
      <w:r>
        <w:rPr>
          <w:rFonts w:ascii="宋体" w:eastAsia="宋体" w:hAnsi="宋体" w:cs="宋体"/>
          <w:color w:val="000000"/>
        </w:rPr>
        <w:t>的长度之比定义为点</w:t>
      </w:r>
      <w:r>
        <w:rPr>
          <w:rFonts w:ascii="Times New Roman" w:eastAsia="Times New Roman" w:hAnsi="Times New Roman" w:cs="Times New Roman"/>
          <w:i/>
          <w:color w:val="000000"/>
        </w:rPr>
        <w:t>P</w:t>
      </w:r>
      <w:r>
        <w:rPr>
          <w:rFonts w:ascii="宋体" w:eastAsia="宋体" w:hAnsi="宋体" w:cs="宋体"/>
          <w:color w:val="000000"/>
        </w:rPr>
        <w:t>的特征值，记作</w:t>
      </w:r>
      <w:r>
        <w:pict>
          <v:shape id="_x0000_i709285" type="#_x0000_t75" alt="学科网(www.zxxk.com)--教育资源门户，提供试卷、教案、课件、论文、素材以及各类教学资源下载，还有大量而丰富的教学相关资讯！" style="width:12pt;height:17.25pt" o:oleicon="f" o:ole="">
            <v:imagedata r:id="rId2742" o:title="eqId8dbc16aa63c620755095783ed8727db3"/>
          </v:shape>
        </w:pict>
      </w:r>
      <w:r>
        <w:rPr>
          <w:rFonts w:ascii="宋体" w:eastAsia="宋体" w:hAnsi="宋体" w:cs="宋体"/>
          <w:color w:val="000000"/>
        </w:rPr>
        <w:t>．即</w:t>
      </w:r>
      <w:r>
        <w:pict>
          <v:shape id="_x0000_i709286" type="#_x0000_t75" alt="学科网(www.zxxk.com)--教育资源门户，提供试卷、教案、课件、论文、素材以及各类教学资源下载，还有大量而丰富的教学相关资讯！" style="width:42pt;height:30.75pt" o:oleicon="f" o:ole="">
            <v:imagedata r:id="rId2743" o:title="eqId1e84b154cb973909998741db54a220ee"/>
          </v:shape>
        </w:pict>
      </w:r>
      <w:r>
        <w:rPr>
          <w:rFonts w:ascii="宋体" w:eastAsia="宋体" w:hAnsi="宋体" w:cs="宋体"/>
          <w:color w:val="000000"/>
        </w:rPr>
        <w:t>．例如：当点</w:t>
      </w:r>
      <w:r>
        <w:rPr>
          <w:rFonts w:ascii="Times New Roman" w:eastAsia="Times New Roman" w:hAnsi="Times New Roman" w:cs="Times New Roman"/>
          <w:i/>
          <w:color w:val="000000"/>
        </w:rPr>
        <w:t>P</w:t>
      </w:r>
      <w:r>
        <w:rPr>
          <w:rFonts w:ascii="宋体" w:eastAsia="宋体" w:hAnsi="宋体" w:cs="宋体"/>
          <w:color w:val="000000"/>
        </w:rPr>
        <w:t>是线段</w:t>
      </w:r>
      <w:r>
        <w:pict>
          <v:shape id="_x0000_i709287" type="#_x0000_t75" alt="学科网(www.zxxk.com)--教育资源门户，提供试卷、教案、课件、论文、素材以及各类教学资源下载，还有大量而丰富的教学相关资讯！" style="width:18.85pt;height:14pt" o:oleicon="f" o:ole="">
            <v:imagedata r:id="rId2744" o:title="eqIdef4113c492885ba7c47fe42ac792578f"/>
          </v:shape>
        </w:pict>
      </w:r>
      <w:r>
        <w:rPr>
          <w:rFonts w:ascii="宋体" w:eastAsia="宋体" w:hAnsi="宋体" w:cs="宋体"/>
          <w:color w:val="000000"/>
        </w:rPr>
        <w:t>的中点时，因为</w:t>
      </w:r>
      <w:r>
        <w:pict>
          <v:shape id="_x0000_i709288" type="#_x0000_t75" alt="学科网(www.zxxk.com)--教育资源门户，提供试卷、教案、课件、论文、素材以及各类教学资源下载，还有大量而丰富的教学相关资讯！" style="width:47.25pt;height:14.25pt" o:oleicon="f" o:ole="">
            <v:imagedata r:id="rId2745" o:title="eqId572541b49fc434fd160620076057ac8a"/>
          </v:shape>
        </w:pict>
      </w:r>
      <w:r>
        <w:rPr>
          <w:rFonts w:ascii="宋体" w:eastAsia="宋体" w:hAnsi="宋体" w:cs="宋体"/>
          <w:color w:val="000000"/>
        </w:rPr>
        <w:t>，所以</w:t>
      </w:r>
      <w:r>
        <w:pict>
          <v:shape id="_x0000_i709289" type="#_x0000_t75" alt="学科网(www.zxxk.com)--教育资源门户，提供试卷、教案、课件、论文、素材以及各类教学资源下载，还有大量而丰富的教学相关资讯！" style="width:27.75pt;height:17.25pt" o:oleicon="f" o:ole="">
            <v:imagedata r:id="rId2746" o:title="eqIdff24b65428076d960dfc41ee71d27992"/>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743200" cy="514350"/>
            <wp:docPr id="30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 name=""/>
                    <pic:cNvPicPr>
                      <a:picLocks noChangeAspect="1"/>
                    </pic:cNvPicPr>
                  </pic:nvPicPr>
                  <pic:blipFill>
                    <a:blip r:embed="rId2747"/>
                    <a:stretch>
                      <a:fillRect/>
                    </a:stretch>
                  </pic:blipFill>
                  <pic:spPr>
                    <a:xfrm>
                      <a:off x="0" y="0"/>
                      <a:ext cx="2743200" cy="5143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）如图，点</w:t>
      </w:r>
      <w:r>
        <w:pict>
          <v:shape id="_x0000_i709290" type="#_x0000_t75" alt="学科网(www.zxxk.com)--教育资源门户，提供试卷、教案、课件、论文、素材以及各类教学资源下载，还有大量而丰富的教学相关资讯！" style="width:12pt;height:18pt" o:oleicon="f" o:ole="">
            <v:imagedata r:id="rId2748" o:title="eqId2708fa6298e52f617383efc175b71ddc"/>
          </v:shape>
        </w:pict>
      </w:r>
      <w:r>
        <w:rPr>
          <w:rFonts w:ascii="宋体" w:eastAsia="宋体" w:hAnsi="宋体" w:cs="宋体"/>
          <w:color w:val="000000"/>
        </w:rPr>
        <w:t>，</w:t>
      </w:r>
      <w:r>
        <w:pict>
          <v:shape id="_x0000_i709291" type="#_x0000_t75" alt="学科网(www.zxxk.com)--教育资源门户，提供试卷、教案、课件、论文、素材以及各类教学资源下载，还有大量而丰富的教学相关资讯！" style="width:12.75pt;height:18pt" o:oleicon="f" o:ole="">
            <v:imagedata r:id="rId2749" o:title="eqId9b9cb8e6ff801523b0304576cd69fd2d"/>
          </v:shape>
        </w:pict>
      </w:r>
      <w:r>
        <w:rPr>
          <w:rFonts w:ascii="宋体" w:eastAsia="宋体" w:hAnsi="宋体" w:cs="宋体"/>
          <w:color w:val="000000"/>
        </w:rPr>
        <w:t>，</w:t>
      </w:r>
      <w:r>
        <w:pict>
          <v:shape id="_x0000_i709292" type="#_x0000_t75" alt="学科网(www.zxxk.com)--教育资源门户，提供试卷、教案、课件、论文、素材以及各类教学资源下载，还有大量而丰富的教学相关资讯！" style="width:12.75pt;height:18pt" o:oleicon="f" o:ole="">
            <v:imagedata r:id="rId2750" o:title="eqId797e67927616b141ed7c6b83f8b6f4fb"/>
          </v:shape>
        </w:pict>
      </w:r>
      <w:r>
        <w:rPr>
          <w:rFonts w:ascii="宋体" w:eastAsia="宋体" w:hAnsi="宋体" w:cs="宋体"/>
          <w:color w:val="000000"/>
        </w:rPr>
        <w:t>为数轴上三个点，点</w:t>
      </w:r>
      <w:r>
        <w:pict>
          <v:shape id="_x0000_i709293" type="#_x0000_t75" alt="学科网(www.zxxk.com)--教育资源门户，提供试卷、教案、课件、论文、素材以及各类教学资源下载，还有大量而丰富的教学相关资讯！" style="width:12pt;height:18pt" o:oleicon="f" o:ole="">
            <v:imagedata r:id="rId2748" o:title="eqId2708fa6298e52f617383efc175b71ddc"/>
          </v:shape>
        </w:pict>
      </w:r>
      <w:r>
        <w:rPr>
          <w:rFonts w:ascii="宋体" w:eastAsia="宋体" w:hAnsi="宋体" w:cs="宋体"/>
          <w:color w:val="000000"/>
        </w:rPr>
        <w:t>表示的数是</w:t>
      </w:r>
      <w:r>
        <w:pict>
          <v:shape id="_x0000_i709294" type="#_x0000_t75" alt="学科网(www.zxxk.com)--教育资源门户，提供试卷、教案、课件、论文、素材以及各类教学资源下载，还有大量而丰富的教学相关资讯！" style="width:20.2pt;height:31.1pt" o:oleicon="f" o:ole="">
            <v:imagedata r:id="rId2751" o:title="eqId602baac86c2b1668ecdfadc8a5948885"/>
          </v:shape>
        </w:pict>
      </w:r>
      <w:r>
        <w:rPr>
          <w:rFonts w:ascii="宋体" w:eastAsia="宋体" w:hAnsi="宋体" w:cs="宋体"/>
          <w:color w:val="000000"/>
        </w:rPr>
        <w:t>，点</w:t>
      </w:r>
      <w:r>
        <w:pict>
          <v:shape id="_x0000_i709295" type="#_x0000_t75" alt="学科网(www.zxxk.com)--教育资源门户，提供试卷、教案、课件、论文、素材以及各类教学资源下载，还有大量而丰富的教学相关资讯！" style="width:12.75pt;height:18pt" o:oleicon="f" o:ole="">
            <v:imagedata r:id="rId2749" o:title="eqId9b9cb8e6ff801523b0304576cd69fd2d"/>
          </v:shape>
        </w:pict>
      </w:r>
      <w:r>
        <w:rPr>
          <w:rFonts w:ascii="宋体" w:eastAsia="宋体" w:hAnsi="宋体" w:cs="宋体"/>
          <w:color w:val="000000"/>
        </w:rPr>
        <w:t>与</w:t>
      </w:r>
      <w:r>
        <w:pict>
          <v:shape id="_x0000_i709296" type="#_x0000_t75" alt="学科网(www.zxxk.com)--教育资源门户，提供试卷、教案、课件、论文、素材以及各类教学资源下载，还有大量而丰富的教学相关资讯！" style="width:12pt;height:18pt" o:oleicon="f" o:ole="">
            <v:imagedata r:id="rId2748" o:title="eqId2708fa6298e52f617383efc175b71ddc"/>
          </v:shape>
        </w:pict>
      </w:r>
      <w:r>
        <w:rPr>
          <w:rFonts w:ascii="宋体" w:eastAsia="宋体" w:hAnsi="宋体" w:cs="宋体"/>
          <w:color w:val="000000"/>
        </w:rPr>
        <w:t>关于原点对称．</w:t>
      </w:r>
    </w:p>
    <w:p>
      <w:pPr>
        <w:spacing w:line="360" w:lineRule="auto"/>
        <w:jc w:val="left"/>
        <w:textAlignment w:val="center"/>
        <w:rPr>
          <w:color w:val="000000"/>
        </w:rPr>
      </w:pPr>
      <w:r>
        <w:rPr>
          <w:color w:val="000000"/>
        </w:rPr>
        <w:drawing>
          <wp:inline>
            <wp:extent cx="2686050" cy="533400"/>
            <wp:docPr id="30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 name=""/>
                    <pic:cNvPicPr>
                      <a:picLocks noChangeAspect="1"/>
                    </pic:cNvPicPr>
                  </pic:nvPicPr>
                  <pic:blipFill>
                    <a:blip r:embed="rId2752"/>
                    <a:stretch>
                      <a:fillRect/>
                    </a:stretch>
                  </pic:blipFill>
                  <pic:spPr>
                    <a:xfrm>
                      <a:off x="0" y="0"/>
                      <a:ext cx="2686050" cy="53340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①</w:t>
      </w:r>
      <w:r>
        <w:pict>
          <v:shape id="_x0000_i709297" type="#_x0000_t75" alt="学科网(www.zxxk.com)--教育资源门户，提供试卷、教案、课件、论文、素材以及各类教学资源下载，还有大量而丰富的教学相关资讯！" style="width:24pt;height:21pt" o:oleicon="f" o:ole="">
            <v:imagedata r:id="rId2753" o:title="eqId094144f6f54a0acd5bd69cde4e5c79a7"/>
          </v:shape>
        </w:pic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比较</w:t>
      </w:r>
      <w:r>
        <w:pict>
          <v:shape id="_x0000_i709298" type="#_x0000_t75" alt="学科网(www.zxxk.com)--教育资源门户，提供试卷、教案、课件、论文、素材以及各类教学资源下载，还有大量而丰富的教学相关资讯！" style="width:12.75pt;height:21pt" o:oleicon="f" o:ole="">
            <v:imagedata r:id="rId2754" o:title="eqIde7a377741f86d4fe53c85e711ae10179"/>
          </v:shape>
        </w:pict>
      </w:r>
      <w:r>
        <w:rPr>
          <w:rFonts w:ascii="宋体" w:eastAsia="宋体" w:hAnsi="宋体" w:cs="宋体"/>
          <w:color w:val="000000"/>
        </w:rPr>
        <w:t>，</w:t>
      </w:r>
      <w:r>
        <w:pict>
          <v:shape id="_x0000_i709299" type="#_x0000_t75" alt="学科网(www.zxxk.com)--教育资源门户，提供试卷、教案、课件、论文、素材以及各类教学资源下载，还有大量而丰富的教学相关资讯！" style="width:14.25pt;height:21pt" o:oleicon="f" o:ole="">
            <v:imagedata r:id="rId2755" o:title="eqIdb5731fe3705707637af64b9ca32bb453"/>
          </v:shape>
        </w:pict>
      </w:r>
      <w:r>
        <w:rPr>
          <w:rFonts w:ascii="宋体" w:eastAsia="宋体" w:hAnsi="宋体" w:cs="宋体"/>
          <w:color w:val="000000"/>
        </w:rPr>
        <w:t>，</w:t>
      </w:r>
      <w:r>
        <w:pict>
          <v:shape id="_x0000_i709300" type="#_x0000_t75" alt="学科网(www.zxxk.com)--教育资源门户，提供试卷、教案、课件、论文、素材以及各类教学资源下载，还有大量而丰富的教学相关资讯！" style="width:14.25pt;height:21pt" o:oleicon="f" o:ole="">
            <v:imagedata r:id="rId2756" o:title="eqIdf44392a12f88814f6f38e296b7706d67"/>
          </v:shape>
        </w:pict>
      </w:r>
      <w:r>
        <w:rPr>
          <w:rFonts w:ascii="宋体" w:eastAsia="宋体" w:hAnsi="宋体" w:cs="宋体"/>
          <w:color w:val="000000"/>
        </w:rPr>
        <w:t>的大小</w:t>
      </w:r>
      <w:r>
        <w:rPr>
          <w:rFonts w:ascii="Times New Roman" w:eastAsia="Times New Roman" w:hAnsi="Times New Roman" w:cs="Times New Roman"/>
          <w:color w:val="000000"/>
        </w:rPr>
        <w:t>______</w:t>
      </w:r>
      <w:r>
        <w:rPr>
          <w:rFonts w:ascii="宋体" w:eastAsia="宋体" w:hAnsi="宋体" w:cs="宋体"/>
          <w:color w:val="000000"/>
        </w:rPr>
        <w:t>（用“&lt;”连接）；</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）数轴上的点</w:t>
      </w:r>
      <w:r>
        <w:rPr>
          <w:rFonts w:ascii="Times New Roman" w:eastAsia="Times New Roman" w:hAnsi="Times New Roman" w:cs="Times New Roman"/>
          <w:i/>
          <w:color w:val="000000"/>
        </w:rPr>
        <w:t>M</w:t>
      </w:r>
      <w:r>
        <w:rPr>
          <w:rFonts w:ascii="宋体" w:eastAsia="宋体" w:hAnsi="宋体" w:cs="宋体"/>
          <w:color w:val="000000"/>
        </w:rPr>
        <w:t>满足</w:t>
      </w:r>
      <w:r>
        <w:pict>
          <v:shape id="_x0000_i709301" type="#_x0000_t75" alt="学科网(www.zxxk.com)--教育资源门户，提供试卷、教案、课件、论文、素材以及各类教学资源下载，还有大量而丰富的教学相关资讯！" style="width:60pt;height:30.75pt" o:oleicon="f" o:ole="">
            <v:imagedata r:id="rId2757" o:title="eqId7e1e463262ccfcc5ad0daa7716361620"/>
          </v:shape>
        </w:pict>
      </w:r>
      <w:r>
        <w:rPr>
          <w:rFonts w:ascii="宋体" w:eastAsia="宋体" w:hAnsi="宋体" w:cs="宋体"/>
          <w:color w:val="000000"/>
        </w:rPr>
        <w:t>，求</w:t>
      </w:r>
      <w:r>
        <w:pict>
          <v:shape id="_x0000_i709302" type="#_x0000_t75" alt="学科网(www.zxxk.com)--教育资源门户，提供试卷、教案、课件、论文、素材以及各类教学资源下载，还有大量而丰富的教学相关资讯！" style="width:15.75pt;height:17.25pt" o:oleicon="f" o:ole="">
            <v:imagedata r:id="rId2758" o:title="eqIdee638de17b1b8daf4a27fb38cdeb5b2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）数轴上的点</w:t>
      </w:r>
      <w:r>
        <w:rPr>
          <w:rFonts w:ascii="Times New Roman" w:eastAsia="Times New Roman" w:hAnsi="Times New Roman" w:cs="Times New Roman"/>
          <w:i/>
          <w:color w:val="000000"/>
        </w:rPr>
        <w:t>P</w:t>
      </w:r>
      <w:r>
        <w:rPr>
          <w:rFonts w:ascii="宋体" w:eastAsia="宋体" w:hAnsi="宋体" w:cs="宋体"/>
          <w:color w:val="000000"/>
        </w:rPr>
        <w:t>表示有理数</w:t>
      </w:r>
      <w:r>
        <w:rPr>
          <w:rFonts w:ascii="Times New Roman" w:eastAsia="Times New Roman" w:hAnsi="Times New Roman" w:cs="Times New Roman"/>
          <w:i/>
          <w:color w:val="000000"/>
        </w:rPr>
        <w:t>p</w:t>
      </w:r>
      <w:r>
        <w:rPr>
          <w:rFonts w:ascii="宋体" w:eastAsia="宋体" w:hAnsi="宋体" w:cs="宋体"/>
          <w:color w:val="000000"/>
        </w:rPr>
        <w:t>，已知</w:t>
      </w:r>
      <w:r>
        <w:pict>
          <v:shape id="_x0000_i709303" type="#_x0000_t75" alt="学科网(www.zxxk.com)--教育资源门户，提供试卷、教案、课件、论文、素材以及各类教学资源下载，还有大量而丰富的教学相关资讯！" style="width:39.75pt;height:18pt" o:oleicon="f" o:ole="">
            <v:imagedata r:id="rId2759" o:title="eqIdb8103d7c18e816bece8c0b8046bb48b2"/>
          </v:shape>
        </w:pict>
      </w:r>
      <w:r>
        <w:rPr>
          <w:rFonts w:ascii="宋体" w:eastAsia="宋体" w:hAnsi="宋体" w:cs="宋体"/>
          <w:color w:val="000000"/>
        </w:rPr>
        <w:t>且</w:t>
      </w:r>
      <w:r>
        <w:pict>
          <v:shape id="_x0000_i709304" type="#_x0000_t75" alt="学科网(www.zxxk.com)--教育资源门户，提供试卷、教案、课件、论文、素材以及各类教学资源下载，还有大量而丰富的教学相关资讯！" style="width:12pt;height:17.25pt" o:oleicon="f" o:ole="">
            <v:imagedata r:id="rId2760" o:title="eqId8dbc16aa63c620755095783ed8727db3"/>
          </v:shape>
        </w:pict>
      </w:r>
      <w:r>
        <w:rPr>
          <w:rFonts w:ascii="宋体" w:eastAsia="宋体" w:hAnsi="宋体" w:cs="宋体"/>
          <w:color w:val="000000"/>
        </w:rPr>
        <w:t>为整数，则所有满足条件的</w:t>
      </w:r>
      <w:r>
        <w:rPr>
          <w:rFonts w:ascii="Times New Roman" w:eastAsia="Times New Roman" w:hAnsi="Times New Roman" w:cs="Times New Roman"/>
          <w:i/>
          <w:color w:val="000000"/>
        </w:rPr>
        <w:t>p</w:t>
      </w:r>
      <w:r>
        <w:rPr>
          <w:rFonts w:ascii="宋体" w:eastAsia="宋体" w:hAnsi="宋体" w:cs="宋体"/>
          <w:color w:val="000000"/>
        </w:rPr>
        <w:t>的倒数之和为</w:t>
      </w:r>
      <w:r>
        <w:rPr>
          <w:rFonts w:ascii="Times New Roman" w:eastAsia="Times New Roman" w:hAnsi="Times New Roman" w:cs="Times New Roman"/>
          <w:color w:val="000000"/>
        </w:rPr>
        <w:t>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w:t>
      </w:r>
      <w:r>
        <w:pict>
          <v:shape id="_x0000_i709305" type="#_x0000_t75" alt="学科网(www.zxxk.com)--教育资源门户，提供试卷、教案、课件、论文、素材以及各类教学资源下载，还有大量而丰富的教学相关资讯！" style="width:11.25pt;height:30.75pt" o:oleicon="f" o:ole="">
            <v:imagedata r:id="rId2761" o:title="eqId4dac452fbb5ef6dd653e7fbbef639484"/>
          </v:shape>
        </w:pict>
      </w:r>
      <w:r>
        <w:rPr>
          <w:rFonts w:ascii="宋体" w:eastAsia="宋体" w:hAnsi="宋体" w:cs="宋体"/>
          <w:color w:val="000000"/>
        </w:rPr>
        <w:t>；②</w:t>
      </w:r>
      <w:r>
        <w:pict>
          <v:shape id="_x0000_i709306" type="#_x0000_t75" alt="学科网(www.zxxk.com)--教育资源门户，提供试卷、教案、课件、论文、素材以及各类教学资源下载，还有大量而丰富的教学相关资讯！" style="width:12.75pt;height:21pt" o:oleicon="f" o:ole="">
            <v:imagedata r:id="rId2762" o:title="eqIdea84f717b368dc78b1d9c0c745603779"/>
          </v:shape>
        </w:pict>
      </w:r>
      <w:r>
        <w:rPr>
          <w:rFonts w:ascii="宋体" w:eastAsia="宋体" w:hAnsi="宋体" w:cs="宋体"/>
          <w:color w:val="000000"/>
        </w:rPr>
        <w:t>＜</w:t>
      </w:r>
      <w:r>
        <w:pict>
          <v:shape id="_x0000_i709307" type="#_x0000_t75" alt="学科网(www.zxxk.com)--教育资源门户，提供试卷、教案、课件、论文、素材以及各类教学资源下载，还有大量而丰富的教学相关资讯！" style="width:14.25pt;height:21pt" o:oleicon="f" o:ole="">
            <v:imagedata r:id="rId2763" o:title="eqIdb5731fe3705707637af64b9ca32bb453"/>
          </v:shape>
        </w:pict>
      </w:r>
      <w:r>
        <w:rPr>
          <w:rFonts w:ascii="宋体" w:eastAsia="宋体" w:hAnsi="宋体" w:cs="宋体"/>
          <w:color w:val="000000"/>
        </w:rPr>
        <w:t>＜</w:t>
      </w:r>
      <w:r>
        <w:pict>
          <v:shape id="_x0000_i709308" type="#_x0000_t75" alt="学科网(www.zxxk.com)--教育资源门户，提供试卷、教案、课件、论文、素材以及各类教学资源下载，还有大量而丰富的教学相关资讯！" style="width:14.25pt;height:21pt" o:oleicon="f" o:ole="">
            <v:imagedata r:id="rId2764" o:title="eqIdf44392a12f88814f6f38e296b7706d67"/>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9309" type="#_x0000_t75" alt="学科网(www.zxxk.com)--教育资源门户，提供试卷、教案、课件、论文、素材以及各类教学资源下载，还有大量而丰富的教学相关资讯！" style="width:10.5pt;height:21pt" o:oleicon="f" o:ole="">
            <v:imagedata r:id="rId2765" o:title="eqIdf89eef3148f2d4d09379767b4af69132"/>
          </v:shape>
        </w:pict>
      </w:r>
      <w:r>
        <w:rPr>
          <w:rFonts w:ascii="宋体" w:eastAsia="宋体" w:hAnsi="宋体" w:cs="宋体"/>
          <w:color w:val="000000"/>
        </w:rPr>
        <w:t>或</w:t>
      </w:r>
      <w:r>
        <w:pict>
          <v:shape id="_x0000_i709310" type="#_x0000_t75" alt="学科网(www.zxxk.com)--教育资源门户，提供试卷、教案、课件、论文、素材以及各类教学资源下载，还有大量而丰富的教学相关资讯！" style="width:11.9pt;height:31.2pt" o:oleicon="f" o:ole="">
            <v:imagedata r:id="rId2766" o:title="eqId56d266a04f3dc7483eddbc26c5e487db"/>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198</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）①先确定</w:t>
      </w:r>
      <w:r>
        <w:pict>
          <v:shape id="_x0000_i709311" type="#_x0000_t75" alt="学科网(www.zxxk.com)--教育资源门户，提供试卷、教案、课件、论文、素材以及各类教学资源下载，还有大量而丰富的教学相关资讯！" style="width:12.75pt;height:18pt" o:oleicon="f" o:ole="">
            <v:imagedata r:id="rId2767" o:title="eqId9b9cb8e6ff801523b0304576cd69fd2d"/>
          </v:shape>
        </w:pict>
      </w:r>
      <w:r>
        <w:rPr>
          <w:rFonts w:ascii="宋体" w:eastAsia="宋体" w:hAnsi="宋体" w:cs="宋体"/>
          <w:color w:val="000000"/>
        </w:rPr>
        <w:t>的表示的数，然后根据题意求出</w:t>
      </w:r>
      <w:r>
        <w:pict>
          <v:shape id="_x0000_i709312" type="#_x0000_t75" alt="学科网(www.zxxk.com)--教育资源门户，提供试卷、教案、课件、论文、素材以及各类教学资源下载，还有大量而丰富的教学相关资讯！" style="width:14.25pt;height:21pt" o:oleicon="f" o:ole="">
            <v:imagedata r:id="rId2768" o:title="eqIdb5731fe3705707637af64b9ca32bb453"/>
          </v:shape>
        </w:pict>
      </w:r>
      <w:r>
        <w:rPr>
          <w:rFonts w:ascii="宋体" w:eastAsia="宋体" w:hAnsi="宋体" w:cs="宋体"/>
          <w:color w:val="000000"/>
        </w:rPr>
        <w:t>即可；②先确定</w:t>
      </w:r>
      <w:r>
        <w:pict>
          <v:shape id="_x0000_i709313" type="#_x0000_t75" alt="学科网(www.zxxk.com)--教育资源门户，提供试卷、教案、课件、论文、素材以及各类教学资源下载，还有大量而丰富的教学相关资讯！" style="width:12.75pt;height:18pt" o:oleicon="f" o:ole="">
            <v:imagedata r:id="rId2769" o:title="eqId797e67927616b141ed7c6b83f8b6f4fb"/>
          </v:shape>
        </w:pict>
      </w:r>
      <w:r>
        <w:rPr>
          <w:rFonts w:ascii="宋体" w:eastAsia="宋体" w:hAnsi="宋体" w:cs="宋体"/>
          <w:color w:val="000000"/>
        </w:rPr>
        <w:t>的表示的数根据题意求出</w:t>
      </w:r>
      <w:r>
        <w:pict>
          <v:shape id="_x0000_i709314" type="#_x0000_t75" alt="学科网(www.zxxk.com)--教育资源门户，提供试卷、教案、课件、论文、素材以及各类教学资源下载，还有大量而丰富的教学相关资讯！" style="width:12.75pt;height:21pt" o:oleicon="f" o:ole="">
            <v:imagedata r:id="rId2770" o:title="eqIde7a377741f86d4fe53c85e711ae10179"/>
          </v:shape>
        </w:pict>
      </w:r>
      <w:r>
        <w:rPr>
          <w:rFonts w:ascii="宋体" w:eastAsia="宋体" w:hAnsi="宋体" w:cs="宋体"/>
          <w:color w:val="000000"/>
        </w:rPr>
        <w:t>、</w:t>
      </w:r>
      <w:r>
        <w:pict>
          <v:shape id="_x0000_i709315" type="#_x0000_t75" alt="学科网(www.zxxk.com)--教育资源门户，提供试卷、教案、课件、论文、素材以及各类教学资源下载，还有大量而丰富的教学相关资讯！" style="width:14.25pt;height:21pt" o:oleicon="f" o:ole="">
            <v:imagedata r:id="rId2771" o:title="eqIdf44392a12f88814f6f38e296b7706d67"/>
          </v:shape>
        </w:pict>
      </w:r>
      <w:r>
        <w:rPr>
          <w:rFonts w:ascii="宋体" w:eastAsia="宋体" w:hAnsi="宋体" w:cs="宋体"/>
          <w:color w:val="000000"/>
        </w:rPr>
        <w:t>，然后比较即可；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）先由</w:t>
      </w:r>
      <w:r>
        <w:pict>
          <v:shape id="_x0000_i709316" type="#_x0000_t75" alt="学科网(www.zxxk.com)--教育资源门户，提供试卷、教案、课件、论文、素材以及各类教学资源下载，还有大量而丰富的教学相关资讯！" style="width:60pt;height:30.75pt" o:oleicon="f" o:ole="">
            <v:imagedata r:id="rId2772" o:title="eqId7e1e463262ccfcc5ad0daa7716361620"/>
          </v:shape>
        </w:pict>
      </w:r>
      <w:r>
        <w:rPr>
          <w:rFonts w:ascii="宋体" w:eastAsia="宋体" w:hAnsi="宋体" w:cs="宋体"/>
          <w:color w:val="000000"/>
        </w:rPr>
        <w:t>确定</w:t>
      </w:r>
      <w:r>
        <w:rPr>
          <w:rFonts w:ascii="Times New Roman" w:eastAsia="Times New Roman" w:hAnsi="Times New Roman" w:cs="Times New Roman"/>
          <w:i/>
          <w:color w:val="000000"/>
        </w:rPr>
        <w:t>M</w:t>
      </w:r>
      <w:r>
        <w:rPr>
          <w:rFonts w:ascii="宋体" w:eastAsia="宋体" w:hAnsi="宋体" w:cs="宋体"/>
          <w:color w:val="000000"/>
        </w:rPr>
        <w:t>所表示的数，然后根据题意求出</w:t>
      </w:r>
      <w:r>
        <w:pict>
          <v:shape id="_x0000_i709317" type="#_x0000_t75" alt="学科网(www.zxxk.com)--教育资源门户，提供试卷、教案、课件、论文、素材以及各类教学资源下载，还有大量而丰富的教学相关资讯！" style="width:15.75pt;height:17.25pt" o:oleicon="f" o:ole="">
            <v:imagedata r:id="rId2773" o:title="eqIdee638de17b1b8daf4a27fb38cdeb5b2f"/>
          </v:shape>
        </w:pict>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）根据题意可得</w:t>
      </w:r>
      <w:r>
        <w:rPr>
          <w:rFonts w:ascii="Times New Roman" w:eastAsia="Times New Roman" w:hAnsi="Times New Roman" w:cs="Times New Roman"/>
          <w:i/>
          <w:color w:val="000000"/>
        </w:rPr>
        <w:t>PO</w:t>
      </w:r>
      <w:r>
        <w:rPr>
          <w:rFonts w:ascii="宋体" w:eastAsia="宋体" w:hAnsi="宋体" w:cs="宋体"/>
          <w:color w:val="000000"/>
        </w:rPr>
        <w:t>＞</w:t>
      </w:r>
      <w:r>
        <w:rPr>
          <w:rFonts w:ascii="Times New Roman" w:eastAsia="Times New Roman" w:hAnsi="Times New Roman" w:cs="Times New Roman"/>
          <w:i/>
          <w:color w:val="000000"/>
        </w:rPr>
        <w:t>PA</w:t>
      </w:r>
      <w:r>
        <w:rPr>
          <w:rFonts w:ascii="宋体" w:eastAsia="宋体" w:hAnsi="宋体" w:cs="宋体"/>
          <w:color w:val="000000"/>
        </w:rPr>
        <w:t>且</w:t>
      </w:r>
      <w:r>
        <w:rPr>
          <w:rFonts w:ascii="Times New Roman" w:eastAsia="Times New Roman" w:hAnsi="Times New Roman" w:cs="Times New Roman"/>
          <w:i/>
          <w:color w:val="000000"/>
        </w:rPr>
        <w:t>PO</w:t>
      </w:r>
      <w:r>
        <w:rPr>
          <w:rFonts w:ascii="宋体" w:eastAsia="宋体" w:hAnsi="宋体" w:cs="宋体"/>
          <w:color w:val="000000"/>
        </w:rPr>
        <w:t>为</w:t>
      </w:r>
      <w:r>
        <w:rPr>
          <w:rFonts w:ascii="Times New Roman" w:eastAsia="Times New Roman" w:hAnsi="Times New Roman" w:cs="Times New Roman"/>
          <w:i/>
          <w:color w:val="000000"/>
        </w:rPr>
        <w:t>PA</w:t>
      </w:r>
      <w:r>
        <w:rPr>
          <w:rFonts w:ascii="宋体" w:eastAsia="宋体" w:hAnsi="宋体" w:cs="宋体"/>
          <w:color w:val="000000"/>
        </w:rPr>
        <w:t>的整数倍，然后分别求出所有</w:t>
      </w:r>
      <w:r>
        <w:rPr>
          <w:rFonts w:ascii="Times New Roman" w:eastAsia="Times New Roman" w:hAnsi="Times New Roman" w:cs="Times New Roman"/>
          <w:i/>
          <w:color w:val="000000"/>
        </w:rPr>
        <w:t>P</w:t>
      </w:r>
      <w:r>
        <w:rPr>
          <w:rFonts w:ascii="宋体" w:eastAsia="宋体" w:hAnsi="宋体" w:cs="宋体"/>
          <w:color w:val="000000"/>
        </w:rPr>
        <w:t>所表示的数，最后求和即可．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）①∵点</w:t>
      </w:r>
      <w:r>
        <w:pict>
          <v:shape id="_x0000_i709318" type="#_x0000_t75" alt="学科网(www.zxxk.com)--教育资源门户，提供试卷、教案、课件、论文、素材以及各类教学资源下载，还有大量而丰富的教学相关资讯！" style="width:12pt;height:18pt" o:oleicon="f" o:ole="">
            <v:imagedata r:id="rId2774" o:title="eqId2708fa6298e52f617383efc175b71ddc"/>
          </v:shape>
        </w:pict>
      </w:r>
      <w:r>
        <w:rPr>
          <w:rFonts w:ascii="宋体" w:eastAsia="宋体" w:hAnsi="宋体" w:cs="宋体"/>
          <w:color w:val="000000"/>
        </w:rPr>
        <w:t>表示的数是</w:t>
      </w:r>
      <w:r>
        <w:pict>
          <v:shape id="_x0000_i709319" type="#_x0000_t75" alt="学科网(www.zxxk.com)--教育资源门户，提供试卷、教案、课件、论文、素材以及各类教学资源下载，还有大量而丰富的教学相关资讯！" style="width:20.2pt;height:31.1pt" o:oleicon="f" o:ole="">
            <v:imagedata r:id="rId2775" o:title="eqId602baac86c2b1668ecdfadc8a5948885"/>
          </v:shape>
        </w:pict>
      </w:r>
      <w:r>
        <w:rPr>
          <w:rFonts w:ascii="宋体" w:eastAsia="宋体" w:hAnsi="宋体" w:cs="宋体"/>
          <w:color w:val="000000"/>
        </w:rPr>
        <w:t>，点</w:t>
      </w:r>
      <w:r>
        <w:pict>
          <v:shape id="_x0000_i709320" type="#_x0000_t75" alt="学科网(www.zxxk.com)--教育资源门户，提供试卷、教案、课件、论文、素材以及各类教学资源下载，还有大量而丰富的教学相关资讯！" style="width:12.75pt;height:18pt" o:oleicon="f" o:ole="">
            <v:imagedata r:id="rId2776" o:title="eqId9b9cb8e6ff801523b0304576cd69fd2d"/>
          </v:shape>
        </w:pict>
      </w:r>
      <w:r>
        <w:rPr>
          <w:rFonts w:ascii="宋体" w:eastAsia="宋体" w:hAnsi="宋体" w:cs="宋体"/>
          <w:color w:val="000000"/>
        </w:rPr>
        <w:t>与</w:t>
      </w:r>
      <w:r>
        <w:pict>
          <v:shape id="_x0000_i709321" type="#_x0000_t75" alt="学科网(www.zxxk.com)--教育资源门户，提供试卷、教案、课件、论文、素材以及各类教学资源下载，还有大量而丰富的教学相关资讯！" style="width:12pt;height:18pt" o:oleicon="f" o:ole="">
            <v:imagedata r:id="rId2774" o:title="eqId2708fa6298e52f617383efc175b71ddc"/>
          </v:shape>
        </w:pict>
      </w:r>
      <w:r>
        <w:rPr>
          <w:rFonts w:ascii="宋体" w:eastAsia="宋体" w:hAnsi="宋体" w:cs="宋体"/>
          <w:color w:val="000000"/>
        </w:rPr>
        <w:t>关于原点对称．</w:t>
      </w:r>
    </w:p>
    <w:p>
      <w:pPr>
        <w:spacing w:line="360" w:lineRule="auto"/>
        <w:jc w:val="left"/>
        <w:textAlignment w:val="center"/>
        <w:rPr>
          <w:color w:val="000000"/>
        </w:rPr>
      </w:pPr>
      <w:r>
        <w:rPr>
          <w:rFonts w:ascii="宋体" w:eastAsia="宋体" w:hAnsi="宋体" w:cs="宋体"/>
          <w:color w:val="000000"/>
        </w:rPr>
        <w:t>∴</w:t>
      </w:r>
      <w:r>
        <w:pict>
          <v:shape id="_x0000_i709322" type="#_x0000_t75" alt="学科网(www.zxxk.com)--教育资源门户，提供试卷、教案、课件、论文、素材以及各类教学资源下载，还有大量而丰富的教学相关资讯！" style="width:12.75pt;height:18pt" o:oleicon="f" o:ole="">
            <v:imagedata r:id="rId2778" o:title="eqId9b9cb8e6ff801523b0304576cd69fd2d"/>
          </v:shape>
        </w:pict>
      </w:r>
      <w:r>
        <w:rPr>
          <w:color w:val="000000"/>
        </w:rPr>
        <w:t>表</w:t>
      </w:r>
      <w:r>
        <w:rPr>
          <w:rFonts w:ascii="宋体" w:eastAsia="宋体" w:hAnsi="宋体" w:cs="宋体"/>
          <w:color w:val="000000"/>
        </w:rPr>
        <w:t>示</w:t>
      </w:r>
      <w:r>
        <w:rPr>
          <w:rFonts w:ascii="宋体" w:eastAsia="宋体" w:hAnsi="宋体" w:cs="宋体"/>
          <w:color w:val="000000"/>
          <w:position w:val="0"/>
        </w:rPr>
        <w:drawing>
          <wp:inline>
            <wp:extent cx="133350" cy="177800"/>
            <wp:docPr id="30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 name=""/>
                    <pic:cNvPicPr>
                      <a:picLocks noChangeAspect="1"/>
                    </pic:cNvPicPr>
                  </pic:nvPicPr>
                  <pic:blipFill>
                    <a:blip r:embed="rId277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数是</w:t>
      </w:r>
      <w:r>
        <w:pict>
          <v:shape id="_x0000_i709323" type="#_x0000_t75" alt="学科网(www.zxxk.com)--教育资源门户，提供试卷、教案、课件、论文、素材以及各类教学资源下载，还有大量而丰富的教学相关资讯！" style="width:11.9pt;height:31.2pt" o:oleicon="f" o:ole="">
            <v:imagedata r:id="rId2779" o:title="eqId56d266a04f3dc7483eddbc26c5e487d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324" type="#_x0000_t75" alt="学科网(www.zxxk.com)--教育资源门户，提供试卷、教案、课件、论文、素材以及各类教学资源下载，还有大量而丰富的教学相关资讯！" style="width:92.25pt;height:60pt" o:oleicon="f" o:ole="">
            <v:imagedata r:id="rId2780" o:title="eqIdfdf3a794aa897ef11ee23de64746b9c8"/>
          </v:shape>
        </w:pict>
      </w:r>
    </w:p>
    <w:p>
      <w:pPr>
        <w:spacing w:line="360" w:lineRule="auto"/>
        <w:jc w:val="left"/>
        <w:textAlignment w:val="center"/>
        <w:rPr>
          <w:color w:val="000000"/>
        </w:rPr>
      </w:pPr>
      <w:r>
        <w:rPr>
          <w:rFonts w:ascii="宋体" w:eastAsia="宋体" w:hAnsi="宋体" w:cs="宋体"/>
          <w:color w:val="000000"/>
        </w:rPr>
        <w:t>故答案是</w:t>
      </w:r>
      <w:r>
        <w:pict>
          <v:shape id="_x0000_i709325" type="#_x0000_t75" alt="学科网(www.zxxk.com)--教育资源门户，提供试卷、教案、课件、论文、素材以及各类教学资源下载，还有大量而丰富的教学相关资讯！" style="width:11.25pt;height:30.75pt" o:oleicon="f" o:ole="">
            <v:imagedata r:id="rId2781" o:title="eqId4dac452fbb5ef6dd653e7fbbef63948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w:t>
      </w:r>
      <w:r>
        <w:pict>
          <v:shape id="_x0000_i709326" type="#_x0000_t75" alt="学科网(www.zxxk.com)--教育资源门户，提供试卷、教案、课件、论文、素材以及各类教学资源下载，还有大量而丰富的教学相关资讯！" style="width:12.75pt;height:18pt" o:oleicon="f" o:ole="">
            <v:imagedata r:id="rId2782" o:title="eqId797e67927616b141ed7c6b83f8b6f4fb"/>
          </v:shape>
        </w:pict>
      </w:r>
      <w:r>
        <w:rPr>
          <w:rFonts w:ascii="宋体" w:eastAsia="宋体" w:hAnsi="宋体" w:cs="宋体"/>
          <w:color w:val="000000"/>
        </w:rPr>
        <w:t>表示的数大约是</w:t>
      </w:r>
      <w:r>
        <w:pict>
          <v:shape id="_x0000_i709327" type="#_x0000_t75" alt="学科网(www.zxxk.com)--教育资源门户，提供试卷、教案、课件、论文、素材以及各类教学资源下载，还有大量而丰富的教学相关资讯！" style="width:17.25pt;height:30.75pt" o:oleicon="f" o:ole="">
            <v:imagedata r:id="rId2783" o:title="eqId33416936750a9caf9e877f02c3ad6b0e"/>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328" type="#_x0000_t75" alt="学科网(www.zxxk.com)--教育资源门户，提供试卷、教案、课件、论文、素材以及各类教学资源下载，还有大量而丰富的教学相关资讯！" style="width:104.25pt;height:60pt" o:oleicon="f" o:ole="">
            <v:imagedata r:id="rId2784" o:title="eqIdf917bc34e0794d376b3c2931e9ef9427"/>
          </v:shape>
        </w:pict>
      </w:r>
      <w:r>
        <w:rPr>
          <w:rFonts w:ascii="宋体" w:eastAsia="宋体" w:hAnsi="宋体" w:cs="宋体"/>
          <w:color w:val="000000"/>
        </w:rPr>
        <w:t>，</w:t>
      </w:r>
      <w:r>
        <w:pict>
          <v:shape id="_x0000_i709329" type="#_x0000_t75" alt="学科网(www.zxxk.com)--教育资源门户，提供试卷、教案、课件、论文、素材以及各类教学资源下载，还有大量而丰富的教学相关资讯！" style="width:104.25pt;height:60pt" o:oleicon="f" o:ole="">
            <v:imagedata r:id="rId2785" o:title="eqId054d6bdacaca44fccafbdcb5ac3a5d97"/>
          </v:shape>
        </w:pict>
      </w:r>
    </w:p>
    <w:p>
      <w:pPr>
        <w:spacing w:line="360" w:lineRule="auto"/>
        <w:jc w:val="left"/>
        <w:textAlignment w:val="center"/>
        <w:rPr>
          <w:color w:val="000000"/>
        </w:rPr>
      </w:pPr>
      <w:r>
        <w:rPr>
          <w:rFonts w:ascii="宋体" w:eastAsia="宋体" w:hAnsi="宋体" w:cs="宋体"/>
          <w:color w:val="000000"/>
        </w:rPr>
        <w:t>∴</w:t>
      </w:r>
      <w:r>
        <w:pict>
          <v:shape id="_x0000_i709330" type="#_x0000_t75" alt="学科网(www.zxxk.com)--教育资源门户，提供试卷、教案、课件、论文、素材以及各类教学资源下载，还有大量而丰富的教学相关资讯！" style="width:12.75pt;height:21pt" o:oleicon="f" o:ole="">
            <v:imagedata r:id="rId2786" o:title="eqIde7a377741f86d4fe53c85e711ae10179"/>
          </v:shape>
        </w:pict>
      </w:r>
      <w:r>
        <w:rPr>
          <w:rFonts w:ascii="宋体" w:eastAsia="宋体" w:hAnsi="宋体" w:cs="宋体"/>
          <w:color w:val="000000"/>
        </w:rPr>
        <w:t>＜</w:t>
      </w:r>
      <w:r>
        <w:pict>
          <v:shape id="_x0000_i709331" type="#_x0000_t75" alt="学科网(www.zxxk.com)--教育资源门户，提供试卷、教案、课件、论文、素材以及各类教学资源下载，还有大量而丰富的教学相关资讯！" style="width:14.25pt;height:21pt" o:oleicon="f" o:ole="">
            <v:imagedata r:id="rId2787" o:title="eqIdb5731fe3705707637af64b9ca32bb453"/>
          </v:shape>
        </w:pict>
      </w:r>
      <w:r>
        <w:rPr>
          <w:rFonts w:ascii="宋体" w:eastAsia="宋体" w:hAnsi="宋体" w:cs="宋体"/>
          <w:color w:val="000000"/>
        </w:rPr>
        <w:t>＜</w:t>
      </w:r>
      <w:r>
        <w:pict>
          <v:shape id="_x0000_i709332" type="#_x0000_t75" alt="学科网(www.zxxk.com)--教育资源门户，提供试卷、教案、课件、论文、素材以及各类教学资源下载，还有大量而丰富的教学相关资讯！" style="width:14.25pt;height:21pt" o:oleicon="f" o:ole="">
            <v:imagedata r:id="rId2788" o:title="eqIdf44392a12f88814f6f38e296b7706d67"/>
          </v:shape>
        </w:pict>
      </w:r>
    </w:p>
    <w:p>
      <w:pPr>
        <w:spacing w:line="360" w:lineRule="auto"/>
        <w:jc w:val="left"/>
        <w:textAlignment w:val="center"/>
        <w:rPr>
          <w:color w:val="000000"/>
        </w:rPr>
      </w:pPr>
      <w:r>
        <w:rPr>
          <w:rFonts w:ascii="宋体" w:eastAsia="宋体" w:hAnsi="宋体" w:cs="宋体"/>
          <w:color w:val="000000"/>
        </w:rPr>
        <w:t>故答案是</w:t>
      </w:r>
      <w:r>
        <w:pict>
          <v:shape id="_x0000_i709333" type="#_x0000_t75" alt="学科网(www.zxxk.com)--教育资源门户，提供试卷、教案、课件、论文、素材以及各类教学资源下载，还有大量而丰富的教学相关资讯！" style="width:12.75pt;height:21pt" o:oleicon="f" o:ole="">
            <v:imagedata r:id="rId2789" o:title="eqIde7a377741f86d4fe53c85e711ae10179"/>
          </v:shape>
        </w:pict>
      </w:r>
      <w:r>
        <w:rPr>
          <w:rFonts w:ascii="宋体" w:eastAsia="宋体" w:hAnsi="宋体" w:cs="宋体"/>
          <w:color w:val="000000"/>
        </w:rPr>
        <w:t>＜</w:t>
      </w:r>
      <w:r>
        <w:pict>
          <v:shape id="_x0000_i709334" type="#_x0000_t75" alt="学科网(www.zxxk.com)--教育资源门户，提供试卷、教案、课件、论文、素材以及各类教学资源下载，还有大量而丰富的教学相关资讯！" style="width:14.25pt;height:21pt" o:oleicon="f" o:ole="">
            <v:imagedata r:id="rId2790" o:title="eqIdb5731fe3705707637af64b9ca32bb453"/>
          </v:shape>
        </w:pict>
      </w:r>
      <w:r>
        <w:rPr>
          <w:rFonts w:ascii="宋体" w:eastAsia="宋体" w:hAnsi="宋体" w:cs="宋体"/>
          <w:color w:val="000000"/>
        </w:rPr>
        <w:t>＜</w:t>
      </w:r>
      <w:r>
        <w:pict>
          <v:shape id="_x0000_i709335" type="#_x0000_t75" alt="学科网(www.zxxk.com)--教育资源门户，提供试卷、教案、课件、论文、素材以及各类教学资源下载，还有大量而丰富的教学相关资讯！" style="width:14.25pt;height:21pt" o:oleicon="f" o:ole="">
            <v:imagedata r:id="rId2791" o:title="eqIdf44392a12f88814f6f38e296b7706d6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pict>
          <v:shape id="_x0000_i709336" type="#_x0000_t75" alt="学科网(www.zxxk.com)--教育资源门户，提供试卷、教案、课件、论文、素材以及各类教学资源下载，还有大量而丰富的教学相关资讯！" style="width:60pt;height:30.75pt" o:oleicon="f" o:ole="">
            <v:imagedata r:id="rId2792" o:title="eqId7e1e463262ccfcc5ad0daa7716361620"/>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表示的数是</w:t>
      </w:r>
      <w:r>
        <w:pict>
          <v:shape id="_x0000_i709337" type="#_x0000_t75" alt="学科网(www.zxxk.com)--教育资源门户，提供试卷、教案、课件、论文、素材以及各类教学资源下载，还有大量而丰富的教学相关资讯！" style="width:11.25pt;height:30.75pt" o:oleicon="f" o:ole="">
            <v:imagedata r:id="rId2793" o:title="eqId4dac452fbb5ef6dd653e7fbbef639484"/>
          </v:shape>
        </w:pict>
      </w:r>
      <w:r>
        <w:rPr>
          <w:rFonts w:ascii="宋体" w:eastAsia="宋体" w:hAnsi="宋体" w:cs="宋体"/>
          <w:color w:val="000000"/>
        </w:rPr>
        <w:t>或</w:t>
      </w:r>
      <w:r>
        <w:rPr>
          <w:rFonts w:ascii="Times New Roman" w:eastAsia="Times New Roman" w:hAnsi="Times New Roman" w:cs="Times New Roman"/>
          <w:color w:val="000000"/>
        </w:rPr>
        <w:t>-</w:t>
      </w:r>
      <w:r>
        <w:pict>
          <v:shape id="_x0000_i709338" type="#_x0000_t75" alt="学科网(www.zxxk.com)--教育资源门户，提供试卷、教案、课件、论文、素材以及各类教学资源下载，还有大量而丰富的教学相关资讯！" style="width:11.25pt;height:30.75pt" o:oleicon="f" o:ole="">
            <v:imagedata r:id="rId2793" o:title="eqId4dac452fbb5ef6dd653e7fbbef639484"/>
          </v:shape>
        </w:pict>
      </w:r>
    </w:p>
    <w:p>
      <w:pPr>
        <w:spacing w:line="360" w:lineRule="auto"/>
        <w:jc w:val="left"/>
        <w:textAlignment w:val="center"/>
        <w:rPr>
          <w:color w:val="000000"/>
        </w:rPr>
      </w:pPr>
      <w:r>
        <w:rPr>
          <w:rFonts w:ascii="宋体" w:eastAsia="宋体" w:hAnsi="宋体" w:cs="宋体"/>
          <w:color w:val="000000"/>
        </w:rPr>
        <w:t>∴</w:t>
      </w:r>
      <w:r>
        <w:pict>
          <v:shape id="_x0000_i709339" type="#_x0000_t75" alt="学科网(www.zxxk.com)--教育资源门户，提供试卷、教案、课件、论文、素材以及各类教学资源下载，还有大量而丰富的教学相关资讯！" style="width:105pt;height:60pt" o:oleicon="f" o:ole="">
            <v:imagedata r:id="rId2794" o:title="eqId50c06a1c2b2aa4375c71af0304d28f38"/>
          </v:shape>
        </w:pict>
      </w:r>
      <w:r>
        <w:rPr>
          <w:rFonts w:ascii="宋体" w:eastAsia="宋体" w:hAnsi="宋体" w:cs="宋体"/>
          <w:color w:val="000000"/>
        </w:rPr>
        <w:t>或</w:t>
      </w:r>
      <w:r>
        <w:pict>
          <v:shape id="_x0000_i709340" type="#_x0000_t75" alt="学科网(www.zxxk.com)--教育资源门户，提供试卷、教案、课件、论文、素材以及各类教学资源下载，还有大量而丰富的教学相关资讯！" style="width:105pt;height:60pt" o:oleicon="f" o:ole="">
            <v:imagedata r:id="rId2795" o:title="eqIdeb1085bda9961f77790a6097e175b1b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表示有理数，</w:t>
      </w:r>
      <w:r>
        <w:pict>
          <v:shape id="_x0000_i709341" type="#_x0000_t75" alt="学科网(www.zxxk.com)--教育资源门户，提供试卷、教案、课件、论文、素材以及各类教学资源下载，还有大量而丰富的教学相关资讯！" style="width:14.25pt;height:21pt" o:oleicon="f" o:ole="">
            <v:imagedata r:id="rId2796" o:title="eqId990fc4a0fb2329548407dba6a40831f3"/>
          </v:shape>
        </w:pict>
      </w:r>
      <w:r>
        <w:rPr>
          <w:rFonts w:ascii="宋体" w:eastAsia="宋体" w:hAnsi="宋体" w:cs="宋体"/>
          <w:color w:val="000000"/>
        </w:rPr>
        <w:t>＜</w:t>
      </w:r>
      <w:r>
        <w:rPr>
          <w:rFonts w:ascii="Times New Roman" w:eastAsia="Times New Roman" w:hAnsi="Times New Roman" w:cs="Times New Roman"/>
          <w:color w:val="000000"/>
        </w:rPr>
        <w:t>100</w:t>
      </w:r>
      <w:r>
        <w:rPr>
          <w:rFonts w:ascii="宋体" w:eastAsia="宋体" w:hAnsi="宋体" w:cs="宋体"/>
          <w:color w:val="000000"/>
        </w:rPr>
        <w:t>且为整数</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PO</w:t>
      </w:r>
      <w:r>
        <w:rPr>
          <w:rFonts w:ascii="宋体" w:eastAsia="宋体" w:hAnsi="宋体" w:cs="宋体"/>
          <w:color w:val="000000"/>
        </w:rPr>
        <w:t>＞</w:t>
      </w:r>
      <w:r>
        <w:rPr>
          <w:rFonts w:ascii="Times New Roman" w:eastAsia="Times New Roman" w:hAnsi="Times New Roman" w:cs="Times New Roman"/>
          <w:i/>
          <w:color w:val="000000"/>
        </w:rPr>
        <w:t>PA</w:t>
      </w:r>
      <w:r>
        <w:rPr>
          <w:rFonts w:ascii="宋体" w:eastAsia="宋体" w:hAnsi="宋体" w:cs="宋体"/>
          <w:color w:val="000000"/>
        </w:rPr>
        <w:t>且</w:t>
      </w:r>
      <w:r>
        <w:rPr>
          <w:rFonts w:ascii="Times New Roman" w:eastAsia="Times New Roman" w:hAnsi="Times New Roman" w:cs="Times New Roman"/>
          <w:i/>
          <w:color w:val="000000"/>
        </w:rPr>
        <w:t>PO</w:t>
      </w:r>
      <w:r>
        <w:rPr>
          <w:rFonts w:ascii="宋体" w:eastAsia="宋体" w:hAnsi="宋体" w:cs="宋体"/>
          <w:color w:val="000000"/>
        </w:rPr>
        <w:t>为</w:t>
      </w:r>
      <w:r>
        <w:rPr>
          <w:rFonts w:ascii="Times New Roman" w:eastAsia="Times New Roman" w:hAnsi="Times New Roman" w:cs="Times New Roman"/>
          <w:i/>
          <w:color w:val="000000"/>
        </w:rPr>
        <w:t>PA</w:t>
      </w:r>
      <w:r>
        <w:rPr>
          <w:rFonts w:ascii="宋体" w:eastAsia="宋体" w:hAnsi="宋体" w:cs="宋体"/>
          <w:color w:val="000000"/>
        </w:rPr>
        <w:t>的整数倍</w:t>
      </w:r>
    </w:p>
    <w:p>
      <w:pPr>
        <w:spacing w:line="360" w:lineRule="auto"/>
        <w:jc w:val="left"/>
        <w:textAlignment w:val="center"/>
        <w:rPr>
          <w:color w:val="000000"/>
        </w:rPr>
      </w:pPr>
      <w:r>
        <w:rPr>
          <w:rFonts w:ascii="宋体" w:eastAsia="宋体" w:hAnsi="宋体" w:cs="宋体"/>
          <w:color w:val="000000"/>
        </w:rPr>
        <w:t>由题意可得，当</w:t>
      </w:r>
      <w:r>
        <w:rPr>
          <w:rFonts w:ascii="Times New Roman" w:eastAsia="Times New Roman" w:hAnsi="Times New Roman" w:cs="Times New Roman"/>
          <w:i/>
          <w:color w:val="000000"/>
        </w:rPr>
        <w:t>P</w:t>
      </w:r>
      <w:r>
        <w:rPr>
          <w:rFonts w:ascii="宋体" w:eastAsia="宋体" w:hAnsi="宋体" w:cs="宋体"/>
          <w:color w:val="000000"/>
        </w:rPr>
        <w:t>为</w:t>
      </w:r>
      <w:r>
        <w:rPr>
          <w:rFonts w:ascii="Times New Roman" w:eastAsia="Times New Roman" w:hAnsi="Times New Roman" w:cs="Times New Roman"/>
          <w:i/>
          <w:color w:val="000000"/>
        </w:rPr>
        <w:t>OA</w:t>
      </w:r>
      <w:r>
        <w:rPr>
          <w:rFonts w:ascii="宋体" w:eastAsia="宋体" w:hAnsi="宋体" w:cs="宋体"/>
          <w:color w:val="000000"/>
        </w:rPr>
        <w:t>中点时，则</w:t>
      </w:r>
      <w:r>
        <w:pict>
          <v:shape id="_x0000_i709342" type="#_x0000_t75" alt="学科网(www.zxxk.com)--教育资源门户，提供试卷、教案、课件、论文、素材以及各类教学资源下载，还有大量而丰富的教学相关资讯！" style="width:14.25pt;height:21pt" o:oleicon="f" o:ole="">
            <v:imagedata r:id="rId2797" o:title="eqId990fc4a0fb2329548407dba6a40831f3"/>
          </v:shape>
        </w:pict>
      </w:r>
      <w:r>
        <w:rPr>
          <w:rFonts w:ascii="Times New Roman" w:eastAsia="Times New Roman" w:hAnsi="Times New Roman" w:cs="Times New Roman"/>
          <w:color w:val="000000"/>
        </w:rPr>
        <w:t>=1</w:t>
      </w:r>
      <w:r>
        <w:rPr>
          <w:rFonts w:ascii="宋体" w:eastAsia="宋体" w:hAnsi="宋体" w:cs="宋体"/>
          <w:color w:val="000000"/>
        </w:rPr>
        <w:t>，此时为最小正整数且</w:t>
      </w:r>
      <w:r>
        <w:rPr>
          <w:rFonts w:ascii="Times New Roman" w:eastAsia="Times New Roman" w:hAnsi="Times New Roman" w:cs="Times New Roman"/>
          <w:i/>
          <w:color w:val="000000"/>
        </w:rPr>
        <w:t>P</w:t>
      </w:r>
      <w:r>
        <w:rPr>
          <w:rFonts w:ascii="宋体" w:eastAsia="宋体" w:hAnsi="宋体" w:cs="宋体"/>
          <w:color w:val="000000"/>
        </w:rPr>
        <w:t>表示</w:t>
      </w:r>
      <w:r>
        <w:pict>
          <v:shape id="_x0000_i709343" type="#_x0000_t75" alt="学科网(www.zxxk.com)--教育资源门户，提供试卷、教案、课件、论文、素材以及各类教学资源下载，还有大量而丰富的教学相关资讯！" style="width:10.5pt;height:21pt" o:oleicon="f" o:ole="">
            <v:imagedata r:id="rId2798" o:title="eqIdf89eef3148f2d4d09379767b4af69132"/>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9344" type="#_x0000_t75" alt="学科网(www.zxxk.com)--教育资源门户，提供试卷、教案、课件、论文、素材以及各类教学资源下载，还有大量而丰富的教学相关资讯！" style="width:14.25pt;height:21pt" o:oleicon="f" o:ole="">
            <v:imagedata r:id="rId2799" o:title="eqId990fc4a0fb2329548407dba6a40831f3"/>
          </v:shape>
        </w:pict>
      </w:r>
      <w:r>
        <w:rPr>
          <w:rFonts w:ascii="Times New Roman" w:eastAsia="Times New Roman" w:hAnsi="Times New Roman" w:cs="Times New Roman"/>
          <w:color w:val="000000"/>
        </w:rPr>
        <w:t>=2</w:t>
      </w:r>
      <w:r>
        <w:rPr>
          <w:rFonts w:ascii="宋体" w:eastAsia="宋体" w:hAnsi="宋体" w:cs="宋体"/>
          <w:color w:val="000000"/>
        </w:rPr>
        <w:t>，即</w:t>
      </w:r>
      <w:r>
        <w:rPr>
          <w:rFonts w:ascii="Times New Roman" w:eastAsia="Times New Roman" w:hAnsi="Times New Roman" w:cs="Times New Roman"/>
          <w:i/>
          <w:color w:val="000000"/>
        </w:rPr>
        <w:t>PO</w:t>
      </w:r>
      <w:r>
        <w:rPr>
          <w:rFonts w:ascii="Times New Roman" w:eastAsia="Times New Roman" w:hAnsi="Times New Roman" w:cs="Times New Roman"/>
          <w:color w:val="000000"/>
        </w:rPr>
        <w:t>=2</w:t>
      </w: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宋体" w:eastAsia="宋体" w:hAnsi="宋体" w:cs="宋体"/>
          <w:color w:val="000000"/>
        </w:rPr>
        <w:t>此时</w:t>
      </w:r>
      <w:r>
        <w:rPr>
          <w:rFonts w:ascii="Times New Roman" w:eastAsia="Times New Roman" w:hAnsi="Times New Roman" w:cs="Times New Roman"/>
          <w:i/>
          <w:color w:val="000000"/>
        </w:rPr>
        <w:t>P</w:t>
      </w:r>
      <w:r>
        <w:rPr>
          <w:rFonts w:ascii="宋体" w:eastAsia="宋体" w:hAnsi="宋体" w:cs="宋体"/>
          <w:color w:val="000000"/>
        </w:rPr>
        <w:t>表示</w:t>
      </w:r>
      <w:r>
        <w:pict>
          <v:shape id="_x0000_i709345" type="#_x0000_t75" alt="学科网(www.zxxk.com)--教育资源门户，提供试卷、教案、课件、论文、素材以及各类教学资源下载，还有大量而丰富的教学相关资讯！" style="width:11.25pt;height:27.75pt" o:oleicon="f" o:ole="">
            <v:imagedata r:id="rId2800" o:title="eqIdbf31876698721a199c7c53c6b320aa86"/>
          </v:shape>
        </w:pict>
      </w:r>
      <w:r>
        <w:rPr>
          <w:rFonts w:ascii="宋体" w:eastAsia="宋体" w:hAnsi="宋体" w:cs="宋体"/>
          <w:color w:val="000000"/>
        </w:rPr>
        <w:t>或</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9346" type="#_x0000_t75" alt="学科网(www.zxxk.com)--教育资源门户，提供试卷、教案、课件、论文、素材以及各类教学资源下载，还有大量而丰富的教学相关资讯！" style="width:14.25pt;height:21pt" o:oleicon="f" o:ole="">
            <v:imagedata r:id="rId2801" o:title="eqId990fc4a0fb2329548407dba6a40831f3"/>
          </v:shape>
        </w:pict>
      </w:r>
      <w:r>
        <w:rPr>
          <w:rFonts w:ascii="Times New Roman" w:eastAsia="Times New Roman" w:hAnsi="Times New Roman" w:cs="Times New Roman"/>
          <w:color w:val="000000"/>
        </w:rPr>
        <w:t>=3</w:t>
      </w:r>
      <w:r>
        <w:rPr>
          <w:rFonts w:ascii="宋体" w:eastAsia="宋体" w:hAnsi="宋体" w:cs="宋体"/>
          <w:color w:val="000000"/>
        </w:rPr>
        <w:t>，即</w:t>
      </w:r>
      <w:r>
        <w:rPr>
          <w:rFonts w:ascii="Times New Roman" w:eastAsia="Times New Roman" w:hAnsi="Times New Roman" w:cs="Times New Roman"/>
          <w:i/>
          <w:color w:val="000000"/>
        </w:rPr>
        <w:t>PO</w:t>
      </w:r>
      <w:r>
        <w:rPr>
          <w:rFonts w:ascii="Times New Roman" w:eastAsia="Times New Roman" w:hAnsi="Times New Roman" w:cs="Times New Roman"/>
          <w:color w:val="000000"/>
        </w:rPr>
        <w:t>=3</w:t>
      </w: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宋体" w:eastAsia="宋体" w:hAnsi="宋体" w:cs="宋体"/>
          <w:color w:val="000000"/>
        </w:rPr>
        <w:t>此时</w:t>
      </w:r>
      <w:r>
        <w:rPr>
          <w:rFonts w:ascii="Times New Roman" w:eastAsia="Times New Roman" w:hAnsi="Times New Roman" w:cs="Times New Roman"/>
          <w:i/>
          <w:color w:val="000000"/>
        </w:rPr>
        <w:t>P</w:t>
      </w:r>
      <w:r>
        <w:rPr>
          <w:rFonts w:ascii="宋体" w:eastAsia="宋体" w:hAnsi="宋体" w:cs="宋体"/>
          <w:color w:val="000000"/>
        </w:rPr>
        <w:t>表示</w:t>
      </w:r>
      <w:r>
        <w:pict>
          <v:shape id="_x0000_i709347" type="#_x0000_t75" alt="学科网(www.zxxk.com)--教育资源门户，提供试卷、教案、课件、论文、素材以及各类教学资源下载，还有大量而丰富的教学相关资讯！" style="width:11.75pt;height:30.45pt" o:oleicon="f" o:ole="">
            <v:imagedata r:id="rId2802" o:title="eqId8b2a698891d42c70b597f0da4f215f09"/>
          </v:shape>
        </w:pict>
      </w:r>
      <w:r>
        <w:rPr>
          <w:rFonts w:ascii="宋体" w:eastAsia="宋体" w:hAnsi="宋体" w:cs="宋体"/>
          <w:color w:val="000000"/>
        </w:rPr>
        <w:t>或</w:t>
      </w:r>
      <w:r>
        <w:pict>
          <v:shape id="_x0000_i709348" type="#_x0000_t75" alt="学科网(www.zxxk.com)--教育资源门户，提供试卷、教案、课件、论文、素材以及各类教学资源下载，还有大量而丰富的教学相关资讯！" style="width:12pt;height:31pt" o:oleicon="f" o:ole="">
            <v:imagedata r:id="rId2803" o:title="eqIda4b8503f4706b8321e4e79a87eadea84"/>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p>
    <w:p>
      <w:pPr>
        <w:spacing w:line="360" w:lineRule="auto"/>
        <w:jc w:val="left"/>
        <w:textAlignment w:val="center"/>
        <w:rPr>
          <w:color w:val="000000"/>
        </w:rPr>
      </w:pPr>
      <w:r>
        <w:rPr>
          <w:rFonts w:ascii="宋体" w:eastAsia="宋体" w:hAnsi="宋体" w:cs="宋体"/>
          <w:color w:val="000000"/>
        </w:rPr>
        <w:t>当</w:t>
      </w:r>
      <w:r>
        <w:pict>
          <v:shape id="_x0000_i709349" type="#_x0000_t75" alt="学科网(www.zxxk.com)--教育资源门户，提供试卷、教案、课件、论文、素材以及各类教学资源下载，还有大量而丰富的教学相关资讯！" style="width:14.25pt;height:21pt" o:oleicon="f" o:ole="">
            <v:imagedata r:id="rId2804" o:title="eqId990fc4a0fb2329548407dba6a40831f3"/>
          </v:shape>
        </w:pict>
      </w:r>
      <w:r>
        <w:rPr>
          <w:rFonts w:ascii="Times New Roman" w:eastAsia="Times New Roman" w:hAnsi="Times New Roman" w:cs="Times New Roman"/>
          <w:color w:val="000000"/>
        </w:rPr>
        <w:t>=99</w:t>
      </w:r>
      <w:r>
        <w:rPr>
          <w:rFonts w:ascii="宋体" w:eastAsia="宋体" w:hAnsi="宋体" w:cs="宋体"/>
          <w:color w:val="000000"/>
        </w:rPr>
        <w:t>，即</w:t>
      </w:r>
      <w:r>
        <w:rPr>
          <w:rFonts w:ascii="Times New Roman" w:eastAsia="Times New Roman" w:hAnsi="Times New Roman" w:cs="Times New Roman"/>
          <w:i/>
          <w:color w:val="000000"/>
        </w:rPr>
        <w:t>PO</w:t>
      </w:r>
      <w:r>
        <w:rPr>
          <w:rFonts w:ascii="Times New Roman" w:eastAsia="Times New Roman" w:hAnsi="Times New Roman" w:cs="Times New Roman"/>
          <w:color w:val="000000"/>
        </w:rPr>
        <w:t>=3</w:t>
      </w: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宋体" w:eastAsia="宋体" w:hAnsi="宋体" w:cs="宋体"/>
          <w:color w:val="000000"/>
        </w:rPr>
        <w:t>此时</w:t>
      </w:r>
      <w:r>
        <w:rPr>
          <w:rFonts w:ascii="Times New Roman" w:eastAsia="Times New Roman" w:hAnsi="Times New Roman" w:cs="Times New Roman"/>
          <w:i/>
          <w:color w:val="000000"/>
        </w:rPr>
        <w:t>P</w:t>
      </w:r>
      <w:r>
        <w:rPr>
          <w:rFonts w:ascii="宋体" w:eastAsia="宋体" w:hAnsi="宋体" w:cs="宋体"/>
          <w:color w:val="000000"/>
        </w:rPr>
        <w:t>表示</w:t>
      </w:r>
      <w:r>
        <w:pict>
          <v:shape id="_x0000_i709350" type="#_x0000_t75" alt="学科网(www.zxxk.com)--教育资源门户，提供试卷、教案、课件、论文、素材以及各类教学资源下载，还有大量而丰富的教学相关资讯！" style="width:21.75pt;height:30.75pt" o:oleicon="f" o:ole="">
            <v:imagedata r:id="rId2805" o:title="eqId56a59fbd6812a044c767944dd833a704"/>
          </v:shape>
        </w:pict>
      </w:r>
      <w:r>
        <w:rPr>
          <w:rFonts w:ascii="宋体" w:eastAsia="宋体" w:hAnsi="宋体" w:cs="宋体"/>
          <w:color w:val="000000"/>
        </w:rPr>
        <w:t>或</w:t>
      </w:r>
      <w:r>
        <w:pict>
          <v:shape id="_x0000_i709351" type="#_x0000_t75" alt="学科网(www.zxxk.com)--教育资源门户，提供试卷、教案、课件、论文、素材以及各类教学资源下载，还有大量而丰富的教学相关资讯！" style="width:17.4pt;height:30.6pt" o:oleicon="f" o:ole="">
            <v:imagedata r:id="rId2806" o:title="eqId769d6d1d45de64f3fccee37768b06bb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∴所有满足条件的</w:t>
      </w:r>
      <w:r>
        <w:rPr>
          <w:rFonts w:ascii="Times New Roman" w:eastAsia="Times New Roman" w:hAnsi="Times New Roman" w:cs="Times New Roman"/>
          <w:i/>
          <w:color w:val="000000"/>
        </w:rPr>
        <w:t>p</w:t>
      </w:r>
      <w:r>
        <w:rPr>
          <w:rFonts w:ascii="宋体" w:eastAsia="宋体" w:hAnsi="宋体" w:cs="宋体"/>
          <w:color w:val="000000"/>
        </w:rPr>
        <w:t>的倒数之和为：</w:t>
      </w:r>
    </w:p>
    <w:p>
      <w:pPr>
        <w:spacing w:line="360" w:lineRule="auto"/>
        <w:jc w:val="left"/>
        <w:textAlignment w:val="center"/>
        <w:rPr>
          <w:color w:val="000000"/>
        </w:rPr>
      </w:pPr>
      <w:r>
        <w:pict>
          <v:shape id="_x0000_i709352" type="#_x0000_t75" alt="学科网(www.zxxk.com)--教育资源门户，提供试卷、教案、课件、论文、素材以及各类教学资源下载，还有大量而丰富的教学相关资讯！" style="width:180pt;height:30.75pt" o:oleicon="f" o:ole="">
            <v:imagedata r:id="rId2807" o:title="eqIdca9a0d3804595fbc18ad16b798a49315"/>
          </v:shape>
        </w:pic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09353" type="#_x0000_t75" alt="学科网(www.zxxk.com)--教育资源门户，提供试卷、教案、课件、论文、素材以及各类教学资源下载，还有大量而丰富的教学相关资讯！" style="width:194.25pt;height:33.75pt" o:oleicon="f" o:ole="">
            <v:imagedata r:id="rId2808" o:title="eqIde14da63447f05556ce5a7b46d0a729fb"/>
          </v:shape>
        </w:pict>
      </w:r>
    </w:p>
    <w:p>
      <w:pPr>
        <w:spacing w:line="360" w:lineRule="auto"/>
        <w:jc w:val="left"/>
        <w:textAlignment w:val="center"/>
        <w:rPr>
          <w:color w:val="000000"/>
        </w:rPr>
      </w:pPr>
      <w:r>
        <w:rPr>
          <w:rFonts w:ascii="Times New Roman" w:eastAsia="Times New Roman" w:hAnsi="Times New Roman" w:cs="Times New Roman"/>
          <w:color w:val="000000"/>
        </w:rPr>
        <w:t>=2+98×2</w:t>
      </w:r>
    </w:p>
    <w:p>
      <w:pPr>
        <w:spacing w:line="360" w:lineRule="auto"/>
        <w:jc w:val="left"/>
        <w:textAlignment w:val="center"/>
        <w:rPr>
          <w:color w:val="000000"/>
        </w:rPr>
      </w:pPr>
      <w:r>
        <w:rPr>
          <w:rFonts w:ascii="Times New Roman" w:eastAsia="Times New Roman" w:hAnsi="Times New Roman" w:cs="Times New Roman"/>
          <w:color w:val="000000"/>
        </w:rPr>
        <w:t>=198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rPr>
          <w:rFonts w:ascii="Times New Roman" w:eastAsia="Times New Roman" w:hAnsi="Times New Roman" w:cs="Times New Roman"/>
          <w:color w:val="000000"/>
        </w:rPr>
        <w:t>198</w:t>
      </w:r>
      <w:r>
        <w:rPr>
          <w:rFonts w:ascii="宋体" w:eastAsia="宋体" w:hAnsi="宋体" w:cs="宋体"/>
          <w:color w:val="000000"/>
        </w:rPr>
        <w:t>．</w:t>
      </w:r>
    </w:p>
    <w:p>
      <w:pPr>
        <w:spacing w:line="360" w:lineRule="auto"/>
        <w:jc w:val="left"/>
        <w:textAlignment w:val="center"/>
        <w:rPr>
          <w:color w:val="000000"/>
        </w:rPr>
        <w:sectPr w:rsidSect="00C321EB">
          <w:headerReference w:type="even" r:id="rId640"/>
          <w:footerReference w:type="even" r:id="rId641"/>
          <w:headerReference w:type="first" r:id="rId642"/>
          <w:footerReference w:type="first" r:id="rId643"/>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本题主要考查了数轴上两点间的距离以及有理数的混合运算等知识点，理解题意、确定各点所表示的数成为解答本题的关键．</w:t>
      </w:r>
    </w:p>
    <w:p>
      <w:pPr>
        <w:pStyle w:val="Heading2"/>
      </w:pPr>
      <w:r>
        <w:t>海淀区清华大学附属中学</w:t>
      </w:r>
    </w:p>
    <w:p>
      <w:pPr>
        <w:spacing w:line="360" w:lineRule="auto"/>
        <w:jc w:val="left"/>
        <w:textAlignment w:val="center"/>
        <w:rPr>
          <w:color w:val="000000"/>
        </w:rPr>
      </w:pPr>
      <w:r>
        <w:rPr>
          <w:color w:val="000000"/>
        </w:rPr>
        <w:t xml:space="preserve">31. </w:t>
      </w:r>
      <w:r>
        <w:rPr>
          <w:rFonts w:ascii="宋体" w:eastAsia="宋体" w:hAnsi="宋体" w:cs="宋体"/>
          <w:color w:val="000000"/>
        </w:rPr>
        <w:t>对于三个数</w:t>
      </w:r>
      <w:r>
        <w:pict>
          <v:shape id="_x0000_i709354" type="#_x0000_t75" alt="学科网(www.zxxk.com)--教育资源门户，提供试卷、教案、课件、论文、素材以及各类教学资源下载，还有大量而丰富的教学相关资讯！" style="width:9pt;height:9.75pt" o:oleicon="f" o:ole="">
            <v:imagedata r:id="rId2809" o:title="eqId0a6936d370d6a238a608ca56f87198de"/>
          </v:shape>
        </w:pict>
      </w:r>
      <w:r>
        <w:rPr>
          <w:rFonts w:ascii="宋体" w:eastAsia="宋体" w:hAnsi="宋体" w:cs="宋体"/>
          <w:color w:val="000000"/>
        </w:rPr>
        <w:t>，</w:t>
      </w:r>
      <w:r>
        <w:pict>
          <v:shape id="_x0000_i709355" type="#_x0000_t75" alt="学科网(www.zxxk.com)--教育资源门户，提供试卷、教案、课件、论文、素材以及各类教学资源下载，还有大量而丰富的教学相关资讯！" style="width:9.9pt;height:14.35pt" o:oleicon="f" o:ole="">
            <v:imagedata r:id="rId2810" o:title="eqId2c94bb12cee76221e13f9ef955b0aab1"/>
          </v:shape>
        </w:pict>
      </w:r>
      <w:r>
        <w:rPr>
          <w:rFonts w:ascii="宋体" w:eastAsia="宋体" w:hAnsi="宋体" w:cs="宋体"/>
          <w:color w:val="000000"/>
        </w:rPr>
        <w:t>，</w:t>
      </w:r>
      <w:r>
        <w:pict>
          <v:shape id="_x0000_i709356" type="#_x0000_t75" alt="学科网(www.zxxk.com)--教育资源门户，提供试卷、教案、课件、论文、素材以及各类教学资源下载，还有大量而丰富的教学相关资讯！" style="width:9pt;height:11.25pt" o:oleicon="f" o:ole="">
            <v:imagedata r:id="rId2811" o:title="eqId071a7e733d466949ac935b4b8ee8d183"/>
          </v:shape>
        </w:pict>
      </w:r>
      <w:r>
        <w:rPr>
          <w:rFonts w:ascii="宋体" w:eastAsia="宋体" w:hAnsi="宋体" w:cs="宋体"/>
          <w:color w:val="000000"/>
        </w:rPr>
        <w:t>，用</w:t>
      </w:r>
      <w:r>
        <w:pict>
          <v:shape id="_x0000_i709357" type="#_x0000_t75" alt="学科网(www.zxxk.com)--教育资源门户，提供试卷、教案、课件、论文、素材以及各类教学资源下载，还有大量而丰富的教学相关资讯！" style="width:51pt;height:15.75pt" o:oleicon="f" o:ole="">
            <v:imagedata r:id="rId2812" o:title="eqId20e4ebab67ebbf9fa04ede2bed699657"/>
          </v:shape>
        </w:pict>
      </w:r>
      <w:r>
        <w:rPr>
          <w:rFonts w:ascii="宋体" w:eastAsia="宋体" w:hAnsi="宋体" w:cs="宋体"/>
          <w:color w:val="000000"/>
        </w:rPr>
        <w:t>表示这三个数的平均数，用</w:t>
      </w:r>
      <w:r>
        <w:pict>
          <v:shape id="_x0000_i709358" type="#_x0000_t75" alt="学科网(www.zxxk.com)--教育资源门户，提供试卷、教案、课件、论文、素材以及各类教学资源下载，还有大量而丰富的教学相关资讯！" style="width:57.75pt;height:15.75pt" o:oleicon="f" o:ole="">
            <v:imagedata r:id="rId2813" o:title="eqIdb6c951bf168dcc320e155db1d766f5b7"/>
          </v:shape>
        </w:pict>
      </w:r>
      <w:r>
        <w:rPr>
          <w:rFonts w:ascii="宋体" w:eastAsia="宋体" w:hAnsi="宋体" w:cs="宋体"/>
          <w:color w:val="000000"/>
        </w:rPr>
        <w:t>表示这三个，数中最小的数．例如：</w:t>
      </w:r>
      <w:r>
        <w:pict>
          <v:shape id="_x0000_i709359" type="#_x0000_t75" alt="学科网(www.zxxk.com)--教育资源门户，提供试卷、教案、课件、论文、素材以及各类教学资源下载，还有大量而丰富的教学相关资讯！" style="width:134.25pt;height:30.75pt" o:oleicon="f" o:ole="">
            <v:imagedata r:id="rId2814" o:title="eqId67795f004f3b2dd6884bfa8666f82ecc"/>
          </v:shape>
        </w:pict>
      </w:r>
      <w:r>
        <w:rPr>
          <w:rFonts w:ascii="宋体" w:eastAsia="宋体" w:hAnsi="宋体" w:cs="宋体"/>
          <w:color w:val="000000"/>
        </w:rPr>
        <w:t>，</w:t>
      </w:r>
      <w:r>
        <w:pict>
          <v:shape id="_x0000_i709360" type="#_x0000_t75" alt="学科网(www.zxxk.com)--教育资源门户，提供试卷、教案、课件、论文、素材以及各类教学资源下载，还有大量而丰富的教学相关资讯！" style="width:87pt;height:16.2pt" o:oleicon="f" o:ole="">
            <v:imagedata r:id="rId2815" o:title="eqIdf1e4658b9162f6229daa5e34cd561c23"/>
          </v:shape>
        </w:pict>
      </w:r>
      <w:r>
        <w:rPr>
          <w:rFonts w:ascii="宋体" w:eastAsia="宋体" w:hAnsi="宋体" w:cs="宋体"/>
          <w:color w:val="000000"/>
        </w:rPr>
        <w:t>，如果</w:t>
      </w:r>
      <w:r>
        <w:pict>
          <v:shape id="_x0000_i709361" type="#_x0000_t75" alt="学科网(www.zxxk.com)--教育资源门户，提供试卷、教案、课件、论文、素材以及各类教学资源下载，还有大量而丰富的教学相关资讯！" style="width:201.75pt;height:15.75pt" o:oleicon="f" o:ole="">
            <v:imagedata r:id="rId2816" o:title="eqId6c4196c7159794df4d38728470559650"/>
          </v:shape>
        </w:pict>
      </w:r>
      <w:r>
        <w:rPr>
          <w:rFonts w:ascii="宋体" w:eastAsia="宋体" w:hAnsi="宋体" w:cs="宋体"/>
          <w:color w:val="000000"/>
        </w:rPr>
        <w:t>，那么</w:t>
      </w:r>
      <w:r>
        <w:pict>
          <v:shape id="_x0000_i709362" type="#_x0000_t75" alt="学科网(www.zxxk.com)--教育资源门户，提供试卷、教案、课件、论文、素材以及各类教学资源下载，还有大量而丰富的教学相关资讯！" style="width:18.75pt;height:11.25pt" o:oleicon="f" o:ole="">
            <v:imagedata r:id="rId2817" o:title="eqId4ec0618ae3a4fde6d6220010af229b9a"/>
          </v:shape>
        </w:pict>
      </w:r>
      <w:r>
        <w:rPr>
          <w:color w:val="000000"/>
        </w:rPr>
        <w:t>__________</w:t>
      </w:r>
      <w:r>
        <w:rPr>
          <w:rFonts w:ascii="宋体" w:eastAsia="宋体" w:hAnsi="宋体" w:cs="宋体"/>
          <w:color w:val="000000"/>
        </w:rPr>
        <w:t>．</w:t>
      </w:r>
    </w:p>
    <w:p>
      <w:pPr>
        <w:spacing w:line="360" w:lineRule="auto"/>
        <w:textAlignment w:val="center"/>
        <w:rPr>
          <w:color w:val="000000"/>
        </w:rPr>
      </w:pPr>
      <w:r>
        <w:rPr>
          <w:color w:val="2E75B6"/>
        </w:rPr>
        <w:t>【答案】</w:t>
      </w:r>
      <w:r>
        <w:rPr>
          <w:rFonts w:ascii="宋体" w:eastAsia="宋体" w:hAnsi="宋体" w:cs="宋体"/>
          <w:color w:val="000000"/>
        </w:rPr>
        <w:t>2或-4##-4或2</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依据定义分别求出</w:t>
      </w:r>
      <w:r>
        <w:pict>
          <v:shape id="_x0000_i709363" type="#_x0000_t75" alt="学科网(www.zxxk.com)--教育资源门户，提供试卷、教案、课件、论文、素材以及各类教学资源下载，还有大量而丰富的教学相关资讯！" style="width:86.25pt;height:15.75pt" o:oleicon="f" o:ole="">
            <v:imagedata r:id="rId2818" o:title="eqIded6000a862b53bc967ea4b8eecf9aca9"/>
          </v:shape>
        </w:pict>
      </w:r>
      <w:r>
        <w:rPr>
          <w:rFonts w:ascii="宋体" w:eastAsia="宋体" w:hAnsi="宋体" w:cs="宋体"/>
          <w:color w:val="000000"/>
        </w:rPr>
        <w:t>和</w:t>
      </w:r>
      <w:r>
        <w:pict>
          <v:shape id="_x0000_i709364" type="#_x0000_t75" alt="学科网(www.zxxk.com)--教育资源门户，提供试卷、教案、课件、论文、素材以及各类教学资源下载，还有大量而丰富的教学相关资讯！" style="width:104.25pt;height:15.75pt" o:oleicon="f" o:ole="">
            <v:imagedata r:id="rId2819" o:title="eqId6b929757b93374c991b59e91a99d13f1"/>
          </v:shape>
        </w:pict>
      </w:r>
      <w:r>
        <w:rPr>
          <w:rFonts w:ascii="宋体" w:eastAsia="宋体" w:hAnsi="宋体" w:cs="宋体"/>
          <w:color w:val="000000"/>
        </w:rPr>
        <w:t>，再分三种情况讨论，即可得到</w:t>
      </w:r>
      <w:r>
        <w:rPr>
          <w:rFonts w:ascii="Times New Roman" w:eastAsia="Times New Roman" w:hAnsi="Times New Roman" w:cs="Times New Roman"/>
          <w:i/>
          <w:color w:val="000000"/>
        </w:rPr>
        <w:t>x</w:t>
      </w:r>
      <w:r>
        <w:rPr>
          <w:rFonts w:ascii="宋体" w:eastAsia="宋体" w:hAnsi="宋体" w:cs="宋体"/>
          <w:color w:val="000000"/>
        </w:rPr>
        <w:t>的值．</w:t>
      </w:r>
    </w:p>
    <w:p>
      <w:pPr>
        <w:spacing w:line="360" w:lineRule="auto"/>
        <w:jc w:val="left"/>
        <w:textAlignment w:val="center"/>
        <w:rPr>
          <w:color w:val="000000"/>
        </w:rPr>
      </w:pPr>
      <w:r>
        <w:rPr>
          <w:color w:val="000000"/>
        </w:rPr>
        <w:t>【详解】</w:t>
      </w:r>
      <w:r>
        <w:pict>
          <v:shape id="_x0000_i709365" type="#_x0000_t75" alt="学科网(www.zxxk.com)--教育资源门户，提供试卷、教案、课件、论文、素材以及各类教学资源下载，还有大量而丰富的教学相关资讯！" style="width:206.25pt;height:30.75pt" o:oleicon="f" o:ole="">
            <v:imagedata r:id="rId2820" o:title="eqId13730e9e8397a487ddcb93988a298a62"/>
          </v:shape>
        </w:pict>
      </w:r>
    </w:p>
    <w:p>
      <w:pPr>
        <w:spacing w:line="360" w:lineRule="auto"/>
        <w:jc w:val="left"/>
        <w:textAlignment w:val="center"/>
        <w:rPr>
          <w:color w:val="000000"/>
        </w:rPr>
      </w:pPr>
      <w:r>
        <w:rPr>
          <w:rFonts w:ascii="宋体" w:eastAsia="宋体" w:hAnsi="宋体" w:cs="宋体"/>
          <w:color w:val="000000"/>
        </w:rPr>
        <w:t>当</w:t>
      </w:r>
      <w:r>
        <w:pict>
          <v:shape id="_x0000_i709366" type="#_x0000_t75" alt="学科网(www.zxxk.com)--教育资源门户，提供试卷、教案、课件、论文、素材以及各类教学资源下载，还有大量而丰富的教学相关资讯！" style="width:120.75pt;height:15.75pt" o:oleicon="f" o:ole="">
            <v:imagedata r:id="rId2821" o:title="eqId638e544ef0be73d5174d3874d056056f"/>
          </v:shape>
        </w:pict>
      </w:r>
      <w:r>
        <w:rPr>
          <w:rFonts w:ascii="宋体" w:eastAsia="宋体" w:hAnsi="宋体" w:cs="宋体"/>
          <w:color w:val="000000"/>
        </w:rPr>
        <w:t>时，</w:t>
      </w:r>
      <w:r>
        <w:pict>
          <v:shape id="_x0000_i709367" type="#_x0000_t75" alt="学科网(www.zxxk.com)--教育资源门户，提供试卷、教案、课件、论文、素材以及各类教学资源下载，还有大量而丰富的教学相关资讯！" style="width:57pt;height:36pt" o:oleicon="f" o:ole="">
            <v:imagedata r:id="rId2822" o:title="eqIdd312d584a0f815fa5ac1d7d650a2b03a"/>
          </v:shape>
        </w:pict>
      </w:r>
      <w:r>
        <w:rPr>
          <w:rFonts w:ascii="宋体" w:eastAsia="宋体" w:hAnsi="宋体" w:cs="宋体"/>
          <w:color w:val="000000"/>
        </w:rPr>
        <w:t>，解得</w:t>
      </w:r>
      <w:r>
        <w:pict>
          <v:shape id="_x0000_i709368" type="#_x0000_t75" alt="学科网(www.zxxk.com)--教育资源门户，提供试卷、教案、课件、论文、素材以及各类教学资源下载，还有大量而丰富的教学相关资讯！" style="width:51pt;height:14.25pt" o:oleicon="f" o:ole="">
            <v:imagedata r:id="rId2823" o:title="eqId120b6dab105ef5caf08a9fffeb8d6e55"/>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09369" type="#_x0000_t75" alt="学科网(www.zxxk.com)--教育资源门户，提供试卷、教案、课件、论文、素材以及各类教学资源下载，还有大量而丰富的教学相关资讯！" style="width:201.75pt;height:15.75pt" o:oleicon="f" o:ole="">
            <v:imagedata r:id="rId2824" o:title="eqId6c4196c7159794df4d38728470559650"/>
          </v:shape>
        </w:pict>
      </w:r>
    </w:p>
    <w:p>
      <w:pPr>
        <w:spacing w:line="360" w:lineRule="auto"/>
        <w:jc w:val="left"/>
        <w:textAlignment w:val="center"/>
        <w:rPr>
          <w:color w:val="000000"/>
        </w:rPr>
      </w:pPr>
      <w:r>
        <w:rPr>
          <w:rFonts w:ascii="宋体" w:eastAsia="宋体" w:hAnsi="宋体" w:cs="宋体"/>
          <w:color w:val="000000"/>
        </w:rPr>
        <w:t>∴</w:t>
      </w:r>
      <w:r>
        <w:pict>
          <v:shape id="_x0000_i709370" type="#_x0000_t75" alt="学科网(www.zxxk.com)--教育资源门户，提供试卷、教案、课件、论文、素材以及各类教学资源下载，还有大量而丰富的教学相关资讯！" style="width:42pt;height:13.95pt" o:oleicon="f" o:ole="">
            <v:imagedata r:id="rId2825" o:title="eqIdccecc81f539b589d46c75a67e62ac0b5"/>
          </v:shape>
        </w:pict>
      </w:r>
      <w:r>
        <w:rPr>
          <w:rFonts w:ascii="宋体" w:eastAsia="宋体" w:hAnsi="宋体" w:cs="宋体"/>
          <w:color w:val="000000"/>
        </w:rPr>
        <w:t>，解得</w:t>
      </w:r>
      <w:r>
        <w:pict>
          <v:shape id="_x0000_i709371" type="#_x0000_t75" alt="学科网(www.zxxk.com)--教育资源门户，提供试卷、教案、课件、论文、素材以及各类教学资源下载，还有大量而丰富的教学相关资讯！" style="width:24.75pt;height:12.75pt" o:oleicon="f" o:ole="">
            <v:imagedata r:id="rId2826" o:title="eqId707ea658f3a9359f5740d5aab48f7948"/>
          </v:shape>
        </w:pict>
      </w:r>
      <w:r>
        <w:rPr>
          <w:rFonts w:ascii="宋体" w:eastAsia="宋体" w:hAnsi="宋体" w:cs="宋体"/>
          <w:color w:val="000000"/>
        </w:rPr>
        <w:t>，符合条件；</w:t>
      </w:r>
    </w:p>
    <w:p>
      <w:pPr>
        <w:spacing w:line="360" w:lineRule="auto"/>
        <w:jc w:val="left"/>
        <w:textAlignment w:val="center"/>
        <w:rPr>
          <w:color w:val="000000"/>
        </w:rPr>
      </w:pPr>
      <w:r>
        <w:rPr>
          <w:rFonts w:ascii="宋体" w:eastAsia="宋体" w:hAnsi="宋体" w:cs="宋体"/>
          <w:color w:val="000000"/>
        </w:rPr>
        <w:t>当</w:t>
      </w:r>
      <w:r>
        <w:pict>
          <v:shape id="_x0000_i709372" type="#_x0000_t75" alt="学科网(www.zxxk.com)--教育资源门户，提供试卷、教案、课件、论文、素材以及各类教学资源下载，还有大量而丰富的教学相关资讯！" style="width:146.25pt;height:15.75pt" o:oleicon="f" o:ole="">
            <v:imagedata r:id="rId2827" o:title="eqId435df3f0f5950b9495f27993ce1d0d4b"/>
          </v:shape>
        </w:pict>
      </w:r>
      <w:r>
        <w:rPr>
          <w:rFonts w:ascii="宋体" w:eastAsia="宋体" w:hAnsi="宋体" w:cs="宋体"/>
          <w:color w:val="000000"/>
        </w:rPr>
        <w:t>时，</w:t>
      </w:r>
      <w:r>
        <w:pict>
          <v:shape id="_x0000_i709373" type="#_x0000_t75" alt="学科网(www.zxxk.com)--教育资源门户，提供试卷、教案、课件、论文、素材以及各类教学资源下载，还有大量而丰富的教学相关资讯！" style="width:80.25pt;height:36pt" o:oleicon="f" o:ole="">
            <v:imagedata r:id="rId2828" o:title="eqId29577495b95bf2da10bdb62db8564085"/>
          </v:shape>
        </w:pict>
      </w:r>
      <w:r>
        <w:rPr>
          <w:rFonts w:ascii="宋体" w:eastAsia="宋体" w:hAnsi="宋体" w:cs="宋体"/>
          <w:color w:val="000000"/>
        </w:rPr>
        <w:t>，解得</w:t>
      </w:r>
      <w:r>
        <w:pict>
          <v:shape id="_x0000_i709374" type="#_x0000_t75" alt="学科网(www.zxxk.com)--教育资源门户，提供试卷、教案、课件、论文、素材以及各类教学资源下载，还有大量而丰富的教学相关资讯！" style="width:24.6pt;height:12.6pt" o:oleicon="f" o:ole="">
            <v:imagedata r:id="rId2829" o:title="eqId0935b0d5568370418871fa7a6c47162d"/>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09375" type="#_x0000_t75" alt="学科网(www.zxxk.com)--教育资源门户，提供试卷、教案、课件、论文、素材以及各类教学资源下载，还有大量而丰富的教学相关资讯！" style="width:201.75pt;height:15.75pt" o:oleicon="f" o:ole="">
            <v:imagedata r:id="rId2830" o:title="eqId6c4196c7159794df4d38728470559650"/>
          </v:shape>
        </w:pict>
      </w:r>
    </w:p>
    <w:p>
      <w:pPr>
        <w:spacing w:line="360" w:lineRule="auto"/>
        <w:jc w:val="left"/>
        <w:textAlignment w:val="center"/>
        <w:rPr>
          <w:color w:val="000000"/>
        </w:rPr>
      </w:pPr>
      <w:r>
        <w:rPr>
          <w:rFonts w:ascii="宋体" w:eastAsia="宋体" w:hAnsi="宋体" w:cs="宋体"/>
          <w:color w:val="000000"/>
        </w:rPr>
        <w:t>∴</w:t>
      </w:r>
      <w:r>
        <w:pict>
          <v:shape id="_x0000_i709376" type="#_x0000_t75" alt="学科网(www.zxxk.com)--教育资源门户，提供试卷、教案、课件、论文、素材以及各类教学资源下载，还有大量而丰富的教学相关资讯！" style="width:66pt;height:14.25pt" o:oleicon="f" o:ole="">
            <v:imagedata r:id="rId2831" o:title="eqId34c26946976861be5e1c27b6350af60f"/>
          </v:shape>
        </w:pict>
      </w:r>
      <w:r>
        <w:rPr>
          <w:rFonts w:ascii="宋体" w:eastAsia="宋体" w:hAnsi="宋体" w:cs="宋体"/>
          <w:color w:val="000000"/>
        </w:rPr>
        <w:t>，解得</w:t>
      </w:r>
      <w:r>
        <w:pict>
          <v:shape id="_x0000_i709377" type="#_x0000_t75" alt="学科网(www.zxxk.com)--教育资源门户，提供试卷、教案、课件、论文、素材以及各类教学资源下载，还有大量而丰富的教学相关资讯！" style="width:27pt;height:14.25pt" o:oleicon="f" o:ole="">
            <v:imagedata r:id="rId2832" o:title="eqIde55aa0a20848c37c1892c567b2315e04"/>
          </v:shape>
        </w:pict>
      </w:r>
      <w:r>
        <w:rPr>
          <w:rFonts w:ascii="宋体" w:eastAsia="宋体" w:hAnsi="宋体" w:cs="宋体"/>
          <w:color w:val="000000"/>
        </w:rPr>
        <w:t>，不符合条件；</w:t>
      </w:r>
    </w:p>
    <w:p>
      <w:pPr>
        <w:spacing w:line="360" w:lineRule="auto"/>
        <w:jc w:val="left"/>
        <w:textAlignment w:val="center"/>
        <w:rPr>
          <w:color w:val="000000"/>
        </w:rPr>
      </w:pPr>
      <w:r>
        <w:rPr>
          <w:rFonts w:ascii="宋体" w:eastAsia="宋体" w:hAnsi="宋体" w:cs="宋体"/>
          <w:color w:val="000000"/>
        </w:rPr>
        <w:t>当</w:t>
      </w:r>
      <w:r>
        <w:pict>
          <v:shape id="_x0000_i709378" type="#_x0000_t75" alt="学科网(www.zxxk.com)--教育资源门户，提供试卷、教案、课件、论文、素材以及各类教学资源下载，还有大量而丰富的教学相关资讯！" style="width:144.75pt;height:15.75pt" o:oleicon="f" o:ole="">
            <v:imagedata r:id="rId2833" o:title="eqIdfcc171b1d54ba132d4d1464e542757d0"/>
          </v:shape>
        </w:pict>
      </w:r>
      <w:r>
        <w:rPr>
          <w:rFonts w:ascii="宋体" w:eastAsia="宋体" w:hAnsi="宋体" w:cs="宋体"/>
          <w:color w:val="000000"/>
        </w:rPr>
        <w:t>时，</w:t>
      </w:r>
      <w:r>
        <w:pict>
          <v:shape id="_x0000_i709379" type="#_x0000_t75" alt="学科网(www.zxxk.com)--教育资源门户，提供试卷、教案、课件、论文、素材以及各类教学资源下载，还有大量而丰富的教学相关资讯！" style="width:80.25pt;height:36pt" o:oleicon="f" o:ole="">
            <v:imagedata r:id="rId2834" o:title="eqId8926214ac153c7edd4b053877116937a"/>
          </v:shape>
        </w:pict>
      </w:r>
      <w:r>
        <w:rPr>
          <w:rFonts w:ascii="宋体" w:eastAsia="宋体" w:hAnsi="宋体" w:cs="宋体"/>
          <w:color w:val="000000"/>
        </w:rPr>
        <w:t>，解得</w:t>
      </w:r>
      <w:r>
        <w:pict>
          <v:shape id="_x0000_i709380" type="#_x0000_t75" alt="学科网(www.zxxk.com)--教育资源门户，提供试卷、教案、课件、论文、素材以及各类教学资源下载，还有大量而丰富的教学相关资讯！" style="width:33.3pt;height:14.5pt" o:oleicon="f" o:ole="">
            <v:imagedata r:id="rId2835" o:title="eqId2e109d31afb394e01c438eaacb8fa3e0"/>
          </v:shape>
        </w:pict>
      </w:r>
      <w:r>
        <w:rPr>
          <w:rFonts w:ascii="宋体" w:eastAsia="宋体" w:hAnsi="宋体" w:cs="宋体"/>
          <w:color w:val="000000"/>
        </w:rPr>
        <w:t>，</w:t>
      </w:r>
    </w:p>
    <w:p>
      <w:pPr>
        <w:spacing w:line="360" w:lineRule="auto"/>
        <w:jc w:val="left"/>
        <w:textAlignment w:val="center"/>
        <w:rPr>
          <w:color w:val="000000"/>
        </w:rPr>
      </w:pPr>
      <w:r>
        <w:rPr>
          <w:rFonts w:ascii="Times New Roman" w:eastAsia="Times New Roman" w:hAnsi="Times New Roman" w:cs="Times New Roman"/>
          <w:color w:val="000000"/>
        </w:rPr>
        <w:t>∵</w:t>
      </w:r>
      <w:r>
        <w:pict>
          <v:shape id="_x0000_i709381" type="#_x0000_t75" alt="学科网(www.zxxk.com)--教育资源门户，提供试卷、教案、课件、论文、素材以及各类教学资源下载，还有大量而丰富的教学相关资讯！" style="width:201.75pt;height:15.75pt" o:oleicon="f" o:ole="">
            <v:imagedata r:id="rId2836" o:title="eqId6c4196c7159794df4d38728470559650"/>
          </v:shape>
        </w:pict>
      </w:r>
    </w:p>
    <w:p>
      <w:pPr>
        <w:spacing w:line="360" w:lineRule="auto"/>
        <w:jc w:val="left"/>
        <w:textAlignment w:val="center"/>
        <w:rPr>
          <w:color w:val="000000"/>
        </w:rPr>
      </w:pPr>
      <w:r>
        <w:rPr>
          <w:rFonts w:ascii="宋体" w:eastAsia="宋体" w:hAnsi="宋体" w:cs="宋体"/>
          <w:color w:val="000000"/>
        </w:rPr>
        <w:t>∴</w:t>
      </w:r>
      <w:r>
        <w:pict>
          <v:shape id="_x0000_i709382" type="#_x0000_t75" alt="学科网(www.zxxk.com)--教育资源门户，提供试卷、教案、课件、论文、素材以及各类教学资源下载，还有大量而丰富的教学相关资讯！" style="width:65.25pt;height:14.25pt" o:oleicon="f" o:ole="">
            <v:imagedata r:id="rId2837" o:title="eqId3fa2a9b0a8202a2b10796a4cb9452559"/>
          </v:shape>
        </w:pict>
      </w:r>
      <w:r>
        <w:rPr>
          <w:rFonts w:ascii="宋体" w:eastAsia="宋体" w:hAnsi="宋体" w:cs="宋体"/>
          <w:color w:val="000000"/>
        </w:rPr>
        <w:t>，解得</w:t>
      </w:r>
      <w:r>
        <w:pict>
          <v:shape id="_x0000_i709383" type="#_x0000_t75" alt="学科网(www.zxxk.com)--教育资源门户，提供试卷、教案、课件、论文、素材以及各类教学资源下载，还有大量而丰富的教学相关资讯！" style="width:34pt;height:14.15pt" o:oleicon="f" o:ole="">
            <v:imagedata r:id="rId2838" o:title="eqIda089c207e39a24d0d82aa853ac2bbb8c"/>
          </v:shape>
        </w:pict>
      </w:r>
      <w:r>
        <w:rPr>
          <w:rFonts w:ascii="宋体" w:eastAsia="宋体" w:hAnsi="宋体" w:cs="宋体"/>
          <w:color w:val="000000"/>
        </w:rPr>
        <w:t>，符合条件；</w:t>
      </w:r>
    </w:p>
    <w:p>
      <w:pPr>
        <w:spacing w:line="360" w:lineRule="auto"/>
        <w:jc w:val="left"/>
        <w:textAlignment w:val="center"/>
        <w:rPr>
          <w:color w:val="000000"/>
        </w:rPr>
      </w:pPr>
      <w:r>
        <w:rPr>
          <w:rFonts w:ascii="宋体" w:eastAsia="宋体" w:hAnsi="宋体" w:cs="宋体"/>
          <w:color w:val="000000"/>
        </w:rPr>
        <w:t>综上所述：</w:t>
      </w:r>
      <w:r>
        <w:pict>
          <v:shape id="_x0000_i709384" type="#_x0000_t75" alt="学科网(www.zxxk.com)--教育资源门户，提供试卷、教案、课件、论文、素材以及各类教学资源下载，还有大量而丰富的教学相关资讯！" style="width:24.75pt;height:12.75pt" o:oleicon="f" o:ole="">
            <v:imagedata r:id="rId2839" o:title="eqId707ea658f3a9359f5740d5aab48f7948"/>
          </v:shape>
        </w:pict>
      </w:r>
      <w:r>
        <w:rPr>
          <w:rFonts w:ascii="宋体" w:eastAsia="宋体" w:hAnsi="宋体" w:cs="宋体"/>
          <w:color w:val="000000"/>
        </w:rPr>
        <w:t>或</w:t>
      </w:r>
      <w:r>
        <w:pict>
          <v:shape id="_x0000_i709385" type="#_x0000_t75" alt="学科网(www.zxxk.com)--教育资源门户，提供试卷、教案、课件、论文、素材以及各类教学资源下载，还有大量而丰富的教学相关资讯！" style="width:34pt;height:14.15pt" o:oleicon="f" o:ole="">
            <v:imagedata r:id="rId2840" o:title="eqIda089c207e39a24d0d82aa853ac2bbb8c"/>
          </v:shape>
        </w:pict>
      </w:r>
    </w:p>
    <w:p>
      <w:pPr>
        <w:spacing w:line="360" w:lineRule="auto"/>
        <w:jc w:val="left"/>
        <w:textAlignment w:val="center"/>
        <w:rPr>
          <w:color w:val="000000"/>
        </w:rPr>
      </w:pPr>
      <w:r>
        <w:rPr>
          <w:rFonts w:ascii="宋体" w:eastAsia="宋体" w:hAnsi="宋体" w:cs="宋体"/>
          <w:color w:val="000000"/>
        </w:rPr>
        <w:t>故答案为：2或-4</w:t>
      </w:r>
    </w:p>
    <w:p>
      <w:pPr>
        <w:spacing w:line="360" w:lineRule="auto"/>
        <w:jc w:val="left"/>
        <w:textAlignment w:val="center"/>
        <w:rPr>
          <w:color w:val="000000"/>
        </w:rPr>
      </w:pPr>
      <w:r>
        <w:rPr>
          <w:color w:val="000000"/>
        </w:rPr>
        <w:t>【点睛】</w:t>
      </w:r>
      <w:r>
        <w:rPr>
          <w:rFonts w:ascii="宋体" w:eastAsia="宋体" w:hAnsi="宋体" w:cs="宋体"/>
          <w:color w:val="000000"/>
        </w:rPr>
        <w:t>本题考查了算术平均数、一元一次方程的应用、解一元一次不等式组．解题的关键是弄清新定义运算的法则，并分情况讨论．需要考虑每种情况下</w:t>
      </w:r>
      <w:r>
        <w:rPr>
          <w:rFonts w:ascii="Times New Roman" w:eastAsia="Times New Roman" w:hAnsi="Times New Roman" w:cs="Times New Roman"/>
          <w:i/>
          <w:color w:val="000000"/>
        </w:rPr>
        <w:t>x</w:t>
      </w:r>
      <w:r>
        <w:rPr>
          <w:rFonts w:ascii="宋体" w:eastAsia="宋体" w:hAnsi="宋体" w:cs="宋体"/>
          <w:color w:val="000000"/>
        </w:rPr>
        <w:t>的取值范围</w:t>
      </w:r>
    </w:p>
    <w:p>
      <w:pPr>
        <w:spacing w:line="360" w:lineRule="auto"/>
        <w:jc w:val="left"/>
        <w:textAlignment w:val="center"/>
        <w:rPr>
          <w:color w:val="000000"/>
        </w:rPr>
      </w:pPr>
      <w:r>
        <w:rPr>
          <w:color w:val="000000"/>
        </w:rPr>
        <w:t xml:space="preserve">32. </w:t>
      </w:r>
      <w:r>
        <w:rPr>
          <w:rFonts w:ascii="宋体" w:eastAsia="宋体" w:hAnsi="宋体" w:cs="宋体"/>
          <w:color w:val="000000"/>
        </w:rPr>
        <w:t>对于数轴上的点</w:t>
      </w:r>
      <w:r>
        <w:pict>
          <v:shape id="_x0000_i709386" type="#_x0000_t75" alt="学科网(www.zxxk.com)--教育资源门户，提供试卷、教案、课件、论文、素材以及各类教学资源下载，还有大量而丰富的教学相关资讯！" style="width:12pt;height:12pt" o:oleicon="f" o:ole="">
            <v:imagedata r:id="rId2841" o:title="eqId5963abe8f421bd99a2aaa94831a951e9"/>
          </v:shape>
        </w:pict>
      </w:r>
      <w:r>
        <w:rPr>
          <w:rFonts w:ascii="宋体" w:eastAsia="宋体" w:hAnsi="宋体" w:cs="宋体"/>
          <w:color w:val="000000"/>
        </w:rPr>
        <w:t>和正数</w:t>
      </w:r>
      <w:r>
        <w:pict>
          <v:shape id="_x0000_i709387" type="#_x0000_t75" alt="学科网(www.zxxk.com)--教育资源门户，提供试卷、教案、课件、论文、素材以及各类教学资源下载，还有大量而丰富的教学相关资讯！" style="width:8.25pt;height:8.25pt" o:oleicon="f" o:ole="">
            <v:imagedata r:id="rId2842" o:title="eqId11bc05f41215f9894e11d1df0465751a"/>
          </v:shape>
        </w:pict>
      </w:r>
      <w:r>
        <w:rPr>
          <w:rFonts w:ascii="宋体" w:eastAsia="宋体" w:hAnsi="宋体" w:cs="宋体"/>
          <w:color w:val="000000"/>
        </w:rPr>
        <w:t>，给出如下定义：点</w:t>
      </w:r>
      <w:r>
        <w:pict>
          <v:shape id="_x0000_i709388" type="#_x0000_t75" alt="学科网(www.zxxk.com)--教育资源门户，提供试卷、教案、课件、论文、素材以及各类教学资源下载，还有大量而丰富的教学相关资讯！" style="width:12pt;height:12pt" o:oleicon="f" o:ole="">
            <v:imagedata r:id="rId2841" o:title="eqId5963abe8f421bd99a2aaa94831a951e9"/>
          </v:shape>
        </w:pict>
      </w:r>
      <w:r>
        <w:rPr>
          <w:rFonts w:ascii="宋体" w:eastAsia="宋体" w:hAnsi="宋体" w:cs="宋体"/>
          <w:color w:val="000000"/>
        </w:rPr>
        <w:t>在数轴上移动，沿负方向移动</w:t>
      </w:r>
      <w:r>
        <w:pict>
          <v:shape id="_x0000_i709389" type="#_x0000_t75" alt="学科网(www.zxxk.com)--教育资源门户，提供试卷、教案、课件、论文、素材以及各类教学资源下载，还有大量而丰富的教学相关资讯！" style="width:8.25pt;height:8.25pt" o:oleicon="f" o:ole="">
            <v:imagedata r:id="rId2842" o:title="eqId11bc05f41215f9894e11d1df0465751a"/>
          </v:shape>
        </w:pict>
      </w:r>
      <w:r>
        <w:rPr>
          <w:rFonts w:ascii="宋体" w:eastAsia="宋体" w:hAnsi="宋体" w:cs="宋体"/>
          <w:color w:val="000000"/>
        </w:rPr>
        <w:t>个单位长度后所在位置点表示的数是</w:t>
      </w:r>
      <w:r>
        <w:pict>
          <v:shape id="_x0000_i709390" type="#_x0000_t75" alt="学科网(www.zxxk.com)--教育资源门户，提供试卷、教案、课件、论文、素材以及各类教学资源下载，还有大量而丰富的教学相关资讯！" style="width:9pt;height:9.75pt" o:oleicon="f" o:ole="">
            <v:imagedata r:id="rId2843" o:title="eqId81dea63b8ce3e51adf66cf7b9982a248"/>
          </v:shape>
        </w:pict>
      </w:r>
      <w:r>
        <w:rPr>
          <w:rFonts w:ascii="宋体" w:eastAsia="宋体" w:hAnsi="宋体" w:cs="宋体"/>
          <w:color w:val="000000"/>
        </w:rPr>
        <w:t>，沿正方向移动</w:t>
      </w:r>
      <w:r>
        <w:pict>
          <v:shape id="_x0000_i709391" type="#_x0000_t75" alt="学科网(www.zxxk.com)--教育资源门户，提供试卷、教案、课件、论文、素材以及各类教学资源下载，还有大量而丰富的教学相关资讯！" style="width:8.25pt;height:8.25pt" o:oleicon="f" o:ole="">
            <v:imagedata r:id="rId2842" o:title="eqId11bc05f41215f9894e11d1df0465751a"/>
          </v:shape>
        </w:pict>
      </w:r>
      <w:r>
        <w:rPr>
          <w:rFonts w:ascii="宋体" w:eastAsia="宋体" w:hAnsi="宋体" w:cs="宋体"/>
          <w:color w:val="000000"/>
        </w:rPr>
        <w:t>个单位长度后所在位置点表示的数是</w:t>
      </w:r>
      <w:r>
        <w:pict>
          <v:shape id="_x0000_i709392" type="#_x0000_t75" alt="学科网(www.zxxk.com)--教育资源门户，提供试卷、教案、课件、论文、素材以及各类教学资源下载，还有大量而丰富的教学相关资讯！" style="width:9.75pt;height:12pt" o:oleicon="f" o:ole="">
            <v:imagedata r:id="rId2844" o:title="eqIdd053b14c8588eee2acbbe44fc37a6886"/>
          </v:shape>
        </w:pict>
      </w:r>
      <w:r>
        <w:rPr>
          <w:rFonts w:ascii="宋体" w:eastAsia="宋体" w:hAnsi="宋体" w:cs="宋体"/>
          <w:color w:val="000000"/>
        </w:rPr>
        <w:t>，</w:t>
      </w:r>
      <w:r>
        <w:pict>
          <v:shape id="_x0000_i709393" type="#_x0000_t75" alt="学科网(www.zxxk.com)--教育资源门户，提供试卷、教案、课件、论文、素材以及各类教学资源下载，还有大量而丰富的教学相关资讯！" style="width:9pt;height:9.75pt" o:oleicon="f" o:ole="">
            <v:imagedata r:id="rId2843" o:title="eqId81dea63b8ce3e51adf66cf7b9982a248"/>
          </v:shape>
        </w:pict>
      </w:r>
      <w:r>
        <w:rPr>
          <w:rFonts w:ascii="宋体" w:eastAsia="宋体" w:hAnsi="宋体" w:cs="宋体"/>
          <w:color w:val="000000"/>
        </w:rPr>
        <w:t>与</w:t>
      </w:r>
      <w:r>
        <w:pict>
          <v:shape id="_x0000_i709394" type="#_x0000_t75" alt="学科网(www.zxxk.com)--教育资源门户，提供试卷、教案、课件、论文、素材以及各类教学资源下载，还有大量而丰富的教学相关资讯！" style="width:9.75pt;height:12pt" o:oleicon="f" o:ole="">
            <v:imagedata r:id="rId2844" o:title="eqIdd053b14c8588eee2acbbe44fc37a6886"/>
          </v:shape>
        </w:pict>
      </w:r>
      <w:r>
        <w:rPr>
          <w:rFonts w:ascii="宋体" w:eastAsia="宋体" w:hAnsi="宋体" w:cs="宋体"/>
          <w:color w:val="000000"/>
        </w:rPr>
        <w:t>这两个数叫做“点</w:t>
      </w:r>
      <w:r>
        <w:pict>
          <v:shape id="_x0000_i709395" type="#_x0000_t75" alt="学科网(www.zxxk.com)--教育资源门户，提供试卷、教案、课件、论文、素材以及各类教学资源下载，还有大量而丰富的教学相关资讯！" style="width:12pt;height:12pt" o:oleicon="f" o:ole="">
            <v:imagedata r:id="rId2841" o:title="eqId5963abe8f421bd99a2aaa94831a951e9"/>
          </v:shape>
        </w:pict>
      </w:r>
      <w:r>
        <w:rPr>
          <w:rFonts w:ascii="宋体" w:eastAsia="宋体" w:hAnsi="宋体" w:cs="宋体"/>
          <w:color w:val="000000"/>
        </w:rPr>
        <w:t>的</w:t>
      </w:r>
      <w:r>
        <w:pict>
          <v:shape id="_x0000_i709396" type="#_x0000_t75" alt="学科网(www.zxxk.com)--教育资源门户，提供试卷、教案、课件、论文、素材以及各类教学资源下载，还有大量而丰富的教学相关资讯！" style="width:8.25pt;height:8.25pt" o:oleicon="f" o:ole="">
            <v:imagedata r:id="rId2842" o:title="eqId11bc05f41215f9894e11d1df0465751a"/>
          </v:shape>
        </w:pict>
      </w:r>
      <w:r>
        <w:rPr>
          <w:rFonts w:ascii="宋体" w:eastAsia="宋体" w:hAnsi="宋体" w:cs="宋体"/>
          <w:color w:val="000000"/>
        </w:rPr>
        <w:t>对称数”，记作</w:t>
      </w:r>
      <w:r>
        <w:pict>
          <v:shape id="_x0000_i709397" type="#_x0000_t75" alt="学科网(www.zxxk.com)--教育资源门户，提供试卷、教案、课件、论文、素材以及各类教学资源下载，还有大量而丰富的教学相关资讯！" style="width:78pt;height:15.75pt" o:oleicon="f" o:ole="">
            <v:imagedata r:id="rId2845" o:title="eqIdd1274e03b69c8d6d6ea5e94f550b3f63"/>
          </v:shape>
        </w:pict>
      </w:r>
      <w:r>
        <w:rPr>
          <w:rFonts w:ascii="宋体" w:eastAsia="宋体" w:hAnsi="宋体" w:cs="宋体"/>
          <w:color w:val="000000"/>
        </w:rPr>
        <w:t>，其中</w:t>
      </w:r>
      <w:r>
        <w:pict>
          <v:shape id="_x0000_i709398" type="#_x0000_t75" alt="学科网(www.zxxk.com)--教育资源门户，提供试卷、教案、课件、论文、素材以及各类教学资源下载，还有大量而丰富的教学相关资讯！" style="width:28.8pt;height:13.15pt" o:oleicon="f" o:ole="">
            <v:imagedata r:id="rId2846" o:title="eqId43a5abe56c019ac914e1fcde1865a74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例如：原点</w:t>
      </w:r>
      <w:r>
        <w:pict>
          <v:shape id="_x0000_i709399" type="#_x0000_t75" alt="学科网(www.zxxk.com)--教育资源门户，提供试卷、教案、课件、论文、素材以及各类教学资源下载，还有大量而丰富的教学相关资讯！" style="width:12pt;height:14.25pt" o:oleicon="f" o:ole="">
            <v:imagedata r:id="rId2847" o:title="eqId1dde8112e8eb968fd042418dd632759e"/>
          </v:shape>
        </w:pict>
      </w:r>
      <w:r>
        <w:rPr>
          <w:rFonts w:ascii="宋体" w:eastAsia="宋体" w:hAnsi="宋体" w:cs="宋体"/>
          <w:color w:val="000000"/>
        </w:rPr>
        <w:t>表示</w:t>
      </w:r>
      <w:r>
        <w:pict>
          <v:shape id="_x0000_i709400" type="#_x0000_t75" alt="学科网(www.zxxk.com)--教育资源门户，提供试卷、教案、课件、论文、素材以及各类教学资源下载，还有大量而丰富的教学相关资讯！" style="width:9pt;height:12.75pt" o:oleicon="f" o:ole="">
            <v:imagedata r:id="rId2848" o:title="eqIdc95b6be4554f03bf496092f1acdfbb89"/>
          </v:shape>
        </w:pict>
      </w:r>
      <w:r>
        <w:rPr>
          <w:rFonts w:ascii="宋体" w:eastAsia="宋体" w:hAnsi="宋体" w:cs="宋体"/>
          <w:color w:val="000000"/>
        </w:rPr>
        <w:t>，原点</w:t>
      </w:r>
      <w:r>
        <w:pict>
          <v:shape id="_x0000_i709401" type="#_x0000_t75" alt="学科网(www.zxxk.com)--教育资源门户，提供试卷、教案、课件、论文、素材以及各类教学资源下载，还有大量而丰富的教学相关资讯！" style="width:12pt;height:14.25pt" o:oleicon="f" o:ole="">
            <v:imagedata r:id="rId2847" o:title="eqId1dde8112e8eb968fd042418dd632759e"/>
          </v:shape>
        </w:pict>
      </w:r>
      <w:r>
        <w:rPr>
          <w:rFonts w:ascii="宋体" w:eastAsia="宋体" w:hAnsi="宋体" w:cs="宋体"/>
          <w:color w:val="000000"/>
        </w:rPr>
        <w:t>的</w:t>
      </w:r>
      <w:r>
        <w:pict>
          <v:shape id="_x0000_i709402" type="#_x0000_t75" alt="学科网(www.zxxk.com)--教育资源门户，提供试卷、教案、课件、论文、素材以及各类教学资源下载，还有大量而丰富的教学相关资讯！" style="width:6.95pt;height:13pt" o:oleicon="f" o:ole="">
            <v:imagedata r:id="rId2849" o:title="eqIdbdaa19de263700a15fcf213d64a8cd57"/>
          </v:shape>
        </w:pict>
      </w:r>
      <w:r>
        <w:rPr>
          <w:rFonts w:ascii="宋体" w:eastAsia="宋体" w:hAnsi="宋体" w:cs="宋体"/>
          <w:color w:val="000000"/>
        </w:rPr>
        <w:t>对称数是</w:t>
      </w:r>
      <w:r>
        <w:pict>
          <v:shape id="_x0000_i709403" type="#_x0000_t75" alt="学科网(www.zxxk.com)--教育资源门户，提供试卷、教案、课件、论文、素材以及各类教学资源下载，还有大量而丰富的教学相关资讯！" style="width:78.75pt;height:15.75pt" o:oleicon="f" o:ole="">
            <v:imagedata r:id="rId2850" o:title="eqId22b4364e50fd5f39c403529076128185"/>
          </v:shape>
        </w:pi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若点</w:t>
      </w:r>
      <w:r>
        <w:pict>
          <v:shape id="_x0000_i709404" type="#_x0000_t75" alt="学科网(www.zxxk.com)--教育资源门户，提供试卷、教案、课件、论文、素材以及各类教学资源下载，还有大量而丰富的教学相关资讯！" style="width:12pt;height:12pt" o:oleicon="f" o:ole="">
            <v:imagedata r:id="rId2851" o:title="eqId5963abe8f421bd99a2aaa94831a951e9"/>
          </v:shape>
        </w:pict>
      </w:r>
      <w:r>
        <w:rPr>
          <w:rFonts w:ascii="宋体" w:eastAsia="宋体" w:hAnsi="宋体" w:cs="宋体"/>
          <w:color w:val="000000"/>
        </w:rPr>
        <w:t>表示</w:t>
      </w:r>
      <w:r>
        <w:pict>
          <v:shape id="_x0000_i709405" type="#_x0000_t75" alt="学科网(www.zxxk.com)--教育资源门户，提供试卷、教案、课件、论文、素材以及各类教学资源下载，还有大量而丰富的教学相关资讯！" style="width:9.75pt;height:12.75pt" o:oleicon="f" o:ole="">
            <v:imagedata r:id="rId2852" o:title="eqId61128ab996360a038e6e64d82fcba004"/>
          </v:shape>
        </w:pict>
      </w:r>
      <w:r>
        <w:rPr>
          <w:rFonts w:ascii="宋体" w:eastAsia="宋体" w:hAnsi="宋体" w:cs="宋体"/>
          <w:color w:val="000000"/>
        </w:rPr>
        <w:t>，则点</w:t>
      </w:r>
      <w:r>
        <w:pict>
          <v:shape id="_x0000_i709406" type="#_x0000_t75" alt="学科网(www.zxxk.com)--教育资源门户，提供试卷、教案、课件、论文、素材以及各类教学资源下载，还有大量而丰富的教学相关资讯！" style="width:12pt;height:12pt" o:oleicon="f" o:ole="">
            <v:imagedata r:id="rId2851" o:title="eqId5963abe8f421bd99a2aaa94831a951e9"/>
          </v:shape>
        </w:pict>
      </w:r>
      <w:r>
        <w:rPr>
          <w:rFonts w:ascii="宋体" w:eastAsia="宋体" w:hAnsi="宋体" w:cs="宋体"/>
          <w:color w:val="000000"/>
        </w:rPr>
        <w:t>的</w:t>
      </w:r>
      <w:r>
        <w:pict>
          <v:shape id="_x0000_i709407" type="#_x0000_t75" alt="学科网(www.zxxk.com)--教育资源门户，提供试卷、教案、课件、论文、素材以及各类教学资源下载，还有大量而丰富的教学相关资讯！" style="width:9.6pt;height:13.2pt" o:oleicon="f" o:ole="">
            <v:imagedata r:id="rId2853" o:title="eqIdb8860d9787671b53b1ab68b3d526f5ca"/>
          </v:shape>
        </w:pict>
      </w:r>
      <w:r>
        <w:rPr>
          <w:rFonts w:ascii="宋体" w:eastAsia="宋体" w:hAnsi="宋体" w:cs="宋体"/>
          <w:color w:val="000000"/>
        </w:rPr>
        <w:t>对称数</w:t>
      </w:r>
      <w:r>
        <w:pict>
          <v:shape id="_x0000_i709408" type="#_x0000_t75" alt="学科网(www.zxxk.com)--教育资源门户，提供试卷、教案、课件、论文、素材以及各类教学资源下载，还有大量而丰富的教学相关资讯！" style="width:78.75pt;height:15.75pt" o:oleicon="f" o:ole="">
            <v:imagedata r:id="rId2854" o:title="eqId791deead1395f2d51f6e275efc50bc60"/>
          </v:shape>
        </w:pict>
      </w:r>
      <w:r>
        <w:rPr>
          <w:rFonts w:ascii="宋体" w:eastAsia="宋体" w:hAnsi="宋体" w:cs="宋体"/>
          <w:color w:val="000000"/>
        </w:rPr>
        <w:t>，则</w:t>
      </w:r>
      <w:r>
        <w:pict>
          <v:shape id="_x0000_i709409" type="#_x0000_t75" alt="学科网(www.zxxk.com)--教育资源门户，提供试卷、教案、课件、论文、素材以及各类教学资源下载，还有大量而丰富的教学相关资讯！" style="width:18.75pt;height:11.25pt" o:oleicon="f" o:ole="">
            <v:imagedata r:id="rId2855" o:title="eqId4ec0618ae3a4fde6d6220010af229b9a"/>
          </v:shape>
        </w:pict>
      </w:r>
      <w:r>
        <w:rPr>
          <w:rFonts w:ascii="宋体" w:eastAsia="宋体" w:hAnsi="宋体" w:cs="宋体"/>
          <w:color w:val="000000"/>
        </w:rPr>
        <w:t>，</w:t>
      </w:r>
      <w:r>
        <w:pict>
          <v:shape id="_x0000_i709410" type="#_x0000_t75" alt="学科网(www.zxxk.com)--教育资源门户，提供试卷、教案、课件、论文、素材以及各类教学资源下载，还有大量而丰富的教学相关资讯！" style="width:20.4pt;height:12.6pt" o:oleicon="f" o:ole="">
            <v:imagedata r:id="rId2856" o:title="eqId070d1ea22a92808dad7489438c239629"/>
          </v:shape>
        </w:pi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pict>
          <v:shape id="_x0000_i709411" type="#_x0000_t75" alt="学科网(www.zxxk.com)--教育资源门户，提供试卷、教案、课件、论文、素材以及各类教学资源下载，还有大量而丰富的教学相关资讯！" style="width:87pt;height:15.75pt" o:oleicon="f" o:ole="">
            <v:imagedata r:id="rId2857" o:title="eqId78c908ae993d9b972a297668fff23e8b"/>
          </v:shape>
        </w:pict>
      </w:r>
      <w:r>
        <w:rPr>
          <w:rFonts w:ascii="宋体" w:eastAsia="宋体" w:hAnsi="宋体" w:cs="宋体"/>
          <w:color w:val="000000"/>
        </w:rPr>
        <w:t>，求点</w:t>
      </w:r>
      <w:r>
        <w:pict>
          <v:shape id="_x0000_i709412" type="#_x0000_t75" alt="学科网(www.zxxk.com)--教育资源门户，提供试卷、教案、课件、论文、素材以及各类教学资源下载，还有大量而丰富的教学相关资讯！" style="width:12pt;height:12pt" o:oleicon="f" o:ole="">
            <v:imagedata r:id="rId2858" o:title="eqId5963abe8f421bd99a2aaa94831a951e9"/>
          </v:shape>
        </w:pict>
      </w:r>
      <w:r>
        <w:rPr>
          <w:rFonts w:ascii="宋体" w:eastAsia="宋体" w:hAnsi="宋体" w:cs="宋体"/>
          <w:color w:val="000000"/>
        </w:rPr>
        <w:t>表示的数及</w:t>
      </w:r>
      <w:r>
        <w:pict>
          <v:shape id="_x0000_i709413" type="#_x0000_t75" alt="学科网(www.zxxk.com)--教育资源门户，提供试卷、教案、课件、论文、素材以及各类教学资源下载，还有大量而丰富的教学相关资讯！" style="width:8.25pt;height:8.25pt" o:oleicon="f" o:ole="">
            <v:imagedata r:id="rId2859" o:title="eqId11bc05f41215f9894e11d1df0465751a"/>
          </v:shape>
        </w:pic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已知</w:t>
      </w:r>
      <w:r>
        <w:pict>
          <v:shape id="_x0000_i709414" type="#_x0000_t75" alt="学科网(www.zxxk.com)--教育资源门户，提供试卷、教案、课件、论文、素材以及各类教学资源下载，还有大量而丰富的教学相关资讯！" style="width:78pt;height:15.75pt" o:oleicon="f" o:ole="">
            <v:imagedata r:id="rId2860" o:title="eqId97595f2a4c842af88f6e3b76135e7b23"/>
          </v:shape>
        </w:pict>
      </w:r>
      <w:r>
        <w:rPr>
          <w:rFonts w:ascii="宋体" w:eastAsia="宋体" w:hAnsi="宋体" w:cs="宋体"/>
          <w:color w:val="000000"/>
        </w:rPr>
        <w:t>，</w:t>
      </w:r>
      <w:r>
        <w:pict>
          <v:shape id="_x0000_i709415" type="#_x0000_t75" alt="学科网(www.zxxk.com)--教育资源门户，提供试卷、教案、课件、论文、素材以及各类教学资源下载，还有大量而丰富的教学相关资讯！" style="width:80.25pt;height:15.75pt" o:oleicon="f" o:ole="">
            <v:imagedata r:id="rId2861" o:title="eqIdb5ca4ffd1eb21355cd0ced4167a48da9"/>
          </v:shape>
        </w:pict>
      </w:r>
      <w:r>
        <w:rPr>
          <w:rFonts w:ascii="宋体" w:eastAsia="宋体" w:hAnsi="宋体" w:cs="宋体"/>
          <w:color w:val="000000"/>
        </w:rPr>
        <w:t>，若点</w:t>
      </w:r>
      <w:r>
        <w:pict>
          <v:shape id="_x0000_i709416" type="#_x0000_t75" alt="学科网(www.zxxk.com)--教育资源门户，提供试卷、教案、课件、论文、素材以及各类教学资源下载，还有大量而丰富的教学相关资讯！" style="width:12pt;height:12pt" o:oleicon="f" o:ole="">
            <v:imagedata r:id="rId2862" o:title="eqId5963abe8f421bd99a2aaa94831a951e9"/>
          </v:shape>
        </w:pict>
      </w:r>
      <w:r>
        <w:rPr>
          <w:rFonts w:ascii="宋体" w:eastAsia="宋体" w:hAnsi="宋体" w:cs="宋体"/>
          <w:color w:val="000000"/>
        </w:rPr>
        <w:t>、点</w:t>
      </w:r>
      <w:r>
        <w:pict>
          <v:shape id="_x0000_i709417" type="#_x0000_t75" alt="学科网(www.zxxk.com)--教育资源门户，提供试卷、教案、课件、论文、素材以及各类教学资源下载，还有大量而丰富的教学相关资讯！" style="width:9.75pt;height:10.5pt" o:oleicon="f" o:ole="">
            <v:imagedata r:id="rId2863" o:title="eqId7f9e8449aad35c5d840a3395ea86df6d"/>
          </v:shape>
        </w:pict>
      </w:r>
      <w:r>
        <w:rPr>
          <w:rFonts w:ascii="宋体" w:eastAsia="宋体" w:hAnsi="宋体" w:cs="宋体"/>
          <w:color w:val="000000"/>
        </w:rPr>
        <w:t>从原点同时出发，沿数轴反向运动，且点</w:t>
      </w:r>
      <w:r>
        <w:pict>
          <v:shape id="_x0000_i709418" type="#_x0000_t75" alt="学科网(www.zxxk.com)--教育资源门户，提供试卷、教案、课件、论文、素材以及各类教学资源下载，还有大量而丰富的教学相关资讯！" style="width:12pt;height:12pt" o:oleicon="f" o:ole="">
            <v:imagedata r:id="rId2862" o:title="eqId5963abe8f421bd99a2aaa94831a951e9"/>
          </v:shape>
        </w:pict>
      </w:r>
      <w:r>
        <w:rPr>
          <w:rFonts w:ascii="宋体" w:eastAsia="宋体" w:hAnsi="宋体" w:cs="宋体"/>
          <w:color w:val="000000"/>
        </w:rPr>
        <w:t>的速度是点</w:t>
      </w:r>
      <w:r>
        <w:pict>
          <v:shape id="_x0000_i709419" type="#_x0000_t75" alt="学科网(www.zxxk.com)--教育资源门户，提供试卷、教案、课件、论文、素材以及各类教学资源下载，还有大量而丰富的教学相关资讯！" style="width:9.75pt;height:10.5pt" o:oleicon="f" o:ole="">
            <v:imagedata r:id="rId2863" o:title="eqId7f9e8449aad35c5d840a3395ea86df6d"/>
          </v:shape>
        </w:pict>
      </w:r>
      <w:r>
        <w:rPr>
          <w:rFonts w:ascii="宋体" w:eastAsia="宋体" w:hAnsi="宋体" w:cs="宋体"/>
          <w:color w:val="000000"/>
        </w:rPr>
        <w:t>速度的</w:t>
      </w:r>
      <w:r>
        <w:pict>
          <v:shape id="_x0000_i709420" type="#_x0000_t75" alt="学科网(www.zxxk.com)--教育资源门户，提供试卷、教案、课件、论文、素材以及各类教学资源下载，还有大量而丰富的教学相关资讯！" style="width:9.75pt;height:12.75pt" o:oleicon="f" o:ole="">
            <v:imagedata r:id="rId2864" o:title="eqId61128ab996360a038e6e64d82fcba004"/>
          </v:shape>
        </w:pict>
      </w:r>
      <w:r>
        <w:rPr>
          <w:rFonts w:ascii="宋体" w:eastAsia="宋体" w:hAnsi="宋体" w:cs="宋体"/>
          <w:color w:val="000000"/>
        </w:rPr>
        <w:t>倍，当</w:t>
      </w:r>
      <w:r>
        <w:pict>
          <v:shape id="_x0000_i709421" type="#_x0000_t75" alt="学科网(www.zxxk.com)--教育资源门户，提供试卷、教案、课件、论文、素材以及各类教学资源下载，还有大量而丰富的教学相关资讯！" style="width:95.25pt;height:15.75pt" o:oleicon="f" o:ole="">
            <v:imagedata r:id="rId2865" o:title="eqId52a6e42184f07246d9a524ebcb6e4c7b"/>
          </v:shape>
        </w:pict>
      </w:r>
      <w:r>
        <w:rPr>
          <w:rFonts w:ascii="宋体" w:eastAsia="宋体" w:hAnsi="宋体" w:cs="宋体"/>
          <w:color w:val="000000"/>
        </w:rPr>
        <w:t>时，请直接写出点</w:t>
      </w:r>
      <w:r>
        <w:pict>
          <v:shape id="_x0000_i709422" type="#_x0000_t75" alt="学科网(www.zxxk.com)--教育资源门户，提供试卷、教案、课件、论文、素材以及各类教学资源下载，还有大量而丰富的教学相关资讯！" style="width:12pt;height:12pt" o:oleicon="f" o:ole="">
            <v:imagedata r:id="rId2862" o:title="eqId5963abe8f421bd99a2aaa94831a951e9"/>
          </v:shape>
        </w:pict>
      </w:r>
      <w:r>
        <w:rPr>
          <w:rFonts w:ascii="宋体" w:eastAsia="宋体" w:hAnsi="宋体" w:cs="宋体"/>
          <w:color w:val="000000"/>
        </w:rPr>
        <w:t>表示的数．</w:t>
      </w:r>
    </w:p>
    <w:p>
      <w:pPr>
        <w:spacing w:line="360" w:lineRule="auto"/>
        <w:textAlignment w:val="center"/>
        <w:rPr>
          <w:color w:val="000000"/>
        </w:rPr>
      </w:pPr>
      <w:r>
        <w:rPr>
          <w:color w:val="2E75B6"/>
        </w:rPr>
        <w:t>【答案】</w:t>
      </w:r>
      <w:r>
        <w:rPr>
          <w:color w:val="000000"/>
        </w:rPr>
        <w:t>（1）</w:t>
      </w:r>
      <w:r>
        <w:pict>
          <v:shape id="_x0000_i709423" type="#_x0000_t75" alt="学科网(www.zxxk.com)--教育资源门户，提供试卷、教案、课件、论文、素材以及各类教学资源下载，还有大量而丰富的教学相关资讯！" style="width:24.75pt;height:14.25pt" o:oleicon="f" o:ole="">
            <v:imagedata r:id="rId2866" o:title="eqId89ef909bcabc575d61597e5e6a2bb44a"/>
          </v:shape>
        </w:pict>
      </w:r>
      <w:r>
        <w:rPr>
          <w:color w:val="000000"/>
        </w:rPr>
        <w:t xml:space="preserve">    </w:t>
      </w:r>
    </w:p>
    <w:p>
      <w:pPr>
        <w:spacing w:line="360" w:lineRule="auto"/>
        <w:textAlignment w:val="center"/>
        <w:rPr>
          <w:color w:val="000000"/>
        </w:rPr>
      </w:pPr>
      <w:r>
        <w:rPr>
          <w:color w:val="000000"/>
        </w:rPr>
        <w:t>（2）</w:t>
      </w:r>
      <w:r>
        <w:pict>
          <v:shape id="_x0000_i709424" type="#_x0000_t75" alt="学科网(www.zxxk.com)--教育资源门户，提供试卷、教案、课件、论文、素材以及各类教学资源下载，还有大量而丰富的教学相关资讯！" style="width:63.75pt;height:14.25pt" o:oleicon="f" o:ole="">
            <v:imagedata r:id="rId2867" o:title="eqIdae5038160687471b18ee9e5f4d209f40"/>
          </v:shape>
        </w:pict>
      </w:r>
      <w:r>
        <w:rPr>
          <w:color w:val="000000"/>
        </w:rPr>
        <w:t xml:space="preserve">    </w:t>
      </w:r>
    </w:p>
    <w:p>
      <w:pPr>
        <w:spacing w:line="360" w:lineRule="auto"/>
        <w:textAlignment w:val="center"/>
        <w:rPr>
          <w:color w:val="000000"/>
        </w:rPr>
      </w:pPr>
      <w:r>
        <w:rPr>
          <w:color w:val="000000"/>
        </w:rPr>
        <w:t>（3）</w:t>
      </w:r>
      <w:r>
        <w:pict>
          <v:shape id="_x0000_i709425" type="#_x0000_t75" alt="学科网(www.zxxk.com)--教育资源门户，提供试卷、教案、课件、论文、素材以及各类教学资源下载，还有大量而丰富的教学相关资讯！" style="width:18pt;height:30.75pt" o:oleicon="f" o:ole="">
            <v:imagedata r:id="rId2868" o:title="eqIdf3d754c4ad51e4482e12a615d20a13fb"/>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）读懂题干中的定义，利用定义进行求解；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w:t>
      </w:r>
      <w:r>
        <w:pict>
          <v:shape id="_x0000_i709426" type="#_x0000_t75" alt="学科网(www.zxxk.com)--教育资源门户，提供试卷、教案、课件、论文、素材以及各类教学资源下载，还有大量而丰富的教学相关资讯！" style="width:87pt;height:15.75pt" o:oleicon="f" o:ole="">
            <v:imagedata r:id="rId2869" o:title="eqId78c908ae993d9b972a297668fff23e8b"/>
          </v:shape>
        </w:pict>
      </w:r>
      <w:r>
        <w:rPr>
          <w:rFonts w:ascii="宋体" w:eastAsia="宋体" w:hAnsi="宋体" w:cs="宋体"/>
          <w:color w:val="000000"/>
        </w:rPr>
        <w:t>，列出关于</w:t>
      </w:r>
      <w:r>
        <w:pict>
          <v:shape id="_x0000_i709427" type="#_x0000_t75" alt="学科网(www.zxxk.com)--教育资源门户，提供试卷、教案、课件、论文、素材以及各类教学资源下载，还有大量而丰富的教学相关资讯！" style="width:22pt;height:16pt" o:oleicon="f" o:ole="">
            <v:imagedata r:id="rId2870" o:title="eqId82996ca6c68cb1f589d23cd4e7f1f916"/>
          </v:shape>
        </w:pict>
      </w:r>
      <w:r>
        <w:rPr>
          <w:rFonts w:ascii="宋体" w:eastAsia="宋体" w:hAnsi="宋体" w:cs="宋体"/>
          <w:color w:val="000000"/>
        </w:rPr>
        <w:t>的二元一次方程组求解即可；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pict>
          <v:shape id="_x0000_i709428" type="#_x0000_t75" alt="学科网(www.zxxk.com)--教育资源门户，提供试卷、教案、课件、论文、素材以及各类教学资源下载，还有大量而丰富的教学相关资讯！" style="width:12pt;height:12pt" o:oleicon="f" o:ole="">
            <v:imagedata r:id="rId2871" o:title="eqId5963abe8f421bd99a2aaa94831a951e9"/>
          </v:shape>
        </w:pict>
      </w:r>
      <w:r>
        <w:rPr>
          <w:rFonts w:ascii="宋体" w:eastAsia="宋体" w:hAnsi="宋体" w:cs="宋体"/>
          <w:color w:val="000000"/>
        </w:rPr>
        <w:t>、点</w:t>
      </w:r>
      <w:r>
        <w:pict>
          <v:shape id="_x0000_i709429" type="#_x0000_t75" alt="学科网(www.zxxk.com)--教育资源门户，提供试卷、教案、课件、论文、素材以及各类教学资源下载，还有大量而丰富的教学相关资讯！" style="width:9.75pt;height:10.5pt" o:oleicon="f" o:ole="">
            <v:imagedata r:id="rId2872" o:title="eqId7f9e8449aad35c5d840a3395ea86df6d"/>
          </v:shape>
        </w:pict>
      </w:r>
      <w:r>
        <w:rPr>
          <w:rFonts w:ascii="宋体" w:eastAsia="宋体" w:hAnsi="宋体" w:cs="宋体"/>
          <w:color w:val="000000"/>
        </w:rPr>
        <w:t>从原点同时出发，沿数轴反向运动，且点</w:t>
      </w:r>
      <w:r>
        <w:pict>
          <v:shape id="_x0000_i709430" type="#_x0000_t75" alt="学科网(www.zxxk.com)--教育资源门户，提供试卷、教案、课件、论文、素材以及各类教学资源下载，还有大量而丰富的教学相关资讯！" style="width:12pt;height:12pt" o:oleicon="f" o:ole="">
            <v:imagedata r:id="rId2871" o:title="eqId5963abe8f421bd99a2aaa94831a951e9"/>
          </v:shape>
        </w:pict>
      </w:r>
      <w:r>
        <w:rPr>
          <w:rFonts w:ascii="宋体" w:eastAsia="宋体" w:hAnsi="宋体" w:cs="宋体"/>
          <w:color w:val="000000"/>
        </w:rPr>
        <w:t>的速度是点</w:t>
      </w:r>
      <w:r>
        <w:pict>
          <v:shape id="_x0000_i709431" type="#_x0000_t75" alt="学科网(www.zxxk.com)--教育资源门户，提供试卷、教案、课件、论文、素材以及各类教学资源下载，还有大量而丰富的教学相关资讯！" style="width:9.75pt;height:10.5pt" o:oleicon="f" o:ole="">
            <v:imagedata r:id="rId2872" o:title="eqId7f9e8449aad35c5d840a3395ea86df6d"/>
          </v:shape>
        </w:pict>
      </w:r>
      <w:r>
        <w:rPr>
          <w:rFonts w:ascii="宋体" w:eastAsia="宋体" w:hAnsi="宋体" w:cs="宋体"/>
          <w:color w:val="000000"/>
        </w:rPr>
        <w:t>速度的</w:t>
      </w:r>
      <w:r>
        <w:pict>
          <v:shape id="_x0000_i709432" type="#_x0000_t75" alt="学科网(www.zxxk.com)--教育资源门户，提供试卷、教案、课件、论文、素材以及各类教学资源下载，还有大量而丰富的教学相关资讯！" style="width:9.75pt;height:12.75pt" o:oleicon="f" o:ole="">
            <v:imagedata r:id="rId2873" o:title="eqId61128ab996360a038e6e64d82fcba004"/>
          </v:shape>
        </w:pict>
      </w:r>
      <w:r>
        <w:rPr>
          <w:rFonts w:ascii="宋体" w:eastAsia="宋体" w:hAnsi="宋体" w:cs="宋体"/>
          <w:color w:val="000000"/>
        </w:rPr>
        <w:t>倍， 设</w:t>
      </w:r>
      <w:r>
        <w:pict>
          <v:shape id="_x0000_i709433" type="#_x0000_t75" alt="学科网(www.zxxk.com)--教育资源门户，提供试卷、教案、课件、论文、素材以及各类教学资源下载，还有大量而丰富的教学相关资讯！" style="width:12pt;height:12pt" o:oleicon="f" o:ole="">
            <v:imagedata r:id="rId2871" o:title="eqId5963abe8f421bd99a2aaa94831a951e9"/>
          </v:shape>
        </w:pict>
      </w:r>
      <w:r>
        <w:rPr>
          <w:rFonts w:ascii="宋体" w:eastAsia="宋体" w:hAnsi="宋体" w:cs="宋体"/>
          <w:color w:val="000000"/>
        </w:rPr>
        <w:t>点表示的数为</w:t>
      </w:r>
      <w:r>
        <w:pict>
          <v:shape id="_x0000_i709434" type="#_x0000_t75" alt="学科网(www.zxxk.com)--教育资源门户，提供试卷、教案、课件、论文、素材以及各类教学资源下载，还有大量而丰富的教学相关资讯！" style="width:9pt;height:9.75pt" o:oleicon="f" o:ole="">
            <v:imagedata r:id="rId2874" o:title="eqId0a6936d370d6a238a608ca56f87198de"/>
          </v:shape>
        </w:pict>
      </w:r>
      <w:r>
        <w:rPr>
          <w:rFonts w:ascii="宋体" w:eastAsia="宋体" w:hAnsi="宋体" w:cs="宋体"/>
          <w:color w:val="000000"/>
        </w:rPr>
        <w:t>,</w:t>
      </w:r>
      <w:r>
        <w:pict>
          <v:shape id="_x0000_i709435" type="#_x0000_t75" alt="学科网(www.zxxk.com)--教育资源门户，提供试卷、教案、课件、论文、素材以及各类教学资源下载，还有大量而丰富的教学相关资讯！" style="width:9.75pt;height:10.5pt" o:oleicon="f" o:ole="">
            <v:imagedata r:id="rId2872" o:title="eqId7f9e8449aad35c5d840a3395ea86df6d"/>
          </v:shape>
        </w:pict>
      </w:r>
      <w:r>
        <w:rPr>
          <w:rFonts w:ascii="宋体" w:eastAsia="宋体" w:hAnsi="宋体" w:cs="宋体"/>
          <w:color w:val="000000"/>
        </w:rPr>
        <w:t>点表示的数为</w:t>
      </w:r>
      <w:r>
        <w:pict>
          <v:shape id="_x0000_i709436" type="#_x0000_t75" alt="学科网(www.zxxk.com)--教育资源门户，提供试卷、教案、课件、论文、素材以及各类教学资源下载，还有大量而丰富的教学相关资讯！" style="width:20.25pt;height:30.75pt" o:oleicon="f" o:ole="">
            <v:imagedata r:id="rId2875" o:title="eqIdcfdd459ebecd98f60e82caf60e190dd3"/>
          </v:shape>
        </w:pict>
      </w:r>
      <w:r>
        <w:rPr>
          <w:rFonts w:ascii="宋体" w:eastAsia="宋体" w:hAnsi="宋体" w:cs="宋体"/>
          <w:color w:val="000000"/>
        </w:rPr>
        <w:t>，根据新定义可知</w:t>
      </w:r>
      <w:r>
        <w:pict>
          <v:shape id="_x0000_i709437" type="#_x0000_t75" alt="学科网(www.zxxk.com)--教育资源门户，提供试卷、教案、课件、论文、素材以及各类教学资源下载，还有大量而丰富的教学相关资讯！" style="width:283.95pt;height:30.85pt" o:oleicon="f" o:ole="">
            <v:imagedata r:id="rId2876" o:title="eqId8de6a4f8bf48ec800a445dd958b2a331"/>
          </v:shape>
        </w:pict>
      </w:r>
      <w:r>
        <w:rPr>
          <w:rFonts w:ascii="宋体" w:eastAsia="宋体" w:hAnsi="宋体" w:cs="宋体"/>
          <w:color w:val="000000"/>
        </w:rPr>
        <w:t>，代入条件式</w:t>
      </w:r>
      <w:r>
        <w:pict>
          <v:shape id="_x0000_i709438" type="#_x0000_t75" alt="学科网(www.zxxk.com)--教育资源门户，提供试卷、教案、课件、论文、素材以及各类教学资源下载，还有大量而丰富的教学相关资讯！" style="width:95.25pt;height:15.75pt" o:oleicon="f" o:ole="">
            <v:imagedata r:id="rId2877" o:title="eqId52a6e42184f07246d9a524ebcb6e4c7b"/>
          </v:shape>
        </w:pict>
      </w:r>
      <w:r>
        <w:rPr>
          <w:rFonts w:ascii="宋体" w:eastAsia="宋体" w:hAnsi="宋体" w:cs="宋体"/>
          <w:color w:val="000000"/>
        </w:rPr>
        <w:t>，解一元一次方程求解即可．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w:t>
      </w:r>
      <w:r>
        <w:pict>
          <v:shape id="_x0000_i709439" type="#_x0000_t75" alt="学科网(www.zxxk.com)--教育资源门户，提供试卷、教案、课件、论文、素材以及各类教学资源下载，还有大量而丰富的教学相关资讯！" style="width:70pt;height:16pt" o:oleicon="f" o:ole="">
            <v:imagedata r:id="rId2878" o:title="eqId3b18fcfaf2fc11d65ce2c31d23ff367b"/>
          </v:shape>
        </w:pict>
      </w:r>
      <w:r>
        <w:rPr>
          <w:rFonts w:ascii="Times New Roman" w:eastAsia="Times New Roman" w:hAnsi="Times New Roman" w:cs="Times New Roman"/>
          <w:color w:val="000000"/>
        </w:rPr>
        <w:t>,</w:t>
      </w:r>
    </w:p>
    <w:p>
      <w:pPr>
        <w:spacing w:line="360" w:lineRule="auto"/>
        <w:jc w:val="left"/>
        <w:textAlignment w:val="center"/>
        <w:rPr>
          <w:color w:val="000000"/>
        </w:rPr>
      </w:pPr>
      <w:r>
        <w:pict>
          <v:shape id="_x0000_i709440" type="#_x0000_t75" alt="学科网(www.zxxk.com)--教育资源门户，提供试卷、教案、课件、论文、素材以及各类教学资源下载，还有大量而丰富的教学相关资讯！" style="width:80pt;height:15pt" o:oleicon="f" o:ole="">
            <v:imagedata r:id="rId2879" o:title="eqId3947d510036b9aff58aa5b421fb91d0b"/>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故答案所示：</w:t>
      </w:r>
      <w:r>
        <w:pict>
          <v:shape id="_x0000_i709441" type="#_x0000_t75" alt="学科网(www.zxxk.com)--教育资源门户，提供试卷、教案、课件、论文、素材以及各类教学资源下载，还有大量而丰富的教学相关资讯！" style="width:24.75pt;height:14.25pt" o:oleicon="f" o:ole="">
            <v:imagedata r:id="rId2880" o:title="eqId89ef909bcabc575d61597e5e6a2bb44a"/>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pict>
          <v:shape id="_x0000_i709442" type="#_x0000_t75" alt="学科网(www.zxxk.com)--教育资源门户，提供试卷、教案、课件、论文、素材以及各类教学资源下载，还有大量而丰富的教学相关资讯！" style="width:96pt;height:16pt" o:oleicon="f" o:ole="">
            <v:imagedata r:id="rId2881" o:title="eqIdbe2538578b1daf52cb28ae13c6035b10"/>
          </v:shape>
        </w:pict>
      </w:r>
      <w:r>
        <w:rPr>
          <w:rFonts w:ascii="宋体" w:eastAsia="宋体" w:hAnsi="宋体" w:cs="宋体"/>
          <w:color w:val="000000"/>
        </w:rPr>
        <w:t>，</w:t>
      </w:r>
    </w:p>
    <w:p>
      <w:pPr>
        <w:spacing w:line="360" w:lineRule="auto"/>
        <w:jc w:val="left"/>
        <w:textAlignment w:val="center"/>
        <w:rPr>
          <w:color w:val="000000"/>
        </w:rPr>
      </w:pPr>
      <w:r>
        <w:pict>
          <v:shape id="_x0000_i709443" type="#_x0000_t75" alt="学科网(www.zxxk.com)--教育资源门户，提供试卷、教案、课件、论文、素材以及各类教学资源下载，还有大量而丰富的教学相关资讯！" style="width:68.25pt;height:36pt" o:oleicon="f" o:ole="">
            <v:imagedata r:id="rId2882" o:title="eqIdd622cf4bc1103827a579c1ec09f4b0cc"/>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9444" type="#_x0000_t75" alt="学科网(www.zxxk.com)--教育资源门户，提供试卷、教案、课件、论文、素材以及各类教学资源下载，还有大量而丰富的教学相关资讯！" style="width:58pt;height:16pt" o:oleicon="f" o:ole="">
            <v:imagedata r:id="rId2883" o:title="eqIdf17faa29a7d32492148bd1eb07e41b8f"/>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解：①当</w:t>
      </w:r>
      <w:r>
        <w:pict>
          <v:shape id="_x0000_i709445" type="#_x0000_t75" alt="学科网(www.zxxk.com)--教育资源门户，提供试卷、教案、课件、论文、素材以及各类教学资源下载，还有大量而丰富的教学相关资讯！" style="width:12pt;height:12pt" o:oleicon="f" o:ole="">
            <v:imagedata r:id="rId2884" o:title="eqId5963abe8f421bd99a2aaa94831a951e9"/>
          </v:shape>
        </w:pict>
      </w:r>
      <w:r>
        <w:rPr>
          <w:rFonts w:ascii="宋体" w:eastAsia="宋体" w:hAnsi="宋体" w:cs="宋体"/>
          <w:color w:val="000000"/>
        </w:rPr>
        <w:t>沿正方向运动，则</w:t>
      </w:r>
      <w:r>
        <w:pict>
          <v:shape id="_x0000_i709446" type="#_x0000_t75" alt="学科网(www.zxxk.com)--教育资源门户，提供试卷、教案、课件、论文、素材以及各类教学资源下载，还有大量而丰富的教学相关资讯！" style="width:9.75pt;height:10.5pt" o:oleicon="f" o:ole="">
            <v:imagedata r:id="rId2885" o:title="eqId7f9e8449aad35c5d840a3395ea86df6d"/>
          </v:shape>
        </w:pict>
      </w:r>
      <w:r>
        <w:rPr>
          <w:rFonts w:ascii="宋体" w:eastAsia="宋体" w:hAnsi="宋体" w:cs="宋体"/>
          <w:color w:val="000000"/>
        </w:rPr>
        <w:t>沿负方向运动时，</w:t>
      </w:r>
    </w:p>
    <w:p>
      <w:pPr>
        <w:spacing w:line="360" w:lineRule="auto"/>
        <w:jc w:val="left"/>
        <w:textAlignment w:val="center"/>
        <w:rPr>
          <w:color w:val="000000"/>
        </w:rPr>
      </w:pPr>
      <w:r>
        <w:rPr>
          <w:rFonts w:ascii="宋体" w:eastAsia="宋体" w:hAnsi="宋体" w:cs="宋体"/>
          <w:color w:val="000000"/>
        </w:rPr>
        <w:t>设</w:t>
      </w:r>
      <w:r>
        <w:pict>
          <v:shape id="_x0000_i709447" type="#_x0000_t75" alt="学科网(www.zxxk.com)--教育资源门户，提供试卷、教案、课件、论文、素材以及各类教学资源下载，还有大量而丰富的教学相关资讯！" style="width:12pt;height:12pt" o:oleicon="f" o:ole="">
            <v:imagedata r:id="rId2886" o:title="eqId5963abe8f421bd99a2aaa94831a951e9"/>
          </v:shape>
        </w:pict>
      </w:r>
      <w:r>
        <w:rPr>
          <w:rFonts w:ascii="宋体" w:eastAsia="宋体" w:hAnsi="宋体" w:cs="宋体"/>
          <w:color w:val="000000"/>
        </w:rPr>
        <w:t>点表示的数为</w:t>
      </w:r>
      <w:r>
        <w:pict>
          <v:shape id="_x0000_i709448" type="#_x0000_t75" alt="学科网(www.zxxk.com)--教育资源门户，提供试卷、教案、课件、论文、素材以及各类教学资源下载，还有大量而丰富的教学相关资讯！" style="width:9pt;height:9.75pt" o:oleicon="f" o:ole="">
            <v:imagedata r:id="rId2887" o:title="eqId0a6936d370d6a238a608ca56f87198de"/>
          </v:shape>
        </w:pict>
      </w:r>
      <w:r>
        <w:rPr>
          <w:rFonts w:ascii="宋体" w:eastAsia="宋体" w:hAnsi="宋体" w:cs="宋体"/>
          <w:color w:val="000000"/>
        </w:rPr>
        <w:t>，</w:t>
      </w:r>
    </w:p>
    <w:p>
      <w:pPr>
        <w:spacing w:line="360" w:lineRule="auto"/>
        <w:jc w:val="left"/>
        <w:textAlignment w:val="center"/>
        <w:rPr>
          <w:color w:val="000000"/>
        </w:rPr>
      </w:pPr>
      <w:r>
        <w:pict>
          <v:shape id="_x0000_i709449" type="#_x0000_t75" alt="学科网(www.zxxk.com)--教育资源门户，提供试卷、教案、课件、论文、素材以及各类教学资源下载，还有大量而丰富的教学相关资讯！" style="width:9.75pt;height:8.25pt" o:oleicon="f" o:ole="">
            <v:imagedata r:id="rId2888" o:title="eqId16f3d198e76391779fa3badc848c8ac8"/>
          </v:shape>
        </w:pict>
      </w:r>
      <w:r>
        <w:rPr>
          <w:rFonts w:ascii="宋体" w:eastAsia="宋体" w:hAnsi="宋体" w:cs="宋体"/>
          <w:color w:val="000000"/>
        </w:rPr>
        <w:t>点</w:t>
      </w:r>
      <w:r>
        <w:pict>
          <v:shape id="_x0000_i709450" type="#_x0000_t75" alt="学科网(www.zxxk.com)--教育资源门户，提供试卷、教案、课件、论文、素材以及各类教学资源下载，还有大量而丰富的教学相关资讯！" style="width:12pt;height:12pt" o:oleicon="f" o:ole="">
            <v:imagedata r:id="rId2889" o:title="eqId5963abe8f421bd99a2aaa94831a951e9"/>
          </v:shape>
        </w:pict>
      </w:r>
      <w:r>
        <w:rPr>
          <w:rFonts w:ascii="宋体" w:eastAsia="宋体" w:hAnsi="宋体" w:cs="宋体"/>
          <w:color w:val="000000"/>
        </w:rPr>
        <w:t>、点</w:t>
      </w:r>
      <w:r>
        <w:pict>
          <v:shape id="_x0000_i709451" type="#_x0000_t75" alt="学科网(www.zxxk.com)--教育资源门户，提供试卷、教案、课件、论文、素材以及各类教学资源下载，还有大量而丰富的教学相关资讯！" style="width:9.75pt;height:10.5pt" o:oleicon="f" o:ole="">
            <v:imagedata r:id="rId2890" o:title="eqId7f9e8449aad35c5d840a3395ea86df6d"/>
          </v:shape>
        </w:pict>
      </w:r>
      <w:r>
        <w:rPr>
          <w:rFonts w:ascii="宋体" w:eastAsia="宋体" w:hAnsi="宋体" w:cs="宋体"/>
          <w:color w:val="000000"/>
        </w:rPr>
        <w:t>从原点同时出发，沿数轴反向运动，且点</w:t>
      </w:r>
      <w:r>
        <w:pict>
          <v:shape id="_x0000_i709452" type="#_x0000_t75" alt="学科网(www.zxxk.com)--教育资源门户，提供试卷、教案、课件、论文、素材以及各类教学资源下载，还有大量而丰富的教学相关资讯！" style="width:12pt;height:12pt" o:oleicon="f" o:ole="">
            <v:imagedata r:id="rId2889" o:title="eqId5963abe8f421bd99a2aaa94831a951e9"/>
          </v:shape>
        </w:pict>
      </w:r>
      <w:r>
        <w:rPr>
          <w:rFonts w:ascii="宋体" w:eastAsia="宋体" w:hAnsi="宋体" w:cs="宋体"/>
          <w:color w:val="000000"/>
        </w:rPr>
        <w:t>的速度是点</w:t>
      </w:r>
      <w:r>
        <w:pict>
          <v:shape id="_x0000_i709453" type="#_x0000_t75" alt="学科网(www.zxxk.com)--教育资源门户，提供试卷、教案、课件、论文、素材以及各类教学资源下载，还有大量而丰富的教学相关资讯！" style="width:9.75pt;height:10.5pt" o:oleicon="f" o:ole="">
            <v:imagedata r:id="rId2890" o:title="eqId7f9e8449aad35c5d840a3395ea86df6d"/>
          </v:shape>
        </w:pict>
      </w:r>
      <w:r>
        <w:rPr>
          <w:rFonts w:ascii="宋体" w:eastAsia="宋体" w:hAnsi="宋体" w:cs="宋体"/>
          <w:color w:val="000000"/>
        </w:rPr>
        <w:t>速度的</w:t>
      </w:r>
      <w:r>
        <w:pict>
          <v:shape id="_x0000_i709454" type="#_x0000_t75" alt="学科网(www.zxxk.com)--教育资源门户，提供试卷、教案、课件、论文、素材以及各类教学资源下载，还有大量而丰富的教学相关资讯！" style="width:9.75pt;height:12.75pt" o:oleicon="f" o:ole="">
            <v:imagedata r:id="rId2891" o:title="eqId61128ab996360a038e6e64d82fcba004"/>
          </v:shape>
        </w:pict>
      </w:r>
      <w:r>
        <w:rPr>
          <w:rFonts w:ascii="宋体" w:eastAsia="宋体" w:hAnsi="宋体" w:cs="宋体"/>
          <w:color w:val="000000"/>
        </w:rPr>
        <w:t>倍，</w:t>
      </w:r>
    </w:p>
    <w:p>
      <w:pPr>
        <w:spacing w:line="360" w:lineRule="auto"/>
        <w:jc w:val="left"/>
        <w:textAlignment w:val="center"/>
        <w:rPr>
          <w:color w:val="000000"/>
        </w:rPr>
      </w:pPr>
      <w:r>
        <w:pict>
          <v:shape id="_x0000_i709455" type="#_x0000_t75" alt="学科网(www.zxxk.com)--教育资源门户，提供试卷、教案、课件、论文、素材以及各类教学资源下载，还有大量而丰富的教学相关资讯！" style="width:9.75pt;height:9pt" o:oleicon="f" o:ole="">
            <v:imagedata r:id="rId2892" o:title="eqId2de0d10ef8b748d4531250c37c5d3f9e"/>
          </v:shape>
        </w:pict>
      </w:r>
      <w:r>
        <w:pict>
          <v:shape id="_x0000_i709456" type="#_x0000_t75" alt="学科网(www.zxxk.com)--教育资源门户，提供试卷、教案、课件、论文、素材以及各类教学资源下载，还有大量而丰富的教学相关资讯！" style="width:9.75pt;height:10.5pt" o:oleicon="f" o:ole="">
            <v:imagedata r:id="rId2893" o:title="eqId7f9e8449aad35c5d840a3395ea86df6d"/>
          </v:shape>
        </w:pict>
      </w:r>
      <w:r>
        <w:rPr>
          <w:rFonts w:ascii="宋体" w:eastAsia="宋体" w:hAnsi="宋体" w:cs="宋体"/>
          <w:color w:val="000000"/>
        </w:rPr>
        <w:t>点表示的数为</w:t>
      </w:r>
      <w:r>
        <w:pict>
          <v:shape id="_x0000_i709457" type="#_x0000_t75" alt="学科网(www.zxxk.com)--教育资源门户，提供试卷、教案、课件、论文、素材以及各类教学资源下载，还有大量而丰富的教学相关资讯！" style="width:20.25pt;height:30.75pt" o:oleicon="f" o:ole="">
            <v:imagedata r:id="rId2894" o:title="eqIdcfdd459ebecd98f60e82caf60e190dd3"/>
          </v:shape>
        </w:pict>
      </w:r>
    </w:p>
    <w:p>
      <w:pPr>
        <w:spacing w:line="360" w:lineRule="auto"/>
        <w:jc w:val="left"/>
        <w:textAlignment w:val="center"/>
        <w:rPr>
          <w:color w:val="000000"/>
        </w:rPr>
      </w:pPr>
      <w:r>
        <w:pict>
          <v:shape id="_x0000_i709458" type="#_x0000_t75" alt="学科网(www.zxxk.com)--教育资源门户，提供试卷、教案、课件、论文、素材以及各类教学资源下载，还有大量而丰富的教学相关资讯！" style="width:9.75pt;height:8.25pt" o:oleicon="f" o:ole="">
            <v:imagedata r:id="rId2895" o:title="eqId16f3d198e76391779fa3badc848c8ac8"/>
          </v:shape>
        </w:pict>
      </w:r>
      <w:r>
        <w:pict>
          <v:shape id="_x0000_i709459" type="#_x0000_t75" alt="学科网(www.zxxk.com)--教育资源门户，提供试卷、教案、课件、论文、素材以及各类教学资源下载，还有大量而丰富的教学相关资讯！" style="width:78pt;height:15.75pt" o:oleicon="f" o:ole="">
            <v:imagedata r:id="rId2896" o:title="eqId97595f2a4c842af88f6e3b76135e7b23"/>
          </v:shape>
        </w:pict>
      </w:r>
      <w:r>
        <w:rPr>
          <w:rFonts w:ascii="宋体" w:eastAsia="宋体" w:hAnsi="宋体" w:cs="宋体"/>
          <w:color w:val="000000"/>
        </w:rPr>
        <w:t>，</w:t>
      </w:r>
      <w:r>
        <w:pict>
          <v:shape id="_x0000_i709460" type="#_x0000_t75" alt="学科网(www.zxxk.com)--教育资源门户，提供试卷、教案、课件、论文、素材以及各类教学资源下载，还有大量而丰富的教学相关资讯！" style="width:80.25pt;height:15.75pt" o:oleicon="f" o:ole="">
            <v:imagedata r:id="rId2897" o:title="eqIdb5ca4ffd1eb21355cd0ced4167a48da9"/>
          </v:shape>
        </w:pict>
      </w:r>
    </w:p>
    <w:p>
      <w:pPr>
        <w:spacing w:line="360" w:lineRule="auto"/>
        <w:jc w:val="left"/>
        <w:textAlignment w:val="center"/>
        <w:rPr>
          <w:color w:val="000000"/>
        </w:rPr>
      </w:pPr>
      <w:r>
        <w:rPr>
          <w:rFonts w:ascii="宋体" w:eastAsia="宋体" w:hAnsi="宋体" w:cs="宋体"/>
          <w:color w:val="000000"/>
        </w:rPr>
        <w:t>根据定义可得</w:t>
      </w:r>
    </w:p>
    <w:p>
      <w:pPr>
        <w:spacing w:line="360" w:lineRule="auto"/>
        <w:jc w:val="left"/>
        <w:textAlignment w:val="center"/>
        <w:rPr>
          <w:color w:val="000000"/>
        </w:rPr>
      </w:pPr>
      <w:r>
        <w:pict>
          <v:shape id="_x0000_i709461" type="#_x0000_t75" alt="学科网(www.zxxk.com)--教育资源门户，提供试卷、教案、课件、论文、素材以及各类教学资源下载，还有大量而丰富的教学相关资讯！" style="width:51pt;height:36pt" o:oleicon="f" o:ole="">
            <v:imagedata r:id="rId2898" o:title="eqId07c601fa42315b80bbb9aedf9c503446"/>
          </v:shape>
        </w:pict>
      </w:r>
      <w:r>
        <w:rPr>
          <w:rFonts w:ascii="宋体" w:eastAsia="宋体" w:hAnsi="宋体" w:cs="宋体"/>
          <w:color w:val="000000"/>
        </w:rPr>
        <w:t>，</w:t>
      </w:r>
      <w:r>
        <w:pict>
          <v:shape id="_x0000_i709462" type="#_x0000_t75" alt="学科网(www.zxxk.com)--教育资源门户，提供试卷、教案、课件、论文、素材以及各类教学资源下载，还有大量而丰富的教学相关资讯！" style="width:63pt;height:66pt" o:oleicon="f" o:ole="">
            <v:imagedata r:id="rId2899" o:title="eqId1355baf3b4826a66e39d5d829c1c0e21"/>
          </v:shape>
        </w:pict>
      </w:r>
    </w:p>
    <w:p>
      <w:pPr>
        <w:spacing w:line="360" w:lineRule="auto"/>
        <w:jc w:val="left"/>
        <w:textAlignment w:val="center"/>
        <w:rPr>
          <w:color w:val="000000"/>
        </w:rPr>
      </w:pPr>
      <w:r>
        <w:pict>
          <v:shape id="_x0000_i709463" type="#_x0000_t75" alt="学科网(www.zxxk.com)--教育资源门户，提供试卷、教案、课件、论文、素材以及各类教学资源下载，还有大量而丰富的教学相关资讯！" style="width:293.95pt;height:30.85pt" o:oleicon="f" o:ole="">
            <v:imagedata r:id="rId2900" o:title="eqId7aa3a0ee30696327fa3d068bc33d5e3b"/>
          </v:shape>
        </w:pict>
      </w:r>
    </w:p>
    <w:p>
      <w:pPr>
        <w:spacing w:line="360" w:lineRule="auto"/>
        <w:jc w:val="left"/>
        <w:textAlignment w:val="center"/>
        <w:rPr>
          <w:color w:val="000000"/>
        </w:rPr>
      </w:pPr>
      <w:r>
        <w:rPr>
          <w:rFonts w:ascii="宋体" w:eastAsia="宋体" w:hAnsi="宋体" w:cs="宋体"/>
          <w:color w:val="000000"/>
        </w:rPr>
        <w:t>当</w:t>
      </w:r>
      <w:r>
        <w:pict>
          <v:shape id="_x0000_i709464" type="#_x0000_t75" alt="学科网(www.zxxk.com)--教育资源门户，提供试卷、教案、课件、论文、素材以及各类教学资源下载，还有大量而丰富的教学相关资讯！" style="width:95.25pt;height:15.75pt" o:oleicon="f" o:ole="">
            <v:imagedata r:id="rId2901" o:title="eqId52a6e42184f07246d9a524ebcb6e4c7b"/>
          </v:shape>
        </w:pict>
      </w:r>
      <w:r>
        <w:rPr>
          <w:rFonts w:ascii="宋体" w:eastAsia="宋体" w:hAnsi="宋体" w:cs="宋体"/>
          <w:color w:val="000000"/>
        </w:rPr>
        <w:t>时</w:t>
      </w:r>
    </w:p>
    <w:p>
      <w:pPr>
        <w:spacing w:line="360" w:lineRule="auto"/>
        <w:jc w:val="left"/>
        <w:textAlignment w:val="center"/>
        <w:rPr>
          <w:color w:val="000000"/>
        </w:rPr>
      </w:pPr>
      <w:r>
        <w:pict>
          <v:shape id="_x0000_i709465" type="#_x0000_t75" alt="学科网(www.zxxk.com)--教育资源门户，提供试卷、教案、课件、论文、素材以及各类教学资源下载，还有大量而丰富的教学相关资讯！" style="width:117.9pt;height:34pt" o:oleicon="f" o:ole="">
            <v:imagedata r:id="rId2902" o:title="eqIdc4fb245ac85fc6952e35c81fadcc71a2"/>
          </v:shape>
        </w:pict>
      </w:r>
    </w:p>
    <w:p>
      <w:pPr>
        <w:spacing w:line="360" w:lineRule="auto"/>
        <w:jc w:val="left"/>
        <w:textAlignment w:val="center"/>
        <w:rPr>
          <w:color w:val="000000"/>
        </w:rPr>
      </w:pPr>
      <w:r>
        <w:rPr>
          <w:rFonts w:ascii="宋体" w:eastAsia="宋体" w:hAnsi="宋体" w:cs="宋体"/>
          <w:color w:val="000000"/>
        </w:rPr>
        <w:t>解得</w:t>
      </w:r>
      <w:r>
        <w:pict>
          <v:shape id="_x0000_i709466" type="#_x0000_t75" alt="学科网(www.zxxk.com)--教育资源门户，提供试卷、教案、课件、论文、素材以及各类教学资源下载，还有大量而丰富的教学相关资讯！" style="width:36pt;height:31.15pt" o:oleicon="f" o:ole="">
            <v:imagedata r:id="rId2903" o:title="eqId405fa07c6bd222f603c5e3dfe91586fc"/>
          </v:shape>
        </w:pict>
      </w:r>
    </w:p>
    <w:p>
      <w:pPr>
        <w:spacing w:line="360" w:lineRule="auto"/>
        <w:jc w:val="left"/>
        <w:textAlignment w:val="center"/>
        <w:rPr>
          <w:color w:val="000000"/>
        </w:rPr>
      </w:pPr>
      <w:r>
        <w:pict>
          <v:shape id="_x0000_i709467" type="#_x0000_t75" alt="学科网(www.zxxk.com)--教育资源门户，提供试卷、教案、课件、论文、素材以及各类教学资源下载，还有大量而丰富的教学相关资讯！" style="width:21pt;height:12.75pt" o:oleicon="f" o:ole="">
            <v:imagedata r:id="rId2904" o:title="eqIdf6edc66eda411bf767762e14bde9c9ff"/>
          </v:shape>
        </w:pict>
      </w:r>
      <w:r>
        <w:rPr>
          <w:rFonts w:ascii="宋体" w:eastAsia="宋体" w:hAnsi="宋体" w:cs="宋体"/>
          <w:color w:val="000000"/>
        </w:rPr>
        <w:t>点表示的数是</w:t>
      </w:r>
      <w:r>
        <w:pict>
          <v:shape id="_x0000_i709468" type="#_x0000_t75" alt="学科网(www.zxxk.com)--教育资源门户，提供试卷、教案、课件、论文、素材以及各类教学资源下载，还有大量而丰富的教学相关资讯！" style="width:18pt;height:30.75pt" o:oleicon="f" o:ole="">
            <v:imagedata r:id="rId2905" o:title="eqIdf3d754c4ad51e4482e12a615d20a13fb"/>
          </v:shape>
        </w:pict>
      </w:r>
    </w:p>
    <w:p>
      <w:pPr>
        <w:spacing w:line="360" w:lineRule="auto"/>
        <w:jc w:val="left"/>
        <w:textAlignment w:val="center"/>
        <w:rPr>
          <w:color w:val="000000"/>
        </w:rPr>
      </w:pPr>
      <w:r>
        <w:rPr>
          <w:rFonts w:ascii="宋体" w:eastAsia="宋体" w:hAnsi="宋体" w:cs="宋体"/>
          <w:color w:val="000000"/>
        </w:rPr>
        <w:t>②当</w:t>
      </w:r>
      <w:r>
        <w:pict>
          <v:shape id="_x0000_i709469" type="#_x0000_t75" alt="学科网(www.zxxk.com)--教育资源门户，提供试卷、教案、课件、论文、素材以及各类教学资源下载，还有大量而丰富的教学相关资讯！" style="width:12pt;height:12pt" o:oleicon="f" o:ole="">
            <v:imagedata r:id="rId2906" o:title="eqId5963abe8f421bd99a2aaa94831a951e9"/>
          </v:shape>
        </w:pict>
      </w:r>
      <w:r>
        <w:rPr>
          <w:rFonts w:ascii="宋体" w:eastAsia="宋体" w:hAnsi="宋体" w:cs="宋体"/>
          <w:color w:val="000000"/>
        </w:rPr>
        <w:t>沿负方向运动，则</w:t>
      </w:r>
      <w:r>
        <w:pict>
          <v:shape id="_x0000_i709470" type="#_x0000_t75" alt="学科网(www.zxxk.com)--教育资源门户，提供试卷、教案、课件、论文、素材以及各类教学资源下载，还有大量而丰富的教学相关资讯！" style="width:9.75pt;height:10.5pt" o:oleicon="f" o:ole="">
            <v:imagedata r:id="rId2907" o:title="eqId7f9e8449aad35c5d840a3395ea86df6d"/>
          </v:shape>
        </w:pict>
      </w:r>
      <w:r>
        <w:rPr>
          <w:rFonts w:ascii="宋体" w:eastAsia="宋体" w:hAnsi="宋体" w:cs="宋体"/>
          <w:color w:val="000000"/>
        </w:rPr>
        <w:t>沿正方向运动时，</w:t>
      </w:r>
    </w:p>
    <w:p>
      <w:pPr>
        <w:spacing w:line="360" w:lineRule="auto"/>
        <w:jc w:val="left"/>
        <w:textAlignment w:val="center"/>
        <w:rPr>
          <w:color w:val="000000"/>
        </w:rPr>
      </w:pPr>
      <w:r>
        <w:rPr>
          <w:rFonts w:ascii="宋体" w:eastAsia="宋体" w:hAnsi="宋体" w:cs="宋体"/>
          <w:color w:val="000000"/>
        </w:rPr>
        <w:t>设</w:t>
      </w:r>
      <w:r>
        <w:pict>
          <v:shape id="_x0000_i709471" type="#_x0000_t75" alt="学科网(www.zxxk.com)--教育资源门户，提供试卷、教案、课件、论文、素材以及各类教学资源下载，还有大量而丰富的教学相关资讯！" style="width:12pt;height:12pt" o:oleicon="f" o:ole="">
            <v:imagedata r:id="rId2908" o:title="eqId5963abe8f421bd99a2aaa94831a951e9"/>
          </v:shape>
        </w:pict>
      </w:r>
      <w:r>
        <w:rPr>
          <w:rFonts w:ascii="宋体" w:eastAsia="宋体" w:hAnsi="宋体" w:cs="宋体"/>
          <w:color w:val="000000"/>
        </w:rPr>
        <w:t>点表示的数为</w:t>
      </w:r>
      <w:r>
        <w:pict>
          <v:shape id="_x0000_i709472" type="#_x0000_t75" alt="学科网(www.zxxk.com)--教育资源门户，提供试卷、教案、课件、论文、素材以及各类教学资源下载，还有大量而丰富的教学相关资讯！" style="width:10pt;height:8pt" o:oleicon="f" o:ole="">
            <v:imagedata r:id="rId2909" o:title="eqId4bfc339cf6dd66599db64fa3fa44e608"/>
          </v:shape>
        </w:pict>
      </w:r>
      <w:r>
        <w:pict>
          <v:shape id="_x0000_i709473" type="#_x0000_t75" alt="学科网(www.zxxk.com)--教育资源门户，提供试卷、教案、课件、论文、素材以及各类教学资源下载，还有大量而丰富的教学相关资讯！" style="width:9pt;height:9.75pt" o:oleicon="f" o:ole="">
            <v:imagedata r:id="rId2910" o:title="eqId0a6936d370d6a238a608ca56f87198de"/>
          </v:shape>
        </w:pict>
      </w:r>
      <w:r>
        <w:rPr>
          <w:rFonts w:ascii="宋体" w:eastAsia="宋体" w:hAnsi="宋体" w:cs="宋体"/>
          <w:color w:val="000000"/>
        </w:rPr>
        <w:t>，</w:t>
      </w:r>
    </w:p>
    <w:p>
      <w:pPr>
        <w:spacing w:line="360" w:lineRule="auto"/>
        <w:jc w:val="left"/>
        <w:textAlignment w:val="center"/>
        <w:rPr>
          <w:color w:val="000000"/>
        </w:rPr>
      </w:pPr>
      <w:r>
        <w:pict>
          <v:shape id="_x0000_i709474" type="#_x0000_t75" alt="学科网(www.zxxk.com)--教育资源门户，提供试卷、教案、课件、论文、素材以及各类教学资源下载，还有大量而丰富的教学相关资讯！" style="width:9.75pt;height:9pt" o:oleicon="f" o:ole="">
            <v:imagedata r:id="rId2911" o:title="eqId2de0d10ef8b748d4531250c37c5d3f9e"/>
          </v:shape>
        </w:pict>
      </w:r>
      <w:r>
        <w:pict>
          <v:shape id="_x0000_i709475" type="#_x0000_t75" alt="学科网(www.zxxk.com)--教育资源门户，提供试卷、教案、课件、论文、素材以及各类教学资源下载，还有大量而丰富的教学相关资讯！" style="width:9.75pt;height:10.5pt" o:oleicon="f" o:ole="">
            <v:imagedata r:id="rId2912" o:title="eqId7f9e8449aad35c5d840a3395ea86df6d"/>
          </v:shape>
        </w:pict>
      </w:r>
      <w:r>
        <w:rPr>
          <w:rFonts w:ascii="宋体" w:eastAsia="宋体" w:hAnsi="宋体" w:cs="宋体"/>
          <w:color w:val="000000"/>
        </w:rPr>
        <w:t>点表示的数为</w:t>
      </w:r>
      <w:r>
        <w:pict>
          <v:shape id="_x0000_i709476" type="#_x0000_t75" alt="学科网(www.zxxk.com)--教育资源门户，提供试卷、教案、课件、论文、素材以及各类教学资源下载，还有大量而丰富的教学相关资讯！" style="width:12pt;height:31pt" o:oleicon="f" o:ole="">
            <v:imagedata r:id="rId2913" o:title="eqId576833b76e9cad3b523f87132308df99"/>
          </v:shape>
        </w:pict>
      </w:r>
    </w:p>
    <w:p>
      <w:pPr>
        <w:spacing w:line="360" w:lineRule="auto"/>
        <w:jc w:val="left"/>
        <w:textAlignment w:val="center"/>
        <w:rPr>
          <w:color w:val="000000"/>
        </w:rPr>
      </w:pPr>
      <w:r>
        <w:pict>
          <v:shape id="_x0000_i709477" type="#_x0000_t75" alt="学科网(www.zxxk.com)--教育资源门户，提供试卷、教案、课件、论文、素材以及各类教学资源下载，还有大量而丰富的教学相关资讯！" style="width:9.75pt;height:8.25pt" o:oleicon="f" o:ole="">
            <v:imagedata r:id="rId2914" o:title="eqId16f3d198e76391779fa3badc848c8ac8"/>
          </v:shape>
        </w:pict>
      </w:r>
      <w:r>
        <w:pict>
          <v:shape id="_x0000_i709478" type="#_x0000_t75" alt="学科网(www.zxxk.com)--教育资源门户，提供试卷、教案、课件、论文、素材以及各类教学资源下载，还有大量而丰富的教学相关资讯！" style="width:78pt;height:15.75pt" o:oleicon="f" o:ole="">
            <v:imagedata r:id="rId2915" o:title="eqId97595f2a4c842af88f6e3b76135e7b23"/>
          </v:shape>
        </w:pict>
      </w:r>
      <w:r>
        <w:rPr>
          <w:rFonts w:ascii="宋体" w:eastAsia="宋体" w:hAnsi="宋体" w:cs="宋体"/>
          <w:color w:val="000000"/>
        </w:rPr>
        <w:t>，</w:t>
      </w:r>
      <w:r>
        <w:pict>
          <v:shape id="_x0000_i709479" type="#_x0000_t75" alt="学科网(www.zxxk.com)--教育资源门户，提供试卷、教案、课件、论文、素材以及各类教学资源下载，还有大量而丰富的教学相关资讯！" style="width:80.25pt;height:15.75pt" o:oleicon="f" o:ole="">
            <v:imagedata r:id="rId2916" o:title="eqIdb5ca4ffd1eb21355cd0ced4167a48da9"/>
          </v:shape>
        </w:pict>
      </w:r>
    </w:p>
    <w:p>
      <w:pPr>
        <w:spacing w:line="360" w:lineRule="auto"/>
        <w:jc w:val="left"/>
        <w:textAlignment w:val="center"/>
        <w:rPr>
          <w:color w:val="000000"/>
        </w:rPr>
      </w:pPr>
      <w:r>
        <w:rPr>
          <w:rFonts w:ascii="宋体" w:eastAsia="宋体" w:hAnsi="宋体" w:cs="宋体"/>
          <w:color w:val="000000"/>
        </w:rPr>
        <w:t>根据定义可得</w:t>
      </w:r>
    </w:p>
    <w:p>
      <w:pPr>
        <w:spacing w:line="360" w:lineRule="auto"/>
        <w:jc w:val="left"/>
        <w:textAlignment w:val="center"/>
        <w:rPr>
          <w:color w:val="000000"/>
        </w:rPr>
      </w:pPr>
      <w:r>
        <w:pict>
          <v:shape id="_x0000_i709480" type="#_x0000_t75" alt="学科网(www.zxxk.com)--教育资源门户，提供试卷、教案、课件、论文、素材以及各类教学资源下载，还有大量而丰富的教学相关资讯！" style="width:57.75pt;height:36pt" o:oleicon="f" o:ole="">
            <v:imagedata r:id="rId2917" o:title="eqId110547d757652d1b2260a7571b603a67"/>
          </v:shape>
        </w:pict>
      </w:r>
      <w:r>
        <w:rPr>
          <w:rFonts w:ascii="宋体" w:eastAsia="宋体" w:hAnsi="宋体" w:cs="宋体"/>
          <w:color w:val="000000"/>
        </w:rPr>
        <w:t>，</w:t>
      </w:r>
      <w:r>
        <w:pict>
          <v:shape id="_x0000_i709481" type="#_x0000_t75" alt="学科网(www.zxxk.com)--教育资源门户，提供试卷、教案、课件、论文、素材以及各类教学资源下载，还有大量而丰富的教学相关资讯！" style="width:54.75pt;height:66pt" o:oleicon="f" o:ole="">
            <v:imagedata r:id="rId2918" o:title="eqId364abb428dc781e5d6d72ea5277e30ca"/>
          </v:shape>
        </w:pict>
      </w:r>
    </w:p>
    <w:p>
      <w:pPr>
        <w:spacing w:line="360" w:lineRule="auto"/>
        <w:jc w:val="left"/>
        <w:textAlignment w:val="center"/>
        <w:rPr>
          <w:color w:val="000000"/>
        </w:rPr>
      </w:pPr>
      <w:r>
        <w:pict>
          <v:shape id="_x0000_i709482" type="#_x0000_t75" alt="学科网(www.zxxk.com)--教育资源门户，提供试卷、教案、课件、论文、素材以及各类教学资源下载，还有大量而丰富的教学相关资讯！" style="width:324pt;height:30.85pt" o:oleicon="f" o:ole="">
            <v:imagedata r:id="rId2919" o:title="eqIdef669ad3363126e84d433c6ff47a2089"/>
          </v:shape>
        </w:pict>
      </w:r>
    </w:p>
    <w:p>
      <w:pPr>
        <w:spacing w:line="360" w:lineRule="auto"/>
        <w:jc w:val="left"/>
        <w:textAlignment w:val="center"/>
        <w:rPr>
          <w:color w:val="000000"/>
        </w:rPr>
      </w:pPr>
      <w:r>
        <w:rPr>
          <w:rFonts w:ascii="宋体" w:eastAsia="宋体" w:hAnsi="宋体" w:cs="宋体"/>
          <w:color w:val="000000"/>
        </w:rPr>
        <w:t>当</w:t>
      </w:r>
      <w:r>
        <w:pict>
          <v:shape id="_x0000_i709483" type="#_x0000_t75" alt="学科网(www.zxxk.com)--教育资源门户，提供试卷、教案、课件、论文、素材以及各类教学资源下载，还有大量而丰富的教学相关资讯！" style="width:95.25pt;height:15.75pt" o:oleicon="f" o:ole="">
            <v:imagedata r:id="rId2920" o:title="eqId52a6e42184f07246d9a524ebcb6e4c7b"/>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即</w:t>
      </w:r>
      <w:r>
        <w:pict>
          <v:shape id="_x0000_i709484" type="#_x0000_t75" alt="学科网(www.zxxk.com)--教育资源门户，提供试卷、教案、课件、论文、素材以及各类教学资源下载，还有大量而丰富的教学相关资讯！" style="width:134.9pt;height:34pt" o:oleicon="f" o:ole="">
            <v:imagedata r:id="rId2921" o:title="eqId7e75af7fd67570204fc48a8d9c35fbe1"/>
          </v:shape>
        </w:pict>
      </w:r>
    </w:p>
    <w:p>
      <w:pPr>
        <w:spacing w:line="360" w:lineRule="auto"/>
        <w:jc w:val="left"/>
        <w:textAlignment w:val="center"/>
        <w:rPr>
          <w:color w:val="000000"/>
        </w:rPr>
      </w:pPr>
      <w:r>
        <w:rPr>
          <w:rFonts w:ascii="宋体" w:eastAsia="宋体" w:hAnsi="宋体" w:cs="宋体"/>
          <w:color w:val="000000"/>
        </w:rPr>
        <w:t>解得</w:t>
      </w:r>
      <w:r>
        <w:pict>
          <v:shape id="_x0000_i709485" type="#_x0000_t75" alt="学科网(www.zxxk.com)--教育资源门户，提供试卷、教案、课件、论文、素材以及各类教学资源下载，还有大量而丰富的教学相关资讯！" style="width:44.25pt;height:30.75pt" o:oleicon="f" o:ole="">
            <v:imagedata r:id="rId2922" o:title="eqIde86ac30bc1b9e126cc1cdc7a2e6d9009"/>
          </v:shape>
        </w:pict>
      </w:r>
    </w:p>
    <w:p>
      <w:pPr>
        <w:spacing w:line="360" w:lineRule="auto"/>
        <w:jc w:val="left"/>
        <w:textAlignment w:val="center"/>
        <w:rPr>
          <w:color w:val="000000"/>
        </w:rPr>
      </w:pPr>
      <w:r>
        <w:pict>
          <v:shape id="_x0000_i709486" type="#_x0000_t75" alt="学科网(www.zxxk.com)--教育资源门户，提供试卷、教案、课件、论文、素材以及各类教学资源下载，还有大量而丰富的教学相关资讯！" style="width:21pt;height:12.75pt" o:oleicon="f" o:ole="">
            <v:imagedata r:id="rId2923" o:title="eqIdf6edc66eda411bf767762e14bde9c9ff"/>
          </v:shape>
        </w:pict>
      </w:r>
      <w:r>
        <w:rPr>
          <w:rFonts w:ascii="宋体" w:eastAsia="宋体" w:hAnsi="宋体" w:cs="宋体"/>
          <w:color w:val="000000"/>
        </w:rPr>
        <w:t>点表示的数是</w:t>
      </w:r>
      <w:r>
        <w:pict>
          <v:shape id="_x0000_i709487" type="#_x0000_t75" alt="学科网(www.zxxk.com)--教育资源门户，提供试卷、教案、课件、论文、素材以及各类教学资源下载，还有大量而丰富的教学相关资讯！" style="width:18pt;height:30.75pt" o:oleicon="f" o:ole="">
            <v:imagedata r:id="rId2924" o:title="eqIdf3d754c4ad51e4482e12a615d20a13fb"/>
          </v:shape>
        </w:pict>
      </w:r>
    </w:p>
    <w:p>
      <w:pPr>
        <w:spacing w:line="360" w:lineRule="auto"/>
        <w:jc w:val="left"/>
        <w:textAlignment w:val="center"/>
        <w:rPr>
          <w:color w:val="000000"/>
        </w:rPr>
      </w:pPr>
      <w:r>
        <w:rPr>
          <w:color w:val="000000"/>
        </w:rPr>
        <w:t>【点睛】</w:t>
      </w:r>
      <w:r>
        <w:rPr>
          <w:rFonts w:ascii="宋体" w:eastAsia="宋体" w:hAnsi="宋体" w:cs="宋体"/>
          <w:color w:val="000000"/>
        </w:rPr>
        <w:t>本题为创新型题目，解题的关键是重点在题目意思的理解，结合分析可以利用数形结合的方法求解，在掌握了题目含义的基础上，进行解答．注意“</w:t>
      </w:r>
      <w:r>
        <w:pict>
          <v:shape id="_x0000_i709488" type="#_x0000_t75" alt="学科网(www.zxxk.com)--教育资源门户，提供试卷、教案、课件、论文、素材以及各类教学资源下载，还有大量而丰富的教学相关资讯！" style="width:9pt;height:9.75pt" o:oleicon="f" o:ole="">
            <v:imagedata r:id="rId2925" o:title="eqId81dea63b8ce3e51adf66cf7b9982a248"/>
          </v:shape>
        </w:pict>
      </w:r>
      <w:r>
        <w:rPr>
          <w:rFonts w:ascii="宋体" w:eastAsia="宋体" w:hAnsi="宋体" w:cs="宋体"/>
          <w:color w:val="000000"/>
        </w:rPr>
        <w:t>，</w:t>
      </w:r>
      <w:r>
        <w:pict>
          <v:shape id="_x0000_i709489" type="#_x0000_t75" alt="学科网(www.zxxk.com)--教育资源门户，提供试卷、教案、课件、论文、素材以及各类教学资源下载，还有大量而丰富的教学相关资讯！" style="width:9.75pt;height:12pt" o:oleicon="f" o:ole="">
            <v:imagedata r:id="rId2926" o:title="eqIdd053b14c8588eee2acbbe44fc37a6886"/>
          </v:shape>
        </w:pict>
      </w:r>
      <w:r>
        <w:rPr>
          <w:rFonts w:ascii="宋体" w:eastAsia="宋体" w:hAnsi="宋体" w:cs="宋体"/>
          <w:color w:val="000000"/>
        </w:rPr>
        <w:t>的数值是关于</w:t>
      </w:r>
      <w:r>
        <w:pict>
          <v:shape id="_x0000_i709490" type="#_x0000_t75" alt="学科网(www.zxxk.com)--教育资源门户，提供试卷、教案、课件、论文、素材以及各类教学资源下载，还有大量而丰富的教学相关资讯！" style="width:12pt;height:12pt" o:oleicon="f" o:ole="">
            <v:imagedata r:id="rId2927" o:title="eqId5963abe8f421bd99a2aaa94831a951e9"/>
          </v:shape>
        </w:pict>
      </w:r>
      <w:r>
        <w:rPr>
          <w:rFonts w:ascii="宋体" w:eastAsia="宋体" w:hAnsi="宋体" w:cs="宋体"/>
          <w:color w:val="000000"/>
        </w:rPr>
        <w:t>对称”的运用．</w:t>
      </w:r>
    </w:p>
    <w:p>
      <w:pPr>
        <w:pStyle w:val="Heading2"/>
      </w:pPr>
      <w:r>
        <w:t>燕山区</w:t>
      </w:r>
    </w:p>
    <w:p>
      <w:pPr>
        <w:spacing w:line="360" w:lineRule="auto"/>
        <w:jc w:val="left"/>
        <w:textAlignment w:val="center"/>
        <w:rPr>
          <w:color w:val="000000"/>
        </w:rPr>
      </w:pPr>
      <w:r>
        <w:rPr>
          <w:color w:val="000000"/>
        </w:rPr>
        <w:t xml:space="preserve">24. </w:t>
      </w:r>
      <w:r>
        <w:rPr>
          <w:rFonts w:ascii="宋体" w:eastAsia="宋体" w:hAnsi="宋体" w:cs="宋体"/>
          <w:color w:val="000000"/>
        </w:rPr>
        <w:t>如图，点</w:t>
      </w:r>
      <w:r>
        <w:rPr>
          <w:rFonts w:ascii="Times New Roman" w:eastAsia="Times New Roman" w:hAnsi="Times New Roman" w:cs="Times New Roman"/>
          <w:i/>
          <w:color w:val="000000"/>
        </w:rPr>
        <w:t>O</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，射线</w:t>
      </w:r>
      <w:r>
        <w:rPr>
          <w:rFonts w:ascii="Times New Roman" w:eastAsia="Times New Roman" w:hAnsi="Times New Roman" w:cs="Times New Roman"/>
          <w:i/>
          <w:color w:val="000000"/>
        </w:rPr>
        <w:t>OE</w:t>
      </w:r>
      <w:r>
        <w:rPr>
          <w:rFonts w:ascii="宋体" w:eastAsia="宋体" w:hAnsi="宋体" w:cs="宋体"/>
          <w:color w:val="000000"/>
        </w:rPr>
        <w:t>在∠</w:t>
      </w:r>
      <w:r>
        <w:rPr>
          <w:rFonts w:ascii="Times New Roman" w:eastAsia="Times New Roman" w:hAnsi="Times New Roman" w:cs="Times New Roman"/>
          <w:i/>
          <w:color w:val="000000"/>
        </w:rPr>
        <w:t>COD</w:t>
      </w:r>
      <w:r>
        <w:rPr>
          <w:rFonts w:ascii="宋体" w:eastAsia="宋体" w:hAnsi="宋体" w:cs="宋体"/>
          <w:color w:val="000000"/>
        </w:rPr>
        <w:t>内部，且∠</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381250" cy="828675"/>
            <wp:docPr id="30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 name=""/>
                    <pic:cNvPicPr>
                      <a:picLocks noChangeAspect="1"/>
                    </pic:cNvPicPr>
                  </pic:nvPicPr>
                  <pic:blipFill>
                    <a:blip r:embed="rId2928"/>
                    <a:stretch>
                      <a:fillRect/>
                    </a:stretch>
                  </pic:blipFill>
                  <pic:spPr>
                    <a:xfrm>
                      <a:off x="0" y="0"/>
                      <a:ext cx="2381250" cy="8286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，若</w:t>
      </w:r>
      <w:r>
        <w:rPr>
          <w:rFonts w:ascii="Times New Roman" w:eastAsia="Times New Roman" w:hAnsi="Times New Roman" w:cs="Times New Roman"/>
          <w:i/>
          <w:color w:val="000000"/>
        </w:rPr>
        <w:t>OD</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的平分线，求∠</w:t>
      </w:r>
      <w:r>
        <w:rPr>
          <w:rFonts w:ascii="Times New Roman" w:eastAsia="Times New Roman" w:hAnsi="Times New Roman" w:cs="Times New Roman"/>
          <w:i/>
          <w:color w:val="000000"/>
        </w:rPr>
        <w:t>COE</w:t>
      </w:r>
      <w:r>
        <w:rPr>
          <w:rFonts w:ascii="宋体" w:eastAsia="宋体" w:hAnsi="宋体" w:cs="宋体"/>
          <w:color w:val="000000"/>
        </w:rPr>
        <w:t>的度数；</w:t>
      </w:r>
    </w:p>
    <w:p>
      <w:pPr>
        <w:spacing w:line="360" w:lineRule="auto"/>
        <w:jc w:val="left"/>
        <w:textAlignment w:val="center"/>
        <w:rPr>
          <w:color w:val="000000"/>
        </w:rPr>
      </w:pPr>
      <w:r>
        <w:rPr>
          <w:rFonts w:ascii="宋体" w:eastAsia="宋体" w:hAnsi="宋体" w:cs="宋体"/>
          <w:color w:val="000000"/>
        </w:rPr>
        <w:t>下面是小宇同学的解答过程，请帮小宇补充完整．</w:t>
      </w:r>
    </w:p>
    <w:p>
      <w:pPr>
        <w:spacing w:line="360" w:lineRule="auto"/>
        <w:jc w:val="left"/>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的平分线，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pict>
          <v:shape id="_x0000_i709491" type="#_x0000_t75" alt="学科网(www.zxxk.com)--教育资源门户，提供试卷、教案、课件、论文、素材以及各类教学资源下载，还有大量而丰富的教学相关资讯！" style="width:11.25pt;height:30.75pt" o:oleicon="f" o:ole="">
            <v:imagedata r:id="rId2929" o:title="eqId4dac452fbb5ef6dd653e7fbbef639484"/>
          </v:shape>
        </w:pict>
      </w: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COE</w:t>
      </w:r>
      <w:r>
        <w:rPr>
          <w:rFonts w:ascii="宋体" w:eastAsia="宋体" w:hAnsi="宋体" w:cs="宋体"/>
          <w:color w:val="000000"/>
        </w:rPr>
        <w:t>＝∠</w:t>
      </w:r>
      <w:r>
        <w:rPr>
          <w:rFonts w:ascii="Times New Roman" w:eastAsia="Times New Roman" w:hAnsi="Times New Roman" w:cs="Times New Roman"/>
          <w:color w:val="000000"/>
          <w:u w:val="single"/>
        </w:rPr>
        <w:t xml:space="preserve">          </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，小宇发现当∠</w:t>
      </w:r>
      <w:r>
        <w:rPr>
          <w:rFonts w:ascii="Times New Roman" w:eastAsia="Times New Roman" w:hAnsi="Times New Roman" w:cs="Times New Roman"/>
          <w:i/>
          <w:color w:val="000000"/>
        </w:rPr>
        <w:t>BOD</w:t>
      </w:r>
      <w:r>
        <w:rPr>
          <w:rFonts w:ascii="宋体" w:eastAsia="宋体" w:hAnsi="宋体" w:cs="宋体"/>
          <w:color w:val="000000"/>
        </w:rPr>
        <w:t>的大小发生变化时，∠</w:t>
      </w:r>
      <w:r>
        <w:rPr>
          <w:rFonts w:ascii="Times New Roman" w:eastAsia="Times New Roman" w:hAnsi="Times New Roman" w:cs="Times New Roman"/>
          <w:i/>
          <w:color w:val="000000"/>
        </w:rPr>
        <w:t>COE</w:t>
      </w:r>
      <w:r>
        <w:rPr>
          <w:rFonts w:ascii="宋体" w:eastAsia="宋体" w:hAnsi="宋体" w:cs="宋体"/>
          <w:color w:val="000000"/>
        </w:rPr>
        <w:t>与∠</w:t>
      </w:r>
      <w:r>
        <w:rPr>
          <w:rFonts w:ascii="Times New Roman" w:eastAsia="Times New Roman" w:hAnsi="Times New Roman" w:cs="Times New Roman"/>
          <w:i/>
          <w:color w:val="000000"/>
        </w:rPr>
        <w:t>BOD</w:t>
      </w:r>
      <w:r>
        <w:rPr>
          <w:rFonts w:ascii="宋体" w:eastAsia="宋体" w:hAnsi="宋体" w:cs="宋体"/>
          <w:color w:val="000000"/>
        </w:rPr>
        <w:t>的数量关系保持不变，请你用等式表示出∠</w:t>
      </w:r>
      <w:r>
        <w:rPr>
          <w:rFonts w:ascii="Times New Roman" w:eastAsia="Times New Roman" w:hAnsi="Times New Roman" w:cs="Times New Roman"/>
          <w:i/>
          <w:color w:val="000000"/>
        </w:rPr>
        <w:t>COE</w:t>
      </w:r>
      <w:r>
        <w:rPr>
          <w:rFonts w:ascii="宋体" w:eastAsia="宋体" w:hAnsi="宋体" w:cs="宋体"/>
          <w:color w:val="000000"/>
        </w:rPr>
        <w:t>与∠</w:t>
      </w:r>
      <w:r>
        <w:rPr>
          <w:rFonts w:ascii="Times New Roman" w:eastAsia="Times New Roman" w:hAnsi="Times New Roman" w:cs="Times New Roman"/>
          <w:i/>
          <w:color w:val="000000"/>
        </w:rPr>
        <w:t>BOD</w:t>
      </w:r>
      <w:r>
        <w:rPr>
          <w:rFonts w:ascii="宋体" w:eastAsia="宋体" w:hAnsi="宋体" w:cs="宋体"/>
          <w:color w:val="000000"/>
        </w:rPr>
        <w:t>的数量关系，并说明理由．</w:t>
      </w:r>
    </w:p>
    <w:p>
      <w:pPr>
        <w:spacing w:line="360" w:lineRule="auto"/>
        <w:textAlignment w:val="center"/>
        <w:rPr>
          <w:color w:val="000000"/>
        </w:rPr>
      </w:pPr>
      <w:r>
        <w:rPr>
          <w:color w:val="2E75B6"/>
        </w:rPr>
        <w:t>【答案】</w:t>
      </w:r>
      <w:r>
        <w:rPr>
          <w:color w:val="000000"/>
        </w:rPr>
        <w:t>（1）</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i/>
          <w:color w:val="000000"/>
        </w:rPr>
        <w:t>COD</w:t>
      </w:r>
      <w:r>
        <w:rPr>
          <w:color w:val="000000"/>
        </w:rPr>
        <w:t xml:space="preserve">    </w:t>
      </w:r>
    </w:p>
    <w:p>
      <w:pPr>
        <w:spacing w:line="360" w:lineRule="auto"/>
        <w:textAlignment w:val="center"/>
        <w:rPr>
          <w:color w:val="000000"/>
        </w:rPr>
      </w:pPr>
      <w:r>
        <w:rPr>
          <w:color w:val="000000"/>
        </w:rPr>
        <w:t>（2）</w:t>
      </w: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COE</w:t>
      </w:r>
      <w:r>
        <w:rPr>
          <w:rFonts w:ascii="宋体" w:eastAsia="宋体" w:hAnsi="宋体" w:cs="宋体"/>
          <w:color w:val="000000"/>
        </w:rPr>
        <w:t>，理由见解析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w:t>
      </w:r>
      <w:r>
        <w:rPr>
          <w:rFonts w:ascii="Times New Roman" w:eastAsia="Times New Roman" w:hAnsi="Times New Roman" w:cs="Times New Roman"/>
          <w:i/>
          <w:color w:val="000000"/>
        </w:rPr>
        <w:t>OD</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的平分线，可得∠</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，从而得到∠</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．再由∠</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，可得∠</w:t>
      </w:r>
      <w:r>
        <w:rPr>
          <w:rFonts w:ascii="Times New Roman" w:eastAsia="Times New Roman" w:hAnsi="Times New Roman" w:cs="Times New Roman"/>
          <w:i/>
          <w:color w:val="000000"/>
        </w:rPr>
        <w:t>DOE</w:t>
      </w:r>
      <w:r>
        <w:rPr>
          <w:rFonts w:ascii="宋体" w:eastAsia="宋体" w:hAnsi="宋体" w:cs="宋体"/>
          <w:color w:val="000000"/>
        </w:rPr>
        <w:t>＝</w:t>
      </w:r>
      <w:r>
        <w:pict>
          <v:shape id="_x0000_i709492" type="#_x0000_t75" alt="学科网(www.zxxk.com)--教育资源门户，提供试卷、教案、课件、论文、素材以及各类教学资源下载，还有大量而丰富的教学相关资讯！" style="width:11.25pt;height:30.75pt" o:oleicon="f" o:ole="">
            <v:imagedata r:id="rId2930" o:title="eqId4dac452fbb5ef6dd653e7fbbef639484"/>
          </v:shape>
        </w:pict>
      </w: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w:t>
      </w:r>
      <w:r>
        <w:rPr>
          <w:rFonts w:ascii="Times New Roman" w:eastAsia="Times New Roman" w:hAnsi="Times New Roman" w:cs="Times New Roman"/>
          <w:i/>
          <w:color w:val="000000"/>
        </w:rPr>
        <w:t>COE</w:t>
      </w:r>
      <w:r>
        <w:rPr>
          <w:rFonts w:ascii="宋体" w:eastAsia="宋体" w:hAnsi="宋体" w:cs="宋体"/>
          <w:color w:val="000000"/>
        </w:rPr>
        <w:t>＝</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，根据∠</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，可得∠</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color w:val="000000"/>
        </w:rPr>
        <w:t xml:space="preserve"> (60</w:t>
      </w:r>
      <w:r>
        <w:rPr>
          <w:rFonts w:ascii="宋体" w:eastAsia="宋体" w:hAnsi="宋体" w:cs="宋体"/>
          <w:color w:val="000000"/>
        </w:rPr>
        <w:t>－</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．再由∠</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，可得∠</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 xml:space="preserve"> (180</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，从而得到∠</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，即可求解．</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是∠</w:t>
      </w:r>
      <w:r>
        <w:rPr>
          <w:rFonts w:ascii="Times New Roman" w:eastAsia="Times New Roman" w:hAnsi="Times New Roman" w:cs="Times New Roman"/>
          <w:i/>
          <w:color w:val="000000"/>
        </w:rPr>
        <w:t>BOC</w:t>
      </w:r>
      <w:r>
        <w:rPr>
          <w:rFonts w:ascii="宋体" w:eastAsia="宋体" w:hAnsi="宋体" w:cs="宋体"/>
          <w:color w:val="000000"/>
        </w:rPr>
        <w:t>的平分线，</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pict>
          <v:shape id="_x0000_i709493" type="#_x0000_t75" alt="学科网(www.zxxk.com)--教育资源门户，提供试卷、教案、课件、论文、素材以及各类教学资源下载，还有大量而丰富的教学相关资讯！" style="width:11.25pt;height:30.75pt" o:oleicon="f" o:ole="">
            <v:imagedata r:id="rId2931" o:title="eqId4dac452fbb5ef6dd653e7fbbef639484"/>
          </v:shape>
        </w:pict>
      </w: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40°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COE</w:t>
      </w:r>
      <w:r>
        <w:rPr>
          <w:rFonts w:ascii="宋体" w:eastAsia="宋体" w:hAnsi="宋体" w:cs="宋体"/>
          <w:color w:val="000000"/>
        </w:rPr>
        <w:t>＝∠</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color w:val="000000"/>
        </w:rPr>
        <w:t>20°</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COE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理由如下：设∠</w:t>
      </w:r>
      <w:r>
        <w:rPr>
          <w:rFonts w:ascii="Times New Roman" w:eastAsia="Times New Roman" w:hAnsi="Times New Roman" w:cs="Times New Roman"/>
          <w:i/>
          <w:color w:val="000000"/>
        </w:rPr>
        <w:t>COE</w:t>
      </w:r>
      <w:r>
        <w:rPr>
          <w:rFonts w:ascii="宋体" w:eastAsia="宋体" w:hAnsi="宋体" w:cs="宋体"/>
          <w:color w:val="000000"/>
        </w:rPr>
        <w:t>＝</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i/>
          <w:color w:val="000000"/>
        </w:rPr>
        <w:t>COD</w:t>
      </w:r>
      <w:r>
        <w:rPr>
          <w:rFonts w:ascii="宋体" w:eastAsia="宋体" w:hAnsi="宋体" w:cs="宋体"/>
          <w:color w:val="000000"/>
        </w:rPr>
        <w:t>－∠</w:t>
      </w:r>
      <w:r>
        <w:rPr>
          <w:rFonts w:ascii="Times New Roman" w:eastAsia="Times New Roman" w:hAnsi="Times New Roman" w:cs="Times New Roman"/>
          <w:i/>
          <w:color w:val="000000"/>
        </w:rPr>
        <w:t>COE</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i/>
          <w:color w:val="000000"/>
        </w:rPr>
        <w:t>AOE</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Times New Roman" w:eastAsia="Times New Roman" w:hAnsi="Times New Roman" w:cs="Times New Roman"/>
          <w:color w:val="000000"/>
        </w:rPr>
        <w:t>3(60</w:t>
      </w:r>
      <w:r>
        <w:rPr>
          <w:rFonts w:ascii="宋体" w:eastAsia="宋体" w:hAnsi="宋体" w:cs="宋体"/>
          <w:color w:val="000000"/>
        </w:rPr>
        <w:t>－</w:t>
      </w:r>
      <w:r>
        <w:rPr>
          <w:rFonts w:ascii="Times New Roman" w:eastAsia="Times New Roman" w:hAnsi="Times New Roman" w:cs="Times New Roman"/>
          <w:color w:val="000000"/>
        </w:rPr>
        <w:t>α)°</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α</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BOD</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COE</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本题主要考查了有关角平分线的计算，角的和与差，理解题意，准确得到角与角间数量关系是解题的关键．</w:t>
      </w:r>
    </w:p>
    <w:p>
      <w:pPr>
        <w:spacing w:line="360" w:lineRule="auto"/>
        <w:jc w:val="left"/>
        <w:textAlignment w:val="center"/>
        <w:rPr>
          <w:color w:val="000000"/>
        </w:rPr>
      </w:pPr>
      <w:r>
        <w:rPr>
          <w:color w:val="000000"/>
        </w:rPr>
        <w:t xml:space="preserve">25. </w:t>
      </w:r>
      <w:r>
        <w:rPr>
          <w:rFonts w:ascii="宋体" w:eastAsia="宋体" w:hAnsi="宋体" w:cs="宋体"/>
          <w:color w:val="000000"/>
        </w:rPr>
        <w:t>我们规定：使得</w:t>
      </w:r>
      <w:r>
        <w:pict>
          <v:shape id="_x0000_i709494" type="#_x0000_t75" alt="学科网(www.zxxk.com)--教育资源门户，提供试卷、教案、课件、论文、素材以及各类教学资源下载，还有大量而丰富的教学相关资讯！" style="width:51pt;height:14.25pt" o:oleicon="f" o:ole="">
            <v:imagedata r:id="rId2932" o:title="eqIdc97a0871c8e973ea26c6cb7ed738dae5"/>
          </v:shape>
        </w:pict>
      </w:r>
      <w:r>
        <w:rPr>
          <w:rFonts w:ascii="宋体" w:eastAsia="宋体" w:hAnsi="宋体" w:cs="宋体"/>
          <w:color w:val="000000"/>
        </w:rPr>
        <w:t>成立的一对数</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为“积差等数对”，记为</w:t>
      </w:r>
      <w:r>
        <w:rPr>
          <w:rFonts w:ascii="Times New Roman" w:eastAsia="Times New Roman" w:hAnsi="Times New Roman" w:cs="Times New Roman"/>
          <w:color w:val="000000"/>
        </w:rPr>
        <w:t>(</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Times New Roman" w:eastAsia="Times New Roman" w:hAnsi="Times New Roman" w:cs="Times New Roman"/>
          <w:color w:val="000000"/>
        </w:rPr>
        <w:t>)</w:t>
      </w:r>
      <w:r>
        <w:rPr>
          <w:rFonts w:ascii="宋体" w:eastAsia="宋体" w:hAnsi="宋体" w:cs="宋体"/>
          <w:color w:val="000000"/>
        </w:rPr>
        <w:t>．例如，因为</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1.5×0.6</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2)×2</w:t>
      </w:r>
      <w:r>
        <w:rPr>
          <w:rFonts w:ascii="宋体" w:eastAsia="宋体" w:hAnsi="宋体" w:cs="宋体"/>
          <w:color w:val="000000"/>
        </w:rPr>
        <w:t>，所以数对</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0.6)</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都是“积差等数对”．</w:t>
      </w:r>
    </w:p>
    <w:p>
      <w:pPr>
        <w:spacing w:line="360" w:lineRule="auto"/>
        <w:jc w:val="left"/>
        <w:textAlignment w:val="center"/>
        <w:rPr>
          <w:color w:val="000000"/>
        </w:rPr>
      </w:pPr>
      <w:r>
        <w:rPr>
          <w:color w:val="000000"/>
        </w:rPr>
        <w:t>（1）</w:t>
      </w:r>
      <w:r>
        <w:rPr>
          <w:rFonts w:ascii="宋体" w:eastAsia="宋体" w:hAnsi="宋体" w:cs="宋体"/>
          <w:color w:val="000000"/>
        </w:rPr>
        <w:t>下列数对中，是“积差等数对”的是</w:t>
      </w:r>
      <w:r>
        <w:rPr>
          <w:rFonts w:ascii="Times New Roman" w:eastAsia="Times New Roman" w:hAnsi="Times New Roman" w:cs="Times New Roman"/>
          <w:color w:val="000000"/>
          <w:u w:val="single"/>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w:t>
      </w:r>
      <w:r>
        <w:rPr>
          <w:rFonts w:ascii="Times New Roman" w:eastAsia="Times New Roman" w:hAnsi="Times New Roman" w:cs="Times New Roman"/>
          <w:color w:val="000000"/>
        </w:rPr>
        <w:t xml:space="preserve"> (2</w:t>
      </w:r>
      <w:r>
        <w:rPr>
          <w:rFonts w:ascii="宋体" w:eastAsia="宋体" w:hAnsi="宋体" w:cs="宋体"/>
          <w:color w:val="000000"/>
        </w:rPr>
        <w:t>，</w:t>
      </w:r>
      <w:r>
        <w:pict>
          <v:shape id="_x0000_i709495" type="#_x0000_t75" alt="学科网(www.zxxk.com)--教育资源门户，提供试卷、教案、课件、论文、素材以及各类教学资源下载，还有大量而丰富的教学相关资讯！" style="width:11.25pt;height:27.75pt" o:oleicon="f" o:ole="">
            <v:imagedata r:id="rId2933" o:title="eqIdbf31876698721a199c7c53c6b320aa86"/>
          </v:shape>
        </w:pict>
      </w:r>
      <w:r>
        <w:rPr>
          <w:rFonts w:ascii="Times New Roman" w:eastAsia="Times New Roman" w:hAnsi="Times New Roman" w:cs="Times New Roman"/>
          <w:color w:val="000000"/>
        </w:rPr>
        <w:t>)</w:t>
      </w:r>
      <w:r>
        <w:rPr>
          <w:rFonts w:ascii="宋体" w:eastAsia="宋体" w:hAnsi="宋体" w:cs="宋体"/>
          <w:color w:val="000000"/>
        </w:rPr>
        <w:t>；②</w:t>
      </w:r>
      <w:r>
        <w:rPr>
          <w:rFonts w:ascii="Times New Roman" w:eastAsia="Times New Roman" w:hAnsi="Times New Roman" w:cs="Times New Roman"/>
          <w:color w:val="000000"/>
        </w:rPr>
        <w:t xml:space="preserve"> (1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；③</w:t>
      </w:r>
      <w:r>
        <w:rPr>
          <w:rFonts w:ascii="Times New Roman" w:eastAsia="Times New Roman" w:hAnsi="Times New Roman" w:cs="Times New Roman"/>
          <w:color w:val="000000"/>
        </w:rPr>
        <w:t>(</w:t>
      </w:r>
      <w:r>
        <w:rPr>
          <w:rFonts w:ascii="宋体" w:eastAsia="宋体" w:hAnsi="宋体" w:cs="宋体"/>
          <w:color w:val="000000"/>
        </w:rPr>
        <w:t>－</w:t>
      </w:r>
      <w:r>
        <w:pict>
          <v:shape id="_x0000_i709496" type="#_x0000_t75" alt="学科网(www.zxxk.com)--教育资源门户，提供试卷、教案、课件、论文、素材以及各类教学资源下载，还有大量而丰富的教学相关资讯！" style="width:10.5pt;height:21pt" o:oleicon="f" o:ole="">
            <v:imagedata r:id="rId2934" o:title="eqIdf89eef3148f2d4d09379767b4af69132"/>
          </v:shape>
        </w:pi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是“积差等数对”，求</w:t>
      </w:r>
      <w:r>
        <w:rPr>
          <w:rFonts w:ascii="Times New Roman" w:eastAsia="Times New Roman" w:hAnsi="Times New Roman" w:cs="Times New Roman"/>
          <w:i/>
          <w:color w:val="000000"/>
        </w:rPr>
        <w:t>k</w:t>
      </w:r>
      <w:r>
        <w:rPr>
          <w:rFonts w:ascii="宋体" w:eastAsia="宋体" w:hAnsi="宋体" w:cs="宋体"/>
          <w:color w:val="000000"/>
        </w:rPr>
        <w:t>的值；</w:t>
      </w:r>
    </w:p>
    <w:p>
      <w:pPr>
        <w:spacing w:line="360" w:lineRule="auto"/>
        <w:jc w:val="left"/>
        <w:textAlignment w:val="center"/>
        <w:rPr>
          <w:color w:val="000000"/>
        </w:rPr>
      </w:pPr>
      <w:r>
        <w:rPr>
          <w:color w:val="000000"/>
        </w:rPr>
        <w:t>（3）</w:t>
      </w:r>
      <w:r>
        <w:rPr>
          <w:rFonts w:ascii="宋体" w:eastAsia="宋体" w:hAnsi="宋体" w:cs="宋体"/>
          <w:color w:val="000000"/>
        </w:rPr>
        <w:t>若</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是“积差等数对”，求代数式</w:t>
      </w:r>
      <w:r>
        <w:pict>
          <v:shape id="_x0000_i709497" type="#_x0000_t75" alt="学科网(www.zxxk.com)--教育资源门户，提供试卷、教案、课件、论文、素材以及各类教学资源下载，还有大量而丰富的教学相关资讯！" style="width:211.55pt;height:18.2pt" o:oleicon="f" o:ole="">
            <v:imagedata r:id="rId2935" o:title="eqId1ef0d8fd5da62663b684829e9ff50054"/>
          </v:shape>
        </w:pict>
      </w:r>
      <w:r>
        <w:rPr>
          <w:rFonts w:ascii="宋体" w:eastAsia="宋体" w:hAnsi="宋体" w:cs="宋体"/>
          <w:color w:val="000000"/>
        </w:rPr>
        <w:t>的值．</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①③</w:t>
      </w:r>
      <w:r>
        <w:rPr>
          <w:color w:val="000000"/>
        </w:rPr>
        <w:t xml:space="preserve">    </w:t>
      </w:r>
      <w:r>
        <w:rPr>
          <w:color w:val="000000"/>
        </w:rPr>
        <w:t>（2）</w:t>
      </w:r>
      <w:r>
        <w:rPr>
          <w:rFonts w:ascii="Times New Roman" w:eastAsia="Times New Roman" w:hAnsi="Times New Roman" w:cs="Times New Roman"/>
          <w:i/>
          <w:color w:val="000000"/>
        </w:rPr>
        <w:t>k</w:t>
      </w:r>
      <w:r>
        <w:rPr>
          <w:rFonts w:ascii="宋体" w:eastAsia="宋体" w:hAnsi="宋体" w:cs="宋体"/>
          <w:color w:val="000000"/>
        </w:rPr>
        <w:t>＝－</w:t>
      </w:r>
      <w:r>
        <w:pict>
          <v:shape id="_x0000_i709498" type="#_x0000_t75" alt="学科网(www.zxxk.com)--教育资源门户，提供试卷、教案、课件、论文、素材以及各类教学资源下载，还有大量而丰富的教学相关资讯！" style="width:11.75pt;height:30.45pt" o:oleicon="f" o:ole="">
            <v:imagedata r:id="rId2936" o:title="eqId8b2a698891d42c70b597f0da4f215f09"/>
          </v:shape>
        </w:pict>
      </w:r>
      <w:r>
        <w:rPr>
          <w:color w:val="000000"/>
        </w:rPr>
        <w:t xml:space="preserve">    </w:t>
      </w:r>
    </w:p>
    <w:p>
      <w:pPr>
        <w:spacing w:line="360" w:lineRule="auto"/>
        <w:textAlignment w:val="center"/>
        <w:rPr>
          <w:color w:val="000000"/>
        </w:rPr>
      </w:pPr>
      <w:r>
        <w:rPr>
          <w:color w:val="000000"/>
        </w:rPr>
        <w:t>（3）</w:t>
      </w:r>
      <w:r>
        <w:rPr>
          <w:rFonts w:ascii="Times New Roman" w:eastAsia="Times New Roman" w:hAnsi="Times New Roman" w:cs="Times New Roman"/>
          <w:color w:val="000000"/>
        </w:rPr>
        <w:t>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）找出数对</w:t>
      </w:r>
      <w:r>
        <w:pict>
          <v:shape id="_x0000_i709499" type="#_x0000_t75" alt="学科网(www.zxxk.com)--教育资源门户，提供试卷、教案、课件、论文、素材以及各类教学资源下载，还有大量而丰富的教学相关资讯！" style="width:29.25pt;height:20.25pt" o:oleicon="f" o:ole="">
            <v:imagedata r:id="rId2938" o:title="eqId5296b39d62215c77a923ed5674b10b01"/>
          </v:shape>
        </w:pict>
      </w:r>
      <w:r>
        <w:rPr>
          <w:rFonts w:ascii="宋体" w:eastAsia="宋体" w:hAnsi="宋体" w:cs="宋体"/>
          <w:color w:val="000000"/>
        </w:rPr>
        <w:t>中满足</w:t>
      </w:r>
      <w:r>
        <w:pict>
          <v:shape id="_x0000_i709500" type="#_x0000_t75" alt="学科网(www.zxxk.com)--教育资源门户，提供试卷、教案、课件、论文、素材以及各类教学资源下载，还有大量而丰富的教学相关资讯！" style="width:51pt;height:14.25pt" o:oleicon="f" o:ole="">
            <v:imagedata r:id="rId2939" o:title="eqIde8204c03e7b118a2fcdfed79b8fb66d2"/>
          </v:shape>
        </w:pict>
      </w:r>
      <w:r>
        <w:rPr>
          <w:rFonts w:ascii="宋体" w:eastAsia="宋体" w:hAnsi="宋体" w:cs="宋体"/>
          <w:color w:val="000000"/>
          <w:position w:val="0"/>
        </w:rPr>
        <w:drawing>
          <wp:inline>
            <wp:extent cx="133350" cy="177800"/>
            <wp:docPr id="30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 name=""/>
                    <pic:cNvPicPr>
                      <a:picLocks noChangeAspect="1"/>
                    </pic:cNvPicPr>
                  </pic:nvPicPr>
                  <pic:blipFill>
                    <a:blip r:embed="rId293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满足</w:t>
      </w:r>
      <w:r>
        <w:pict>
          <v:shape id="_x0000_i709501" type="#_x0000_t75" alt="学科网(www.zxxk.com)--教育资源门户，提供试卷、教案、课件、论文、素材以及各类教学资源下载，还有大量而丰富的教学相关资讯！" style="width:90.75pt;height:20.25pt" o:oleicon="f" o:ole="">
            <v:imagedata r:id="rId2940" o:title="eqId030e6c272f86ae43afbc7eb854cb598d"/>
          </v:shape>
        </w:pict>
      </w:r>
      <w:r>
        <w:rPr>
          <w:rFonts w:ascii="宋体" w:eastAsia="宋体" w:hAnsi="宋体" w:cs="宋体"/>
          <w:color w:val="000000"/>
        </w:rPr>
        <w:t>，计算求解即可．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9502" type="#_x0000_t75" alt="学科网(www.zxxk.com)--教育资源门户，提供试卷、教案、课件、论文、素材以及各类教学资源下载，还有大量而丰富的教学相关资讯！" style="width:29.25pt;height:11.25pt" o:oleicon="f" o:ole="">
            <v:imagedata r:id="rId2941" o:title="eqId7b01debdfd99c6e43b2c9f063d0132b4"/>
          </v:shape>
        </w:pict>
      </w:r>
      <w:r>
        <w:rPr>
          <w:rFonts w:ascii="宋体" w:eastAsia="宋体" w:hAnsi="宋体" w:cs="宋体"/>
          <w:color w:val="000000"/>
        </w:rPr>
        <w:t>满足</w:t>
      </w:r>
      <w:r>
        <w:pict>
          <v:shape id="_x0000_i709503" type="#_x0000_t75" alt="学科网(www.zxxk.com)--教育资源门户，提供试卷、教案、课件、论文、素材以及各类教学资源下载，还有大量而丰富的教学相关资讯！" style="width:56.25pt;height:11.25pt" o:oleicon="f" o:ole="">
            <v:imagedata r:id="rId2942" o:title="eqId346398a8e9ed2a9e2b9f5e7364d074fd"/>
          </v:shape>
        </w:pict>
      </w:r>
      <w:r>
        <w:rPr>
          <w:rFonts w:ascii="宋体" w:eastAsia="宋体" w:hAnsi="宋体" w:cs="宋体"/>
          <w:color w:val="000000"/>
        </w:rPr>
        <w:t>，所求代数式可化简为</w:t>
      </w:r>
      <w:r>
        <w:pict>
          <v:shape id="_x0000_i709504" type="#_x0000_t75" alt="学科网(www.zxxk.com)--教育资源门户，提供试卷、教案、课件、论文、素材以及各类教学资源下载，还有大量而丰富的教学相关资讯！" style="width:93pt;height:20.25pt" o:oleicon="f" o:ole="">
            <v:imagedata r:id="rId2943" o:title="eqId8bad1558521a3cb939f05a19ad55636c"/>
          </v:shape>
        </w:pict>
      </w:r>
      <w:r>
        <w:rPr>
          <w:rFonts w:ascii="宋体" w:eastAsia="宋体" w:hAnsi="宋体" w:cs="宋体"/>
          <w:color w:val="000000"/>
        </w:rPr>
        <w:t>的形式，将</w:t>
      </w:r>
      <w:r>
        <w:pict>
          <v:shape id="_x0000_i709505" type="#_x0000_t75" alt="学科网(www.zxxk.com)--教育资源门户，提供试卷、教案、课件、论文、素材以及各类教学资源下载，还有大量而丰富的教学相关资讯！" style="width:56.25pt;height:11.25pt" o:oleicon="f" o:ole="">
            <v:imagedata r:id="rId2942" o:title="eqId346398a8e9ed2a9e2b9f5e7364d074fd"/>
          </v:shape>
        </w:pict>
      </w:r>
      <w:r>
        <w:rPr>
          <w:rFonts w:ascii="宋体" w:eastAsia="宋体" w:hAnsi="宋体" w:cs="宋体"/>
          <w:color w:val="000000"/>
        </w:rPr>
        <w:t>代入求解即可．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解：①中</w:t>
      </w:r>
      <w:r>
        <w:pict>
          <v:shape id="_x0000_i709506" type="#_x0000_t75" alt="学科网(www.zxxk.com)--教育资源门户，提供试卷、教案、课件、论文、素材以及各类教学资源下载，还有大量而丰富的教学相关资讯！" style="width:84pt;height:30.75pt" o:oleicon="f" o:ole="">
            <v:imagedata r:id="rId2944" o:title="eqId33f44993ce2eb731a9e1ea824a6a5893"/>
          </v:shape>
        </w:pict>
      </w:r>
      <w:r>
        <w:rPr>
          <w:rFonts w:ascii="宋体" w:eastAsia="宋体" w:hAnsi="宋体" w:cs="宋体"/>
          <w:color w:val="000000"/>
        </w:rPr>
        <w:t>，满足积差等数对；</w:t>
      </w:r>
    </w:p>
    <w:p>
      <w:pPr>
        <w:spacing w:line="360" w:lineRule="auto"/>
        <w:jc w:val="left"/>
        <w:textAlignment w:val="center"/>
        <w:rPr>
          <w:color w:val="000000"/>
        </w:rPr>
      </w:pPr>
      <w:r>
        <w:rPr>
          <w:color w:val="000000"/>
        </w:rPr>
        <w:t>②中</w:t>
      </w:r>
      <w:r>
        <w:pict>
          <v:shape id="_x0000_i709507" type="#_x0000_t75" alt="学科网(www.zxxk.com)--教育资源门户，提供试卷、教案、课件、论文、素材以及各类教学资源下载，还有大量而丰富的教学相关资讯！" style="width:107.25pt;height:14.25pt" o:oleicon="f" o:ole="">
            <v:imagedata r:id="rId2945" o:title="eqIdc4e34ceb7fe2ecf6917e9716d44b1434"/>
          </v:shape>
        </w:pict>
      </w:r>
      <w:r>
        <w:rPr>
          <w:rFonts w:ascii="宋体" w:eastAsia="宋体" w:hAnsi="宋体" w:cs="宋体"/>
          <w:color w:val="000000"/>
        </w:rPr>
        <w:t>，不满足积差等数对；</w:t>
      </w:r>
    </w:p>
    <w:p>
      <w:pPr>
        <w:spacing w:line="360" w:lineRule="auto"/>
        <w:jc w:val="left"/>
        <w:textAlignment w:val="center"/>
        <w:rPr>
          <w:color w:val="000000"/>
        </w:rPr>
      </w:pPr>
      <w:r>
        <w:rPr>
          <w:color w:val="000000"/>
        </w:rPr>
        <w:t>③中</w:t>
      </w:r>
      <w:r>
        <w:pict>
          <v:shape id="_x0000_i709508" type="#_x0000_t75" alt="学科网(www.zxxk.com)--教育资源门户，提供试卷、教案、课件、论文、素材以及各类教学资源下载，还有大量而丰富的教学相关资讯！" style="width:141pt;height:33.75pt" o:oleicon="f" o:ole="">
            <v:imagedata r:id="rId2946" o:title="eqIdc43f52b981f2f7cc12416ed619e19349"/>
          </v:shape>
        </w:pict>
      </w:r>
      <w:r>
        <w:rPr>
          <w:color w:val="000000"/>
        </w:rPr>
        <w:t>，满足积差等数对；</w:t>
      </w:r>
      <w:r>
        <w:rPr>
          <w:color w:val="000000"/>
        </w:rPr>
        <w:br/>
      </w:r>
    </w:p>
    <w:p>
      <w:pPr>
        <w:spacing w:line="360" w:lineRule="auto"/>
        <w:jc w:val="left"/>
        <w:textAlignment w:val="center"/>
        <w:rPr>
          <w:color w:val="000000"/>
        </w:rPr>
      </w:pPr>
      <w:r>
        <w:rPr>
          <w:rFonts w:ascii="宋体" w:eastAsia="宋体" w:hAnsi="宋体" w:cs="宋体"/>
          <w:color w:val="000000"/>
        </w:rPr>
        <w:t>故答案为：①③．</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积差等数对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即</w:t>
      </w: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3</w:t>
      </w:r>
      <w:r>
        <w:rPr>
          <w:rFonts w:ascii="Times New Roman" w:eastAsia="Times New Roman" w:hAnsi="Times New Roman" w:cs="Times New Roman"/>
          <w:i/>
          <w:color w:val="000000"/>
        </w:rPr>
        <w:t>k</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k</w:t>
      </w:r>
      <w:r>
        <w:rPr>
          <w:rFonts w:ascii="宋体" w:eastAsia="宋体" w:hAnsi="宋体" w:cs="宋体"/>
          <w:color w:val="000000"/>
        </w:rPr>
        <w:t>＝－</w:t>
      </w:r>
      <w:r>
        <w:pict>
          <v:shape id="_x0000_i709509" type="#_x0000_t75" alt="学科网(www.zxxk.com)--教育资源门户，提供试卷、教案、课件、论文、素材以及各类教学资源下载，还有大量而丰富的教学相关资讯！" style="width:11.75pt;height:30.45pt" o:oleicon="f" o:ole="">
            <v:imagedata r:id="rId2947" o:title="eqId8b2a698891d42c70b597f0da4f215f09"/>
          </v:shape>
        </w:pict>
      </w:r>
      <w:r>
        <w:rPr>
          <w:rFonts w:ascii="宋体" w:eastAsia="宋体" w:hAnsi="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eastAsia="宋体" w:hAnsi="宋体" w:cs="宋体"/>
          <w:color w:val="000000"/>
        </w:rPr>
        <w:t>解：∵</w:t>
      </w:r>
      <w:r>
        <w:rPr>
          <w:rFonts w:ascii="Times New Roman" w:eastAsia="Times New Roman" w:hAnsi="Times New Roman" w:cs="Times New Roman"/>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Times New Roman" w:eastAsia="Times New Roman" w:hAnsi="Times New Roman" w:cs="Times New Roman"/>
          <w:color w:val="000000"/>
        </w:rPr>
        <w:t>)</w:t>
      </w:r>
      <w:r>
        <w:rPr>
          <w:rFonts w:ascii="宋体" w:eastAsia="宋体" w:hAnsi="宋体" w:cs="宋体"/>
          <w:color w:val="000000"/>
        </w:rPr>
        <w:t>是</w:t>
      </w:r>
      <w:r>
        <w:rPr>
          <w:rFonts w:ascii="Times New Roman" w:eastAsia="Times New Roman" w:hAnsi="Times New Roman" w:cs="Times New Roman"/>
          <w:color w:val="000000"/>
        </w:rPr>
        <w:t>“</w:t>
      </w:r>
      <w:r>
        <w:rPr>
          <w:rFonts w:ascii="宋体" w:eastAsia="宋体" w:hAnsi="宋体" w:cs="宋体"/>
          <w:color w:val="000000"/>
        </w:rPr>
        <w:t>积差等数对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510" type="#_x0000_t75" alt="学科网(www.zxxk.com)--教育资源门户，提供试卷、教案、课件、论文、素材以及各类教学资源下载，还有大量而丰富的教学相关资讯！" style="width:54.95pt;height:11.15pt" o:oleicon="f" o:ole="">
            <v:imagedata r:id="rId2948" o:title="eqIde6ca2d34cae97af52cc7302d38f0cc3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511" type="#_x0000_t75" alt="学科网(www.zxxk.com)--教育资源门户，提供试卷、教案、课件、论文、素材以及各类教学资源下载，还有大量而丰富的教学相关资讯！" style="width:211.55pt;height:18.2pt" o:oleicon="f" o:ole="">
            <v:imagedata r:id="rId2949" o:title="eqId1ef0d8fd5da62663b684829e9ff50054"/>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512" type="#_x0000_t75" alt="学科网(www.zxxk.com)--教育资源门户，提供试卷、教案、课件、论文、素材以及各类教学资源下载，还有大量而丰富的教学相关资讯！" style="width:192.25pt;height:18.2pt" o:oleicon="f" o:ole="">
            <v:imagedata r:id="rId2950" o:title="eqId125052da77e42948a564248171ffacfb"/>
          </v:shape>
        </w:pict>
      </w:r>
    </w:p>
    <w:p>
      <w:pPr>
        <w:spacing w:line="360" w:lineRule="auto"/>
        <w:jc w:val="left"/>
        <w:textAlignment w:val="center"/>
        <w:rPr>
          <w:color w:val="000000"/>
        </w:rPr>
      </w:pPr>
      <w:r>
        <w:rPr>
          <w:rFonts w:ascii="宋体" w:eastAsia="宋体" w:hAnsi="宋体" w:cs="宋体"/>
          <w:color w:val="000000"/>
        </w:rPr>
        <w:t>＝</w:t>
      </w:r>
      <w:r>
        <w:pict>
          <v:shape id="_x0000_i709513" type="#_x0000_t75" alt="学科网(www.zxxk.com)--教育资源门户，提供试卷、教案、课件、论文、素材以及各类教学资源下载，还有大量而丰富的教学相关资讯！" style="width:94.25pt;height:15.95pt" o:oleicon="f" o:ole="">
            <v:imagedata r:id="rId2951" o:title="eqId4c734e86b4dfa21460a043173d432147"/>
          </v:shape>
        </w:pict>
      </w:r>
    </w:p>
    <w:p>
      <w:pPr>
        <w:spacing w:line="360" w:lineRule="auto"/>
        <w:jc w:val="left"/>
        <w:textAlignment w:val="center"/>
        <w:rPr>
          <w:color w:val="000000"/>
        </w:rPr>
      </w:pPr>
      <w:r>
        <w:rPr>
          <w:rFonts w:ascii="宋体" w:eastAsia="宋体" w:hAnsi="宋体" w:cs="宋体"/>
          <w:color w:val="000000"/>
        </w:rPr>
        <w:t>＝</w:t>
      </w:r>
      <w:r>
        <w:pict>
          <v:shape id="_x0000_i709514" type="#_x0000_t75" alt="学科网(www.zxxk.com)--教育资源门户，提供试卷、教案、课件、论文、素材以及各类教学资源下载，还有大量而丰富的教学相关资讯！" style="width:91.3pt;height:14.1pt" o:oleicon="f" o:ole="">
            <v:imagedata r:id="rId2952" o:title="eqId14430054575c1121e9111368a6bf1591"/>
          </v:shape>
        </w:pict>
      </w:r>
    </w:p>
    <w:p>
      <w:pPr>
        <w:spacing w:line="360" w:lineRule="auto"/>
        <w:jc w:val="left"/>
        <w:textAlignment w:val="center"/>
        <w:rPr>
          <w:color w:val="000000"/>
        </w:rPr>
      </w:pPr>
      <w:r>
        <w:rPr>
          <w:rFonts w:ascii="宋体" w:eastAsia="宋体" w:hAnsi="宋体" w:cs="宋体"/>
          <w:color w:val="000000"/>
        </w:rPr>
        <w:t>＝</w:t>
      </w:r>
      <w:r>
        <w:pict>
          <v:shape id="_x0000_i709515" type="#_x0000_t75" alt="学科网(www.zxxk.com)--教育资源门户，提供试卷、教案、课件、论文、素材以及各类教学资源下载，还有大量而丰富的教学相关资讯！" style="width:93pt;height:20.25pt" o:oleicon="f" o:ole="">
            <v:imagedata r:id="rId2953" o:title="eqId8bad1558521a3cb939f05a19ad55636c"/>
          </v:shape>
        </w:pict>
      </w:r>
    </w:p>
    <w:p>
      <w:pPr>
        <w:spacing w:line="360" w:lineRule="auto"/>
        <w:jc w:val="left"/>
        <w:textAlignment w:val="center"/>
        <w:rPr>
          <w:color w:val="000000"/>
        </w:rPr>
      </w:pPr>
      <w:r>
        <w:rPr>
          <w:rFonts w:ascii="宋体" w:eastAsia="宋体" w:hAnsi="宋体" w:cs="宋体"/>
          <w:color w:val="000000"/>
        </w:rPr>
        <w:t>＝</w:t>
      </w:r>
      <w:r>
        <w:pict>
          <v:shape id="_x0000_i709516" type="#_x0000_t75" alt="学科网(www.zxxk.com)--教育资源门户，提供试卷、教案、课件、论文、素材以及各类教学资源下载，还有大量而丰富的教学相关资讯！" style="width:73.1pt;height:14.1pt" o:oleicon="f" o:ole="">
            <v:imagedata r:id="rId2954" o:title="eqId5fbe62a8286f8e5c70bb8472798e469a"/>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本题考查了新定义下的代数式求值．解题的关键在于正确理解所给新定义的含义．</w:t>
      </w:r>
    </w:p>
    <w:p>
      <w:pPr>
        <w:pStyle w:val="Heading2"/>
      </w:pPr>
      <w:r>
        <w:t>石景山区</w:t>
      </w:r>
    </w:p>
    <w:p>
      <w:pPr>
        <w:spacing w:line="360" w:lineRule="auto"/>
        <w:jc w:val="left"/>
        <w:textAlignment w:val="center"/>
        <w:rPr>
          <w:color w:val="000000"/>
        </w:rPr>
      </w:pPr>
      <w:r>
        <w:rPr>
          <w:color w:val="000000"/>
        </w:rPr>
        <w:t xml:space="preserve">26. </w:t>
      </w:r>
      <w:r>
        <w:rPr>
          <w:rFonts w:ascii="宋体" w:eastAsia="宋体" w:hAnsi="宋体" w:cs="宋体"/>
          <w:color w:val="000000"/>
        </w:rPr>
        <w:t>已知：点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在同一条直线上，线段</w:t>
      </w:r>
      <w:r>
        <w:pict>
          <v:shape id="_x0000_i709517" type="#_x0000_t75" alt="学科网(www.zxxk.com)--教育资源门户，提供试卷、教案、课件、论文、素材以及各类教学资源下载，还有大量而丰富的教学相关资讯！" style="width:80.9pt;height:14.95pt" o:oleicon="f" o:ole="">
            <v:imagedata r:id="rId2956" o:title="eqIdc4a7a62f6188aed03d2ac3d71815ae83"/>
          </v:shape>
        </w:pic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是线段</w:t>
      </w:r>
      <w:r>
        <w:pict>
          <v:shape id="_x0000_i709518" type="#_x0000_t75" alt="学科网(www.zxxk.com)--教育资源门户，提供试卷、教案、课件、论文、素材以及各类教学资源下载，还有大量而丰富的教学相关资讯！" style="width:21.25pt;height:14.2pt" o:oleicon="f" o:ole="">
            <v:imagedata r:id="rId2957" o:title="eqId60ef95894ceebaf236170e8832dcf7e3"/>
          </v:shape>
        </w:pict>
      </w:r>
      <w:r>
        <w:rPr>
          <w:rFonts w:ascii="宋体" w:eastAsia="宋体" w:hAnsi="宋体" w:cs="宋体"/>
          <w:color w:val="000000"/>
          <w:position w:val="0"/>
        </w:rPr>
        <w:drawing>
          <wp:inline>
            <wp:extent cx="133350" cy="177800"/>
            <wp:docPr id="30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 name=""/>
                    <pic:cNvPicPr>
                      <a:picLocks noChangeAspect="1"/>
                    </pic:cNvPicPr>
                  </pic:nvPicPr>
                  <pic:blipFill>
                    <a:blip r:embed="rId2955"/>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中点．求，线段</w:t>
      </w:r>
      <w:r>
        <w:pict>
          <v:shape id="_x0000_i709519" type="#_x0000_t75" alt="学科网(www.zxxk.com)--教育资源门户，提供试卷、教案、课件、论文、素材以及各类教学资源下载，还有大量而丰富的教学相关资讯！" style="width:24pt;height:13pt" o:oleicon="f" o:ole="">
            <v:imagedata r:id="rId2958" o:title="eqIdd50703c46b6153945d718b198f03b4b5"/>
          </v:shape>
        </w:pict>
      </w:r>
      <w:r>
        <w:rPr>
          <w:rFonts w:ascii="宋体" w:eastAsia="宋体" w:hAnsi="宋体" w:cs="宋体"/>
          <w:color w:val="000000"/>
        </w:rPr>
        <w:t>的长度．</w:t>
      </w:r>
    </w:p>
    <w:p>
      <w:pPr>
        <w:spacing w:line="360" w:lineRule="auto"/>
        <w:textAlignment w:val="center"/>
        <w:rPr>
          <w:color w:val="000000"/>
        </w:rPr>
      </w:pPr>
      <w:r>
        <w:rPr>
          <w:color w:val="2E75B6"/>
        </w:rPr>
        <w:t>【答案】</w:t>
      </w:r>
      <w:r>
        <w:pict>
          <v:shape id="_x0000_i709520" type="#_x0000_t75" alt="学科网(www.zxxk.com)--教育资源门户，提供试卷、教案、课件、论文、素材以及各类教学资源下载，还有大量而丰富的教学相关资讯！" style="width:19.1pt;height:14.2pt" o:oleicon="f" o:ole="">
            <v:imagedata r:id="rId2959" o:title="eqIdaca74e3bfe66db258ab238ecf3b08b47"/>
          </v:shape>
        </w:pict>
      </w:r>
      <w:r>
        <w:rPr>
          <w:rFonts w:ascii="宋体" w:eastAsia="宋体" w:hAnsi="宋体" w:cs="宋体"/>
          <w:color w:val="000000"/>
        </w:rPr>
        <w:t>或</w:t>
      </w:r>
      <w:r>
        <w:pict>
          <v:shape id="_x0000_i709521" type="#_x0000_t75" alt="学科网(www.zxxk.com)--教育资源门户，提供试卷、教案、课件、论文、素材以及各类教学资源下载，还有大量而丰富的教学相关资讯！" style="width:18.15pt;height:14.4pt" o:oleicon="f" o:ole="">
            <v:imagedata r:id="rId2960" o:title="eqId40e82df65d8acbcdb10c705fc7999aff"/>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根据题意分①当</w:t>
      </w:r>
      <w:r>
        <w:pict>
          <v:shape id="_x0000_i709522" type="#_x0000_t75" alt="学科网(www.zxxk.com)--教育资源门户，提供试卷、教案、课件、论文、素材以及各类教学资源下载，还有大量而丰富的教学相关资讯！" style="width:11.9pt;height:14.4pt" o:oleicon="f" o:ole="">
            <v:imagedata r:id="rId2961" o:title="eqIdc5db41a1f31d6baee7c69990811edb9f"/>
          </v:shape>
        </w:pict>
      </w:r>
      <w:r>
        <w:rPr>
          <w:rFonts w:ascii="宋体" w:eastAsia="宋体" w:hAnsi="宋体" w:cs="宋体"/>
          <w:color w:val="000000"/>
        </w:rPr>
        <w:t>在线段</w:t>
      </w:r>
      <w:r>
        <w:pict>
          <v:shape id="_x0000_i709523" type="#_x0000_t75" alt="学科网(www.zxxk.com)--教育资源门户，提供试卷、教案、课件、论文、素材以及各类教学资源下载，还有大量而丰富的教学相关资讯！" style="width:20.05pt;height:12.6pt" o:oleicon="f" o:ole="">
            <v:imagedata r:id="rId2962" o:title="eqIdf52a58fbaf4fea03567e88a9f0f6e37e"/>
          </v:shape>
        </w:pict>
      </w:r>
      <w:r>
        <w:rPr>
          <w:rFonts w:ascii="宋体" w:eastAsia="宋体" w:hAnsi="宋体" w:cs="宋体"/>
          <w:color w:val="000000"/>
        </w:rPr>
        <w:t>上时，②当</w:t>
      </w:r>
      <w:r>
        <w:pict>
          <v:shape id="_x0000_i709524" type="#_x0000_t75" alt="学科网(www.zxxk.com)--教育资源门户，提供试卷、教案、课件、论文、素材以及各类教学资源下载，还有大量而丰富的教学相关资讯！" style="width:11.9pt;height:14.4pt" o:oleicon="f" o:ole="">
            <v:imagedata r:id="rId2961" o:title="eqIdc5db41a1f31d6baee7c69990811edb9f"/>
          </v:shape>
        </w:pict>
      </w:r>
      <w:r>
        <w:rPr>
          <w:rFonts w:ascii="宋体" w:eastAsia="宋体" w:hAnsi="宋体" w:cs="宋体"/>
          <w:color w:val="000000"/>
        </w:rPr>
        <w:t>点在线段</w:t>
      </w:r>
      <w:r>
        <w:pict>
          <v:shape id="_x0000_i709525" type="#_x0000_t75" alt="学科网(www.zxxk.com)--教育资源门户，提供试卷、教案、课件、论文、素材以及各类教学资源下载，还有大量而丰富的教学相关资讯！" style="width:20.05pt;height:12.6pt" o:oleicon="f" o:ole="">
            <v:imagedata r:id="rId2962" o:title="eqIdf52a58fbaf4fea03567e88a9f0f6e37e"/>
          </v:shape>
        </w:pict>
      </w:r>
      <w:r>
        <w:rPr>
          <w:rFonts w:ascii="宋体" w:eastAsia="宋体" w:hAnsi="宋体" w:cs="宋体"/>
          <w:color w:val="000000"/>
        </w:rPr>
        <w:t>的延长线上时，先求得</w:t>
      </w:r>
      <w:r>
        <w:pict>
          <v:shape id="_x0000_i709526" type="#_x0000_t75" alt="学科网(www.zxxk.com)--教育资源门户，提供试卷、教案、课件、论文、素材以及各类教学资源下载，还有大量而丰富的教学相关资讯！" style="width:21.25pt;height:14.2pt" o:oleicon="f" o:ole="">
            <v:imagedata r:id="rId2963" o:title="eqId60ef95894ceebaf236170e8832dcf7e3"/>
          </v:shape>
        </w:pict>
      </w:r>
      <w:r>
        <w:rPr>
          <w:rFonts w:ascii="宋体" w:eastAsia="宋体" w:hAnsi="宋体" w:cs="宋体"/>
          <w:color w:val="000000"/>
        </w:rPr>
        <w:t>，进而根据线段中点的性质求得</w:t>
      </w:r>
      <w:r>
        <w:pict>
          <v:shape id="_x0000_i709527" type="#_x0000_t75" alt="学科网(www.zxxk.com)--教育资源门户，提供试卷、教案、课件、论文、素材以及各类教学资源下载，还有大量而丰富的教学相关资讯！" style="width:24pt;height:13pt" o:oleicon="f" o:ole="">
            <v:imagedata r:id="rId2964" o:title="eqIdd50703c46b6153945d718b198f03b4b5"/>
          </v:shape>
        </w:pict>
      </w:r>
    </w:p>
    <w:p>
      <w:pPr>
        <w:spacing w:line="360" w:lineRule="auto"/>
        <w:jc w:val="left"/>
        <w:textAlignment w:val="center"/>
        <w:rPr>
          <w:color w:val="000000"/>
        </w:rPr>
      </w:pPr>
      <w:r>
        <w:rPr>
          <w:color w:val="000000"/>
        </w:rPr>
        <w:t>【详解】</w:t>
      </w:r>
      <w:r>
        <w:rPr>
          <w:rFonts w:ascii="宋体" w:eastAsia="宋体" w:hAnsi="宋体" w:cs="宋体"/>
          <w:color w:val="000000"/>
        </w:rPr>
        <w:t>解：</w:t>
      </w:r>
      <w:r>
        <w:pict>
          <v:shape id="_x0000_i709528" type="#_x0000_t75" alt="学科网(www.zxxk.com)--教育资源门户，提供试卷、教案、课件、论文、素材以及各类教学资源下载，还有大量而丰富的教学相关资讯！" style="width:80.9pt;height:14.95pt" o:oleicon="f" o:ole="">
            <v:imagedata r:id="rId2965" o:title="eqIdc4a7a62f6188aed03d2ac3d71815ae8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pict>
          <v:shape id="_x0000_i709529" type="#_x0000_t75" alt="学科网(www.zxxk.com)--教育资源门户，提供试卷、教案、课件、论文、素材以及各类教学资源下载，还有大量而丰富的教学相关资讯！" style="width:11.9pt;height:14.4pt" o:oleicon="f" o:ole="">
            <v:imagedata r:id="rId2966" o:title="eqIdc5db41a1f31d6baee7c69990811edb9f"/>
          </v:shape>
        </w:pict>
      </w:r>
      <w:r>
        <w:rPr>
          <w:rFonts w:ascii="宋体" w:eastAsia="宋体" w:hAnsi="宋体" w:cs="宋体"/>
          <w:color w:val="000000"/>
        </w:rPr>
        <w:t>在线段</w:t>
      </w:r>
      <w:r>
        <w:pict>
          <v:shape id="_x0000_i709530" type="#_x0000_t75" alt="学科网(www.zxxk.com)--教育资源门户，提供试卷、教案、课件、论文、素材以及各类教学资源下载，还有大量而丰富的教学相关资讯！" style="width:20.05pt;height:12.6pt" o:oleicon="f" o:ole="">
            <v:imagedata r:id="rId2967" o:title="eqIdf52a58fbaf4fea03567e88a9f0f6e37e"/>
          </v:shape>
        </w:pict>
      </w:r>
      <w:r>
        <w:rPr>
          <w:rFonts w:ascii="宋体" w:eastAsia="宋体" w:hAnsi="宋体" w:cs="宋体"/>
          <w:color w:val="000000"/>
        </w:rPr>
        <w:t>上时，</w:t>
      </w:r>
    </w:p>
    <w:p>
      <w:pPr>
        <w:spacing w:line="360" w:lineRule="auto"/>
        <w:jc w:val="left"/>
        <w:textAlignment w:val="center"/>
        <w:rPr>
          <w:color w:val="000000"/>
        </w:rPr>
      </w:pPr>
      <w:r>
        <w:pict>
          <v:shape id="_x0000_i709531" type="#_x0000_t75" alt="学科网(www.zxxk.com)--教育资源门户，提供试卷、教案、课件、论文、素材以及各类教学资源下载，还有大量而丰富的教学相关资讯！" style="width:9.75pt;height:9pt" o:oleicon="f" o:ole="">
            <v:imagedata r:id="rId2968" o:title="eqId2de0d10ef8b748d4531250c37c5d3f9e"/>
          </v:shape>
        </w:pict>
      </w:r>
      <w:r>
        <w:pict>
          <v:shape id="_x0000_i709532" type="#_x0000_t75" alt="学科网(www.zxxk.com)--教育资源门户，提供试卷、教案、课件、论文、素材以及各类教学资源下载，还有大量而丰富的教学相关资讯！" style="width:132.1pt;height:13.75pt" o:oleicon="f" o:ole="">
            <v:imagedata r:id="rId2969" o:title="eqId04b04f67a2f60bc13fe5ce6caa4243df"/>
          </v:shape>
        </w:pict>
      </w:r>
    </w:p>
    <w:p>
      <w:pPr>
        <w:spacing w:line="360" w:lineRule="auto"/>
        <w:jc w:val="left"/>
        <w:textAlignment w:val="center"/>
        <w:rPr>
          <w:color w:val="000000"/>
        </w:rPr>
      </w:pPr>
      <w:r>
        <w:pict>
          <v:shape id="_x0000_i709533" type="#_x0000_t75" alt="学科网(www.zxxk.com)--教育资源门户，提供试卷、教案、课件、论文、素材以及各类教学资源下载，还有大量而丰富的教学相关资讯！" style="width:9.75pt;height:8.25pt" o:oleicon="f" o:ole="">
            <v:imagedata r:id="rId2970" o:title="eqId16f3d198e76391779fa3badc848c8ac8"/>
          </v:shape>
        </w:pict>
      </w:r>
      <w:r>
        <w:rPr>
          <w:rFonts w:ascii="Times New Roman" w:eastAsia="Times New Roman" w:hAnsi="Times New Roman" w:cs="Times New Roman"/>
          <w:i/>
          <w:color w:val="000000"/>
        </w:rPr>
        <w:t xml:space="preserve"> M</w:t>
      </w:r>
      <w:r>
        <w:rPr>
          <w:rFonts w:ascii="宋体" w:eastAsia="宋体" w:hAnsi="宋体" w:cs="宋体"/>
          <w:color w:val="000000"/>
        </w:rPr>
        <w:t>是线段</w:t>
      </w:r>
      <w:r>
        <w:pict>
          <v:shape id="_x0000_i709534" type="#_x0000_t75" alt="学科网(www.zxxk.com)--教育资源门户，提供试卷、教案、课件、论文、素材以及各类教学资源下载，还有大量而丰富的教学相关资讯！" style="width:21.25pt;height:14.2pt" o:oleicon="f" o:ole="">
            <v:imagedata r:id="rId2971" o:title="eqId60ef95894ceebaf236170e8832dcf7e3"/>
          </v:shape>
        </w:pict>
      </w:r>
      <w:r>
        <w:rPr>
          <w:rFonts w:ascii="宋体" w:eastAsia="宋体" w:hAnsi="宋体" w:cs="宋体"/>
          <w:color w:val="000000"/>
        </w:rPr>
        <w:t>的中点</w:t>
      </w:r>
    </w:p>
    <w:p>
      <w:pPr>
        <w:spacing w:line="360" w:lineRule="auto"/>
        <w:jc w:val="left"/>
        <w:textAlignment w:val="center"/>
        <w:rPr>
          <w:color w:val="000000"/>
        </w:rPr>
      </w:pPr>
      <w:r>
        <w:pict>
          <v:shape id="_x0000_i709535" type="#_x0000_t75" alt="学科网(www.zxxk.com)--教育资源门户，提供试卷、教案、课件、论文、素材以及各类教学资源下载，还有大量而丰富的教学相关资讯！" style="width:98.9pt;height:31.3pt" o:oleicon="f" o:ole="">
            <v:imagedata r:id="rId2972" o:title="eqId89ee101c33f832fcf0267c2d4d3f6bc4"/>
          </v:shape>
        </w:pict>
      </w:r>
    </w:p>
    <w:p>
      <w:pPr>
        <w:spacing w:line="360" w:lineRule="auto"/>
        <w:jc w:val="left"/>
        <w:textAlignment w:val="center"/>
        <w:rPr>
          <w:color w:val="000000"/>
        </w:rPr>
      </w:pPr>
      <w:r>
        <w:rPr>
          <w:color w:val="000000"/>
        </w:rPr>
        <w:drawing>
          <wp:inline>
            <wp:extent cx="2838450" cy="523875"/>
            <wp:docPr id="30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 name=""/>
                    <pic:cNvPicPr>
                      <a:picLocks noChangeAspect="1"/>
                    </pic:cNvPicPr>
                  </pic:nvPicPr>
                  <pic:blipFill>
                    <a:blip r:embed="rId2973"/>
                    <a:stretch>
                      <a:fillRect/>
                    </a:stretch>
                  </pic:blipFill>
                  <pic:spPr>
                    <a:xfrm>
                      <a:off x="0" y="0"/>
                      <a:ext cx="2838450" cy="5238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②当</w:t>
      </w:r>
      <w:r>
        <w:pict>
          <v:shape id="_x0000_i709536" type="#_x0000_t75" alt="学科网(www.zxxk.com)--教育资源门户，提供试卷、教案、课件、论文、素材以及各类教学资源下载，还有大量而丰富的教学相关资讯！" style="width:11.9pt;height:14.4pt" o:oleicon="f" o:ole="">
            <v:imagedata r:id="rId2974" o:title="eqIdc5db41a1f31d6baee7c69990811edb9f"/>
          </v:shape>
        </w:pict>
      </w:r>
      <w:r>
        <w:rPr>
          <w:rFonts w:ascii="宋体" w:eastAsia="宋体" w:hAnsi="宋体" w:cs="宋体"/>
          <w:color w:val="000000"/>
        </w:rPr>
        <w:t>点在线段</w:t>
      </w:r>
      <w:r>
        <w:pict>
          <v:shape id="_x0000_i709537" type="#_x0000_t75" alt="学科网(www.zxxk.com)--教育资源门户，提供试卷、教案、课件、论文、素材以及各类教学资源下载，还有大量而丰富的教学相关资讯！" style="width:20.05pt;height:12.6pt" o:oleicon="f" o:ole="">
            <v:imagedata r:id="rId2975" o:title="eqIdf52a58fbaf4fea03567e88a9f0f6e37e"/>
          </v:shape>
        </w:pict>
      </w:r>
      <w:r>
        <w:rPr>
          <w:rFonts w:ascii="宋体" w:eastAsia="宋体" w:hAnsi="宋体" w:cs="宋体"/>
          <w:color w:val="000000"/>
        </w:rPr>
        <w:t>的延长线上时，</w:t>
      </w:r>
    </w:p>
    <w:p>
      <w:pPr>
        <w:spacing w:line="360" w:lineRule="auto"/>
        <w:jc w:val="left"/>
        <w:textAlignment w:val="center"/>
        <w:rPr>
          <w:color w:val="000000"/>
        </w:rPr>
      </w:pPr>
      <w:r>
        <w:pict>
          <v:shape id="_x0000_i709538" type="#_x0000_t75" alt="学科网(www.zxxk.com)--教育资源门户，提供试卷、教案、课件、论文、素材以及各类教学资源下载，还有大量而丰富的教学相关资讯！" style="width:147.15pt;height:13.75pt" o:oleicon="f" o:ole="">
            <v:imagedata r:id="rId2976" o:title="eqId656185585aecd953c6933fa56e1439b0"/>
          </v:shape>
        </w:pict>
      </w:r>
    </w:p>
    <w:p>
      <w:pPr>
        <w:spacing w:line="360" w:lineRule="auto"/>
        <w:jc w:val="left"/>
        <w:textAlignment w:val="center"/>
        <w:rPr>
          <w:color w:val="000000"/>
        </w:rPr>
      </w:pPr>
      <w:r>
        <w:pict>
          <v:shape id="_x0000_i709539" type="#_x0000_t75" alt="学科网(www.zxxk.com)--教育资源门户，提供试卷、教案、课件、论文、素材以及各类教学资源下载，还有大量而丰富的教学相关资讯！" style="width:9.75pt;height:8.25pt" o:oleicon="f" o:ole="">
            <v:imagedata r:id="rId2977" o:title="eqId16f3d198e76391779fa3badc848c8ac8"/>
          </v:shape>
        </w:pict>
      </w:r>
      <w:r>
        <w:rPr>
          <w:rFonts w:ascii="Times New Roman" w:eastAsia="Times New Roman" w:hAnsi="Times New Roman" w:cs="Times New Roman"/>
          <w:i/>
          <w:color w:val="000000"/>
        </w:rPr>
        <w:t xml:space="preserve"> M</w:t>
      </w:r>
      <w:r>
        <w:rPr>
          <w:rFonts w:ascii="宋体" w:eastAsia="宋体" w:hAnsi="宋体" w:cs="宋体"/>
          <w:color w:val="000000"/>
        </w:rPr>
        <w:t>是线段</w:t>
      </w:r>
      <w:r>
        <w:pict>
          <v:shape id="_x0000_i709540" type="#_x0000_t75" alt="学科网(www.zxxk.com)--教育资源门户，提供试卷、教案、课件、论文、素材以及各类教学资源下载，还有大量而丰富的教学相关资讯！" style="width:21.25pt;height:14.2pt" o:oleicon="f" o:ole="">
            <v:imagedata r:id="rId2978" o:title="eqId60ef95894ceebaf236170e8832dcf7e3"/>
          </v:shape>
        </w:pict>
      </w:r>
      <w:r>
        <w:rPr>
          <w:rFonts w:ascii="宋体" w:eastAsia="宋体" w:hAnsi="宋体" w:cs="宋体"/>
          <w:color w:val="000000"/>
        </w:rPr>
        <w:t>的中点</w:t>
      </w:r>
    </w:p>
    <w:p>
      <w:pPr>
        <w:spacing w:line="360" w:lineRule="auto"/>
        <w:jc w:val="left"/>
        <w:textAlignment w:val="center"/>
        <w:rPr>
          <w:color w:val="000000"/>
        </w:rPr>
      </w:pPr>
      <w:r>
        <w:pict>
          <v:shape id="_x0000_i709541" type="#_x0000_t75" alt="学科网(www.zxxk.com)--教育资源门户，提供试卷、教案、课件、论文、素材以及各类教学资源下载，还有大量而丰富的教学相关资讯！" style="width:98.9pt;height:31.3pt" o:oleicon="f" o:ole="">
            <v:imagedata r:id="rId2979" o:title="eqIde671d47b9631c5ccc34e25db2fd67441"/>
          </v:shape>
        </w:pict>
      </w:r>
    </w:p>
    <w:p>
      <w:pPr>
        <w:spacing w:line="360" w:lineRule="auto"/>
        <w:jc w:val="left"/>
        <w:textAlignment w:val="center"/>
        <w:rPr>
          <w:color w:val="000000"/>
        </w:rPr>
      </w:pPr>
      <w:r>
        <w:rPr>
          <w:color w:val="000000"/>
        </w:rPr>
        <w:drawing>
          <wp:inline>
            <wp:extent cx="3390900" cy="523875"/>
            <wp:docPr id="30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 name=""/>
                    <pic:cNvPicPr>
                      <a:picLocks noChangeAspect="1"/>
                    </pic:cNvPicPr>
                  </pic:nvPicPr>
                  <pic:blipFill>
                    <a:blip r:embed="rId2980"/>
                    <a:stretch>
                      <a:fillRect/>
                    </a:stretch>
                  </pic:blipFill>
                  <pic:spPr>
                    <a:xfrm>
                      <a:off x="0" y="0"/>
                      <a:ext cx="3390900" cy="5238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综上所述，</w:t>
      </w:r>
      <w:r>
        <w:pict>
          <v:shape id="_x0000_i709542" type="#_x0000_t75" alt="学科网(www.zxxk.com)--教育资源门户，提供试卷、教案、课件、论文、素材以及各类教学资源下载，还有大量而丰富的教学相关资讯！" style="width:24pt;height:13pt" o:oleicon="f" o:ole="">
            <v:imagedata r:id="rId2981" o:title="eqIdd50703c46b6153945d718b198f03b4b5"/>
          </v:shape>
        </w:pict>
      </w:r>
      <w:r>
        <w:rPr>
          <w:rFonts w:ascii="宋体" w:eastAsia="宋体" w:hAnsi="宋体" w:cs="宋体"/>
          <w:color w:val="000000"/>
        </w:rPr>
        <w:t>的长度为</w:t>
      </w:r>
      <w:r>
        <w:pict>
          <v:shape id="_x0000_i709543" type="#_x0000_t75" alt="学科网(www.zxxk.com)--教育资源门户，提供试卷、教案、课件、论文、素材以及各类教学资源下载，还有大量而丰富的教学相关资讯！" style="width:19.1pt;height:14.2pt" o:oleicon="f" o:ole="">
            <v:imagedata r:id="rId2982" o:title="eqIdaca74e3bfe66db258ab238ecf3b08b47"/>
          </v:shape>
        </w:pict>
      </w:r>
      <w:r>
        <w:rPr>
          <w:rFonts w:ascii="宋体" w:eastAsia="宋体" w:hAnsi="宋体" w:cs="宋体"/>
          <w:color w:val="000000"/>
        </w:rPr>
        <w:t>或</w:t>
      </w:r>
      <w:r>
        <w:pict>
          <v:shape id="_x0000_i709544" type="#_x0000_t75" alt="学科网(www.zxxk.com)--教育资源门户，提供试卷、教案、课件、论文、素材以及各类教学资源下载，还有大量而丰富的教学相关资讯！" style="width:18.15pt;height:14.4pt" o:oleicon="f" o:ole="">
            <v:imagedata r:id="rId2983" o:title="eqId40e82df65d8acbcdb10c705fc7999aff"/>
          </v:shape>
        </w:pict>
      </w:r>
    </w:p>
    <w:p>
      <w:pPr>
        <w:spacing w:line="360" w:lineRule="auto"/>
        <w:jc w:val="left"/>
        <w:textAlignment w:val="center"/>
        <w:rPr>
          <w:color w:val="000000"/>
        </w:rPr>
      </w:pPr>
      <w:r>
        <w:rPr>
          <w:color w:val="000000"/>
        </w:rPr>
        <w:t>【点睛】</w:t>
      </w:r>
      <w:r>
        <w:rPr>
          <w:rFonts w:ascii="宋体" w:eastAsia="宋体" w:hAnsi="宋体" w:cs="宋体"/>
          <w:color w:val="000000"/>
        </w:rPr>
        <w:t>本题考查了线段的和差计算，中点相关的计算，数形结合、分类讨论是解题的关键．</w:t>
      </w:r>
    </w:p>
    <w:p>
      <w:pPr>
        <w:spacing w:line="360" w:lineRule="auto"/>
        <w:jc w:val="left"/>
        <w:textAlignment w:val="center"/>
        <w:rPr>
          <w:color w:val="000000"/>
        </w:rPr>
      </w:pPr>
      <w:r>
        <w:rPr>
          <w:color w:val="000000"/>
        </w:rPr>
        <w:t xml:space="preserve">27. </w:t>
      </w:r>
      <w:r>
        <w:rPr>
          <w:rFonts w:ascii="宋体" w:eastAsia="宋体" w:hAnsi="宋体" w:cs="宋体"/>
          <w:color w:val="000000"/>
        </w:rPr>
        <w:t>如图所示，数轴上两点</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，动点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O</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个单位长度的速度沿数轴正方向运动，设运动时间为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color w:val="000000"/>
        </w:rPr>
        <w:drawing>
          <wp:inline>
            <wp:extent cx="2057400" cy="542925"/>
            <wp:docPr id="30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 name=""/>
                    <pic:cNvPicPr>
                      <a:picLocks noChangeAspect="1"/>
                    </pic:cNvPicPr>
                  </pic:nvPicPr>
                  <pic:blipFill>
                    <a:blip r:embed="rId2984"/>
                    <a:stretch>
                      <a:fillRect/>
                    </a:stretch>
                  </pic:blipFill>
                  <pic:spPr>
                    <a:xfrm>
                      <a:off x="0" y="0"/>
                      <a:ext cx="2057400" cy="542925"/>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）写出线段</w:t>
      </w:r>
      <w:r>
        <w:pict>
          <v:shape id="_x0000_i709545" type="#_x0000_t75" alt="学科网(www.zxxk.com)--教育资源门户，提供试卷、教案、课件、论文、素材以及各类教学资源下载，还有大量而丰富的教学相关资讯！" style="width:20.05pt;height:12.6pt" o:oleicon="f" o:ole="">
            <v:imagedata r:id="rId2985" o:title="eqIdf52a58fbaf4fea03567e88a9f0f6e37e"/>
          </v:shape>
        </w:pict>
      </w:r>
      <w:r>
        <w:rPr>
          <w:rFonts w:ascii="宋体" w:eastAsia="宋体" w:hAnsi="宋体" w:cs="宋体"/>
          <w:color w:val="000000"/>
        </w:rPr>
        <w:t>的长</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pict>
          <v:shape id="_x0000_i709546" type="#_x0000_t75" alt="学科网(www.zxxk.com)--教育资源门户，提供试卷、教案、课件、论文、素材以及各类教学资源下载，还有大量而丰富的教学相关资讯！" style="width:23.25pt;height:14.25pt" o:oleicon="f" o:ole="">
            <v:imagedata r:id="rId2986" o:title="eqId5a2a51944c720568f35d443589dfc1aa"/>
          </v:shape>
        </w:pict>
      </w:r>
      <w:r>
        <w:rPr>
          <w:rFonts w:ascii="宋体" w:eastAsia="宋体" w:hAnsi="宋体" w:cs="宋体"/>
          <w:color w:val="000000"/>
        </w:rPr>
        <w:t>时，线段</w:t>
      </w:r>
      <w:r>
        <w:rPr>
          <w:rFonts w:ascii="Times New Roman" w:eastAsia="Times New Roman" w:hAnsi="Times New Roman" w:cs="Times New Roman"/>
          <w:i/>
          <w:color w:val="000000"/>
        </w:rPr>
        <w:t>PA</w:t>
      </w:r>
      <w:r>
        <w:rPr>
          <w:rFonts w:ascii="宋体" w:eastAsia="宋体" w:hAnsi="宋体" w:cs="宋体"/>
          <w:color w:val="000000"/>
        </w:rPr>
        <w:t>的长是</w:t>
      </w:r>
      <w:r>
        <w:rPr>
          <w:rFonts w:ascii="Times New Roman" w:eastAsia="Times New Roman" w:hAnsi="Times New Roman" w:cs="Times New Roman"/>
          <w:color w:val="000000"/>
        </w:rPr>
        <w:t>______</w:t>
      </w:r>
      <w:r>
        <w:rPr>
          <w:rFonts w:ascii="宋体" w:eastAsia="宋体" w:hAnsi="宋体" w:cs="宋体"/>
          <w:color w:val="000000"/>
        </w:rPr>
        <w:t>；此时线段</w:t>
      </w:r>
      <w:r>
        <w:rPr>
          <w:rFonts w:ascii="Times New Roman" w:eastAsia="Times New Roman" w:hAnsi="Times New Roman" w:cs="Times New Roman"/>
          <w:i/>
          <w:color w:val="000000"/>
        </w:rPr>
        <w:t>PA</w:t>
      </w:r>
      <w:r>
        <w:rPr>
          <w:rFonts w:ascii="宋体" w:eastAsia="宋体" w:hAnsi="宋体" w:cs="宋体"/>
          <w:color w:val="000000"/>
        </w:rPr>
        <w:t>与线段</w:t>
      </w:r>
      <w:r>
        <w:rPr>
          <w:rFonts w:ascii="Times New Roman" w:eastAsia="Times New Roman" w:hAnsi="Times New Roman" w:cs="Times New Roman"/>
          <w:i/>
          <w:color w:val="000000"/>
        </w:rPr>
        <w:t>PB</w:t>
      </w:r>
      <w:r>
        <w:rPr>
          <w:rFonts w:ascii="宋体" w:eastAsia="宋体" w:hAnsi="宋体" w:cs="宋体"/>
          <w:color w:val="000000"/>
        </w:rPr>
        <w:t>的数量关系是</w:t>
      </w:r>
      <w:r>
        <w:rPr>
          <w:rFonts w:ascii="Times New Roman" w:eastAsia="Times New Roman" w:hAnsi="Times New Roman" w:cs="Times New Roman"/>
          <w:color w:val="000000"/>
        </w:rPr>
        <w:t>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）当</w:t>
      </w:r>
      <w:r>
        <w:pict>
          <v:shape id="_x0000_i709547" type="#_x0000_t75" alt="学科网(www.zxxk.com)--教育资源门户，提供试卷、教案、课件、论文、素材以及各类教学资源下载，还有大量而丰富的教学相关资讯！" style="width:52pt;height:13pt" o:oleicon="f" o:ole="">
            <v:imagedata r:id="rId2987" o:title="eqId1f35b3fcb8c06368e2775ffc416158ba"/>
          </v:shape>
        </w:pict>
      </w:r>
      <w:r>
        <w:rPr>
          <w:rFonts w:ascii="宋体" w:eastAsia="宋体" w:hAnsi="宋体" w:cs="宋体"/>
          <w:color w:val="000000"/>
        </w:rPr>
        <w:t>时，求</w:t>
      </w:r>
      <w:r>
        <w:rPr>
          <w:rFonts w:ascii="Times New Roman" w:eastAsia="Times New Roman" w:hAnsi="Times New Roman" w:cs="Times New Roman"/>
          <w:i/>
          <w:color w:val="000000"/>
        </w:rPr>
        <w:t>t</w: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8</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Times New Roman" w:eastAsia="Times New Roman" w:hAnsi="Times New Roman" w:cs="Times New Roman"/>
          <w:i/>
          <w:color w:val="000000"/>
        </w:rPr>
        <w:t>PB</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的值为</w:t>
      </w:r>
      <w:r>
        <w:pict>
          <v:shape id="_x0000_i709548" type="#_x0000_t75" alt="学科网(www.zxxk.com)--教育资源门户，提供试卷、教案、课件、论文、素材以及各类教学资源下载，还有大量而丰富的教学相关资讯！" style="width:11.25pt;height:30.75pt" o:oleicon="f" o:ole="">
            <v:imagedata r:id="rId2988" o:title="eqId758779cc78f5e6eadf3fa54e6eadb81a"/>
          </v:shape>
        </w:pict>
      </w:r>
      <w:r>
        <w:rPr>
          <w:rFonts w:ascii="宋体" w:eastAsia="宋体" w:hAnsi="宋体" w:cs="宋体"/>
          <w:color w:val="000000"/>
        </w:rPr>
        <w:t>或</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）根据两点间的距离公式即可求解；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）先求出当</w:t>
      </w:r>
      <w:r>
        <w:rPr>
          <w:rFonts w:ascii="Times New Roman" w:eastAsia="Times New Roman" w:hAnsi="Times New Roman" w:cs="Times New Roman"/>
          <w:i/>
          <w:color w:val="000000"/>
        </w:rPr>
        <w:t>t</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点对应的有理数为</w:t>
      </w:r>
      <w:r>
        <w:rPr>
          <w:rFonts w:ascii="Times New Roman" w:eastAsia="Times New Roman" w:hAnsi="Times New Roman" w:cs="Times New Roman"/>
          <w:color w:val="000000"/>
        </w:rPr>
        <w:t>2×1=2</w:t>
      </w:r>
      <w:r>
        <w:rPr>
          <w:rFonts w:ascii="宋体" w:eastAsia="宋体" w:hAnsi="宋体" w:cs="宋体"/>
          <w:color w:val="000000"/>
        </w:rPr>
        <w:t>，再根据两点间的距离公式即可求出</w:t>
      </w:r>
      <w:r>
        <w:rPr>
          <w:rFonts w:ascii="Times New Roman" w:eastAsia="Times New Roman" w:hAnsi="Times New Roman" w:cs="Times New Roman"/>
          <w:i/>
          <w:color w:val="000000"/>
        </w:rPr>
        <w:t>PA</w:t>
      </w:r>
      <w:r>
        <w:rPr>
          <w:rFonts w:ascii="宋体" w:eastAsia="宋体" w:hAnsi="宋体" w:cs="宋体"/>
          <w:color w:val="000000"/>
        </w:rPr>
        <w:t>、</w:t>
      </w:r>
      <w:r>
        <w:rPr>
          <w:rFonts w:ascii="Times New Roman" w:eastAsia="Times New Roman" w:hAnsi="Times New Roman" w:cs="Times New Roman"/>
          <w:i/>
          <w:color w:val="000000"/>
        </w:rPr>
        <w:t>PB</w:t>
      </w:r>
      <w:r>
        <w:rPr>
          <w:rFonts w:ascii="宋体" w:eastAsia="宋体" w:hAnsi="宋体" w:cs="宋体"/>
          <w:color w:val="000000"/>
        </w:rPr>
        <w:t>的长，继而得解；</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）先求出</w:t>
      </w:r>
      <w:r>
        <w:rPr>
          <w:rFonts w:ascii="Times New Roman" w:eastAsia="Times New Roman" w:hAnsi="Times New Roman" w:cs="Times New Roman"/>
          <w:i/>
          <w:color w:val="000000"/>
        </w:rPr>
        <w:t>P</w:t>
      </w:r>
      <w:r>
        <w:rPr>
          <w:rFonts w:ascii="宋体" w:eastAsia="宋体" w:hAnsi="宋体" w:cs="宋体"/>
          <w:color w:val="000000"/>
        </w:rPr>
        <w:t>点对应的数为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，再根据</w:t>
      </w:r>
      <w:r>
        <w:rPr>
          <w:rFonts w:ascii="Times New Roman" w:eastAsia="Times New Roman" w:hAnsi="Times New Roman" w:cs="Times New Roman"/>
          <w:i/>
          <w:color w:val="000000"/>
        </w:rPr>
        <w:t>PA</w:t>
      </w:r>
      <w:r>
        <w:rPr>
          <w:rFonts w:ascii="Times New Roman" w:eastAsia="Times New Roman" w:hAnsi="Times New Roman" w:cs="Times New Roman"/>
          <w:color w:val="000000"/>
        </w:rPr>
        <w:t>=2</w:t>
      </w:r>
      <w:r>
        <w:rPr>
          <w:rFonts w:ascii="Times New Roman" w:eastAsia="Times New Roman" w:hAnsi="Times New Roman" w:cs="Times New Roman"/>
          <w:i/>
          <w:color w:val="000000"/>
        </w:rPr>
        <w:t>PB</w:t>
      </w:r>
      <w:r>
        <w:rPr>
          <w:rFonts w:ascii="宋体" w:eastAsia="宋体" w:hAnsi="宋体" w:cs="宋体"/>
          <w:color w:val="000000"/>
        </w:rPr>
        <w:t>列出方程，即可求解．</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i/>
          <w:color w:val="000000"/>
        </w:rPr>
        <w:t>A</w:t>
      </w:r>
      <w:r>
        <w:rPr>
          <w:rFonts w:ascii="宋体" w:eastAsia="宋体" w:hAnsi="宋体" w:cs="宋体"/>
          <w:color w:val="000000"/>
        </w:rPr>
        <w:t>点对应的数为</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点对应的数为</w:t>
      </w:r>
      <w:r>
        <w:rPr>
          <w:rFonts w:ascii="Times New Roman" w:eastAsia="Times New Roman" w:hAnsi="Times New Roman" w:cs="Times New Roman"/>
          <w:color w:val="000000"/>
        </w:rPr>
        <w:t>6</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∴线段</w:t>
      </w:r>
      <w:r>
        <w:pict>
          <v:shape id="_x0000_i709549" type="#_x0000_t75" alt="学科网(www.zxxk.com)--教育资源门户，提供试卷、教案、课件、论文、素材以及各类教学资源下载，还有大量而丰富的教学相关资讯！" style="width:20.05pt;height:12.6pt" o:oleicon="f" o:ole="">
            <v:imagedata r:id="rId2989" o:title="eqIdf52a58fbaf4fea03567e88a9f0f6e37e"/>
          </v:shape>
        </w:pict>
      </w:r>
      <w:r>
        <w:rPr>
          <w:rFonts w:ascii="宋体" w:eastAsia="宋体" w:hAnsi="宋体" w:cs="宋体"/>
          <w:color w:val="000000"/>
        </w:rPr>
        <w:t>的长为</w:t>
      </w:r>
      <w:r>
        <w:rPr>
          <w:rFonts w:ascii="Times New Roman" w:eastAsia="Times New Roman" w:hAnsi="Times New Roman" w:cs="Times New Roman"/>
          <w:color w:val="000000"/>
        </w:rPr>
        <w:t>6-(-2)=8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）当</w:t>
      </w:r>
      <w:r>
        <w:rPr>
          <w:rFonts w:ascii="Times New Roman" w:eastAsia="Times New Roman" w:hAnsi="Times New Roman" w:cs="Times New Roman"/>
          <w:i/>
          <w:color w:val="000000"/>
        </w:rPr>
        <w:t>t</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i/>
          <w:color w:val="000000"/>
        </w:rPr>
        <w:t>P</w:t>
      </w:r>
      <w:r>
        <w:rPr>
          <w:rFonts w:ascii="宋体" w:eastAsia="宋体" w:hAnsi="宋体" w:cs="宋体"/>
          <w:color w:val="000000"/>
        </w:rPr>
        <w:t>点对应</w:t>
      </w:r>
      <w:r>
        <w:rPr>
          <w:rFonts w:ascii="宋体" w:eastAsia="宋体" w:hAnsi="宋体" w:cs="宋体"/>
          <w:color w:val="000000"/>
          <w:position w:val="0"/>
        </w:rPr>
        <w:drawing>
          <wp:inline>
            <wp:extent cx="133350" cy="177800"/>
            <wp:docPr id="30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 name=""/>
                    <pic:cNvPicPr>
                      <a:picLocks noChangeAspect="1"/>
                    </pic:cNvPicPr>
                  </pic:nvPicPr>
                  <pic:blipFill>
                    <a:blip r:embed="rId2990"/>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有理数为</w:t>
      </w:r>
      <w:r>
        <w:rPr>
          <w:rFonts w:ascii="Times New Roman" w:eastAsia="Times New Roman" w:hAnsi="Times New Roman" w:cs="Times New Roman"/>
          <w:color w:val="000000"/>
        </w:rPr>
        <w:t>2×1=2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PA</w:t>
      </w:r>
      <w:r>
        <w:rPr>
          <w:rFonts w:ascii="宋体" w:eastAsia="宋体" w:hAnsi="宋体" w:cs="宋体"/>
          <w:color w:val="000000"/>
        </w:rPr>
        <w:t>的长是</w:t>
      </w:r>
      <w:r>
        <w:rPr>
          <w:rFonts w:ascii="Times New Roman" w:eastAsia="Times New Roman" w:hAnsi="Times New Roman" w:cs="Times New Roman"/>
          <w:color w:val="000000"/>
        </w:rPr>
        <w:t>2-(-2)=4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线段</w:t>
      </w:r>
      <w:r>
        <w:rPr>
          <w:rFonts w:ascii="Times New Roman" w:eastAsia="Times New Roman" w:hAnsi="Times New Roman" w:cs="Times New Roman"/>
          <w:i/>
          <w:color w:val="000000"/>
        </w:rPr>
        <w:t>PB</w:t>
      </w:r>
      <w:r>
        <w:rPr>
          <w:rFonts w:ascii="宋体" w:eastAsia="宋体" w:hAnsi="宋体" w:cs="宋体"/>
          <w:color w:val="000000"/>
        </w:rPr>
        <w:t>的长是</w:t>
      </w:r>
      <w:r>
        <w:rPr>
          <w:rFonts w:ascii="Times New Roman" w:eastAsia="Times New Roman" w:hAnsi="Times New Roman" w:cs="Times New Roman"/>
          <w:color w:val="000000"/>
        </w:rPr>
        <w:t>6-2=4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Times New Roman" w:eastAsia="Times New Roman" w:hAnsi="Times New Roman" w:cs="Times New Roman"/>
          <w:i/>
          <w:color w:val="000000"/>
        </w:rPr>
        <w:t>PB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w:t>
      </w:r>
      <w:r>
        <w:rPr>
          <w:rFonts w:ascii="Times New Roman" w:eastAsia="Times New Roman" w:hAnsi="Times New Roman" w:cs="Times New Roman"/>
          <w:i/>
          <w:color w:val="000000"/>
        </w:rPr>
        <w:t>PB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从点</w:t>
      </w:r>
      <w:r>
        <w:rPr>
          <w:rFonts w:ascii="Times New Roman" w:eastAsia="Times New Roman" w:hAnsi="Times New Roman" w:cs="Times New Roman"/>
          <w:i/>
          <w:color w:val="000000"/>
        </w:rPr>
        <w:t>O</w:t>
      </w:r>
      <w:r>
        <w:rPr>
          <w:rFonts w:ascii="宋体" w:eastAsia="宋体" w:hAnsi="宋体" w:cs="宋体"/>
          <w:color w:val="000000"/>
        </w:rPr>
        <w:t>出发，以每秒</w:t>
      </w:r>
      <w:r>
        <w:rPr>
          <w:rFonts w:ascii="Times New Roman" w:eastAsia="Times New Roman" w:hAnsi="Times New Roman" w:cs="Times New Roman"/>
          <w:color w:val="000000"/>
        </w:rPr>
        <w:t>2</w:t>
      </w:r>
      <w:r>
        <w:rPr>
          <w:rFonts w:ascii="宋体" w:eastAsia="宋体" w:hAnsi="宋体" w:cs="宋体"/>
          <w:color w:val="000000"/>
        </w:rPr>
        <w:t>个单位长度的速度沿数轴正方向运动，设运动时间为</w:t>
      </w:r>
      <w:r>
        <w:rPr>
          <w:rFonts w:ascii="Times New Roman" w:eastAsia="Times New Roman" w:hAnsi="Times New Roman" w:cs="Times New Roman"/>
          <w:i/>
          <w:color w:val="000000"/>
        </w:rPr>
        <w:t>t</w:t>
      </w:r>
      <w:r>
        <w:rPr>
          <w:rFonts w:ascii="宋体" w:eastAsia="宋体" w:hAnsi="宋体" w:cs="宋体"/>
          <w:color w:val="000000"/>
        </w:rPr>
        <w:t>秒，</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w:t>
      </w:r>
      <w:r>
        <w:rPr>
          <w:rFonts w:ascii="宋体" w:eastAsia="宋体" w:hAnsi="宋体" w:cs="宋体"/>
          <w:color w:val="000000"/>
        </w:rPr>
        <w:t>点对应的数为</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宋体" w:eastAsia="宋体" w:hAnsi="宋体" w:cs="宋体"/>
          <w:color w:val="000000"/>
        </w:rPr>
        <w:t>，则</w:t>
      </w:r>
      <w:r>
        <w:rPr>
          <w:rFonts w:ascii="Times New Roman" w:eastAsia="Times New Roman" w:hAnsi="Times New Roman" w:cs="Times New Roman"/>
          <w:i/>
          <w:color w:val="000000"/>
        </w:rPr>
        <w:t>PA</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-(-2)=2</w:t>
      </w:r>
      <w:r>
        <w:rPr>
          <w:rFonts w:ascii="Times New Roman" w:eastAsia="Times New Roman" w:hAnsi="Times New Roman" w:cs="Times New Roman"/>
          <w:i/>
          <w:color w:val="000000"/>
        </w:rPr>
        <w:t>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i/>
          <w:color w:val="000000"/>
        </w:rPr>
        <w:t>PB</w:t>
      </w:r>
      <w:r>
        <w:rPr>
          <w:rFonts w:ascii="Times New Roman" w:eastAsia="Times New Roman" w:hAnsi="Times New Roman" w:cs="Times New Roman"/>
          <w:color w:val="000000"/>
        </w:rPr>
        <w:t>=|6-2</w:t>
      </w:r>
      <w:r>
        <w:rPr>
          <w:rFonts w:ascii="Times New Roman" w:eastAsia="Times New Roman" w:hAnsi="Times New Roman" w:cs="Times New Roman"/>
          <w:i/>
          <w:color w:val="000000"/>
        </w:rPr>
        <w:t>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PA</w:t>
      </w:r>
      <w:r>
        <w:rPr>
          <w:rFonts w:ascii="Times New Roman" w:eastAsia="Times New Roman" w:hAnsi="Times New Roman" w:cs="Times New Roman"/>
          <w:color w:val="000000"/>
        </w:rPr>
        <w:t>=2</w:t>
      </w:r>
      <w:r>
        <w:rPr>
          <w:rFonts w:ascii="Times New Roman" w:eastAsia="Times New Roman" w:hAnsi="Times New Roman" w:cs="Times New Roman"/>
          <w:i/>
          <w:color w:val="000000"/>
        </w:rPr>
        <w:t>PB</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550" type="#_x0000_t75" alt="学科网(www.zxxk.com)--教育资源门户，提供试卷、教案、课件、论文、素材以及各类教学资源下载，还有大量而丰富的教学相关资讯！" style="width:80.25pt;height:20.25pt" o:oleicon="f" o:ole="">
            <v:imagedata r:id="rId2991" o:title="eqIdafce6a80ec2c84e393f63ad3d268b72e"/>
          </v:shape>
        </w:pict>
      </w:r>
      <w:r>
        <w:rPr>
          <w:rFonts w:ascii="宋体" w:eastAsia="宋体" w:hAnsi="宋体" w:cs="宋体"/>
          <w:color w:val="000000"/>
        </w:rPr>
        <w:t>，即</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+2=2(6-2</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rPr>
          <w:rFonts w:ascii="宋体" w:eastAsia="宋体" w:hAnsi="宋体" w:cs="宋体"/>
          <w:color w:val="000000"/>
        </w:rPr>
        <w:t>或</w:t>
      </w:r>
      <w:r>
        <w:rPr>
          <w:rFonts w:ascii="Times New Roman" w:eastAsia="Times New Roman" w:hAnsi="Times New Roman" w:cs="Times New Roman"/>
          <w:color w:val="000000"/>
        </w:rPr>
        <w:t>2</w:t>
      </w:r>
      <w:r>
        <w:rPr>
          <w:rFonts w:ascii="Times New Roman" w:eastAsia="Times New Roman" w:hAnsi="Times New Roman" w:cs="Times New Roman"/>
          <w:i/>
          <w:color w:val="000000"/>
        </w:rPr>
        <w:t>t</w:t>
      </w:r>
      <w:r>
        <w:rPr>
          <w:rFonts w:ascii="Times New Roman" w:eastAsia="Times New Roman" w:hAnsi="Times New Roman" w:cs="Times New Roman"/>
          <w:color w:val="000000"/>
        </w:rPr>
        <w:t>+2=-2(6-2</w:t>
      </w:r>
      <w:r>
        <w:rPr>
          <w:rFonts w:ascii="Times New Roman" w:eastAsia="Times New Roman" w:hAnsi="Times New Roman" w:cs="Times New Roman"/>
          <w:i/>
          <w:color w:val="000000"/>
        </w:rPr>
        <w:t>t</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t</w:t>
      </w:r>
      <w:r>
        <w:rPr>
          <w:rFonts w:ascii="Times New Roman" w:eastAsia="Times New Roman" w:hAnsi="Times New Roman" w:cs="Times New Roman"/>
          <w:color w:val="000000"/>
        </w:rPr>
        <w:t>=</w:t>
      </w:r>
      <w:r>
        <w:pict>
          <v:shape id="_x0000_i709551" type="#_x0000_t75" alt="学科网(www.zxxk.com)--教育资源门户，提供试卷、教案、课件、论文、素材以及各类教学资源下载，还有大量而丰富的教学相关资讯！" style="width:11.25pt;height:30.75pt" o:oleicon="f" o:ole="">
            <v:imagedata r:id="rId2992" o:title="eqId758779cc78f5e6eadf3fa54e6eadb81a"/>
          </v:shape>
        </w:pict>
      </w:r>
      <w:r>
        <w:rPr>
          <w:rFonts w:ascii="宋体" w:eastAsia="宋体" w:hAnsi="宋体" w:cs="宋体"/>
          <w:color w:val="000000"/>
        </w:rPr>
        <w:t>或</w:t>
      </w:r>
      <w:r>
        <w:rPr>
          <w:rFonts w:ascii="Times New Roman" w:eastAsia="Times New Roman" w:hAnsi="Times New Roman" w:cs="Times New Roman"/>
          <w:i/>
          <w:color w:val="000000"/>
        </w:rPr>
        <w:t>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的值为</w:t>
      </w:r>
      <w:r>
        <w:pict>
          <v:shape id="_x0000_i709552" type="#_x0000_t75" alt="学科网(www.zxxk.com)--教育资源门户，提供试卷、教案、课件、论文、素材以及各类教学资源下载，还有大量而丰富的教学相关资讯！" style="width:11.25pt;height:30.75pt" o:oleicon="f" o:ole="">
            <v:imagedata r:id="rId2993" o:title="eqId758779cc78f5e6eadf3fa54e6eadb81a"/>
          </v:shape>
        </w:pict>
      </w:r>
      <w:r>
        <w:rPr>
          <w:rFonts w:ascii="宋体" w:eastAsia="宋体" w:hAnsi="宋体" w:cs="宋体"/>
          <w:color w:val="000000"/>
        </w:rPr>
        <w:t>或</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color w:val="000000"/>
        </w:rPr>
        <w:sectPr w:rsidSect="00C321EB">
          <w:headerReference w:type="even" r:id="rId345"/>
          <w:footerReference w:type="even" r:id="rId346"/>
          <w:headerReference w:type="first" r:id="rId347"/>
          <w:footerReference w:type="first" r:id="rId348"/>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本题考查了一元一次方程的应用和数轴，解题的关键是掌握点的移动与点所表示的数之间的关系．</w:t>
      </w:r>
    </w:p>
    <w:p>
      <w:pPr>
        <w:pStyle w:val="Heading2"/>
      </w:pPr>
      <w:r>
        <w:t>西城区</w:t>
      </w:r>
    </w:p>
    <w:p>
      <w:pPr>
        <w:spacing w:line="360" w:lineRule="auto"/>
        <w:jc w:val="left"/>
        <w:textAlignment w:val="center"/>
        <w:rPr>
          <w:color w:val="000000"/>
        </w:rPr>
      </w:pPr>
      <w:r>
        <w:rPr>
          <w:color w:val="000000"/>
        </w:rPr>
        <w:t xml:space="preserve">25. </w:t>
      </w:r>
      <w:r>
        <w:rPr>
          <w:rFonts w:ascii="宋体" w:eastAsia="宋体" w:hAnsi="宋体" w:cs="宋体"/>
          <w:color w:val="000000"/>
        </w:rPr>
        <w:t>小冬阅读了教材中“借助三角尺画角”的探究活动（如图</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的实物图所示），他在老师指导下画出了图</w:t>
      </w:r>
      <w:r>
        <w:rPr>
          <w:rFonts w:ascii="Times New Roman" w:eastAsia="Times New Roman" w:hAnsi="Times New Roman" w:cs="Times New Roman"/>
          <w:color w:val="000000"/>
        </w:rPr>
        <w:t>1</w:t>
      </w:r>
      <w:r>
        <w:rPr>
          <w:rFonts w:ascii="宋体" w:eastAsia="宋体" w:hAnsi="宋体" w:cs="宋体"/>
          <w:color w:val="000000"/>
        </w:rPr>
        <w:t>所对应的几何图形，并标注了所使用三角尺的相应角度（如图</w:t>
      </w:r>
      <w:r>
        <w:rPr>
          <w:rFonts w:ascii="Times New Roman" w:eastAsia="Times New Roman" w:hAnsi="Times New Roman" w:cs="Times New Roman"/>
          <w:color w:val="000000"/>
        </w:rPr>
        <w:t>3</w:t>
      </w:r>
      <w:r>
        <w:rPr>
          <w:rFonts w:ascii="宋体" w:eastAsia="宋体" w:hAnsi="宋体" w:cs="宋体"/>
          <w:color w:val="000000"/>
        </w:rPr>
        <w:t>），他发现用一副三角尺还能画出其他特殊角．</w:t>
      </w:r>
    </w:p>
    <w:p>
      <w:pPr>
        <w:spacing w:line="360" w:lineRule="auto"/>
        <w:jc w:val="left"/>
        <w:textAlignment w:val="center"/>
        <w:rPr>
          <w:color w:val="000000"/>
        </w:rPr>
      </w:pPr>
      <w:r>
        <w:rPr>
          <w:color w:val="000000"/>
        </w:rPr>
        <w:drawing>
          <wp:inline>
            <wp:extent cx="3590925" cy="1685925"/>
            <wp:docPr id="303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9" name=""/>
                    <pic:cNvPicPr>
                      <a:picLocks noChangeAspect="1"/>
                    </pic:cNvPicPr>
                  </pic:nvPicPr>
                  <pic:blipFill>
                    <a:blip r:embed="rId2994"/>
                    <a:stretch>
                      <a:fillRect/>
                    </a:stretch>
                  </pic:blipFill>
                  <pic:spPr>
                    <a:xfrm>
                      <a:off x="0" y="0"/>
                      <a:ext cx="3590925" cy="1685925"/>
                    </a:xfrm>
                    <a:prstGeom prst="rect">
                      <a:avLst/>
                    </a:prstGeom>
                  </pic:spPr>
                </pic:pic>
              </a:graphicData>
            </a:graphic>
          </wp:inline>
        </w:drawing>
      </w:r>
      <w:r>
        <w:rPr>
          <w:color w:val="000000"/>
        </w:rPr>
        <w:drawing>
          <wp:inline>
            <wp:extent cx="2000250" cy="1638300"/>
            <wp:docPr id="3038"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 name=""/>
                    <pic:cNvPicPr>
                      <a:picLocks noChangeAspect="1"/>
                    </pic:cNvPicPr>
                  </pic:nvPicPr>
                  <pic:blipFill>
                    <a:blip r:embed="rId2995"/>
                    <a:stretch>
                      <a:fillRect/>
                    </a:stretch>
                  </pic:blipFill>
                  <pic:spPr>
                    <a:xfrm>
                      <a:off x="0" y="0"/>
                      <a:ext cx="2000250" cy="16383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请你借助三角尺完成以下画图，并标注所使用三角尺的相应角度．</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）画出图</w:t>
      </w:r>
      <w:r>
        <w:rPr>
          <w:rFonts w:ascii="Times New Roman" w:eastAsia="Times New Roman" w:hAnsi="Times New Roman" w:cs="Times New Roman"/>
          <w:color w:val="000000"/>
        </w:rPr>
        <w:t>2</w:t>
      </w:r>
      <w:r>
        <w:rPr>
          <w:rFonts w:ascii="宋体" w:eastAsia="宋体" w:hAnsi="宋体" w:cs="宋体"/>
          <w:color w:val="000000"/>
        </w:rPr>
        <w:t>对应的几何图形；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）设计用一副三角尺画出</w:t>
      </w:r>
      <w:r>
        <w:pict>
          <v:shape id="_x0000_i709553" type="#_x0000_t75" alt="学科网(www.zxxk.com)--教育资源门户，提供试卷、教案、课件、论文、素材以及各类教学资源下载，还有大量而丰富的教学相关资讯！" style="width:23.25pt;height:15.75pt" o:oleicon="f" o:ole="">
            <v:imagedata r:id="rId2996" o:title="eqIdbb743a36b994898c772acbc1b92d2a3a"/>
          </v:shape>
        </w:pict>
      </w:r>
      <w:r>
        <w:rPr>
          <w:rFonts w:ascii="宋体" w:eastAsia="宋体" w:hAnsi="宋体" w:cs="宋体"/>
          <w:color w:val="000000"/>
        </w:rPr>
        <w:t>角的画图方案，并画出相应的几何图形；</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w:t>
      </w:r>
      <w:r>
        <w:rPr>
          <w:rFonts w:ascii="Times New Roman" w:eastAsia="Times New Roman" w:hAnsi="Times New Roman" w:cs="Times New Roman"/>
          <w:color w:val="000000"/>
        </w:rPr>
        <w:t>4</w:t>
      </w:r>
      <w:r>
        <w:rPr>
          <w:rFonts w:ascii="宋体" w:eastAsia="宋体" w:hAnsi="宋体" w:cs="宋体"/>
          <w:color w:val="000000"/>
        </w:rPr>
        <w:t>，已知</w:t>
      </w:r>
      <w:r>
        <w:pict>
          <v:shape id="_x0000_i709554" type="#_x0000_t75" alt="学科网(www.zxxk.com)--教育资源门户，提供试卷、教案、课件、论文、素材以及各类教学资源下载，还有大量而丰富的教学相关资讯！" style="width:66.75pt;height:15.75pt" o:oleicon="f" o:ole="">
            <v:imagedata r:id="rId2997" o:title="eqId51c3fe26b378cb2665c06c5d8039d675"/>
          </v:shape>
        </w:pict>
      </w:r>
      <w:r>
        <w:rPr>
          <w:rFonts w:ascii="宋体" w:eastAsia="宋体" w:hAnsi="宋体" w:cs="宋体"/>
          <w:color w:val="000000"/>
        </w:rPr>
        <w:t>，画∠</w:t>
      </w:r>
      <w:r>
        <w:rPr>
          <w:rFonts w:ascii="Times New Roman" w:eastAsia="Times New Roman" w:hAnsi="Times New Roman" w:cs="Times New Roman"/>
          <w:i/>
          <w:color w:val="000000"/>
        </w:rPr>
        <w:t>MON</w:t>
      </w:r>
      <w:r>
        <w:rPr>
          <w:rFonts w:ascii="宋体" w:eastAsia="宋体" w:hAnsi="宋体" w:cs="宋体"/>
          <w:color w:val="000000"/>
        </w:rPr>
        <w:t>的角平分线</w:t>
      </w:r>
      <w:r>
        <w:rPr>
          <w:rFonts w:ascii="Times New Roman" w:eastAsia="Times New Roman" w:hAnsi="Times New Roman" w:cs="Times New Roman"/>
          <w:i/>
          <w:color w:val="000000"/>
        </w:rPr>
        <w:t>OP</w:t>
      </w:r>
      <w:r>
        <w:rPr>
          <w:rFonts w:ascii="宋体" w:eastAsia="宋体" w:hAnsi="宋体" w:cs="宋体"/>
          <w:color w:val="000000"/>
        </w:rPr>
        <w:t>．</w:t>
      </w:r>
    </w:p>
    <w:p>
      <w:pPr>
        <w:spacing w:line="360" w:lineRule="auto"/>
        <w:textAlignment w:val="center"/>
        <w:rPr>
          <w:color w:val="000000"/>
        </w:rPr>
      </w:pPr>
      <w:r>
        <w:rPr>
          <w:color w:val="2E75B6"/>
        </w:rPr>
        <w:t>【答案】</w:t>
      </w:r>
      <w:r>
        <w:rPr>
          <w:color w:val="000000"/>
        </w:rPr>
        <w:t>（1）见解析；（2）见解析；（3）见解析</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）根据题意作图即可；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）用含</w:t>
      </w:r>
      <w:r>
        <w:rPr>
          <w:rFonts w:ascii="Times New Roman" w:eastAsia="Times New Roman" w:hAnsi="Times New Roman" w:cs="Times New Roman"/>
          <w:color w:val="000000"/>
        </w:rPr>
        <w:t>60°</w:t>
      </w:r>
      <w:r>
        <w:rPr>
          <w:rFonts w:ascii="宋体" w:eastAsia="宋体" w:hAnsi="宋体" w:cs="宋体"/>
          <w:color w:val="000000"/>
        </w:rPr>
        <w:t>的直角三角板和含</w:t>
      </w:r>
      <w:r>
        <w:rPr>
          <w:rFonts w:ascii="Times New Roman" w:eastAsia="Times New Roman" w:hAnsi="Times New Roman" w:cs="Times New Roman"/>
          <w:color w:val="000000"/>
        </w:rPr>
        <w:t>45°</w:t>
      </w:r>
      <w:r>
        <w:rPr>
          <w:rFonts w:ascii="宋体" w:eastAsia="宋体" w:hAnsi="宋体" w:cs="宋体"/>
          <w:color w:val="000000"/>
        </w:rPr>
        <w:t>的直角三角板组合即可得到答案；</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）根据题中图</w:t>
      </w:r>
      <w:r>
        <w:rPr>
          <w:rFonts w:ascii="Times New Roman" w:eastAsia="Times New Roman" w:hAnsi="Times New Roman" w:cs="Times New Roman"/>
          <w:color w:val="000000"/>
        </w:rPr>
        <w:t>2</w:t>
      </w:r>
      <w:r>
        <w:rPr>
          <w:rFonts w:ascii="宋体" w:eastAsia="宋体" w:hAnsi="宋体" w:cs="宋体"/>
          <w:color w:val="000000"/>
        </w:rPr>
        <w:t>构造出</w:t>
      </w:r>
      <w:r>
        <w:rPr>
          <w:rFonts w:ascii="Times New Roman" w:eastAsia="Times New Roman" w:hAnsi="Times New Roman" w:cs="Times New Roman"/>
          <w:color w:val="000000"/>
        </w:rPr>
        <w:t>15</w:t>
      </w:r>
      <w:r>
        <w:rPr>
          <w:rFonts w:ascii="宋体" w:eastAsia="宋体" w:hAnsi="宋体" w:cs="宋体"/>
          <w:color w:val="000000"/>
        </w:rPr>
        <w:t>度角即可得到答案．</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）如图所示，即为所求：</w:t>
      </w:r>
    </w:p>
    <w:p>
      <w:pPr>
        <w:spacing w:line="360" w:lineRule="auto"/>
        <w:jc w:val="left"/>
        <w:textAlignment w:val="center"/>
        <w:rPr>
          <w:color w:val="000000"/>
        </w:rPr>
      </w:pPr>
      <w:r>
        <w:rPr>
          <w:color w:val="000000"/>
        </w:rPr>
        <w:drawing>
          <wp:inline>
            <wp:extent cx="1238250" cy="971550"/>
            <wp:docPr id="304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 name=""/>
                    <pic:cNvPicPr>
                      <a:picLocks noChangeAspect="1"/>
                    </pic:cNvPicPr>
                  </pic:nvPicPr>
                  <pic:blipFill>
                    <a:blip r:embed="rId2998"/>
                    <a:stretch>
                      <a:fillRect/>
                    </a:stretch>
                  </pic:blipFill>
                  <pic:spPr>
                    <a:xfrm>
                      <a:off x="0" y="0"/>
                      <a:ext cx="1238250" cy="971550"/>
                    </a:xfrm>
                    <a:prstGeom prst="rect">
                      <a:avLst/>
                    </a:prstGeom>
                  </pic:spPr>
                </pic:pic>
              </a:graphicData>
            </a:graphic>
          </wp:inline>
        </w:drawing>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）如图所示，即为所求；</w:t>
      </w:r>
    </w:p>
    <w:p>
      <w:pPr>
        <w:spacing w:line="360" w:lineRule="auto"/>
        <w:jc w:val="left"/>
        <w:textAlignment w:val="center"/>
        <w:rPr>
          <w:color w:val="000000"/>
        </w:rPr>
      </w:pPr>
      <w:r>
        <w:rPr>
          <w:color w:val="000000"/>
        </w:rPr>
        <w:drawing>
          <wp:inline>
            <wp:extent cx="1047750" cy="2362200"/>
            <wp:docPr id="304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 name=""/>
                    <pic:cNvPicPr>
                      <a:picLocks noChangeAspect="1"/>
                    </pic:cNvPicPr>
                  </pic:nvPicPr>
                  <pic:blipFill>
                    <a:blip r:embed="rId2999"/>
                    <a:stretch>
                      <a:fillRect/>
                    </a:stretch>
                  </pic:blipFill>
                  <pic:spPr>
                    <a:xfrm>
                      <a:off x="0" y="0"/>
                      <a:ext cx="1047750" cy="2362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）如图所示，即为所求；</w:t>
      </w:r>
    </w:p>
    <w:p>
      <w:pPr>
        <w:spacing w:line="360" w:lineRule="auto"/>
        <w:jc w:val="left"/>
        <w:textAlignment w:val="center"/>
        <w:rPr>
          <w:color w:val="000000"/>
        </w:rPr>
      </w:pPr>
      <w:r>
        <w:rPr>
          <w:color w:val="000000"/>
        </w:rPr>
        <w:drawing>
          <wp:inline>
            <wp:extent cx="1924050" cy="1162050"/>
            <wp:docPr id="304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 name=""/>
                    <pic:cNvPicPr>
                      <a:picLocks noChangeAspect="1"/>
                    </pic:cNvPicPr>
                  </pic:nvPicPr>
                  <pic:blipFill>
                    <a:blip r:embed="rId3000"/>
                    <a:stretch>
                      <a:fillRect/>
                    </a:stretch>
                  </pic:blipFill>
                  <pic:spPr>
                    <a:xfrm>
                      <a:off x="0" y="0"/>
                      <a:ext cx="1924050" cy="1162050"/>
                    </a:xfrm>
                    <a:prstGeom prst="rect">
                      <a:avLst/>
                    </a:prstGeom>
                  </pic:spPr>
                </pic:pic>
              </a:graphicData>
            </a:graphic>
          </wp:inline>
        </w:drawing>
      </w:r>
    </w:p>
    <w:p>
      <w:pPr>
        <w:spacing w:line="360" w:lineRule="auto"/>
        <w:jc w:val="left"/>
        <w:textAlignment w:val="center"/>
        <w:rPr>
          <w:color w:val="000000"/>
        </w:rPr>
      </w:pPr>
      <w:r>
        <w:rPr>
          <w:color w:val="000000"/>
        </w:rPr>
        <w:t>【点睛】</w:t>
      </w:r>
      <w:r>
        <w:rPr>
          <w:rFonts w:ascii="宋体" w:eastAsia="宋体" w:hAnsi="宋体" w:cs="宋体"/>
          <w:color w:val="000000"/>
        </w:rPr>
        <w:t>本题主要考查了三角板中角度的计算，角平分线的定义，熟知相关知识是解题的关键．</w:t>
      </w:r>
    </w:p>
    <w:p>
      <w:pPr>
        <w:spacing w:line="360" w:lineRule="auto"/>
        <w:jc w:val="left"/>
        <w:textAlignment w:val="center"/>
        <w:rPr>
          <w:color w:val="000000"/>
        </w:rPr>
      </w:pPr>
      <w:r>
        <w:rPr>
          <w:color w:val="000000"/>
        </w:rPr>
        <w:t xml:space="preserve">26. </w:t>
      </w:r>
      <w:r>
        <w:rPr>
          <w:rFonts w:ascii="宋体" w:eastAsia="宋体" w:hAnsi="宋体" w:cs="宋体"/>
          <w:color w:val="000000"/>
        </w:rPr>
        <w:t>我们将数轴上点</w:t>
      </w:r>
      <w:r>
        <w:rPr>
          <w:rFonts w:ascii="Times New Roman" w:eastAsia="Times New Roman" w:hAnsi="Times New Roman" w:cs="Times New Roman"/>
          <w:i/>
          <w:color w:val="000000"/>
        </w:rPr>
        <w:t>P</w:t>
      </w:r>
      <w:r>
        <w:rPr>
          <w:rFonts w:ascii="宋体" w:eastAsia="宋体" w:hAnsi="宋体" w:cs="宋体"/>
          <w:color w:val="000000"/>
        </w:rPr>
        <w:t>表示的数记为</w:t>
      </w:r>
      <w:r>
        <w:pict>
          <v:shape id="_x0000_i709555" type="#_x0000_t75" alt="学科网(www.zxxk.com)--教育资源门户，提供试卷、教案、课件、论文、素材以及各类教学资源下载，还有大量而丰富的教学相关资讯！" style="width:10.5pt;height:14.25pt" o:oleicon="f" o:ole="">
            <v:imagedata r:id="rId3001" o:title="eqId79b752f0f189e5d8666daea73e145dff"/>
          </v:shape>
        </w:pict>
      </w:r>
      <w:r>
        <w:rPr>
          <w:rFonts w:ascii="宋体" w:eastAsia="宋体" w:hAnsi="宋体" w:cs="宋体"/>
          <w:color w:val="000000"/>
        </w:rPr>
        <w:t>．对于数轴上不同的三个点</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i/>
          <w:color w:val="000000"/>
        </w:rPr>
        <w:t>N</w:t>
      </w:r>
      <w:r>
        <w:rPr>
          <w:rFonts w:ascii="宋体" w:eastAsia="宋体" w:hAnsi="宋体" w:cs="宋体"/>
          <w:color w:val="000000"/>
        </w:rPr>
        <w:t>，</w:t>
      </w:r>
      <w:r>
        <w:rPr>
          <w:rFonts w:ascii="Times New Roman" w:eastAsia="Times New Roman" w:hAnsi="Times New Roman" w:cs="Times New Roman"/>
          <w:i/>
          <w:color w:val="000000"/>
        </w:rPr>
        <w:t>T</w:t>
      </w:r>
      <w:r>
        <w:rPr>
          <w:rFonts w:ascii="宋体" w:eastAsia="宋体" w:hAnsi="宋体" w:cs="宋体"/>
          <w:color w:val="000000"/>
        </w:rPr>
        <w:t>，若有</w:t>
      </w:r>
      <w:r>
        <w:pict>
          <v:shape id="_x0000_i709556" type="#_x0000_t75" alt="学科网(www.zxxk.com)--教育资源门户，提供试卷、教案、课件、论文、素材以及各类教学资源下载，还有大量而丰富的教学相关资讯！" style="width:104.25pt;height:20.25pt" o:oleicon="f" o:ole="">
            <v:imagedata r:id="rId3002" o:title="eqId9f5c51678d4e09b0646beda9009b93c1"/>
          </v:shape>
        </w:pict>
      </w:r>
      <w:r>
        <w:rPr>
          <w:rFonts w:ascii="宋体" w:eastAsia="宋体" w:hAnsi="宋体" w:cs="宋体"/>
          <w:color w:val="000000"/>
        </w:rPr>
        <w:t>，其中</w:t>
      </w:r>
      <w:r>
        <w:rPr>
          <w:rFonts w:ascii="Times New Roman" w:eastAsia="Times New Roman" w:hAnsi="Times New Roman" w:cs="Times New Roman"/>
          <w:i/>
          <w:color w:val="000000"/>
        </w:rPr>
        <w:t>k</w:t>
      </w:r>
      <w:r>
        <w:rPr>
          <w:rFonts w:ascii="宋体" w:eastAsia="宋体" w:hAnsi="宋体" w:cs="宋体"/>
          <w:color w:val="000000"/>
        </w:rPr>
        <w:t>为有理数，则称点</w:t>
      </w:r>
      <w:r>
        <w:rPr>
          <w:rFonts w:ascii="Times New Roman" w:eastAsia="Times New Roman" w:hAnsi="Times New Roman" w:cs="Times New Roman"/>
          <w:i/>
          <w:color w:val="000000"/>
        </w:rPr>
        <w:t>N</w:t>
      </w:r>
      <w:r>
        <w:rPr>
          <w:rFonts w:ascii="宋体" w:eastAsia="宋体" w:hAnsi="宋体" w:cs="宋体"/>
          <w:color w:val="000000"/>
        </w:rPr>
        <w:t>是点</w:t>
      </w:r>
      <w:r>
        <w:rPr>
          <w:rFonts w:ascii="Times New Roman" w:eastAsia="Times New Roman" w:hAnsi="Times New Roman" w:cs="Times New Roman"/>
          <w:i/>
          <w:color w:val="000000"/>
        </w:rPr>
        <w:t>M</w:t>
      </w:r>
      <w:r>
        <w:rPr>
          <w:rFonts w:ascii="宋体" w:eastAsia="宋体" w:hAnsi="宋体" w:cs="宋体"/>
          <w:color w:val="000000"/>
        </w:rPr>
        <w:t>关于点</w:t>
      </w:r>
      <w:r>
        <w:rPr>
          <w:rFonts w:ascii="Times New Roman" w:eastAsia="Times New Roman" w:hAnsi="Times New Roman" w:cs="Times New Roman"/>
          <w:i/>
          <w:color w:val="000000"/>
        </w:rPr>
        <w:t>T</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星点”．已知在数轴上，原点为</w:t>
      </w:r>
      <w:r>
        <w:rPr>
          <w:rFonts w:ascii="Times New Roman" w:eastAsia="Times New Roman" w:hAnsi="Times New Roman" w:cs="Times New Roman"/>
          <w:i/>
          <w:color w:val="000000"/>
        </w:rPr>
        <w:t>O</w:t>
      </w:r>
      <w:r>
        <w:rPr>
          <w:rFonts w:ascii="宋体" w:eastAsia="宋体" w:hAnsi="宋体" w:cs="宋体"/>
          <w:color w:val="000000"/>
        </w:rPr>
        <w:t>，点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表示的数分别为</w:t>
      </w:r>
      <w:r>
        <w:pict>
          <v:shape id="_x0000_i709557" type="#_x0000_t75" alt="学科网(www.zxxk.com)--教育资源门户，提供试卷、教案、课件、论文、素材以及各类教学资源下载，还有大量而丰富的教学相关资讯！" style="width:36pt;height:16.3pt" o:oleicon="f" o:ole="">
            <v:imagedata r:id="rId3003" o:title="eqIdbf19710833e349624483dc375fb91bf0"/>
          </v:shape>
        </w:pict>
      </w:r>
      <w:r>
        <w:rPr>
          <w:rFonts w:ascii="宋体" w:eastAsia="宋体" w:hAnsi="宋体" w:cs="宋体"/>
          <w:color w:val="000000"/>
        </w:rPr>
        <w:t>．</w:t>
      </w:r>
      <w:r>
        <w:pict>
          <v:shape id="_x0000_i709558" type="#_x0000_t75" alt="学科网(www.zxxk.com)--教育资源门户，提供试卷、教案、课件、论文、素材以及各类教学资源下载，还有大量而丰富的教学相关资讯！" style="width:33pt;height:18pt" o:oleicon="f" o:ole="">
            <v:imagedata r:id="rId3004" o:title="eqIdb20063864df2b55f7bc19005754efb8f"/>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4067175" cy="428625"/>
            <wp:docPr id="304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 name=""/>
                    <pic:cNvPicPr>
                      <a:picLocks noChangeAspect="1"/>
                    </pic:cNvPicPr>
                  </pic:nvPicPr>
                  <pic:blipFill>
                    <a:blip r:embed="rId3005"/>
                    <a:stretch>
                      <a:fillRect/>
                    </a:stretch>
                  </pic:blipFill>
                  <pic:spPr>
                    <a:xfrm>
                      <a:off x="0" y="0"/>
                      <a:ext cx="4067175" cy="4286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）若点</w:t>
      </w:r>
      <w:r>
        <w:rPr>
          <w:rFonts w:ascii="Times New Roman" w:eastAsia="Times New Roman" w:hAnsi="Times New Roman" w:cs="Times New Roman"/>
          <w:i/>
          <w:color w:val="000000"/>
        </w:rPr>
        <w:t>B</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关于原点</w:t>
      </w:r>
      <w:r>
        <w:rPr>
          <w:rFonts w:ascii="Times New Roman" w:eastAsia="Times New Roman" w:hAnsi="Times New Roman" w:cs="Times New Roman"/>
          <w:i/>
          <w:color w:val="000000"/>
        </w:rPr>
        <w:t>O</w:t>
      </w:r>
      <w:r>
        <w:rPr>
          <w:rFonts w:ascii="宋体" w:eastAsia="宋体" w:hAnsi="宋体" w:cs="宋体"/>
          <w:color w:val="000000"/>
        </w:rPr>
        <w:t>的“</w:t>
      </w:r>
      <w:r>
        <w:rPr>
          <w:rFonts w:ascii="Times New Roman" w:eastAsia="Times New Roman" w:hAnsi="Times New Roman" w:cs="Times New Roman"/>
          <w:i/>
          <w:color w:val="000000"/>
        </w:rPr>
        <w:t>k</w:t>
      </w:r>
      <w:r>
        <w:rPr>
          <w:rFonts w:ascii="宋体" w:eastAsia="宋体" w:hAnsi="宋体" w:cs="宋体"/>
          <w:color w:val="000000"/>
        </w:rPr>
        <w:t>星点”，则</w:t>
      </w:r>
      <w:r>
        <w:rPr>
          <w:rFonts w:ascii="Times New Roman" w:eastAsia="Times New Roman" w:hAnsi="Times New Roman" w:cs="Times New Roman"/>
          <w:i/>
          <w:color w:val="000000"/>
        </w:rPr>
        <w:t>k</w:t>
      </w:r>
      <w:r>
        <w:rPr>
          <w:rFonts w:ascii="宋体" w:eastAsia="宋体" w:hAnsi="宋体" w:cs="宋体"/>
          <w:color w:val="000000"/>
        </w:rPr>
        <w:t>＝</w:t>
      </w:r>
      <w:r>
        <w:rPr>
          <w:rFonts w:ascii="Times New Roman" w:eastAsia="Times New Roman" w:hAnsi="Times New Roman" w:cs="Times New Roman"/>
          <w:color w:val="000000"/>
        </w:rPr>
        <w:t>___</w:t>
      </w:r>
      <w:r>
        <w:rPr>
          <w:rFonts w:ascii="宋体" w:eastAsia="宋体" w:hAnsi="宋体" w:cs="宋体"/>
          <w:color w:val="000000"/>
        </w:rPr>
        <w:t>；若点</w:t>
      </w:r>
      <w:r>
        <w:rPr>
          <w:rFonts w:ascii="Times New Roman" w:eastAsia="Times New Roman" w:hAnsi="Times New Roman" w:cs="Times New Roman"/>
          <w:i/>
          <w:color w:val="000000"/>
        </w:rPr>
        <w:t>C</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B</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星点”，则</w:t>
      </w:r>
      <w:r>
        <w:pict>
          <v:shape id="_x0000_i709559" type="#_x0000_t75" alt="学科网(www.zxxk.com)--教育资源门户，提供试卷、教案、课件、论文、素材以及各类教学资源下载，还有大量而丰富的教学相关资讯！" style="width:13.65pt;height:16.65pt" o:oleicon="f" o:ole="">
            <v:imagedata r:id="rId3006" o:title="eqId1d6c00cb2047fdede2e5a46d83a6a411"/>
          </v:shape>
        </w:pict>
      </w:r>
      <w:r>
        <w:rPr>
          <w:rFonts w:ascii="宋体" w:eastAsia="宋体" w:hAnsi="宋体" w:cs="宋体"/>
          <w:color w:val="000000"/>
        </w:rPr>
        <w:t>＝</w:t>
      </w:r>
      <w:r>
        <w:rPr>
          <w:rFonts w:ascii="Times New Roman" w:eastAsia="Times New Roman" w:hAnsi="Times New Roman" w:cs="Times New Roman"/>
          <w:color w:val="000000"/>
        </w:rPr>
        <w:t>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）若线段</w:t>
      </w:r>
      <w:r>
        <w:rPr>
          <w:rFonts w:ascii="Times New Roman" w:eastAsia="Times New Roman" w:hAnsi="Times New Roman" w:cs="Times New Roman"/>
          <w:i/>
          <w:color w:val="000000"/>
        </w:rPr>
        <w:t>AB</w:t>
      </w:r>
      <w:r>
        <w:rPr>
          <w:rFonts w:ascii="宋体" w:eastAsia="宋体" w:hAnsi="宋体" w:cs="宋体"/>
          <w:color w:val="000000"/>
        </w:rPr>
        <w:t>在数轴上沿正方向运动，每秒运动</w:t>
      </w:r>
      <w:r>
        <w:rPr>
          <w:rFonts w:ascii="Times New Roman" w:eastAsia="Times New Roman" w:hAnsi="Times New Roman" w:cs="Times New Roman"/>
          <w:color w:val="000000"/>
        </w:rPr>
        <w:t>1</w:t>
      </w:r>
      <w:r>
        <w:rPr>
          <w:rFonts w:ascii="宋体" w:eastAsia="宋体" w:hAnsi="宋体" w:cs="宋体"/>
          <w:color w:val="000000"/>
        </w:rPr>
        <w:t>个单位长度，取线段</w:t>
      </w:r>
      <w:r>
        <w:rPr>
          <w:rFonts w:ascii="Times New Roman" w:eastAsia="Times New Roman" w:hAnsi="Times New Roman" w:cs="Times New Roman"/>
          <w:i/>
          <w:color w:val="000000"/>
        </w:rPr>
        <w:t>AB</w:t>
      </w:r>
      <w:r>
        <w:rPr>
          <w:rFonts w:ascii="宋体" w:eastAsia="宋体" w:hAnsi="宋体" w:cs="宋体"/>
          <w:color w:val="000000"/>
        </w:rPr>
        <w:t>的中点</w:t>
      </w:r>
      <w:r>
        <w:rPr>
          <w:rFonts w:ascii="Times New Roman" w:eastAsia="Times New Roman" w:hAnsi="Times New Roman" w:cs="Times New Roman"/>
          <w:i/>
          <w:color w:val="000000"/>
        </w:rPr>
        <w:t>D</w:t>
      </w:r>
      <w:r>
        <w:rPr>
          <w:rFonts w:ascii="宋体" w:eastAsia="宋体" w:hAnsi="宋体" w:cs="宋体"/>
          <w:color w:val="000000"/>
        </w:rPr>
        <w:t>．是否存在某一时刻，使得点</w:t>
      </w:r>
      <w:r>
        <w:rPr>
          <w:rFonts w:ascii="Times New Roman" w:eastAsia="Times New Roman" w:hAnsi="Times New Roman" w:cs="Times New Roman"/>
          <w:i/>
          <w:color w:val="000000"/>
        </w:rPr>
        <w:t>D</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O</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星点”？若存在，求出线段</w:t>
      </w:r>
      <w:r>
        <w:rPr>
          <w:rFonts w:ascii="Times New Roman" w:eastAsia="Times New Roman" w:hAnsi="Times New Roman" w:cs="Times New Roman"/>
          <w:i/>
          <w:color w:val="000000"/>
        </w:rPr>
        <w:t>AB</w:t>
      </w:r>
      <w:r>
        <w:rPr>
          <w:rFonts w:ascii="宋体" w:eastAsia="宋体" w:hAnsi="宋体" w:cs="宋体"/>
          <w:color w:val="000000"/>
        </w:rPr>
        <w:t>的运动时间；若不存在，请说明理由；</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）点</w:t>
      </w:r>
      <w:r>
        <w:rPr>
          <w:rFonts w:ascii="Times New Roman" w:eastAsia="Times New Roman" w:hAnsi="Times New Roman" w:cs="Times New Roman"/>
          <w:i/>
          <w:color w:val="000000"/>
        </w:rPr>
        <w:t>Q</w:t>
      </w:r>
      <w:r>
        <w:rPr>
          <w:rFonts w:ascii="宋体" w:eastAsia="宋体" w:hAnsi="宋体" w:cs="宋体"/>
          <w:color w:val="000000"/>
        </w:rPr>
        <w:t>在数轴上运动（点</w:t>
      </w:r>
      <w:r>
        <w:rPr>
          <w:rFonts w:ascii="Times New Roman" w:eastAsia="Times New Roman" w:hAnsi="Times New Roman" w:cs="Times New Roman"/>
          <w:i/>
          <w:color w:val="000000"/>
        </w:rPr>
        <w:t>Q</w:t>
      </w:r>
      <w:r>
        <w:rPr>
          <w:rFonts w:ascii="宋体" w:eastAsia="宋体" w:hAnsi="宋体" w:cs="宋体"/>
          <w:color w:val="000000"/>
        </w:rPr>
        <w:t>不与</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两点重合），作点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星点</w:t>
      </w:r>
      <w:r>
        <w:rPr>
          <w:rFonts w:ascii="Times New Roman" w:eastAsia="Times New Roman" w:hAnsi="Times New Roman" w:cs="Times New Roman"/>
          <w:color w:val="000000"/>
        </w:rPr>
        <w:t>”</w:t>
      </w:r>
      <w:r>
        <w:rPr>
          <w:rFonts w:ascii="宋体" w:eastAsia="宋体" w:hAnsi="宋体" w:cs="宋体"/>
          <w:color w:val="000000"/>
        </w:rPr>
        <w:t>，记为</w:t>
      </w:r>
      <w:r>
        <w:pict>
          <v:shape id="_x0000_i709560" type="#_x0000_t75" alt="学科网(www.zxxk.com)--教育资源门户，提供试卷、教案、课件、论文、素材以及各类教学资源下载，还有大量而丰富的教学相关资讯！" style="width:12.75pt;height:12pt" o:oleicon="f" o:ole="">
            <v:imagedata r:id="rId3007" o:title="eqIde7c314398e26ffc7164b82946eeb4273"/>
          </v:shape>
        </w:pict>
      </w:r>
      <w:r>
        <w:rPr>
          <w:rFonts w:ascii="宋体" w:eastAsia="宋体" w:hAnsi="宋体" w:cs="宋体"/>
          <w:color w:val="000000"/>
        </w:rPr>
        <w:t>，作点</w:t>
      </w:r>
      <w:r>
        <w:rPr>
          <w:rFonts w:ascii="Times New Roman" w:eastAsia="Times New Roman" w:hAnsi="Times New Roman" w:cs="Times New Roman"/>
          <w:i/>
          <w:color w:val="000000"/>
        </w:rPr>
        <w:t>B</w:t>
      </w:r>
      <w:r>
        <w:rPr>
          <w:rFonts w:ascii="宋体" w:eastAsia="宋体" w:hAnsi="宋体" w:cs="宋体"/>
          <w:color w:val="000000"/>
        </w:rPr>
        <w:t>关于点</w:t>
      </w:r>
      <w:r>
        <w:rPr>
          <w:rFonts w:ascii="Times New Roman" w:eastAsia="Times New Roman" w:hAnsi="Times New Roman" w:cs="Times New Roman"/>
          <w:i/>
          <w:color w:val="000000"/>
        </w:rPr>
        <w:t>Q</w:t>
      </w:r>
      <w:r>
        <w:rPr>
          <w:rFonts w:ascii="宋体" w:eastAsia="宋体" w:hAnsi="宋体" w:cs="宋体"/>
          <w:color w:val="000000"/>
        </w:rPr>
        <w:t>的“</w:t>
      </w:r>
      <w:r>
        <w:rPr>
          <w:rFonts w:ascii="Times New Roman" w:eastAsia="Times New Roman" w:hAnsi="Times New Roman" w:cs="Times New Roman"/>
          <w:color w:val="000000"/>
        </w:rPr>
        <w:t>3</w:t>
      </w:r>
      <w:r>
        <w:rPr>
          <w:rFonts w:ascii="宋体" w:eastAsia="宋体" w:hAnsi="宋体" w:cs="宋体"/>
          <w:color w:val="000000"/>
        </w:rPr>
        <w:t>星点”，记为</w:t>
      </w:r>
      <w:r>
        <w:pict>
          <v:shape id="_x0000_i709561" type="#_x0000_t75" alt="学科网(www.zxxk.com)--教育资源门户，提供试卷、教案、课件、论文、素材以及各类教学资源下载，还有大量而丰富的教学相关资讯！" style="width:13.95pt;height:13pt" o:oleicon="f" o:ole="">
            <v:imagedata r:id="rId3008" o:title="eqId3953cec61ac602ce5eb59b7912352179"/>
          </v:shape>
        </w:pict>
      </w:r>
      <w:r>
        <w:rPr>
          <w:rFonts w:ascii="宋体" w:eastAsia="宋体" w:hAnsi="宋体" w:cs="宋体"/>
          <w:color w:val="000000"/>
        </w:rPr>
        <w:t>．当点</w:t>
      </w:r>
      <w:r>
        <w:rPr>
          <w:rFonts w:ascii="Times New Roman" w:eastAsia="Times New Roman" w:hAnsi="Times New Roman" w:cs="Times New Roman"/>
          <w:i/>
          <w:color w:val="000000"/>
        </w:rPr>
        <w:t>Q</w:t>
      </w:r>
      <w:r>
        <w:rPr>
          <w:rFonts w:ascii="宋体" w:eastAsia="宋体" w:hAnsi="宋体" w:cs="宋体"/>
          <w:color w:val="000000"/>
        </w:rPr>
        <w:t>运动时，</w:t>
      </w:r>
      <w:r>
        <w:pict>
          <v:shape id="_x0000_i709562" type="#_x0000_t75" alt="学科网(www.zxxk.com)--教育资源门户，提供试卷、教案、课件、论文、素材以及各类教学资源下载，还有大量而丰富的教学相关资讯！" style="width:51pt;height:16pt" o:oleicon="f" o:ole="">
            <v:imagedata r:id="rId3009" o:title="eqIdabc42351f49b51fbe10d6481a9efd6ff"/>
          </v:shape>
        </w:pict>
      </w:r>
      <w:r>
        <w:rPr>
          <w:rFonts w:ascii="宋体" w:eastAsia="宋体" w:hAnsi="宋体" w:cs="宋体"/>
          <w:color w:val="000000"/>
        </w:rPr>
        <w:t>是否存在最小值？若存在，求出最小值及相应点</w:t>
      </w:r>
      <w:r>
        <w:rPr>
          <w:rFonts w:ascii="Times New Roman" w:eastAsia="Times New Roman" w:hAnsi="Times New Roman" w:cs="Times New Roman"/>
          <w:i/>
          <w:color w:val="000000"/>
        </w:rPr>
        <w:t>Q</w:t>
      </w:r>
      <w:r>
        <w:rPr>
          <w:rFonts w:ascii="宋体" w:eastAsia="宋体" w:hAnsi="宋体" w:cs="宋体"/>
          <w:color w:val="000000"/>
        </w:rPr>
        <w:t>的位置；若不存在，请说明理由．</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pict>
          <v:shape id="_x0000_i709563" type="#_x0000_t75" alt="学科网(www.zxxk.com)--教育资源门户，提供试卷、教案、课件、论文、素材以及各类教学资源下载，还有大量而丰富的教学相关资讯！" style="width:20pt;height:31pt" o:oleicon="f" o:ole="">
            <v:imagedata r:id="rId3010" o:title="eqId4e8b4bbd2f9912adfc9864c0e1e76a9d"/>
          </v:shape>
        </w:pict>
      </w:r>
      <w:r>
        <w:rPr>
          <w:rFonts w:ascii="宋体" w:eastAsia="宋体" w:hAnsi="宋体" w:cs="宋体"/>
          <w:color w:val="000000"/>
        </w:rPr>
        <w:t>，</w:t>
      </w:r>
      <w:r>
        <w:pict>
          <v:shape id="_x0000_i709564" type="#_x0000_t75" alt="学科网(www.zxxk.com)--教育资源门户，提供试卷、教案、课件、论文、素材以及各类教学资源下载，还有大量而丰富的教学相关资讯！" style="width:15pt;height:12.75pt" o:oleicon="f" o:ole="">
            <v:imagedata r:id="rId3011" o:title="eqId4a94acdfb41489d5694b5a64b9e99754"/>
          </v:shape>
        </w:pic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）存在，</w:t>
      </w:r>
      <w:r>
        <w:pict>
          <v:shape id="_x0000_i709565" type="#_x0000_t75" alt="学科网(www.zxxk.com)--教育资源门户，提供试卷、教案、课件、论文、素材以及各类教学资源下载，还有大量而丰富的教学相关资讯！" style="width:30pt;height:30pt" o:oleicon="f" o:ole="">
            <v:imagedata r:id="rId3012" o:title="eqIdd4f172a78e2eb33e35aece9137b6ec7e"/>
          </v:shape>
        </w:pict>
      </w:r>
      <w:r>
        <w:rPr>
          <w:rFonts w:ascii="宋体" w:eastAsia="宋体" w:hAnsi="宋体" w:cs="宋体"/>
          <w:color w:val="000000"/>
        </w:rPr>
        <w:t>，理由见解析；（</w:t>
      </w:r>
      <w:r>
        <w:rPr>
          <w:rFonts w:ascii="Times New Roman" w:eastAsia="Times New Roman" w:hAnsi="Times New Roman" w:cs="Times New Roman"/>
          <w:color w:val="000000"/>
        </w:rPr>
        <w:t>3</w:t>
      </w:r>
      <w:r>
        <w:rPr>
          <w:rFonts w:ascii="宋体" w:eastAsia="宋体" w:hAnsi="宋体" w:cs="宋体"/>
          <w:color w:val="000000"/>
        </w:rPr>
        <w:t>）存在，最小值为</w:t>
      </w:r>
      <w:r>
        <w:rPr>
          <w:rFonts w:ascii="Times New Roman" w:eastAsia="Times New Roman" w:hAnsi="Times New Roman" w:cs="Times New Roman"/>
          <w:color w:val="000000"/>
        </w:rPr>
        <w:t>15</w:t>
      </w:r>
      <w:r>
        <w:rPr>
          <w:rFonts w:ascii="宋体" w:eastAsia="宋体" w:hAnsi="宋体" w:cs="宋体"/>
          <w:color w:val="000000"/>
        </w:rPr>
        <w:t>，相应点</w:t>
      </w:r>
      <w:r>
        <w:rPr>
          <w:rFonts w:ascii="Times New Roman" w:eastAsia="Times New Roman" w:hAnsi="Times New Roman" w:cs="Times New Roman"/>
          <w:i/>
          <w:color w:val="000000"/>
        </w:rPr>
        <w:t>Q</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之间</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）直接读懂定义，根据定义列出等式</w:t>
      </w:r>
      <w:r>
        <w:pict>
          <v:shape id="_x0000_i709566" type="#_x0000_t75" alt="学科网(www.zxxk.com)--教育资源门户，提供试卷、教案、课件、论文、素材以及各类教学资源下载，还有大量而丰富的教学相关资讯！" style="width:102pt;height:20pt" o:oleicon="f" o:ole="">
            <v:imagedata r:id="rId3013" o:title="eqId818976c9a0ad7236549bd74815038c33"/>
          </v:shape>
        </w:pict>
      </w:r>
      <w:r>
        <w:rPr>
          <w:rFonts w:ascii="宋体" w:eastAsia="宋体" w:hAnsi="宋体" w:cs="宋体"/>
          <w:color w:val="000000"/>
        </w:rPr>
        <w:t>，</w:t>
      </w:r>
      <w:r>
        <w:pict>
          <v:shape id="_x0000_i709567" type="#_x0000_t75" alt="学科网(www.zxxk.com)--教育资源门户，提供试卷、教案、课件、论文、素材以及各类教学资源下载，还有大量而丰富的教学相关资讯！" style="width:101pt;height:20pt" o:oleicon="f" o:ole="">
            <v:imagedata r:id="rId3014" o:title="eqIda45d5f6840a493c8200202203ceabfa5"/>
          </v:shape>
        </w:pict>
      </w:r>
      <w:r>
        <w:rPr>
          <w:rFonts w:ascii="宋体" w:eastAsia="宋体" w:hAnsi="宋体" w:cs="宋体"/>
          <w:color w:val="000000"/>
        </w:rPr>
        <w:t>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）设经过</w:t>
      </w:r>
      <w:r>
        <w:pict>
          <v:shape id="_x0000_i709568" type="#_x0000_t75" alt="学科网(www.zxxk.com)--教育资源门户，提供试卷、教案、课件、论文、素材以及各类教学资源下载，还有大量而丰富的教学相关资讯！" style="width:7.35pt;height:11.9pt" o:oleicon="f" o:ole="">
            <v:imagedata r:id="rId3015" o:title="eqId36a1b09c653185842513e24ebba60bb3"/>
          </v:shape>
        </w:pict>
      </w:r>
      <w:r>
        <w:rPr>
          <w:rFonts w:ascii="宋体" w:eastAsia="宋体" w:hAnsi="宋体" w:cs="宋体"/>
          <w:color w:val="000000"/>
        </w:rPr>
        <w:t>秒后存在，则</w:t>
      </w:r>
      <w:r>
        <w:pict>
          <v:shape id="_x0000_i709569" type="#_x0000_t75" alt="学科网(www.zxxk.com)--教育资源门户，提供试卷、教案、课件、论文、素材以及各类教学资源下载，还有大量而丰富的教学相关资讯！" style="width:102pt;height:18pt" o:oleicon="f" o:ole="">
            <v:imagedata r:id="rId3016" o:title="eqIde79541a2f4887dc05da45cd472c9e5ce"/>
          </v:shape>
        </w:pict>
      </w:r>
      <w:r>
        <w:rPr>
          <w:rFonts w:ascii="宋体" w:eastAsia="宋体" w:hAnsi="宋体" w:cs="宋体"/>
          <w:color w:val="000000"/>
        </w:rPr>
        <w:t>，求出</w:t>
      </w:r>
      <w:r>
        <w:pict>
          <v:shape id="_x0000_i709570" type="#_x0000_t75" alt="学科网(www.zxxk.com)--教育资源门户，提供试卷、教案、课件、论文、素材以及各类教学资源下载，还有大量而丰富的教学相关资讯！" style="width:55pt;height:31pt" o:oleicon="f" o:ole="">
            <v:imagedata r:id="rId3017" o:title="eqId692ff16f5e397bf8cccf1776af28783b"/>
          </v:shape>
        </w:pict>
      </w:r>
      <w:r>
        <w:rPr>
          <w:rFonts w:ascii="宋体" w:eastAsia="宋体" w:hAnsi="宋体" w:cs="宋体"/>
          <w:color w:val="000000"/>
        </w:rPr>
        <w:t>，根据点</w:t>
      </w:r>
      <w:r>
        <w:rPr>
          <w:rFonts w:ascii="Times New Roman" w:eastAsia="Times New Roman" w:hAnsi="Times New Roman" w:cs="Times New Roman"/>
          <w:i/>
          <w:color w:val="000000"/>
        </w:rPr>
        <w:t>D</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O</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星点</w:t>
      </w:r>
      <w:r>
        <w:rPr>
          <w:rFonts w:ascii="Times New Roman" w:eastAsia="Times New Roman" w:hAnsi="Times New Roman" w:cs="Times New Roman"/>
          <w:color w:val="000000"/>
        </w:rPr>
        <w:t>”</w:t>
      </w:r>
      <w:r>
        <w:rPr>
          <w:rFonts w:ascii="宋体" w:eastAsia="宋体" w:hAnsi="宋体" w:cs="宋体"/>
          <w:color w:val="000000"/>
        </w:rPr>
        <w:t>，得</w:t>
      </w:r>
      <w:r>
        <w:pict>
          <v:shape id="_x0000_i709571" type="#_x0000_t75" alt="学科网(www.zxxk.com)--教育资源门户，提供试卷、教案、课件、论文、素材以及各类教学资源下载，还有大量而丰富的教学相关资讯！" style="width:109pt;height:20pt" o:oleicon="f" o:ole="">
            <v:imagedata r:id="rId3018" o:title="eqIdde2200a4a5ab03a7918cbb572e9f0ee0"/>
          </v:shape>
        </w:pict>
      </w:r>
      <w:r>
        <w:rPr>
          <w:rFonts w:ascii="宋体" w:eastAsia="宋体" w:hAnsi="宋体" w:cs="宋体"/>
          <w:color w:val="000000"/>
        </w:rPr>
        <w:t>，求解即可；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pict>
          <v:shape id="_x0000_i709572" type="#_x0000_t75" alt="学科网(www.zxxk.com)--教育资源门户，提供试卷、教案、课件、论文、素材以及各类教学资源下载，还有大量而丰富的教学相关资讯！" style="width:12pt;height:15.6pt" o:oleicon="f" o:ole="">
            <v:imagedata r:id="rId3019" o:title="eqIdacc290b44635265137fdf13146b6a6d9"/>
          </v:shape>
        </w:pict>
      </w:r>
      <w:r>
        <w:rPr>
          <w:rFonts w:ascii="宋体" w:eastAsia="宋体" w:hAnsi="宋体" w:cs="宋体"/>
          <w:color w:val="000000"/>
        </w:rPr>
        <w:t>表示的数记为</w:t>
      </w:r>
      <w:r>
        <w:pict>
          <v:shape id="_x0000_i709573" type="#_x0000_t75" alt="学科网(www.zxxk.com)--教育资源门户，提供试卷、教案、课件、论文、素材以及各类教学资源下载，还有大量而丰富的教学相关资讯！" style="width:10.5pt;height:14.25pt" o:oleicon="f" o:ole="">
            <v:imagedata r:id="rId3020" o:title="eqId79b752f0f189e5d8666daea73e145dff"/>
          </v:shape>
        </w:pict>
      </w:r>
      <w:r>
        <w:rPr>
          <w:rFonts w:ascii="宋体" w:eastAsia="宋体" w:hAnsi="宋体" w:cs="宋体"/>
          <w:color w:val="000000"/>
        </w:rPr>
        <w:t>，其中（</w:t>
      </w:r>
      <w:r>
        <w:pict>
          <v:shape id="_x0000_i709574" type="#_x0000_t75" alt="学科网(www.zxxk.com)--教育资源门户，提供试卷、教案、课件、论文、素材以及各类教学资源下载，还有大量而丰富的教学相关资讯！" style="width:39pt;height:18pt" o:oleicon="f" o:ole="">
            <v:imagedata r:id="rId3021" o:title="eqId0d0375e390df0f831be4460ae7e5377a"/>
          </v:shape>
        </w:pict>
      </w:r>
      <w:r>
        <w:rPr>
          <w:rFonts w:ascii="宋体" w:eastAsia="宋体" w:hAnsi="宋体" w:cs="宋体"/>
          <w:color w:val="000000"/>
        </w:rPr>
        <w:t>，且</w:t>
      </w:r>
      <w:r>
        <w:pict>
          <v:shape id="_x0000_i709575" type="#_x0000_t75" alt="学科网(www.zxxk.com)--教育资源门户，提供试卷、教案、课件、论文、素材以及各类教学资源下载，还有大量而丰富的教学相关资讯！" style="width:32.25pt;height:18pt" o:oleicon="f" o:ole="">
            <v:imagedata r:id="rId3022" o:title="eqIdd2ade39dafca85e369dddfe15c033e83"/>
          </v:shape>
        </w:pict>
      </w:r>
      <w:r>
        <w:rPr>
          <w:rFonts w:ascii="宋体" w:eastAsia="宋体" w:hAnsi="宋体" w:cs="宋体"/>
          <w:color w:val="000000"/>
        </w:rPr>
        <w:t>），表示出</w:t>
      </w:r>
      <w:r>
        <w:pict>
          <v:shape id="_x0000_i709576" type="#_x0000_t75" alt="学科网(www.zxxk.com)--教育资源门户，提供试卷、教案、课件、论文、素材以及各类教学资源下载，还有大量而丰富的教学相关资讯！" style="width:68pt;height:18pt" o:oleicon="f" o:ole="">
            <v:imagedata r:id="rId3023" o:title="eqId9434f82b859420eed8dcb51dc22afc3f"/>
          </v:shape>
        </w:pict>
      </w:r>
      <w:r>
        <w:rPr>
          <w:rFonts w:ascii="宋体" w:eastAsia="宋体" w:hAnsi="宋体" w:cs="宋体"/>
          <w:color w:val="000000"/>
        </w:rPr>
        <w:t>，</w:t>
      </w:r>
    </w:p>
    <w:p>
      <w:pPr>
        <w:spacing w:line="360" w:lineRule="auto"/>
        <w:jc w:val="left"/>
        <w:textAlignment w:val="center"/>
        <w:rPr>
          <w:color w:val="000000"/>
        </w:rPr>
      </w:pPr>
      <w:r>
        <w:pict>
          <v:shape id="_x0000_i709577" type="#_x0000_t75" alt="学科网(www.zxxk.com)--教育资源门户，提供试卷、教案、课件、论文、素材以及各类教学资源下载，还有大量而丰富的教学相关资讯！" style="width:61pt;height:18pt" o:oleicon="f" o:ole="">
            <v:imagedata r:id="rId3024" o:title="eqIddeb23329e162c9b385ec1cd632a67e8f"/>
          </v:shape>
        </w:pict>
      </w:r>
      <w:r>
        <w:rPr>
          <w:rFonts w:ascii="宋体" w:eastAsia="宋体" w:hAnsi="宋体" w:cs="宋体"/>
          <w:color w:val="000000"/>
        </w:rPr>
        <w:t>，再对</w:t>
      </w:r>
      <w:r>
        <w:pict>
          <v:shape id="_x0000_i709578" type="#_x0000_t75" alt="学科网(www.zxxk.com)--教育资源门户，提供试卷、教案、课件、论文、素材以及各类教学资源下载，还有大量而丰富的教学相关资讯！" style="width:10.5pt;height:14.25pt" o:oleicon="f" o:ole="">
            <v:imagedata r:id="rId3025" o:title="eqId79b752f0f189e5d8666daea73e145dff"/>
          </v:shape>
        </w:pict>
      </w:r>
      <w:r>
        <w:rPr>
          <w:rFonts w:ascii="宋体" w:eastAsia="宋体" w:hAnsi="宋体" w:cs="宋体"/>
          <w:color w:val="000000"/>
        </w:rPr>
        <w:t>的取值范围进行分类讨论求解即可．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）由题意：</w:t>
      </w:r>
      <w:r>
        <w:pict>
          <v:shape id="_x0000_i709579" type="#_x0000_t75" alt="学科网(www.zxxk.com)--教育资源门户，提供试卷、教案、课件、论文、素材以及各类教学资源下载，还有大量而丰富的教学相关资讯！" style="width:102pt;height:20pt" o:oleicon="f" o:ole="">
            <v:imagedata r:id="rId3026" o:title="eqId818976c9a0ad7236549bd74815038c33"/>
          </v:shape>
        </w:pict>
      </w:r>
      <w:r>
        <w:rPr>
          <w:rFonts w:ascii="宋体" w:eastAsia="宋体" w:hAnsi="宋体" w:cs="宋体"/>
          <w:color w:val="000000"/>
        </w:rPr>
        <w:t>，</w:t>
      </w:r>
    </w:p>
    <w:p>
      <w:pPr>
        <w:spacing w:line="360" w:lineRule="auto"/>
        <w:jc w:val="left"/>
        <w:textAlignment w:val="center"/>
        <w:rPr>
          <w:color w:val="000000"/>
        </w:rPr>
      </w:pPr>
      <w:r>
        <w:pict>
          <v:shape id="_x0000_i709580" type="#_x0000_t75" alt="学科网(www.zxxk.com)--教育资源门户，提供试卷、教案、课件、论文、素材以及各类教学资源下载，还有大量而丰富的教学相关资讯！" style="width:81pt;height:16pt" o:oleicon="f" o:ole="">
            <v:imagedata r:id="rId3027" o:title="eqId154718375d6f02198e6883ec44659608"/>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9581" type="#_x0000_t75" alt="学科网(www.zxxk.com)--教育资源门户，提供试卷、教案、课件、论文、素材以及各类教学资源下载，还有大量而丰富的教学相关资讯！" style="width:38pt;height:31pt" o:oleicon="f" o:ole="">
            <v:imagedata r:id="rId3028" o:title="eqId77904ca5beda48173e572dc06d9b5aa6"/>
          </v:shape>
        </w:pict>
      </w:r>
      <w:r>
        <w:rPr>
          <w:rFonts w:ascii="宋体" w:eastAsia="宋体" w:hAnsi="宋体" w:cs="宋体"/>
          <w:color w:val="000000"/>
        </w:rPr>
        <w:t>，</w:t>
      </w:r>
    </w:p>
    <w:p>
      <w:pPr>
        <w:spacing w:line="360" w:lineRule="auto"/>
        <w:jc w:val="left"/>
        <w:textAlignment w:val="center"/>
        <w:rPr>
          <w:color w:val="000000"/>
        </w:rPr>
      </w:pPr>
      <w:r>
        <w:pict>
          <v:shape id="_x0000_i709582" type="#_x0000_t75" alt="学科网(www.zxxk.com)--教育资源门户，提供试卷、教案、课件、论文、素材以及各类教学资源下载，还有大量而丰富的教学相关资讯！" style="width:101pt;height:20pt" o:oleicon="f" o:ole="">
            <v:imagedata r:id="rId3029" o:title="eqIda45d5f6840a493c8200202203ceabfa5"/>
          </v:shape>
        </w:pict>
      </w:r>
      <w:r>
        <w:rPr>
          <w:rFonts w:ascii="宋体" w:eastAsia="宋体" w:hAnsi="宋体" w:cs="宋体"/>
          <w:color w:val="000000"/>
        </w:rPr>
        <w:t>，</w:t>
      </w:r>
    </w:p>
    <w:p>
      <w:pPr>
        <w:spacing w:line="360" w:lineRule="auto"/>
        <w:jc w:val="left"/>
        <w:textAlignment w:val="center"/>
        <w:rPr>
          <w:color w:val="000000"/>
        </w:rPr>
      </w:pPr>
      <w:r>
        <w:pict>
          <v:shape id="_x0000_i709583" type="#_x0000_t75" alt="学科网(www.zxxk.com)--教育资源门户，提供试卷、教案、课件、论文、素材以及各类教学资源下载，还有大量而丰富的教学相关资讯！" style="width:98pt;height:20pt" o:oleicon="f" o:ole="">
            <v:imagedata r:id="rId3030" o:title="eqId617754440ba35c846a1f18f0cfacf54d"/>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9584" type="#_x0000_t75" alt="学科网(www.zxxk.com)--教育资源门户，提供试卷、教案、课件、论文、素材以及各类教学资源下载，还有大量而丰富的教学相关资讯！" style="width:41pt;height:18pt" o:oleicon="f" o:ole="">
            <v:imagedata r:id="rId3031" o:title="eqId2d8a60e2545d5acda2af4156545000d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故答案是：</w:t>
      </w:r>
      <w:r>
        <w:pict>
          <v:shape id="_x0000_i709585" type="#_x0000_t75" alt="学科网(www.zxxk.com)--教育资源门户，提供试卷、教案、课件、论文、素材以及各类教学资源下载，还有大量而丰富的教学相关资讯！" style="width:20pt;height:31pt" o:oleicon="f" o:ole="">
            <v:imagedata r:id="rId3032" o:title="eqId4e8b4bbd2f9912adfc9864c0e1e76a9d"/>
          </v:shape>
        </w:pict>
      </w:r>
      <w:r>
        <w:rPr>
          <w:rFonts w:ascii="宋体" w:eastAsia="宋体" w:hAnsi="宋体" w:cs="宋体"/>
          <w:color w:val="000000"/>
        </w:rPr>
        <w:t>，</w:t>
      </w:r>
      <w:r>
        <w:pict>
          <v:shape id="_x0000_i709586" type="#_x0000_t75" alt="学科网(www.zxxk.com)--教育资源门户，提供试卷、教案、课件、论文、素材以及各类教学资源下载，还有大量而丰富的教学相关资讯！" style="width:15pt;height:12.75pt" o:oleicon="f" o:ole="">
            <v:imagedata r:id="rId3033" o:title="eqId4a94acdfb41489d5694b5a64b9e9975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）存在，理由如下：</w:t>
      </w:r>
    </w:p>
    <w:p>
      <w:pPr>
        <w:spacing w:line="360" w:lineRule="auto"/>
        <w:jc w:val="left"/>
        <w:textAlignment w:val="center"/>
        <w:rPr>
          <w:color w:val="000000"/>
        </w:rPr>
      </w:pPr>
      <w:r>
        <w:rPr>
          <w:rFonts w:ascii="宋体" w:eastAsia="宋体" w:hAnsi="宋体" w:cs="宋体"/>
          <w:color w:val="000000"/>
        </w:rPr>
        <w:t>设经过</w:t>
      </w:r>
      <w:r>
        <w:pict>
          <v:shape id="_x0000_i709587" type="#_x0000_t75" alt="学科网(www.zxxk.com)--教育资源门户，提供试卷、教案、课件、论文、素材以及各类教学资源下载，还有大量而丰富的教学相关资讯！" style="width:7.35pt;height:11.9pt" o:oleicon="f" o:ole="">
            <v:imagedata r:id="rId3034" o:title="eqId36a1b09c653185842513e24ebba60bb3"/>
          </v:shape>
        </w:pict>
      </w:r>
      <w:r>
        <w:rPr>
          <w:rFonts w:ascii="宋体" w:eastAsia="宋体" w:hAnsi="宋体" w:cs="宋体"/>
          <w:color w:val="000000"/>
        </w:rPr>
        <w:t>秒后存在，则</w:t>
      </w:r>
    </w:p>
    <w:p>
      <w:pPr>
        <w:spacing w:line="360" w:lineRule="auto"/>
        <w:jc w:val="left"/>
        <w:textAlignment w:val="center"/>
        <w:rPr>
          <w:color w:val="000000"/>
        </w:rPr>
      </w:pPr>
      <w:r>
        <w:pict>
          <v:shape id="_x0000_i709588" type="#_x0000_t75" alt="学科网(www.zxxk.com)--教育资源门户，提供试卷、教案、课件、论文、素材以及各类教学资源下载，还有大量而丰富的教学相关资讯！" style="width:102pt;height:18pt" o:oleicon="f" o:ole="">
            <v:imagedata r:id="rId3035" o:title="eqIde79541a2f4887dc05da45cd472c9e5ce"/>
          </v:shape>
        </w:pict>
      </w:r>
      <w:r>
        <w:rPr>
          <w:rFonts w:ascii="宋体" w:eastAsia="宋体" w:hAnsi="宋体" w:cs="宋体"/>
          <w:color w:val="000000"/>
        </w:rPr>
        <w:t>，</w:t>
      </w:r>
    </w:p>
    <w:p>
      <w:pPr>
        <w:spacing w:line="360" w:lineRule="auto"/>
        <w:jc w:val="left"/>
        <w:textAlignment w:val="center"/>
        <w:rPr>
          <w:color w:val="000000"/>
        </w:rPr>
      </w:pPr>
      <w:r>
        <w:pict>
          <v:shape id="_x0000_i709589" type="#_x0000_t75" alt="学科网(www.zxxk.com)--教育资源门户，提供试卷、教案、课件、论文、素材以及各类教学资源下载，还有大量而丰富的教学相关资讯！" style="width:135pt;height:31pt" o:oleicon="f" o:ole="">
            <v:imagedata r:id="rId3036" o:title="eqId32ff58df9ca3f94e2b0d7cbaf79e362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若使得点</w:t>
      </w:r>
      <w:r>
        <w:rPr>
          <w:rFonts w:ascii="Times New Roman" w:eastAsia="Times New Roman" w:hAnsi="Times New Roman" w:cs="Times New Roman"/>
          <w:i/>
          <w:color w:val="000000"/>
        </w:rPr>
        <w:t>D</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关于点</w:t>
      </w:r>
      <w:r>
        <w:rPr>
          <w:rFonts w:ascii="Times New Roman" w:eastAsia="Times New Roman" w:hAnsi="Times New Roman" w:cs="Times New Roman"/>
          <w:i/>
          <w:color w:val="000000"/>
        </w:rPr>
        <w:t>O</w:t>
      </w:r>
      <w:r>
        <w:rPr>
          <w:rFonts w:ascii="宋体" w:eastAsia="宋体" w:hAnsi="宋体" w:cs="宋体"/>
          <w:color w:val="000000"/>
        </w:rPr>
        <w:t>的</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星点</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pict>
          <v:shape id="_x0000_i709590" type="#_x0000_t75" alt="学科网(www.zxxk.com)--教育资源门户，提供试卷、教案、课件、论文、素材以及各类教学资源下载，还有大量而丰富的教学相关资讯！" style="width:118pt;height:20pt" o:oleicon="f" o:ole="">
            <v:imagedata r:id="rId3037" o:title="eqIdd907609a5dc10579ca3353bc2f7ea00a"/>
          </v:shape>
        </w:pict>
      </w:r>
      <w:r>
        <w:rPr>
          <w:rFonts w:ascii="宋体" w:eastAsia="宋体" w:hAnsi="宋体" w:cs="宋体"/>
          <w:color w:val="000000"/>
        </w:rPr>
        <w:t>，</w:t>
      </w:r>
    </w:p>
    <w:p>
      <w:pPr>
        <w:spacing w:line="360" w:lineRule="auto"/>
        <w:jc w:val="left"/>
        <w:textAlignment w:val="center"/>
        <w:rPr>
          <w:color w:val="000000"/>
        </w:rPr>
      </w:pPr>
      <w:r>
        <w:pict>
          <v:shape id="_x0000_i709591" type="#_x0000_t75" alt="学科网(www.zxxk.com)--教育资源门户，提供试卷、教案、课件、论文、素材以及各类教学资源下载，还有大量而丰富的教学相关资讯！" style="width:102pt;height:31pt" o:oleicon="f" o:ole="">
            <v:imagedata r:id="rId3038" o:title="eqIdd85f2e1b4dd4ff7a861063e2b2263074"/>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9592" type="#_x0000_t75" alt="学科网(www.zxxk.com)--教育资源门户，提供试卷、教案、课件、论文、素材以及各类教学资源下载，还有大量而丰富的教学相关资讯！" style="width:30pt;height:30pt" o:oleicon="f" o:ole="">
            <v:imagedata r:id="rId3039" o:title="eqIdd4f172a78e2eb33e35aece9137b6ec7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）设点</w:t>
      </w:r>
      <w:r>
        <w:pict>
          <v:shape id="_x0000_i709593" type="#_x0000_t75" alt="学科网(www.zxxk.com)--教育资源门户，提供试卷、教案、课件、论文、素材以及各类教学资源下载，还有大量而丰富的教学相关资讯！" style="width:12pt;height:15.6pt" o:oleicon="f" o:ole="">
            <v:imagedata r:id="rId3040" o:title="eqIdacc290b44635265137fdf13146b6a6d9"/>
          </v:shape>
        </w:pict>
      </w:r>
      <w:r>
        <w:rPr>
          <w:rFonts w:ascii="宋体" w:eastAsia="宋体" w:hAnsi="宋体" w:cs="宋体"/>
          <w:color w:val="000000"/>
        </w:rPr>
        <w:t>表示的数记为</w:t>
      </w:r>
      <w:r>
        <w:pict>
          <v:shape id="_x0000_i709594" type="#_x0000_t75" alt="学科网(www.zxxk.com)--教育资源门户，提供试卷、教案、课件、论文、素材以及各类教学资源下载，还有大量而丰富的教学相关资讯！" style="width:10.5pt;height:14.25pt" o:oleicon="f" o:ole="">
            <v:imagedata r:id="rId3041" o:title="eqId79b752f0f189e5d8666daea73e145dff"/>
          </v:shape>
        </w:pict>
      </w:r>
      <w:r>
        <w:rPr>
          <w:rFonts w:ascii="宋体" w:eastAsia="宋体" w:hAnsi="宋体" w:cs="宋体"/>
          <w:color w:val="000000"/>
        </w:rPr>
        <w:t>，其中（</w:t>
      </w:r>
      <w:r>
        <w:pict>
          <v:shape id="_x0000_i709595" type="#_x0000_t75" alt="学科网(www.zxxk.com)--教育资源门户，提供试卷、教案、课件、论文、素材以及各类教学资源下载，还有大量而丰富的教学相关资讯！" style="width:39pt;height:18pt" o:oleicon="f" o:ole="">
            <v:imagedata r:id="rId3042" o:title="eqId0d0375e390df0f831be4460ae7e5377a"/>
          </v:shape>
        </w:pict>
      </w:r>
      <w:r>
        <w:rPr>
          <w:rFonts w:ascii="宋体" w:eastAsia="宋体" w:hAnsi="宋体" w:cs="宋体"/>
          <w:color w:val="000000"/>
        </w:rPr>
        <w:t>，且</w:t>
      </w:r>
      <w:r>
        <w:pict>
          <v:shape id="_x0000_i709596" type="#_x0000_t75" alt="学科网(www.zxxk.com)--教育资源门户，提供试卷、教案、课件、论文、素材以及各类教学资源下载，还有大量而丰富的教学相关资讯！" style="width:32.25pt;height:18pt" o:oleicon="f" o:ole="">
            <v:imagedata r:id="rId3043" o:title="eqIdd2ade39dafca85e369dddfe15c033e83"/>
          </v:shape>
        </w:pict>
      </w:r>
      <w:r>
        <w:rPr>
          <w:rFonts w:ascii="宋体" w:eastAsia="宋体" w:hAnsi="宋体" w:cs="宋体"/>
          <w:color w:val="000000"/>
        </w:rPr>
        <w:t>），</w:t>
      </w:r>
    </w:p>
    <w:p>
      <w:pPr>
        <w:spacing w:line="360" w:lineRule="auto"/>
        <w:jc w:val="left"/>
        <w:textAlignment w:val="center"/>
        <w:rPr>
          <w:color w:val="000000"/>
        </w:rPr>
      </w:pPr>
      <w:r>
        <w:pict>
          <v:shape id="_x0000_i709597" type="#_x0000_t75" alt="学科网(www.zxxk.com)--教育资源门户，提供试卷、教案、课件、论文、素材以及各类教学资源下载，还有大量而丰富的教学相关资讯！" style="width:102pt;height:22pt" o:oleicon="f" o:ole="">
            <v:imagedata r:id="rId3044" o:title="eqIdfb8f60d424e605ee5fc565b9bba8e33c"/>
          </v:shape>
        </w:pict>
      </w:r>
      <w:r>
        <w:rPr>
          <w:rFonts w:ascii="宋体" w:eastAsia="宋体" w:hAnsi="宋体" w:cs="宋体"/>
          <w:color w:val="000000"/>
        </w:rPr>
        <w:t>，</w:t>
      </w:r>
    </w:p>
    <w:p>
      <w:pPr>
        <w:spacing w:line="360" w:lineRule="auto"/>
        <w:jc w:val="left"/>
        <w:textAlignment w:val="center"/>
        <w:rPr>
          <w:color w:val="000000"/>
        </w:rPr>
      </w:pPr>
      <w:r>
        <w:pict>
          <v:shape id="_x0000_i709598" type="#_x0000_t75" alt="学科网(www.zxxk.com)--教育资源门户，提供试卷、教案、课件、论文、素材以及各类教学资源下载，还有大量而丰富的教学相关资讯！" style="width:109pt;height:20pt" o:oleicon="f" o:ole="">
            <v:imagedata r:id="rId3045" o:title="eqIdcc5f719af87ae808debd9eb5418a9b2f"/>
          </v:shape>
        </w:pict>
      </w:r>
      <w:r>
        <w:rPr>
          <w:rFonts w:ascii="宋体" w:eastAsia="宋体" w:hAnsi="宋体" w:cs="宋体"/>
          <w:color w:val="000000"/>
        </w:rPr>
        <w:t>，</w:t>
      </w:r>
    </w:p>
    <w:p>
      <w:pPr>
        <w:spacing w:line="360" w:lineRule="auto"/>
        <w:jc w:val="left"/>
        <w:textAlignment w:val="center"/>
        <w:rPr>
          <w:color w:val="000000"/>
        </w:rPr>
      </w:pPr>
      <w:r>
        <w:pict>
          <v:shape id="_x0000_i709599" type="#_x0000_t75" alt="学科网(www.zxxk.com)--教育资源门户，提供试卷、教案、课件、论文、素材以及各类教学资源下载，还有大量而丰富的教学相关资讯！" style="width:77pt;height:18pt" o:oleicon="f" o:ole="">
            <v:imagedata r:id="rId3046" o:title="eqIdefe04ec061932d35895e5295b8a6e15c"/>
          </v:shape>
        </w:pict>
      </w:r>
      <w:r>
        <w:rPr>
          <w:rFonts w:ascii="宋体" w:eastAsia="宋体" w:hAnsi="宋体" w:cs="宋体"/>
          <w:color w:val="000000"/>
        </w:rPr>
        <w:t>，</w:t>
      </w:r>
    </w:p>
    <w:p>
      <w:pPr>
        <w:spacing w:line="360" w:lineRule="auto"/>
        <w:jc w:val="left"/>
        <w:textAlignment w:val="center"/>
        <w:rPr>
          <w:color w:val="000000"/>
        </w:rPr>
      </w:pPr>
      <w:r>
        <w:pict>
          <v:shape id="_x0000_i709600" type="#_x0000_t75" alt="学科网(www.zxxk.com)--教育资源门户，提供试卷、教案、课件、论文、素材以及各类教学资源下载，还有大量而丰富的教学相关资讯！" style="width:102pt;height:22pt" o:oleicon="f" o:ole="">
            <v:imagedata r:id="rId3047" o:title="eqIdff9bff2a09e9128af25b3c332bf2d646"/>
          </v:shape>
        </w:pict>
      </w:r>
      <w:r>
        <w:rPr>
          <w:rFonts w:ascii="宋体" w:eastAsia="宋体" w:hAnsi="宋体" w:cs="宋体"/>
          <w:color w:val="000000"/>
        </w:rPr>
        <w:t>，</w:t>
      </w:r>
    </w:p>
    <w:p>
      <w:pPr>
        <w:spacing w:line="360" w:lineRule="auto"/>
        <w:jc w:val="left"/>
        <w:textAlignment w:val="center"/>
        <w:rPr>
          <w:color w:val="000000"/>
        </w:rPr>
      </w:pPr>
      <w:r>
        <w:pict>
          <v:shape id="_x0000_i709601" type="#_x0000_t75" alt="学科网(www.zxxk.com)--教育资源门户，提供试卷、教案、课件、论文、素材以及各类教学资源下载，还有大量而丰富的教学相关资讯！" style="width:102pt;height:20pt" o:oleicon="f" o:ole="">
            <v:imagedata r:id="rId3048" o:title="eqId6301a78de10b5058421c913a916a8217"/>
          </v:shape>
        </w:pict>
      </w:r>
      <w:r>
        <w:rPr>
          <w:rFonts w:ascii="宋体" w:eastAsia="宋体" w:hAnsi="宋体" w:cs="宋体"/>
          <w:color w:val="000000"/>
        </w:rPr>
        <w:t>，</w:t>
      </w:r>
    </w:p>
    <w:p>
      <w:pPr>
        <w:spacing w:line="360" w:lineRule="auto"/>
        <w:jc w:val="left"/>
        <w:textAlignment w:val="center"/>
        <w:rPr>
          <w:color w:val="000000"/>
        </w:rPr>
      </w:pPr>
      <w:r>
        <w:pict>
          <v:shape id="_x0000_i709602" type="#_x0000_t75" alt="学科网(www.zxxk.com)--教育资源门户，提供试卷、教案、课件、论文、素材以及各类教学资源下载，还有大量而丰富的教学相关资讯！" style="width:70pt;height:18pt" o:oleicon="f" o:ole="">
            <v:imagedata r:id="rId3049" o:title="eqIdeb039b4bd619149f243baf7f241ef9e0"/>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9603" type="#_x0000_t75" alt="学科网(www.zxxk.com)--教育资源门户，提供试卷、教案、课件、论文、素材以及各类教学资源下载，还有大量而丰富的教学相关资讯！" style="width:39pt;height:18pt" o:oleicon="f" o:ole="">
            <v:imagedata r:id="rId3050" o:title="eqIde6f514d806f83b7edafcfe49959e1d91"/>
          </v:shape>
        </w:pict>
      </w:r>
      <w:r>
        <w:rPr>
          <w:rFonts w:ascii="宋体" w:eastAsia="宋体" w:hAnsi="宋体" w:cs="宋体"/>
          <w:color w:val="000000"/>
        </w:rPr>
        <w:t>时，</w:t>
      </w:r>
    </w:p>
    <w:p>
      <w:pPr>
        <w:spacing w:line="360" w:lineRule="auto"/>
        <w:jc w:val="left"/>
        <w:textAlignment w:val="center"/>
        <w:rPr>
          <w:color w:val="000000"/>
        </w:rPr>
      </w:pPr>
      <w:r>
        <w:pict>
          <v:shape id="_x0000_i709604" type="#_x0000_t75" alt="学科网(www.zxxk.com)--教育资源门户，提供试卷、教案、课件、论文、素材以及各类教学资源下载，还有大量而丰富的教学相关资讯！" style="width:1in;height:18pt" o:oleicon="f" o:ole="">
            <v:imagedata r:id="rId3051" o:title="eqId510e226f9d1af414cce5a10cdce6c1a3"/>
          </v:shape>
        </w:pict>
      </w:r>
      <w:r>
        <w:rPr>
          <w:rFonts w:ascii="宋体" w:eastAsia="宋体" w:hAnsi="宋体" w:cs="宋体"/>
          <w:color w:val="000000"/>
        </w:rPr>
        <w:t>，</w:t>
      </w:r>
    </w:p>
    <w:p>
      <w:pPr>
        <w:spacing w:line="360" w:lineRule="auto"/>
        <w:jc w:val="left"/>
        <w:textAlignment w:val="center"/>
        <w:rPr>
          <w:color w:val="000000"/>
        </w:rPr>
      </w:pPr>
      <w:r>
        <w:pict>
          <v:shape id="_x0000_i709605" type="#_x0000_t75" alt="学科网(www.zxxk.com)--教育资源门户，提供试卷、教案、课件、论文、素材以及各类教学资源下载，还有大量而丰富的教学相关资讯！" style="width:65pt;height:18pt" o:oleicon="f" o:ole="">
            <v:imagedata r:id="rId3052" o:title="eqIdd105a8e1719b44523b1b03ca2841a4b6"/>
          </v:shape>
        </w:pict>
      </w:r>
      <w:r>
        <w:rPr>
          <w:rFonts w:ascii="宋体" w:eastAsia="宋体" w:hAnsi="宋体" w:cs="宋体"/>
          <w:color w:val="000000"/>
        </w:rPr>
        <w:t>，</w:t>
      </w:r>
    </w:p>
    <w:p>
      <w:pPr>
        <w:spacing w:line="360" w:lineRule="auto"/>
        <w:jc w:val="left"/>
        <w:textAlignment w:val="center"/>
        <w:rPr>
          <w:color w:val="000000"/>
        </w:rPr>
      </w:pPr>
      <w:r>
        <w:pict>
          <v:shape id="_x0000_i709606" type="#_x0000_t75" alt="学科网(www.zxxk.com)--教育资源门户，提供试卷、教案、课件、论文、素材以及各类教学资源下载，还有大量而丰富的教学相关资讯！" style="width:104pt;height:18pt" o:oleicon="f" o:ole="">
            <v:imagedata r:id="rId3053" o:title="eqId2c434304ba779c519d73e1b5c281b1b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没有最小值；</w:t>
      </w:r>
    </w:p>
    <w:p>
      <w:pPr>
        <w:spacing w:line="360" w:lineRule="auto"/>
        <w:jc w:val="left"/>
        <w:textAlignment w:val="center"/>
        <w:rPr>
          <w:color w:val="000000"/>
        </w:rPr>
      </w:pPr>
      <w:r>
        <w:rPr>
          <w:rFonts w:ascii="宋体" w:eastAsia="宋体" w:hAnsi="宋体" w:cs="宋体"/>
          <w:color w:val="000000"/>
        </w:rPr>
        <w:t>当</w:t>
      </w:r>
      <w:r>
        <w:pict>
          <v:shape id="_x0000_i709607" type="#_x0000_t75" alt="学科网(www.zxxk.com)--教育资源门户，提供试卷、教案、课件、论文、素材以及各类教学资源下载，还有大量而丰富的教学相关资讯！" style="width:55.8pt;height:18.6pt" o:oleicon="f" o:ole="">
            <v:imagedata r:id="rId3054" o:title="eqIdf14855b0f727be31428e30ab2d2f7334"/>
          </v:shape>
        </w:pict>
      </w:r>
      <w:r>
        <w:rPr>
          <w:rFonts w:ascii="宋体" w:eastAsia="宋体" w:hAnsi="宋体" w:cs="宋体"/>
          <w:color w:val="000000"/>
        </w:rPr>
        <w:t>时，</w:t>
      </w:r>
    </w:p>
    <w:p>
      <w:pPr>
        <w:spacing w:line="360" w:lineRule="auto"/>
        <w:jc w:val="left"/>
        <w:textAlignment w:val="center"/>
        <w:rPr>
          <w:color w:val="000000"/>
        </w:rPr>
      </w:pPr>
      <w:r>
        <w:pict>
          <v:shape id="_x0000_i709608" type="#_x0000_t75" alt="学科网(www.zxxk.com)--教育资源门户，提供试卷、教案、课件、论文、素材以及各类教学资源下载，还有大量而丰富的教学相关资讯！" style="width:66pt;height:18pt" o:oleicon="f" o:ole="">
            <v:imagedata r:id="rId3055" o:title="eqId58d83691d68a049c791513fb326b4365"/>
          </v:shape>
        </w:pict>
      </w:r>
      <w:r>
        <w:rPr>
          <w:rFonts w:ascii="宋体" w:eastAsia="宋体" w:hAnsi="宋体" w:cs="宋体"/>
          <w:color w:val="000000"/>
        </w:rPr>
        <w:t>，</w:t>
      </w:r>
    </w:p>
    <w:p>
      <w:pPr>
        <w:spacing w:line="360" w:lineRule="auto"/>
        <w:jc w:val="left"/>
        <w:textAlignment w:val="center"/>
        <w:rPr>
          <w:color w:val="000000"/>
        </w:rPr>
      </w:pPr>
      <w:r>
        <w:pict>
          <v:shape id="_x0000_i709609" type="#_x0000_t75" alt="学科网(www.zxxk.com)--教育资源门户，提供试卷、教案、课件、论文、素材以及各类教学资源下载，还有大量而丰富的教学相关资讯！" style="width:65pt;height:18pt" o:oleicon="f" o:ole="">
            <v:imagedata r:id="rId3056" o:title="eqIdd105a8e1719b44523b1b03ca2841a4b6"/>
          </v:shape>
        </w:pict>
      </w:r>
      <w:r>
        <w:rPr>
          <w:rFonts w:ascii="宋体" w:eastAsia="宋体" w:hAnsi="宋体" w:cs="宋体"/>
          <w:color w:val="000000"/>
        </w:rPr>
        <w:t>，</w:t>
      </w:r>
    </w:p>
    <w:p>
      <w:pPr>
        <w:spacing w:line="360" w:lineRule="auto"/>
        <w:jc w:val="left"/>
        <w:textAlignment w:val="center"/>
        <w:rPr>
          <w:color w:val="000000"/>
        </w:rPr>
      </w:pPr>
      <w:r>
        <w:pict>
          <v:shape id="_x0000_i709610" type="#_x0000_t75" alt="学科网(www.zxxk.com)--教育资源门户，提供试卷、教案、课件、论文、素材以及各类教学资源下载，还有大量而丰富的教学相关资讯！" style="width:83pt;height:16pt" o:oleicon="f" o:ole="">
            <v:imagedata r:id="rId3057" o:title="eqId551256830d1b3546ab8343c090e2ae3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最小值为</w:t>
      </w:r>
      <w:r>
        <w:rPr>
          <w:rFonts w:ascii="Times New Roman" w:eastAsia="Times New Roman" w:hAnsi="Times New Roman" w:cs="Times New Roman"/>
          <w:color w:val="000000"/>
        </w:rPr>
        <w:t>15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pict>
          <v:shape id="_x0000_i709611" type="#_x0000_t75" alt="学科网(www.zxxk.com)--教育资源门户，提供试卷、教案、课件、论文、素材以及各类教学资源下载，还有大量而丰富的教学相关资讯！" style="width:31pt;height:18pt" o:oleicon="f" o:ole="">
            <v:imagedata r:id="rId3058" o:title="eqIded4bd92ce60644ef48e79c8d6ab45889"/>
          </v:shape>
        </w:pict>
      </w:r>
      <w:r>
        <w:rPr>
          <w:rFonts w:ascii="宋体" w:eastAsia="宋体" w:hAnsi="宋体" w:cs="宋体"/>
          <w:color w:val="000000"/>
        </w:rPr>
        <w:t>时，</w:t>
      </w:r>
    </w:p>
    <w:p>
      <w:pPr>
        <w:spacing w:line="360" w:lineRule="auto"/>
        <w:jc w:val="left"/>
        <w:textAlignment w:val="center"/>
        <w:rPr>
          <w:color w:val="000000"/>
        </w:rPr>
      </w:pPr>
      <w:r>
        <w:pict>
          <v:shape id="_x0000_i709612" type="#_x0000_t75" alt="学科网(www.zxxk.com)--教育资源门户，提供试卷、教案、课件、论文、素材以及各类教学资源下载，还有大量而丰富的教学相关资讯！" style="width:66pt;height:18pt" o:oleicon="f" o:ole="">
            <v:imagedata r:id="rId3059" o:title="eqId58d83691d68a049c791513fb326b4365"/>
          </v:shape>
        </w:pict>
      </w:r>
      <w:r>
        <w:rPr>
          <w:rFonts w:ascii="宋体" w:eastAsia="宋体" w:hAnsi="宋体" w:cs="宋体"/>
          <w:color w:val="000000"/>
        </w:rPr>
        <w:t>，</w:t>
      </w:r>
    </w:p>
    <w:p>
      <w:pPr>
        <w:spacing w:line="360" w:lineRule="auto"/>
        <w:jc w:val="left"/>
        <w:textAlignment w:val="center"/>
        <w:rPr>
          <w:color w:val="000000"/>
        </w:rPr>
      </w:pPr>
      <w:r>
        <w:pict>
          <v:shape id="_x0000_i709613" type="#_x0000_t75" alt="学科网(www.zxxk.com)--教育资源门户，提供试卷、教案、课件、论文、素材以及各类教学资源下载，还有大量而丰富的教学相关资讯！" style="width:66pt;height:18pt" o:oleicon="f" o:ole="">
            <v:imagedata r:id="rId3060" o:title="eqId01c30d8fb9dda930ef5554bbe3f4de43"/>
          </v:shape>
        </w:pict>
      </w:r>
      <w:r>
        <w:rPr>
          <w:rFonts w:ascii="宋体" w:eastAsia="宋体" w:hAnsi="宋体" w:cs="宋体"/>
          <w:color w:val="000000"/>
        </w:rPr>
        <w:t>，</w:t>
      </w:r>
    </w:p>
    <w:p>
      <w:pPr>
        <w:spacing w:line="360" w:lineRule="auto"/>
        <w:jc w:val="left"/>
        <w:textAlignment w:val="center"/>
        <w:rPr>
          <w:color w:val="000000"/>
        </w:rPr>
      </w:pPr>
      <w:r>
        <w:pict>
          <v:shape id="_x0000_i709614" type="#_x0000_t75" alt="学科网(www.zxxk.com)--教育资源门户，提供试卷、教案、课件、论文、素材以及各类教学资源下载，还有大量而丰富的教学相关资讯！" style="width:105pt;height:18pt" o:oleicon="f" o:ole="">
            <v:imagedata r:id="rId3061" o:title="eqId2d3efdc59a32434ff66593a722db7f09"/>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没有最小值；</w:t>
      </w:r>
    </w:p>
    <w:p>
      <w:pPr>
        <w:spacing w:line="360" w:lineRule="auto"/>
        <w:jc w:val="left"/>
        <w:textAlignment w:val="center"/>
        <w:rPr>
          <w:color w:val="000000"/>
        </w:rPr>
      </w:pPr>
      <w:r>
        <w:rPr>
          <w:rFonts w:ascii="宋体" w:eastAsia="宋体" w:hAnsi="宋体" w:cs="宋体"/>
          <w:color w:val="000000"/>
        </w:rPr>
        <w:t>综上所述：存在，最小值为</w:t>
      </w:r>
      <w:r>
        <w:rPr>
          <w:rFonts w:ascii="Times New Roman" w:eastAsia="Times New Roman" w:hAnsi="Times New Roman" w:cs="Times New Roman"/>
          <w:color w:val="000000"/>
        </w:rPr>
        <w:t>15</w:t>
      </w:r>
      <w:r>
        <w:rPr>
          <w:rFonts w:ascii="宋体" w:eastAsia="宋体" w:hAnsi="宋体" w:cs="宋体"/>
          <w:color w:val="000000"/>
        </w:rPr>
        <w:t>，相应点</w:t>
      </w:r>
      <w:r>
        <w:rPr>
          <w:rFonts w:ascii="Times New Roman" w:eastAsia="Times New Roman" w:hAnsi="Times New Roman" w:cs="Times New Roman"/>
          <w:i/>
          <w:color w:val="000000"/>
        </w:rPr>
        <w:t>Q</w:t>
      </w:r>
      <w:r>
        <w:rPr>
          <w:rFonts w:ascii="宋体" w:eastAsia="宋体" w:hAnsi="宋体" w:cs="宋体"/>
          <w:color w:val="000000"/>
        </w:rPr>
        <w:t>在点</w:t>
      </w:r>
      <w:r>
        <w:rPr>
          <w:rFonts w:ascii="Times New Roman" w:eastAsia="Times New Roman" w:hAnsi="Times New Roman" w:cs="Times New Roman"/>
          <w:i/>
          <w:color w:val="000000"/>
        </w:rPr>
        <w:t>A</w:t>
      </w:r>
      <w:r>
        <w:rPr>
          <w:rFonts w:ascii="宋体" w:eastAsia="宋体" w:hAnsi="宋体" w:cs="宋体"/>
          <w:color w:val="000000"/>
        </w:rPr>
        <w:t>，点</w:t>
      </w:r>
      <w:r>
        <w:rPr>
          <w:rFonts w:ascii="Times New Roman" w:eastAsia="Times New Roman" w:hAnsi="Times New Roman" w:cs="Times New Roman"/>
          <w:i/>
          <w:color w:val="000000"/>
        </w:rPr>
        <w:t>B</w:t>
      </w:r>
      <w:r>
        <w:rPr>
          <w:rFonts w:ascii="宋体" w:eastAsia="宋体" w:hAnsi="宋体" w:cs="宋体"/>
          <w:color w:val="000000"/>
        </w:rPr>
        <w:t>之间．</w:t>
      </w:r>
    </w:p>
    <w:p>
      <w:pPr>
        <w:spacing w:line="360" w:lineRule="auto"/>
        <w:jc w:val="left"/>
        <w:textAlignment w:val="center"/>
        <w:rPr>
          <w:color w:val="000000"/>
        </w:rPr>
        <w:sectPr w:rsidSect="00C321EB">
          <w:headerReference w:type="even" r:id="rId640"/>
          <w:footerReference w:type="even" r:id="rId641"/>
          <w:headerReference w:type="first" r:id="rId642"/>
          <w:footerReference w:type="first" r:id="rId643"/>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本题考查了数上的动点问题，新定义问题，数轴上两点间的距离问题，一元一次方程，解题的关键是读懂题目中的定义，利用定义及分类讨论的思想进行求解．</w:t>
      </w:r>
    </w:p>
    <w:p>
      <w:pPr>
        <w:pStyle w:val="Heading2"/>
      </w:pPr>
      <w:r>
        <w:t>通州区</w:t>
      </w:r>
    </w:p>
    <w:p>
      <w:pPr>
        <w:spacing w:line="360" w:lineRule="auto"/>
        <w:jc w:val="left"/>
        <w:textAlignment w:val="center"/>
        <w:rPr>
          <w:color w:val="000000"/>
        </w:rPr>
      </w:pPr>
      <w:r>
        <w:rPr>
          <w:color w:val="000000"/>
        </w:rPr>
        <w:t xml:space="preserve">27. </w:t>
      </w:r>
      <w:r>
        <w:rPr>
          <w:rFonts w:ascii="宋体" w:eastAsia="宋体" w:hAnsi="宋体" w:cs="宋体"/>
          <w:color w:val="000000"/>
        </w:rPr>
        <w:t>阅读材料并回答问题．</w:t>
      </w:r>
    </w:p>
    <w:p>
      <w:pPr>
        <w:spacing w:line="360" w:lineRule="auto"/>
        <w:jc w:val="left"/>
        <w:textAlignment w:val="center"/>
        <w:rPr>
          <w:color w:val="000000"/>
        </w:rPr>
      </w:pPr>
      <w:r>
        <w:rPr>
          <w:rFonts w:ascii="宋体" w:eastAsia="宋体" w:hAnsi="宋体" w:cs="宋体"/>
          <w:color w:val="000000"/>
        </w:rPr>
        <w:t>数学课上，老师提出了如下问题：已知点</w:t>
      </w:r>
      <w:r>
        <w:rPr>
          <w:rFonts w:ascii="Times New Roman" w:eastAsia="Times New Roman" w:hAnsi="Times New Roman" w:cs="Times New Roman"/>
          <w:i/>
          <w:color w:val="000000"/>
        </w:rPr>
        <w:t>O</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w:t>
      </w:r>
      <w:r>
        <w:pict>
          <v:shape id="_x0000_i709615" type="#_x0000_t75" alt="学科网(www.zxxk.com)--教育资源门户，提供试卷、教案、课件、论文、素材以及各类教学资源下载，还有大量而丰富的教学相关资讯！" style="width:66pt;height:14.25pt" o:oleicon="f" o:ole="">
            <v:imagedata r:id="rId3062" o:title="eqId1009c80f5e73d0b43836e18c21fc3041"/>
          </v:shape>
        </w:pict>
      </w:r>
      <w:r>
        <w:rPr>
          <w:rFonts w:ascii="宋体" w:eastAsia="宋体" w:hAnsi="宋体" w:cs="宋体"/>
          <w:color w:val="000000"/>
        </w:rPr>
        <w:t>，在同一平面内，过点</w:t>
      </w:r>
      <w:r>
        <w:rPr>
          <w:rFonts w:ascii="Times New Roman" w:eastAsia="Times New Roman" w:hAnsi="Times New Roman" w:cs="Times New Roman"/>
          <w:i/>
          <w:color w:val="000000"/>
        </w:rPr>
        <w:t>O</w:t>
      </w:r>
      <w:r>
        <w:rPr>
          <w:rFonts w:ascii="宋体" w:eastAsia="宋体" w:hAnsi="宋体" w:cs="宋体"/>
          <w:color w:val="000000"/>
        </w:rPr>
        <w:t>作射线</w:t>
      </w:r>
      <w:r>
        <w:rPr>
          <w:rFonts w:ascii="Times New Roman" w:eastAsia="Times New Roman" w:hAnsi="Times New Roman" w:cs="Times New Roman"/>
          <w:i/>
          <w:color w:val="000000"/>
        </w:rPr>
        <w:t>OD</w:t>
      </w:r>
      <w:r>
        <w:rPr>
          <w:rFonts w:ascii="宋体" w:eastAsia="宋体" w:hAnsi="宋体" w:cs="宋体"/>
          <w:color w:val="000000"/>
        </w:rPr>
        <w:t>，满足</w:t>
      </w:r>
      <w:r>
        <w:pict>
          <v:shape id="_x0000_i709616" type="#_x0000_t75" alt="学科网(www.zxxk.com)--教育资源门户，提供试卷、教案、课件、论文、素材以及各类教学资源下载，还有大量而丰富的教学相关资讯！" style="width:90pt;height:13.5pt" o:oleicon="f" o:ole="">
            <v:imagedata r:id="rId3063" o:title="eqId070dca60e5734051ab087b131936c8de"/>
          </v:shape>
        </w:pict>
      </w:r>
      <w:r>
        <w:rPr>
          <w:rFonts w:ascii="宋体" w:eastAsia="宋体" w:hAnsi="宋体" w:cs="宋体"/>
          <w:color w:val="000000"/>
        </w:rPr>
        <w:t>．当</w:t>
      </w:r>
      <w:r>
        <w:pict>
          <v:shape id="_x0000_i709617" type="#_x0000_t75" alt="学科网(www.zxxk.com)--教育资源门户，提供试卷、教案、课件、论文、素材以及各类教学资源下载，还有大量而丰富的教学相关资讯！" style="width:66pt;height:14.25pt" o:oleicon="f" o:ole="">
            <v:imagedata r:id="rId3064" o:title="eqId7b1dd3c503ff0b4e68f035709e34bc63"/>
          </v:shape>
        </w:pict>
      </w:r>
      <w:r>
        <w:rPr>
          <w:rFonts w:ascii="宋体" w:eastAsia="宋体" w:hAnsi="宋体" w:cs="宋体"/>
          <w:color w:val="000000"/>
        </w:rPr>
        <w:t>时，如图</w:t>
      </w:r>
      <w:r>
        <w:rPr>
          <w:rFonts w:ascii="Times New Roman" w:eastAsia="Times New Roman" w:hAnsi="Times New Roman" w:cs="Times New Roman"/>
          <w:color w:val="000000"/>
        </w:rPr>
        <w:t>1</w:t>
      </w:r>
      <w:r>
        <w:rPr>
          <w:rFonts w:ascii="宋体" w:eastAsia="宋体" w:hAnsi="宋体" w:cs="宋体"/>
          <w:color w:val="000000"/>
        </w:rPr>
        <w:t>所示，求∠</w:t>
      </w:r>
      <w:r>
        <w:rPr>
          <w:rFonts w:ascii="Times New Roman" w:eastAsia="Times New Roman" w:hAnsi="Times New Roman" w:cs="Times New Roman"/>
          <w:i/>
          <w:color w:val="000000"/>
        </w:rPr>
        <w:t>DOE</w:t>
      </w:r>
      <w:r>
        <w:rPr>
          <w:rFonts w:ascii="宋体" w:eastAsia="宋体" w:hAnsi="宋体" w:cs="宋体"/>
          <w:color w:val="000000"/>
        </w:rPr>
        <w:t>的度数．</w:t>
      </w:r>
    </w:p>
    <w:p>
      <w:pPr>
        <w:spacing w:line="360" w:lineRule="auto"/>
        <w:jc w:val="left"/>
        <w:textAlignment w:val="center"/>
        <w:rPr>
          <w:color w:val="000000"/>
        </w:rPr>
      </w:pPr>
      <w:r>
        <w:rPr>
          <w:color w:val="000000"/>
        </w:rPr>
        <w:drawing>
          <wp:inline>
            <wp:extent cx="5238750" cy="1373551"/>
            <wp:docPr id="304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0" name=""/>
                    <pic:cNvPicPr>
                      <a:picLocks noChangeAspect="1"/>
                    </pic:cNvPicPr>
                  </pic:nvPicPr>
                  <pic:blipFill>
                    <a:blip r:embed="rId3065"/>
                    <a:stretch>
                      <a:fillRect/>
                    </a:stretch>
                  </pic:blipFill>
                  <pic:spPr>
                    <a:xfrm>
                      <a:off x="0" y="0"/>
                      <a:ext cx="5238750" cy="1373551"/>
                    </a:xfrm>
                    <a:prstGeom prst="rect">
                      <a:avLst/>
                    </a:prstGeom>
                  </pic:spPr>
                </pic:pic>
              </a:graphicData>
            </a:graphic>
          </wp:inline>
        </w:drawing>
      </w:r>
      <w:r>
        <w:rPr>
          <w:color w:val="000000"/>
        </w:rPr>
        <w:br/>
      </w:r>
    </w:p>
    <w:p>
      <w:pPr>
        <w:spacing w:line="360" w:lineRule="auto"/>
        <w:jc w:val="left"/>
        <w:textAlignment w:val="center"/>
        <w:rPr>
          <w:color w:val="000000"/>
        </w:rPr>
      </w:pPr>
      <w:r>
        <w:rPr>
          <w:rFonts w:ascii="宋体" w:eastAsia="宋体" w:hAnsi="宋体" w:cs="宋体"/>
          <w:color w:val="000000"/>
        </w:rPr>
        <w:t>甲同学：以下是我的解答过程（部分空缺）</w:t>
      </w:r>
    </w:p>
    <w:p>
      <w:pPr>
        <w:spacing w:line="360" w:lineRule="auto"/>
        <w:jc w:val="left"/>
        <w:textAlignment w:val="center"/>
        <w:rPr>
          <w:color w:val="000000"/>
        </w:rPr>
      </w:pPr>
      <w:r>
        <w:rPr>
          <w:rFonts w:ascii="宋体" w:eastAsia="宋体" w:hAnsi="宋体" w:cs="宋体"/>
          <w:color w:val="000000"/>
        </w:rPr>
        <w:t>解：如图</w:t>
      </w:r>
      <w:r>
        <w:rPr>
          <w:rFonts w:ascii="Times New Roman" w:eastAsia="Times New Roman" w:hAnsi="Times New Roman" w:cs="Times New Roman"/>
          <w:color w:val="000000"/>
        </w:rPr>
        <w:t>2</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pict>
          <v:shape id="_x0000_i709618" type="#_x0000_t75" alt="学科网(www.zxxk.com)--教育资源门户，提供试卷、教案、课件、论文、素材以及各类教学资源下载，还有大量而丰富的教学相关资讯！" style="width:69.75pt;height:14.25pt" o:oleicon="f" o:ole="">
            <v:imagedata r:id="rId3066" o:title="eqId0f1e39455eb61da66fef7a4ca245c5a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19" type="#_x0000_t75" alt="学科网(www.zxxk.com)--教育资源门户，提供试卷、教案、课件、论文、素材以及各类教学资源下载，还有大量而丰富的教学相关资讯！" style="width:66pt;height:14.25pt" o:oleicon="f" o:ole="">
            <v:imagedata r:id="rId3067" o:title="eqId7b1dd3c503ff0b4e68f035709e34bc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AOC</w:t>
      </w:r>
      <w:r>
        <w:rPr>
          <w:rFonts w:ascii="宋体" w:eastAsia="宋体" w:hAnsi="宋体" w:cs="宋体"/>
          <w:color w:val="000000"/>
        </w:rPr>
        <w:t>＝</w:t>
      </w:r>
      <w:r>
        <w:rPr>
          <w:rFonts w:ascii="宋体" w:eastAsia="宋体" w:hAnsi="宋体" w:cs="宋体"/>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20" type="#_x0000_t75" alt="学科网(www.zxxk.com)--教育资源门户，提供试卷、教案、课件、论文、素材以及各类教学资源下载，还有大量而丰富的教学相关资讯！" style="width:90pt;height:13.5pt" o:oleicon="f" o:ole="">
            <v:imagedata r:id="rId3068" o:title="eqId070dca60e5734051ab087b131936c8d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rPr>
          <w:rFonts w:ascii="Times New Roman" w:eastAsia="Times New Roman" w:hAnsi="Times New Roman" w:cs="Times New Roman"/>
          <w:i/>
          <w:color w:val="000000"/>
        </w:rPr>
        <w:t>AOC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21" type="#_x0000_t75" alt="学科网(www.zxxk.com)--教育资源门户，提供试卷、教案、课件、论文、素材以及各类教学资源下载，还有大量而丰富的教学相关资讯！" style="width:102.8pt;height:30.8pt" o:oleicon="f" o:ole="">
            <v:imagedata r:id="rId3069" o:title="eqId6e613a5e3aec7fa3e340b2158326272e"/>
          </v:shape>
        </w:pict>
      </w:r>
      <w:r>
        <w:rPr>
          <w:rFonts w:ascii="宋体" w:eastAsia="宋体" w:hAnsi="宋体" w:cs="宋体"/>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22" type="#_x0000_t75" alt="学科网(www.zxxk.com)--教育资源门户，提供试卷、教案、课件、论文、素材以及各类教学资源下载，还有大量而丰富的教学相关资讯！" style="width:129pt;height:14.25pt" o:oleicon="f" o:ole="">
            <v:imagedata r:id="rId3070" o:title="eqIda113fb8d384f0f821f289783d4c2358e"/>
          </v:shape>
        </w:pict>
      </w:r>
      <w:r>
        <w:rPr>
          <w:rFonts w:ascii="宋体" w:eastAsia="宋体" w:hAnsi="宋体" w:cs="宋体"/>
          <w:color w:val="000000"/>
        </w:rPr>
        <w:t>，</w:t>
      </w:r>
      <w:r>
        <w:pict>
          <v:shape id="_x0000_i709623" type="#_x0000_t75" alt="学科网(www.zxxk.com)--教育资源门户，提供试卷、教案、课件、论文、素材以及各类教学资源下载，还有大量而丰富的教学相关资讯！" style="width:66pt;height:14.25pt" o:oleicon="f" o:ole="">
            <v:imagedata r:id="rId3071" o:title="eqId1009c80f5e73d0b43836e18c21fc304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DOE</w:t>
      </w:r>
      <w:r>
        <w:rPr>
          <w:rFonts w:ascii="宋体" w:eastAsia="宋体" w:hAnsi="宋体" w:cs="宋体"/>
          <w:color w:val="000000"/>
        </w:rPr>
        <w:t>＝</w:t>
      </w:r>
      <w:r>
        <w:rPr>
          <w:rFonts w:ascii="宋体" w:eastAsia="宋体" w:hAnsi="宋体" w:cs="宋体"/>
          <w:color w:val="000000"/>
          <w:u w:val="single"/>
        </w:rPr>
        <w:t xml:space="preserve">          </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乙同学：“我认为还有一种情况．”</w:t>
      </w:r>
    </w:p>
    <w:p>
      <w:pPr>
        <w:spacing w:line="360" w:lineRule="auto"/>
        <w:jc w:val="left"/>
        <w:textAlignment w:val="center"/>
        <w:rPr>
          <w:color w:val="000000"/>
        </w:rPr>
      </w:pPr>
      <w:r>
        <w:rPr>
          <w:rFonts w:ascii="宋体" w:eastAsia="宋体" w:hAnsi="宋体" w:cs="宋体"/>
          <w:color w:val="000000"/>
        </w:rPr>
        <w:t>请完成以下问题：</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）请将甲同学解答过程中空缺的部分补充完整．</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）判断乙同学的说法是否正确，若正确，请在图</w:t>
      </w:r>
      <w:r>
        <w:rPr>
          <w:rFonts w:ascii="Times New Roman" w:eastAsia="Times New Roman" w:hAnsi="Times New Roman" w:cs="Times New Roman"/>
          <w:color w:val="000000"/>
        </w:rPr>
        <w:t>1</w:t>
      </w:r>
      <w:r>
        <w:rPr>
          <w:rFonts w:ascii="宋体" w:eastAsia="宋体" w:hAnsi="宋体" w:cs="宋体"/>
          <w:color w:val="000000"/>
        </w:rPr>
        <w:t>中画出另一种情况对应的图形，并求∠</w:t>
      </w:r>
      <w:r>
        <w:rPr>
          <w:rFonts w:ascii="Times New Roman" w:eastAsia="Times New Roman" w:hAnsi="Times New Roman" w:cs="Times New Roman"/>
          <w:i/>
          <w:color w:val="000000"/>
        </w:rPr>
        <w:t>DOE</w:t>
      </w:r>
      <w:r>
        <w:rPr>
          <w:rFonts w:ascii="宋体" w:eastAsia="宋体" w:hAnsi="宋体" w:cs="宋体"/>
          <w:color w:val="000000"/>
        </w:rPr>
        <w:t>的度数，写出解答过程；若不正确，请说明理由．</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）将题目中“</w:t>
      </w:r>
      <w:r>
        <w:pict>
          <v:shape id="_x0000_i709624" type="#_x0000_t75" alt="学科网(www.zxxk.com)--教育资源门户，提供试卷、教案、课件、论文、素材以及各类教学资源下载，还有大量而丰富的教学相关资讯！" style="width:66pt;height:14.25pt" o:oleicon="f" o:ole="">
            <v:imagedata r:id="rId3072" o:title="eqId7b1dd3c503ff0b4e68f035709e34bc63"/>
          </v:shape>
        </w:pict>
      </w:r>
      <w:r>
        <w:rPr>
          <w:rFonts w:ascii="宋体" w:eastAsia="宋体" w:hAnsi="宋体" w:cs="宋体"/>
          <w:color w:val="000000"/>
        </w:rPr>
        <w:t>”的条件改成“</w:t>
      </w:r>
      <w:r>
        <w:pict>
          <v:shape id="_x0000_i709625" type="#_x0000_t75" alt="学科网(www.zxxk.com)--教育资源门户，提供试卷、教案、课件、论文、素材以及各类教学资源下载，还有大量而丰富的教学相关资讯！" style="width:58.2pt;height:14.4pt" o:oleicon="f" o:ole="">
            <v:imagedata r:id="rId3073" o:title="eqIdfcbec8352ce3dbfbf3b173045d0ba8f2"/>
          </v:shape>
        </w:pict>
      </w:r>
      <w:r>
        <w:rPr>
          <w:rFonts w:ascii="宋体" w:eastAsia="宋体" w:hAnsi="宋体" w:cs="宋体"/>
          <w:color w:val="000000"/>
        </w:rPr>
        <w:t>”，其余条件不变，当</w:t>
      </w:r>
      <w:r>
        <w:pict>
          <v:shape id="_x0000_i709626" type="#_x0000_t75" alt="学科网(www.zxxk.com)--教育资源门户，提供试卷、教案、课件、论文、素材以及各类教学资源下载，还有大量而丰富的教学相关资讯！" style="width:12pt;height:10.9pt" o:oleicon="f" o:ole="">
            <v:imagedata r:id="rId3074" o:title="eqIde170f206fdbbd834aad7580c727e2cc6"/>
          </v:shape>
        </w:pict>
      </w:r>
      <w:r>
        <w:rPr>
          <w:rFonts w:ascii="宋体" w:eastAsia="宋体" w:hAnsi="宋体" w:cs="宋体"/>
          <w:color w:val="000000"/>
        </w:rPr>
        <w:t>在</w:t>
      </w:r>
      <w:r>
        <w:pict>
          <v:shape id="_x0000_i709627" type="#_x0000_t75" alt="学科网(www.zxxk.com)--教育资源门户，提供试卷、教案、课件、论文、素材以及各类教学资源下载，还有大量而丰富的教学相关资讯！" style="width:20.25pt;height:14.25pt" o:oleicon="f" o:ole="">
            <v:imagedata r:id="rId3075" o:title="eqIdc02b54dc6b3e1bb6544f47d4c8743fcf"/>
          </v:shape>
        </w:pict>
      </w:r>
      <w:r>
        <w:rPr>
          <w:rFonts w:ascii="宋体" w:eastAsia="宋体" w:hAnsi="宋体" w:cs="宋体"/>
          <w:color w:val="000000"/>
        </w:rPr>
        <w:t>到</w:t>
      </w:r>
      <w:r>
        <w:pict>
          <v:shape id="_x0000_i709628" type="#_x0000_t75" alt="学科网(www.zxxk.com)--教育资源门户，提供试卷、教案、课件、论文、素材以及各类教学资源下载，还有大量而丰富的教学相关资讯！" style="width:21.75pt;height:12pt" o:oleicon="f" o:ole="">
            <v:imagedata r:id="rId3076" o:title="eqIdbfe639eab78eafd2d40ea70aa5d3f21d"/>
          </v:shape>
        </w:pict>
      </w:r>
      <w:r>
        <w:rPr>
          <w:rFonts w:ascii="宋体" w:eastAsia="宋体" w:hAnsi="宋体" w:cs="宋体"/>
          <w:color w:val="000000"/>
        </w:rPr>
        <w:t>之间变化时，如图</w:t>
      </w:r>
      <w:r>
        <w:rPr>
          <w:rFonts w:ascii="Times New Roman" w:eastAsia="Times New Roman" w:hAnsi="Times New Roman" w:cs="Times New Roman"/>
          <w:color w:val="000000"/>
        </w:rPr>
        <w:t>3</w:t>
      </w:r>
      <w:r>
        <w:rPr>
          <w:rFonts w:ascii="宋体" w:eastAsia="宋体" w:hAnsi="宋体" w:cs="宋体"/>
          <w:color w:val="000000"/>
        </w:rPr>
        <w:t>所示，</w:t>
      </w:r>
      <w:r>
        <w:pict>
          <v:shape id="_x0000_i709629" type="#_x0000_t75" alt="学科网(www.zxxk.com)--教育资源门户，提供试卷、教案、课件、论文、素材以及各类教学资源下载，还有大量而丰富的教学相关资讯！" style="width:12pt;height:10.9pt" o:oleicon="f" o:ole="">
            <v:imagedata r:id="rId3074" o:title="eqIde170f206fdbbd834aad7580c727e2cc6"/>
          </v:shape>
        </w:pict>
      </w:r>
      <w:r>
        <w:rPr>
          <w:rFonts w:ascii="宋体" w:eastAsia="宋体" w:hAnsi="宋体" w:cs="宋体"/>
          <w:color w:val="000000"/>
        </w:rPr>
        <w:t>为何值时，</w:t>
      </w:r>
      <w:r>
        <w:pict>
          <v:shape id="_x0000_i709630" type="#_x0000_t75" alt="学科网(www.zxxk.com)--教育资源门户，提供试卷、教案、课件、论文、素材以及各类教学资源下载，还有大量而丰富的教学相关资讯！" style="width:83.25pt;height:14.25pt" o:oleicon="f" o:ole="">
            <v:imagedata r:id="rId3077" o:title="eqId1720ed2ee45e4ccf61d332e0339378ca"/>
          </v:shape>
        </w:pict>
      </w:r>
      <w:r>
        <w:rPr>
          <w:rFonts w:ascii="宋体" w:eastAsia="宋体" w:hAnsi="宋体" w:cs="宋体"/>
          <w:color w:val="000000"/>
        </w:rPr>
        <w:t>成立？请直接写出此时</w:t>
      </w:r>
      <w:r>
        <w:pict>
          <v:shape id="_x0000_i709631" type="#_x0000_t75" alt="学科网(www.zxxk.com)--教育资源门户，提供试卷、教案、课件、论文、素材以及各类教学资源下载，还有大量而丰富的教学相关资讯！" style="width:12pt;height:10.9pt" o:oleicon="f" o:ole="">
            <v:imagedata r:id="rId3074" o:title="eqIde170f206fdbbd834aad7580c727e2cc6"/>
          </v:shape>
        </w:pict>
      </w:r>
      <w:r>
        <w:rPr>
          <w:rFonts w:ascii="宋体" w:eastAsia="宋体" w:hAnsi="宋体" w:cs="宋体"/>
          <w:color w:val="000000"/>
        </w:rPr>
        <w:t>的值．</w:t>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140</w:t>
      </w:r>
      <w:r>
        <w:rPr>
          <w:rFonts w:ascii="宋体" w:eastAsia="宋体" w:hAnsi="宋体" w:cs="宋体"/>
          <w:color w:val="000000"/>
        </w:rPr>
        <w:t>，</w:t>
      </w:r>
      <w:r>
        <w:rPr>
          <w:rFonts w:ascii="Times New Roman" w:eastAsia="Times New Roman" w:hAnsi="Times New Roman" w:cs="Times New Roman"/>
          <w:color w:val="000000"/>
        </w:rPr>
        <w:t>70</w:t>
      </w:r>
      <w:r>
        <w:rPr>
          <w:rFonts w:ascii="宋体" w:eastAsia="宋体" w:hAnsi="宋体" w:cs="宋体"/>
          <w:color w:val="000000"/>
        </w:rPr>
        <w:t>，</w:t>
      </w:r>
      <w:r>
        <w:rPr>
          <w:rFonts w:ascii="Times New Roman" w:eastAsia="Times New Roman" w:hAnsi="Times New Roman" w:cs="Times New Roman"/>
          <w:color w:val="000000"/>
        </w:rPr>
        <w:t>160</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）正确，见解析，</w:t>
      </w:r>
      <w:r>
        <w:pict>
          <v:shape id="_x0000_i709632" type="#_x0000_t75" alt="学科网(www.zxxk.com)--教育资源门户，提供试卷、教案、课件、论文、素材以及各类教学资源下载，还有大量而丰富的教学相关资讯！" style="width:66.75pt;height:14.25pt" o:oleicon="f" o:ole="">
            <v:imagedata r:id="rId3078" o:title="eqIdc7da595406d89ce8a442ee27a12eec9a"/>
          </v:shape>
        </w:pict>
      </w:r>
      <w:r>
        <w:rPr>
          <w:rFonts w:ascii="宋体" w:eastAsia="宋体" w:hAnsi="宋体" w:cs="宋体"/>
          <w:color w:val="000000"/>
        </w:rPr>
        <w:t>或</w:t>
      </w:r>
      <w:r>
        <w:pict>
          <v:shape id="_x0000_i709633" type="#_x0000_t75" alt="学科网(www.zxxk.com)--教育资源门户，提供试卷、教案、课件、论文、素材以及各类教学资源下载，还有大量而丰富的教学相关资讯！" style="width:24.95pt;height:13.95pt" o:oleicon="f" o:ole="">
            <v:imagedata r:id="rId3079" o:title="eqIdd246136d73f82c1892b8eca365af3cb4"/>
          </v:shape>
        </w:pic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9634" type="#_x0000_t75" alt="学科网(www.zxxk.com)--教育资源门户，提供试卷、教案、课件、论文、素材以及各类教学资源下载，还有大量而丰富的教学相关资讯！" style="width:40.5pt;height:12.75pt" o:oleicon="f" o:ole="">
            <v:imagedata r:id="rId3080" o:title="eqId2d03f73bec20b60bc7608972607f5a9e"/>
          </v:shape>
        </w:pict>
      </w:r>
      <w:r>
        <w:rPr>
          <w:rFonts w:ascii="宋体" w:eastAsia="宋体" w:hAnsi="宋体" w:cs="宋体"/>
          <w:color w:val="000000"/>
        </w:rPr>
        <w:t>或</w:t>
      </w:r>
      <w:r>
        <w:pict>
          <v:shape id="_x0000_i709635" type="#_x0000_t75" alt="学科网(www.zxxk.com)--教育资源门户，提供试卷、教案、课件、论文、素材以及各类教学资源下载，还有大量而丰富的教学相关资讯！" style="width:24.6pt;height:12.6pt" o:oleicon="f" o:ole="">
            <v:imagedata r:id="rId3081" o:title="eqId0f2ac7f9633af0d24d33e8943b854847"/>
          </v:shape>
        </w:pi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）根据平角定义和角平分线的定义补充即可；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）由题意，还有∠</w:t>
      </w:r>
      <w:r>
        <w:rPr>
          <w:rFonts w:ascii="Times New Roman" w:eastAsia="Times New Roman" w:hAnsi="Times New Roman" w:cs="Times New Roman"/>
          <w:i/>
          <w:color w:val="000000"/>
        </w:rPr>
        <w:t>AOD</w:t>
      </w:r>
      <w:r>
        <w:rPr>
          <w:rFonts w:ascii="宋体" w:eastAsia="宋体" w:hAnsi="宋体" w:cs="宋体"/>
          <w:color w:val="000000"/>
        </w:rPr>
        <w:t>在∠</w:t>
      </w:r>
      <w:r>
        <w:rPr>
          <w:rFonts w:ascii="Times New Roman" w:eastAsia="Times New Roman" w:hAnsi="Times New Roman" w:cs="Times New Roman"/>
          <w:i/>
          <w:color w:val="000000"/>
        </w:rPr>
        <w:t>AOC</w:t>
      </w:r>
      <w:r>
        <w:rPr>
          <w:rFonts w:ascii="宋体" w:eastAsia="宋体" w:hAnsi="宋体" w:cs="宋体"/>
          <w:color w:val="000000"/>
        </w:rPr>
        <w:t>的外部时的情况，根据平角定义求解即可；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）由题意，∠</w:t>
      </w:r>
      <w:r>
        <w:rPr>
          <w:rFonts w:ascii="Times New Roman" w:eastAsia="Times New Roman" w:hAnsi="Times New Roman" w:cs="Times New Roman"/>
          <w:i/>
          <w:color w:val="000000"/>
        </w:rPr>
        <w:t>BOE</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w:t>
      </w:r>
      <w:r>
        <w:pict>
          <v:shape id="_x0000_i709636" type="#_x0000_t75" alt="学科网(www.zxxk.com)--教育资源门户，提供试卷、教案、课件、论文、素材以及各类教学资源下载，还有大量而丰富的教学相关资讯！" style="width:12pt;height:10.9pt" o:oleicon="f" o:ole="">
            <v:imagedata r:id="rId3082" o:title="eqIde170f206fdbbd834aad7580c727e2cc6"/>
          </v:shape>
        </w:pic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AOC</w:t>
      </w:r>
      <w:r>
        <w:rPr>
          <w:rFonts w:ascii="Times New Roman" w:eastAsia="Times New Roman" w:hAnsi="Times New Roman" w:cs="Times New Roman"/>
          <w:color w:val="000000"/>
        </w:rPr>
        <w:t>=180°</w:t>
      </w:r>
      <w:r>
        <w:rPr>
          <w:rFonts w:ascii="宋体" w:eastAsia="宋体" w:hAnsi="宋体" w:cs="宋体"/>
          <w:color w:val="000000"/>
        </w:rPr>
        <w:t>－</w:t>
      </w:r>
      <w:r>
        <w:pict>
          <v:shape id="_x0000_i709637" type="#_x0000_t75" alt="学科网(www.zxxk.com)--教育资源门户，提供试卷、教案、课件、论文、素材以及各类教学资源下载，还有大量而丰富的教学相关资讯！" style="width:12pt;height:10.9pt" o:oleicon="f" o:ole="">
            <v:imagedata r:id="rId3082" o:title="eqIde170f206fdbbd834aad7580c727e2cc6"/>
          </v:shape>
        </w:pict>
      </w:r>
      <w:r>
        <w:rPr>
          <w:rFonts w:ascii="宋体" w:eastAsia="宋体" w:hAnsi="宋体" w:cs="宋体"/>
          <w:color w:val="000000"/>
        </w:rPr>
        <w:t>，分∠</w:t>
      </w:r>
      <w:r>
        <w:rPr>
          <w:rFonts w:ascii="Times New Roman" w:eastAsia="Times New Roman" w:hAnsi="Times New Roman" w:cs="Times New Roman"/>
          <w:i/>
          <w:color w:val="000000"/>
        </w:rPr>
        <w:t>AOD</w:t>
      </w:r>
      <w:r>
        <w:rPr>
          <w:rFonts w:ascii="宋体" w:eastAsia="宋体" w:hAnsi="宋体" w:cs="宋体"/>
          <w:color w:val="000000"/>
        </w:rPr>
        <w:t>在∠</w:t>
      </w:r>
      <w:r>
        <w:rPr>
          <w:rFonts w:ascii="Times New Roman" w:eastAsia="Times New Roman" w:hAnsi="Times New Roman" w:cs="Times New Roman"/>
          <w:i/>
          <w:color w:val="000000"/>
        </w:rPr>
        <w:t>AOC</w:t>
      </w:r>
      <w:r>
        <w:rPr>
          <w:rFonts w:ascii="宋体" w:eastAsia="宋体" w:hAnsi="宋体" w:cs="宋体"/>
          <w:color w:val="000000"/>
        </w:rPr>
        <w:t>的内部和∠</w:t>
      </w:r>
      <w:r>
        <w:rPr>
          <w:rFonts w:ascii="Times New Roman" w:eastAsia="Times New Roman" w:hAnsi="Times New Roman" w:cs="Times New Roman"/>
          <w:i/>
          <w:color w:val="000000"/>
        </w:rPr>
        <w:t>AOD</w:t>
      </w:r>
      <w:r>
        <w:rPr>
          <w:rFonts w:ascii="宋体" w:eastAsia="宋体" w:hAnsi="宋体" w:cs="宋体"/>
          <w:color w:val="000000"/>
        </w:rPr>
        <w:t>在∠</w:t>
      </w:r>
      <w:r>
        <w:rPr>
          <w:rFonts w:ascii="Times New Roman" w:eastAsia="Times New Roman" w:hAnsi="Times New Roman" w:cs="Times New Roman"/>
          <w:i/>
          <w:color w:val="000000"/>
        </w:rPr>
        <w:t>AOC</w:t>
      </w:r>
      <w:r>
        <w:rPr>
          <w:rFonts w:ascii="宋体" w:eastAsia="宋体" w:hAnsi="宋体" w:cs="宋体"/>
          <w:color w:val="000000"/>
        </w:rPr>
        <w:t>的外部，由</w:t>
      </w:r>
      <w:r>
        <w:pict>
          <v:shape id="_x0000_i709638" type="#_x0000_t75" alt="学科网(www.zxxk.com)--教育资源门户，提供试卷、教案、课件、论文、素材以及各类教学资源下载，还有大量而丰富的教学相关资讯！" style="width:90pt;height:13.5pt" o:oleicon="f" o:ole="">
            <v:imagedata r:id="rId3083" o:title="eqId070dca60e5734051ab087b131936c8de"/>
          </v:shape>
        </w:pict>
      </w:r>
      <w:r>
        <w:rPr>
          <w:rFonts w:ascii="宋体" w:eastAsia="宋体" w:hAnsi="宋体" w:cs="宋体"/>
          <w:color w:val="000000"/>
        </w:rPr>
        <w:t>求出</w:t>
      </w:r>
      <w:r>
        <w:pict>
          <v:shape id="_x0000_i709639" type="#_x0000_t75" alt="学科网(www.zxxk.com)--教育资源门户，提供试卷、教案、课件、论文、素材以及各类教学资源下载，还有大量而丰富的教学相关资讯！" style="width:12pt;height:10.9pt" o:oleicon="f" o:ole="">
            <v:imagedata r:id="rId3082" o:title="eqIde170f206fdbbd834aad7580c727e2cc6"/>
          </v:shape>
        </w:pict>
      </w:r>
      <w:r>
        <w:rPr>
          <w:rFonts w:ascii="宋体" w:eastAsia="宋体" w:hAnsi="宋体" w:cs="宋体"/>
          <w:color w:val="000000"/>
        </w:rPr>
        <w:t>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pict>
          <v:shape id="_x0000_i709640" type="#_x0000_t75" alt="学科网(www.zxxk.com)--教育资源门户，提供试卷、教案、课件、论文、素材以及各类教学资源下载，还有大量而丰富的教学相关资讯！" style="width:69.75pt;height:14.25pt" o:oleicon="f" o:ole="">
            <v:imagedata r:id="rId3084" o:title="eqId0f1e39455eb61da66fef7a4ca245c5a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41" type="#_x0000_t75" alt="学科网(www.zxxk.com)--教育资源门户，提供试卷、教案、课件、论文、素材以及各类教学资源下载，还有大量而丰富的教学相关资讯！" style="width:66pt;height:14.25pt" o:oleicon="f" o:ole="">
            <v:imagedata r:id="rId3085" o:title="eqId7b1dd3c503ff0b4e68f035709e34bc63"/>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42" type="#_x0000_t75" alt="学科网(www.zxxk.com)--教育资源门户，提供试卷、教案、课件、论文、素材以及各类教学资源下载，还有大量而丰富的教学相关资讯！" style="width:69.05pt;height:15.6pt" o:oleicon="f" o:ole="">
            <v:imagedata r:id="rId3086" o:title="eqId5132e17ffbf74cf708fff86589576767"/>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pict>
          <v:shape id="_x0000_i709643" type="#_x0000_t75" alt="学科网(www.zxxk.com)--教育资源门户，提供试卷、教案、课件、论文、素材以及各类教学资源下载，还有大量而丰富的教学相关资讯！" style="width:105.75pt;height:14.1pt" o:oleicon="f" o:ole="">
            <v:imagedata r:id="rId3087" o:title="eqIddf367e658deefd2d19407c0f146e371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rPr>
          <w:rFonts w:ascii="Times New Roman" w:eastAsia="Times New Roman" w:hAnsi="Times New Roman" w:cs="Times New Roman"/>
          <w:i/>
          <w:color w:val="000000"/>
        </w:rPr>
        <w:t>AOC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44" type="#_x0000_t75" alt="学科网(www.zxxk.com)--教育资源门户，提供试卷、教案、课件、论文、素材以及各类教学资源下载，还有大量而丰富的教学相关资讯！" style="width:120.6pt;height:30.8pt" o:oleicon="f" o:ole="">
            <v:imagedata r:id="rId3088" o:title="eqId41d82d389237aae3e4207d7d92c6b0d6"/>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645" type="#_x0000_t75" alt="学科网(www.zxxk.com)--教育资源门户，提供试卷、教案、课件、论文、素材以及各类教学资源下载，还有大量而丰富的教学相关资讯！" style="width:129pt;height:14.25pt" o:oleicon="f" o:ole="">
            <v:imagedata r:id="rId3089" o:title="eqIda113fb8d384f0f821f289783d4c2358e"/>
          </v:shape>
        </w:pict>
      </w:r>
      <w:r>
        <w:rPr>
          <w:rFonts w:ascii="宋体" w:eastAsia="宋体" w:hAnsi="宋体" w:cs="宋体"/>
          <w:color w:val="000000"/>
        </w:rPr>
        <w:t>，</w:t>
      </w:r>
      <w:r>
        <w:pict>
          <v:shape id="_x0000_i709646" type="#_x0000_t75" alt="学科网(www.zxxk.com)--教育资源门户，提供试卷、教案、课件、论文、素材以及各类教学资源下载，还有大量而丰富的教学相关资讯！" style="width:66pt;height:14.25pt" o:oleicon="f" o:ole="">
            <v:imagedata r:id="rId3090" o:title="eqId1009c80f5e73d0b43836e18c21fc304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47" type="#_x0000_t75" alt="学科网(www.zxxk.com)--教育资源门户，提供试卷、教案、课件、论文、素材以及各类教学资源下载，还有大量而丰富的教学相关资讯！" style="width:69.75pt;height:15.6pt" o:oleicon="f" o:ole="">
            <v:imagedata r:id="rId3091" o:title="eqId371e7a175fe79cc271c5fb8e7df0cd05"/>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40</w:t>
      </w:r>
      <w:r>
        <w:rPr>
          <w:rFonts w:ascii="宋体" w:eastAsia="宋体" w:hAnsi="宋体" w:cs="宋体"/>
          <w:color w:val="000000"/>
        </w:rPr>
        <w:t>，</w:t>
      </w:r>
      <w:r>
        <w:rPr>
          <w:rFonts w:ascii="Times New Roman" w:eastAsia="Times New Roman" w:hAnsi="Times New Roman" w:cs="Times New Roman"/>
          <w:color w:val="000000"/>
        </w:rPr>
        <w:t>70</w:t>
      </w:r>
      <w:r>
        <w:rPr>
          <w:rFonts w:ascii="宋体" w:eastAsia="宋体" w:hAnsi="宋体" w:cs="宋体"/>
          <w:color w:val="000000"/>
        </w:rPr>
        <w:t>，</w:t>
      </w:r>
      <w:r>
        <w:rPr>
          <w:rFonts w:ascii="Times New Roman" w:eastAsia="Times New Roman" w:hAnsi="Times New Roman" w:cs="Times New Roman"/>
          <w:color w:val="000000"/>
        </w:rPr>
        <w:t>160</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990725" cy="1676400"/>
            <wp:docPr id="305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2" name=""/>
                    <pic:cNvPicPr>
                      <a:picLocks noChangeAspect="1"/>
                    </pic:cNvPicPr>
                  </pic:nvPicPr>
                  <pic:blipFill>
                    <a:blip r:embed="rId3092"/>
                    <a:stretch>
                      <a:fillRect/>
                    </a:stretch>
                  </pic:blipFill>
                  <pic:spPr>
                    <a:xfrm>
                      <a:off x="0" y="0"/>
                      <a:ext cx="1990725" cy="1676400"/>
                    </a:xfrm>
                    <a:prstGeom prst="rect">
                      <a:avLst/>
                    </a:prstGeom>
                  </pic:spPr>
                </pic:pic>
              </a:graphicData>
            </a:graphic>
          </wp:inline>
        </w:drawing>
      </w:r>
      <w:r>
        <w:rPr>
          <w:color w:val="000000"/>
        </w:rPr>
        <w:br/>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）正确，理由如下：</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AOD</w:t>
      </w:r>
      <w:r>
        <w:rPr>
          <w:rFonts w:ascii="宋体" w:eastAsia="宋体" w:hAnsi="宋体" w:cs="宋体"/>
          <w:color w:val="000000"/>
        </w:rPr>
        <w:t>在∠</w:t>
      </w:r>
      <w:r>
        <w:rPr>
          <w:rFonts w:ascii="Times New Roman" w:eastAsia="Times New Roman" w:hAnsi="Times New Roman" w:cs="Times New Roman"/>
          <w:i/>
          <w:color w:val="000000"/>
        </w:rPr>
        <w:t>AOC</w:t>
      </w:r>
      <w:r>
        <w:rPr>
          <w:rFonts w:ascii="宋体" w:eastAsia="宋体" w:hAnsi="宋体" w:cs="宋体"/>
          <w:color w:val="000000"/>
        </w:rPr>
        <w:t>的外部时，如图所示：</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O</w:t>
      </w:r>
      <w:r>
        <w:rPr>
          <w:rFonts w:ascii="宋体" w:eastAsia="宋体" w:hAnsi="宋体" w:cs="宋体"/>
          <w:color w:val="000000"/>
        </w:rPr>
        <w:t>在直线</w:t>
      </w:r>
      <w:r>
        <w:rPr>
          <w:rFonts w:ascii="Times New Roman" w:eastAsia="Times New Roman" w:hAnsi="Times New Roman" w:cs="Times New Roman"/>
          <w:i/>
          <w:color w:val="000000"/>
        </w:rPr>
        <w:t>AB</w:t>
      </w:r>
      <w:r>
        <w:rPr>
          <w:rFonts w:ascii="宋体" w:eastAsia="宋体" w:hAnsi="宋体" w:cs="宋体"/>
          <w:color w:val="000000"/>
        </w:rPr>
        <w:t>上，</w:t>
      </w:r>
    </w:p>
    <w:p>
      <w:pPr>
        <w:spacing w:line="360" w:lineRule="auto"/>
        <w:jc w:val="left"/>
        <w:textAlignment w:val="center"/>
        <w:rPr>
          <w:color w:val="000000"/>
        </w:rPr>
      </w:pPr>
      <w:r>
        <w:rPr>
          <w:rFonts w:ascii="宋体" w:eastAsia="宋体" w:hAnsi="宋体" w:cs="宋体"/>
          <w:color w:val="000000"/>
        </w:rPr>
        <w:t>∴</w:t>
      </w:r>
      <w:r>
        <w:pict>
          <v:shape id="_x0000_i709648" type="#_x0000_t75" alt="学科网(www.zxxk.com)--教育资源门户，提供试卷、教案、课件、论文、素材以及各类教学资源下载，还有大量而丰富的教学相关资讯！" style="width:69.75pt;height:14.25pt" o:oleicon="f" o:ole="">
            <v:imagedata r:id="rId3093" o:title="eqId0f1e39455eb61da66fef7a4ca245c5a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49" type="#_x0000_t75" alt="学科网(www.zxxk.com)--教育资源门户，提供试卷、教案、课件、论文、素材以及各类教学资源下载，还有大量而丰富的教学相关资讯！" style="width:64.8pt;height:16.2pt" o:oleicon="f" o:ole="">
            <v:imagedata r:id="rId3094" o:title="eqIdc4d05086dae61ae78179bac57415a09f"/>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50" type="#_x0000_t75" alt="学科网(www.zxxk.com)--教育资源门户，提供试卷、教案、课件、论文、素材以及各类教学资源下载，还有大量而丰富的教学相关资讯！" style="width:70.8pt;height:13.8pt" o:oleicon="f" o:ole="">
            <v:imagedata r:id="rId3095" o:title="eqId026ddcbab066ca12af45995525940e4c"/>
          </v:shape>
        </w:pict>
      </w:r>
      <w:r>
        <w:rPr>
          <w:rFonts w:ascii="宋体" w:eastAsia="宋体" w:hAnsi="宋体" w:cs="宋体"/>
          <w:color w:val="000000"/>
        </w:rPr>
        <w:t xml:space="preserve">，  </w:t>
      </w:r>
    </w:p>
    <w:p>
      <w:pPr>
        <w:spacing w:line="360" w:lineRule="auto"/>
        <w:jc w:val="left"/>
        <w:textAlignment w:val="center"/>
        <w:rPr>
          <w:color w:val="000000"/>
        </w:rPr>
      </w:pPr>
      <w:r>
        <w:rPr>
          <w:rFonts w:ascii="宋体" w:eastAsia="宋体" w:hAnsi="宋体" w:cs="宋体"/>
          <w:color w:val="000000"/>
        </w:rPr>
        <w:t>∵</w:t>
      </w:r>
      <w:r>
        <w:pict>
          <v:shape id="_x0000_i709651" type="#_x0000_t75" alt="学科网(www.zxxk.com)--教育资源门户，提供试卷、教案、课件、论文、素材以及各类教学资源下载，还有大量而丰富的教学相关资讯！" style="width:90pt;height:13.5pt" o:oleicon="f" o:ole="">
            <v:imagedata r:id="rId3096" o:title="eqId070dca60e5734051ab087b131936c8d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52" type="#_x0000_t75" alt="学科网(www.zxxk.com)--教育资源门户，提供试卷、教案、课件、论文、素材以及各类教学资源下载，还有大量而丰富的教学相关资讯！" style="width:66.75pt;height:14.25pt" o:oleicon="f" o:ole="">
            <v:imagedata r:id="rId3097" o:title="eqIdcd739bcb7bdc1297e2d3cc9061a831b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53" type="#_x0000_t75" alt="学科网(www.zxxk.com)--教育资源门户，提供试卷、教案、课件、论文、素材以及各类教学资源下载，还有大量而丰富的教学相关资讯！" style="width:66pt;height:14.25pt" o:oleicon="f" o:ole="">
            <v:imagedata r:id="rId3098" o:title="eqId1009c80f5e73d0b43836e18c21fc3041"/>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54" type="#_x0000_t75" alt="学科网(www.zxxk.com)--教育资源门户，提供试卷、教案、课件、论文、素材以及各类教学资源下载，还有大量而丰富的教学相关资讯！" style="width:63.1pt;height:15.6pt" o:oleicon="f" o:ole="">
            <v:imagedata r:id="rId3099" o:title="eqId4f26cc598e593f53f2dce432a623034e"/>
          </v:shape>
        </w:pict>
      </w:r>
      <w:r>
        <w:rPr>
          <w:rFonts w:ascii="宋体" w:eastAsia="宋体" w:hAnsi="宋体" w:cs="宋体"/>
          <w:color w:val="000000"/>
        </w:rPr>
        <w:t>，</w:t>
      </w:r>
    </w:p>
    <w:p>
      <w:pPr>
        <w:spacing w:line="360" w:lineRule="auto"/>
        <w:jc w:val="left"/>
        <w:textAlignment w:val="center"/>
        <w:rPr>
          <w:color w:val="000000"/>
        </w:rPr>
      </w:pPr>
      <w:r>
        <w:pict>
          <v:shape id="_x0000_i709655" type="#_x0000_t75" alt="学科网(www.zxxk.com)--教育资源门户，提供试卷、教案、课件、论文、素材以及各类教学资源下载，还有大量而丰富的教学相关资讯！" style="width:191.9pt;height:14.1pt" o:oleicon="f" o:ole="">
            <v:imagedata r:id="rId3100" o:title="eqId7a44db4789f2aef844bd30917bacd49b"/>
          </v:shape>
        </w:pict>
      </w:r>
    </w:p>
    <w:p>
      <w:pPr>
        <w:spacing w:line="360" w:lineRule="auto"/>
        <w:jc w:val="left"/>
        <w:textAlignment w:val="center"/>
        <w:rPr>
          <w:color w:val="000000"/>
        </w:rPr>
      </w:pPr>
      <w:r>
        <w:rPr>
          <w:rFonts w:ascii="宋体" w:eastAsia="宋体" w:hAnsi="宋体" w:cs="宋体"/>
          <w:color w:val="000000"/>
        </w:rPr>
        <w:t>∴</w:t>
      </w:r>
      <w:r>
        <w:pict>
          <v:shape id="_x0000_i709656" type="#_x0000_t75" alt="学科网(www.zxxk.com)--教育资源门户，提供试卷、教案、课件、论文、素材以及各类教学资源下载，还有大量而丰富的教学相关资讯！" style="width:66.75pt;height:14.25pt" o:oleicon="f" o:ole="">
            <v:imagedata r:id="rId3101" o:title="eqIdc7da595406d89ce8a442ee27a12eec9a"/>
          </v:shape>
        </w:pic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综上所述，</w:t>
      </w:r>
      <w:r>
        <w:pict>
          <v:shape id="_x0000_i709657" type="#_x0000_t75" alt="学科网(www.zxxk.com)--教育资源门户，提供试卷、教案、课件、论文、素材以及各类教学资源下载，还有大量而丰富的教学相关资讯！" style="width:66.75pt;height:14.25pt" o:oleicon="f" o:ole="">
            <v:imagedata r:id="rId3102" o:title="eqIdc7da595406d89ce8a442ee27a12eec9a"/>
          </v:shape>
        </w:pict>
      </w:r>
      <w:r>
        <w:rPr>
          <w:rFonts w:ascii="宋体" w:eastAsia="宋体" w:hAnsi="宋体" w:cs="宋体"/>
          <w:color w:val="000000"/>
        </w:rPr>
        <w:t>或</w:t>
      </w:r>
      <w:r>
        <w:pict>
          <v:shape id="_x0000_i709658" type="#_x0000_t75" alt="学科网(www.zxxk.com)--教育资源门户，提供试卷、教案、课件、论文、素材以及各类教学资源下载，还有大量而丰富的教学相关资讯！" style="width:24.95pt;height:13.95pt" o:oleicon="f" o:ole="">
            <v:imagedata r:id="rId3103" o:title="eqIdd246136d73f82c1892b8eca365af3cb4"/>
          </v:shape>
        </w:pi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171700" cy="1590675"/>
            <wp:docPr id="305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 name=""/>
                    <pic:cNvPicPr>
                      <a:picLocks noChangeAspect="1"/>
                    </pic:cNvPicPr>
                  </pic:nvPicPr>
                  <pic:blipFill>
                    <a:blip r:embed="rId3104"/>
                    <a:stretch>
                      <a:fillRect/>
                    </a:stretch>
                  </pic:blipFill>
                  <pic:spPr>
                    <a:xfrm>
                      <a:off x="0" y="0"/>
                      <a:ext cx="2171700" cy="1590675"/>
                    </a:xfrm>
                    <a:prstGeom prst="rect">
                      <a:avLst/>
                    </a:prstGeom>
                  </pic:spPr>
                </pic:pic>
              </a:graphicData>
            </a:graphic>
          </wp:inline>
        </w:drawing>
      </w:r>
      <w:r>
        <w:rPr>
          <w:color w:val="000000"/>
        </w:rPr>
        <w:br/>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pict>
          <v:shape id="_x0000_i709659" type="#_x0000_t75" alt="学科网(www.zxxk.com)--教育资源门户，提供试卷、教案、课件、论文、素材以及各类教学资源下载，还有大量而丰富的教学相关资讯！" style="width:58.2pt;height:14.4pt" o:oleicon="f" o:ole="">
            <v:imagedata r:id="rId3105" o:title="eqIdfcbec8352ce3dbfbf3b173045d0ba8f2"/>
          </v:shape>
        </w:pict>
      </w:r>
      <w:r>
        <w:rPr>
          <w:rFonts w:ascii="宋体" w:eastAsia="宋体" w:hAnsi="宋体" w:cs="宋体"/>
          <w:color w:val="000000"/>
        </w:rPr>
        <w:t>，</w:t>
      </w:r>
      <w:r>
        <w:pict>
          <v:shape id="_x0000_i709660" type="#_x0000_t75" alt="学科网(www.zxxk.com)--教育资源门户，提供试卷、教案、课件、论文、素材以及各类教学资源下载，还有大量而丰富的教学相关资讯！" style="width:83.25pt;height:14.25pt" o:oleicon="f" o:ole="">
            <v:imagedata r:id="rId3106" o:title="eqId1720ed2ee45e4ccf61d332e0339378ca"/>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BOE</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w:t>
      </w:r>
      <w:r>
        <w:pict>
          <v:shape id="_x0000_i709661" type="#_x0000_t75" alt="学科网(www.zxxk.com)--教育资源门户，提供试卷、教案、课件、论文、素材以及各类教学资源下载，还有大量而丰富的教学相关资讯！" style="width:12pt;height:10.9pt" o:oleicon="f" o:ole="">
            <v:imagedata r:id="rId3107" o:title="eqIde170f206fdbbd834aad7580c727e2cc6"/>
          </v:shape>
        </w:pic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i/>
          <w:color w:val="000000"/>
        </w:rPr>
        <w:t>AOC</w:t>
      </w:r>
      <w:r>
        <w:rPr>
          <w:rFonts w:ascii="Times New Roman" w:eastAsia="Times New Roman" w:hAnsi="Times New Roman" w:cs="Times New Roman"/>
          <w:color w:val="000000"/>
        </w:rPr>
        <w:t>=180°</w:t>
      </w:r>
      <w:r>
        <w:rPr>
          <w:rFonts w:ascii="宋体" w:eastAsia="宋体" w:hAnsi="宋体" w:cs="宋体"/>
          <w:color w:val="000000"/>
        </w:rPr>
        <w:t>－</w:t>
      </w:r>
      <w:r>
        <w:pict>
          <v:shape id="_x0000_i709662" type="#_x0000_t75" alt="学科网(www.zxxk.com)--教育资源门户，提供试卷、教案、课件、论文、素材以及各类教学资源下载，还有大量而丰富的教学相关资讯！" style="width:12pt;height:10.9pt" o:oleicon="f" o:ole="">
            <v:imagedata r:id="rId3107" o:title="eqIde170f206fdbbd834aad7580c727e2cc6"/>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AOD</w:t>
      </w:r>
      <w:r>
        <w:rPr>
          <w:rFonts w:ascii="宋体" w:eastAsia="宋体" w:hAnsi="宋体" w:cs="宋体"/>
          <w:color w:val="000000"/>
        </w:rPr>
        <w:t>在∠</w:t>
      </w:r>
      <w:r>
        <w:rPr>
          <w:rFonts w:ascii="Times New Roman" w:eastAsia="Times New Roman" w:hAnsi="Times New Roman" w:cs="Times New Roman"/>
          <w:i/>
          <w:color w:val="000000"/>
        </w:rPr>
        <w:t>AOC</w:t>
      </w:r>
      <w:r>
        <w:rPr>
          <w:rFonts w:ascii="宋体" w:eastAsia="宋体" w:hAnsi="宋体" w:cs="宋体"/>
          <w:color w:val="000000"/>
        </w:rPr>
        <w:t>的内部时，如图，</w:t>
      </w:r>
    </w:p>
    <w:p>
      <w:pPr>
        <w:spacing w:line="360" w:lineRule="auto"/>
        <w:jc w:val="left"/>
        <w:textAlignment w:val="center"/>
        <w:rPr>
          <w:color w:val="000000"/>
        </w:rPr>
      </w:pPr>
      <w:r>
        <w:rPr>
          <w:rFonts w:ascii="宋体" w:eastAsia="宋体" w:hAnsi="宋体" w:cs="宋体"/>
          <w:color w:val="000000"/>
        </w:rPr>
        <w:t>∵</w:t>
      </w:r>
      <w:r>
        <w:pict>
          <v:shape id="_x0000_i709663" type="#_x0000_t75" alt="学科网(www.zxxk.com)--教育资源门户，提供试卷、教案、课件、论文、素材以及各类教学资源下载，还有大量而丰富的教学相关资讯！" style="width:90pt;height:13.5pt" o:oleicon="f" o:ole="">
            <v:imagedata r:id="rId3108" o:title="eqId070dca60e5734051ab087b131936c8d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平分∠</w:t>
      </w:r>
      <w:r>
        <w:rPr>
          <w:rFonts w:ascii="Times New Roman" w:eastAsia="Times New Roman" w:hAnsi="Times New Roman" w:cs="Times New Roman"/>
          <w:i/>
          <w:color w:val="000000"/>
        </w:rPr>
        <w:t>AOC</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64" type="#_x0000_t75" alt="学科网(www.zxxk.com)--教育资源门户，提供试卷、教案、课件、论文、素材以及各类教学资源下载，还有大量而丰富的教学相关资讯！" style="width:84pt;height:14.25pt" o:oleicon="f" o:ole="">
            <v:imagedata r:id="rId3109" o:title="eqId40a45ec1a2e11c8f16b09dd582c5c06d"/>
          </v:shape>
        </w:pict>
      </w:r>
      <w:r>
        <w:rPr>
          <w:rFonts w:ascii="宋体" w:eastAsia="宋体" w:hAnsi="宋体" w:cs="宋体"/>
          <w:color w:val="000000"/>
        </w:rPr>
        <w:t>，即</w:t>
      </w:r>
      <w:r>
        <w:pict>
          <v:shape id="_x0000_i709665" type="#_x0000_t75" alt="学科网(www.zxxk.com)--教育资源门户，提供试卷、教案、课件、论文、素材以及各类教学资源下载，还有大量而丰富的教学相关资讯！" style="width:91.5pt;height:13.5pt" o:oleicon="f" o:ole="">
            <v:imagedata r:id="rId3110" o:title="eqId7543faaf61a6503fe7ac98b742586b3a"/>
          </v:shape>
        </w:pic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pict>
          <v:shape id="_x0000_i709666" type="#_x0000_t75" alt="学科网(www.zxxk.com)--教育资源门户，提供试卷、教案、课件、论文、素材以及各类教学资源下载，还有大量而丰富的教学相关资讯！" style="width:12pt;height:10.9pt" o:oleicon="f" o:ole="">
            <v:imagedata r:id="rId3111" o:title="eqIde170f206fdbbd834aad7580c727e2cc6"/>
          </v:shape>
        </w:pict>
      </w:r>
      <w:r>
        <w:rPr>
          <w:rFonts w:ascii="Times New Roman" w:eastAsia="Times New Roman" w:hAnsi="Times New Roman" w:cs="Times New Roman"/>
          <w:color w:val="000000"/>
        </w:rPr>
        <w:t>=2</w:t>
      </w:r>
      <w:r>
        <w:rPr>
          <w:rFonts w:ascii="宋体" w:eastAsia="宋体" w:hAnsi="宋体" w:cs="宋体"/>
          <w:color w:val="000000"/>
        </w:rPr>
        <w:t>（</w:t>
      </w:r>
      <w:r>
        <w:pict>
          <v:shape id="_x0000_i709667" type="#_x0000_t75" alt="学科网(www.zxxk.com)--教育资源门户，提供试卷、教案、课件、论文、素材以及各类教学资源下载，还有大量而丰富的教学相关资讯！" style="width:12pt;height:10.9pt" o:oleicon="f" o:ole="">
            <v:imagedata r:id="rId3111" o:title="eqIde170f206fdbbd834aad7580c727e2cc6"/>
          </v:shape>
        </w:pic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9668" type="#_x0000_t75" alt="学科网(www.zxxk.com)--教育资源门户，提供试卷、教案、课件、论文、素材以及各类教学资源下载，还有大量而丰富的教学相关资讯！" style="width:12pt;height:10.9pt" o:oleicon="f" o:ole="">
            <v:imagedata r:id="rId3112" o:title="eqIde170f206fdbbd834aad7580c727e2cc6"/>
          </v:shape>
        </w:pict>
      </w:r>
      <w:r>
        <w:rPr>
          <w:rFonts w:ascii="Times New Roman" w:eastAsia="Times New Roman" w:hAnsi="Times New Roman" w:cs="Times New Roman"/>
          <w:color w:val="000000"/>
        </w:rPr>
        <w:t>=120°</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085975" cy="1114425"/>
            <wp:docPr id="305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6" name=""/>
                    <pic:cNvPicPr>
                      <a:picLocks noChangeAspect="1"/>
                    </pic:cNvPicPr>
                  </pic:nvPicPr>
                  <pic:blipFill>
                    <a:blip r:embed="rId3113"/>
                    <a:stretch>
                      <a:fillRect/>
                    </a:stretch>
                  </pic:blipFill>
                  <pic:spPr>
                    <a:xfrm>
                      <a:off x="0" y="0"/>
                      <a:ext cx="2085975" cy="1114425"/>
                    </a:xfrm>
                    <a:prstGeom prst="rect">
                      <a:avLst/>
                    </a:prstGeom>
                  </pic:spPr>
                </pic:pic>
              </a:graphicData>
            </a:graphic>
          </wp:inline>
        </w:drawing>
      </w:r>
      <w:r>
        <w:rPr>
          <w:color w:val="000000"/>
        </w:rPr>
        <w:br/>
      </w:r>
    </w:p>
    <w:p>
      <w:pPr>
        <w:spacing w:line="360" w:lineRule="auto"/>
        <w:jc w:val="left"/>
        <w:textAlignment w:val="center"/>
        <w:rPr>
          <w:color w:val="000000"/>
        </w:rPr>
      </w:pPr>
      <w:r>
        <w:rPr>
          <w:rFonts w:ascii="宋体" w:eastAsia="宋体" w:hAnsi="宋体" w:cs="宋体"/>
          <w:color w:val="000000"/>
        </w:rPr>
        <w:t>当∠</w:t>
      </w:r>
      <w:r>
        <w:rPr>
          <w:rFonts w:ascii="Times New Roman" w:eastAsia="Times New Roman" w:hAnsi="Times New Roman" w:cs="Times New Roman"/>
          <w:i/>
          <w:color w:val="000000"/>
        </w:rPr>
        <w:t>AOD</w:t>
      </w:r>
      <w:r>
        <w:rPr>
          <w:rFonts w:ascii="宋体" w:eastAsia="宋体" w:hAnsi="宋体" w:cs="宋体"/>
          <w:color w:val="000000"/>
        </w:rPr>
        <w:t>在∠</w:t>
      </w:r>
      <w:r>
        <w:rPr>
          <w:rFonts w:ascii="Times New Roman" w:eastAsia="Times New Roman" w:hAnsi="Times New Roman" w:cs="Times New Roman"/>
          <w:i/>
          <w:color w:val="000000"/>
        </w:rPr>
        <w:t>AOC</w:t>
      </w:r>
      <w:r>
        <w:rPr>
          <w:rFonts w:ascii="宋体" w:eastAsia="宋体" w:hAnsi="宋体" w:cs="宋体"/>
          <w:color w:val="000000"/>
        </w:rPr>
        <w:t>的外部时，如图，</w:t>
      </w:r>
    </w:p>
    <w:p>
      <w:pPr>
        <w:spacing w:line="360" w:lineRule="auto"/>
        <w:jc w:val="left"/>
        <w:textAlignment w:val="center"/>
        <w:rPr>
          <w:color w:val="000000"/>
        </w:rPr>
      </w:pPr>
      <w:r>
        <w:rPr>
          <w:rFonts w:ascii="宋体" w:eastAsia="宋体" w:hAnsi="宋体" w:cs="宋体"/>
          <w:color w:val="000000"/>
        </w:rPr>
        <w:t>∵</w:t>
      </w:r>
      <w:r>
        <w:pict>
          <v:shape id="_x0000_i709669" type="#_x0000_t75" alt="学科网(www.zxxk.com)--教育资源门户，提供试卷、教案、课件、论文、素材以及各类教学资源下载，还有大量而丰富的教学相关资讯！" style="width:90pt;height:13.5pt" o:oleicon="f" o:ole="">
            <v:imagedata r:id="rId3114" o:title="eqId070dca60e5734051ab087b131936c8d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AOD</w:t>
      </w:r>
      <w:r>
        <w:rPr>
          <w:rFonts w:ascii="Times New Roman" w:eastAsia="Times New Roman" w:hAnsi="Times New Roman" w:cs="Times New Roman"/>
          <w:color w:val="000000"/>
        </w:rPr>
        <w:t>=</w:t>
      </w:r>
      <w:r>
        <w:pict>
          <v:shape id="_x0000_i709670" type="#_x0000_t75" alt="学科网(www.zxxk.com)--教育资源门户，提供试卷、教案、课件、论文、素材以及各类教学资源下载，还有大量而丰富的教学相关资讯！" style="width:10.5pt;height:21pt" o:oleicon="f" o:ole="">
            <v:imagedata r:id="rId3115" o:title="eqIdf89eef3148f2d4d09379767b4af69132"/>
          </v:shape>
        </w:pict>
      </w:r>
      <w:r>
        <w:rPr>
          <w:rFonts w:ascii="宋体" w:eastAsia="宋体" w:hAnsi="宋体" w:cs="宋体"/>
          <w:color w:val="000000"/>
        </w:rPr>
        <w:t>∠</w:t>
      </w:r>
      <w:r>
        <w:rPr>
          <w:rFonts w:ascii="Times New Roman" w:eastAsia="Times New Roman" w:hAnsi="Times New Roman" w:cs="Times New Roman"/>
          <w:i/>
          <w:color w:val="000000"/>
        </w:rPr>
        <w:t>AOC</w:t>
      </w:r>
      <w:r>
        <w:rPr>
          <w:rFonts w:ascii="Times New Roman" w:eastAsia="Times New Roman" w:hAnsi="Times New Roman" w:cs="Times New Roman"/>
          <w:color w:val="000000"/>
        </w:rPr>
        <w:t>=</w:t>
      </w:r>
      <w:r>
        <w:pict>
          <v:shape id="_x0000_i709671" type="#_x0000_t75" alt="学科网(www.zxxk.com)--教育资源门户，提供试卷、教案、课件、论文、素材以及各类教学资源下载，还有大量而丰富的教学相关资讯！" style="width:10.5pt;height:21pt" o:oleicon="f" o:ole="">
            <v:imagedata r:id="rId3115" o:title="eqIdf89eef3148f2d4d09379767b4af69132"/>
          </v:shape>
        </w:pict>
      </w:r>
      <w:r>
        <w:rPr>
          <w:rFonts w:ascii="Times New Roman" w:eastAsia="Times New Roman" w:hAnsi="Times New Roman" w:cs="Times New Roman"/>
          <w:color w:val="000000"/>
        </w:rPr>
        <w:t>(180</w:t>
      </w:r>
      <w:r>
        <w:rPr>
          <w:rFonts w:ascii="宋体" w:eastAsia="宋体" w:hAnsi="宋体" w:cs="宋体"/>
          <w:color w:val="000000"/>
        </w:rPr>
        <w:t>°－</w:t>
      </w:r>
      <w:r>
        <w:pict>
          <v:shape id="_x0000_i709672" type="#_x0000_t75" alt="学科网(www.zxxk.com)--教育资源门户，提供试卷、教案、课件、论文、素材以及各类教学资源下载，还有大量而丰富的教学相关资讯！" style="width:12pt;height:10.9pt" o:oleicon="f" o:ole="">
            <v:imagedata r:id="rId3116" o:title="eqIde170f206fdbbd834aad7580c727e2cc6"/>
          </v:shape>
        </w:pi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COD</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AOC</w:t>
      </w:r>
      <w:r>
        <w:rPr>
          <w:rFonts w:ascii="Times New Roman" w:eastAsia="Times New Roman" w:hAnsi="Times New Roman" w:cs="Times New Roman"/>
          <w:color w:val="000000"/>
        </w:rPr>
        <w:t>+</w:t>
      </w:r>
      <w:r>
        <w:rPr>
          <w:rFonts w:ascii="宋体" w:eastAsia="宋体" w:hAnsi="宋体" w:cs="宋体"/>
          <w:color w:val="000000"/>
        </w:rPr>
        <w:t>∠</w:t>
      </w:r>
      <w:r>
        <w:rPr>
          <w:rFonts w:ascii="Times New Roman" w:eastAsia="Times New Roman" w:hAnsi="Times New Roman" w:cs="Times New Roman"/>
          <w:i/>
          <w:color w:val="000000"/>
        </w:rPr>
        <w:t>AOD</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73" type="#_x0000_t75" alt="学科网(www.zxxk.com)--教育资源门户，提供试卷、教案、课件、论文、素材以及各类教学资源下载，还有大量而丰富的教学相关资讯！" style="width:12pt;height:10.9pt" o:oleicon="f" o:ole="">
            <v:imagedata r:id="rId3117" o:title="eqIde170f206fdbbd834aad7580c727e2cc6"/>
          </v:shape>
        </w:pict>
      </w:r>
      <w:r>
        <w:rPr>
          <w:rFonts w:ascii="宋体" w:eastAsia="宋体" w:hAnsi="宋体" w:cs="宋体"/>
          <w:color w:val="000000"/>
        </w:rPr>
        <w:t>－</w:t>
      </w:r>
      <w:r>
        <w:rPr>
          <w:rFonts w:ascii="Times New Roman" w:eastAsia="Times New Roman" w:hAnsi="Times New Roman" w:cs="Times New Roman"/>
          <w:color w:val="000000"/>
        </w:rPr>
        <w:t>90</w:t>
      </w:r>
      <w:r>
        <w:rPr>
          <w:rFonts w:ascii="宋体" w:eastAsia="宋体" w:hAnsi="宋体" w:cs="宋体"/>
          <w:color w:val="000000"/>
        </w:rPr>
        <w:t>°</w:t>
      </w:r>
      <w:r>
        <w:rPr>
          <w:rFonts w:ascii="Times New Roman" w:eastAsia="Times New Roman" w:hAnsi="Times New Roman" w:cs="Times New Roman"/>
          <w:color w:val="000000"/>
        </w:rPr>
        <w:t>=180</w:t>
      </w:r>
      <w:r>
        <w:rPr>
          <w:rFonts w:ascii="宋体" w:eastAsia="宋体" w:hAnsi="宋体" w:cs="宋体"/>
          <w:color w:val="000000"/>
        </w:rPr>
        <w:t>°－</w:t>
      </w:r>
      <w:r>
        <w:pict>
          <v:shape id="_x0000_i709674" type="#_x0000_t75" alt="学科网(www.zxxk.com)--教育资源门户，提供试卷、教案、课件、论文、素材以及各类教学资源下载，还有大量而丰富的教学相关资讯！" style="width:12pt;height:10.9pt" o:oleicon="f" o:ole="">
            <v:imagedata r:id="rId3117" o:title="eqIde170f206fdbbd834aad7580c727e2cc6"/>
          </v:shape>
        </w:pict>
      </w:r>
      <w:r>
        <w:rPr>
          <w:rFonts w:ascii="Times New Roman" w:eastAsia="Times New Roman" w:hAnsi="Times New Roman" w:cs="Times New Roman"/>
          <w:color w:val="000000"/>
        </w:rPr>
        <w:t>+</w:t>
      </w:r>
      <w:r>
        <w:pict>
          <v:shape id="_x0000_i709675" type="#_x0000_t75" alt="学科网(www.zxxk.com)--教育资源门户，提供试卷、教案、课件、论文、素材以及各类教学资源下载，还有大量而丰富的教学相关资讯！" style="width:10.5pt;height:21pt" o:oleicon="f" o:ole="">
            <v:imagedata r:id="rId3118" o:title="eqIdf89eef3148f2d4d09379767b4af69132"/>
          </v:shape>
        </w:pict>
      </w:r>
      <w:r>
        <w:rPr>
          <w:rFonts w:ascii="Times New Roman" w:eastAsia="Times New Roman" w:hAnsi="Times New Roman" w:cs="Times New Roman"/>
          <w:color w:val="000000"/>
        </w:rPr>
        <w:t>(180</w:t>
      </w:r>
      <w:r>
        <w:rPr>
          <w:rFonts w:ascii="宋体" w:eastAsia="宋体" w:hAnsi="宋体" w:cs="宋体"/>
          <w:color w:val="000000"/>
        </w:rPr>
        <w:t>°－</w:t>
      </w:r>
      <w:r>
        <w:pict>
          <v:shape id="_x0000_i709676" type="#_x0000_t75" alt="学科网(www.zxxk.com)--教育资源门户，提供试卷、教案、课件、论文、素材以及各类教学资源下载，还有大量而丰富的教学相关资讯！" style="width:12pt;height:10.9pt" o:oleicon="f" o:ole="">
            <v:imagedata r:id="rId3117" o:title="eqIde170f206fdbbd834aad7580c727e2cc6"/>
          </v:shape>
        </w:pic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解得：</w:t>
      </w:r>
      <w:r>
        <w:pict>
          <v:shape id="_x0000_i709677" type="#_x0000_t75" alt="学科网(www.zxxk.com)--教育资源门户，提供试卷、教案、课件、论文、素材以及各类教学资源下载，还有大量而丰富的教学相关资讯！" style="width:12pt;height:10.9pt" o:oleicon="f" o:ole="">
            <v:imagedata r:id="rId3119" o:title="eqIde170f206fdbbd834aad7580c727e2cc6"/>
          </v:shape>
        </w:pict>
      </w:r>
      <w:r>
        <w:rPr>
          <w:rFonts w:ascii="Times New Roman" w:eastAsia="Times New Roman" w:hAnsi="Times New Roman" w:cs="Times New Roman"/>
          <w:color w:val="000000"/>
        </w:rPr>
        <w:t>=144°</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28900" cy="1628775"/>
            <wp:docPr id="305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 name=""/>
                    <pic:cNvPicPr>
                      <a:picLocks noChangeAspect="1"/>
                    </pic:cNvPicPr>
                  </pic:nvPicPr>
                  <pic:blipFill>
                    <a:blip r:embed="rId3120"/>
                    <a:stretch>
                      <a:fillRect/>
                    </a:stretch>
                  </pic:blipFill>
                  <pic:spPr>
                    <a:xfrm>
                      <a:off x="0" y="0"/>
                      <a:ext cx="2628900" cy="1628775"/>
                    </a:xfrm>
                    <a:prstGeom prst="rect">
                      <a:avLst/>
                    </a:prstGeom>
                  </pic:spPr>
                </pic:pic>
              </a:graphicData>
            </a:graphic>
          </wp:inline>
        </w:drawing>
      </w:r>
      <w:r>
        <w:rPr>
          <w:color w:val="000000"/>
        </w:rPr>
        <w:br/>
      </w:r>
    </w:p>
    <w:p>
      <w:pPr>
        <w:spacing w:line="360" w:lineRule="auto"/>
        <w:jc w:val="left"/>
        <w:textAlignment w:val="center"/>
        <w:rPr>
          <w:color w:val="000000"/>
        </w:rPr>
      </w:pPr>
      <w:r>
        <w:rPr>
          <w:rFonts w:ascii="宋体" w:eastAsia="宋体" w:hAnsi="宋体" w:cs="宋体"/>
          <w:color w:val="000000"/>
        </w:rPr>
        <w:t>综上，</w:t>
      </w:r>
      <w:r>
        <w:pict>
          <v:shape id="_x0000_i709678" type="#_x0000_t75" alt="学科网(www.zxxk.com)--教育资源门户，提供试卷、教案、课件、论文、素材以及各类教学资源下载，还有大量而丰富的教学相关资讯！" style="width:40.5pt;height:12.75pt" o:oleicon="f" o:ole="">
            <v:imagedata r:id="rId3121" o:title="eqId2d03f73bec20b60bc7608972607f5a9e"/>
          </v:shape>
        </w:pict>
      </w:r>
      <w:r>
        <w:rPr>
          <w:rFonts w:ascii="宋体" w:eastAsia="宋体" w:hAnsi="宋体" w:cs="宋体"/>
          <w:color w:val="000000"/>
        </w:rPr>
        <w:t>或</w:t>
      </w:r>
      <w:r>
        <w:rPr>
          <w:rFonts w:ascii="Times New Roman" w:eastAsia="Times New Roman" w:hAnsi="Times New Roman" w:cs="Times New Roman"/>
          <w:color w:val="000000"/>
        </w:rPr>
        <w:t>144°</w:t>
      </w:r>
      <w:r>
        <w:rPr>
          <w:rFonts w:ascii="宋体" w:eastAsia="宋体" w:hAnsi="宋体" w:cs="宋体"/>
          <w:color w:val="000000"/>
        </w:rPr>
        <w:t>．</w:t>
      </w:r>
    </w:p>
    <w:p>
      <w:pPr>
        <w:spacing w:line="360" w:lineRule="auto"/>
        <w:jc w:val="left"/>
        <w:textAlignment w:val="center"/>
        <w:rPr>
          <w:color w:val="000000"/>
        </w:rPr>
      </w:pPr>
      <w:r>
        <w:rPr>
          <w:color w:val="000000"/>
        </w:rPr>
        <w:t>【点睛】</w:t>
      </w:r>
      <w:r>
        <w:rPr>
          <w:rFonts w:ascii="宋体" w:eastAsia="宋体" w:hAnsi="宋体" w:cs="宋体"/>
          <w:color w:val="000000"/>
        </w:rPr>
        <w:t>本题考查角的运算、角平分线的有关计算、平角定义，能根据图形进行角度运算，能利用分类讨论思想解决问题是解答的关键．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现有四个正整数分布在正方形上，规定一次操作为：将相邻的两个数作差再取绝对值．图</w:t>
      </w:r>
      <w:r>
        <w:rPr>
          <w:rFonts w:ascii="Times New Roman" w:eastAsia="Times New Roman" w:hAnsi="Times New Roman" w:cs="Times New Roman"/>
          <w:color w:val="000000"/>
        </w:rPr>
        <w:t>1</w:t>
      </w:r>
      <w:r>
        <w:rPr>
          <w:rFonts w:ascii="宋体" w:eastAsia="宋体" w:hAnsi="宋体" w:cs="宋体"/>
          <w:color w:val="000000"/>
        </w:rPr>
        <w:t>是小欢两次操作的示意图：</w:t>
      </w:r>
    </w:p>
    <w:p>
      <w:pPr>
        <w:spacing w:line="360" w:lineRule="auto"/>
        <w:jc w:val="left"/>
        <w:textAlignment w:val="center"/>
        <w:rPr>
          <w:color w:val="000000"/>
        </w:rPr>
      </w:pPr>
      <w:r>
        <w:rPr>
          <w:color w:val="000000"/>
        </w:rPr>
        <w:drawing>
          <wp:inline>
            <wp:extent cx="2552700" cy="904875"/>
            <wp:docPr id="305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 name=""/>
                    <pic:cNvPicPr>
                      <a:picLocks noChangeAspect="1"/>
                    </pic:cNvPicPr>
                  </pic:nvPicPr>
                  <pic:blipFill>
                    <a:blip r:embed="rId3122"/>
                    <a:stretch>
                      <a:fillRect/>
                    </a:stretch>
                  </pic:blipFill>
                  <pic:spPr>
                    <a:xfrm>
                      <a:off x="0" y="0"/>
                      <a:ext cx="2552700" cy="9048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）图</w:t>
      </w:r>
      <w:r>
        <w:rPr>
          <w:rFonts w:ascii="Times New Roman" w:eastAsia="Times New Roman" w:hAnsi="Times New Roman" w:cs="Times New Roman"/>
          <w:color w:val="000000"/>
        </w:rPr>
        <w:t>2</w:t>
      </w:r>
      <w:r>
        <w:rPr>
          <w:rFonts w:ascii="宋体" w:eastAsia="宋体" w:hAnsi="宋体" w:cs="宋体"/>
          <w:color w:val="000000"/>
        </w:rPr>
        <w:t>是两次操作的过程，请将空缺的数补全；</w:t>
      </w:r>
    </w:p>
    <w:p>
      <w:pPr>
        <w:spacing w:line="360" w:lineRule="auto"/>
        <w:jc w:val="left"/>
        <w:textAlignment w:val="center"/>
        <w:rPr>
          <w:color w:val="000000"/>
        </w:rPr>
      </w:pPr>
      <w:r>
        <w:rPr>
          <w:color w:val="000000"/>
        </w:rPr>
        <w:drawing>
          <wp:inline>
            <wp:extent cx="2543175" cy="838200"/>
            <wp:docPr id="306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 name=""/>
                    <pic:cNvPicPr>
                      <a:picLocks noChangeAspect="1"/>
                    </pic:cNvPicPr>
                  </pic:nvPicPr>
                  <pic:blipFill>
                    <a:blip r:embed="rId3123"/>
                    <a:stretch>
                      <a:fillRect/>
                    </a:stretch>
                  </pic:blipFill>
                  <pic:spPr>
                    <a:xfrm>
                      <a:off x="0" y="0"/>
                      <a:ext cx="2543175" cy="83820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）在经过若干次操作后，如果这</w:t>
      </w:r>
      <w:r>
        <w:rPr>
          <w:rFonts w:ascii="Times New Roman" w:eastAsia="Times New Roman" w:hAnsi="Times New Roman" w:cs="Times New Roman"/>
          <w:color w:val="000000"/>
        </w:rPr>
        <w:t>4</w:t>
      </w:r>
      <w:r>
        <w:rPr>
          <w:rFonts w:ascii="宋体" w:eastAsia="宋体" w:hAnsi="宋体" w:cs="宋体"/>
          <w:color w:val="000000"/>
        </w:rPr>
        <w:t>个整数最终都变为</w:t>
      </w:r>
      <w:r>
        <w:rPr>
          <w:rFonts w:ascii="Times New Roman" w:eastAsia="Times New Roman" w:hAnsi="Times New Roman" w:cs="Times New Roman"/>
          <w:color w:val="000000"/>
        </w:rPr>
        <w:t>0</w:t>
      </w:r>
      <w:r>
        <w:rPr>
          <w:rFonts w:ascii="宋体" w:eastAsia="宋体" w:hAnsi="宋体" w:cs="宋体"/>
          <w:color w:val="000000"/>
        </w:rPr>
        <w:t>，我们就称其进入了“稳定状态”．请将</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以某种顺序排列在图</w:t>
      </w:r>
      <w:r>
        <w:rPr>
          <w:rFonts w:ascii="Times New Roman" w:eastAsia="Times New Roman" w:hAnsi="Times New Roman" w:cs="Times New Roman"/>
          <w:color w:val="000000"/>
        </w:rPr>
        <w:t>3</w:t>
      </w:r>
      <w:r>
        <w:rPr>
          <w:rFonts w:ascii="宋体" w:eastAsia="宋体" w:hAnsi="宋体" w:cs="宋体"/>
          <w:color w:val="000000"/>
        </w:rPr>
        <w:t>所示的正方形上，通过若干次操作，使其进入“稳定状态”，请画图呈现操作次数最少的过程；</w:t>
      </w:r>
    </w:p>
    <w:p>
      <w:pPr>
        <w:spacing w:line="360" w:lineRule="auto"/>
        <w:jc w:val="left"/>
        <w:textAlignment w:val="center"/>
        <w:rPr>
          <w:color w:val="000000"/>
        </w:rPr>
      </w:pPr>
      <w:r>
        <w:rPr>
          <w:color w:val="000000"/>
        </w:rPr>
        <w:drawing>
          <wp:inline>
            <wp:extent cx="1419225" cy="981075"/>
            <wp:docPr id="306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 name=""/>
                    <pic:cNvPicPr>
                      <a:picLocks noChangeAspect="1"/>
                    </pic:cNvPicPr>
                  </pic:nvPicPr>
                  <pic:blipFill>
                    <a:blip r:embed="rId3124"/>
                    <a:stretch>
                      <a:fillRect/>
                    </a:stretch>
                  </pic:blipFill>
                  <pic:spPr>
                    <a:xfrm>
                      <a:off x="0" y="0"/>
                      <a:ext cx="1419225" cy="9810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这</w:t>
      </w:r>
      <w:r>
        <w:rPr>
          <w:rFonts w:ascii="Times New Roman" w:eastAsia="Times New Roman" w:hAnsi="Times New Roman" w:cs="Times New Roman"/>
          <w:color w:val="000000"/>
        </w:rPr>
        <w:t>4</w:t>
      </w:r>
      <w:r>
        <w:rPr>
          <w:rFonts w:ascii="宋体" w:eastAsia="宋体" w:hAnsi="宋体" w:cs="宋体"/>
          <w:color w:val="000000"/>
        </w:rPr>
        <w:t>个正整数以如图</w:t>
      </w:r>
      <w:r>
        <w:rPr>
          <w:rFonts w:ascii="Times New Roman" w:eastAsia="Times New Roman" w:hAnsi="Times New Roman" w:cs="Times New Roman"/>
          <w:color w:val="000000"/>
        </w:rPr>
        <w:t>4</w:t>
      </w:r>
      <w:r>
        <w:rPr>
          <w:rFonts w:ascii="宋体" w:eastAsia="宋体" w:hAnsi="宋体" w:cs="宋体"/>
          <w:color w:val="000000"/>
        </w:rPr>
        <w:t>的方式排列在正方形上．如果通过三次操作进入“稳定状态”，请直接写出所有满足条件的</w:t>
      </w:r>
      <w:r>
        <w:rPr>
          <w:rFonts w:ascii="Times New Roman" w:eastAsia="Times New Roman" w:hAnsi="Times New Roman" w:cs="Times New Roman"/>
          <w:i/>
          <w:color w:val="000000"/>
        </w:rPr>
        <w:t>m</w:t>
      </w:r>
      <w:r>
        <w:rPr>
          <w:rFonts w:ascii="宋体" w:eastAsia="宋体" w:hAnsi="宋体" w:cs="宋体"/>
          <w:color w:val="000000"/>
        </w:rPr>
        <w:t>值．</w:t>
      </w:r>
    </w:p>
    <w:p>
      <w:pPr>
        <w:spacing w:line="360" w:lineRule="auto"/>
        <w:jc w:val="left"/>
        <w:textAlignment w:val="center"/>
        <w:rPr>
          <w:color w:val="000000"/>
        </w:rPr>
      </w:pPr>
      <w:r>
        <w:rPr>
          <w:color w:val="000000"/>
        </w:rPr>
        <w:drawing>
          <wp:inline>
            <wp:extent cx="695325" cy="1028700"/>
            <wp:docPr id="306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 name=""/>
                    <pic:cNvPicPr>
                      <a:picLocks noChangeAspect="1"/>
                    </pic:cNvPicPr>
                  </pic:nvPicPr>
                  <pic:blipFill>
                    <a:blip r:embed="rId3125"/>
                    <a:stretch>
                      <a:fillRect/>
                    </a:stretch>
                  </pic:blipFill>
                  <pic:spPr>
                    <a:xfrm>
                      <a:off x="0" y="0"/>
                      <a:ext cx="695325" cy="1028700"/>
                    </a:xfrm>
                    <a:prstGeom prst="rect">
                      <a:avLst/>
                    </a:prstGeom>
                  </pic:spPr>
                </pic:pic>
              </a:graphicData>
            </a:graphic>
          </wp:inline>
        </w:drawing>
      </w:r>
    </w:p>
    <w:p>
      <w:pPr>
        <w:spacing w:line="360" w:lineRule="auto"/>
        <w:textAlignment w:val="center"/>
        <w:rPr>
          <w:color w:val="000000"/>
        </w:rPr>
      </w:pPr>
      <w:r>
        <w:rPr>
          <w:color w:val="2E75B6"/>
        </w:rPr>
        <w:t>【答案】</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）见解析；（</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8</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）根据题意以及所给示意图的操作方法画出示意图求解即可；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）根据题意以及所给示意图的操作方法画出示意图即可；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）根据操作规定和 “稳定状态”的定义求解</w:t>
      </w:r>
      <w:r>
        <w:rPr>
          <w:rFonts w:ascii="Times New Roman" w:eastAsia="Times New Roman" w:hAnsi="Times New Roman" w:cs="Times New Roman"/>
          <w:i/>
          <w:color w:val="000000"/>
        </w:rPr>
        <w:t>m</w:t>
      </w:r>
      <w:r>
        <w:rPr>
          <w:rFonts w:ascii="宋体" w:eastAsia="宋体" w:hAnsi="宋体" w:cs="宋体"/>
          <w:color w:val="000000"/>
        </w:rPr>
        <w:t>值即可．</w:t>
      </w:r>
    </w:p>
    <w:p>
      <w:pPr>
        <w:spacing w:line="360" w:lineRule="auto"/>
        <w:jc w:val="left"/>
        <w:textAlignment w:val="center"/>
        <w:rPr>
          <w:color w:val="000000"/>
        </w:rPr>
      </w:pPr>
      <w:r>
        <w:rPr>
          <w:color w:val="000000"/>
        </w:rPr>
        <w:t>【详解】</w:t>
      </w:r>
      <w:r>
        <w:rPr>
          <w:rFonts w:ascii="宋体" w:eastAsia="宋体" w:hAnsi="宋体" w:cs="宋体"/>
          <w:color w:val="000000"/>
        </w:rPr>
        <w:t>解：（</w:t>
      </w:r>
      <w:r>
        <w:rPr>
          <w:rFonts w:ascii="Times New Roman" w:eastAsia="Times New Roman" w:hAnsi="Times New Roman" w:cs="Times New Roman"/>
          <w:color w:val="000000"/>
        </w:rPr>
        <w:t>1</w:t>
      </w:r>
      <w:r>
        <w:rPr>
          <w:rFonts w:ascii="宋体" w:eastAsia="宋体" w:hAnsi="宋体" w:cs="宋体"/>
          <w:color w:val="000000"/>
        </w:rPr>
        <w:t>）根据题意，经过两次操作的示意图为：</w:t>
      </w:r>
    </w:p>
    <w:p>
      <w:pPr>
        <w:spacing w:line="360" w:lineRule="auto"/>
        <w:jc w:val="left"/>
        <w:textAlignment w:val="center"/>
        <w:rPr>
          <w:color w:val="000000"/>
        </w:rPr>
      </w:pPr>
      <w:r>
        <w:rPr>
          <w:color w:val="000000"/>
        </w:rPr>
        <w:drawing>
          <wp:inline>
            <wp:extent cx="2505075" cy="904875"/>
            <wp:docPr id="306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 name=""/>
                    <pic:cNvPicPr>
                      <a:picLocks noChangeAspect="1"/>
                    </pic:cNvPicPr>
                  </pic:nvPicPr>
                  <pic:blipFill>
                    <a:blip r:embed="rId3126"/>
                    <a:stretch>
                      <a:fillRect/>
                    </a:stretch>
                  </pic:blipFill>
                  <pic:spPr>
                    <a:xfrm>
                      <a:off x="0" y="0"/>
                      <a:ext cx="2505075" cy="90487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r>
        <w:rPr>
          <w:rFonts w:ascii="Times New Roman" w:eastAsia="Times New Roman" w:hAnsi="Times New Roman" w:cs="Times New Roman"/>
          <w:color w:val="000000"/>
        </w:rPr>
        <w:t xml:space="preserve">2 </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）根据题意，如图所示</w: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color w:val="000000"/>
        </w:rPr>
        <w:drawing>
          <wp:inline>
            <wp:extent cx="3733800" cy="704850"/>
            <wp:docPr id="306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 name=""/>
                    <pic:cNvPicPr>
                      <a:picLocks noChangeAspect="1"/>
                    </pic:cNvPicPr>
                  </pic:nvPicPr>
                  <pic:blipFill>
                    <a:blip r:embed="rId3127"/>
                    <a:stretch>
                      <a:fillRect/>
                    </a:stretch>
                  </pic:blipFill>
                  <pic:spPr>
                    <a:xfrm>
                      <a:off x="0" y="0"/>
                      <a:ext cx="3733800" cy="70485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w:t>
      </w:r>
      <w:r>
        <w:rPr>
          <w:rFonts w:ascii="宋体" w:eastAsia="宋体" w:hAnsi="宋体" w:cs="宋体"/>
          <w:color w:val="000000"/>
        </w:rPr>
        <w:t>注</w:t>
      </w:r>
      <w:r>
        <w:rPr>
          <w:rFonts w:ascii="Times New Roman" w:eastAsia="Times New Roman" w:hAnsi="Times New Roman" w:cs="Times New Roman"/>
          <w:color w:val="000000"/>
        </w:rPr>
        <w:t>]</w:t>
      </w:r>
      <w:r>
        <w:rPr>
          <w:rFonts w:ascii="宋体" w:eastAsia="宋体" w:hAnsi="宋体" w:cs="宋体"/>
          <w:color w:val="000000"/>
        </w:rPr>
        <w:t>答案不唯一，只要最少操作次数是</w:t>
      </w:r>
      <w:r>
        <w:rPr>
          <w:rFonts w:ascii="Times New Roman" w:eastAsia="Times New Roman" w:hAnsi="Times New Roman" w:cs="Times New Roman"/>
          <w:color w:val="000000"/>
        </w:rPr>
        <w:t>3</w:t>
      </w:r>
      <w:r>
        <w:rPr>
          <w:rFonts w:ascii="宋体" w:eastAsia="宋体" w:hAnsi="宋体" w:cs="宋体"/>
          <w:color w:val="000000"/>
        </w:rPr>
        <w:t>次即可；</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为正整数，经过通过三次操作进入</w:t>
      </w:r>
      <w:r>
        <w:rPr>
          <w:rFonts w:ascii="Times New Roman" w:eastAsia="Times New Roman" w:hAnsi="Times New Roman" w:cs="Times New Roman"/>
          <w:color w:val="000000"/>
        </w:rPr>
        <w:t>“</w:t>
      </w:r>
      <w:r>
        <w:rPr>
          <w:rFonts w:ascii="宋体" w:eastAsia="宋体" w:hAnsi="宋体" w:cs="宋体"/>
          <w:color w:val="000000"/>
        </w:rPr>
        <w:t>稳定状态</w:t>
      </w:r>
      <w:r>
        <w:rPr>
          <w:rFonts w:ascii="Times New Roman" w:eastAsia="Times New Roman" w:hAnsi="Times New Roman" w:cs="Times New Roman"/>
          <w:color w:val="000000"/>
        </w:rPr>
        <w:t>”</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，并且第二次操作后的正方形各边上在数都为</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如图：</w:t>
      </w:r>
    </w:p>
    <w:p>
      <w:pPr>
        <w:spacing w:line="360" w:lineRule="auto"/>
        <w:jc w:val="left"/>
        <w:textAlignment w:val="center"/>
        <w:rPr>
          <w:color w:val="000000"/>
        </w:rPr>
      </w:pPr>
      <w:r>
        <w:rPr>
          <w:color w:val="000000"/>
        </w:rPr>
        <w:drawing>
          <wp:inline>
            <wp:extent cx="4019550" cy="971550"/>
            <wp:docPr id="307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 name=""/>
                    <pic:cNvPicPr>
                      <a:picLocks noChangeAspect="1"/>
                    </pic:cNvPicPr>
                  </pic:nvPicPr>
                  <pic:blipFill>
                    <a:blip r:embed="rId3128"/>
                    <a:stretch>
                      <a:fillRect/>
                    </a:stretch>
                  </pic:blipFill>
                  <pic:spPr>
                    <a:xfrm>
                      <a:off x="0" y="0"/>
                      <a:ext cx="4019550" cy="971550"/>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6=2</w:t>
      </w:r>
      <w:r>
        <w:rPr>
          <w:rFonts w:ascii="宋体" w:eastAsia="宋体" w:hAnsi="宋体" w:cs="宋体"/>
          <w:color w:val="000000"/>
        </w:rPr>
        <w:t>或</w:t>
      </w:r>
      <w:r>
        <w:rPr>
          <w:rFonts w:ascii="Times New Roman" w:eastAsia="Times New Roman" w:hAnsi="Times New Roman" w:cs="Times New Roman"/>
          <w:i/>
          <w:color w:val="000000"/>
        </w:rPr>
        <w:t>m</w:t>
      </w:r>
      <w:r>
        <w:rPr>
          <w:rFonts w:ascii="宋体" w:eastAsia="宋体" w:hAnsi="宋体" w:cs="宋体"/>
          <w:color w:val="000000"/>
        </w:rPr>
        <w:t>－</w:t>
      </w:r>
      <w:r>
        <w:rPr>
          <w:rFonts w:ascii="Times New Roman" w:eastAsia="Times New Roman" w:hAnsi="Times New Roman" w:cs="Times New Roman"/>
          <w:color w:val="000000"/>
        </w:rPr>
        <w:t>6=</w:t>
      </w: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m</w:t>
      </w:r>
      <w:r>
        <w:rPr>
          <w:rFonts w:ascii="Times New Roman" w:eastAsia="Times New Roman" w:hAnsi="Times New Roman" w:cs="Times New Roman"/>
          <w:color w:val="000000"/>
        </w:rPr>
        <w:t>=8</w:t>
      </w:r>
      <w:r>
        <w:rPr>
          <w:rFonts w:ascii="宋体" w:eastAsia="宋体" w:hAnsi="宋体" w:cs="宋体"/>
          <w:color w:val="000000"/>
        </w:rPr>
        <w:t>或</w:t>
      </w:r>
      <w:r>
        <w:rPr>
          <w:rFonts w:ascii="Times New Roman" w:eastAsia="Times New Roman" w:hAnsi="Times New Roman" w:cs="Times New Roman"/>
          <w:i/>
          <w:color w:val="000000"/>
        </w:rPr>
        <w:t>m</w:t>
      </w:r>
      <w:r>
        <w:rPr>
          <w:rFonts w:ascii="Times New Roman" w:eastAsia="Times New Roman" w:hAnsi="Times New Roman" w:cs="Times New Roman"/>
          <w:color w:val="000000"/>
        </w:rPr>
        <w:t>=4</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故满足条件的</w:t>
      </w:r>
      <w:r>
        <w:rPr>
          <w:rFonts w:ascii="Times New Roman" w:eastAsia="Times New Roman" w:hAnsi="Times New Roman" w:cs="Times New Roman"/>
          <w:i/>
          <w:color w:val="000000"/>
        </w:rPr>
        <w:t>m</w:t>
      </w:r>
      <w:r>
        <w:rPr>
          <w:rFonts w:ascii="宋体" w:eastAsia="宋体" w:hAnsi="宋体" w:cs="宋体"/>
          <w:color w:val="000000"/>
        </w:rPr>
        <w:t>值为</w:t>
      </w:r>
      <w:r>
        <w:rPr>
          <w:rFonts w:ascii="Times New Roman" w:eastAsia="Times New Roman" w:hAnsi="Times New Roman" w:cs="Times New Roman"/>
          <w:color w:val="000000"/>
        </w:rPr>
        <w:t>4</w:t>
      </w:r>
      <w:r>
        <w:rPr>
          <w:rFonts w:ascii="宋体" w:eastAsia="宋体" w:hAnsi="宋体" w:cs="宋体"/>
          <w:color w:val="000000"/>
        </w:rPr>
        <w:t>或</w:t>
      </w:r>
      <w:r>
        <w:rPr>
          <w:rFonts w:ascii="Times New Roman" w:eastAsia="Times New Roman" w:hAnsi="Times New Roman" w:cs="Times New Roman"/>
          <w:color w:val="000000"/>
        </w:rPr>
        <w:t>8</w:t>
      </w:r>
      <w:r>
        <w:rPr>
          <w:rFonts w:ascii="宋体" w:eastAsia="宋体" w:hAnsi="宋体" w:cs="宋体"/>
          <w:color w:val="000000"/>
        </w:rPr>
        <w:t>．</w:t>
      </w:r>
    </w:p>
    <w:p>
      <w:pPr>
        <w:spacing w:line="360" w:lineRule="auto"/>
        <w:jc w:val="left"/>
        <w:textAlignment w:val="center"/>
        <w:rPr>
          <w:color w:val="000000"/>
        </w:rPr>
        <w:sectPr w:rsidSect="00C321EB">
          <w:headerReference w:type="even" r:id="rId432"/>
          <w:footerReference w:type="even" r:id="rId433"/>
          <w:headerReference w:type="first" r:id="rId434"/>
          <w:footerReference w:type="first" r:id="rId435"/>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本题考查数字的变化规律，理解题意，正确探索出数字之间的变化规律是解题的关键．</w:t>
      </w:r>
    </w:p>
    <w:p>
      <w:pPr>
        <w:pStyle w:val="Heading2"/>
      </w:pPr>
      <w:r>
        <w:t>门头沟区</w:t>
      </w:r>
    </w:p>
    <w:p>
      <w:pPr>
        <w:spacing w:line="360" w:lineRule="auto"/>
        <w:jc w:val="left"/>
        <w:textAlignment w:val="center"/>
        <w:rPr>
          <w:color w:val="000000"/>
        </w:rPr>
      </w:pPr>
      <w:r>
        <w:rPr>
          <w:color w:val="000000"/>
        </w:rPr>
        <w:t xml:space="preserve">27. </w:t>
      </w:r>
      <w:r>
        <w:rPr>
          <w:rFonts w:ascii="宋体" w:eastAsia="宋体" w:hAnsi="宋体" w:cs="宋体"/>
          <w:color w:val="000000"/>
        </w:rPr>
        <w:t>某家具厂有</w:t>
      </w:r>
      <w:r>
        <w:rPr>
          <w:rFonts w:ascii="Times New Roman" w:eastAsia="Times New Roman" w:hAnsi="Times New Roman" w:cs="Times New Roman"/>
          <w:color w:val="000000"/>
        </w:rPr>
        <w:t>60</w:t>
      </w:r>
      <w:r>
        <w:rPr>
          <w:rFonts w:ascii="宋体" w:eastAsia="宋体" w:hAnsi="宋体" w:cs="宋体"/>
          <w:color w:val="000000"/>
        </w:rPr>
        <w:t>名工人，加工某种由一个桌面和四条桌腿的桌子，工人每天每人可以加工</w:t>
      </w:r>
      <w:r>
        <w:rPr>
          <w:rFonts w:ascii="Times New Roman" w:eastAsia="Times New Roman" w:hAnsi="Times New Roman" w:cs="Times New Roman"/>
          <w:color w:val="000000"/>
        </w:rPr>
        <w:t>3</w:t>
      </w:r>
      <w:r>
        <w:rPr>
          <w:rFonts w:ascii="宋体" w:eastAsia="宋体" w:hAnsi="宋体" w:cs="宋体"/>
          <w:color w:val="000000"/>
        </w:rPr>
        <w:t>个桌面或</w:t>
      </w:r>
      <w:r>
        <w:rPr>
          <w:rFonts w:ascii="Times New Roman" w:eastAsia="Times New Roman" w:hAnsi="Times New Roman" w:cs="Times New Roman"/>
          <w:color w:val="000000"/>
        </w:rPr>
        <w:t>6</w:t>
      </w:r>
      <w:r>
        <w:rPr>
          <w:rFonts w:ascii="宋体" w:eastAsia="宋体" w:hAnsi="宋体" w:cs="宋体"/>
          <w:color w:val="000000"/>
        </w:rPr>
        <w:t>个桌腿．怎么分配加工桌面和桌腿的人数，才能使每天生产的桌面和桌腿配套．</w:t>
      </w:r>
    </w:p>
    <w:p>
      <w:pPr>
        <w:spacing w:line="360" w:lineRule="auto"/>
        <w:textAlignment w:val="center"/>
        <w:rPr>
          <w:color w:val="000000"/>
        </w:rPr>
      </w:pPr>
      <w:r>
        <w:rPr>
          <w:color w:val="2E75B6"/>
        </w:rPr>
        <w:t>【答案】</w:t>
      </w:r>
      <w:r>
        <w:rPr>
          <w:rFonts w:ascii="宋体" w:eastAsia="宋体" w:hAnsi="宋体" w:cs="宋体"/>
          <w:color w:val="000000"/>
        </w:rPr>
        <w:t>有</w:t>
      </w:r>
      <w:r>
        <w:rPr>
          <w:rFonts w:ascii="Times New Roman" w:eastAsia="Times New Roman" w:hAnsi="Times New Roman" w:cs="Times New Roman"/>
          <w:color w:val="000000"/>
        </w:rPr>
        <w:t>20</w:t>
      </w:r>
      <w:r>
        <w:rPr>
          <w:rFonts w:ascii="宋体" w:eastAsia="宋体" w:hAnsi="宋体" w:cs="宋体"/>
          <w:color w:val="000000"/>
        </w:rPr>
        <w:t>个工人加工桌面，</w:t>
      </w:r>
      <w:r>
        <w:rPr>
          <w:rFonts w:ascii="Times New Roman" w:eastAsia="Times New Roman" w:hAnsi="Times New Roman" w:cs="Times New Roman"/>
          <w:color w:val="000000"/>
        </w:rPr>
        <w:t>40</w:t>
      </w:r>
      <w:r>
        <w:rPr>
          <w:rFonts w:ascii="宋体" w:eastAsia="宋体" w:hAnsi="宋体" w:cs="宋体"/>
          <w:color w:val="000000"/>
        </w:rPr>
        <w:t>个工人加工桌腿</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设有</w:t>
      </w:r>
      <w:r>
        <w:rPr>
          <w:rFonts w:ascii="Times New Roman" w:eastAsia="Times New Roman" w:hAnsi="Times New Roman" w:cs="Times New Roman"/>
          <w:i/>
          <w:color w:val="000000"/>
        </w:rPr>
        <w:t>x</w:t>
      </w:r>
      <w:r>
        <w:rPr>
          <w:rFonts w:ascii="宋体" w:eastAsia="宋体" w:hAnsi="宋体" w:cs="宋体"/>
          <w:color w:val="000000"/>
        </w:rPr>
        <w:t>个工人加工桌面，根据“工人每天每人可以加工</w:t>
      </w:r>
      <w:r>
        <w:rPr>
          <w:rFonts w:ascii="Times New Roman" w:eastAsia="Times New Roman" w:hAnsi="Times New Roman" w:cs="Times New Roman"/>
          <w:color w:val="000000"/>
        </w:rPr>
        <w:t>3</w:t>
      </w:r>
      <w:r>
        <w:rPr>
          <w:rFonts w:ascii="宋体" w:eastAsia="宋体" w:hAnsi="宋体" w:cs="宋体"/>
          <w:color w:val="000000"/>
        </w:rPr>
        <w:t>个桌面或</w:t>
      </w:r>
      <w:r>
        <w:rPr>
          <w:rFonts w:ascii="Times New Roman" w:eastAsia="Times New Roman" w:hAnsi="Times New Roman" w:cs="Times New Roman"/>
          <w:color w:val="000000"/>
        </w:rPr>
        <w:t>6</w:t>
      </w:r>
      <w:r>
        <w:rPr>
          <w:rFonts w:ascii="宋体" w:eastAsia="宋体" w:hAnsi="宋体" w:cs="宋体"/>
          <w:color w:val="000000"/>
        </w:rPr>
        <w:t>个桌腿．”列出方程，即可求解．</w:t>
      </w:r>
    </w:p>
    <w:p>
      <w:pPr>
        <w:spacing w:line="360" w:lineRule="auto"/>
        <w:jc w:val="left"/>
        <w:textAlignment w:val="center"/>
        <w:rPr>
          <w:color w:val="000000"/>
        </w:rPr>
      </w:pPr>
      <w:r>
        <w:rPr>
          <w:color w:val="000000"/>
        </w:rPr>
        <w:t>【详解】</w:t>
      </w:r>
      <w:r>
        <w:rPr>
          <w:rFonts w:ascii="宋体" w:eastAsia="宋体" w:hAnsi="宋体" w:cs="宋体"/>
          <w:color w:val="000000"/>
        </w:rPr>
        <w:t>解：设有</w:t>
      </w:r>
      <w:r>
        <w:rPr>
          <w:rFonts w:ascii="Times New Roman" w:eastAsia="Times New Roman" w:hAnsi="Times New Roman" w:cs="Times New Roman"/>
          <w:i/>
          <w:color w:val="000000"/>
        </w:rPr>
        <w:t>x</w:t>
      </w:r>
      <w:r>
        <w:rPr>
          <w:rFonts w:ascii="宋体" w:eastAsia="宋体" w:hAnsi="宋体" w:cs="宋体"/>
          <w:color w:val="000000"/>
        </w:rPr>
        <w:t xml:space="preserve">个工人加工桌面，根据题意得： </w:t>
      </w:r>
    </w:p>
    <w:p>
      <w:pPr>
        <w:spacing w:line="360" w:lineRule="auto"/>
        <w:jc w:val="left"/>
        <w:textAlignment w:val="center"/>
        <w:rPr>
          <w:color w:val="000000"/>
        </w:rPr>
      </w:pPr>
      <w:r>
        <w:pict>
          <v:shape id="_x0000_i709679" type="#_x0000_t75" alt="学科网(www.zxxk.com)--教育资源门户，提供试卷、教案、课件、论文、素材以及各类教学资源下载，还有大量而丰富的教学相关资讯！" style="width:64.65pt;height:29.35pt" o:oleicon="f" o:ole="">
            <v:imagedata r:id="rId3129" o:title="eqId7175549ccc2bc427e7db10c3b9ff7da0"/>
          </v:shape>
        </w:pict>
      </w:r>
      <w:r>
        <w:rPr>
          <w:rFonts w:ascii="Times New Roman" w:eastAsia="Times New Roman" w:hAnsi="Times New Roman" w:cs="Times New Roman"/>
          <w:color w:val="000000"/>
        </w:rPr>
        <w:t xml:space="preserve"> </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解得：</w:t>
      </w:r>
      <w:r>
        <w:rPr>
          <w:rFonts w:ascii="Times New Roman" w:eastAsia="Times New Roman" w:hAnsi="Times New Roman" w:cs="Times New Roman"/>
          <w:i/>
          <w:color w:val="000000"/>
        </w:rPr>
        <w:t>x</w:t>
      </w:r>
      <w:r>
        <w:rPr>
          <w:rFonts w:ascii="Times New Roman" w:eastAsia="Times New Roman" w:hAnsi="Times New Roman" w:cs="Times New Roman"/>
          <w:color w:val="000000"/>
        </w:rPr>
        <w:t>=20</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60</w:t>
      </w:r>
      <w:r>
        <w:rPr>
          <w:rFonts w:ascii="宋体" w:eastAsia="宋体" w:hAnsi="宋体" w:cs="宋体"/>
          <w:color w:val="000000"/>
        </w:rPr>
        <w:t>－</w:t>
      </w:r>
      <w:r>
        <w:rPr>
          <w:rFonts w:ascii="Times New Roman" w:eastAsia="Times New Roman" w:hAnsi="Times New Roman" w:cs="Times New Roman"/>
          <w:color w:val="000000"/>
        </w:rPr>
        <w:t>20=40</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答：有</w:t>
      </w:r>
      <w:r>
        <w:rPr>
          <w:rFonts w:ascii="Times New Roman" w:eastAsia="Times New Roman" w:hAnsi="Times New Roman" w:cs="Times New Roman"/>
          <w:color w:val="000000"/>
        </w:rPr>
        <w:t>20</w:t>
      </w:r>
      <w:r>
        <w:rPr>
          <w:rFonts w:ascii="宋体" w:eastAsia="宋体" w:hAnsi="宋体" w:cs="宋体"/>
          <w:color w:val="000000"/>
        </w:rPr>
        <w:t>个工人加工桌面，</w:t>
      </w:r>
      <w:r>
        <w:rPr>
          <w:rFonts w:ascii="Times New Roman" w:eastAsia="Times New Roman" w:hAnsi="Times New Roman" w:cs="Times New Roman"/>
          <w:color w:val="000000"/>
        </w:rPr>
        <w:t>40</w:t>
      </w:r>
      <w:r>
        <w:rPr>
          <w:rFonts w:ascii="宋体" w:eastAsia="宋体" w:hAnsi="宋体" w:cs="宋体"/>
          <w:color w:val="000000"/>
        </w:rPr>
        <w:t>个工人加工桌腿．</w:t>
      </w:r>
    </w:p>
    <w:p>
      <w:pPr>
        <w:spacing w:line="360" w:lineRule="auto"/>
        <w:jc w:val="left"/>
        <w:textAlignment w:val="center"/>
        <w:rPr>
          <w:color w:val="000000"/>
        </w:rPr>
      </w:pPr>
      <w:r>
        <w:rPr>
          <w:color w:val="000000"/>
        </w:rPr>
        <w:t>【点睛】</w:t>
      </w:r>
      <w:r>
        <w:rPr>
          <w:rFonts w:ascii="宋体" w:eastAsia="宋体" w:hAnsi="宋体" w:cs="宋体"/>
          <w:color w:val="000000"/>
        </w:rPr>
        <w:t>本题主要考查了一元一次方程的应用，明确题意，准确得到等量关系是解题的关键．</w:t>
      </w:r>
    </w:p>
    <w:p>
      <w:pPr>
        <w:spacing w:line="360" w:lineRule="auto"/>
        <w:jc w:val="left"/>
        <w:textAlignment w:val="center"/>
        <w:rPr>
          <w:color w:val="000000"/>
        </w:rPr>
      </w:pPr>
      <w:r>
        <w:rPr>
          <w:color w:val="000000"/>
        </w:rPr>
        <w:t xml:space="preserve">28. </w:t>
      </w:r>
      <w:r>
        <w:rPr>
          <w:rFonts w:ascii="宋体" w:eastAsia="宋体" w:hAnsi="宋体" w:cs="宋体"/>
          <w:color w:val="000000"/>
        </w:rPr>
        <w:t>我们规定：数轴上的点</w:t>
      </w:r>
      <w:r>
        <w:rPr>
          <w:rFonts w:ascii="Times New Roman" w:eastAsia="Times New Roman" w:hAnsi="Times New Roman" w:cs="Times New Roman"/>
          <w:i/>
          <w:color w:val="000000"/>
        </w:rPr>
        <w:t>A</w:t>
      </w:r>
      <w:r>
        <w:rPr>
          <w:rFonts w:ascii="宋体" w:eastAsia="宋体" w:hAnsi="宋体" w:cs="宋体"/>
          <w:color w:val="000000"/>
        </w:rPr>
        <w:t>到原点的距离为</w:t>
      </w:r>
      <w:r>
        <w:rPr>
          <w:rFonts w:ascii="Times New Roman" w:eastAsia="Times New Roman" w:hAnsi="Times New Roman" w:cs="Times New Roman"/>
          <w:i/>
          <w:color w:val="000000"/>
        </w:rPr>
        <w:t>a</w:t>
      </w:r>
      <w:r>
        <w:rPr>
          <w:rFonts w:ascii="宋体" w:eastAsia="宋体" w:hAnsi="宋体" w:cs="宋体"/>
          <w:color w:val="000000"/>
        </w:rPr>
        <w:t>，如果数轴上存在某点</w:t>
      </w:r>
      <w:r>
        <w:rPr>
          <w:rFonts w:ascii="Times New Roman" w:eastAsia="Times New Roman" w:hAnsi="Times New Roman" w:cs="Times New Roman"/>
          <w:i/>
          <w:color w:val="000000"/>
        </w:rPr>
        <w:t>P</w:t>
      </w:r>
      <w:r>
        <w:rPr>
          <w:rFonts w:ascii="宋体" w:eastAsia="宋体" w:hAnsi="宋体" w:cs="宋体"/>
          <w:color w:val="000000"/>
        </w:rPr>
        <w:t>，到点</w:t>
      </w:r>
      <w:r>
        <w:rPr>
          <w:rFonts w:ascii="Times New Roman" w:eastAsia="Times New Roman" w:hAnsi="Times New Roman" w:cs="Times New Roman"/>
          <w:i/>
          <w:color w:val="000000"/>
        </w:rPr>
        <w:t>A</w:t>
      </w:r>
      <w:r>
        <w:rPr>
          <w:rFonts w:ascii="宋体" w:eastAsia="宋体" w:hAnsi="宋体" w:cs="宋体"/>
          <w:color w:val="000000"/>
        </w:rPr>
        <w:t>的距离是</w:t>
      </w:r>
      <w:r>
        <w:rPr>
          <w:rFonts w:ascii="Times New Roman" w:eastAsia="Times New Roman" w:hAnsi="Times New Roman" w:cs="Times New Roman"/>
          <w:i/>
          <w:color w:val="000000"/>
        </w:rPr>
        <w:t>a</w:t>
      </w:r>
      <w:r>
        <w:rPr>
          <w:rFonts w:ascii="宋体" w:eastAsia="宋体" w:hAnsi="宋体" w:cs="宋体"/>
          <w:color w:val="000000"/>
        </w:rPr>
        <w:t>的整数倍，就把点</w:t>
      </w:r>
      <w:r>
        <w:rPr>
          <w:rFonts w:ascii="Times New Roman" w:eastAsia="Times New Roman" w:hAnsi="Times New Roman" w:cs="Times New Roman"/>
          <w:i/>
          <w:color w:val="000000"/>
        </w:rPr>
        <w:t>P</w:t>
      </w:r>
      <w:r>
        <w:rPr>
          <w:rFonts w:ascii="宋体" w:eastAsia="宋体" w:hAnsi="宋体" w:cs="宋体"/>
          <w:color w:val="000000"/>
        </w:rPr>
        <w:t>称作点</w:t>
      </w:r>
      <w:r>
        <w:rPr>
          <w:rFonts w:ascii="Times New Roman" w:eastAsia="Times New Roman" w:hAnsi="Times New Roman" w:cs="Times New Roman"/>
          <w:i/>
          <w:color w:val="000000"/>
        </w:rPr>
        <w:t>A</w:t>
      </w:r>
      <w:r>
        <w:rPr>
          <w:rFonts w:ascii="宋体" w:eastAsia="宋体" w:hAnsi="宋体" w:cs="宋体"/>
          <w:color w:val="000000"/>
        </w:rPr>
        <w:t>的</w:t>
      </w:r>
      <w:r>
        <w:pict>
          <v:shape id="_x0000_i709680" type="#_x0000_t75" alt="学科网(www.zxxk.com)--教育资源门户，提供试卷、教案、课件、论文、素材以及各类教学资源下载，还有大量而丰富的教学相关资讯！" style="width:10pt;height:14.4pt" o:oleicon="f" o:ole="">
            <v:imagedata r:id="rId3130" o:title="eqIdf0a532e15e232cb4b99a8d4d07c89575"/>
          </v:shape>
        </w:pict>
      </w:r>
      <w:r>
        <w:rPr>
          <w:rFonts w:ascii="宋体" w:eastAsia="宋体" w:hAnsi="宋体" w:cs="宋体"/>
          <w:color w:val="000000"/>
        </w:rPr>
        <w:t>倍关联点．</w:t>
      </w:r>
    </w:p>
    <w:p>
      <w:pPr>
        <w:spacing w:line="360" w:lineRule="auto"/>
        <w:jc w:val="left"/>
        <w:textAlignment w:val="center"/>
        <w:rPr>
          <w:color w:val="000000"/>
        </w:rPr>
      </w:pPr>
      <w:r>
        <w:rPr>
          <w:color w:val="000000"/>
        </w:rPr>
        <w:t>（1）</w:t>
      </w:r>
      <w:r>
        <w:rPr>
          <w:rFonts w:ascii="宋体" w:eastAsia="宋体" w:hAnsi="宋体" w:cs="宋体"/>
          <w:color w:val="000000"/>
        </w:rPr>
        <w:t>当点</w:t>
      </w:r>
      <w:r>
        <w:rPr>
          <w:rFonts w:ascii="Times New Roman" w:eastAsia="Times New Roman" w:hAnsi="Times New Roman" w:cs="Times New Roman"/>
          <w:i/>
          <w:color w:val="000000"/>
        </w:rPr>
        <w:t>A</w:t>
      </w:r>
      <w:r>
        <w:rPr>
          <w:rFonts w:ascii="宋体" w:eastAsia="宋体" w:hAnsi="宋体" w:cs="宋体"/>
          <w:color w:val="000000"/>
        </w:rPr>
        <w:t>所表示的数是</w:t>
      </w:r>
      <w:r>
        <w:pict>
          <v:shape id="_x0000_i709681" type="#_x0000_t75" alt="学科网(www.zxxk.com)--教育资源门户，提供试卷、教案、课件、论文、素材以及各类教学资源下载，还有大量而丰富的教学相关资讯！" style="width:25.2pt;height:13.8pt" o:oleicon="f" o:ole="">
            <v:imagedata r:id="rId3131" o:title="eqId203b4c1b97dcb87dacb9fc636699f86e"/>
          </v:shape>
        </w:pict>
      </w:r>
      <w:r>
        <w:rPr>
          <w:rFonts w:ascii="宋体" w:eastAsia="宋体" w:hAnsi="宋体" w:cs="宋体"/>
          <w:color w:val="000000"/>
        </w:rPr>
        <w:t>时，</w:t>
      </w:r>
    </w:p>
    <w:p>
      <w:pPr>
        <w:spacing w:line="360" w:lineRule="auto"/>
        <w:jc w:val="left"/>
        <w:textAlignment w:val="center"/>
        <w:rPr>
          <w:color w:val="000000"/>
        </w:rPr>
      </w:pPr>
      <w:r>
        <w:rPr>
          <w:rFonts w:ascii="宋体" w:eastAsia="宋体" w:hAnsi="宋体" w:cs="宋体"/>
          <w:color w:val="000000"/>
        </w:rPr>
        <w:t>①如果存在点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倍关联点，则</w:t>
      </w:r>
      <w:r>
        <w:pict>
          <v:shape id="_x0000_i709682" type="#_x0000_t75" alt="学科网(www.zxxk.com)--教育资源门户，提供试卷、教案、课件、论文、素材以及各类教学资源下载，还有大量而丰富的教学相关资讯！" style="width:20.4pt;height:11.4pt" o:oleicon="f" o:ole="">
            <v:imagedata r:id="rId3132" o:title="eqId380bbacf854e30e2e747fc286d2b9997"/>
          </v:shape>
        </w:pict>
      </w:r>
      <w:r>
        <w:rPr>
          <w:rFonts w:ascii="Times New Roman" w:eastAsia="Times New Roman" w:hAnsi="Times New Roman" w:cs="Times New Roman"/>
          <w:color w:val="000000"/>
        </w:rPr>
        <w:t>_____</w:t>
      </w: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所表示的数是</w:t>
      </w:r>
      <w:r>
        <w:rPr>
          <w:rFonts w:ascii="Times New Roman" w:eastAsia="Times New Roman" w:hAnsi="Times New Roman" w:cs="Times New Roman"/>
          <w:color w:val="000000"/>
        </w:rPr>
        <w:t>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②如果点</w:t>
      </w:r>
      <w:r>
        <w:rPr>
          <w:rFonts w:ascii="Times New Roman" w:eastAsia="Times New Roman" w:hAnsi="Times New Roman" w:cs="Times New Roman"/>
          <w:i/>
          <w:color w:val="000000"/>
        </w:rPr>
        <w:t>P</w:t>
      </w:r>
      <w:r>
        <w:rPr>
          <w:rFonts w:ascii="宋体" w:eastAsia="宋体" w:hAnsi="宋体" w:cs="宋体"/>
          <w:color w:val="000000"/>
        </w:rPr>
        <w:t>在数轴上所表示的</w:t>
      </w:r>
      <w:r>
        <w:pict>
          <v:shape id="_x0000_i709683" type="#_x0000_t75" alt="学科网(www.zxxk.com)--教育资源门户，提供试卷、教案、课件、论文、素材以及各类教学资源下载，还有大量而丰富的教学相关资讯！" style="width:15.75pt;height:14.25pt" o:oleicon="f" o:ole="">
            <v:imagedata r:id="rId3133" o:title="eqId81fb134b2b48acc99213fff6ccfee65f"/>
          </v:shape>
        </w:pict>
      </w:r>
      <w:r>
        <w:rPr>
          <w:rFonts w:ascii="Times New Roman" w:eastAsia="Times New Roman" w:hAnsi="Times New Roman" w:cs="Times New Roman"/>
          <w:color w:val="000000"/>
        </w:rPr>
        <w:t>~7</w:t>
      </w:r>
      <w:r>
        <w:rPr>
          <w:rFonts w:ascii="宋体" w:eastAsia="宋体" w:hAnsi="宋体" w:cs="宋体"/>
          <w:color w:val="000000"/>
        </w:rPr>
        <w:t>两点之间运动，若存在点</w:t>
      </w:r>
      <w:r>
        <w:rPr>
          <w:rFonts w:ascii="Times New Roman" w:eastAsia="Times New Roman" w:hAnsi="Times New Roman" w:cs="Times New Roman"/>
          <w:i/>
          <w:color w:val="000000"/>
        </w:rPr>
        <w:t>A</w:t>
      </w:r>
      <w:r>
        <w:rPr>
          <w:rFonts w:ascii="宋体" w:eastAsia="宋体" w:hAnsi="宋体" w:cs="宋体"/>
          <w:color w:val="000000"/>
        </w:rPr>
        <w:t>最大的</w:t>
      </w:r>
      <w:r>
        <w:pict>
          <v:shape id="_x0000_i709684" type="#_x0000_t75" alt="学科网(www.zxxk.com)--教育资源门户，提供试卷、教案、课件、论文、素材以及各类教学资源下载，还有大量而丰富的教学相关资讯！" style="width:10pt;height:14.4pt" o:oleicon="f" o:ole="">
            <v:imagedata r:id="rId3134" o:title="eqIdf0a532e15e232cb4b99a8d4d07c89575"/>
          </v:shape>
        </w:pict>
      </w:r>
      <w:r>
        <w:rPr>
          <w:rFonts w:ascii="宋体" w:eastAsia="宋体" w:hAnsi="宋体" w:cs="宋体"/>
          <w:color w:val="000000"/>
        </w:rPr>
        <w:t>倍关联点，则</w:t>
      </w:r>
      <w:r>
        <w:pict>
          <v:shape id="_x0000_i709685" type="#_x0000_t75" alt="学科网(www.zxxk.com)--教育资源门户，提供试卷、教案、课件、论文、素材以及各类教学资源下载，还有大量而丰富的教学相关资讯！" style="width:18pt;height:12.75pt" o:oleicon="f" o:ole="">
            <v:imagedata r:id="rId3135" o:title="eqIddd707b69a11f8de5566f23c1a2a9ff5a"/>
          </v:shape>
        </w:pict>
      </w:r>
      <w:r>
        <w:rPr>
          <w:rFonts w:ascii="Times New Roman" w:eastAsia="Times New Roman" w:hAnsi="Times New Roman" w:cs="Times New Roman"/>
          <w:color w:val="000000"/>
        </w:rPr>
        <w:t>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如果点</w:t>
      </w:r>
      <w:r>
        <w:rPr>
          <w:rFonts w:ascii="Times New Roman" w:eastAsia="Times New Roman" w:hAnsi="Times New Roman" w:cs="Times New Roman"/>
          <w:i/>
          <w:color w:val="000000"/>
        </w:rPr>
        <w:t>A</w:t>
      </w:r>
      <w:r>
        <w:rPr>
          <w:rFonts w:ascii="宋体" w:eastAsia="宋体" w:hAnsi="宋体" w:cs="宋体"/>
          <w:color w:val="000000"/>
        </w:rPr>
        <w:t>在数轴上所表示的</w:t>
      </w:r>
      <w:r>
        <w:pict>
          <v:shape id="_x0000_i709686" type="#_x0000_t75" alt="学科网(www.zxxk.com)--教育资源门户，提供试卷、教案、课件、论文、素材以及各类教学资源下载，还有大量而丰富的教学相关资讯！" style="width:6.95pt;height:13pt" o:oleicon="f" o:ole="">
            <v:imagedata r:id="rId3136" o:title="eqIdbdaa19de263700a15fcf213d64a8cd57"/>
          </v:shape>
        </w:pict>
      </w:r>
      <w:r>
        <w:rPr>
          <w:rFonts w:ascii="Times New Roman" w:eastAsia="Times New Roman" w:hAnsi="Times New Roman" w:cs="Times New Roman"/>
          <w:color w:val="000000"/>
        </w:rPr>
        <w:t>~4</w:t>
      </w:r>
      <w:r>
        <w:rPr>
          <w:rFonts w:ascii="宋体" w:eastAsia="宋体" w:hAnsi="宋体" w:cs="宋体"/>
          <w:color w:val="000000"/>
        </w:rPr>
        <w:t>两点之间运动，且存在</w:t>
      </w:r>
      <w:r>
        <w:rPr>
          <w:rFonts w:ascii="Times New Roman" w:eastAsia="Times New Roman" w:hAnsi="Times New Roman" w:cs="Times New Roman"/>
          <w:i/>
          <w:color w:val="000000"/>
        </w:rPr>
        <w:t>A</w:t>
      </w:r>
      <w:r>
        <w:rPr>
          <w:rFonts w:ascii="宋体" w:eastAsia="宋体" w:hAnsi="宋体" w:cs="宋体"/>
          <w:color w:val="000000"/>
        </w:rPr>
        <w:t>的</w:t>
      </w:r>
      <w:r>
        <w:pict>
          <v:shape id="_x0000_i709687" type="#_x0000_t75" alt="学科网(www.zxxk.com)--教育资源门户，提供试卷、教案、课件、论文、素材以及各类教学资源下载，还有大量而丰富的教学相关资讯！" style="width:9.75pt;height:12.75pt" o:oleicon="f" o:ole="">
            <v:imagedata r:id="rId3137" o:title="eqId61128ab996360a038e6e64d82fcba004"/>
          </v:shape>
        </w:pict>
      </w:r>
      <w:r>
        <w:rPr>
          <w:rFonts w:ascii="宋体" w:eastAsia="宋体" w:hAnsi="宋体" w:cs="宋体"/>
          <w:color w:val="000000"/>
        </w:rPr>
        <w:t>倍关联点，求点</w:t>
      </w:r>
      <w:r>
        <w:rPr>
          <w:rFonts w:ascii="Times New Roman" w:eastAsia="Times New Roman" w:hAnsi="Times New Roman" w:cs="Times New Roman"/>
          <w:i/>
          <w:color w:val="000000"/>
        </w:rPr>
        <w:t>P</w:t>
      </w:r>
      <w:r>
        <w:rPr>
          <w:rFonts w:ascii="宋体" w:eastAsia="宋体" w:hAnsi="宋体" w:cs="宋体"/>
          <w:color w:val="000000"/>
        </w:rPr>
        <w:t>所表示的数的取值范围．</w:t>
      </w:r>
    </w:p>
    <w:p>
      <w:pPr>
        <w:spacing w:line="360" w:lineRule="auto"/>
        <w:textAlignment w:val="center"/>
        <w:rPr>
          <w:color w:val="000000"/>
        </w:rPr>
      </w:pPr>
      <w:r>
        <w:rPr>
          <w:color w:val="2E75B6"/>
        </w:rPr>
        <w:t>【答案】</w:t>
      </w:r>
      <w:r>
        <w:rPr>
          <w:color w:val="000000"/>
        </w:rPr>
        <w:t>（1）</w:t>
      </w:r>
      <w:r>
        <w:rPr>
          <w:rFonts w:ascii="宋体" w:eastAsia="宋体" w:hAnsi="宋体" w:cs="宋体"/>
          <w:color w:val="000000"/>
        </w:rPr>
        <w:t>①</w: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或</w:t>
      </w:r>
      <w:r>
        <w:rPr>
          <w:rFonts w:ascii="Times New Roman" w:eastAsia="Times New Roman" w:hAnsi="Times New Roman" w:cs="Times New Roman"/>
          <w:color w:val="000000"/>
        </w:rPr>
        <w:t>1.5</w:t>
      </w:r>
      <w:r>
        <w:rPr>
          <w:rFonts w:ascii="宋体" w:eastAsia="宋体" w:hAnsi="宋体" w:cs="宋体"/>
          <w:color w:val="000000"/>
        </w:rPr>
        <w:t>；②</w:t>
      </w:r>
      <w:r>
        <w:rPr>
          <w:rFonts w:ascii="Times New Roman" w:eastAsia="Times New Roman" w:hAnsi="Times New Roman" w:cs="Times New Roman"/>
          <w:color w:val="000000"/>
        </w:rPr>
        <w:t>5</w:t>
      </w:r>
      <w:r>
        <w:rPr>
          <w:color w:val="000000"/>
        </w:rPr>
        <w:t xml:space="preserve">    </w:t>
      </w:r>
    </w:p>
    <w:p>
      <w:pPr>
        <w:spacing w:line="360" w:lineRule="auto"/>
        <w:textAlignment w:val="center"/>
        <w:rPr>
          <w:color w:val="000000"/>
        </w:rPr>
      </w:pPr>
      <w:r>
        <w:rPr>
          <w:color w:val="000000"/>
        </w:rPr>
        <w:t>（2）</w:t>
      </w:r>
      <w:r>
        <w:pict>
          <v:shape id="_x0000_i709688" type="#_x0000_t75" alt="学科网(www.zxxk.com)--教育资源门户，提供试卷、教案、课件、论文、素材以及各类教学资源下载，还有大量而丰富的教学相关资讯！" style="width:69.7pt;height:14.7pt" o:oleicon="f" o:ole="">
            <v:imagedata r:id="rId3138" o:title="eqId9b8304bd2e74e43b12ce4af366883eb6"/>
          </v:shape>
        </w:pict>
      </w:r>
      <w:r>
        <w:rPr>
          <w:rFonts w:ascii="宋体" w:eastAsia="宋体" w:hAnsi="宋体" w:cs="宋体"/>
          <w:color w:val="000000"/>
        </w:rPr>
        <w:t>（含端点）</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）①根据绝对值的性质求出</w:t>
      </w:r>
      <w:r>
        <w:rPr>
          <w:rFonts w:ascii="Times New Roman" w:eastAsia="Times New Roman" w:hAnsi="Times New Roman" w:cs="Times New Roman"/>
          <w:i/>
          <w:color w:val="000000"/>
        </w:rPr>
        <w:t>a</w:t>
      </w:r>
      <w:r>
        <w:rPr>
          <w:rFonts w:ascii="宋体" w:eastAsia="宋体" w:hAnsi="宋体" w:cs="宋体"/>
          <w:color w:val="000000"/>
        </w:rPr>
        <w:t>的值，由</w:t>
      </w:r>
      <w:r>
        <w:rPr>
          <w:rFonts w:ascii="Times New Roman" w:eastAsia="Times New Roman" w:hAnsi="Times New Roman" w:cs="Times New Roman"/>
          <w:color w:val="000000"/>
        </w:rPr>
        <w:t>2</w:t>
      </w:r>
      <w:r>
        <w:rPr>
          <w:rFonts w:ascii="宋体" w:eastAsia="宋体" w:hAnsi="宋体" w:cs="宋体"/>
          <w:color w:val="000000"/>
        </w:rPr>
        <w:t>倍关联点，得到</w:t>
      </w:r>
      <w:r>
        <w:rPr>
          <w:rFonts w:ascii="Times New Roman" w:eastAsia="Times New Roman" w:hAnsi="Times New Roman" w:cs="Times New Roman"/>
          <w:i/>
          <w:color w:val="000000"/>
        </w:rPr>
        <w:t>AP</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=3</w:t>
      </w:r>
      <w:r>
        <w:rPr>
          <w:rFonts w:ascii="宋体" w:eastAsia="宋体" w:hAnsi="宋体" w:cs="宋体"/>
          <w:color w:val="000000"/>
        </w:rPr>
        <w:t>，即可得到点</w:t>
      </w:r>
      <w:r>
        <w:rPr>
          <w:rFonts w:ascii="Times New Roman" w:eastAsia="Times New Roman" w:hAnsi="Times New Roman" w:cs="Times New Roman"/>
          <w:i/>
          <w:color w:val="000000"/>
        </w:rPr>
        <w:t>P</w:t>
      </w:r>
      <w:r>
        <w:rPr>
          <w:rFonts w:ascii="宋体" w:eastAsia="宋体" w:hAnsi="宋体" w:cs="宋体"/>
          <w:color w:val="000000"/>
        </w:rPr>
        <w:t>表示的数；</w:t>
      </w:r>
    </w:p>
    <w:p>
      <w:pPr>
        <w:spacing w:line="360" w:lineRule="auto"/>
        <w:jc w:val="left"/>
        <w:textAlignment w:val="center"/>
        <w:rPr>
          <w:color w:val="000000"/>
        </w:rPr>
      </w:pPr>
      <w:r>
        <w:rPr>
          <w:rFonts w:ascii="宋体" w:eastAsia="宋体" w:hAnsi="宋体" w:cs="宋体"/>
          <w:color w:val="000000"/>
        </w:rPr>
        <w:t>②由关联点得到</w:t>
      </w:r>
      <w:r>
        <w:pict>
          <v:shape id="_x0000_i709689" type="#_x0000_t75" alt="学科网(www.zxxk.com)--教育资源门户，提供试卷、教案、课件、论文、素材以及各类教学资源下载，还有大量而丰富的教学相关资讯！" style="width:177.75pt;height:14.25pt" o:oleicon="f" o:ole="">
            <v:imagedata r:id="rId3139" o:title="eqIda27a0df18a30c0582fc3b3f08c349f3e"/>
          </v:shape>
        </w:pict>
      </w:r>
      <w:r>
        <w:rPr>
          <w:rFonts w:ascii="宋体" w:eastAsia="宋体" w:hAnsi="宋体" w:cs="宋体"/>
          <w:color w:val="000000"/>
        </w:rPr>
        <w:t>，即可得到</w:t>
      </w:r>
      <w:r>
        <w:rPr>
          <w:rFonts w:ascii="Times New Roman" w:eastAsia="Times New Roman" w:hAnsi="Times New Roman" w:cs="Times New Roman"/>
          <w:i/>
          <w:color w:val="000000"/>
        </w:rPr>
        <w:t>k=</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）由点</w:t>
      </w:r>
      <w:r>
        <w:rPr>
          <w:rFonts w:ascii="Times New Roman" w:eastAsia="Times New Roman" w:hAnsi="Times New Roman" w:cs="Times New Roman"/>
          <w:i/>
          <w:color w:val="000000"/>
        </w:rPr>
        <w:t>A</w:t>
      </w:r>
      <w:r>
        <w:rPr>
          <w:rFonts w:ascii="宋体" w:eastAsia="宋体" w:hAnsi="宋体" w:cs="宋体"/>
          <w:color w:val="000000"/>
        </w:rPr>
        <w:t>在数轴上所表示的</w:t>
      </w:r>
      <w:r>
        <w:pict>
          <v:shape id="_x0000_i709690" type="#_x0000_t75" alt="学科网(www.zxxk.com)--教育资源门户，提供试卷、教案、课件、论文、素材以及各类教学资源下载，还有大量而丰富的教学相关资讯！" style="width:6.95pt;height:13pt" o:oleicon="f" o:ole="">
            <v:imagedata r:id="rId3140" o:title="eqIdbdaa19de263700a15fcf213d64a8cd57"/>
          </v:shape>
        </w:pict>
      </w:r>
      <w:r>
        <w:rPr>
          <w:rFonts w:ascii="Times New Roman" w:eastAsia="Times New Roman" w:hAnsi="Times New Roman" w:cs="Times New Roman"/>
          <w:color w:val="000000"/>
        </w:rPr>
        <w:t>~4</w:t>
      </w:r>
      <w:r>
        <w:rPr>
          <w:rFonts w:ascii="宋体" w:eastAsia="宋体" w:hAnsi="宋体" w:cs="宋体"/>
          <w:color w:val="000000"/>
        </w:rPr>
        <w:t>两点之间运动，且点</w:t>
      </w:r>
      <w:r>
        <w:rPr>
          <w:rFonts w:ascii="Times New Roman" w:eastAsia="Times New Roman" w:hAnsi="Times New Roman" w:cs="Times New Roman"/>
          <w:i/>
          <w:color w:val="000000"/>
        </w:rPr>
        <w:t>P</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的</w:t>
      </w:r>
      <w:r>
        <w:pict>
          <v:shape id="_x0000_i709691" type="#_x0000_t75" alt="学科网(www.zxxk.com)--教育资源门户，提供试卷、教案、课件、论文、素材以及各类教学资源下载，还有大量而丰富的教学相关资讯！" style="width:9.75pt;height:12.75pt" o:oleicon="f" o:ole="">
            <v:imagedata r:id="rId3141" o:title="eqId61128ab996360a038e6e64d82fcba004"/>
          </v:shape>
        </w:pict>
      </w:r>
      <w:r>
        <w:rPr>
          <w:rFonts w:ascii="宋体" w:eastAsia="宋体" w:hAnsi="宋体" w:cs="宋体"/>
          <w:color w:val="000000"/>
        </w:rPr>
        <w:t>倍关联点，分两种情况：当点</w:t>
      </w:r>
      <w:r>
        <w:rPr>
          <w:rFonts w:ascii="Times New Roman" w:eastAsia="Times New Roman" w:hAnsi="Times New Roman" w:cs="Times New Roman"/>
          <w:i/>
          <w:color w:val="000000"/>
        </w:rPr>
        <w:t>P</w:t>
      </w:r>
      <w:r>
        <w:rPr>
          <w:rFonts w:ascii="宋体" w:eastAsia="宋体" w:hAnsi="宋体" w:cs="宋体"/>
          <w:color w:val="000000"/>
        </w:rPr>
        <w:t>表示的数是正数时，当点</w:t>
      </w:r>
      <w:r>
        <w:rPr>
          <w:rFonts w:ascii="Times New Roman" w:eastAsia="Times New Roman" w:hAnsi="Times New Roman" w:cs="Times New Roman"/>
          <w:i/>
          <w:color w:val="000000"/>
        </w:rPr>
        <w:t>P</w:t>
      </w:r>
      <w:r>
        <w:rPr>
          <w:rFonts w:ascii="宋体" w:eastAsia="宋体" w:hAnsi="宋体" w:cs="宋体"/>
          <w:color w:val="000000"/>
        </w:rPr>
        <w:t>表示的数是负数时，分别求出点</w:t>
      </w:r>
      <w:r>
        <w:rPr>
          <w:rFonts w:ascii="Times New Roman" w:eastAsia="Times New Roman" w:hAnsi="Times New Roman" w:cs="Times New Roman"/>
          <w:i/>
          <w:color w:val="000000"/>
        </w:rPr>
        <w:t>P</w:t>
      </w:r>
      <w:r>
        <w:rPr>
          <w:rFonts w:ascii="宋体" w:eastAsia="宋体" w:hAnsi="宋体" w:cs="宋体"/>
          <w:color w:val="000000"/>
        </w:rPr>
        <w:t>在数轴上运动的范围即可．</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eastAsia="宋体" w:hAnsi="宋体" w:cs="宋体"/>
          <w:color w:val="000000"/>
        </w:rPr>
        <w:t>解：①</w:t>
      </w:r>
      <w:r>
        <w:rPr>
          <w:rFonts w:ascii="Times New Roman" w:eastAsia="Times New Roman" w:hAnsi="Times New Roman" w:cs="Times New Roman"/>
          <w:i/>
          <w:color w:val="000000"/>
        </w:rPr>
        <w:t>a</w:t>
      </w:r>
      <w:r>
        <w:rPr>
          <w:rFonts w:ascii="Times New Roman" w:eastAsia="Times New Roman" w:hAnsi="Times New Roman" w:cs="Times New Roman"/>
          <w:color w:val="000000"/>
        </w:rPr>
        <w:t>=</w:t>
      </w:r>
      <w:r>
        <w:pict>
          <v:shape id="_x0000_i709692" type="#_x0000_t75" alt="学科网(www.zxxk.com)--教育资源门户，提供试卷、教案、课件、论文、素材以及各类教学资源下载，还有大量而丰富的教学相关资讯！" style="width:29.4pt;height:20.15pt" o:oleicon="f" o:ole="">
            <v:imagedata r:id="rId3142" o:title="eqId47a0f1b9939fa4e01971a7bacb171ad5"/>
          </v:shape>
        </w:pict>
      </w:r>
      <w:r>
        <w:rPr>
          <w:rFonts w:ascii="Times New Roman" w:eastAsia="Times New Roman" w:hAnsi="Times New Roman" w:cs="Times New Roman"/>
          <w:color w:val="000000"/>
        </w:rPr>
        <w:t>=1.5</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的</w:t>
      </w:r>
      <w:r>
        <w:rPr>
          <w:rFonts w:ascii="Times New Roman" w:eastAsia="Times New Roman" w:hAnsi="Times New Roman" w:cs="Times New Roman"/>
          <w:color w:val="000000"/>
        </w:rPr>
        <w:t>2</w:t>
      </w:r>
      <w:r>
        <w:rPr>
          <w:rFonts w:ascii="宋体" w:eastAsia="宋体" w:hAnsi="宋体" w:cs="宋体"/>
          <w:color w:val="000000"/>
        </w:rPr>
        <w:t>倍关联点，</w:t>
      </w:r>
    </w:p>
    <w:p>
      <w:pPr>
        <w:spacing w:line="360" w:lineRule="auto"/>
        <w:jc w:val="left"/>
        <w:textAlignment w:val="center"/>
        <w:rPr>
          <w:color w:val="000000"/>
        </w:rPr>
      </w:pPr>
      <w:r>
        <w:rPr>
          <w:rFonts w:ascii="宋体" w:eastAsia="宋体" w:hAnsi="宋体" w:cs="宋体"/>
          <w:color w:val="000000"/>
        </w:rPr>
        <w:t>∴</w:t>
      </w:r>
      <w:r>
        <w:rPr>
          <w:rFonts w:ascii="Times New Roman" w:eastAsia="Times New Roman" w:hAnsi="Times New Roman" w:cs="Times New Roman"/>
          <w:i/>
          <w:color w:val="000000"/>
        </w:rPr>
        <w:t>AP</w:t>
      </w:r>
      <w:r>
        <w:rPr>
          <w:rFonts w:ascii="Times New Roman" w:eastAsia="Times New Roman" w:hAnsi="Times New Roman" w:cs="Times New Roman"/>
          <w:color w:val="000000"/>
        </w:rPr>
        <w:t>=2</w:t>
      </w:r>
      <w:r>
        <w:rPr>
          <w:rFonts w:ascii="Times New Roman" w:eastAsia="Times New Roman" w:hAnsi="Times New Roman" w:cs="Times New Roman"/>
          <w:i/>
          <w:color w:val="000000"/>
        </w:rPr>
        <w:t>a</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color w:val="000000"/>
        </w:rPr>
        <w:t xml:space="preserve">             </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所表示的数是</w:t>
      </w:r>
      <w:r>
        <w:pict>
          <v:shape id="_x0000_i709693" type="#_x0000_t75" alt="学科网(www.zxxk.com)--教育资源门户，提供试卷、教案、课件、论文、素材以及各类教学资源下载，还有大量而丰富的教学相关资讯！" style="width:44.05pt;height:13.75pt" o:oleicon="f" o:ole="">
            <v:imagedata r:id="rId3143" o:title="eqIda60bfee98578f3200fc2f84cebaa173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-1.5</w:t>
      </w:r>
      <w:r>
        <w:rPr>
          <w:rFonts w:ascii="宋体" w:eastAsia="宋体" w:hAnsi="宋体" w:cs="宋体"/>
          <w:color w:val="000000"/>
        </w:rPr>
        <w:t>，</w:t>
      </w:r>
      <w:r>
        <w:pict>
          <v:shape id="_x0000_i709694" type="#_x0000_t75" alt="学科网(www.zxxk.com)--教育资源门户，提供试卷、教案、课件、论文、素材以及各类教学资源下载，还有大量而丰富的教学相关资讯！" style="width:44.05pt;height:13.75pt" o:oleicon="f" o:ole="">
            <v:imagedata r:id="rId3144" o:title="eqIda60bfee98578f3200fc2f84cebaa1737"/>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②由①可知，点</w:t>
      </w:r>
      <w:r>
        <w:rPr>
          <w:rFonts w:ascii="Times New Roman" w:eastAsia="Times New Roman" w:hAnsi="Times New Roman" w:cs="Times New Roman"/>
          <w:i/>
          <w:color w:val="000000"/>
        </w:rPr>
        <w:t>P</w:t>
      </w:r>
      <w:r>
        <w:rPr>
          <w:rFonts w:ascii="宋体" w:eastAsia="宋体" w:hAnsi="宋体" w:cs="宋体"/>
          <w:color w:val="000000"/>
        </w:rPr>
        <w:t>表示的数为正数，</w:t>
      </w:r>
    </w:p>
    <w:p>
      <w:pPr>
        <w:spacing w:line="360" w:lineRule="auto"/>
        <w:jc w:val="left"/>
        <w:textAlignment w:val="center"/>
        <w:rPr>
          <w:color w:val="000000"/>
        </w:rPr>
      </w:pPr>
      <w:r>
        <w:rPr>
          <w:rFonts w:ascii="宋体" w:eastAsia="宋体" w:hAnsi="宋体" w:cs="宋体"/>
          <w:color w:val="000000"/>
        </w:rPr>
        <w:t>∵</w:t>
      </w:r>
      <w:r>
        <w:pict>
          <v:shape id="_x0000_i709695" type="#_x0000_t75" alt="学科网(www.zxxk.com)--教育资源门户，提供试卷、教案、课件、论文、素材以及各类教学资源下载，还有大量而丰富的教学相关资讯！" style="width:177.75pt;height:14.25pt" o:oleicon="f" o:ole="">
            <v:imagedata r:id="rId3145" o:title="eqIda27a0df18a30c0582fc3b3f08c349f3e"/>
          </v:shape>
        </w:pi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pict>
          <v:shape id="_x0000_i709696" type="#_x0000_t75" alt="学科网(www.zxxk.com)--教育资源门户，提供试卷、教案、课件、论文、素材以及各类教学资源下载，还有大量而丰富的教学相关资讯！" style="width:18pt;height:12.75pt" o:oleicon="f" o:ole="">
            <v:imagedata r:id="rId3146" o:title="eqIddd707b69a11f8de5566f23c1a2a9ff5a"/>
          </v:shape>
        </w:pic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故答案为：</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eastAsia="宋体" w:hAnsi="宋体" w:cs="宋体"/>
          <w:color w:val="000000"/>
        </w:rPr>
        <w:t>解：∵点</w:t>
      </w:r>
      <w:r>
        <w:rPr>
          <w:rFonts w:ascii="Times New Roman" w:eastAsia="Times New Roman" w:hAnsi="Times New Roman" w:cs="Times New Roman"/>
          <w:i/>
          <w:color w:val="000000"/>
        </w:rPr>
        <w:t>A</w:t>
      </w:r>
      <w:r>
        <w:rPr>
          <w:rFonts w:ascii="宋体" w:eastAsia="宋体" w:hAnsi="宋体" w:cs="宋体"/>
          <w:color w:val="000000"/>
        </w:rPr>
        <w:t>在数轴上所表示的</w:t>
      </w:r>
      <w:r>
        <w:pict>
          <v:shape id="_x0000_i709697" type="#_x0000_t75" alt="学科网(www.zxxk.com)--教育资源门户，提供试卷、教案、课件、论文、素材以及各类教学资源下载，还有大量而丰富的教学相关资讯！" style="width:6.95pt;height:13pt" o:oleicon="f" o:ole="">
            <v:imagedata r:id="rId3147" o:title="eqIdbdaa19de263700a15fcf213d64a8cd57"/>
          </v:shape>
        </w:pict>
      </w:r>
      <w:r>
        <w:rPr>
          <w:rFonts w:ascii="Times New Roman" w:eastAsia="Times New Roman" w:hAnsi="Times New Roman" w:cs="Times New Roman"/>
          <w:color w:val="000000"/>
        </w:rPr>
        <w:t>~4</w:t>
      </w:r>
      <w:r>
        <w:rPr>
          <w:rFonts w:ascii="宋体" w:eastAsia="宋体" w:hAnsi="宋体" w:cs="宋体"/>
          <w:color w:val="000000"/>
        </w:rPr>
        <w:t>两点之间运动，且点</w:t>
      </w:r>
      <w:r>
        <w:rPr>
          <w:rFonts w:ascii="Times New Roman" w:eastAsia="Times New Roman" w:hAnsi="Times New Roman" w:cs="Times New Roman"/>
          <w:i/>
          <w:color w:val="000000"/>
        </w:rPr>
        <w:t>P</w:t>
      </w:r>
      <w:r>
        <w:rPr>
          <w:rFonts w:ascii="宋体" w:eastAsia="宋体" w:hAnsi="宋体" w:cs="宋体"/>
          <w:color w:val="000000"/>
        </w:rPr>
        <w:t>是点</w:t>
      </w:r>
      <w:r>
        <w:rPr>
          <w:rFonts w:ascii="Times New Roman" w:eastAsia="Times New Roman" w:hAnsi="Times New Roman" w:cs="Times New Roman"/>
          <w:i/>
          <w:color w:val="000000"/>
        </w:rPr>
        <w:t>A</w:t>
      </w:r>
      <w:r>
        <w:rPr>
          <w:rFonts w:ascii="宋体" w:eastAsia="宋体" w:hAnsi="宋体" w:cs="宋体"/>
          <w:color w:val="000000"/>
        </w:rPr>
        <w:t>的</w:t>
      </w:r>
      <w:r>
        <w:pict>
          <v:shape id="_x0000_i709698" type="#_x0000_t75" alt="学科网(www.zxxk.com)--教育资源门户，提供试卷、教案、课件、论文、素材以及各类教学资源下载，还有大量而丰富的教学相关资讯！" style="width:9.75pt;height:12.75pt" o:oleicon="f" o:ole="">
            <v:imagedata r:id="rId3148" o:title="eqId61128ab996360a038e6e64d82fcba004"/>
          </v:shape>
        </w:pict>
      </w:r>
      <w:r>
        <w:rPr>
          <w:rFonts w:ascii="宋体" w:eastAsia="宋体" w:hAnsi="宋体" w:cs="宋体"/>
          <w:color w:val="000000"/>
        </w:rPr>
        <w:t>倍关联点，</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表示的数是正数时，则点</w:t>
      </w:r>
      <w:r>
        <w:rPr>
          <w:rFonts w:ascii="Times New Roman" w:eastAsia="Times New Roman" w:hAnsi="Times New Roman" w:cs="Times New Roman"/>
          <w:i/>
          <w:color w:val="000000"/>
        </w:rPr>
        <w:t>P</w:t>
      </w:r>
      <w:r>
        <w:rPr>
          <w:rFonts w:ascii="宋体" w:eastAsia="宋体" w:hAnsi="宋体" w:cs="宋体"/>
          <w:color w:val="000000"/>
        </w:rPr>
        <w:t>在数轴上所表示的</w:t>
      </w:r>
      <w:r>
        <w:rPr>
          <w:rFonts w:ascii="Times New Roman" w:eastAsia="Times New Roman" w:hAnsi="Times New Roman" w:cs="Times New Roman"/>
          <w:color w:val="000000"/>
        </w:rPr>
        <w:t>3~12</w:t>
      </w:r>
      <w:r>
        <w:rPr>
          <w:rFonts w:ascii="宋体" w:eastAsia="宋体" w:hAnsi="宋体" w:cs="宋体"/>
          <w:color w:val="000000"/>
        </w:rPr>
        <w:t>两点之间运动，</w:t>
      </w:r>
    </w:p>
    <w:p>
      <w:pPr>
        <w:spacing w:line="360" w:lineRule="auto"/>
        <w:jc w:val="left"/>
        <w:textAlignment w:val="center"/>
        <w:rPr>
          <w:color w:val="000000"/>
        </w:rPr>
      </w:pPr>
      <w:r>
        <w:rPr>
          <w:rFonts w:ascii="宋体" w:eastAsia="宋体" w:hAnsi="宋体" w:cs="宋体"/>
          <w:color w:val="000000"/>
        </w:rPr>
        <w:t>当点</w:t>
      </w:r>
      <w:r>
        <w:rPr>
          <w:rFonts w:ascii="Times New Roman" w:eastAsia="Times New Roman" w:hAnsi="Times New Roman" w:cs="Times New Roman"/>
          <w:i/>
          <w:color w:val="000000"/>
        </w:rPr>
        <w:t>P</w:t>
      </w:r>
      <w:r>
        <w:rPr>
          <w:rFonts w:ascii="宋体" w:eastAsia="宋体" w:hAnsi="宋体" w:cs="宋体"/>
          <w:color w:val="000000"/>
        </w:rPr>
        <w:t>表示的数是负数时，则点</w:t>
      </w:r>
      <w:r>
        <w:rPr>
          <w:rFonts w:ascii="Times New Roman" w:eastAsia="Times New Roman" w:hAnsi="Times New Roman" w:cs="Times New Roman"/>
          <w:i/>
          <w:color w:val="000000"/>
        </w:rPr>
        <w:t>P</w:t>
      </w:r>
      <w:r>
        <w:rPr>
          <w:rFonts w:ascii="宋体" w:eastAsia="宋体" w:hAnsi="宋体" w:cs="宋体"/>
          <w:color w:val="000000"/>
        </w:rPr>
        <w:t>在数轴上所表示的</w:t>
      </w:r>
      <w:r>
        <w:rPr>
          <w:rFonts w:ascii="Times New Roman" w:eastAsia="Times New Roman" w:hAnsi="Times New Roman" w:cs="Times New Roman"/>
          <w:color w:val="000000"/>
        </w:rPr>
        <w:t>-4~-1</w:t>
      </w:r>
      <w:r>
        <w:rPr>
          <w:rFonts w:ascii="宋体" w:eastAsia="宋体" w:hAnsi="宋体" w:cs="宋体"/>
          <w:color w:val="000000"/>
        </w:rPr>
        <w:t>两点之间运动，</w:t>
      </w:r>
    </w:p>
    <w:p>
      <w:pPr>
        <w:spacing w:line="360" w:lineRule="auto"/>
        <w:jc w:val="left"/>
        <w:textAlignment w:val="center"/>
        <w:rPr>
          <w:color w:val="000000"/>
        </w:rPr>
      </w:pPr>
      <w:r>
        <w:rPr>
          <w:rFonts w:ascii="宋体" w:eastAsia="宋体" w:hAnsi="宋体" w:cs="宋体"/>
          <w:color w:val="000000"/>
        </w:rPr>
        <w:t>∴点</w:t>
      </w:r>
      <w:r>
        <w:rPr>
          <w:rFonts w:ascii="Times New Roman" w:eastAsia="Times New Roman" w:hAnsi="Times New Roman" w:cs="Times New Roman"/>
          <w:i/>
          <w:color w:val="000000"/>
        </w:rPr>
        <w:t>P</w:t>
      </w:r>
      <w:r>
        <w:rPr>
          <w:rFonts w:ascii="宋体" w:eastAsia="宋体" w:hAnsi="宋体" w:cs="宋体"/>
          <w:color w:val="000000"/>
        </w:rPr>
        <w:t>所表示的数的取值范围是</w:t>
      </w:r>
      <w:r>
        <w:pict>
          <v:shape id="_x0000_i709699" type="#_x0000_t75" alt="学科网(www.zxxk.com)--教育资源门户，提供试卷、教案、课件、论文、素材以及各类教学资源下载，还有大量而丰富的教学相关资讯！" style="width:69.7pt;height:14.7pt" o:oleicon="f" o:ole="">
            <v:imagedata r:id="rId3149" o:title="eqId9b8304bd2e74e43b12ce4af366883eb6"/>
          </v:shape>
        </w:pict>
      </w:r>
      <w:r>
        <w:rPr>
          <w:rFonts w:ascii="宋体" w:eastAsia="宋体" w:hAnsi="宋体" w:cs="宋体"/>
          <w:color w:val="000000"/>
        </w:rPr>
        <w:t>（含端点）．</w:t>
      </w:r>
    </w:p>
    <w:p>
      <w:pPr>
        <w:spacing w:line="360" w:lineRule="auto"/>
        <w:jc w:val="left"/>
        <w:textAlignment w:val="center"/>
        <w:rPr>
          <w:color w:val="000000"/>
        </w:rPr>
        <w:sectPr w:rsidSect="00C321EB">
          <w:headerReference w:type="even" r:id="rId307"/>
          <w:footerReference w:type="even" r:id="rId308"/>
          <w:headerReference w:type="first" r:id="rId309"/>
          <w:footerReference w:type="first" r:id="rId310"/>
          <w:pgSz w:w="11906" w:h="16838"/>
          <w:pgMar w:top="910" w:right="1080" w:bottom="1440" w:left="1080" w:header="152" w:footer="0" w:gutter="0"/>
          <w:cols w:space="720"/>
          <w:titlePg w:val="0"/>
          <w:docGrid w:type="lines" w:linePitch="312"/>
        </w:sectPr>
      </w:pPr>
      <w:r>
        <w:rPr>
          <w:color w:val="000000"/>
        </w:rPr>
        <w:t>【点睛】</w:t>
      </w:r>
      <w:r>
        <w:rPr>
          <w:rFonts w:ascii="宋体" w:eastAsia="宋体" w:hAnsi="宋体" w:cs="宋体"/>
          <w:color w:val="000000"/>
        </w:rPr>
        <w:t>此题考查了绝对值的性质化简绝对值，新定义问题，数轴上动点问题，数轴上两点之间的距离，正确掌握数轴上两点之间的距离公式是解题的关键．</w:t>
      </w:r>
    </w:p>
    <w:p>
      <w:pPr>
        <w:pStyle w:val="Heading2"/>
      </w:pPr>
      <w:r>
        <w:t>顺义区</w:t>
      </w:r>
    </w:p>
    <w:p>
      <w:pPr>
        <w:spacing w:line="360" w:lineRule="auto"/>
        <w:jc w:val="left"/>
        <w:textAlignment w:val="center"/>
        <w:rPr>
          <w:rFonts w:ascii="宋体" w:eastAsia="宋体" w:hAnsi="宋体" w:cs="宋体"/>
          <w:color w:val="000000"/>
        </w:rPr>
      </w:pPr>
      <w:r>
        <w:rPr>
          <w:color w:val="000000"/>
        </w:rPr>
        <w:t xml:space="preserve">29. </w:t>
      </w:r>
      <w:r>
        <w:rPr>
          <w:rFonts w:ascii="宋体" w:eastAsia="宋体" w:hAnsi="宋体" w:cs="宋体"/>
          <w:color w:val="000000"/>
        </w:rPr>
        <w:t>已知</w:t>
      </w:r>
      <w:r>
        <w:rPr>
          <w:rFonts w:ascii="Times New Roman" w:eastAsia="Times New Roman" w:hAnsi="Times New Roman" w:cs="Times New Roman"/>
          <w:i/>
          <w:color w:val="000000"/>
        </w:rPr>
        <w:t>a</w:t>
      </w:r>
      <w:r>
        <w:rPr>
          <w:rFonts w:ascii="宋体" w:eastAsia="宋体" w:hAnsi="宋体" w:cs="宋体"/>
          <w:color w:val="000000"/>
        </w:rPr>
        <w:t>，</w:t>
      </w:r>
      <w:r>
        <w:rPr>
          <w:rFonts w:ascii="Times New Roman" w:eastAsia="Times New Roman" w:hAnsi="Times New Roman" w:cs="Times New Roman"/>
          <w:i/>
          <w:color w:val="000000"/>
        </w:rPr>
        <w:t>b</w:t>
      </w:r>
      <w:r>
        <w:rPr>
          <w:rFonts w:ascii="宋体" w:eastAsia="宋体" w:hAnsi="宋体" w:cs="宋体"/>
          <w:color w:val="000000"/>
        </w:rPr>
        <w:t>，</w:t>
      </w:r>
      <w:r>
        <w:rPr>
          <w:rFonts w:ascii="Times New Roman" w:eastAsia="Times New Roman" w:hAnsi="Times New Roman" w:cs="Times New Roman"/>
          <w:i/>
          <w:color w:val="000000"/>
        </w:rPr>
        <w:t>c</w:t>
      </w:r>
      <w:r>
        <w:rPr>
          <w:rFonts w:ascii="宋体" w:eastAsia="宋体" w:hAnsi="宋体" w:cs="宋体"/>
          <w:color w:val="000000"/>
        </w:rPr>
        <w:t>，</w:t>
      </w:r>
      <w:r>
        <w:rPr>
          <w:rFonts w:ascii="Times New Roman" w:eastAsia="Times New Roman" w:hAnsi="Times New Roman" w:cs="Times New Roman"/>
          <w:i/>
          <w:color w:val="000000"/>
        </w:rPr>
        <w:t>d</w:t>
      </w:r>
      <w:r>
        <w:rPr>
          <w:rFonts w:ascii="宋体" w:eastAsia="宋体" w:hAnsi="宋体" w:cs="宋体"/>
          <w:color w:val="000000"/>
        </w:rPr>
        <w:t>是有理数，对于任意</w:t>
      </w:r>
      <w:r>
        <w:pict>
          <v:shape id="_x0000_i709700" type="#_x0000_t75" alt="学科网(www.zxxk.com)--教育资源门户，提供试卷、教案、课件、论文、素材以及各类教学资源下载，还有大量而丰富的教学相关资讯！" style="width:29.25pt;height:33.75pt" o:oleicon="f" o:ole="">
            <v:imagedata r:id="rId3150" o:title="eqIda457b1b88358f7072aa65a7e39d488ad"/>
          </v:shape>
        </w:pict>
      </w:r>
      <w:r>
        <w:rPr>
          <w:rFonts w:ascii="宋体" w:eastAsia="宋体" w:hAnsi="宋体" w:cs="宋体"/>
          <w:color w:val="000000"/>
        </w:rPr>
        <w:t>，我们规定：</w:t>
      </w:r>
      <w:r>
        <w:pict>
          <v:shape id="_x0000_i709701" type="#_x0000_t75" alt="学科网(www.zxxk.com)--教育资源门户，提供试卷、教案、课件、论文、素材以及各类教学资源下载，还有大量而丰富的教学相关资讯！" style="width:75.75pt;height:33.75pt" o:oleicon="f" o:ole="">
            <v:imagedata r:id="rId3151" o:title="eqId6f1b0420b15b4d89ae3ad656f35a994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例如：</w:t>
      </w:r>
      <w:r>
        <w:pict>
          <v:shape id="_x0000_i709702" type="#_x0000_t75" alt="学科网(www.zxxk.com)--教育资源门户，提供试卷、教案、课件、论文、素材以及各类教学资源下载，还有大量而丰富的教学相关资讯！" style="width:105.75pt;height:33.75pt" o:oleicon="f" o:ole="">
            <v:imagedata r:id="rId3152" o:title="eqId0f57bcadeaaf0c113bdfa2d71608e378"/>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根据上述规定解决下列问题：</w:t>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pict>
          <v:shape id="_x0000_i709703" type="#_x0000_t75" alt="学科网(www.zxxk.com)--教育资源门户，提供试卷、教案、课件、论文、素材以及各类教学资源下载，还有大量而丰富的教学相关资讯！" style="width:48.75pt;height:33.75pt" o:oleicon="f" o:ole="">
            <v:imagedata r:id="rId3153" o:title="eqIdfdaaa9ba5922aee38a5c388c89bb82da"/>
          </v:shape>
        </w:pict>
      </w:r>
      <w:r>
        <w:rPr>
          <w:rFonts w:ascii="Times New Roman" w:eastAsia="Times New Roman" w:hAnsi="Times New Roman" w:cs="Times New Roman"/>
          <w:color w:val="000000"/>
        </w:rPr>
        <w:t>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若</w:t>
      </w:r>
      <w:r>
        <w:pict>
          <v:shape id="_x0000_i709704" type="#_x0000_t75" alt="学科网(www.zxxk.com)--教育资源门户，提供试卷、教案、课件、论文、素材以及各类教学资源下载，还有大量而丰富的教学相关资讯！" style="width:65.25pt;height:33.75pt" o:oleicon="f" o:ole="">
            <v:imagedata r:id="rId3154" o:title="eqIdfe595cf62dea7a89860c449b1db53915"/>
          </v:shape>
        </w:pict>
      </w:r>
      <w:r>
        <w:rPr>
          <w:rFonts w:ascii="宋体" w:eastAsia="宋体" w:hAnsi="宋体" w:cs="宋体"/>
          <w:color w:val="000000"/>
        </w:rPr>
        <w:t>，求</w:t>
      </w:r>
      <w:r>
        <w:pict>
          <v:shape id="_x0000_i709705" type="#_x0000_t75" alt="学科网(www.zxxk.com)--教育资源门户，提供试卷、教案、课件、论文、素材以及各类教学资源下载，还有大量而丰富的教学相关资讯！" style="width:9.65pt;height:11.3pt" o:oleicon="f" o:ole="">
            <v:imagedata r:id="rId3155" o:title="eqIda9cd3f94eb8045438f75e9daccfa7200"/>
          </v:shape>
        </w:pict>
      </w:r>
      <w:r>
        <w:rPr>
          <w:rFonts w:ascii="宋体" w:eastAsia="宋体" w:hAnsi="宋体" w:cs="宋体"/>
          <w:color w:val="000000"/>
        </w:rPr>
        <w:t>的值；</w:t>
      </w:r>
    </w:p>
    <w:p>
      <w:pPr>
        <w:spacing w:line="360" w:lineRule="auto"/>
        <w:jc w:val="left"/>
        <w:textAlignment w:val="center"/>
        <w:rPr>
          <w:rFonts w:ascii="宋体" w:eastAsia="宋体" w:hAnsi="宋体" w:cs="宋体"/>
          <w:color w:val="000000"/>
        </w:rPr>
      </w:pPr>
      <w:r>
        <w:rPr>
          <w:rFonts w:ascii="宋体" w:eastAsia="宋体" w:hAnsi="宋体" w:cs="宋体"/>
          <w:color w:val="000000"/>
        </w:rPr>
        <w:t>（3）</w:t>
      </w:r>
      <w:r>
        <w:rPr>
          <w:rFonts w:ascii="宋体" w:eastAsia="宋体" w:hAnsi="宋体" w:cs="宋体"/>
          <w:color w:val="000000"/>
        </w:rPr>
        <w:t>已知</w:t>
      </w:r>
      <w:r>
        <w:pict>
          <v:shape id="_x0000_i709706" type="#_x0000_t75" alt="学科网(www.zxxk.com)--教育资源门户，提供试卷、教案、课件、论文、素材以及各类教学资源下载，还有大量而丰富的教学相关资讯！" style="width:57.75pt;height:33.75pt" o:oleicon="f" o:ole="">
            <v:imagedata r:id="rId3156" o:title="eqId4d3a90c209b63c2a605d7681a4896618"/>
          </v:shape>
        </w:pict>
      </w:r>
      <w:r>
        <w:rPr>
          <w:rFonts w:ascii="宋体" w:eastAsia="宋体" w:hAnsi="宋体" w:cs="宋体"/>
          <w:color w:val="000000"/>
        </w:rPr>
        <w:t>，其中</w:t>
      </w:r>
      <w:r>
        <w:pict>
          <v:shape id="_x0000_i709707" type="#_x0000_t75" alt="学科网(www.zxxk.com)--教育资源门户，提供试卷、教案、课件、论文、素材以及各类教学资源下载，还有大量而丰富的教学相关资讯！" style="width:10pt;height:14.4pt" o:oleicon="f" o:ole="">
            <v:imagedata r:id="rId3157" o:title="eqId4d2187284c5d4de29906363f7d21f60f"/>
          </v:shape>
        </w:pict>
      </w:r>
      <w:r>
        <w:rPr>
          <w:rFonts w:ascii="宋体" w:eastAsia="宋体" w:hAnsi="宋体" w:cs="宋体"/>
          <w:color w:val="000000"/>
        </w:rPr>
        <w:t>是小于</w:t>
      </w:r>
      <w:r>
        <w:rPr>
          <w:rFonts w:ascii="Times New Roman" w:eastAsia="Times New Roman" w:hAnsi="Times New Roman" w:cs="Times New Roman"/>
          <w:color w:val="000000"/>
        </w:rPr>
        <w:t>10</w:t>
      </w:r>
      <w:r>
        <w:rPr>
          <w:rFonts w:ascii="宋体" w:eastAsia="宋体" w:hAnsi="宋体" w:cs="宋体"/>
          <w:color w:val="000000"/>
        </w:rPr>
        <w:t>的正整数，若</w:t>
      </w:r>
      <w:r>
        <w:rPr>
          <w:rFonts w:ascii="Times New Roman" w:eastAsia="Times New Roman" w:hAnsi="Times New Roman" w:cs="Times New Roman"/>
          <w:i/>
          <w:color w:val="000000"/>
        </w:rPr>
        <w:t>x</w:t>
      </w:r>
      <w:r>
        <w:rPr>
          <w:rFonts w:ascii="宋体" w:eastAsia="宋体" w:hAnsi="宋体" w:cs="宋体"/>
          <w:color w:val="000000"/>
        </w:rPr>
        <w:t>是整数，求</w:t>
      </w:r>
      <w:r>
        <w:pict>
          <v:shape id="_x0000_i709708" type="#_x0000_t75" alt="学科网(www.zxxk.com)--教育资源门户，提供试卷、教案、课件、论文、素材以及各类教学资源下载，还有大量而丰富的教学相关资讯！" style="width:10pt;height:14.4pt" o:oleicon="f" o:ole="">
            <v:imagedata r:id="rId3157" o:title="eqId4d2187284c5d4de29906363f7d21f60f"/>
          </v:shape>
        </w:pict>
      </w:r>
      <w:r>
        <w:rPr>
          <w:rFonts w:ascii="宋体" w:eastAsia="宋体" w:hAnsi="宋体" w:cs="宋体"/>
          <w:color w:val="000000"/>
        </w:rPr>
        <w:t>的值．</w:t>
      </w:r>
    </w:p>
    <w:p>
      <w:pPr>
        <w:spacing w:line="360" w:lineRule="auto"/>
        <w:textAlignment w:val="center"/>
        <w:rPr>
          <w:rFonts w:ascii="Times New Roman" w:eastAsia="Times New Roman" w:hAnsi="Times New Roman" w:cs="Times New Roman"/>
          <w:color w:val="000000"/>
        </w:rPr>
      </w:pPr>
      <w:r>
        <w:rPr>
          <w:color w:val="2E75B6"/>
        </w:rPr>
        <w:t>【答案】</w:t>
      </w:r>
      <w:r>
        <w:rPr>
          <w:color w:val="000000"/>
        </w:rPr>
        <w:t>（1）</w:t>
      </w:r>
      <w:r>
        <w:rPr>
          <w:rFonts w:ascii="Times New Roman" w:eastAsia="Times New Roman" w:hAnsi="Times New Roman" w:cs="Times New Roman"/>
          <w:color w:val="000000"/>
        </w:rPr>
        <w:t>-5</w:t>
      </w:r>
      <w:r>
        <w:rPr>
          <w:color w:val="000000"/>
        </w:rPr>
        <w:t xml:space="preserve">    </w:t>
      </w:r>
      <w:r>
        <w:rPr>
          <w:color w:val="000000"/>
        </w:rPr>
        <w:t>（2）</w:t>
      </w:r>
      <w:r>
        <w:pict>
          <v:shape id="_x0000_i709709" type="#_x0000_t75" alt="学科网(www.zxxk.com)--教育资源门户，提供试卷、教案、课件、论文、素材以及各类教学资源下载，还有大量而丰富的教学相关资讯！" style="width:39.75pt;height:14.25pt" o:oleicon="f" o:ole="">
            <v:imagedata r:id="rId3158" o:title="eqIdcad229bcedf245099fe8e58a03d4fb03"/>
          </v:shape>
        </w:pict>
      </w:r>
      <w:r>
        <w:rPr>
          <w:color w:val="000000"/>
        </w:rPr>
        <w:t xml:space="preserve">    </w:t>
      </w:r>
    </w:p>
    <w:p>
      <w:pPr>
        <w:spacing w:line="360" w:lineRule="auto"/>
        <w:textAlignment w:val="center"/>
        <w:rPr>
          <w:rFonts w:ascii="宋体" w:eastAsia="宋体" w:hAnsi="宋体" w:cs="宋体"/>
          <w:color w:val="000000"/>
        </w:rPr>
      </w:pPr>
      <w:r>
        <w:rPr>
          <w:color w:val="000000"/>
        </w:rPr>
        <w:t>（3）</w:t>
      </w:r>
      <w:r>
        <w:rPr>
          <w:rFonts w:ascii="Times New Roman" w:eastAsia="Times New Roman" w:hAnsi="Times New Roman" w:cs="Times New Roman"/>
          <w:i/>
          <w:color w:val="000000"/>
        </w:rPr>
        <w:t>k</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）根据规定代入数据求解即可；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）根据规定代入整式，利用方程的思想求解即可；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3</w:t>
      </w:r>
      <w:r>
        <w:rPr>
          <w:rFonts w:ascii="宋体" w:eastAsia="宋体" w:hAnsi="宋体" w:cs="宋体"/>
          <w:color w:val="000000"/>
        </w:rPr>
        <w:t>）根据规定代入整式，利用方程的思想，用含</w:t>
      </w:r>
      <w:r>
        <w:pict>
          <v:shape id="_x0000_i709710" type="#_x0000_t75" alt="学科网(www.zxxk.com)--教育资源门户，提供试卷、教案、课件、论文、素材以及各类教学资源下载，还有大量而丰富的教学相关资讯！" style="width:10pt;height:14.4pt" o:oleicon="f" o:ole="">
            <v:imagedata r:id="rId3159" o:title="eqId4d2187284c5d4de29906363f7d21f60f"/>
          </v:shape>
        </w:pict>
      </w:r>
      <w:r>
        <w:rPr>
          <w:rFonts w:ascii="宋体" w:eastAsia="宋体" w:hAnsi="宋体" w:cs="宋体"/>
          <w:color w:val="000000"/>
        </w:rPr>
        <w:t>的式子表示</w:t>
      </w:r>
      <w:r>
        <w:rPr>
          <w:rFonts w:ascii="Times New Roman" w:eastAsia="Times New Roman" w:hAnsi="Times New Roman" w:cs="Times New Roman"/>
          <w:i/>
          <w:color w:val="000000"/>
        </w:rPr>
        <w:t>x</w:t>
      </w:r>
      <w:r>
        <w:rPr>
          <w:rFonts w:ascii="宋体" w:eastAsia="宋体" w:hAnsi="宋体" w:cs="宋体"/>
          <w:color w:val="000000"/>
        </w:rPr>
        <w:t>，利用</w:t>
      </w:r>
      <w:r>
        <w:pict>
          <v:shape id="_x0000_i709711" type="#_x0000_t75" alt="学科网(www.zxxk.com)--教育资源门户，提供试卷、教案、课件、论文、素材以及各类教学资源下载，还有大量而丰富的教学相关资讯！" style="width:10pt;height:14.4pt" o:oleicon="f" o:ole="">
            <v:imagedata r:id="rId3159" o:title="eqId4d2187284c5d4de29906363f7d21f60f"/>
          </v:shape>
        </w:pict>
      </w:r>
      <w:r>
        <w:rPr>
          <w:rFonts w:ascii="宋体" w:eastAsia="宋体" w:hAnsi="宋体" w:cs="宋体"/>
          <w:color w:val="000000"/>
        </w:rPr>
        <w:t>是小于</w:t>
      </w:r>
      <w:r>
        <w:rPr>
          <w:rFonts w:ascii="Times New Roman" w:eastAsia="Times New Roman" w:hAnsi="Times New Roman" w:cs="Times New Roman"/>
          <w:color w:val="000000"/>
        </w:rPr>
        <w:t>10</w:t>
      </w:r>
      <w:r>
        <w:rPr>
          <w:rFonts w:ascii="宋体" w:eastAsia="宋体" w:hAnsi="宋体" w:cs="宋体"/>
          <w:color w:val="000000"/>
        </w:rPr>
        <w:t>的正整数，</w:t>
      </w:r>
      <w:r>
        <w:rPr>
          <w:rFonts w:ascii="Times New Roman" w:eastAsia="Times New Roman" w:hAnsi="Times New Roman" w:cs="Times New Roman"/>
          <w:i/>
          <w:color w:val="000000"/>
        </w:rPr>
        <w:t>x</w:t>
      </w:r>
      <w:r>
        <w:rPr>
          <w:rFonts w:ascii="宋体" w:eastAsia="宋体" w:hAnsi="宋体" w:cs="宋体"/>
          <w:color w:val="000000"/>
        </w:rPr>
        <w:t>是整数，就可求出</w:t>
      </w:r>
      <w:r>
        <w:pict>
          <v:shape id="_x0000_i709712" type="#_x0000_t75" alt="学科网(www.zxxk.com)--教育资源门户，提供试卷、教案、课件、论文、素材以及各类教学资源下载，还有大量而丰富的教学相关资讯！" style="width:10pt;height:14.4pt" o:oleicon="f" o:ole="">
            <v:imagedata r:id="rId3159" o:title="eqId4d2187284c5d4de29906363f7d21f60f"/>
          </v:shape>
        </w:pict>
      </w:r>
      <w:r>
        <w:rPr>
          <w:rFonts w:ascii="宋体" w:eastAsia="宋体" w:hAnsi="宋体" w:cs="宋体"/>
          <w:color w:val="000000"/>
        </w:rPr>
        <w:t>的值．</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w:t>
      </w:r>
      <w:r>
        <w:pict>
          <v:shape id="_x0000_i709713" type="#_x0000_t75" alt="学科网(www.zxxk.com)--教育资源门户，提供试卷、教案、课件、论文、素材以及各类教学资源下载，还有大量而丰富的教学相关资讯！" style="width:141pt;height:33.75pt" o:oleicon="f" o:ole="">
            <v:imagedata r:id="rId3160" o:title="eqId901114472592c87a6e90313885b66a6e"/>
          </v:shape>
        </w:pic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w:t>
      </w:r>
      <w:r>
        <w:pict>
          <v:shape id="_x0000_i709714" type="#_x0000_t75" alt="学科网(www.zxxk.com)--教育资源门户，提供试卷、教案、课件、论文、素材以及各类教学资源下载，还有大量而丰富的教学相关资讯！" style="width:150pt;height:33.75pt" o:oleicon="f" o:ole="">
            <v:imagedata r:id="rId3161" o:title="eqId496831565ce48e2b5a8413b95ec78363"/>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即：</w:t>
      </w:r>
      <w:r>
        <w:pict>
          <v:shape id="_x0000_i709715" type="#_x0000_t75" alt="学科网(www.zxxk.com)--教育资源门户，提供试卷、教案、课件、论文、素材以及各类教学资源下载，还有大量而丰富的教学相关资讯！" style="width:95.25pt;height:20.25pt" o:oleicon="f" o:ole="">
            <v:imagedata r:id="rId3162" o:title="eqId8f1a8d8f927ad63a77a8cef4dcbac0da"/>
          </v:shape>
        </w:pict>
      </w:r>
    </w:p>
    <w:p>
      <w:pPr>
        <w:spacing w:line="360" w:lineRule="auto"/>
        <w:jc w:val="left"/>
        <w:textAlignment w:val="center"/>
        <w:rPr>
          <w:color w:val="000000"/>
        </w:rPr>
      </w:pPr>
      <w:r>
        <w:pict>
          <v:shape id="_x0000_i709716" type="#_x0000_t75" alt="学科网(www.zxxk.com)--教育资源门户，提供试卷、教案、课件、论文、素材以及各类教学资源下载，还有大量而丰富的教学相关资讯！" style="width:86.25pt;height:14.25pt" o:oleicon="f" o:ole="">
            <v:imagedata r:id="rId3163" o:title="eqId91e0150f34faa75f8ec6e94095b992c9"/>
          </v:shape>
        </w:pict>
      </w:r>
    </w:p>
    <w:p>
      <w:pPr>
        <w:spacing w:line="360" w:lineRule="auto"/>
        <w:jc w:val="left"/>
        <w:textAlignment w:val="center"/>
        <w:rPr>
          <w:color w:val="000000"/>
        </w:rPr>
      </w:pPr>
      <w:r>
        <w:pict>
          <v:shape id="_x0000_i709717" type="#_x0000_t75" alt="学科网(www.zxxk.com)--教育资源门户，提供试卷、教案、课件、论文、素材以及各类教学资源下载，还有大量而丰富的教学相关资讯！" style="width:39pt;height:14.25pt" o:oleicon="f" o:ole="">
            <v:imagedata r:id="rId3164" o:title="eqIdbcd38eb7da2fa12582c848bb70050220"/>
          </v:shape>
        </w:pict>
      </w:r>
    </w:p>
    <w:p>
      <w:pPr>
        <w:spacing w:line="360" w:lineRule="auto"/>
        <w:jc w:val="left"/>
        <w:textAlignment w:val="center"/>
        <w:rPr>
          <w:color w:val="000000"/>
        </w:rPr>
      </w:pPr>
      <w:r>
        <w:pict>
          <v:shape id="_x0000_i709718" type="#_x0000_t75" alt="学科网(www.zxxk.com)--教育资源门户，提供试卷、教案、课件、论文、素材以及各类教学资源下载，还有大量而丰富的教学相关资讯！" style="width:39.75pt;height:14.25pt" o:oleicon="f" o:ole="">
            <v:imagedata r:id="rId3165" o:title="eqId1a9ee16768abf7d154833d9b6a1f437d"/>
          </v:shape>
        </w:pict>
      </w:r>
    </w:p>
    <w:p>
      <w:pPr>
        <w:spacing w:line="360" w:lineRule="auto"/>
        <w:jc w:val="left"/>
        <w:textAlignment w:val="center"/>
        <w:rPr>
          <w:color w:val="000000"/>
        </w:rPr>
      </w:pPr>
      <w:r>
        <w:rPr>
          <w:color w:val="000000"/>
        </w:rPr>
        <w:t>【小问3详解】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解：</w:t>
      </w:r>
      <w:r>
        <w:pict>
          <v:shape id="_x0000_i709719" type="#_x0000_t75" alt="学科网(www.zxxk.com)--教育资源门户，提供试卷、教案、课件、论文、素材以及各类教学资源下载，还有大量而丰富的教学相关资讯！" style="width:123pt;height:33.75pt" o:oleicon="f" o:ole="">
            <v:imagedata r:id="rId3166" o:title="eqId6deec75abaed68648929c9dda9c0b833"/>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即：</w:t>
      </w:r>
      <w:r>
        <w:pict>
          <v:shape id="_x0000_i709720" type="#_x0000_t75" alt="学科网(www.zxxk.com)--教育资源门户，提供试卷、教案、课件、论文、素材以及各类教学资源下载，还有大量而丰富的教学相关资讯！" style="width:74.25pt;height:20.25pt" o:oleicon="f" o:ole="">
            <v:imagedata r:id="rId3167" o:title="eqIdda16bed8c015be74d555756b668be08c"/>
          </v:shape>
        </w:pict>
      </w:r>
    </w:p>
    <w:p>
      <w:pPr>
        <w:spacing w:line="360" w:lineRule="auto"/>
        <w:jc w:val="left"/>
        <w:textAlignment w:val="center"/>
        <w:rPr>
          <w:color w:val="000000"/>
        </w:rPr>
      </w:pPr>
      <w:r>
        <w:pict>
          <v:shape id="_x0000_i709721" type="#_x0000_t75" alt="学科网(www.zxxk.com)--教育资源门户，提供试卷、教案、课件、论文、素材以及各类教学资源下载，还有大量而丰富的教学相关资讯！" style="width:65.25pt;height:14.25pt" o:oleicon="f" o:ole="">
            <v:imagedata r:id="rId3168" o:title="eqIdfc8b6107efec9dc7c5d3b4fa7fa2f684"/>
          </v:shape>
        </w:pict>
      </w:r>
    </w:p>
    <w:p>
      <w:pPr>
        <w:spacing w:line="360" w:lineRule="auto"/>
        <w:jc w:val="left"/>
        <w:textAlignment w:val="center"/>
        <w:rPr>
          <w:color w:val="000000"/>
        </w:rPr>
      </w:pPr>
      <w:r>
        <w:pict>
          <v:shape id="_x0000_i709722" type="#_x0000_t75" alt="学科网(www.zxxk.com)--教育资源门户，提供试卷、教案、课件、论文、素材以及各类教学资源下载，还有大量而丰富的教学相关资讯！" style="width:50.25pt;height:14.25pt" o:oleicon="f" o:ole="">
            <v:imagedata r:id="rId3169" o:title="eqIdb8e02a99fbcedde2bc22f01388756fbf"/>
          </v:shape>
        </w:pict>
      </w:r>
    </w:p>
    <w:p>
      <w:pPr>
        <w:spacing w:line="360" w:lineRule="auto"/>
        <w:jc w:val="left"/>
        <w:textAlignment w:val="center"/>
        <w:rPr>
          <w:color w:val="000000"/>
        </w:rPr>
      </w:pPr>
      <w:r>
        <w:pict>
          <v:shape id="_x0000_i709723" type="#_x0000_t75" alt="学科网(www.zxxk.com)--教育资源门户，提供试卷、教案、课件、论文、素材以及各类教学资源下载，还有大量而丰富的教学相关资讯！" style="width:45.75pt;height:30.75pt" o:oleicon="f" o:ole="">
            <v:imagedata r:id="rId3170" o:title="eqId9ec86305427d4a25841fcc50f8555107"/>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因为</w:t>
      </w:r>
      <w:r>
        <w:pict>
          <v:shape id="_x0000_i709724" type="#_x0000_t75" alt="学科网(www.zxxk.com)--教育资源门户，提供试卷、教案、课件、论文、素材以及各类教学资源下载，还有大量而丰富的教学相关资讯！" style="width:10pt;height:14.4pt" o:oleicon="f" o:ole="">
            <v:imagedata r:id="rId3171" o:title="eqId4d2187284c5d4de29906363f7d21f60f"/>
          </v:shape>
        </w:pict>
      </w:r>
      <w:r>
        <w:rPr>
          <w:rFonts w:ascii="宋体" w:eastAsia="宋体" w:hAnsi="宋体" w:cs="宋体"/>
          <w:color w:val="000000"/>
        </w:rPr>
        <w:t>是小于</w:t>
      </w:r>
      <w:r>
        <w:rPr>
          <w:rFonts w:ascii="Times New Roman" w:eastAsia="Times New Roman" w:hAnsi="Times New Roman" w:cs="Times New Roman"/>
          <w:color w:val="000000"/>
        </w:rPr>
        <w:t>10</w:t>
      </w:r>
      <w:r>
        <w:rPr>
          <w:rFonts w:ascii="宋体" w:eastAsia="宋体" w:hAnsi="宋体" w:cs="宋体"/>
          <w:color w:val="000000"/>
        </w:rPr>
        <w:t>的正整数且</w:t>
      </w:r>
      <w:r>
        <w:rPr>
          <w:rFonts w:ascii="Times New Roman" w:eastAsia="Times New Roman" w:hAnsi="Times New Roman" w:cs="Times New Roman"/>
          <w:i/>
          <w:color w:val="000000"/>
        </w:rPr>
        <w:t>x</w:t>
      </w:r>
      <w:r>
        <w:rPr>
          <w:rFonts w:ascii="宋体" w:eastAsia="宋体" w:hAnsi="宋体" w:cs="宋体"/>
          <w:color w:val="000000"/>
        </w:rPr>
        <w:t>是整数，</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w:t>
      </w:r>
      <w:r>
        <w:rPr>
          <w:rFonts w:ascii="Times New Roman" w:eastAsia="Times New Roman" w:hAnsi="Times New Roman" w:cs="Times New Roman"/>
          <w:i/>
          <w:color w:val="000000"/>
        </w:rPr>
        <w:t>k</w:t>
      </w:r>
      <w:r>
        <w:rPr>
          <w:rFonts w:ascii="Times New Roman" w:eastAsia="Times New Roman" w:hAnsi="Times New Roman" w:cs="Times New Roman"/>
          <w:color w:val="000000"/>
        </w:rPr>
        <w:t>=1</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=3</w:t>
      </w: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=4</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i/>
          <w:color w:val="000000"/>
        </w:rPr>
        <w:t>k</w:t>
      </w:r>
      <w:r>
        <w:rPr>
          <w:rFonts w:ascii="Times New Roman" w:eastAsia="Times New Roman" w:hAnsi="Times New Roman" w:cs="Times New Roman"/>
          <w:color w:val="000000"/>
        </w:rPr>
        <w:t>=7</w:t>
      </w:r>
      <w:r>
        <w:rPr>
          <w:rFonts w:ascii="宋体" w:eastAsia="宋体" w:hAnsi="宋体" w:cs="宋体"/>
          <w:color w:val="000000"/>
        </w:rPr>
        <w:t>时，</w:t>
      </w:r>
      <w:r>
        <w:rPr>
          <w:rFonts w:ascii="Times New Roman" w:eastAsia="Times New Roman" w:hAnsi="Times New Roman" w:cs="Times New Roman"/>
          <w:i/>
          <w:color w:val="000000"/>
        </w:rPr>
        <w:t>x</w:t>
      </w:r>
      <w:r>
        <w:rPr>
          <w:rFonts w:ascii="Times New Roman" w:eastAsia="Times New Roman" w:hAnsi="Times New Roman" w:cs="Times New Roman"/>
          <w:color w:val="000000"/>
        </w:rPr>
        <w:t>=5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所以</w:t>
      </w:r>
      <w:r>
        <w:rPr>
          <w:rFonts w:ascii="Times New Roman" w:eastAsia="Times New Roman" w:hAnsi="Times New Roman" w:cs="Times New Roman"/>
          <w:i/>
          <w:color w:val="000000"/>
        </w:rPr>
        <w:t>k</w:t>
      </w:r>
      <w:r>
        <w:rPr>
          <w:rFonts w:ascii="Times New Roman" w:eastAsia="Times New Roman" w:hAnsi="Times New Roman" w:cs="Times New Roman"/>
          <w:color w:val="000000"/>
        </w:rPr>
        <w:t>=1</w:t>
      </w:r>
      <w:r>
        <w:rPr>
          <w:rFonts w:ascii="宋体" w:eastAsia="宋体" w:hAnsi="宋体" w:cs="宋体"/>
          <w:color w:val="000000"/>
        </w:rPr>
        <w:t>，</w:t>
      </w:r>
      <w:r>
        <w:rPr>
          <w:rFonts w:ascii="Times New Roman" w:eastAsia="Times New Roman" w:hAnsi="Times New Roman" w:cs="Times New Roman"/>
          <w:color w:val="000000"/>
        </w:rPr>
        <w:t>4</w:t>
      </w:r>
      <w:r>
        <w:rPr>
          <w:rFonts w:ascii="宋体" w:eastAsia="宋体" w:hAnsi="宋体" w:cs="宋体"/>
          <w:color w:val="000000"/>
        </w:rPr>
        <w:t>，</w:t>
      </w:r>
      <w:r>
        <w:rPr>
          <w:rFonts w:ascii="Times New Roman" w:eastAsia="Times New Roman" w:hAnsi="Times New Roman" w:cs="Times New Roman"/>
          <w:color w:val="000000"/>
        </w:rPr>
        <w:t>7</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本题考查新定义问题．新定义问题是一道创设情境、引入新的数学概念的探索性问题，发现问题间的区别与联系，创造性地解决问题，主要考察数形结合、类比与归纳的数学思想方法．</w:t>
      </w:r>
    </w:p>
    <w:p>
      <w:pPr>
        <w:spacing w:line="360" w:lineRule="auto"/>
        <w:jc w:val="left"/>
        <w:textAlignment w:val="center"/>
        <w:rPr>
          <w:rFonts w:ascii="宋体" w:eastAsia="宋体" w:hAnsi="宋体" w:cs="宋体"/>
          <w:color w:val="000000"/>
        </w:rPr>
      </w:pPr>
      <w:r>
        <w:rPr>
          <w:color w:val="000000"/>
        </w:rPr>
        <w:t xml:space="preserve">30. </w:t>
      </w:r>
      <w:r>
        <w:rPr>
          <w:rFonts w:ascii="宋体" w:eastAsia="宋体" w:hAnsi="宋体" w:cs="宋体"/>
          <w:color w:val="000000"/>
        </w:rPr>
        <w:t>已知：如图，从点</w:t>
      </w:r>
      <w:r>
        <w:rPr>
          <w:rFonts w:ascii="Times New Roman" w:eastAsia="Times New Roman" w:hAnsi="Times New Roman" w:cs="Times New Roman"/>
          <w:i/>
          <w:color w:val="000000"/>
        </w:rPr>
        <w:t>О</w:t>
      </w:r>
      <w:r>
        <w:rPr>
          <w:rFonts w:ascii="宋体" w:eastAsia="宋体" w:hAnsi="宋体" w:cs="宋体"/>
          <w:color w:val="000000"/>
        </w:rPr>
        <w:t>引出</w:t>
      </w:r>
      <w:r>
        <w:rPr>
          <w:rFonts w:ascii="Times New Roman" w:eastAsia="Times New Roman" w:hAnsi="Times New Roman" w:cs="Times New Roman"/>
          <w:i/>
          <w:color w:val="000000"/>
        </w:rPr>
        <w:t>OA</w:t>
      </w:r>
      <w:r>
        <w:rPr>
          <w:rFonts w:ascii="宋体" w:eastAsia="宋体" w:hAnsi="宋体" w:cs="宋体"/>
          <w:color w:val="000000"/>
        </w:rPr>
        <w:t>，</w:t>
      </w:r>
      <w:r>
        <w:rPr>
          <w:rFonts w:ascii="Times New Roman" w:eastAsia="Times New Roman" w:hAnsi="Times New Roman" w:cs="Times New Roman"/>
          <w:i/>
          <w:color w:val="000000"/>
        </w:rPr>
        <w:t>OB</w:t>
      </w:r>
      <w:r>
        <w:rPr>
          <w:rFonts w:ascii="宋体" w:eastAsia="宋体" w:hAnsi="宋体" w:cs="宋体"/>
          <w:color w:val="000000"/>
        </w:rPr>
        <w:t>，</w:t>
      </w:r>
      <w:r>
        <w:rPr>
          <w:rFonts w:ascii="Times New Roman" w:eastAsia="Times New Roman" w:hAnsi="Times New Roman" w:cs="Times New Roman"/>
          <w:i/>
          <w:color w:val="000000"/>
        </w:rPr>
        <w:t>OC</w:t>
      </w:r>
      <w:r>
        <w:rPr>
          <w:rFonts w:ascii="宋体" w:eastAsia="宋体" w:hAnsi="宋体" w:cs="宋体"/>
          <w:color w:val="000000"/>
        </w:rPr>
        <w:t>，</w:t>
      </w:r>
      <w:r>
        <w:rPr>
          <w:rFonts w:ascii="Times New Roman" w:eastAsia="Times New Roman" w:hAnsi="Times New Roman" w:cs="Times New Roman"/>
          <w:i/>
          <w:color w:val="000000"/>
        </w:rPr>
        <w:t>OD</w:t>
      </w:r>
      <w:r>
        <w:rPr>
          <w:rFonts w:ascii="宋体" w:eastAsia="宋体" w:hAnsi="宋体" w:cs="宋体"/>
          <w:color w:val="000000"/>
        </w:rPr>
        <w:t>四条射线，</w:t>
      </w:r>
      <w:r>
        <w:rPr>
          <w:rFonts w:ascii="Times New Roman" w:eastAsia="Times New Roman" w:hAnsi="Times New Roman" w:cs="Times New Roman"/>
          <w:i/>
          <w:color w:val="000000"/>
        </w:rPr>
        <w:t>OE</w:t>
      </w:r>
      <w:r>
        <w:rPr>
          <w:rFonts w:ascii="宋体" w:eastAsia="宋体" w:hAnsi="宋体" w:cs="宋体"/>
          <w:color w:val="000000"/>
        </w:rPr>
        <w:t>，</w:t>
      </w:r>
      <w:r>
        <w:rPr>
          <w:rFonts w:ascii="Times New Roman" w:eastAsia="Times New Roman" w:hAnsi="Times New Roman" w:cs="Times New Roman"/>
          <w:i/>
          <w:color w:val="000000"/>
        </w:rPr>
        <w:t>OF</w:t>
      </w:r>
      <w:r>
        <w:rPr>
          <w:rFonts w:ascii="宋体" w:eastAsia="宋体" w:hAnsi="宋体" w:cs="宋体"/>
          <w:color w:val="000000"/>
        </w:rPr>
        <w:t>分别是</w:t>
      </w:r>
      <w:r>
        <w:pict>
          <v:shape id="_x0000_i709725" type="#_x0000_t75" alt="学科网(www.zxxk.com)--教育资源门户，提供试卷、教案、课件、论文、素材以及各类教学资源下载，还有大量而丰富的教学相关资讯！" style="width:37pt;height:13.95pt" o:oleicon="f" o:ole="">
            <v:imagedata r:id="rId3172" o:title="eqId4e69e10983144847839f1f0435c46fb5"/>
          </v:shape>
        </w:pict>
      </w:r>
      <w:r>
        <w:rPr>
          <w:rFonts w:ascii="宋体" w:eastAsia="宋体" w:hAnsi="宋体" w:cs="宋体"/>
          <w:color w:val="000000"/>
        </w:rPr>
        <w:t>，</w:t>
      </w:r>
      <w:r>
        <w:pict>
          <v:shape id="_x0000_i709726" type="#_x0000_t75" alt="学科网(www.zxxk.com)--教育资源门户，提供试卷、教案、课件、论文、素材以及各类教学资源下载，还有大量而丰富的教学相关资讯！" style="width:38pt;height:13.95pt" o:oleicon="f" o:ole="">
            <v:imagedata r:id="rId3173" o:title="eqId29af790a2da947e0ba740d82f9df2687"/>
          </v:shape>
        </w:pict>
      </w:r>
      <w:r>
        <w:rPr>
          <w:rFonts w:ascii="宋体" w:eastAsia="宋体" w:hAnsi="宋体" w:cs="宋体"/>
          <w:color w:val="000000"/>
        </w:rPr>
        <w:t>的角平分线．</w:t>
      </w:r>
    </w:p>
    <w:p>
      <w:pPr>
        <w:spacing w:line="360" w:lineRule="auto"/>
        <w:jc w:val="left"/>
        <w:textAlignment w:val="center"/>
        <w:rPr>
          <w:color w:val="000000"/>
        </w:rPr>
      </w:pPr>
      <w:r>
        <w:rPr>
          <w:rFonts w:ascii="宋体" w:eastAsia="宋体" w:hAnsi="宋体" w:cs="宋体"/>
          <w:color w:val="000000"/>
        </w:rPr>
        <w:drawing>
          <wp:inline>
            <wp:extent cx="4705350" cy="2381250"/>
            <wp:docPr id="307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
                    <pic:cNvPicPr>
                      <a:picLocks noChangeAspect="1"/>
                    </pic:cNvPicPr>
                  </pic:nvPicPr>
                  <pic:blipFill>
                    <a:blip r:embed="rId3174"/>
                    <a:stretch>
                      <a:fillRect/>
                    </a:stretch>
                  </pic:blipFill>
                  <pic:spPr>
                    <a:xfrm>
                      <a:off x="0" y="0"/>
                      <a:ext cx="4705350" cy="23812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（1）</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，若</w:t>
      </w:r>
      <w:r>
        <w:pict>
          <v:shape id="_x0000_i709727" type="#_x0000_t75" alt="学科网(www.zxxk.com)--教育资源门户，提供试卷、教案、课件、论文、素材以及各类教学资源下载，还有大量而丰富的教学相关资讯！" style="width:65.25pt;height:14.25pt" o:oleicon="f" o:ole="">
            <v:imagedata r:id="rId3175" o:title="eqIdf4350e8dc9ea48558ecbefb0c57eb67d"/>
          </v:shape>
        </w:pict>
      </w:r>
      <w:r>
        <w:rPr>
          <w:rFonts w:ascii="宋体" w:eastAsia="宋体" w:hAnsi="宋体" w:cs="宋体"/>
          <w:color w:val="000000"/>
        </w:rPr>
        <w:t>，</w:t>
      </w:r>
      <w:r>
        <w:pict>
          <v:shape id="_x0000_i709728" type="#_x0000_t75" alt="学科网(www.zxxk.com)--教育资源门户，提供试卷、教案、课件、论文、素材以及各类教学资源下载，还有大量而丰富的教学相关资讯！" style="width:64.35pt;height:14.55pt" o:oleicon="f" o:ole="">
            <v:imagedata r:id="rId3176" o:title="eqId4db14429ff65478eaf50bab6837a4878"/>
          </v:shape>
        </w:pict>
      </w:r>
      <w:r>
        <w:rPr>
          <w:rFonts w:ascii="宋体" w:eastAsia="宋体" w:hAnsi="宋体" w:cs="宋体"/>
          <w:color w:val="000000"/>
        </w:rPr>
        <w:t>，</w:t>
      </w:r>
      <w:r>
        <w:pict>
          <v:shape id="_x0000_i709729" type="#_x0000_t75" alt="学科网(www.zxxk.com)--教育资源门户，提供试卷、教案、课件、论文、素材以及各类教学资源下载，还有大量而丰富的教学相关资讯！" style="width:65pt;height:14pt" o:oleicon="f" o:ole="">
            <v:imagedata r:id="rId3177" o:title="eqId94e158071f704076a1f082e190d9f017"/>
          </v:shape>
        </w:pict>
      </w:r>
      <w:r>
        <w:rPr>
          <w:rFonts w:ascii="宋体" w:eastAsia="宋体" w:hAnsi="宋体" w:cs="宋体"/>
          <w:color w:val="000000"/>
        </w:rPr>
        <w:t>，求</w:t>
      </w:r>
      <w:r>
        <w:pict>
          <v:shape id="_x0000_i709730" type="#_x0000_t75" alt="学科网(www.zxxk.com)--教育资源门户，提供试卷、教案、课件、论文、素材以及各类教学资源下载，还有大量而丰富的教学相关资讯！" style="width:37.2pt;height:13.8pt" o:oleicon="f" o:ole="">
            <v:imagedata r:id="rId3178" o:title="eqId9a381cf2aa5f4358a4591ac052e5adb4"/>
          </v:shape>
        </w:pict>
      </w:r>
      <w:r>
        <w:rPr>
          <w:rFonts w:ascii="宋体" w:eastAsia="宋体" w:hAnsi="宋体" w:cs="宋体"/>
          <w:color w:val="000000"/>
        </w:rPr>
        <w:t>的度数．</w:t>
      </w:r>
    </w:p>
    <w:p>
      <w:pPr>
        <w:spacing w:line="360" w:lineRule="auto"/>
        <w:jc w:val="left"/>
        <w:textAlignment w:val="center"/>
        <w:rPr>
          <w:rFonts w:ascii="宋体" w:eastAsia="宋体" w:hAnsi="宋体" w:cs="宋体"/>
          <w:color w:val="000000"/>
        </w:rPr>
      </w:pPr>
      <w:r>
        <w:rPr>
          <w:rFonts w:ascii="宋体" w:eastAsia="宋体" w:hAnsi="宋体" w:cs="宋体"/>
          <w:color w:val="000000"/>
        </w:rPr>
        <w:t>①依题意补全图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②完成下面解答过程．</w:t>
      </w:r>
    </w:p>
    <w:p>
      <w:pPr>
        <w:spacing w:line="360" w:lineRule="auto"/>
        <w:jc w:val="left"/>
        <w:textAlignment w:val="center"/>
        <w:rPr>
          <w:rFonts w:ascii="宋体" w:eastAsia="宋体" w:hAnsi="宋体" w:cs="宋体"/>
          <w:color w:val="000000"/>
        </w:rPr>
      </w:pPr>
      <w:r>
        <w:rPr>
          <w:rFonts w:ascii="宋体" w:eastAsia="宋体" w:hAnsi="宋体" w:cs="宋体"/>
          <w:color w:val="000000"/>
        </w:rPr>
        <w:t>解：如图</w:t>
      </w:r>
      <w:r>
        <w:rPr>
          <w:rFonts w:ascii="Times New Roman" w:eastAsia="Times New Roman" w:hAnsi="Times New Roman" w:cs="Times New Roman"/>
          <w:color w:val="000000"/>
        </w:rPr>
        <w:t>1</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31" type="#_x0000_t75" alt="学科网(www.zxxk.com)--教育资源门户，提供试卷、教案、课件、论文、素材以及各类教学资源下载，还有大量而丰富的教学相关资讯！" style="width:20.4pt;height:14.4pt" o:oleicon="f" o:ole="">
            <v:imagedata r:id="rId3179" o:title="eqIdd9c14767f6884339a8efae75980f6324"/>
          </v:shape>
        </w:pict>
      </w:r>
      <w:r>
        <w:rPr>
          <w:rFonts w:ascii="宋体" w:eastAsia="宋体" w:hAnsi="宋体" w:cs="宋体"/>
          <w:color w:val="000000"/>
        </w:rPr>
        <w:t>平分</w:t>
      </w:r>
      <w:r>
        <w:pict>
          <v:shape id="_x0000_i709732" type="#_x0000_t75" alt="学科网(www.zxxk.com)--教育资源门户，提供试卷、教案、课件、论文、素材以及各类教学资源下载，还有大量而丰富的教学相关资讯！" style="width:37pt;height:13.95pt" o:oleicon="f" o:ole="">
            <v:imagedata r:id="rId3180" o:title="eqId4e69e10983144847839f1f0435c46fb5"/>
          </v:shape>
        </w:pict>
      </w:r>
      <w:r>
        <w:rPr>
          <w:rFonts w:ascii="宋体" w:eastAsia="宋体" w:hAnsi="宋体" w:cs="宋体"/>
          <w:color w:val="000000"/>
        </w:rPr>
        <w:t>，</w:t>
      </w:r>
      <w:r>
        <w:pict>
          <v:shape id="_x0000_i709733" type="#_x0000_t75" alt="学科网(www.zxxk.com)--教育资源门户，提供试卷、教案、课件、论文、素材以及各类教学资源下载，还有大量而丰富的教学相关资讯！" style="width:18.75pt;height:12.75pt" o:oleicon="f" o:ole="">
            <v:imagedata r:id="rId3181" o:title="eqIdf7c24389743c4a5bbf4e1284fcd400c8"/>
          </v:shape>
        </w:pict>
      </w:r>
      <w:r>
        <w:rPr>
          <w:rFonts w:ascii="宋体" w:eastAsia="宋体" w:hAnsi="宋体" w:cs="宋体"/>
          <w:color w:val="000000"/>
        </w:rPr>
        <w:t>平分</w:t>
      </w:r>
      <w:r>
        <w:pict>
          <v:shape id="_x0000_i709734" type="#_x0000_t75" alt="学科网(www.zxxk.com)--教育资源门户，提供试卷、教案、课件、论文、素材以及各类教学资源下载，还有大量而丰富的教学相关资讯！" style="width:38pt;height:13.95pt" o:oleicon="f" o:ole="">
            <v:imagedata r:id="rId3182" o:title="eqId29af790a2da947e0ba740d82f9df26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35" type="#_x0000_t75" alt="学科网(www.zxxk.com)--教育资源门户，提供试卷、教案、课件、论文、素材以及各类教学资源下载，还有大量而丰富的教学相关资讯！" style="width:93pt;height:30.75pt" o:oleicon="f" o:ole="">
            <v:imagedata r:id="rId3183" o:title="eqId332839c728324d8495389de18d6f2257"/>
          </v:shape>
        </w:pict>
      </w:r>
      <w:r>
        <w:rPr>
          <w:rFonts w:ascii="宋体" w:eastAsia="宋体" w:hAnsi="宋体" w:cs="宋体"/>
          <w:color w:val="000000"/>
        </w:rPr>
        <w:t>，</w:t>
      </w:r>
      <w:r>
        <w:pict>
          <v:shape id="_x0000_i709736" type="#_x0000_t75" alt="学科网(www.zxxk.com)--教育资源门户，提供试卷、教案、课件、论文、素材以及各类教学资源下载，还有大量而丰富的教学相关资讯！" style="width:93pt;height:31.2pt" o:oleicon="f" o:ole="">
            <v:imagedata r:id="rId3184" o:title="eqIdd9594428c1f54381a650b6ddf6802302"/>
          </v:shape>
        </w:pict>
      </w:r>
      <w:r>
        <w:rPr>
          <w:rFonts w:ascii="Calibri" w:eastAsia="Calibri" w:hAnsi="Calibri" w:cs="Calibri"/>
          <w:color w:val="000000"/>
        </w:rPr>
        <w:t>.</w:t>
      </w:r>
      <w:r>
        <w:rPr>
          <w:rFonts w:ascii="宋体" w:eastAsia="宋体" w:hAnsi="宋体" w:cs="宋体"/>
          <w:color w:val="000000"/>
        </w:rPr>
        <w:t>（</w:t>
      </w:r>
      <w:r>
        <w:rPr>
          <w:rFonts w:ascii="Calibri" w:eastAsia="Calibri" w:hAnsi="Calibri" w:cs="Calibri"/>
          <w:color w:val="000000"/>
        </w:rPr>
        <w:t>_____________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37" type="#_x0000_t75" alt="学科网(www.zxxk.com)--教育资源门户，提供试卷、教案、课件、论文、素材以及各类教学资源下载，还有大量而丰富的教学相关资讯！" style="width:65.25pt;height:14.25pt" o:oleicon="f" o:ole="">
            <v:imagedata r:id="rId3185" o:title="eqIdf4350e8dc9ea48558ecbefb0c57eb67d"/>
          </v:shape>
        </w:pict>
      </w:r>
      <w:r>
        <w:rPr>
          <w:rFonts w:ascii="宋体" w:eastAsia="宋体" w:hAnsi="宋体" w:cs="宋体"/>
          <w:color w:val="000000"/>
        </w:rPr>
        <w:t>，</w:t>
      </w:r>
      <w:r>
        <w:pict>
          <v:shape id="_x0000_i709738" type="#_x0000_t75" alt="学科网(www.zxxk.com)--教育资源门户，提供试卷、教案、课件、论文、素材以及各类教学资源下载，还有大量而丰富的教学相关资讯！" style="width:64.35pt;height:14.55pt" o:oleicon="f" o:ole="">
            <v:imagedata r:id="rId3186" o:title="eqId4db14429ff65478eaf50bab6837a4878"/>
          </v:shape>
        </w:pict>
      </w:r>
      <w:r>
        <w:rPr>
          <w:rFonts w:ascii="宋体" w:eastAsia="宋体" w:hAnsi="宋体" w:cs="宋体"/>
          <w:color w:val="000000"/>
        </w:rPr>
        <w:t>，</w:t>
      </w:r>
      <w:r>
        <w:pict>
          <v:shape id="_x0000_i709739" type="#_x0000_t75" alt="学科网(www.zxxk.com)--教育资源门户，提供试卷、教案、课件、论文、素材以及各类教学资源下载，还有大量而丰富的教学相关资讯！" style="width:65pt;height:14pt" o:oleicon="f" o:ole="">
            <v:imagedata r:id="rId3187" o:title="eqId94e158071f704076a1f082e190d9f01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40" type="#_x0000_t75" alt="学科网(www.zxxk.com)--教育资源门户，提供试卷、教案、课件、论文、素材以及各类教学资源下载，还有大量而丰富的教学相关资讯！" style="width:66pt;height:14.25pt" o:oleicon="f" o:ole="">
            <v:imagedata r:id="rId3188" o:title="eqId631c1dfaa0ef4754881513532fc58ce6"/>
          </v:shape>
        </w:pict>
      </w:r>
      <w:r>
        <w:rPr>
          <w:rFonts w:ascii="宋体" w:eastAsia="宋体" w:hAnsi="宋体" w:cs="宋体"/>
          <w:color w:val="000000"/>
        </w:rPr>
        <w:t>，</w:t>
      </w:r>
      <w:r>
        <w:pict>
          <v:shape id="_x0000_i709741" type="#_x0000_t75" alt="学科网(www.zxxk.com)--教育资源门户，提供试卷、教案、课件、论文、素材以及各类教学资源下载，还有大量而丰富的教学相关资讯！" style="width:66pt;height:14pt" o:oleicon="f" o:ole="">
            <v:imagedata r:id="rId3189" o:title="eqId1e91edfd22c64e7e84e68a9a7b8a34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42" type="#_x0000_t75" alt="学科网(www.zxxk.com)--教育资源门户，提供试卷、教案、课件、论文、素材以及各类教学资源下载，还有大量而丰富的教学相关资讯！" style="width:66pt;height:13.8pt" o:oleicon="f" o:ole="">
            <v:imagedata r:id="rId3190" o:title="eqId027a09fbada8d93bdddb9bac5a1a64c8"/>
          </v:shape>
        </w:pict>
      </w:r>
      <w:r>
        <w:rPr>
          <w:rFonts w:ascii="宋体" w:eastAsia="宋体" w:hAnsi="宋体" w:cs="宋体"/>
          <w:color w:val="000000"/>
        </w:rPr>
        <w:t>，</w:t>
      </w:r>
      <w:r>
        <w:pict>
          <v:shape id="_x0000_i709743" type="#_x0000_t75" alt="学科网(www.zxxk.com)--教育资源门户，提供试卷、教案、课件、论文、素材以及各类教学资源下载，还有大量而丰富的教学相关资讯！" style="width:47pt;height:13.95pt" o:oleicon="f" o:ole="">
            <v:imagedata r:id="rId3191" o:title="eqId8acad06db9bb4833b6a247ca821ec77c"/>
          </v:shape>
        </w:pict>
      </w:r>
      <w:r>
        <w:rPr>
          <w:rFonts w:ascii="Calibri" w:eastAsia="Calibri" w:hAnsi="Calibri" w:cs="Calibri"/>
          <w:color w:val="000000"/>
        </w:rPr>
        <w:t>___________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44" type="#_x0000_t75" alt="学科网(www.zxxk.com)--教育资源门户，提供试卷、教案、课件、论文、素材以及各类教学资源下载，还有大量而丰富的教学相关资讯！" style="width:181.2pt;height:13.8pt" o:oleicon="f" o:ole="">
            <v:imagedata r:id="rId3192" o:title="eqId013d06fa30b46f55547fd468a7ebddc8"/>
          </v:shape>
        </w:pict>
      </w:r>
      <w:r>
        <w:rPr>
          <w:rFonts w:ascii="Calibri" w:eastAsia="Calibri" w:hAnsi="Calibri" w:cs="Calibri"/>
          <w:color w:val="000000"/>
        </w:rPr>
        <w:t>____________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（2）</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，若</w:t>
      </w:r>
      <w:r>
        <w:pict>
          <v:shape id="_x0000_i709745" type="#_x0000_t75" alt="学科网(www.zxxk.com)--教育资源门户，提供试卷、教案、课件、论文、素材以及各类教学资源下载，还有大量而丰富的教学相关资讯！" style="width:65.25pt;height:14.25pt" o:oleicon="f" o:ole="">
            <v:imagedata r:id="rId3193" o:title="eqIdf4350e8dc9ea48558ecbefb0c57eb67d"/>
          </v:shape>
        </w:pict>
      </w:r>
      <w:r>
        <w:rPr>
          <w:rFonts w:ascii="宋体" w:eastAsia="宋体" w:hAnsi="宋体" w:cs="宋体"/>
          <w:color w:val="000000"/>
        </w:rPr>
        <w:t>，</w:t>
      </w:r>
      <w:r>
        <w:pict>
          <v:shape id="_x0000_i709746" type="#_x0000_t75" alt="学科网(www.zxxk.com)--教育资源门户，提供试卷、教案、课件、论文、素材以及各类教学资源下载，还有大量而丰富的教学相关资讯！" style="width:64.35pt;height:14.55pt" o:oleicon="f" o:ole="">
            <v:imagedata r:id="rId3194" o:title="eqId4db14429ff65478eaf50bab6837a4878"/>
          </v:shape>
        </w:pict>
      </w:r>
      <w:r>
        <w:rPr>
          <w:rFonts w:ascii="宋体" w:eastAsia="宋体" w:hAnsi="宋体" w:cs="宋体"/>
          <w:color w:val="000000"/>
        </w:rPr>
        <w:t>，</w:t>
      </w:r>
      <w:r>
        <w:pict>
          <v:shape id="_x0000_i709747"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3195" o:title="eqIdf2ce395c306b46fdaf2c133e872cfdd9"/>
          </v:shape>
        </w:pict>
      </w:r>
      <w:r>
        <w:rPr>
          <w:rFonts w:ascii="宋体" w:eastAsia="宋体" w:hAnsi="宋体" w:cs="宋体"/>
          <w:color w:val="000000"/>
        </w:rPr>
        <w:t>，则</w:t>
      </w:r>
      <w:r>
        <w:pict>
          <v:shape id="_x0000_i709748" type="#_x0000_t75" alt="学科网(www.zxxk.com)--教育资源门户，提供试卷、教案、课件、论文、素材以及各类教学资源下载，还有大量而丰富的教学相关资讯！" style="width:37.2pt;height:13.8pt" o:oleicon="f" o:ole="">
            <v:imagedata r:id="rId3196" o:title="eqId9a381cf2aa5f4358a4591ac052e5adb4"/>
          </v:shape>
        </w:pict>
      </w:r>
      <w:r>
        <w:rPr>
          <w:rFonts w:ascii="宋体" w:eastAsia="宋体" w:hAnsi="宋体" w:cs="宋体"/>
          <w:color w:val="000000"/>
        </w:rPr>
        <w:t>的度数为</w:t>
      </w:r>
      <w:r>
        <w:rPr>
          <w:rFonts w:ascii="Calibri" w:eastAsia="Calibri" w:hAnsi="Calibri" w:cs="Calibri"/>
          <w:color w:val="000000"/>
        </w:rPr>
        <w:t>________</w:t>
      </w:r>
      <w:r>
        <w:rPr>
          <w:rFonts w:ascii="宋体" w:eastAsia="宋体" w:hAnsi="宋体" w:cs="宋体"/>
          <w:color w:val="000000"/>
        </w:rPr>
        <w:t>．</w:t>
      </w:r>
    </w:p>
    <w:p>
      <w:pPr>
        <w:spacing w:line="360" w:lineRule="auto"/>
        <w:textAlignment w:val="center"/>
        <w:rPr>
          <w:rFonts w:ascii="宋体" w:eastAsia="宋体" w:hAnsi="宋体" w:cs="宋体"/>
          <w:color w:val="000000"/>
        </w:rPr>
      </w:pPr>
      <w:r>
        <w:rPr>
          <w:color w:val="2E75B6"/>
        </w:rPr>
        <w:t>【答案】</w:t>
      </w:r>
      <w:r>
        <w:rPr>
          <w:color w:val="000000"/>
        </w:rPr>
        <w:t>（1）</w:t>
      </w:r>
      <w:r>
        <w:rPr>
          <w:rFonts w:ascii="宋体" w:eastAsia="宋体" w:hAnsi="宋体" w:cs="宋体"/>
          <w:color w:val="000000"/>
        </w:rPr>
        <w:t>①补全图见解析；②角平分线的定义；</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r>
        <w:rPr>
          <w:color w:val="000000"/>
        </w:rPr>
        <w:t xml:space="preserve">    </w:t>
      </w:r>
    </w:p>
    <w:p>
      <w:pPr>
        <w:spacing w:line="360" w:lineRule="auto"/>
        <w:textAlignment w:val="center"/>
        <w:rPr>
          <w:rFonts w:ascii="Times New Roman" w:eastAsia="Times New Roman" w:hAnsi="Times New Roman" w:cs="Times New Roman"/>
          <w:color w:val="000000"/>
        </w:rPr>
      </w:pPr>
      <w:r>
        <w:rPr>
          <w:color w:val="000000"/>
        </w:rPr>
        <w:t>（2）</w:t>
      </w:r>
      <w:r>
        <w:rPr>
          <w:rFonts w:ascii="Times New Roman" w:eastAsia="Times New Roman" w:hAnsi="Times New Roman" w:cs="Times New Roman"/>
          <w:color w:val="000000"/>
        </w:rPr>
        <w:t>45°</w:t>
      </w:r>
    </w:p>
    <w:p>
      <w:pPr>
        <w:spacing w:line="360" w:lineRule="auto"/>
        <w:textAlignment w:val="center"/>
        <w:rPr>
          <w:color w:val="000000"/>
        </w:rPr>
      </w:pPr>
      <w:r>
        <w:rPr>
          <w:color w:val="2E75B6"/>
        </w:rPr>
        <w:t>【解析】</w:t>
      </w:r>
    </w:p>
    <w:p>
      <w:pPr>
        <w:spacing w:line="360" w:lineRule="auto"/>
        <w:textAlignment w:val="center"/>
        <w:rPr>
          <w:rFonts w:ascii="宋体" w:eastAsia="宋体" w:hAnsi="宋体" w:cs="宋体"/>
          <w:color w:val="000000"/>
        </w:rPr>
      </w:pPr>
      <w:r>
        <w:rPr>
          <w:color w:val="000000"/>
        </w:rPr>
        <w:t>【分析】</w: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）①补出</w:t>
      </w:r>
      <w:r>
        <w:pict>
          <v:shape id="_x0000_i709749" type="#_x0000_t75" alt="学科网(www.zxxk.com)--教育资源门户，提供试卷、教案、课件、论文、素材以及各类教学资源下载，还有大量而丰富的教学相关资讯！" style="width:37pt;height:13.95pt" o:oleicon="f" o:ole="">
            <v:imagedata r:id="rId3197" o:title="eqId4e69e10983144847839f1f0435c46fb5"/>
          </v:shape>
        </w:pict>
      </w:r>
      <w:r>
        <w:rPr>
          <w:rFonts w:ascii="宋体" w:eastAsia="宋体" w:hAnsi="宋体" w:cs="宋体"/>
          <w:color w:val="000000"/>
        </w:rPr>
        <w:t>和</w:t>
      </w:r>
      <w:r>
        <w:pict>
          <v:shape id="_x0000_i709750" type="#_x0000_t75" alt="学科网(www.zxxk.com)--教育资源门户，提供试卷、教案、课件、论文、素材以及各类教学资源下载，还有大量而丰富的教学相关资讯！" style="width:38pt;height:13.95pt" o:oleicon="f" o:ole="">
            <v:imagedata r:id="rId3198" o:title="eqId29af790a2da947e0ba740d82f9df2687"/>
          </v:shape>
        </w:pict>
      </w:r>
      <w:r>
        <w:rPr>
          <w:rFonts w:ascii="宋体" w:eastAsia="宋体" w:hAnsi="宋体" w:cs="宋体"/>
          <w:color w:val="000000"/>
        </w:rPr>
        <w:t>的平分相关；②根据角平分线的定义求解即可；</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rPr>
          <w:rFonts w:ascii="Times New Roman" w:eastAsia="Times New Roman" w:hAnsi="Times New Roman" w:cs="Times New Roman"/>
          <w:color w:val="000000"/>
        </w:rPr>
        <w:t>2</w:t>
      </w:r>
      <w:r>
        <w:rPr>
          <w:rFonts w:ascii="宋体" w:eastAsia="宋体" w:hAnsi="宋体" w:cs="宋体"/>
          <w:color w:val="000000"/>
        </w:rPr>
        <w:t>）先计算出</w:t>
      </w:r>
      <w:r>
        <w:pict>
          <v:shape id="_x0000_i709751" type="#_x0000_t75" alt="学科网(www.zxxk.com)--教育资源门户，提供试卷、教案、课件、论文、素材以及各类教学资源下载，还有大量而丰富的教学相关资讯！" style="width:66pt;height:13.7pt" o:oleicon="f" o:ole="">
            <v:imagedata r:id="rId3199" o:title="eqIdeaf37b7614124caf976bfc953b4dbdd1"/>
          </v:shape>
        </w:pict>
      </w:r>
      <w:r>
        <w:rPr>
          <w:rFonts w:ascii="Times New Roman" w:eastAsia="Times New Roman" w:hAnsi="Times New Roman" w:cs="Times New Roman"/>
          <w:color w:val="000000"/>
        </w:rPr>
        <w:t xml:space="preserve"> </w:t>
      </w:r>
      <w:r>
        <w:rPr>
          <w:rFonts w:ascii="宋体" w:eastAsia="宋体" w:hAnsi="宋体" w:cs="宋体"/>
          <w:color w:val="000000"/>
        </w:rPr>
        <w:t>，</w:t>
      </w:r>
      <w:r>
        <w:pict>
          <v:shape id="_x0000_i709752" type="#_x0000_t75" alt="学科网(www.zxxk.com)--教育资源门户，提供试卷、教案、课件、论文、素材以及各类教学资源下载，还有大量而丰富的教学相关资讯！" style="width:66pt;height:13.95pt" o:oleicon="f" o:ole="">
            <v:imagedata r:id="rId3200" o:title="eqIdae1b37eff0d840e4a44f528047585be1"/>
          </v:shape>
        </w:pict>
      </w:r>
      <w:r>
        <w:rPr>
          <w:rFonts w:ascii="宋体" w:eastAsia="宋体" w:hAnsi="宋体" w:cs="宋体"/>
          <w:color w:val="000000"/>
        </w:rPr>
        <w:t>，根据角平分线的定义得</w:t>
      </w:r>
      <w:r>
        <w:pict>
          <v:shape id="_x0000_i709753" type="#_x0000_t75" alt="学科网(www.zxxk.com)--教育资源门户，提供试卷、教案、课件、论文、素材以及各类教学资源下载，还有大量而丰富的教学相关资讯！" style="width:132.75pt;height:15.75pt" o:oleicon="f" o:ole="">
            <v:imagedata r:id="rId3201" o:title="eqId44929ab272e951408cdafda89887616a"/>
          </v:shape>
        </w:pict>
      </w:r>
      <w:r>
        <w:rPr>
          <w:rFonts w:ascii="宋体" w:eastAsia="宋体" w:hAnsi="宋体" w:cs="宋体"/>
          <w:color w:val="000000"/>
        </w:rPr>
        <w:t>，进一步得出</w:t>
      </w:r>
      <w:r>
        <w:pict>
          <v:shape id="_x0000_i709754" type="#_x0000_t75" alt="学科网(www.zxxk.com)--教育资源门户，提供试卷、教案、课件、论文、素材以及各类教学资源下载，还有大量而丰富的教学相关资讯！" style="width:60pt;height:14.25pt" o:oleicon="f" o:ole="">
            <v:imagedata r:id="rId3202" o:title="eqIdb15d54a1e3e4dd6d0798183bf94cd72e"/>
          </v:shape>
        </w:pict>
      </w:r>
      <w:r>
        <w:rPr>
          <w:rFonts w:ascii="宋体" w:eastAsia="宋体" w:hAnsi="宋体" w:cs="宋体"/>
          <w:color w:val="000000"/>
        </w:rPr>
        <w:t>，从而可得出</w:t>
      </w:r>
      <w:r>
        <w:pict>
          <v:shape id="_x0000_i709755" type="#_x0000_t75" alt="学科网(www.zxxk.com)--教育资源门户，提供试卷、教案、课件、论文、素材以及各类教学资源下载，还有大量而丰富的教学相关资讯！" style="width:66.5pt;height:14pt" o:oleicon="f" o:ole="">
            <v:imagedata r:id="rId3203" o:title="eqId1c2623051a3349f9b9c1a8c9bc464492"/>
          </v:shape>
        </w:pict>
      </w:r>
      <w:r>
        <w:rPr>
          <w:rFonts w:ascii="宋体" w:eastAsia="宋体" w:hAnsi="宋体" w:cs="宋体"/>
          <w:color w:val="000000"/>
        </w:rPr>
        <w:t>．</w:t>
      </w:r>
    </w:p>
    <w:p>
      <w:pPr>
        <w:spacing w:line="360" w:lineRule="auto"/>
        <w:jc w:val="left"/>
        <w:textAlignment w:val="center"/>
        <w:rPr>
          <w:color w:val="000000"/>
        </w:rPr>
      </w:pPr>
      <w:r>
        <w:rPr>
          <w:color w:val="000000"/>
        </w:rPr>
        <w:t>【小问1详解】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①依题意补全图形如图，</w:t>
      </w:r>
    </w:p>
    <w:p>
      <w:pPr>
        <w:spacing w:line="360" w:lineRule="auto"/>
        <w:jc w:val="left"/>
        <w:textAlignment w:val="center"/>
        <w:rPr>
          <w:color w:val="000000"/>
        </w:rPr>
      </w:pPr>
      <w:r>
        <w:rPr>
          <w:color w:val="000000"/>
        </w:rPr>
        <w:drawing>
          <wp:inline>
            <wp:extent cx="1971675" cy="2000250"/>
            <wp:docPr id="307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
                    <pic:cNvPicPr>
                      <a:picLocks noChangeAspect="1"/>
                    </pic:cNvPicPr>
                  </pic:nvPicPr>
                  <pic:blipFill>
                    <a:blip r:embed="rId3204"/>
                    <a:stretch>
                      <a:fillRect/>
                    </a:stretch>
                  </pic:blipFill>
                  <pic:spPr>
                    <a:xfrm>
                      <a:off x="0" y="0"/>
                      <a:ext cx="1971675" cy="20002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②解：如图，</w:t>
      </w:r>
    </w:p>
    <w:p>
      <w:pPr>
        <w:spacing w:line="360" w:lineRule="auto"/>
        <w:jc w:val="left"/>
        <w:textAlignment w:val="center"/>
        <w:rPr>
          <w:color w:val="000000"/>
        </w:rPr>
      </w:pPr>
      <w:r>
        <w:rPr>
          <w:color w:val="000000"/>
        </w:rPr>
        <w:drawing>
          <wp:inline>
            <wp:extent cx="1971675" cy="2000250"/>
            <wp:docPr id="307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 name=""/>
                    <pic:cNvPicPr>
                      <a:picLocks noChangeAspect="1"/>
                    </pic:cNvPicPr>
                  </pic:nvPicPr>
                  <pic:blipFill>
                    <a:blip r:embed="rId3205"/>
                    <a:stretch>
                      <a:fillRect/>
                    </a:stretch>
                  </pic:blipFill>
                  <pic:spPr>
                    <a:xfrm>
                      <a:off x="0" y="0"/>
                      <a:ext cx="1971675" cy="2000250"/>
                    </a:xfrm>
                    <a:prstGeom prst="rect">
                      <a:avLst/>
                    </a:prstGeom>
                  </pic:spPr>
                </pic:pic>
              </a:graphicData>
            </a:graphic>
          </wp:inline>
        </w:drawing>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56" type="#_x0000_t75" alt="学科网(www.zxxk.com)--教育资源门户，提供试卷、教案、课件、论文、素材以及各类教学资源下载，还有大量而丰富的教学相关资讯！" style="width:20.4pt;height:14.4pt" o:oleicon="f" o:ole="">
            <v:imagedata r:id="rId3206" o:title="eqIdd9c14767f6884339a8efae75980f6324"/>
          </v:shape>
        </w:pict>
      </w:r>
      <w:r>
        <w:rPr>
          <w:rFonts w:ascii="宋体" w:eastAsia="宋体" w:hAnsi="宋体" w:cs="宋体"/>
          <w:color w:val="000000"/>
        </w:rPr>
        <w:t>平分</w:t>
      </w:r>
      <w:r>
        <w:pict>
          <v:shape id="_x0000_i709757" type="#_x0000_t75" alt="学科网(www.zxxk.com)--教育资源门户，提供试卷、教案、课件、论文、素材以及各类教学资源下载，还有大量而丰富的教学相关资讯！" style="width:37pt;height:13.95pt" o:oleicon="f" o:ole="">
            <v:imagedata r:id="rId3207" o:title="eqId4e69e10983144847839f1f0435c46fb5"/>
          </v:shape>
        </w:pict>
      </w:r>
      <w:r>
        <w:rPr>
          <w:rFonts w:ascii="宋体" w:eastAsia="宋体" w:hAnsi="宋体" w:cs="宋体"/>
          <w:color w:val="000000"/>
        </w:rPr>
        <w:t>，</w:t>
      </w:r>
      <w:r>
        <w:pict>
          <v:shape id="_x0000_i709758" type="#_x0000_t75" alt="学科网(www.zxxk.com)--教育资源门户，提供试卷、教案、课件、论文、素材以及各类教学资源下载，还有大量而丰富的教学相关资讯！" style="width:18.75pt;height:12.75pt" o:oleicon="f" o:ole="">
            <v:imagedata r:id="rId3208" o:title="eqIdf7c24389743c4a5bbf4e1284fcd400c8"/>
          </v:shape>
        </w:pict>
      </w:r>
      <w:r>
        <w:rPr>
          <w:rFonts w:ascii="宋体" w:eastAsia="宋体" w:hAnsi="宋体" w:cs="宋体"/>
          <w:color w:val="000000"/>
        </w:rPr>
        <w:t>平分</w:t>
      </w:r>
      <w:r>
        <w:pict>
          <v:shape id="_x0000_i709759" type="#_x0000_t75" alt="学科网(www.zxxk.com)--教育资源门户，提供试卷、教案、课件、论文、素材以及各类教学资源下载，还有大量而丰富的教学相关资讯！" style="width:38pt;height:13.95pt" o:oleicon="f" o:ole="">
            <v:imagedata r:id="rId3209" o:title="eqId29af790a2da947e0ba740d82f9df26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60" type="#_x0000_t75" alt="学科网(www.zxxk.com)--教育资源门户，提供试卷、教案、课件、论文、素材以及各类教学资源下载，还有大量而丰富的教学相关资讯！" style="width:93pt;height:30.75pt" o:oleicon="f" o:ole="">
            <v:imagedata r:id="rId3210" o:title="eqId332839c728324d8495389de18d6f2257"/>
          </v:shape>
        </w:pict>
      </w:r>
      <w:r>
        <w:rPr>
          <w:rFonts w:ascii="宋体" w:eastAsia="宋体" w:hAnsi="宋体" w:cs="宋体"/>
          <w:color w:val="000000"/>
        </w:rPr>
        <w:t>，</w:t>
      </w:r>
      <w:r>
        <w:pict>
          <v:shape id="_x0000_i709761" type="#_x0000_t75" alt="学科网(www.zxxk.com)--教育资源门户，提供试卷、教案、课件、论文、素材以及各类教学资源下载，还有大量而丰富的教学相关资讯！" style="width:93pt;height:31.2pt" o:oleicon="f" o:ole="">
            <v:imagedata r:id="rId3211" o:title="eqIdd9594428c1f54381a650b6ddf6802302"/>
          </v:shape>
        </w:pict>
      </w:r>
      <w:r>
        <w:rPr>
          <w:rFonts w:ascii="Calibri" w:eastAsia="Calibri" w:hAnsi="Calibri" w:cs="Calibri"/>
          <w:color w:val="000000"/>
        </w:rPr>
        <w:t>.</w:t>
      </w:r>
      <w:r>
        <w:rPr>
          <w:rFonts w:ascii="宋体" w:eastAsia="宋体" w:hAnsi="宋体" w:cs="宋体"/>
          <w:color w:val="000000"/>
        </w:rPr>
        <w:t>（</w:t>
      </w:r>
      <w:r>
        <w:rPr>
          <w:rFonts w:ascii="Calibri" w:eastAsia="Calibri" w:hAnsi="Calibri" w:cs="Calibri"/>
          <w:color w:val="000000"/>
        </w:rPr>
        <w:t>___</w:t>
      </w:r>
      <w:r>
        <w:rPr>
          <w:rFonts w:ascii="宋体" w:eastAsia="宋体" w:hAnsi="宋体" w:cs="宋体"/>
          <w:color w:val="000000"/>
          <w:u w:val="single"/>
        </w:rPr>
        <w:t>角平分线的定义</w:t>
      </w:r>
      <w:r>
        <w:rPr>
          <w:rFonts w:ascii="Calibri" w:eastAsia="Calibri" w:hAnsi="Calibri" w:cs="Calibri"/>
          <w:color w:val="000000"/>
        </w:rPr>
        <w:t>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62" type="#_x0000_t75" alt="学科网(www.zxxk.com)--教育资源门户，提供试卷、教案、课件、论文、素材以及各类教学资源下载，还有大量而丰富的教学相关资讯！" style="width:65.25pt;height:14.25pt" o:oleicon="f" o:ole="">
            <v:imagedata r:id="rId3212" o:title="eqIdf4350e8dc9ea48558ecbefb0c57eb67d"/>
          </v:shape>
        </w:pict>
      </w:r>
      <w:r>
        <w:rPr>
          <w:rFonts w:ascii="宋体" w:eastAsia="宋体" w:hAnsi="宋体" w:cs="宋体"/>
          <w:color w:val="000000"/>
        </w:rPr>
        <w:t>，</w:t>
      </w:r>
      <w:r>
        <w:pict>
          <v:shape id="_x0000_i709763" type="#_x0000_t75" alt="学科网(www.zxxk.com)--教育资源门户，提供试卷、教案、课件、论文、素材以及各类教学资源下载，还有大量而丰富的教学相关资讯！" style="width:64.35pt;height:14.55pt" o:oleicon="f" o:ole="">
            <v:imagedata r:id="rId3213" o:title="eqId4db14429ff65478eaf50bab6837a4878"/>
          </v:shape>
        </w:pict>
      </w:r>
      <w:r>
        <w:rPr>
          <w:rFonts w:ascii="宋体" w:eastAsia="宋体" w:hAnsi="宋体" w:cs="宋体"/>
          <w:color w:val="000000"/>
        </w:rPr>
        <w:t>，</w:t>
      </w:r>
      <w:r>
        <w:pict>
          <v:shape id="_x0000_i709764" type="#_x0000_t75" alt="学科网(www.zxxk.com)--教育资源门户，提供试卷、教案、课件、论文、素材以及各类教学资源下载，还有大量而丰富的教学相关资讯！" style="width:65pt;height:14pt" o:oleicon="f" o:ole="">
            <v:imagedata r:id="rId3214" o:title="eqId94e158071f704076a1f082e190d9f01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65" type="#_x0000_t75" alt="学科网(www.zxxk.com)--教育资源门户，提供试卷、教案、课件、论文、素材以及各类教学资源下载，还有大量而丰富的教学相关资讯！" style="width:66pt;height:14.25pt" o:oleicon="f" o:ole="">
            <v:imagedata r:id="rId3215" o:title="eqId631c1dfaa0ef4754881513532fc58ce6"/>
          </v:shape>
        </w:pict>
      </w:r>
      <w:r>
        <w:rPr>
          <w:rFonts w:ascii="宋体" w:eastAsia="宋体" w:hAnsi="宋体" w:cs="宋体"/>
          <w:color w:val="000000"/>
        </w:rPr>
        <w:t>，</w:t>
      </w:r>
      <w:r>
        <w:pict>
          <v:shape id="_x0000_i709766" type="#_x0000_t75" alt="学科网(www.zxxk.com)--教育资源门户，提供试卷、教案、课件、论文、素材以及各类教学资源下载，还有大量而丰富的教学相关资讯！" style="width:66pt;height:14pt" o:oleicon="f" o:ole="">
            <v:imagedata r:id="rId3216" o:title="eqId1e91edfd22c64e7e84e68a9a7b8a3487"/>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67" type="#_x0000_t75" alt="学科网(www.zxxk.com)--教育资源门户，提供试卷、教案、课件、论文、素材以及各类教学资源下载，还有大量而丰富的教学相关资讯！" style="width:66pt;height:13.8pt" o:oleicon="f" o:ole="">
            <v:imagedata r:id="rId3217" o:title="eqId027a09fbada8d93bdddb9bac5a1a64c8"/>
          </v:shape>
        </w:pict>
      </w:r>
      <w:r>
        <w:rPr>
          <w:rFonts w:ascii="宋体" w:eastAsia="宋体" w:hAnsi="宋体" w:cs="宋体"/>
          <w:color w:val="000000"/>
        </w:rPr>
        <w:t>，</w:t>
      </w:r>
      <w:r>
        <w:pict>
          <v:shape id="_x0000_i709768" type="#_x0000_t75" alt="学科网(www.zxxk.com)--教育资源门户，提供试卷、教案、课件、论文、素材以及各类教学资源下载，还有大量而丰富的教学相关资讯！" style="width:47pt;height:13.95pt" o:oleicon="f" o:ole="">
            <v:imagedata r:id="rId3218" o:title="eqId8acad06db9bb4833b6a247ca821ec77c"/>
          </v:shape>
        </w:pict>
      </w:r>
      <w:r>
        <w:rPr>
          <w:rFonts w:ascii="Calibri" w:eastAsia="Calibri" w:hAnsi="Calibri" w:cs="Calibri"/>
          <w:color w:val="000000"/>
        </w:rPr>
        <w:t>___</w:t>
      </w:r>
      <w:r>
        <w:rPr>
          <w:rFonts w:ascii="Times New Roman" w:eastAsia="Times New Roman" w:hAnsi="Times New Roman" w:cs="Times New Roman"/>
          <w:color w:val="000000"/>
          <w:u w:val="single"/>
        </w:rPr>
        <w:t>_10°_</w:t>
      </w:r>
      <w:r>
        <w:rPr>
          <w:rFonts w:ascii="Calibri" w:eastAsia="Calibri" w:hAnsi="Calibri" w:cs="Calibri"/>
          <w:color w:val="000000"/>
        </w:rPr>
        <w:t>______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69" type="#_x0000_t75" alt="学科网(www.zxxk.com)--教育资源门户，提供试卷、教案、课件、论文、素材以及各类教学资源下载，还有大量而丰富的教学相关资讯！" style="width:181.2pt;height:13.8pt" o:oleicon="f" o:ole="">
            <v:imagedata r:id="rId3219" o:title="eqId013d06fa30b46f55547fd468a7ebddc8"/>
          </v:shape>
        </w:pict>
      </w:r>
      <w:r>
        <w:rPr>
          <w:rFonts w:ascii="Calibri" w:eastAsia="Calibri" w:hAnsi="Calibri" w:cs="Calibri"/>
          <w:color w:val="000000"/>
        </w:rPr>
        <w:t>__</w:t>
      </w:r>
      <w:r>
        <w:rPr>
          <w:rFonts w:ascii="Calibri" w:eastAsia="Calibri" w:hAnsi="Calibri" w:cs="Calibri"/>
          <w:color w:val="000000"/>
          <w:u w:val="single"/>
        </w:rPr>
        <w:t>_</w:t>
      </w:r>
      <w:r>
        <w:rPr>
          <w:rFonts w:ascii="Times New Roman" w:eastAsia="Times New Roman" w:hAnsi="Times New Roman" w:cs="Times New Roman"/>
          <w:color w:val="000000"/>
          <w:u w:val="single"/>
        </w:rPr>
        <w:t>45°</w:t>
      </w:r>
      <w:r>
        <w:rPr>
          <w:rFonts w:ascii="Calibri" w:eastAsia="Calibri" w:hAnsi="Calibri" w:cs="Calibri"/>
          <w:color w:val="000000"/>
        </w:rPr>
        <w:t>___</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故答案为：角平分线的定义；</w:t>
      </w:r>
      <w:r>
        <w:rPr>
          <w:rFonts w:ascii="Times New Roman" w:eastAsia="Times New Roman" w:hAnsi="Times New Roman" w:cs="Times New Roman"/>
          <w:color w:val="000000"/>
        </w:rPr>
        <w:t>10°</w:t>
      </w:r>
      <w:r>
        <w:rPr>
          <w:rFonts w:ascii="宋体" w:eastAsia="宋体" w:hAnsi="宋体" w:cs="宋体"/>
          <w:color w:val="000000"/>
        </w:rPr>
        <w:t>；</w:t>
      </w:r>
      <w:r>
        <w:rPr>
          <w:rFonts w:ascii="Times New Roman" w:eastAsia="Times New Roman" w:hAnsi="Times New Roman" w:cs="Times New Roman"/>
          <w:color w:val="000000"/>
        </w:rPr>
        <w:t>45°</w:t>
      </w:r>
      <w:r>
        <w:rPr>
          <w:rFonts w:ascii="宋体" w:eastAsia="宋体" w:hAnsi="宋体" w:cs="宋体"/>
          <w:color w:val="000000"/>
        </w:rPr>
        <w:t>．</w:t>
      </w:r>
    </w:p>
    <w:p>
      <w:pPr>
        <w:spacing w:line="360" w:lineRule="auto"/>
        <w:jc w:val="left"/>
        <w:textAlignment w:val="center"/>
        <w:rPr>
          <w:color w:val="000000"/>
        </w:rPr>
      </w:pPr>
      <w:r>
        <w:rPr>
          <w:color w:val="000000"/>
        </w:rPr>
        <w:t>【小问2详解】</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70" type="#_x0000_t75" alt="学科网(www.zxxk.com)--教育资源门户，提供试卷、教案、课件、论文、素材以及各类教学资源下载，还有大量而丰富的教学相关资讯！" style="width:65.25pt;height:14.25pt" o:oleicon="f" o:ole="">
            <v:imagedata r:id="rId3220" o:title="eqIdf4350e8dc9ea48558ecbefb0c57eb67d"/>
          </v:shape>
        </w:pict>
      </w:r>
      <w:r>
        <w:rPr>
          <w:rFonts w:ascii="宋体" w:eastAsia="宋体" w:hAnsi="宋体" w:cs="宋体"/>
          <w:color w:val="000000"/>
        </w:rPr>
        <w:t>，</w:t>
      </w:r>
      <w:r>
        <w:pict>
          <v:shape id="_x0000_i709771" type="#_x0000_t75" alt="学科网(www.zxxk.com)--教育资源门户，提供试卷、教案、课件、论文、素材以及各类教学资源下载，还有大量而丰富的教学相关资讯！" style="width:66pt;height:14.25pt;mso-position-horizontal-relative:page;mso-position-vertical-relative:page" o:oleicon="f" o:ole="">
            <v:imagedata r:id="rId3221" o:title="eqIdf2ce395c306b46fdaf2c133e872cfdd9"/>
          </v:shape>
        </w:pic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72" type="#_x0000_t75" alt="学科网(www.zxxk.com)--教育资源门户，提供试卷、教案、课件、论文、素材以及各类教学资源下载，还有大量而丰富的教学相关资讯！" style="width:210.75pt;height:14.25pt" o:oleicon="f" o:ole="">
            <v:imagedata r:id="rId3222" o:title="eqIdf85a183c2ab99d3c3ab7dc84646a8c2d"/>
          </v:shape>
        </w:pic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73" type="#_x0000_t75" alt="学科网(www.zxxk.com)--教育资源门户，提供试卷、教案、课件、论文、素材以及各类教学资源下载，还有大量而丰富的教学相关资讯！" style="width:20.4pt;height:14.4pt" o:oleicon="f" o:ole="">
            <v:imagedata r:id="rId3223" o:title="eqIdd9c14767f6884339a8efae75980f6324"/>
          </v:shape>
        </w:pict>
      </w:r>
      <w:r>
        <w:rPr>
          <w:rFonts w:ascii="宋体" w:eastAsia="宋体" w:hAnsi="宋体" w:cs="宋体"/>
          <w:color w:val="000000"/>
        </w:rPr>
        <w:t>是</w:t>
      </w:r>
      <w:r>
        <w:pict>
          <v:shape id="_x0000_i709774" type="#_x0000_t75" alt="学科网(www.zxxk.com)--教育资源门户，提供试卷、教案、课件、论文、素材以及各类教学资源下载，还有大量而丰富的教学相关资讯！" style="width:37pt;height:13.95pt" o:oleicon="f" o:ole="">
            <v:imagedata r:id="rId3224" o:title="eqId4e69e10983144847839f1f0435c46fb5"/>
          </v:shape>
        </w:pict>
      </w:r>
      <w:r>
        <w:rPr>
          <w:rFonts w:ascii="宋体" w:eastAsia="宋体" w:hAnsi="宋体" w:cs="宋体"/>
          <w:color w:val="000000"/>
        </w:rPr>
        <w:t>的平分线，</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9775" type="#_x0000_t75" alt="学科网(www.zxxk.com)--教育资源门户，提供试卷、教案、课件、论文、素材以及各类教学资源下载，还有大量而丰富的教学相关资讯！" style="width:167.25pt;height:30.75pt" o:oleicon="f" o:ole="">
            <v:imagedata r:id="rId3225" o:title="eqIddb226629845f71626f6a15d155356e52"/>
          </v:shape>
        </w:pic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76" type="#_x0000_t75" alt="学科网(www.zxxk.com)--教育资源门户，提供试卷、教案、课件、论文、素材以及各类教学资源下载，还有大量而丰富的教学相关资讯！" style="width:64.35pt;height:14.55pt" o:oleicon="f" o:ole="">
            <v:imagedata r:id="rId3226" o:title="eqId4db14429ff65478eaf50bab6837a4878"/>
          </v:shape>
        </w:pict>
      </w:r>
      <w:r>
        <w:rPr>
          <w:rFonts w:ascii="宋体" w:eastAsia="宋体" w:hAnsi="宋体" w:cs="宋体"/>
          <w:color w:val="000000"/>
        </w:rPr>
        <w:t>，</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9777" type="#_x0000_t75" alt="学科网(www.zxxk.com)--教育资源门户，提供试卷、教案、课件、论文、素材以及各类教学资源下载，还有大量而丰富的教学相关资讯！" style="width:213pt;height:14.25pt" o:oleicon="f" o:ole="">
            <v:imagedata r:id="rId3227" o:title="eqId028d7fb56511210dbdcda4f3641163ca"/>
          </v:shape>
        </w:pic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78" type="#_x0000_t75" alt="学科网(www.zxxk.com)--教育资源门户，提供试卷、教案、课件、论文、素材以及各类教学资源下载，还有大量而丰富的教学相关资讯！" style="width:18.75pt;height:12.75pt" o:oleicon="f" o:ole="">
            <v:imagedata r:id="rId3228" o:title="eqIdf7c24389743c4a5bbf4e1284fcd400c8"/>
          </v:shape>
        </w:pict>
      </w:r>
      <w:r>
        <w:rPr>
          <w:rFonts w:ascii="宋体" w:eastAsia="宋体" w:hAnsi="宋体" w:cs="宋体"/>
          <w:color w:val="000000"/>
        </w:rPr>
        <w:t>是</w:t>
      </w:r>
      <w:r>
        <w:pict>
          <v:shape id="_x0000_i709779" type="#_x0000_t75" alt="学科网(www.zxxk.com)--教育资源门户，提供试卷、教案、课件、论文、素材以及各类教学资源下载，还有大量而丰富的教学相关资讯！" style="width:38pt;height:13.95pt" o:oleicon="f" o:ole="">
            <v:imagedata r:id="rId3229" o:title="eqId29af790a2da947e0ba740d82f9df2687"/>
          </v:shape>
        </w:pict>
      </w:r>
      <w:r>
        <w:rPr>
          <w:rFonts w:ascii="宋体" w:eastAsia="宋体" w:hAnsi="宋体" w:cs="宋体"/>
          <w:color w:val="000000"/>
        </w:rPr>
        <w:t>的平分线，</w:t>
      </w:r>
    </w:p>
    <w:p>
      <w:pPr>
        <w:spacing w:line="360" w:lineRule="auto"/>
        <w:jc w:val="left"/>
        <w:textAlignment w:val="center"/>
        <w:rPr>
          <w:rFonts w:ascii="宋体" w:eastAsia="宋体" w:hAnsi="宋体" w:cs="宋体"/>
          <w:color w:val="000000"/>
        </w:rPr>
      </w:pPr>
      <w:r>
        <w:rPr>
          <w:rFonts w:ascii="宋体" w:eastAsia="宋体" w:hAnsi="宋体" w:cs="宋体"/>
          <w:color w:val="000000"/>
        </w:rPr>
        <w:t>∴</w:t>
      </w:r>
      <w:r>
        <w:pict>
          <v:shape id="_x0000_i709780" type="#_x0000_t75" alt="学科网(www.zxxk.com)--教育资源门户，提供试卷、教案、课件、论文、素材以及各类教学资源下载，还有大量而丰富的教学相关资讯！" style="width:167.25pt;height:30.75pt" o:oleicon="f" o:ole="">
            <v:imagedata r:id="rId3230" o:title="eqIdc3aa51901af5c538ab296fef761219c6"/>
          </v:shape>
        </w:pict>
      </w:r>
      <w:r>
        <w:rPr>
          <w:rFonts w:ascii="宋体" w:eastAsia="宋体" w:hAnsi="宋体" w:cs="宋体"/>
          <w:color w:val="000000"/>
        </w:rPr>
        <w:t xml:space="preserve"> </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9781" type="#_x0000_t75" alt="学科网(www.zxxk.com)--教育资源门户，提供试卷、教案、课件、论文、素材以及各类教学资源下载，还有大量而丰富的教学相关资讯！" style="width:206.25pt;height:14.25pt" o:oleicon="f" o:ole="">
            <v:imagedata r:id="rId3231" o:title="eqId925eea98aa66d13ea2b3eea82836c401"/>
          </v:shape>
        </w:pict>
      </w:r>
      <w:r>
        <w:rPr>
          <w:rFonts w:ascii="Times New Roman" w:eastAsia="Times New Roman" w:hAnsi="Times New Roman" w:cs="Times New Roman"/>
          <w:color w:val="000000"/>
        </w:rPr>
        <w:t xml:space="preserve"> </w:t>
      </w:r>
    </w:p>
    <w:p>
      <w:pPr>
        <w:spacing w:line="360" w:lineRule="auto"/>
        <w:jc w:val="left"/>
        <w:textAlignment w:val="center"/>
        <w:rPr>
          <w:rFonts w:ascii="Times New Roman" w:eastAsia="Times New Roman" w:hAnsi="Times New Roman" w:cs="Times New Roman"/>
          <w:color w:val="000000"/>
        </w:rPr>
      </w:pPr>
      <w:r>
        <w:rPr>
          <w:rFonts w:ascii="宋体" w:eastAsia="宋体" w:hAnsi="宋体" w:cs="宋体"/>
          <w:color w:val="000000"/>
        </w:rPr>
        <w:t>∴</w:t>
      </w:r>
      <w:r>
        <w:pict>
          <v:shape id="_x0000_i709782" type="#_x0000_t75" alt="学科网(www.zxxk.com)--教育资源门户，提供试卷、教案、课件、论文、素材以及各类教学资源下载，还有大量而丰富的教学相关资讯！" style="width:206.25pt;height:14.25pt" o:oleicon="f" o:ole="">
            <v:imagedata r:id="rId3232" o:title="eqIdf67073baafe212285138b5529d2db052"/>
          </v:shape>
        </w:pict>
      </w:r>
      <w:r>
        <w:rPr>
          <w:rFonts w:ascii="Times New Roman" w:eastAsia="Times New Roman" w:hAnsi="Times New Roman" w:cs="Times New Roman"/>
          <w:color w:val="000000"/>
        </w:rPr>
        <w:t xml:space="preserve"> </w:t>
      </w:r>
    </w:p>
    <w:p>
      <w:pPr>
        <w:spacing w:line="360" w:lineRule="auto"/>
        <w:jc w:val="left"/>
        <w:textAlignment w:val="center"/>
        <w:rPr>
          <w:rFonts w:ascii="宋体" w:eastAsia="宋体" w:hAnsi="宋体" w:cs="宋体"/>
          <w:color w:val="000000"/>
        </w:rPr>
      </w:pPr>
      <w:r>
        <w:rPr>
          <w:rFonts w:ascii="宋体" w:eastAsia="宋体" w:hAnsi="宋体" w:cs="宋体"/>
          <w:color w:val="000000"/>
        </w:rPr>
        <w:t>故答案为：</w:t>
      </w:r>
      <w:r>
        <w:rPr>
          <w:rFonts w:ascii="Times New Roman" w:eastAsia="Times New Roman" w:hAnsi="Times New Roman" w:cs="Times New Roman"/>
          <w:color w:val="000000"/>
        </w:rPr>
        <w:t>45</w:t>
      </w:r>
      <w:r>
        <w:rPr>
          <w:rFonts w:ascii="宋体" w:eastAsia="宋体" w:hAnsi="宋体" w:cs="宋体"/>
          <w:color w:val="000000"/>
        </w:rPr>
        <w:t>°</w:t>
      </w:r>
    </w:p>
    <w:p>
      <w:pPr>
        <w:spacing w:line="360" w:lineRule="auto"/>
        <w:jc w:val="left"/>
        <w:textAlignment w:val="center"/>
        <w:rPr>
          <w:rFonts w:ascii="宋体" w:eastAsia="宋体" w:hAnsi="宋体" w:cs="宋体"/>
          <w:color w:val="000000"/>
        </w:rPr>
      </w:pPr>
      <w:r>
        <w:rPr>
          <w:color w:val="000000"/>
        </w:rPr>
        <w:t>【点睛】</w:t>
      </w:r>
      <w:r>
        <w:rPr>
          <w:rFonts w:ascii="宋体" w:eastAsia="宋体" w:hAnsi="宋体" w:cs="宋体"/>
          <w:color w:val="000000"/>
        </w:rPr>
        <w:t>本题主要考查了角的运算和角平分线，灵活运用角平分线是解答本题的关键．</w:t>
      </w:r>
    </w:p>
    <w:p w:rsidR="005B1167" w:rsidP="00322108">
      <w:pPr>
        <w:ind w:firstLine="284" w:firstLineChars="135"/>
        <w:jc w:val="left"/>
        <w:rPr>
          <w:rFonts w:ascii="Calibri" w:hAnsi="Calibri" w:cs="Times New Roman"/>
        </w:rPr>
      </w:pPr>
      <w:r>
        <w:rPr>
          <w:color w:val="000000"/>
        </w:rPr>
        <w:br w:type="page"/>
      </w:r>
      <w:r>
        <w:rPr>
          <w:noProof/>
        </w:rPr>
        <w:drawing>
          <wp:inline distT="0" distB="0" distL="0" distR="0">
            <wp:extent cx="1723810" cy="485714"/>
            <wp:effectExtent l="0" t="0" r="0" b="0"/>
            <wp:docPr id="3079" name="图片 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
                    <pic:cNvPicPr/>
                  </pic:nvPicPr>
                  <pic:blipFill>
                    <a:blip r:embed="rId3233"/>
                    <a:stretch>
                      <a:fillRect/>
                    </a:stretch>
                  </pic:blipFill>
                  <pic:spPr>
                    <a:xfrm>
                      <a:off x="0" y="0"/>
                      <a:ext cx="1723810" cy="485714"/>
                    </a:xfrm>
                    <a:prstGeom prst="rect">
                      <a:avLst/>
                    </a:prstGeom>
                  </pic:spPr>
                </pic:pic>
              </a:graphicData>
            </a:graphic>
          </wp:inline>
        </w:drawing>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hAnsi="仿宋" w:eastAsia="仿宋"/>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eastAsia="微软雅黑" w:ascii="微软雅黑" w:hAnsi="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eastAsia="微软雅黑" w:ascii="微软雅黑" w:hAnsi="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eastAsia="微软雅黑" w:ascii="微软雅黑" w:hAnsi="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eastAsia="微软雅黑" w:ascii="微软雅黑" w:hAnsi="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x6539.png"/><Relationship Id="rId10" Type="http://schemas.openxmlformats.org/officeDocument/2006/relationships/image" Target="media/x6540.wmf"/><Relationship Id="rId11" Type="http://schemas.openxmlformats.org/officeDocument/2006/relationships/image" Target="media/x6541.wmf"/><Relationship Id="rId12" Type="http://schemas.openxmlformats.org/officeDocument/2006/relationships/image" Target="media/x6542.png"/><Relationship Id="rId13" Type="http://schemas.openxmlformats.org/officeDocument/2006/relationships/image" Target="media/x6543.png"/><Relationship Id="rId14" Type="http://schemas.openxmlformats.org/officeDocument/2006/relationships/image" Target="media/x6544.png"/><Relationship Id="rId15" Type="http://schemas.openxmlformats.org/officeDocument/2006/relationships/image" Target="media/x6545.png"/><Relationship Id="rId16" Type="http://schemas.openxmlformats.org/officeDocument/2006/relationships/image" Target="media/x6546.wmf"/><Relationship Id="rId17" Type="http://schemas.openxmlformats.org/officeDocument/2006/relationships/image" Target="media/x6547.wmf"/><Relationship Id="rId18" Type="http://schemas.openxmlformats.org/officeDocument/2006/relationships/image" Target="media/x6548.png"/><Relationship Id="rId19" Type="http://schemas.openxmlformats.org/officeDocument/2006/relationships/image" Target="media/x6549.wmf"/><Relationship Id="rId20" Type="http://schemas.openxmlformats.org/officeDocument/2006/relationships/image" Target="media/x6550.png"/><Relationship Id="rId21" Type="http://schemas.openxmlformats.org/officeDocument/2006/relationships/image" Target="media/x6551.wmf"/><Relationship Id="rId22" Type="http://schemas.openxmlformats.org/officeDocument/2006/relationships/image" Target="media/x6552.png"/><Relationship Id="rId23" Type="http://schemas.openxmlformats.org/officeDocument/2006/relationships/image" Target="media/x6553.wmf"/><Relationship Id="rId24" Type="http://schemas.openxmlformats.org/officeDocument/2006/relationships/image" Target="media/x6554.png"/><Relationship Id="rId25" Type="http://schemas.openxmlformats.org/officeDocument/2006/relationships/image" Target="media/x6555.wmf"/><Relationship Id="rId26" Type="http://schemas.openxmlformats.org/officeDocument/2006/relationships/image" Target="media/x6556.png"/><Relationship Id="rId27" Type="http://schemas.openxmlformats.org/officeDocument/2006/relationships/image" Target="media/x6557.png"/><Relationship Id="rId28" Type="http://schemas.openxmlformats.org/officeDocument/2006/relationships/image" Target="media/x6558.png"/><Relationship Id="rId29" Type="http://schemas.openxmlformats.org/officeDocument/2006/relationships/image" Target="media/x6559.png"/><Relationship Id="rId30" Type="http://schemas.openxmlformats.org/officeDocument/2006/relationships/image" Target="media/x6560.png"/><Relationship Id="rId31" Type="http://schemas.openxmlformats.org/officeDocument/2006/relationships/image" Target="media/x6561.wmf"/><Relationship Id="rId32" Type="http://schemas.openxmlformats.org/officeDocument/2006/relationships/image" Target="media/x6562.png"/><Relationship Id="rId33" Type="http://schemas.openxmlformats.org/officeDocument/2006/relationships/image" Target="media/x6563.wmf"/><Relationship Id="rId34" Type="http://schemas.openxmlformats.org/officeDocument/2006/relationships/image" Target="media/x6564.png"/><Relationship Id="rId35" Type="http://schemas.openxmlformats.org/officeDocument/2006/relationships/image" Target="media/x6565.wmf"/><Relationship Id="rId36" Type="http://schemas.openxmlformats.org/officeDocument/2006/relationships/image" Target="media/x6566.png"/><Relationship Id="rId37" Type="http://schemas.openxmlformats.org/officeDocument/2006/relationships/image" Target="media/x6567.wmf"/><Relationship Id="rId38" Type="http://schemas.openxmlformats.org/officeDocument/2006/relationships/image" Target="media/x6568.png"/><Relationship Id="rId39" Type="http://schemas.openxmlformats.org/officeDocument/2006/relationships/image" Target="media/x6569.png"/><Relationship Id="rId40" Type="http://schemas.openxmlformats.org/officeDocument/2006/relationships/image" Target="media/x6570.wmf"/><Relationship Id="rId41" Type="http://schemas.openxmlformats.org/officeDocument/2006/relationships/image" Target="media/x6571.png"/><Relationship Id="rId42" Type="http://schemas.openxmlformats.org/officeDocument/2006/relationships/image" Target="media/x6572.wmf"/><Relationship Id="rId43" Type="http://schemas.openxmlformats.org/officeDocument/2006/relationships/image" Target="media/x6573.png"/><Relationship Id="rId44" Type="http://schemas.openxmlformats.org/officeDocument/2006/relationships/image" Target="media/x6574.png"/><Relationship Id="rId45" Type="http://schemas.openxmlformats.org/officeDocument/2006/relationships/image" Target="media/x6575.wmf"/><Relationship Id="rId46" Type="http://schemas.openxmlformats.org/officeDocument/2006/relationships/image" Target="media/x6576.png"/><Relationship Id="rId47" Type="http://schemas.openxmlformats.org/officeDocument/2006/relationships/image" Target="media/x6577.png"/><Relationship Id="rId48" Type="http://schemas.openxmlformats.org/officeDocument/2006/relationships/image" Target="media/x6578.wmf"/><Relationship Id="rId49" Type="http://schemas.openxmlformats.org/officeDocument/2006/relationships/image" Target="media/x6579.png"/><Relationship Id="rId50" Type="http://schemas.openxmlformats.org/officeDocument/2006/relationships/image" Target="media/x6580.png"/><Relationship Id="rId51" Type="http://schemas.openxmlformats.org/officeDocument/2006/relationships/image" Target="media/x6581.png"/><Relationship Id="rId52" Type="http://schemas.openxmlformats.org/officeDocument/2006/relationships/image" Target="media/x6582.png"/><Relationship Id="rId53" Type="http://schemas.openxmlformats.org/officeDocument/2006/relationships/image" Target="media/x6583.wmf"/><Relationship Id="rId54" Type="http://schemas.openxmlformats.org/officeDocument/2006/relationships/image" Target="media/x6584.wmf"/><Relationship Id="rId55" Type="http://schemas.openxmlformats.org/officeDocument/2006/relationships/image" Target="media/x6585.wmf"/><Relationship Id="rId56" Type="http://schemas.openxmlformats.org/officeDocument/2006/relationships/image" Target="media/x6586.wmf"/><Relationship Id="rId57" Type="http://schemas.openxmlformats.org/officeDocument/2006/relationships/image" Target="media/x6587.wmf"/><Relationship Id="rId58" Type="http://schemas.openxmlformats.org/officeDocument/2006/relationships/image" Target="media/x6588.wmf"/><Relationship Id="rId59" Type="http://schemas.openxmlformats.org/officeDocument/2006/relationships/image" Target="media/x6589.wmf"/><Relationship Id="rId60" Type="http://schemas.openxmlformats.org/officeDocument/2006/relationships/image" Target="media/x6590.wmf"/><Relationship Id="rId61" Type="http://schemas.openxmlformats.org/officeDocument/2006/relationships/image" Target="media/x6591.wmf"/><Relationship Id="rId62" Type="http://schemas.openxmlformats.org/officeDocument/2006/relationships/image" Target="media/x6592.wmf"/><Relationship Id="rId63" Type="http://schemas.openxmlformats.org/officeDocument/2006/relationships/image" Target="media/x6593.wmf"/><Relationship Id="rId64" Type="http://schemas.openxmlformats.org/officeDocument/2006/relationships/image" Target="media/x6594.wmf"/><Relationship Id="rId65" Type="http://schemas.openxmlformats.org/officeDocument/2006/relationships/image" Target="media/x6595.wmf"/><Relationship Id="rId66" Type="http://schemas.openxmlformats.org/officeDocument/2006/relationships/image" Target="media/x6596.wmf"/><Relationship Id="rId67" Type="http://schemas.openxmlformats.org/officeDocument/2006/relationships/image" Target="media/x6597.wmf"/><Relationship Id="rId68" Type="http://schemas.openxmlformats.org/officeDocument/2006/relationships/image" Target="media/x6598.wmf"/><Relationship Id="rId69" Type="http://schemas.openxmlformats.org/officeDocument/2006/relationships/image" Target="media/x6599.wmf"/><Relationship Id="rId70" Type="http://schemas.openxmlformats.org/officeDocument/2006/relationships/image" Target="media/x6600.wmf"/><Relationship Id="rId71" Type="http://schemas.openxmlformats.org/officeDocument/2006/relationships/image" Target="media/x6601.wmf"/><Relationship Id="rId72" Type="http://schemas.openxmlformats.org/officeDocument/2006/relationships/image" Target="media/x6602.wmf"/><Relationship Id="rId73" Type="http://schemas.openxmlformats.org/officeDocument/2006/relationships/image" Target="media/x6603.wmf"/><Relationship Id="rId74" Type="http://schemas.openxmlformats.org/officeDocument/2006/relationships/image" Target="media/x6604.wmf"/><Relationship Id="rId75" Type="http://schemas.openxmlformats.org/officeDocument/2006/relationships/image" Target="media/x6605.wmf"/><Relationship Id="rId76" Type="http://schemas.openxmlformats.org/officeDocument/2006/relationships/image" Target="media/x6606.wmf"/><Relationship Id="rId77" Type="http://schemas.openxmlformats.org/officeDocument/2006/relationships/image" Target="media/x6607.wmf"/><Relationship Id="rId78" Type="http://schemas.openxmlformats.org/officeDocument/2006/relationships/image" Target="media/x6608.wmf"/><Relationship Id="rId79" Type="http://schemas.openxmlformats.org/officeDocument/2006/relationships/image" Target="media/x6609.wmf"/><Relationship Id="rId80" Type="http://schemas.openxmlformats.org/officeDocument/2006/relationships/image" Target="media/x6610.wmf"/><Relationship Id="rId81" Type="http://schemas.openxmlformats.org/officeDocument/2006/relationships/image" Target="media/x6611.wmf"/><Relationship Id="rId82" Type="http://schemas.openxmlformats.org/officeDocument/2006/relationships/image" Target="media/x6612.wmf"/><Relationship Id="rId83" Type="http://schemas.openxmlformats.org/officeDocument/2006/relationships/image" Target="media/x6613.wmf"/><Relationship Id="rId84" Type="http://schemas.openxmlformats.org/officeDocument/2006/relationships/image" Target="media/x6614.wmf"/><Relationship Id="rId85" Type="http://schemas.openxmlformats.org/officeDocument/2006/relationships/image" Target="media/x6615.wmf"/><Relationship Id="rId86" Type="http://schemas.openxmlformats.org/officeDocument/2006/relationships/image" Target="media/x6616.wmf"/><Relationship Id="rId87" Type="http://schemas.openxmlformats.org/officeDocument/2006/relationships/image" Target="media/x6617.wmf"/><Relationship Id="rId88" Type="http://schemas.openxmlformats.org/officeDocument/2006/relationships/image" Target="media/x6618.png"/><Relationship Id="rId89" Type="http://schemas.openxmlformats.org/officeDocument/2006/relationships/image" Target="media/x6619.png"/><Relationship Id="rId90" Type="http://schemas.openxmlformats.org/officeDocument/2006/relationships/image" Target="media/x6620.png"/><Relationship Id="rId91" Type="http://schemas.openxmlformats.org/officeDocument/2006/relationships/image" Target="media/x6621.wmf"/><Relationship Id="rId92" Type="http://schemas.openxmlformats.org/officeDocument/2006/relationships/image" Target="media/x6622.png"/><Relationship Id="rId93" Type="http://schemas.openxmlformats.org/officeDocument/2006/relationships/image" Target="media/x6623.wmf"/><Relationship Id="rId94" Type="http://schemas.openxmlformats.org/officeDocument/2006/relationships/image" Target="media/x6624.wmf"/><Relationship Id="rId95" Type="http://schemas.openxmlformats.org/officeDocument/2006/relationships/image" Target="media/x6625.wmf"/><Relationship Id="rId96" Type="http://schemas.openxmlformats.org/officeDocument/2006/relationships/image" Target="media/x6626.png"/><Relationship Id="rId97" Type="http://schemas.openxmlformats.org/officeDocument/2006/relationships/image" Target="media/x6627.wmf"/><Relationship Id="rId98" Type="http://schemas.openxmlformats.org/officeDocument/2006/relationships/image" Target="media/x6628.wmf"/><Relationship Id="rId99" Type="http://schemas.openxmlformats.org/officeDocument/2006/relationships/image" Target="media/x6629.wmf"/><Relationship Id="rId100" Type="http://schemas.openxmlformats.org/officeDocument/2006/relationships/image" Target="media/x6630.wmf"/><Relationship Id="rId101" Type="http://schemas.openxmlformats.org/officeDocument/2006/relationships/image" Target="media/x6631.wmf"/><Relationship Id="rId102" Type="http://schemas.openxmlformats.org/officeDocument/2006/relationships/image" Target="media/x6632.wmf"/><Relationship Id="rId103" Type="http://schemas.openxmlformats.org/officeDocument/2006/relationships/image" Target="media/x6633.wmf"/><Relationship Id="rId104" Type="http://schemas.openxmlformats.org/officeDocument/2006/relationships/image" Target="media/x6634.wmf"/><Relationship Id="rId105" Type="http://schemas.openxmlformats.org/officeDocument/2006/relationships/image" Target="media/x6635.wmf"/><Relationship Id="rId106" Type="http://schemas.openxmlformats.org/officeDocument/2006/relationships/image" Target="media/x6636.wmf"/><Relationship Id="rId107" Type="http://schemas.openxmlformats.org/officeDocument/2006/relationships/image" Target="media/x6637.wmf"/><Relationship Id="rId108" Type="http://schemas.openxmlformats.org/officeDocument/2006/relationships/image" Target="media/x6638.wmf"/><Relationship Id="rId109" Type="http://schemas.openxmlformats.org/officeDocument/2006/relationships/image" Target="media/x6639.wmf"/><Relationship Id="rId110" Type="http://schemas.openxmlformats.org/officeDocument/2006/relationships/image" Target="media/x6640.wmf"/><Relationship Id="rId111" Type="http://schemas.openxmlformats.org/officeDocument/2006/relationships/image" Target="media/x6641.wmf"/><Relationship Id="rId112" Type="http://schemas.openxmlformats.org/officeDocument/2006/relationships/image" Target="media/x6642.wmf"/><Relationship Id="rId113" Type="http://schemas.openxmlformats.org/officeDocument/2006/relationships/image" Target="media/x6643.wmf"/><Relationship Id="rId114" Type="http://schemas.openxmlformats.org/officeDocument/2006/relationships/image" Target="media/x6644.wmf"/><Relationship Id="rId115" Type="http://schemas.openxmlformats.org/officeDocument/2006/relationships/image" Target="media/x6645.wmf"/><Relationship Id="rId116" Type="http://schemas.openxmlformats.org/officeDocument/2006/relationships/image" Target="media/x6646.wmf"/><Relationship Id="rId117" Type="http://schemas.openxmlformats.org/officeDocument/2006/relationships/image" Target="media/x6647.wmf"/><Relationship Id="rId118" Type="http://schemas.openxmlformats.org/officeDocument/2006/relationships/image" Target="media/x6648.wmf"/><Relationship Id="rId119" Type="http://schemas.openxmlformats.org/officeDocument/2006/relationships/image" Target="media/x6649.wmf"/><Relationship Id="rId120" Type="http://schemas.openxmlformats.org/officeDocument/2006/relationships/image" Target="media/x6650.wmf"/><Relationship Id="rId121" Type="http://schemas.openxmlformats.org/officeDocument/2006/relationships/image" Target="media/x6651.wmf"/><Relationship Id="rId122" Type="http://schemas.openxmlformats.org/officeDocument/2006/relationships/image" Target="media/x6652.wmf"/><Relationship Id="rId123" Type="http://schemas.openxmlformats.org/officeDocument/2006/relationships/image" Target="media/x6653.wmf"/><Relationship Id="rId124" Type="http://schemas.openxmlformats.org/officeDocument/2006/relationships/image" Target="media/x6654.wmf"/><Relationship Id="rId125" Type="http://schemas.openxmlformats.org/officeDocument/2006/relationships/image" Target="media/x6655.wmf"/><Relationship Id="rId126" Type="http://schemas.openxmlformats.org/officeDocument/2006/relationships/image" Target="media/x6656.wmf"/><Relationship Id="rId127" Type="http://schemas.openxmlformats.org/officeDocument/2006/relationships/image" Target="media/x6657.wmf"/><Relationship Id="rId128" Type="http://schemas.openxmlformats.org/officeDocument/2006/relationships/image" Target="media/x6658.wmf"/><Relationship Id="rId129" Type="http://schemas.openxmlformats.org/officeDocument/2006/relationships/image" Target="media/x6659.wmf"/><Relationship Id="rId130" Type="http://schemas.openxmlformats.org/officeDocument/2006/relationships/image" Target="media/x6660.wmf"/><Relationship Id="rId131" Type="http://schemas.openxmlformats.org/officeDocument/2006/relationships/image" Target="media/x6661.wmf"/><Relationship Id="rId132" Type="http://schemas.openxmlformats.org/officeDocument/2006/relationships/image" Target="media/x6662.wmf"/><Relationship Id="rId133" Type="http://schemas.openxmlformats.org/officeDocument/2006/relationships/image" Target="media/x6663.wmf"/><Relationship Id="rId134" Type="http://schemas.openxmlformats.org/officeDocument/2006/relationships/image" Target="media/x6664.wmf"/><Relationship Id="rId135" Type="http://schemas.openxmlformats.org/officeDocument/2006/relationships/image" Target="media/x6665.wmf"/><Relationship Id="rId136" Type="http://schemas.openxmlformats.org/officeDocument/2006/relationships/image" Target="media/x6666.wmf"/><Relationship Id="rId137" Type="http://schemas.openxmlformats.org/officeDocument/2006/relationships/image" Target="media/x6667.wmf"/><Relationship Id="rId138" Type="http://schemas.openxmlformats.org/officeDocument/2006/relationships/image" Target="media/x6668.wmf"/><Relationship Id="rId139" Type="http://schemas.openxmlformats.org/officeDocument/2006/relationships/image" Target="media/x6669.wmf"/><Relationship Id="rId140" Type="http://schemas.openxmlformats.org/officeDocument/2006/relationships/image" Target="media/x6670.wmf"/><Relationship Id="rId141" Type="http://schemas.openxmlformats.org/officeDocument/2006/relationships/image" Target="media/x6671.wmf"/><Relationship Id="rId142" Type="http://schemas.openxmlformats.org/officeDocument/2006/relationships/image" Target="media/x6672.wmf"/><Relationship Id="rId143" Type="http://schemas.openxmlformats.org/officeDocument/2006/relationships/image" Target="media/x6673.wmf"/><Relationship Id="rId144" Type="http://schemas.openxmlformats.org/officeDocument/2006/relationships/image" Target="media/x6674.wmf"/><Relationship Id="rId145" Type="http://schemas.openxmlformats.org/officeDocument/2006/relationships/image" Target="media/x6675.png"/><Relationship Id="rId146" Type="http://schemas.openxmlformats.org/officeDocument/2006/relationships/image" Target="media/x6676.png"/><Relationship Id="rId147" Type="http://schemas.openxmlformats.org/officeDocument/2006/relationships/image" Target="media/x6677.png"/><Relationship Id="rId148" Type="http://schemas.openxmlformats.org/officeDocument/2006/relationships/image" Target="media/x6678.png"/><Relationship Id="rId149" Type="http://schemas.openxmlformats.org/officeDocument/2006/relationships/image" Target="media/x6679.wmf"/><Relationship Id="rId150" Type="http://schemas.openxmlformats.org/officeDocument/2006/relationships/image" Target="media/x6680.wmf"/><Relationship Id="rId151" Type="http://schemas.openxmlformats.org/officeDocument/2006/relationships/image" Target="media/x6681.wmf"/><Relationship Id="rId152" Type="http://schemas.openxmlformats.org/officeDocument/2006/relationships/image" Target="media/x6682.wmf"/><Relationship Id="rId153" Type="http://schemas.openxmlformats.org/officeDocument/2006/relationships/image" Target="media/x6683.wmf"/><Relationship Id="rId154" Type="http://schemas.openxmlformats.org/officeDocument/2006/relationships/image" Target="media/x6684.wmf"/><Relationship Id="rId155" Type="http://schemas.openxmlformats.org/officeDocument/2006/relationships/image" Target="media/x6685.wmf"/><Relationship Id="rId156" Type="http://schemas.openxmlformats.org/officeDocument/2006/relationships/image" Target="media/x6686.wmf"/><Relationship Id="rId157" Type="http://schemas.openxmlformats.org/officeDocument/2006/relationships/image" Target="media/x6687.wmf"/><Relationship Id="rId158" Type="http://schemas.openxmlformats.org/officeDocument/2006/relationships/image" Target="media/x6688.wmf"/><Relationship Id="rId159" Type="http://schemas.openxmlformats.org/officeDocument/2006/relationships/image" Target="media/x6689.wmf"/><Relationship Id="rId160" Type="http://schemas.openxmlformats.org/officeDocument/2006/relationships/image" Target="media/x6690.wmf"/><Relationship Id="rId161" Type="http://schemas.openxmlformats.org/officeDocument/2006/relationships/image" Target="media/x6691.wmf"/><Relationship Id="rId162" Type="http://schemas.openxmlformats.org/officeDocument/2006/relationships/image" Target="media/x6692.wmf"/><Relationship Id="rId163" Type="http://schemas.openxmlformats.org/officeDocument/2006/relationships/image" Target="media/x6693.wmf"/><Relationship Id="rId164" Type="http://schemas.openxmlformats.org/officeDocument/2006/relationships/image" Target="media/x6694.wmf"/><Relationship Id="rId165" Type="http://schemas.openxmlformats.org/officeDocument/2006/relationships/image" Target="media/x6695.wmf"/><Relationship Id="rId166" Type="http://schemas.openxmlformats.org/officeDocument/2006/relationships/image" Target="media/x6696.wmf"/><Relationship Id="rId167" Type="http://schemas.openxmlformats.org/officeDocument/2006/relationships/image" Target="media/x6697.wmf"/><Relationship Id="rId168" Type="http://schemas.openxmlformats.org/officeDocument/2006/relationships/image" Target="media/x6698.wmf"/><Relationship Id="rId169" Type="http://schemas.openxmlformats.org/officeDocument/2006/relationships/image" Target="media/x6699.wmf"/><Relationship Id="rId170" Type="http://schemas.openxmlformats.org/officeDocument/2006/relationships/image" Target="media/x6700.wmf"/><Relationship Id="rId171" Type="http://schemas.openxmlformats.org/officeDocument/2006/relationships/image" Target="media/x6701.wmf"/><Relationship Id="rId172" Type="http://schemas.openxmlformats.org/officeDocument/2006/relationships/image" Target="media/x6702.wmf"/><Relationship Id="rId173" Type="http://schemas.openxmlformats.org/officeDocument/2006/relationships/image" Target="media/x6703.wmf"/><Relationship Id="rId174" Type="http://schemas.openxmlformats.org/officeDocument/2006/relationships/image" Target="media/x6704.wmf"/><Relationship Id="rId175" Type="http://schemas.openxmlformats.org/officeDocument/2006/relationships/image" Target="media/x6705.wmf"/><Relationship Id="rId176" Type="http://schemas.openxmlformats.org/officeDocument/2006/relationships/image" Target="media/x6706.wmf"/><Relationship Id="rId177" Type="http://schemas.openxmlformats.org/officeDocument/2006/relationships/image" Target="media/x6707.wmf"/><Relationship Id="rId178" Type="http://schemas.openxmlformats.org/officeDocument/2006/relationships/image" Target="media/x6708.wmf"/><Relationship Id="rId179" Type="http://schemas.openxmlformats.org/officeDocument/2006/relationships/image" Target="media/x6709.wmf"/><Relationship Id="rId180" Type="http://schemas.openxmlformats.org/officeDocument/2006/relationships/image" Target="media/x6710.wmf"/><Relationship Id="rId181" Type="http://schemas.openxmlformats.org/officeDocument/2006/relationships/image" Target="media/x6711.wmf"/><Relationship Id="rId182" Type="http://schemas.openxmlformats.org/officeDocument/2006/relationships/image" Target="media/x6712.wmf"/><Relationship Id="rId183" Type="http://schemas.openxmlformats.org/officeDocument/2006/relationships/image" Target="media/x6713.wmf"/><Relationship Id="rId184" Type="http://schemas.openxmlformats.org/officeDocument/2006/relationships/image" Target="media/x6714.wmf"/><Relationship Id="rId185" Type="http://schemas.openxmlformats.org/officeDocument/2006/relationships/image" Target="media/x6715.wmf"/><Relationship Id="rId186" Type="http://schemas.openxmlformats.org/officeDocument/2006/relationships/image" Target="media/x6716.wmf"/><Relationship Id="rId187" Type="http://schemas.openxmlformats.org/officeDocument/2006/relationships/image" Target="media/x6717.wmf"/><Relationship Id="rId188" Type="http://schemas.openxmlformats.org/officeDocument/2006/relationships/image" Target="media/x6718.wmf"/><Relationship Id="rId189" Type="http://schemas.openxmlformats.org/officeDocument/2006/relationships/image" Target="media/x6719.wmf"/><Relationship Id="rId190" Type="http://schemas.openxmlformats.org/officeDocument/2006/relationships/image" Target="media/x6720.wmf"/><Relationship Id="rId191" Type="http://schemas.openxmlformats.org/officeDocument/2006/relationships/image" Target="media/x6721.wmf"/><Relationship Id="rId192" Type="http://schemas.openxmlformats.org/officeDocument/2006/relationships/image" Target="media/x6722.wmf"/><Relationship Id="rId193" Type="http://schemas.openxmlformats.org/officeDocument/2006/relationships/image" Target="media/x6723.wmf"/><Relationship Id="rId194" Type="http://schemas.openxmlformats.org/officeDocument/2006/relationships/image" Target="media/x6724.wmf"/><Relationship Id="rId195" Type="http://schemas.openxmlformats.org/officeDocument/2006/relationships/image" Target="media/x6725.wmf"/><Relationship Id="rId196" Type="http://schemas.openxmlformats.org/officeDocument/2006/relationships/image" Target="media/x6726.wmf"/><Relationship Id="rId197" Type="http://schemas.openxmlformats.org/officeDocument/2006/relationships/image" Target="media/x6727.wmf"/><Relationship Id="rId198" Type="http://schemas.openxmlformats.org/officeDocument/2006/relationships/image" Target="media/x6728.wmf"/><Relationship Id="rId199" Type="http://schemas.openxmlformats.org/officeDocument/2006/relationships/image" Target="media/x6729.wmf"/><Relationship Id="rId200" Type="http://schemas.openxmlformats.org/officeDocument/2006/relationships/image" Target="media/x6730.wmf"/><Relationship Id="rId201" Type="http://schemas.openxmlformats.org/officeDocument/2006/relationships/image" Target="media/x6731.wmf"/><Relationship Id="rId202" Type="http://schemas.openxmlformats.org/officeDocument/2006/relationships/image" Target="media/x6732.wmf"/><Relationship Id="rId203" Type="http://schemas.openxmlformats.org/officeDocument/2006/relationships/image" Target="media/x6733.wmf"/><Relationship Id="rId204" Type="http://schemas.openxmlformats.org/officeDocument/2006/relationships/image" Target="media/x6734.wmf"/><Relationship Id="rId205" Type="http://schemas.openxmlformats.org/officeDocument/2006/relationships/image" Target="media/x6735.wmf"/><Relationship Id="rId206" Type="http://schemas.openxmlformats.org/officeDocument/2006/relationships/image" Target="media/x6736.png"/><Relationship Id="rId207" Type="http://schemas.openxmlformats.org/officeDocument/2006/relationships/image" Target="media/x6737.wmf"/><Relationship Id="rId208" Type="http://schemas.openxmlformats.org/officeDocument/2006/relationships/image" Target="media/x6738.wmf"/><Relationship Id="rId209" Type="http://schemas.openxmlformats.org/officeDocument/2006/relationships/image" Target="media/x6739.wmf"/><Relationship Id="rId210" Type="http://schemas.openxmlformats.org/officeDocument/2006/relationships/image" Target="media/x6740.wmf"/><Relationship Id="rId211" Type="http://schemas.openxmlformats.org/officeDocument/2006/relationships/image" Target="media/x6741.wmf"/><Relationship Id="rId212" Type="http://schemas.openxmlformats.org/officeDocument/2006/relationships/image" Target="media/x6742.wmf"/><Relationship Id="rId213" Type="http://schemas.openxmlformats.org/officeDocument/2006/relationships/image" Target="media/x6743.wmf"/><Relationship Id="rId214" Type="http://schemas.openxmlformats.org/officeDocument/2006/relationships/image" Target="media/x6744.wmf"/><Relationship Id="rId215" Type="http://schemas.openxmlformats.org/officeDocument/2006/relationships/image" Target="media/x6745.wmf"/><Relationship Id="rId216" Type="http://schemas.openxmlformats.org/officeDocument/2006/relationships/image" Target="media/x6746.wmf"/><Relationship Id="rId217" Type="http://schemas.openxmlformats.org/officeDocument/2006/relationships/image" Target="media/x6747.wmf"/><Relationship Id="rId218" Type="http://schemas.openxmlformats.org/officeDocument/2006/relationships/image" Target="media/x6748.wmf"/><Relationship Id="rId219" Type="http://schemas.openxmlformats.org/officeDocument/2006/relationships/image" Target="media/x6749.wmf"/><Relationship Id="rId220" Type="http://schemas.openxmlformats.org/officeDocument/2006/relationships/image" Target="media/x6750.wmf"/><Relationship Id="rId221" Type="http://schemas.openxmlformats.org/officeDocument/2006/relationships/image" Target="media/x6751.wmf"/><Relationship Id="rId222" Type="http://schemas.openxmlformats.org/officeDocument/2006/relationships/image" Target="media/x6752.wmf"/><Relationship Id="rId223" Type="http://schemas.openxmlformats.org/officeDocument/2006/relationships/image" Target="media/x6753.wmf"/><Relationship Id="rId224" Type="http://schemas.openxmlformats.org/officeDocument/2006/relationships/image" Target="media/x6754.wmf"/><Relationship Id="rId225" Type="http://schemas.openxmlformats.org/officeDocument/2006/relationships/image" Target="media/x6755.wmf"/><Relationship Id="rId226" Type="http://schemas.openxmlformats.org/officeDocument/2006/relationships/image" Target="media/x6756.wmf"/><Relationship Id="rId227" Type="http://schemas.openxmlformats.org/officeDocument/2006/relationships/image" Target="media/x6757.wmf"/><Relationship Id="rId228" Type="http://schemas.openxmlformats.org/officeDocument/2006/relationships/image" Target="media/x6758.wmf"/><Relationship Id="rId229" Type="http://schemas.openxmlformats.org/officeDocument/2006/relationships/image" Target="media/x6759.wmf"/><Relationship Id="rId230" Type="http://schemas.openxmlformats.org/officeDocument/2006/relationships/image" Target="media/x6760.wmf"/><Relationship Id="rId231" Type="http://schemas.openxmlformats.org/officeDocument/2006/relationships/image" Target="media/x6761.wmf"/><Relationship Id="rId232" Type="http://schemas.openxmlformats.org/officeDocument/2006/relationships/image" Target="media/x6762.wmf"/><Relationship Id="rId233" Type="http://schemas.openxmlformats.org/officeDocument/2006/relationships/image" Target="media/x6763.wmf"/><Relationship Id="rId234" Type="http://schemas.openxmlformats.org/officeDocument/2006/relationships/image" Target="media/x6764.wmf"/><Relationship Id="rId235" Type="http://schemas.openxmlformats.org/officeDocument/2006/relationships/image" Target="media/x6765.wmf"/><Relationship Id="rId236" Type="http://schemas.openxmlformats.org/officeDocument/2006/relationships/image" Target="media/x6766.wmf"/><Relationship Id="rId237" Type="http://schemas.openxmlformats.org/officeDocument/2006/relationships/image" Target="media/x6767.wmf"/><Relationship Id="rId238" Type="http://schemas.openxmlformats.org/officeDocument/2006/relationships/image" Target="media/x6768.wmf"/><Relationship Id="rId239" Type="http://schemas.openxmlformats.org/officeDocument/2006/relationships/image" Target="media/x6769.wmf"/><Relationship Id="rId240" Type="http://schemas.openxmlformats.org/officeDocument/2006/relationships/image" Target="media/x6770.wmf"/><Relationship Id="rId241" Type="http://schemas.openxmlformats.org/officeDocument/2006/relationships/image" Target="media/x6771.wmf"/><Relationship Id="rId242" Type="http://schemas.openxmlformats.org/officeDocument/2006/relationships/image" Target="media/x6772.wmf"/><Relationship Id="rId243" Type="http://schemas.openxmlformats.org/officeDocument/2006/relationships/image" Target="media/x6773.wmf"/><Relationship Id="rId244" Type="http://schemas.openxmlformats.org/officeDocument/2006/relationships/image" Target="media/x6774.wmf"/><Relationship Id="rId245" Type="http://schemas.openxmlformats.org/officeDocument/2006/relationships/image" Target="media/x6775.wmf"/><Relationship Id="rId246" Type="http://schemas.openxmlformats.org/officeDocument/2006/relationships/image" Target="media/x6776.wmf"/><Relationship Id="rId247" Type="http://schemas.openxmlformats.org/officeDocument/2006/relationships/image" Target="media/x6777.wmf"/><Relationship Id="rId248" Type="http://schemas.openxmlformats.org/officeDocument/2006/relationships/image" Target="media/x6778.wmf"/><Relationship Id="rId249" Type="http://schemas.openxmlformats.org/officeDocument/2006/relationships/image" Target="media/x6779.wmf"/><Relationship Id="rId250" Type="http://schemas.openxmlformats.org/officeDocument/2006/relationships/image" Target="media/x6780.wmf"/><Relationship Id="rId251" Type="http://schemas.openxmlformats.org/officeDocument/2006/relationships/image" Target="media/x6781.wmf"/><Relationship Id="rId252" Type="http://schemas.openxmlformats.org/officeDocument/2006/relationships/image" Target="media/x6782.wmf"/><Relationship Id="rId253" Type="http://schemas.openxmlformats.org/officeDocument/2006/relationships/image" Target="media/x6783.wmf"/><Relationship Id="rId254" Type="http://schemas.openxmlformats.org/officeDocument/2006/relationships/image" Target="media/x6784.wmf"/><Relationship Id="rId255" Type="http://schemas.openxmlformats.org/officeDocument/2006/relationships/image" Target="media/x6785.wmf"/><Relationship Id="rId256" Type="http://schemas.openxmlformats.org/officeDocument/2006/relationships/image" Target="media/x6786.wmf"/><Relationship Id="rId257" Type="http://schemas.openxmlformats.org/officeDocument/2006/relationships/image" Target="media/x6787.wmf"/><Relationship Id="rId258" Type="http://schemas.openxmlformats.org/officeDocument/2006/relationships/image" Target="media/x6788.wmf"/><Relationship Id="rId259" Type="http://schemas.openxmlformats.org/officeDocument/2006/relationships/image" Target="media/x6789.wmf"/><Relationship Id="rId260" Type="http://schemas.openxmlformats.org/officeDocument/2006/relationships/image" Target="media/x6790.wmf"/><Relationship Id="rId261" Type="http://schemas.openxmlformats.org/officeDocument/2006/relationships/image" Target="media/x6791.wmf"/><Relationship Id="rId262" Type="http://schemas.openxmlformats.org/officeDocument/2006/relationships/image" Target="media/x6792.wmf"/><Relationship Id="rId263" Type="http://schemas.openxmlformats.org/officeDocument/2006/relationships/image" Target="media/x6793.wmf"/><Relationship Id="rId264" Type="http://schemas.openxmlformats.org/officeDocument/2006/relationships/image" Target="media/x6794.wmf"/><Relationship Id="rId265" Type="http://schemas.openxmlformats.org/officeDocument/2006/relationships/image" Target="media/x6795.wmf"/><Relationship Id="rId266" Type="http://schemas.openxmlformats.org/officeDocument/2006/relationships/image" Target="media/x6796.wmf"/><Relationship Id="rId267" Type="http://schemas.openxmlformats.org/officeDocument/2006/relationships/image" Target="media/x6797.wmf"/><Relationship Id="rId268" Type="http://schemas.openxmlformats.org/officeDocument/2006/relationships/image" Target="media/x6798.wmf"/><Relationship Id="rId269" Type="http://schemas.openxmlformats.org/officeDocument/2006/relationships/image" Target="media/x6799.wmf"/><Relationship Id="rId270" Type="http://schemas.openxmlformats.org/officeDocument/2006/relationships/image" Target="media/x6800.wmf"/><Relationship Id="rId271" Type="http://schemas.openxmlformats.org/officeDocument/2006/relationships/image" Target="media/x6801.wmf"/><Relationship Id="rId272" Type="http://schemas.openxmlformats.org/officeDocument/2006/relationships/image" Target="media/x6802.wmf"/><Relationship Id="rId273" Type="http://schemas.openxmlformats.org/officeDocument/2006/relationships/image" Target="media/x6803.wmf"/><Relationship Id="rId274" Type="http://schemas.openxmlformats.org/officeDocument/2006/relationships/image" Target="media/x6804.wmf"/><Relationship Id="rId275" Type="http://schemas.openxmlformats.org/officeDocument/2006/relationships/image" Target="media/x6805.wmf"/><Relationship Id="rId276" Type="http://schemas.openxmlformats.org/officeDocument/2006/relationships/image" Target="media/x6806.wmf"/><Relationship Id="rId277" Type="http://schemas.openxmlformats.org/officeDocument/2006/relationships/image" Target="media/x6807.wmf"/><Relationship Id="rId278" Type="http://schemas.openxmlformats.org/officeDocument/2006/relationships/image" Target="media/x6808.wmf"/><Relationship Id="rId279" Type="http://schemas.openxmlformats.org/officeDocument/2006/relationships/image" Target="media/x6809.wmf"/><Relationship Id="rId280" Type="http://schemas.openxmlformats.org/officeDocument/2006/relationships/image" Target="media/x6810.wmf"/><Relationship Id="rId281" Type="http://schemas.openxmlformats.org/officeDocument/2006/relationships/image" Target="media/x6811.wmf"/><Relationship Id="rId282" Type="http://schemas.openxmlformats.org/officeDocument/2006/relationships/image" Target="media/x6812.wmf"/><Relationship Id="rId283" Type="http://schemas.openxmlformats.org/officeDocument/2006/relationships/image" Target="media/x6813.wmf"/><Relationship Id="rId284" Type="http://schemas.openxmlformats.org/officeDocument/2006/relationships/image" Target="media/x6814.wmf"/><Relationship Id="rId285" Type="http://schemas.openxmlformats.org/officeDocument/2006/relationships/image" Target="media/x6815.wmf"/><Relationship Id="rId286" Type="http://schemas.openxmlformats.org/officeDocument/2006/relationships/image" Target="media/x6816.wmf"/><Relationship Id="rId287" Type="http://schemas.openxmlformats.org/officeDocument/2006/relationships/image" Target="media/x6817.wmf"/><Relationship Id="rId288" Type="http://schemas.openxmlformats.org/officeDocument/2006/relationships/image" Target="media/x6818.wmf"/><Relationship Id="rId289" Type="http://schemas.openxmlformats.org/officeDocument/2006/relationships/image" Target="media/x6819.wmf"/><Relationship Id="rId290" Type="http://schemas.openxmlformats.org/officeDocument/2006/relationships/image" Target="media/x6820.wmf"/><Relationship Id="rId291" Type="http://schemas.openxmlformats.org/officeDocument/2006/relationships/image" Target="media/x6821.wmf"/><Relationship Id="rId292" Type="http://schemas.openxmlformats.org/officeDocument/2006/relationships/image" Target="media/x6822.wmf"/><Relationship Id="rId293" Type="http://schemas.openxmlformats.org/officeDocument/2006/relationships/image" Target="media/x6823.wmf"/><Relationship Id="rId294" Type="http://schemas.openxmlformats.org/officeDocument/2006/relationships/image" Target="media/x6824.wmf"/><Relationship Id="rId295" Type="http://schemas.openxmlformats.org/officeDocument/2006/relationships/image" Target="media/x6825.png"/><Relationship Id="rId296" Type="http://schemas.openxmlformats.org/officeDocument/2006/relationships/image" Target="media/x6826.png"/><Relationship Id="rId297" Type="http://schemas.openxmlformats.org/officeDocument/2006/relationships/image" Target="media/x6827.wmf"/><Relationship Id="rId298" Type="http://schemas.openxmlformats.org/officeDocument/2006/relationships/image" Target="media/x6828.wmf"/><Relationship Id="rId299" Type="http://schemas.openxmlformats.org/officeDocument/2006/relationships/image" Target="media/x6829.wmf"/><Relationship Id="rId300" Type="http://schemas.openxmlformats.org/officeDocument/2006/relationships/image" Target="media/x6830.wmf"/><Relationship Id="rId301" Type="http://schemas.openxmlformats.org/officeDocument/2006/relationships/image" Target="media/x6831.wmf"/><Relationship Id="rId302" Type="http://schemas.openxmlformats.org/officeDocument/2006/relationships/image" Target="media/x6832.wmf"/><Relationship Id="rId303" Type="http://schemas.openxmlformats.org/officeDocument/2006/relationships/image" Target="media/x6833.wmf"/><Relationship Id="rId304" Type="http://schemas.openxmlformats.org/officeDocument/2006/relationships/image" Target="media/x6834.wmf"/><Relationship Id="rId305" Type="http://schemas.openxmlformats.org/officeDocument/2006/relationships/image" Target="media/x6835.wmf"/><Relationship Id="rId306" Type="http://schemas.openxmlformats.org/officeDocument/2006/relationships/image" Target="media/x6836.wmf"/><Relationship Id="rId307" Type="http://schemas.openxmlformats.org/officeDocument/2006/relationships/image" Target="media/x6837.wmf"/><Relationship Id="rId308" Type="http://schemas.openxmlformats.org/officeDocument/2006/relationships/image" Target="media/x6838.wmf"/><Relationship Id="rId309" Type="http://schemas.openxmlformats.org/officeDocument/2006/relationships/image" Target="media/x6839.wmf"/><Relationship Id="rId310" Type="http://schemas.openxmlformats.org/officeDocument/2006/relationships/image" Target="media/x6840.wmf"/><Relationship Id="rId311" Type="http://schemas.openxmlformats.org/officeDocument/2006/relationships/image" Target="media/x6841.wmf"/><Relationship Id="rId312" Type="http://schemas.openxmlformats.org/officeDocument/2006/relationships/image" Target="media/x6842.wmf"/><Relationship Id="rId313" Type="http://schemas.openxmlformats.org/officeDocument/2006/relationships/image" Target="media/x6843.wmf"/><Relationship Id="rId314" Type="http://schemas.openxmlformats.org/officeDocument/2006/relationships/image" Target="media/x6844.wmf"/><Relationship Id="rId315" Type="http://schemas.openxmlformats.org/officeDocument/2006/relationships/image" Target="media/x6845.wmf"/><Relationship Id="rId316" Type="http://schemas.openxmlformats.org/officeDocument/2006/relationships/image" Target="media/x6846.wmf"/><Relationship Id="rId317" Type="http://schemas.openxmlformats.org/officeDocument/2006/relationships/image" Target="media/x6847.wmf"/><Relationship Id="rId318" Type="http://schemas.openxmlformats.org/officeDocument/2006/relationships/image" Target="media/x6848.wmf"/><Relationship Id="rId319" Type="http://schemas.openxmlformats.org/officeDocument/2006/relationships/image" Target="media/x6849.wmf"/><Relationship Id="rId320" Type="http://schemas.openxmlformats.org/officeDocument/2006/relationships/image" Target="media/x6850.wmf"/><Relationship Id="rId321" Type="http://schemas.openxmlformats.org/officeDocument/2006/relationships/image" Target="media/x6851.wmf"/><Relationship Id="rId322" Type="http://schemas.openxmlformats.org/officeDocument/2006/relationships/image" Target="media/x6852.wmf"/><Relationship Id="rId323" Type="http://schemas.openxmlformats.org/officeDocument/2006/relationships/image" Target="media/x6853.wmf"/><Relationship Id="rId324" Type="http://schemas.openxmlformats.org/officeDocument/2006/relationships/image" Target="media/x6854.wmf"/><Relationship Id="rId325" Type="http://schemas.openxmlformats.org/officeDocument/2006/relationships/image" Target="media/x6855.wmf"/><Relationship Id="rId326" Type="http://schemas.openxmlformats.org/officeDocument/2006/relationships/image" Target="media/x6856.wmf"/><Relationship Id="rId327" Type="http://schemas.openxmlformats.org/officeDocument/2006/relationships/image" Target="media/x6857.wmf"/><Relationship Id="rId328" Type="http://schemas.openxmlformats.org/officeDocument/2006/relationships/image" Target="media/x6858.wmf"/><Relationship Id="rId329" Type="http://schemas.openxmlformats.org/officeDocument/2006/relationships/image" Target="media/x6859.wmf"/><Relationship Id="rId330" Type="http://schemas.openxmlformats.org/officeDocument/2006/relationships/image" Target="media/x6860.wmf"/><Relationship Id="rId331" Type="http://schemas.openxmlformats.org/officeDocument/2006/relationships/image" Target="media/x6861.wmf"/><Relationship Id="rId332" Type="http://schemas.openxmlformats.org/officeDocument/2006/relationships/image" Target="media/x6862.wmf"/><Relationship Id="rId333" Type="http://schemas.openxmlformats.org/officeDocument/2006/relationships/image" Target="media/x6863.wmf"/><Relationship Id="rId334" Type="http://schemas.openxmlformats.org/officeDocument/2006/relationships/image" Target="media/x6864.wmf"/><Relationship Id="rId335" Type="http://schemas.openxmlformats.org/officeDocument/2006/relationships/image" Target="media/x6865.wmf"/><Relationship Id="rId336" Type="http://schemas.openxmlformats.org/officeDocument/2006/relationships/image" Target="media/x6866.wmf"/><Relationship Id="rId337" Type="http://schemas.openxmlformats.org/officeDocument/2006/relationships/image" Target="media/x6867.wmf"/><Relationship Id="rId338" Type="http://schemas.openxmlformats.org/officeDocument/2006/relationships/image" Target="media/x6868.wmf"/><Relationship Id="rId339" Type="http://schemas.openxmlformats.org/officeDocument/2006/relationships/image" Target="media/x6869.wmf"/><Relationship Id="rId340" Type="http://schemas.openxmlformats.org/officeDocument/2006/relationships/image" Target="media/x6870.wmf"/><Relationship Id="rId341" Type="http://schemas.openxmlformats.org/officeDocument/2006/relationships/image" Target="media/x6871.png"/><Relationship Id="rId342" Type="http://schemas.openxmlformats.org/officeDocument/2006/relationships/image" Target="media/x6872.wmf"/><Relationship Id="rId343" Type="http://schemas.openxmlformats.org/officeDocument/2006/relationships/image" Target="media/x6873.wmf"/><Relationship Id="rId344" Type="http://schemas.openxmlformats.org/officeDocument/2006/relationships/image" Target="media/x6874.wmf"/><Relationship Id="rId345" Type="http://schemas.openxmlformats.org/officeDocument/2006/relationships/image" Target="media/x6875.wmf"/><Relationship Id="rId346" Type="http://schemas.openxmlformats.org/officeDocument/2006/relationships/image" Target="media/x6876.wmf"/><Relationship Id="rId347" Type="http://schemas.openxmlformats.org/officeDocument/2006/relationships/image" Target="media/x6877.wmf"/><Relationship Id="rId348" Type="http://schemas.openxmlformats.org/officeDocument/2006/relationships/image" Target="media/x6878.wmf"/><Relationship Id="rId349" Type="http://schemas.openxmlformats.org/officeDocument/2006/relationships/image" Target="media/x6879.wmf"/><Relationship Id="rId350" Type="http://schemas.openxmlformats.org/officeDocument/2006/relationships/image" Target="media/x6880.wmf"/><Relationship Id="rId351" Type="http://schemas.openxmlformats.org/officeDocument/2006/relationships/image" Target="media/x6881.wmf"/><Relationship Id="rId352" Type="http://schemas.openxmlformats.org/officeDocument/2006/relationships/image" Target="media/x6882.wmf"/><Relationship Id="rId353" Type="http://schemas.openxmlformats.org/officeDocument/2006/relationships/image" Target="media/x6883.wmf"/><Relationship Id="rId354" Type="http://schemas.openxmlformats.org/officeDocument/2006/relationships/image" Target="media/x6884.wmf"/><Relationship Id="rId355" Type="http://schemas.openxmlformats.org/officeDocument/2006/relationships/image" Target="media/x6885.wmf"/><Relationship Id="rId356" Type="http://schemas.openxmlformats.org/officeDocument/2006/relationships/image" Target="media/x6886.wmf"/><Relationship Id="rId357" Type="http://schemas.openxmlformats.org/officeDocument/2006/relationships/image" Target="media/x6887.wmf"/><Relationship Id="rId358" Type="http://schemas.openxmlformats.org/officeDocument/2006/relationships/image" Target="media/x6888.wmf"/><Relationship Id="rId359" Type="http://schemas.openxmlformats.org/officeDocument/2006/relationships/image" Target="media/x6889.wmf"/><Relationship Id="rId360" Type="http://schemas.openxmlformats.org/officeDocument/2006/relationships/image" Target="media/x6890.wmf"/><Relationship Id="rId361" Type="http://schemas.openxmlformats.org/officeDocument/2006/relationships/image" Target="media/x6891.wmf"/><Relationship Id="rId362" Type="http://schemas.openxmlformats.org/officeDocument/2006/relationships/image" Target="media/x6892.wmf"/><Relationship Id="rId363" Type="http://schemas.openxmlformats.org/officeDocument/2006/relationships/image" Target="media/x6893.wmf"/><Relationship Id="rId364" Type="http://schemas.openxmlformats.org/officeDocument/2006/relationships/image" Target="media/x6894.wmf"/><Relationship Id="rId365" Type="http://schemas.openxmlformats.org/officeDocument/2006/relationships/image" Target="media/x6895.wmf"/><Relationship Id="rId366" Type="http://schemas.openxmlformats.org/officeDocument/2006/relationships/image" Target="media/x6896.wmf"/><Relationship Id="rId367" Type="http://schemas.openxmlformats.org/officeDocument/2006/relationships/image" Target="media/x6897.wmf"/><Relationship Id="rId368" Type="http://schemas.openxmlformats.org/officeDocument/2006/relationships/image" Target="media/x6898.wmf"/><Relationship Id="rId369" Type="http://schemas.openxmlformats.org/officeDocument/2006/relationships/image" Target="media/x6899.wmf"/><Relationship Id="rId370" Type="http://schemas.openxmlformats.org/officeDocument/2006/relationships/image" Target="media/x6900.wmf"/><Relationship Id="rId371" Type="http://schemas.openxmlformats.org/officeDocument/2006/relationships/image" Target="media/x6901.wmf"/><Relationship Id="rId372" Type="http://schemas.openxmlformats.org/officeDocument/2006/relationships/image" Target="media/x6902.wmf"/><Relationship Id="rId373" Type="http://schemas.openxmlformats.org/officeDocument/2006/relationships/image" Target="media/x6903.wmf"/><Relationship Id="rId374" Type="http://schemas.openxmlformats.org/officeDocument/2006/relationships/image" Target="media/x6904.wmf"/><Relationship Id="rId375" Type="http://schemas.openxmlformats.org/officeDocument/2006/relationships/image" Target="media/x6905.wmf"/><Relationship Id="rId376" Type="http://schemas.openxmlformats.org/officeDocument/2006/relationships/image" Target="media/x6906.wmf"/><Relationship Id="rId377" Type="http://schemas.openxmlformats.org/officeDocument/2006/relationships/image" Target="media/x6907.wmf"/><Relationship Id="rId378" Type="http://schemas.openxmlformats.org/officeDocument/2006/relationships/image" Target="media/x6908.wmf"/><Relationship Id="rId379" Type="http://schemas.openxmlformats.org/officeDocument/2006/relationships/image" Target="media/x6909.wmf"/><Relationship Id="rId380" Type="http://schemas.openxmlformats.org/officeDocument/2006/relationships/image" Target="media/x6910.wmf"/><Relationship Id="rId381" Type="http://schemas.openxmlformats.org/officeDocument/2006/relationships/image" Target="media/x6911.wmf"/><Relationship Id="rId382" Type="http://schemas.openxmlformats.org/officeDocument/2006/relationships/image" Target="media/x6912.wmf"/><Relationship Id="rId383" Type="http://schemas.openxmlformats.org/officeDocument/2006/relationships/image" Target="media/x6913.wmf"/><Relationship Id="rId384" Type="http://schemas.openxmlformats.org/officeDocument/2006/relationships/image" Target="media/x6914.wmf"/><Relationship Id="rId385" Type="http://schemas.openxmlformats.org/officeDocument/2006/relationships/image" Target="media/x6915.wmf"/><Relationship Id="rId386" Type="http://schemas.openxmlformats.org/officeDocument/2006/relationships/image" Target="media/x6916.wmf"/><Relationship Id="rId387" Type="http://schemas.openxmlformats.org/officeDocument/2006/relationships/image" Target="media/x6917.wmf"/><Relationship Id="rId388" Type="http://schemas.openxmlformats.org/officeDocument/2006/relationships/image" Target="media/x6918.wmf"/><Relationship Id="rId389" Type="http://schemas.openxmlformats.org/officeDocument/2006/relationships/image" Target="media/x6919.wmf"/><Relationship Id="rId390" Type="http://schemas.openxmlformats.org/officeDocument/2006/relationships/image" Target="media/x6920.wmf"/><Relationship Id="rId391" Type="http://schemas.openxmlformats.org/officeDocument/2006/relationships/image" Target="media/x6921.wmf"/><Relationship Id="rId392" Type="http://schemas.openxmlformats.org/officeDocument/2006/relationships/image" Target="media/x6922.wmf"/><Relationship Id="rId393" Type="http://schemas.openxmlformats.org/officeDocument/2006/relationships/image" Target="media/x6923.wmf"/><Relationship Id="rId394" Type="http://schemas.openxmlformats.org/officeDocument/2006/relationships/image" Target="media/x6924.wmf"/><Relationship Id="rId395" Type="http://schemas.openxmlformats.org/officeDocument/2006/relationships/image" Target="media/x6925.wmf"/><Relationship Id="rId396" Type="http://schemas.openxmlformats.org/officeDocument/2006/relationships/image" Target="media/x6926.wmf"/><Relationship Id="rId397" Type="http://schemas.openxmlformats.org/officeDocument/2006/relationships/image" Target="media/x6927.wmf"/><Relationship Id="rId398" Type="http://schemas.openxmlformats.org/officeDocument/2006/relationships/image" Target="media/x6928.wmf"/><Relationship Id="rId399" Type="http://schemas.openxmlformats.org/officeDocument/2006/relationships/image" Target="media/x6929.wmf"/><Relationship Id="rId400" Type="http://schemas.openxmlformats.org/officeDocument/2006/relationships/image" Target="media/x6930.wmf"/><Relationship Id="rId401" Type="http://schemas.openxmlformats.org/officeDocument/2006/relationships/image" Target="media/x6931.wmf"/><Relationship Id="rId402" Type="http://schemas.openxmlformats.org/officeDocument/2006/relationships/image" Target="media/x6932.wmf"/><Relationship Id="rId403" Type="http://schemas.openxmlformats.org/officeDocument/2006/relationships/image" Target="media/x6933.wmf"/><Relationship Id="rId404" Type="http://schemas.openxmlformats.org/officeDocument/2006/relationships/image" Target="media/x6934.wmf"/><Relationship Id="rId405" Type="http://schemas.openxmlformats.org/officeDocument/2006/relationships/image" Target="media/x6935.wmf"/><Relationship Id="rId406" Type="http://schemas.openxmlformats.org/officeDocument/2006/relationships/image" Target="media/x6936.wmf"/><Relationship Id="rId407" Type="http://schemas.openxmlformats.org/officeDocument/2006/relationships/image" Target="media/x6937.wmf"/><Relationship Id="rId408" Type="http://schemas.openxmlformats.org/officeDocument/2006/relationships/image" Target="media/x6938.wmf"/><Relationship Id="rId409" Type="http://schemas.openxmlformats.org/officeDocument/2006/relationships/image" Target="media/x6939.wmf"/><Relationship Id="rId410" Type="http://schemas.openxmlformats.org/officeDocument/2006/relationships/image" Target="media/x6940.wmf"/><Relationship Id="rId411" Type="http://schemas.openxmlformats.org/officeDocument/2006/relationships/image" Target="media/x6941.wmf"/><Relationship Id="rId412" Type="http://schemas.openxmlformats.org/officeDocument/2006/relationships/image" Target="media/x6942.wmf"/><Relationship Id="rId413" Type="http://schemas.openxmlformats.org/officeDocument/2006/relationships/image" Target="media/x6943.wmf"/><Relationship Id="rId414" Type="http://schemas.openxmlformats.org/officeDocument/2006/relationships/image" Target="media/x6944.wmf"/><Relationship Id="rId415" Type="http://schemas.openxmlformats.org/officeDocument/2006/relationships/image" Target="media/x6945.wmf"/><Relationship Id="rId416" Type="http://schemas.openxmlformats.org/officeDocument/2006/relationships/image" Target="media/x6946.wmf"/><Relationship Id="rId417" Type="http://schemas.openxmlformats.org/officeDocument/2006/relationships/image" Target="media/x6947.wmf"/><Relationship Id="rId418" Type="http://schemas.openxmlformats.org/officeDocument/2006/relationships/image" Target="media/x6948.wmf"/><Relationship Id="rId419" Type="http://schemas.openxmlformats.org/officeDocument/2006/relationships/image" Target="media/x6949.wmf"/><Relationship Id="rId420" Type="http://schemas.openxmlformats.org/officeDocument/2006/relationships/image" Target="media/x6950.wmf"/><Relationship Id="rId421" Type="http://schemas.openxmlformats.org/officeDocument/2006/relationships/image" Target="media/x6951.wmf"/><Relationship Id="rId422" Type="http://schemas.openxmlformats.org/officeDocument/2006/relationships/image" Target="media/x6952.wmf"/><Relationship Id="rId423" Type="http://schemas.openxmlformats.org/officeDocument/2006/relationships/image" Target="media/x6953.wmf"/><Relationship Id="rId424" Type="http://schemas.openxmlformats.org/officeDocument/2006/relationships/image" Target="media/x6954.png"/><Relationship Id="rId425" Type="http://schemas.openxmlformats.org/officeDocument/2006/relationships/image" Target="media/x6955.wmf"/><Relationship Id="rId426" Type="http://schemas.openxmlformats.org/officeDocument/2006/relationships/image" Target="media/x6956.wmf"/><Relationship Id="rId427" Type="http://schemas.openxmlformats.org/officeDocument/2006/relationships/image" Target="media/x6957.wmf"/><Relationship Id="rId428" Type="http://schemas.openxmlformats.org/officeDocument/2006/relationships/image" Target="media/x6958.wmf"/><Relationship Id="rId429" Type="http://schemas.openxmlformats.org/officeDocument/2006/relationships/image" Target="media/x6959.wmf"/><Relationship Id="rId430" Type="http://schemas.openxmlformats.org/officeDocument/2006/relationships/image" Target="media/x6960.wmf"/><Relationship Id="rId431" Type="http://schemas.openxmlformats.org/officeDocument/2006/relationships/image" Target="media/x6961.wmf"/><Relationship Id="rId432" Type="http://schemas.openxmlformats.org/officeDocument/2006/relationships/image" Target="media/x6962.wmf"/><Relationship Id="rId433" Type="http://schemas.openxmlformats.org/officeDocument/2006/relationships/image" Target="media/x6963.wmf"/><Relationship Id="rId434" Type="http://schemas.openxmlformats.org/officeDocument/2006/relationships/image" Target="media/x6964.wmf"/><Relationship Id="rId435" Type="http://schemas.openxmlformats.org/officeDocument/2006/relationships/image" Target="media/x6965.wmf"/><Relationship Id="rId436" Type="http://schemas.openxmlformats.org/officeDocument/2006/relationships/image" Target="media/x6966.wmf"/><Relationship Id="rId437" Type="http://schemas.openxmlformats.org/officeDocument/2006/relationships/image" Target="media/x6967.wmf"/><Relationship Id="rId438" Type="http://schemas.openxmlformats.org/officeDocument/2006/relationships/image" Target="media/x6968.wmf"/><Relationship Id="rId439" Type="http://schemas.openxmlformats.org/officeDocument/2006/relationships/image" Target="media/x6969.wmf"/><Relationship Id="rId440" Type="http://schemas.openxmlformats.org/officeDocument/2006/relationships/image" Target="media/x6970.wmf"/><Relationship Id="rId441" Type="http://schemas.openxmlformats.org/officeDocument/2006/relationships/image" Target="media/x6971.wmf"/><Relationship Id="rId442" Type="http://schemas.openxmlformats.org/officeDocument/2006/relationships/image" Target="media/x6972.wmf"/><Relationship Id="rId443" Type="http://schemas.openxmlformats.org/officeDocument/2006/relationships/image" Target="media/x6973.wmf"/><Relationship Id="rId444" Type="http://schemas.openxmlformats.org/officeDocument/2006/relationships/image" Target="media/x6974.png"/><Relationship Id="rId445" Type="http://schemas.openxmlformats.org/officeDocument/2006/relationships/image" Target="media/x6975.wmf"/><Relationship Id="rId446" Type="http://schemas.openxmlformats.org/officeDocument/2006/relationships/image" Target="media/x6976.wmf"/><Relationship Id="rId447" Type="http://schemas.openxmlformats.org/officeDocument/2006/relationships/image" Target="media/x6977.wmf"/><Relationship Id="rId448" Type="http://schemas.openxmlformats.org/officeDocument/2006/relationships/image" Target="media/x6978.png"/><Relationship Id="rId449" Type="http://schemas.openxmlformats.org/officeDocument/2006/relationships/image" Target="media/x6979.wmf"/><Relationship Id="rId450" Type="http://schemas.openxmlformats.org/officeDocument/2006/relationships/image" Target="media/x6980.wmf"/><Relationship Id="rId451" Type="http://schemas.openxmlformats.org/officeDocument/2006/relationships/image" Target="media/x6981.wmf"/><Relationship Id="rId452" Type="http://schemas.openxmlformats.org/officeDocument/2006/relationships/image" Target="media/x6982.wmf"/><Relationship Id="rId453" Type="http://schemas.openxmlformats.org/officeDocument/2006/relationships/image" Target="media/x6983.wmf"/><Relationship Id="rId454" Type="http://schemas.openxmlformats.org/officeDocument/2006/relationships/image" Target="media/x6984.wmf"/><Relationship Id="rId455" Type="http://schemas.openxmlformats.org/officeDocument/2006/relationships/image" Target="media/x6985.wmf"/><Relationship Id="rId456" Type="http://schemas.openxmlformats.org/officeDocument/2006/relationships/image" Target="media/x6986.wmf"/><Relationship Id="rId457" Type="http://schemas.openxmlformats.org/officeDocument/2006/relationships/image" Target="media/x6987.wmf"/><Relationship Id="rId458" Type="http://schemas.openxmlformats.org/officeDocument/2006/relationships/image" Target="media/x6988.wmf"/><Relationship Id="rId459" Type="http://schemas.openxmlformats.org/officeDocument/2006/relationships/image" Target="media/x6989.wmf"/><Relationship Id="rId460" Type="http://schemas.openxmlformats.org/officeDocument/2006/relationships/image" Target="media/x6990.wmf"/><Relationship Id="rId461" Type="http://schemas.openxmlformats.org/officeDocument/2006/relationships/image" Target="media/x6991.wmf"/><Relationship Id="rId462" Type="http://schemas.openxmlformats.org/officeDocument/2006/relationships/image" Target="media/x6992.wmf"/><Relationship Id="rId463" Type="http://schemas.openxmlformats.org/officeDocument/2006/relationships/image" Target="media/x6993.wmf"/><Relationship Id="rId464" Type="http://schemas.openxmlformats.org/officeDocument/2006/relationships/image" Target="media/x6994.wmf"/><Relationship Id="rId465" Type="http://schemas.openxmlformats.org/officeDocument/2006/relationships/image" Target="media/x6995.wmf"/><Relationship Id="rId466" Type="http://schemas.openxmlformats.org/officeDocument/2006/relationships/image" Target="media/x6996.wmf"/><Relationship Id="rId467" Type="http://schemas.openxmlformats.org/officeDocument/2006/relationships/image" Target="media/x6997.wmf"/><Relationship Id="rId468" Type="http://schemas.openxmlformats.org/officeDocument/2006/relationships/image" Target="media/x6998.wmf"/><Relationship Id="rId469" Type="http://schemas.openxmlformats.org/officeDocument/2006/relationships/image" Target="media/x6999.wmf"/><Relationship Id="rId470" Type="http://schemas.openxmlformats.org/officeDocument/2006/relationships/image" Target="media/x7000.wmf"/><Relationship Id="rId471" Type="http://schemas.openxmlformats.org/officeDocument/2006/relationships/image" Target="media/x7001.wmf"/><Relationship Id="rId472" Type="http://schemas.openxmlformats.org/officeDocument/2006/relationships/image" Target="media/x7002.wmf"/><Relationship Id="rId473" Type="http://schemas.openxmlformats.org/officeDocument/2006/relationships/image" Target="media/x7003.wmf"/><Relationship Id="rId474" Type="http://schemas.openxmlformats.org/officeDocument/2006/relationships/image" Target="media/x7004.wmf"/><Relationship Id="rId475" Type="http://schemas.openxmlformats.org/officeDocument/2006/relationships/image" Target="media/x7005.wmf"/><Relationship Id="rId476" Type="http://schemas.openxmlformats.org/officeDocument/2006/relationships/image" Target="media/x7006.wmf"/><Relationship Id="rId477" Type="http://schemas.openxmlformats.org/officeDocument/2006/relationships/image" Target="media/x7007.wmf"/><Relationship Id="rId478" Type="http://schemas.openxmlformats.org/officeDocument/2006/relationships/image" Target="media/x7008.wmf"/><Relationship Id="rId479" Type="http://schemas.openxmlformats.org/officeDocument/2006/relationships/image" Target="media/x7009.wmf"/><Relationship Id="rId480" Type="http://schemas.openxmlformats.org/officeDocument/2006/relationships/image" Target="media/x7010.wmf"/><Relationship Id="rId481" Type="http://schemas.openxmlformats.org/officeDocument/2006/relationships/image" Target="media/x7011.wmf"/><Relationship Id="rId482" Type="http://schemas.openxmlformats.org/officeDocument/2006/relationships/image" Target="media/x7012.wmf"/><Relationship Id="rId483" Type="http://schemas.openxmlformats.org/officeDocument/2006/relationships/image" Target="media/x7013.wmf"/><Relationship Id="rId484" Type="http://schemas.openxmlformats.org/officeDocument/2006/relationships/image" Target="media/x7014.wmf"/><Relationship Id="rId485" Type="http://schemas.openxmlformats.org/officeDocument/2006/relationships/image" Target="media/x7015.wmf"/><Relationship Id="rId486" Type="http://schemas.openxmlformats.org/officeDocument/2006/relationships/image" Target="media/x7016.wmf"/><Relationship Id="rId487" Type="http://schemas.openxmlformats.org/officeDocument/2006/relationships/image" Target="media/x7017.wmf"/><Relationship Id="rId488" Type="http://schemas.openxmlformats.org/officeDocument/2006/relationships/image" Target="media/x7018.wmf"/><Relationship Id="rId489" Type="http://schemas.openxmlformats.org/officeDocument/2006/relationships/image" Target="media/x7019.wmf"/><Relationship Id="rId490" Type="http://schemas.openxmlformats.org/officeDocument/2006/relationships/image" Target="media/x7020.wmf"/><Relationship Id="rId491" Type="http://schemas.openxmlformats.org/officeDocument/2006/relationships/image" Target="media/x7021.wmf"/><Relationship Id="rId492" Type="http://schemas.openxmlformats.org/officeDocument/2006/relationships/image" Target="media/x7022.wmf"/><Relationship Id="rId493" Type="http://schemas.openxmlformats.org/officeDocument/2006/relationships/image" Target="media/x7023.wmf"/><Relationship Id="rId494" Type="http://schemas.openxmlformats.org/officeDocument/2006/relationships/image" Target="media/x7024.wmf"/><Relationship Id="rId495" Type="http://schemas.openxmlformats.org/officeDocument/2006/relationships/image" Target="media/x7025.wmf"/><Relationship Id="rId496" Type="http://schemas.openxmlformats.org/officeDocument/2006/relationships/image" Target="media/x7026.wmf"/><Relationship Id="rId497" Type="http://schemas.openxmlformats.org/officeDocument/2006/relationships/image" Target="media/x7027.wmf"/><Relationship Id="rId498" Type="http://schemas.openxmlformats.org/officeDocument/2006/relationships/image" Target="media/x7028.wmf"/><Relationship Id="rId499" Type="http://schemas.openxmlformats.org/officeDocument/2006/relationships/image" Target="media/x7029.wmf"/><Relationship Id="rId500" Type="http://schemas.openxmlformats.org/officeDocument/2006/relationships/image" Target="media/x7030.wmf"/><Relationship Id="rId501" Type="http://schemas.openxmlformats.org/officeDocument/2006/relationships/image" Target="media/x7031.wmf"/><Relationship Id="rId502" Type="http://schemas.openxmlformats.org/officeDocument/2006/relationships/image" Target="media/x7032.wmf"/><Relationship Id="rId503" Type="http://schemas.openxmlformats.org/officeDocument/2006/relationships/image" Target="media/x7033.wmf"/><Relationship Id="rId504" Type="http://schemas.openxmlformats.org/officeDocument/2006/relationships/image" Target="media/x7034.wmf"/><Relationship Id="rId505" Type="http://schemas.openxmlformats.org/officeDocument/2006/relationships/image" Target="media/x7035.wmf"/><Relationship Id="rId506" Type="http://schemas.openxmlformats.org/officeDocument/2006/relationships/image" Target="media/x7036.wmf"/><Relationship Id="rId507" Type="http://schemas.openxmlformats.org/officeDocument/2006/relationships/image" Target="media/x7037.wmf"/><Relationship Id="rId508" Type="http://schemas.openxmlformats.org/officeDocument/2006/relationships/image" Target="media/x7038.wmf"/><Relationship Id="rId509" Type="http://schemas.openxmlformats.org/officeDocument/2006/relationships/image" Target="media/x7039.wmf"/><Relationship Id="rId510" Type="http://schemas.openxmlformats.org/officeDocument/2006/relationships/image" Target="media/x7040.wmf"/><Relationship Id="rId511" Type="http://schemas.openxmlformats.org/officeDocument/2006/relationships/image" Target="media/x7041.wmf"/><Relationship Id="rId512" Type="http://schemas.openxmlformats.org/officeDocument/2006/relationships/image" Target="media/x7042.wmf"/><Relationship Id="rId513" Type="http://schemas.openxmlformats.org/officeDocument/2006/relationships/image" Target="media/x7043.wmf"/><Relationship Id="rId514" Type="http://schemas.openxmlformats.org/officeDocument/2006/relationships/image" Target="media/x7044.wmf"/><Relationship Id="rId515" Type="http://schemas.openxmlformats.org/officeDocument/2006/relationships/image" Target="media/x7045.wmf"/><Relationship Id="rId516" Type="http://schemas.openxmlformats.org/officeDocument/2006/relationships/image" Target="media/x7046.wmf"/><Relationship Id="rId517" Type="http://schemas.openxmlformats.org/officeDocument/2006/relationships/image" Target="media/x7047.wmf"/><Relationship Id="rId518" Type="http://schemas.openxmlformats.org/officeDocument/2006/relationships/image" Target="media/x7048.wmf"/><Relationship Id="rId519" Type="http://schemas.openxmlformats.org/officeDocument/2006/relationships/image" Target="media/x7049.wmf"/><Relationship Id="rId520" Type="http://schemas.openxmlformats.org/officeDocument/2006/relationships/image" Target="media/x7050.wmf"/><Relationship Id="rId521" Type="http://schemas.openxmlformats.org/officeDocument/2006/relationships/image" Target="media/x7051.wmf"/><Relationship Id="rId522" Type="http://schemas.openxmlformats.org/officeDocument/2006/relationships/image" Target="media/x7052.wmf"/><Relationship Id="rId523" Type="http://schemas.openxmlformats.org/officeDocument/2006/relationships/image" Target="media/x7053.wmf"/><Relationship Id="rId524" Type="http://schemas.openxmlformats.org/officeDocument/2006/relationships/image" Target="media/x7054.wmf"/><Relationship Id="rId525" Type="http://schemas.openxmlformats.org/officeDocument/2006/relationships/image" Target="media/x7055.wmf"/><Relationship Id="rId526" Type="http://schemas.openxmlformats.org/officeDocument/2006/relationships/image" Target="media/x7056.wmf"/><Relationship Id="rId527" Type="http://schemas.openxmlformats.org/officeDocument/2006/relationships/image" Target="media/x7057.png"/><Relationship Id="rId528" Type="http://schemas.openxmlformats.org/officeDocument/2006/relationships/image" Target="media/x7058.png"/><Relationship Id="rId529" Type="http://schemas.openxmlformats.org/officeDocument/2006/relationships/image" Target="media/x7059.png"/><Relationship Id="rId530" Type="http://schemas.openxmlformats.org/officeDocument/2006/relationships/image" Target="media/x7060.wmf"/><Relationship Id="rId531" Type="http://schemas.openxmlformats.org/officeDocument/2006/relationships/image" Target="media/x7061.wmf"/><Relationship Id="rId532" Type="http://schemas.openxmlformats.org/officeDocument/2006/relationships/image" Target="media/x7062.wmf"/><Relationship Id="rId533" Type="http://schemas.openxmlformats.org/officeDocument/2006/relationships/image" Target="media/x7063.wmf"/><Relationship Id="rId534" Type="http://schemas.openxmlformats.org/officeDocument/2006/relationships/image" Target="media/x7064.wmf"/><Relationship Id="rId535" Type="http://schemas.openxmlformats.org/officeDocument/2006/relationships/image" Target="media/x7065.wmf"/><Relationship Id="rId536" Type="http://schemas.openxmlformats.org/officeDocument/2006/relationships/image" Target="media/x7066.wmf"/><Relationship Id="rId537" Type="http://schemas.openxmlformats.org/officeDocument/2006/relationships/image" Target="media/x7067.wmf"/><Relationship Id="rId538" Type="http://schemas.openxmlformats.org/officeDocument/2006/relationships/image" Target="media/x7068.wmf"/><Relationship Id="rId539" Type="http://schemas.openxmlformats.org/officeDocument/2006/relationships/image" Target="media/x7069.wmf"/><Relationship Id="rId540" Type="http://schemas.openxmlformats.org/officeDocument/2006/relationships/image" Target="media/x7070.wmf"/><Relationship Id="rId541" Type="http://schemas.openxmlformats.org/officeDocument/2006/relationships/image" Target="media/x7071.wmf"/><Relationship Id="rId542" Type="http://schemas.openxmlformats.org/officeDocument/2006/relationships/image" Target="media/x7072.wmf"/><Relationship Id="rId543" Type="http://schemas.openxmlformats.org/officeDocument/2006/relationships/image" Target="media/x7073.wmf"/><Relationship Id="rId544" Type="http://schemas.openxmlformats.org/officeDocument/2006/relationships/image" Target="media/x7074.wmf"/><Relationship Id="rId545" Type="http://schemas.openxmlformats.org/officeDocument/2006/relationships/image" Target="media/x7075.wmf"/><Relationship Id="rId546" Type="http://schemas.openxmlformats.org/officeDocument/2006/relationships/image" Target="media/x7076.wmf"/><Relationship Id="rId547" Type="http://schemas.openxmlformats.org/officeDocument/2006/relationships/image" Target="media/x7077.wmf"/><Relationship Id="rId548" Type="http://schemas.openxmlformats.org/officeDocument/2006/relationships/image" Target="media/x7078.wmf"/><Relationship Id="rId549" Type="http://schemas.openxmlformats.org/officeDocument/2006/relationships/image" Target="media/x7079.wmf"/><Relationship Id="rId550" Type="http://schemas.openxmlformats.org/officeDocument/2006/relationships/image" Target="media/x7080.wmf"/><Relationship Id="rId551" Type="http://schemas.openxmlformats.org/officeDocument/2006/relationships/image" Target="media/x7081.wmf"/><Relationship Id="rId552" Type="http://schemas.openxmlformats.org/officeDocument/2006/relationships/image" Target="media/x7082.wmf"/><Relationship Id="rId553" Type="http://schemas.openxmlformats.org/officeDocument/2006/relationships/image" Target="media/x7083.wmf"/><Relationship Id="rId554" Type="http://schemas.openxmlformats.org/officeDocument/2006/relationships/image" Target="media/x7084.wmf"/><Relationship Id="rId555" Type="http://schemas.openxmlformats.org/officeDocument/2006/relationships/image" Target="media/x7085.wmf"/><Relationship Id="rId556" Type="http://schemas.openxmlformats.org/officeDocument/2006/relationships/image" Target="media/x7086.wmf"/><Relationship Id="rId557" Type="http://schemas.openxmlformats.org/officeDocument/2006/relationships/image" Target="media/x7087.wmf"/><Relationship Id="rId558" Type="http://schemas.openxmlformats.org/officeDocument/2006/relationships/image" Target="media/x7088.wmf"/><Relationship Id="rId559" Type="http://schemas.openxmlformats.org/officeDocument/2006/relationships/image" Target="media/x7089.wmf"/><Relationship Id="rId560" Type="http://schemas.openxmlformats.org/officeDocument/2006/relationships/image" Target="media/x7090.wmf"/><Relationship Id="rId561" Type="http://schemas.openxmlformats.org/officeDocument/2006/relationships/image" Target="media/x7091.wmf"/><Relationship Id="rId562" Type="http://schemas.openxmlformats.org/officeDocument/2006/relationships/image" Target="media/x7092.wmf"/><Relationship Id="rId563" Type="http://schemas.openxmlformats.org/officeDocument/2006/relationships/image" Target="media/x7093.wmf"/><Relationship Id="rId564" Type="http://schemas.openxmlformats.org/officeDocument/2006/relationships/image" Target="media/x7094.wmf"/><Relationship Id="rId565" Type="http://schemas.openxmlformats.org/officeDocument/2006/relationships/image" Target="media/x7095.wmf"/><Relationship Id="rId566" Type="http://schemas.openxmlformats.org/officeDocument/2006/relationships/image" Target="media/x7096.wmf"/><Relationship Id="rId567" Type="http://schemas.openxmlformats.org/officeDocument/2006/relationships/image" Target="media/x7097.wmf"/><Relationship Id="rId568" Type="http://schemas.openxmlformats.org/officeDocument/2006/relationships/image" Target="media/x7098.wmf"/><Relationship Id="rId569" Type="http://schemas.openxmlformats.org/officeDocument/2006/relationships/image" Target="media/x7099.wmf"/><Relationship Id="rId570" Type="http://schemas.openxmlformats.org/officeDocument/2006/relationships/image" Target="media/x7100.wmf"/><Relationship Id="rId571" Type="http://schemas.openxmlformats.org/officeDocument/2006/relationships/image" Target="media/x7101.wmf"/><Relationship Id="rId572" Type="http://schemas.openxmlformats.org/officeDocument/2006/relationships/image" Target="media/x7102.wmf"/><Relationship Id="rId573" Type="http://schemas.openxmlformats.org/officeDocument/2006/relationships/image" Target="media/x7103.wmf"/><Relationship Id="rId574" Type="http://schemas.openxmlformats.org/officeDocument/2006/relationships/image" Target="media/x7104.wmf"/><Relationship Id="rId575" Type="http://schemas.openxmlformats.org/officeDocument/2006/relationships/image" Target="media/x7105.wmf"/><Relationship Id="rId576" Type="http://schemas.openxmlformats.org/officeDocument/2006/relationships/image" Target="media/x7106.wmf"/><Relationship Id="rId577" Type="http://schemas.openxmlformats.org/officeDocument/2006/relationships/image" Target="media/x7107.wmf"/><Relationship Id="rId578" Type="http://schemas.openxmlformats.org/officeDocument/2006/relationships/image" Target="media/x7108.wmf"/><Relationship Id="rId579" Type="http://schemas.openxmlformats.org/officeDocument/2006/relationships/image" Target="media/x7109.wmf"/><Relationship Id="rId580" Type="http://schemas.openxmlformats.org/officeDocument/2006/relationships/image" Target="media/x7110.wmf"/><Relationship Id="rId581" Type="http://schemas.openxmlformats.org/officeDocument/2006/relationships/image" Target="media/x7111.wmf"/><Relationship Id="rId582" Type="http://schemas.openxmlformats.org/officeDocument/2006/relationships/image" Target="media/x7112.wmf"/><Relationship Id="rId583" Type="http://schemas.openxmlformats.org/officeDocument/2006/relationships/image" Target="media/x7113.wmf"/><Relationship Id="rId584" Type="http://schemas.openxmlformats.org/officeDocument/2006/relationships/image" Target="media/x7114.wmf"/><Relationship Id="rId585" Type="http://schemas.openxmlformats.org/officeDocument/2006/relationships/image" Target="media/x7115.wmf"/><Relationship Id="rId586" Type="http://schemas.openxmlformats.org/officeDocument/2006/relationships/image" Target="media/x7116.wmf"/><Relationship Id="rId587" Type="http://schemas.openxmlformats.org/officeDocument/2006/relationships/image" Target="media/x7117.wmf"/><Relationship Id="rId588" Type="http://schemas.openxmlformats.org/officeDocument/2006/relationships/image" Target="media/x7118.wmf"/><Relationship Id="rId589" Type="http://schemas.openxmlformats.org/officeDocument/2006/relationships/image" Target="media/x7119.wmf"/><Relationship Id="rId590" Type="http://schemas.openxmlformats.org/officeDocument/2006/relationships/image" Target="media/x7120.wmf"/><Relationship Id="rId591" Type="http://schemas.openxmlformats.org/officeDocument/2006/relationships/image" Target="media/x7121.wmf"/><Relationship Id="rId592" Type="http://schemas.openxmlformats.org/officeDocument/2006/relationships/image" Target="media/x7122.wmf"/><Relationship Id="rId593" Type="http://schemas.openxmlformats.org/officeDocument/2006/relationships/image" Target="media/x7123.wmf"/><Relationship Id="rId594" Type="http://schemas.openxmlformats.org/officeDocument/2006/relationships/image" Target="media/x7124.wmf"/><Relationship Id="rId595" Type="http://schemas.openxmlformats.org/officeDocument/2006/relationships/image" Target="media/x7125.wmf"/><Relationship Id="rId596" Type="http://schemas.openxmlformats.org/officeDocument/2006/relationships/image" Target="media/x7126.wmf"/><Relationship Id="rId597" Type="http://schemas.openxmlformats.org/officeDocument/2006/relationships/image" Target="media/x7127.wmf"/><Relationship Id="rId598" Type="http://schemas.openxmlformats.org/officeDocument/2006/relationships/image" Target="media/x7128.wmf"/><Relationship Id="rId599" Type="http://schemas.openxmlformats.org/officeDocument/2006/relationships/image" Target="media/x7129.wmf"/><Relationship Id="rId600" Type="http://schemas.openxmlformats.org/officeDocument/2006/relationships/image" Target="media/x7130.wmf"/><Relationship Id="rId601" Type="http://schemas.openxmlformats.org/officeDocument/2006/relationships/image" Target="media/x7131.wmf"/><Relationship Id="rId602" Type="http://schemas.openxmlformats.org/officeDocument/2006/relationships/image" Target="media/x7132.wmf"/><Relationship Id="rId603" Type="http://schemas.openxmlformats.org/officeDocument/2006/relationships/image" Target="media/x7133.wmf"/><Relationship Id="rId604" Type="http://schemas.openxmlformats.org/officeDocument/2006/relationships/image" Target="media/x7134.wmf"/><Relationship Id="rId605" Type="http://schemas.openxmlformats.org/officeDocument/2006/relationships/image" Target="media/x7135.wmf"/><Relationship Id="rId606" Type="http://schemas.openxmlformats.org/officeDocument/2006/relationships/image" Target="media/x7136.wmf"/><Relationship Id="rId607" Type="http://schemas.openxmlformats.org/officeDocument/2006/relationships/image" Target="media/x7137.wmf"/><Relationship Id="rId608" Type="http://schemas.openxmlformats.org/officeDocument/2006/relationships/image" Target="media/x7138.wmf"/><Relationship Id="rId609" Type="http://schemas.openxmlformats.org/officeDocument/2006/relationships/image" Target="media/x7139.wmf"/><Relationship Id="rId610" Type="http://schemas.openxmlformats.org/officeDocument/2006/relationships/image" Target="media/x7140.wmf"/><Relationship Id="rId611" Type="http://schemas.openxmlformats.org/officeDocument/2006/relationships/image" Target="media/x7141.png"/><Relationship Id="rId612" Type="http://schemas.openxmlformats.org/officeDocument/2006/relationships/image" Target="media/x7142.wmf"/><Relationship Id="rId613" Type="http://schemas.openxmlformats.org/officeDocument/2006/relationships/image" Target="media/x7143.png"/><Relationship Id="rId614" Type="http://schemas.openxmlformats.org/officeDocument/2006/relationships/image" Target="media/x7144.wmf"/><Relationship Id="rId615" Type="http://schemas.openxmlformats.org/officeDocument/2006/relationships/image" Target="media/x7145.wmf"/><Relationship Id="rId616" Type="http://schemas.openxmlformats.org/officeDocument/2006/relationships/image" Target="media/x7146.wmf"/><Relationship Id="rId617" Type="http://schemas.openxmlformats.org/officeDocument/2006/relationships/image" Target="media/x7147.wmf"/><Relationship Id="rId618" Type="http://schemas.openxmlformats.org/officeDocument/2006/relationships/image" Target="media/x7148.wmf"/><Relationship Id="rId619" Type="http://schemas.openxmlformats.org/officeDocument/2006/relationships/image" Target="media/x7149.wmf"/><Relationship Id="rId620" Type="http://schemas.openxmlformats.org/officeDocument/2006/relationships/image" Target="media/x7150.wmf"/><Relationship Id="rId621" Type="http://schemas.openxmlformats.org/officeDocument/2006/relationships/image" Target="media/x7151.wmf"/><Relationship Id="rId622" Type="http://schemas.openxmlformats.org/officeDocument/2006/relationships/image" Target="media/x7152.wmf"/><Relationship Id="rId623" Type="http://schemas.openxmlformats.org/officeDocument/2006/relationships/image" Target="media/x7153.wmf"/><Relationship Id="rId624" Type="http://schemas.openxmlformats.org/officeDocument/2006/relationships/image" Target="media/x7154.wmf"/><Relationship Id="rId625" Type="http://schemas.openxmlformats.org/officeDocument/2006/relationships/image" Target="media/x7155.wmf"/><Relationship Id="rId626" Type="http://schemas.openxmlformats.org/officeDocument/2006/relationships/image" Target="media/x7156.wmf"/><Relationship Id="rId627" Type="http://schemas.openxmlformats.org/officeDocument/2006/relationships/image" Target="media/x7157.wmf"/><Relationship Id="rId628" Type="http://schemas.openxmlformats.org/officeDocument/2006/relationships/image" Target="media/x7158.wmf"/><Relationship Id="rId629" Type="http://schemas.openxmlformats.org/officeDocument/2006/relationships/image" Target="media/x7159.wmf"/><Relationship Id="rId630" Type="http://schemas.openxmlformats.org/officeDocument/2006/relationships/image" Target="media/x7160.wmf"/><Relationship Id="rId631" Type="http://schemas.openxmlformats.org/officeDocument/2006/relationships/image" Target="media/x7161.wmf"/><Relationship Id="rId632" Type="http://schemas.openxmlformats.org/officeDocument/2006/relationships/image" Target="media/x7162.wmf"/><Relationship Id="rId633" Type="http://schemas.openxmlformats.org/officeDocument/2006/relationships/image" Target="media/x7163.wmf"/><Relationship Id="rId634" Type="http://schemas.openxmlformats.org/officeDocument/2006/relationships/image" Target="media/x7164.wmf"/><Relationship Id="rId635" Type="http://schemas.openxmlformats.org/officeDocument/2006/relationships/image" Target="media/x7165.wmf"/><Relationship Id="rId636" Type="http://schemas.openxmlformats.org/officeDocument/2006/relationships/image" Target="media/x7166.png"/><Relationship Id="rId637" Type="http://schemas.openxmlformats.org/officeDocument/2006/relationships/image" Target="media/x7167.wmf"/><Relationship Id="rId638" Type="http://schemas.openxmlformats.org/officeDocument/2006/relationships/image" Target="media/x7168.wmf"/><Relationship Id="rId639" Type="http://schemas.openxmlformats.org/officeDocument/2006/relationships/image" Target="media/x7169.wmf"/><Relationship Id="rId640" Type="http://schemas.openxmlformats.org/officeDocument/2006/relationships/image" Target="media/x7170.wmf"/><Relationship Id="rId641" Type="http://schemas.openxmlformats.org/officeDocument/2006/relationships/image" Target="media/x7171.wmf"/><Relationship Id="rId642" Type="http://schemas.openxmlformats.org/officeDocument/2006/relationships/image" Target="media/x7172.wmf"/><Relationship Id="rId643" Type="http://schemas.openxmlformats.org/officeDocument/2006/relationships/image" Target="media/x7173.wmf"/><Relationship Id="rId644" Type="http://schemas.openxmlformats.org/officeDocument/2006/relationships/image" Target="media/x7174.wmf"/><Relationship Id="rId645" Type="http://schemas.openxmlformats.org/officeDocument/2006/relationships/image" Target="media/x7175.wmf"/><Relationship Id="rId646" Type="http://schemas.openxmlformats.org/officeDocument/2006/relationships/image" Target="media/x7176.wmf"/><Relationship Id="rId647" Type="http://schemas.openxmlformats.org/officeDocument/2006/relationships/image" Target="media/x7177.wmf"/><Relationship Id="rId648" Type="http://schemas.openxmlformats.org/officeDocument/2006/relationships/image" Target="media/x7178.wmf"/><Relationship Id="rId649" Type="http://schemas.openxmlformats.org/officeDocument/2006/relationships/image" Target="media/x7179.wmf"/><Relationship Id="rId650" Type="http://schemas.openxmlformats.org/officeDocument/2006/relationships/image" Target="media/x7180.wmf"/><Relationship Id="rId651" Type="http://schemas.openxmlformats.org/officeDocument/2006/relationships/image" Target="media/x7181.png"/><Relationship Id="rId652" Type="http://schemas.openxmlformats.org/officeDocument/2006/relationships/image" Target="media/x7182.png"/><Relationship Id="rId653" Type="http://schemas.openxmlformats.org/officeDocument/2006/relationships/image" Target="media/x7183.wmf"/><Relationship Id="rId654" Type="http://schemas.openxmlformats.org/officeDocument/2006/relationships/image" Target="media/x7184.wmf"/><Relationship Id="rId655" Type="http://schemas.openxmlformats.org/officeDocument/2006/relationships/image" Target="media/x7185.wmf"/><Relationship Id="rId656" Type="http://schemas.openxmlformats.org/officeDocument/2006/relationships/image" Target="media/x7186.wmf"/><Relationship Id="rId657" Type="http://schemas.openxmlformats.org/officeDocument/2006/relationships/image" Target="media/x7187.png"/><Relationship Id="rId658" Type="http://schemas.openxmlformats.org/officeDocument/2006/relationships/image" Target="media/x7188.wmf"/><Relationship Id="rId659" Type="http://schemas.openxmlformats.org/officeDocument/2006/relationships/image" Target="media/x7189.wmf"/><Relationship Id="rId660" Type="http://schemas.openxmlformats.org/officeDocument/2006/relationships/image" Target="media/x7190.wmf"/><Relationship Id="rId661" Type="http://schemas.openxmlformats.org/officeDocument/2006/relationships/image" Target="media/x7191.wmf"/><Relationship Id="rId662" Type="http://schemas.openxmlformats.org/officeDocument/2006/relationships/image" Target="media/x7192.wmf"/><Relationship Id="rId663" Type="http://schemas.openxmlformats.org/officeDocument/2006/relationships/image" Target="media/x7193.wmf"/><Relationship Id="rId664" Type="http://schemas.openxmlformats.org/officeDocument/2006/relationships/image" Target="media/x7194.wmf"/><Relationship Id="rId665" Type="http://schemas.openxmlformats.org/officeDocument/2006/relationships/image" Target="media/x7195.wmf"/><Relationship Id="rId666" Type="http://schemas.openxmlformats.org/officeDocument/2006/relationships/image" Target="media/x7196.png"/><Relationship Id="rId667" Type="http://schemas.openxmlformats.org/officeDocument/2006/relationships/image" Target="media/x7197.wmf"/><Relationship Id="rId668" Type="http://schemas.openxmlformats.org/officeDocument/2006/relationships/image" Target="media/x7198.wmf"/><Relationship Id="rId669" Type="http://schemas.openxmlformats.org/officeDocument/2006/relationships/image" Target="media/x7199.wmf"/><Relationship Id="rId670" Type="http://schemas.openxmlformats.org/officeDocument/2006/relationships/image" Target="media/x7200.wmf"/><Relationship Id="rId671" Type="http://schemas.openxmlformats.org/officeDocument/2006/relationships/image" Target="media/x7201.wmf"/><Relationship Id="rId672" Type="http://schemas.openxmlformats.org/officeDocument/2006/relationships/image" Target="media/x7202.wmf"/><Relationship Id="rId673" Type="http://schemas.openxmlformats.org/officeDocument/2006/relationships/image" Target="media/x7203.wmf"/><Relationship Id="rId674" Type="http://schemas.openxmlformats.org/officeDocument/2006/relationships/image" Target="media/x7204.wmf"/><Relationship Id="rId675" Type="http://schemas.openxmlformats.org/officeDocument/2006/relationships/image" Target="media/x7205.wmf"/><Relationship Id="rId676" Type="http://schemas.openxmlformats.org/officeDocument/2006/relationships/image" Target="media/x7206.wmf"/><Relationship Id="rId677" Type="http://schemas.openxmlformats.org/officeDocument/2006/relationships/image" Target="media/x7207.wmf"/><Relationship Id="rId678" Type="http://schemas.openxmlformats.org/officeDocument/2006/relationships/image" Target="media/x7208.wmf"/><Relationship Id="rId679" Type="http://schemas.openxmlformats.org/officeDocument/2006/relationships/image" Target="media/x7209.wmf"/><Relationship Id="rId680" Type="http://schemas.openxmlformats.org/officeDocument/2006/relationships/image" Target="media/x7210.wmf"/><Relationship Id="rId681" Type="http://schemas.openxmlformats.org/officeDocument/2006/relationships/image" Target="media/x7211.wmf"/><Relationship Id="rId682" Type="http://schemas.openxmlformats.org/officeDocument/2006/relationships/image" Target="media/x7212.wmf"/><Relationship Id="rId683" Type="http://schemas.openxmlformats.org/officeDocument/2006/relationships/image" Target="media/x7213.wmf"/><Relationship Id="rId684" Type="http://schemas.openxmlformats.org/officeDocument/2006/relationships/image" Target="media/x7214.wmf"/><Relationship Id="rId685" Type="http://schemas.openxmlformats.org/officeDocument/2006/relationships/image" Target="media/x7215.wmf"/><Relationship Id="rId686" Type="http://schemas.openxmlformats.org/officeDocument/2006/relationships/image" Target="media/x7216.wmf"/><Relationship Id="rId687" Type="http://schemas.openxmlformats.org/officeDocument/2006/relationships/image" Target="media/x7217.wmf"/><Relationship Id="rId688" Type="http://schemas.openxmlformats.org/officeDocument/2006/relationships/image" Target="media/x7218.wmf"/><Relationship Id="rId689" Type="http://schemas.openxmlformats.org/officeDocument/2006/relationships/image" Target="media/x7219.wmf"/><Relationship Id="rId690" Type="http://schemas.openxmlformats.org/officeDocument/2006/relationships/image" Target="media/x7220.png"/><Relationship Id="rId691" Type="http://schemas.openxmlformats.org/officeDocument/2006/relationships/image" Target="media/x7221.wmf"/><Relationship Id="rId692" Type="http://schemas.openxmlformats.org/officeDocument/2006/relationships/image" Target="media/x7222.wmf"/><Relationship Id="rId693" Type="http://schemas.openxmlformats.org/officeDocument/2006/relationships/image" Target="media/x7223.wmf"/><Relationship Id="rId694" Type="http://schemas.openxmlformats.org/officeDocument/2006/relationships/image" Target="media/x7224.wmf"/><Relationship Id="rId695" Type="http://schemas.openxmlformats.org/officeDocument/2006/relationships/image" Target="media/x7225.wmf"/><Relationship Id="rId696" Type="http://schemas.openxmlformats.org/officeDocument/2006/relationships/image" Target="media/x7226.wmf"/><Relationship Id="rId697" Type="http://schemas.openxmlformats.org/officeDocument/2006/relationships/image" Target="media/x7227.wmf"/><Relationship Id="rId698" Type="http://schemas.openxmlformats.org/officeDocument/2006/relationships/image" Target="media/x7228.wmf"/><Relationship Id="rId699" Type="http://schemas.openxmlformats.org/officeDocument/2006/relationships/image" Target="media/x7229.wmf"/><Relationship Id="rId700" Type="http://schemas.openxmlformats.org/officeDocument/2006/relationships/image" Target="media/x7230.wmf"/><Relationship Id="rId701" Type="http://schemas.openxmlformats.org/officeDocument/2006/relationships/image" Target="media/x7231.wmf"/><Relationship Id="rId702" Type="http://schemas.openxmlformats.org/officeDocument/2006/relationships/image" Target="media/x7232.wmf"/><Relationship Id="rId703" Type="http://schemas.openxmlformats.org/officeDocument/2006/relationships/image" Target="media/x7233.wmf"/><Relationship Id="rId704" Type="http://schemas.openxmlformats.org/officeDocument/2006/relationships/image" Target="media/x7234.wmf"/><Relationship Id="rId705" Type="http://schemas.openxmlformats.org/officeDocument/2006/relationships/image" Target="media/x7235.wmf"/><Relationship Id="rId706" Type="http://schemas.openxmlformats.org/officeDocument/2006/relationships/image" Target="media/x7236.wmf"/><Relationship Id="rId707" Type="http://schemas.openxmlformats.org/officeDocument/2006/relationships/image" Target="media/x7237.wmf"/><Relationship Id="rId708" Type="http://schemas.openxmlformats.org/officeDocument/2006/relationships/image" Target="media/x7238.wmf"/><Relationship Id="rId709" Type="http://schemas.openxmlformats.org/officeDocument/2006/relationships/image" Target="media/x7239.png"/><Relationship Id="rId710" Type="http://schemas.openxmlformats.org/officeDocument/2006/relationships/image" Target="media/x7240.wmf"/><Relationship Id="rId711" Type="http://schemas.openxmlformats.org/officeDocument/2006/relationships/image" Target="media/x7241.wmf"/><Relationship Id="rId712" Type="http://schemas.openxmlformats.org/officeDocument/2006/relationships/image" Target="media/x7242.wmf"/><Relationship Id="rId713" Type="http://schemas.openxmlformats.org/officeDocument/2006/relationships/image" Target="media/x7243.wmf"/><Relationship Id="rId714" Type="http://schemas.openxmlformats.org/officeDocument/2006/relationships/image" Target="media/x7244.wmf"/><Relationship Id="rId715" Type="http://schemas.openxmlformats.org/officeDocument/2006/relationships/image" Target="media/x7245.wmf"/><Relationship Id="rId716" Type="http://schemas.openxmlformats.org/officeDocument/2006/relationships/image" Target="media/x7246.wmf"/><Relationship Id="rId717" Type="http://schemas.openxmlformats.org/officeDocument/2006/relationships/image" Target="media/x7247.wmf"/><Relationship Id="rId718" Type="http://schemas.openxmlformats.org/officeDocument/2006/relationships/image" Target="media/x7248.wmf"/><Relationship Id="rId719" Type="http://schemas.openxmlformats.org/officeDocument/2006/relationships/image" Target="media/x7249.wmf"/><Relationship Id="rId720" Type="http://schemas.openxmlformats.org/officeDocument/2006/relationships/image" Target="media/x7250.wmf"/><Relationship Id="rId721" Type="http://schemas.openxmlformats.org/officeDocument/2006/relationships/image" Target="media/x7251.wmf"/><Relationship Id="rId722" Type="http://schemas.openxmlformats.org/officeDocument/2006/relationships/image" Target="media/x7252.wmf"/><Relationship Id="rId723" Type="http://schemas.openxmlformats.org/officeDocument/2006/relationships/image" Target="media/x7253.wmf"/><Relationship Id="rId724" Type="http://schemas.openxmlformats.org/officeDocument/2006/relationships/image" Target="media/x7254.wmf"/><Relationship Id="rId725" Type="http://schemas.openxmlformats.org/officeDocument/2006/relationships/image" Target="media/x7255.wmf"/><Relationship Id="rId726" Type="http://schemas.openxmlformats.org/officeDocument/2006/relationships/image" Target="media/x7256.wmf"/><Relationship Id="rId727" Type="http://schemas.openxmlformats.org/officeDocument/2006/relationships/image" Target="media/x7257.wmf"/><Relationship Id="rId728" Type="http://schemas.openxmlformats.org/officeDocument/2006/relationships/image" Target="media/x7258.wmf"/><Relationship Id="rId729" Type="http://schemas.openxmlformats.org/officeDocument/2006/relationships/image" Target="media/x7259.wmf"/><Relationship Id="rId730" Type="http://schemas.openxmlformats.org/officeDocument/2006/relationships/image" Target="media/x7260.wmf"/><Relationship Id="rId731" Type="http://schemas.openxmlformats.org/officeDocument/2006/relationships/image" Target="media/x7261.png"/><Relationship Id="rId732" Type="http://schemas.openxmlformats.org/officeDocument/2006/relationships/image" Target="media/x7262.wmf"/><Relationship Id="rId733" Type="http://schemas.openxmlformats.org/officeDocument/2006/relationships/image" Target="media/x7263.wmf"/><Relationship Id="rId734" Type="http://schemas.openxmlformats.org/officeDocument/2006/relationships/image" Target="media/x7264.wmf"/><Relationship Id="rId735" Type="http://schemas.openxmlformats.org/officeDocument/2006/relationships/image" Target="media/x7265.wmf"/><Relationship Id="rId736" Type="http://schemas.openxmlformats.org/officeDocument/2006/relationships/image" Target="media/x7266.wmf"/><Relationship Id="rId737" Type="http://schemas.openxmlformats.org/officeDocument/2006/relationships/image" Target="media/x7267.wmf"/><Relationship Id="rId738" Type="http://schemas.openxmlformats.org/officeDocument/2006/relationships/image" Target="media/x7268.wmf"/><Relationship Id="rId739" Type="http://schemas.openxmlformats.org/officeDocument/2006/relationships/image" Target="media/x7269.wmf"/><Relationship Id="rId740" Type="http://schemas.openxmlformats.org/officeDocument/2006/relationships/image" Target="media/x7270.wmf"/><Relationship Id="rId741" Type="http://schemas.openxmlformats.org/officeDocument/2006/relationships/image" Target="media/x7271.wmf"/><Relationship Id="rId742" Type="http://schemas.openxmlformats.org/officeDocument/2006/relationships/image" Target="media/x7272.wmf"/><Relationship Id="rId743" Type="http://schemas.openxmlformats.org/officeDocument/2006/relationships/image" Target="media/x7273.wmf"/><Relationship Id="rId744" Type="http://schemas.openxmlformats.org/officeDocument/2006/relationships/image" Target="media/x7274.wmf"/><Relationship Id="rId745" Type="http://schemas.openxmlformats.org/officeDocument/2006/relationships/image" Target="media/x7275.wmf"/><Relationship Id="rId746" Type="http://schemas.openxmlformats.org/officeDocument/2006/relationships/image" Target="media/x7276.wmf"/><Relationship Id="rId747" Type="http://schemas.openxmlformats.org/officeDocument/2006/relationships/image" Target="media/x7277.wmf"/><Relationship Id="rId748" Type="http://schemas.openxmlformats.org/officeDocument/2006/relationships/image" Target="media/x7278.wmf"/><Relationship Id="rId749" Type="http://schemas.openxmlformats.org/officeDocument/2006/relationships/image" Target="media/x7279.wmf"/><Relationship Id="rId750" Type="http://schemas.openxmlformats.org/officeDocument/2006/relationships/image" Target="media/x7280.wmf"/><Relationship Id="rId751" Type="http://schemas.openxmlformats.org/officeDocument/2006/relationships/image" Target="media/x7281.wmf"/><Relationship Id="rId752" Type="http://schemas.openxmlformats.org/officeDocument/2006/relationships/image" Target="media/x7282.wmf"/><Relationship Id="rId753" Type="http://schemas.openxmlformats.org/officeDocument/2006/relationships/image" Target="media/x7283.wmf"/><Relationship Id="rId754" Type="http://schemas.openxmlformats.org/officeDocument/2006/relationships/image" Target="media/x7284.wmf"/><Relationship Id="rId755" Type="http://schemas.openxmlformats.org/officeDocument/2006/relationships/image" Target="media/x7285.wmf"/><Relationship Id="rId756" Type="http://schemas.openxmlformats.org/officeDocument/2006/relationships/image" Target="media/x7286.wmf"/><Relationship Id="rId757" Type="http://schemas.openxmlformats.org/officeDocument/2006/relationships/image" Target="media/x7287.wmf"/><Relationship Id="rId758" Type="http://schemas.openxmlformats.org/officeDocument/2006/relationships/image" Target="media/x7288.wmf"/><Relationship Id="rId759" Type="http://schemas.openxmlformats.org/officeDocument/2006/relationships/image" Target="media/x7289.wmf"/><Relationship Id="rId760" Type="http://schemas.openxmlformats.org/officeDocument/2006/relationships/image" Target="media/x7290.wmf"/><Relationship Id="rId761" Type="http://schemas.openxmlformats.org/officeDocument/2006/relationships/image" Target="media/x7291.wmf"/><Relationship Id="rId762" Type="http://schemas.openxmlformats.org/officeDocument/2006/relationships/image" Target="media/x7292.wmf"/><Relationship Id="rId763" Type="http://schemas.openxmlformats.org/officeDocument/2006/relationships/image" Target="media/x7293.wmf"/><Relationship Id="rId764" Type="http://schemas.openxmlformats.org/officeDocument/2006/relationships/image" Target="media/x7294.wmf"/><Relationship Id="rId765" Type="http://schemas.openxmlformats.org/officeDocument/2006/relationships/image" Target="media/x7295.wmf"/><Relationship Id="rId766" Type="http://schemas.openxmlformats.org/officeDocument/2006/relationships/image" Target="media/x7296.wmf"/><Relationship Id="rId767" Type="http://schemas.openxmlformats.org/officeDocument/2006/relationships/image" Target="media/x7297.wmf"/><Relationship Id="rId768" Type="http://schemas.openxmlformats.org/officeDocument/2006/relationships/image" Target="media/x7298.png"/><Relationship Id="rId769" Type="http://schemas.openxmlformats.org/officeDocument/2006/relationships/image" Target="media/x7299.wmf"/><Relationship Id="rId770" Type="http://schemas.openxmlformats.org/officeDocument/2006/relationships/image" Target="media/x7300.wmf"/><Relationship Id="rId771" Type="http://schemas.openxmlformats.org/officeDocument/2006/relationships/image" Target="media/x7301.wmf"/><Relationship Id="rId772" Type="http://schemas.openxmlformats.org/officeDocument/2006/relationships/image" Target="media/x7302.wmf"/><Relationship Id="rId773" Type="http://schemas.openxmlformats.org/officeDocument/2006/relationships/image" Target="media/x7303.wmf"/><Relationship Id="rId774" Type="http://schemas.openxmlformats.org/officeDocument/2006/relationships/image" Target="media/x7304.wmf"/><Relationship Id="rId775" Type="http://schemas.openxmlformats.org/officeDocument/2006/relationships/image" Target="media/x7305.wmf"/><Relationship Id="rId776" Type="http://schemas.openxmlformats.org/officeDocument/2006/relationships/image" Target="media/x7306.wmf"/><Relationship Id="rId777" Type="http://schemas.openxmlformats.org/officeDocument/2006/relationships/image" Target="media/x7307.wmf"/><Relationship Id="rId778" Type="http://schemas.openxmlformats.org/officeDocument/2006/relationships/image" Target="media/x7308.wmf"/><Relationship Id="rId779" Type="http://schemas.openxmlformats.org/officeDocument/2006/relationships/image" Target="media/x7309.wmf"/><Relationship Id="rId780" Type="http://schemas.openxmlformats.org/officeDocument/2006/relationships/image" Target="media/x7310.wmf"/><Relationship Id="rId781" Type="http://schemas.openxmlformats.org/officeDocument/2006/relationships/image" Target="media/x7311.wmf"/><Relationship Id="rId782" Type="http://schemas.openxmlformats.org/officeDocument/2006/relationships/image" Target="media/x7312.wmf"/><Relationship Id="rId783" Type="http://schemas.openxmlformats.org/officeDocument/2006/relationships/image" Target="media/x7313.wmf"/><Relationship Id="rId784" Type="http://schemas.openxmlformats.org/officeDocument/2006/relationships/image" Target="media/x7314.wmf"/><Relationship Id="rId785" Type="http://schemas.openxmlformats.org/officeDocument/2006/relationships/image" Target="media/x7315.wmf"/><Relationship Id="rId786" Type="http://schemas.openxmlformats.org/officeDocument/2006/relationships/image" Target="media/x7316.wmf"/><Relationship Id="rId787" Type="http://schemas.openxmlformats.org/officeDocument/2006/relationships/image" Target="media/x7317.wmf"/><Relationship Id="rId788" Type="http://schemas.openxmlformats.org/officeDocument/2006/relationships/image" Target="media/x7318.wmf"/><Relationship Id="rId789" Type="http://schemas.openxmlformats.org/officeDocument/2006/relationships/image" Target="media/x7319.wmf"/><Relationship Id="rId790" Type="http://schemas.openxmlformats.org/officeDocument/2006/relationships/image" Target="media/x7320.wmf"/><Relationship Id="rId791" Type="http://schemas.openxmlformats.org/officeDocument/2006/relationships/image" Target="media/x7321.wmf"/><Relationship Id="rId792" Type="http://schemas.openxmlformats.org/officeDocument/2006/relationships/image" Target="media/x7322.wmf"/><Relationship Id="rId793" Type="http://schemas.openxmlformats.org/officeDocument/2006/relationships/image" Target="media/x7323.wmf"/><Relationship Id="rId794" Type="http://schemas.openxmlformats.org/officeDocument/2006/relationships/image" Target="media/x7324.wmf"/><Relationship Id="rId795" Type="http://schemas.openxmlformats.org/officeDocument/2006/relationships/image" Target="media/x7325.wmf"/><Relationship Id="rId796" Type="http://schemas.openxmlformats.org/officeDocument/2006/relationships/image" Target="media/x7326.wmf"/><Relationship Id="rId797" Type="http://schemas.openxmlformats.org/officeDocument/2006/relationships/image" Target="media/x7327.wmf"/><Relationship Id="rId798" Type="http://schemas.openxmlformats.org/officeDocument/2006/relationships/image" Target="media/x7328.wmf"/><Relationship Id="rId799" Type="http://schemas.openxmlformats.org/officeDocument/2006/relationships/image" Target="media/x7329.png"/><Relationship Id="rId800" Type="http://schemas.openxmlformats.org/officeDocument/2006/relationships/image" Target="media/x7330.wmf"/><Relationship Id="rId801" Type="http://schemas.openxmlformats.org/officeDocument/2006/relationships/image" Target="media/x7331.png"/><Relationship Id="rId802" Type="http://schemas.openxmlformats.org/officeDocument/2006/relationships/image" Target="media/x7332.wmf"/><Relationship Id="rId803" Type="http://schemas.openxmlformats.org/officeDocument/2006/relationships/image" Target="media/x7333.wmf"/><Relationship Id="rId804" Type="http://schemas.openxmlformats.org/officeDocument/2006/relationships/image" Target="media/x7334.wmf"/><Relationship Id="rId805" Type="http://schemas.openxmlformats.org/officeDocument/2006/relationships/image" Target="media/x7335.wmf"/><Relationship Id="rId806" Type="http://schemas.openxmlformats.org/officeDocument/2006/relationships/image" Target="media/x7336.wmf"/><Relationship Id="rId807" Type="http://schemas.openxmlformats.org/officeDocument/2006/relationships/image" Target="media/x7337.wmf"/><Relationship Id="rId808" Type="http://schemas.openxmlformats.org/officeDocument/2006/relationships/image" Target="media/x7338.wmf"/><Relationship Id="rId809" Type="http://schemas.openxmlformats.org/officeDocument/2006/relationships/image" Target="media/x7339.wmf"/><Relationship Id="rId810" Type="http://schemas.openxmlformats.org/officeDocument/2006/relationships/image" Target="media/x7340.wmf"/><Relationship Id="rId811" Type="http://schemas.openxmlformats.org/officeDocument/2006/relationships/image" Target="media/x7341.wmf"/><Relationship Id="rId812" Type="http://schemas.openxmlformats.org/officeDocument/2006/relationships/image" Target="media/x7342.wmf"/><Relationship Id="rId813" Type="http://schemas.openxmlformats.org/officeDocument/2006/relationships/image" Target="media/x7343.wmf"/><Relationship Id="rId814" Type="http://schemas.openxmlformats.org/officeDocument/2006/relationships/image" Target="media/x7344.wmf"/><Relationship Id="rId815" Type="http://schemas.openxmlformats.org/officeDocument/2006/relationships/image" Target="media/x7345.wmf"/><Relationship Id="rId816" Type="http://schemas.openxmlformats.org/officeDocument/2006/relationships/image" Target="media/x7346.wmf"/><Relationship Id="rId817" Type="http://schemas.openxmlformats.org/officeDocument/2006/relationships/image" Target="media/x7347.wmf"/><Relationship Id="rId818" Type="http://schemas.openxmlformats.org/officeDocument/2006/relationships/image" Target="media/x7348.wmf"/><Relationship Id="rId819" Type="http://schemas.openxmlformats.org/officeDocument/2006/relationships/image" Target="media/x7349.wmf"/><Relationship Id="rId820" Type="http://schemas.openxmlformats.org/officeDocument/2006/relationships/image" Target="media/x7350.wmf"/><Relationship Id="rId821" Type="http://schemas.openxmlformats.org/officeDocument/2006/relationships/image" Target="media/x7351.wmf"/><Relationship Id="rId822" Type="http://schemas.openxmlformats.org/officeDocument/2006/relationships/image" Target="media/x7352.wmf"/><Relationship Id="rId823" Type="http://schemas.openxmlformats.org/officeDocument/2006/relationships/image" Target="media/x7353.wmf"/><Relationship Id="rId824" Type="http://schemas.openxmlformats.org/officeDocument/2006/relationships/image" Target="media/x7354.wmf"/><Relationship Id="rId825" Type="http://schemas.openxmlformats.org/officeDocument/2006/relationships/image" Target="media/x7355.wmf"/><Relationship Id="rId826" Type="http://schemas.openxmlformats.org/officeDocument/2006/relationships/image" Target="media/x7356.wmf"/><Relationship Id="rId827" Type="http://schemas.openxmlformats.org/officeDocument/2006/relationships/image" Target="media/x7357.wmf"/><Relationship Id="rId828" Type="http://schemas.openxmlformats.org/officeDocument/2006/relationships/image" Target="media/x7358.wmf"/><Relationship Id="rId829" Type="http://schemas.openxmlformats.org/officeDocument/2006/relationships/image" Target="media/x7359.wmf"/><Relationship Id="rId830" Type="http://schemas.openxmlformats.org/officeDocument/2006/relationships/image" Target="media/x7360.wmf"/><Relationship Id="rId831" Type="http://schemas.openxmlformats.org/officeDocument/2006/relationships/image" Target="media/x7361.wmf"/><Relationship Id="rId832" Type="http://schemas.openxmlformats.org/officeDocument/2006/relationships/image" Target="media/x7362.wmf"/><Relationship Id="rId833" Type="http://schemas.openxmlformats.org/officeDocument/2006/relationships/image" Target="media/x7363.wmf"/><Relationship Id="rId834" Type="http://schemas.openxmlformats.org/officeDocument/2006/relationships/image" Target="media/x7364.wmf"/><Relationship Id="rId835" Type="http://schemas.openxmlformats.org/officeDocument/2006/relationships/image" Target="media/x7365.wmf"/><Relationship Id="rId836" Type="http://schemas.openxmlformats.org/officeDocument/2006/relationships/image" Target="media/x7366.wmf"/><Relationship Id="rId837" Type="http://schemas.openxmlformats.org/officeDocument/2006/relationships/image" Target="media/x7367.wmf"/><Relationship Id="rId838" Type="http://schemas.openxmlformats.org/officeDocument/2006/relationships/image" Target="media/x7368.wmf"/><Relationship Id="rId839" Type="http://schemas.openxmlformats.org/officeDocument/2006/relationships/image" Target="media/x7369.wmf"/><Relationship Id="rId840" Type="http://schemas.openxmlformats.org/officeDocument/2006/relationships/image" Target="media/x7370.wmf"/><Relationship Id="rId841" Type="http://schemas.openxmlformats.org/officeDocument/2006/relationships/image" Target="media/x7371.wmf"/><Relationship Id="rId842" Type="http://schemas.openxmlformats.org/officeDocument/2006/relationships/image" Target="media/x7372.wmf"/><Relationship Id="rId843" Type="http://schemas.openxmlformats.org/officeDocument/2006/relationships/image" Target="media/x7373.wmf"/><Relationship Id="rId844" Type="http://schemas.openxmlformats.org/officeDocument/2006/relationships/image" Target="media/x7374.wmf"/><Relationship Id="rId845" Type="http://schemas.openxmlformats.org/officeDocument/2006/relationships/image" Target="media/x7375.wmf"/><Relationship Id="rId846" Type="http://schemas.openxmlformats.org/officeDocument/2006/relationships/image" Target="media/x7376.wmf"/><Relationship Id="rId847" Type="http://schemas.openxmlformats.org/officeDocument/2006/relationships/image" Target="media/x7377.wmf"/><Relationship Id="rId848" Type="http://schemas.openxmlformats.org/officeDocument/2006/relationships/image" Target="media/x7378.wmf"/><Relationship Id="rId849" Type="http://schemas.openxmlformats.org/officeDocument/2006/relationships/image" Target="media/x7379.wmf"/><Relationship Id="rId850" Type="http://schemas.openxmlformats.org/officeDocument/2006/relationships/image" Target="media/x7380.wmf"/><Relationship Id="rId851" Type="http://schemas.openxmlformats.org/officeDocument/2006/relationships/image" Target="media/x7381.wmf"/><Relationship Id="rId852" Type="http://schemas.openxmlformats.org/officeDocument/2006/relationships/image" Target="media/x7382.wmf"/><Relationship Id="rId853" Type="http://schemas.openxmlformats.org/officeDocument/2006/relationships/image" Target="media/x7383.wmf"/><Relationship Id="rId854" Type="http://schemas.openxmlformats.org/officeDocument/2006/relationships/image" Target="media/x7384.wmf"/><Relationship Id="rId855" Type="http://schemas.openxmlformats.org/officeDocument/2006/relationships/image" Target="media/x7385.wmf"/><Relationship Id="rId856" Type="http://schemas.openxmlformats.org/officeDocument/2006/relationships/image" Target="media/x7386.wmf"/><Relationship Id="rId857" Type="http://schemas.openxmlformats.org/officeDocument/2006/relationships/image" Target="media/x7387.wmf"/><Relationship Id="rId858" Type="http://schemas.openxmlformats.org/officeDocument/2006/relationships/image" Target="media/x7388.wmf"/><Relationship Id="rId859" Type="http://schemas.openxmlformats.org/officeDocument/2006/relationships/image" Target="media/x7389.wmf"/><Relationship Id="rId860" Type="http://schemas.openxmlformats.org/officeDocument/2006/relationships/image" Target="media/x7390.wmf"/><Relationship Id="rId861" Type="http://schemas.openxmlformats.org/officeDocument/2006/relationships/image" Target="media/x7391.wmf"/><Relationship Id="rId862" Type="http://schemas.openxmlformats.org/officeDocument/2006/relationships/image" Target="media/x7392.wmf"/><Relationship Id="rId863" Type="http://schemas.openxmlformats.org/officeDocument/2006/relationships/image" Target="media/x7393.wmf"/><Relationship Id="rId864" Type="http://schemas.openxmlformats.org/officeDocument/2006/relationships/image" Target="media/x7394.wmf"/><Relationship Id="rId865" Type="http://schemas.openxmlformats.org/officeDocument/2006/relationships/image" Target="media/x7395.wmf"/><Relationship Id="rId866" Type="http://schemas.openxmlformats.org/officeDocument/2006/relationships/image" Target="media/x7396.wmf"/><Relationship Id="rId867" Type="http://schemas.openxmlformats.org/officeDocument/2006/relationships/image" Target="media/x7397.wmf"/><Relationship Id="rId868" Type="http://schemas.openxmlformats.org/officeDocument/2006/relationships/image" Target="media/x7398.wmf"/><Relationship Id="rId869" Type="http://schemas.openxmlformats.org/officeDocument/2006/relationships/image" Target="media/x7399.wmf"/><Relationship Id="rId870" Type="http://schemas.openxmlformats.org/officeDocument/2006/relationships/image" Target="media/x7400.wmf"/><Relationship Id="rId871" Type="http://schemas.openxmlformats.org/officeDocument/2006/relationships/image" Target="media/x7401.wmf"/><Relationship Id="rId872" Type="http://schemas.openxmlformats.org/officeDocument/2006/relationships/image" Target="media/x7402.wmf"/><Relationship Id="rId873" Type="http://schemas.openxmlformats.org/officeDocument/2006/relationships/image" Target="media/x7403.wmf"/><Relationship Id="rId874" Type="http://schemas.openxmlformats.org/officeDocument/2006/relationships/image" Target="media/x7404.wmf"/><Relationship Id="rId875" Type="http://schemas.openxmlformats.org/officeDocument/2006/relationships/image" Target="media/x7405.wmf"/><Relationship Id="rId876" Type="http://schemas.openxmlformats.org/officeDocument/2006/relationships/image" Target="media/x7406.wmf"/><Relationship Id="rId877" Type="http://schemas.openxmlformats.org/officeDocument/2006/relationships/image" Target="media/x7407.wmf"/><Relationship Id="rId878" Type="http://schemas.openxmlformats.org/officeDocument/2006/relationships/image" Target="media/x7408.wmf"/><Relationship Id="rId879" Type="http://schemas.openxmlformats.org/officeDocument/2006/relationships/image" Target="media/x7409.wmf"/><Relationship Id="rId880" Type="http://schemas.openxmlformats.org/officeDocument/2006/relationships/image" Target="media/x7410.wmf"/><Relationship Id="rId881" Type="http://schemas.openxmlformats.org/officeDocument/2006/relationships/image" Target="media/x7411.wmf"/><Relationship Id="rId882" Type="http://schemas.openxmlformats.org/officeDocument/2006/relationships/image" Target="media/x7412.wmf"/><Relationship Id="rId883" Type="http://schemas.openxmlformats.org/officeDocument/2006/relationships/image" Target="media/x7413.wmf"/><Relationship Id="rId884" Type="http://schemas.openxmlformats.org/officeDocument/2006/relationships/image" Target="media/x7414.wmf"/><Relationship Id="rId885" Type="http://schemas.openxmlformats.org/officeDocument/2006/relationships/image" Target="media/x7415.wmf"/><Relationship Id="rId886" Type="http://schemas.openxmlformats.org/officeDocument/2006/relationships/image" Target="media/x7416.wmf"/><Relationship Id="rId887" Type="http://schemas.openxmlformats.org/officeDocument/2006/relationships/image" Target="media/x7417.wmf"/><Relationship Id="rId888" Type="http://schemas.openxmlformats.org/officeDocument/2006/relationships/image" Target="media/x7418.wmf"/><Relationship Id="rId889" Type="http://schemas.openxmlformats.org/officeDocument/2006/relationships/image" Target="media/x7419.wmf"/><Relationship Id="rId890" Type="http://schemas.openxmlformats.org/officeDocument/2006/relationships/image" Target="media/x7420.wmf"/><Relationship Id="rId891" Type="http://schemas.openxmlformats.org/officeDocument/2006/relationships/image" Target="media/x7421.wmf"/><Relationship Id="rId892" Type="http://schemas.openxmlformats.org/officeDocument/2006/relationships/image" Target="media/x7422.wmf"/><Relationship Id="rId893" Type="http://schemas.openxmlformats.org/officeDocument/2006/relationships/image" Target="media/x7423.wmf"/><Relationship Id="rId894" Type="http://schemas.openxmlformats.org/officeDocument/2006/relationships/image" Target="media/x7424.wmf"/><Relationship Id="rId895" Type="http://schemas.openxmlformats.org/officeDocument/2006/relationships/image" Target="media/x7425.wmf"/><Relationship Id="rId896" Type="http://schemas.openxmlformats.org/officeDocument/2006/relationships/image" Target="media/x7426.wmf"/><Relationship Id="rId897" Type="http://schemas.openxmlformats.org/officeDocument/2006/relationships/image" Target="media/x7427.wmf"/><Relationship Id="rId898" Type="http://schemas.openxmlformats.org/officeDocument/2006/relationships/image" Target="media/x7428.wmf"/><Relationship Id="rId899" Type="http://schemas.openxmlformats.org/officeDocument/2006/relationships/image" Target="media/x7429.wmf"/><Relationship Id="rId900" Type="http://schemas.openxmlformats.org/officeDocument/2006/relationships/image" Target="media/x7430.wmf"/><Relationship Id="rId901" Type="http://schemas.openxmlformats.org/officeDocument/2006/relationships/image" Target="media/x7431.wmf"/><Relationship Id="rId902" Type="http://schemas.openxmlformats.org/officeDocument/2006/relationships/image" Target="media/x7432.png"/><Relationship Id="rId903" Type="http://schemas.openxmlformats.org/officeDocument/2006/relationships/image" Target="media/x7433.wmf"/><Relationship Id="rId904" Type="http://schemas.openxmlformats.org/officeDocument/2006/relationships/image" Target="media/x7434.wmf"/><Relationship Id="rId905" Type="http://schemas.openxmlformats.org/officeDocument/2006/relationships/image" Target="media/x7435.wmf"/><Relationship Id="rId906" Type="http://schemas.openxmlformats.org/officeDocument/2006/relationships/image" Target="media/x7436.wmf"/><Relationship Id="rId907" Type="http://schemas.openxmlformats.org/officeDocument/2006/relationships/image" Target="media/x7437.wmf"/><Relationship Id="rId908" Type="http://schemas.openxmlformats.org/officeDocument/2006/relationships/image" Target="media/x7438.wmf"/><Relationship Id="rId909" Type="http://schemas.openxmlformats.org/officeDocument/2006/relationships/image" Target="media/x7439.wmf"/><Relationship Id="rId910" Type="http://schemas.openxmlformats.org/officeDocument/2006/relationships/image" Target="media/x7440.wmf"/><Relationship Id="rId911" Type="http://schemas.openxmlformats.org/officeDocument/2006/relationships/image" Target="media/x7441.wmf"/><Relationship Id="rId912" Type="http://schemas.openxmlformats.org/officeDocument/2006/relationships/image" Target="media/x7442.wmf"/><Relationship Id="rId913" Type="http://schemas.openxmlformats.org/officeDocument/2006/relationships/image" Target="media/x7443.wmf"/><Relationship Id="rId914" Type="http://schemas.openxmlformats.org/officeDocument/2006/relationships/image" Target="media/x7444.wmf"/><Relationship Id="rId915" Type="http://schemas.openxmlformats.org/officeDocument/2006/relationships/image" Target="media/x7445.wmf"/><Relationship Id="rId916" Type="http://schemas.openxmlformats.org/officeDocument/2006/relationships/image" Target="media/x7446.wmf"/><Relationship Id="rId917" Type="http://schemas.openxmlformats.org/officeDocument/2006/relationships/image" Target="media/x7447.wmf"/><Relationship Id="rId918" Type="http://schemas.openxmlformats.org/officeDocument/2006/relationships/image" Target="media/x7448.wmf"/><Relationship Id="rId919" Type="http://schemas.openxmlformats.org/officeDocument/2006/relationships/image" Target="media/x7449.wmf"/><Relationship Id="rId920" Type="http://schemas.openxmlformats.org/officeDocument/2006/relationships/image" Target="media/x7450.wmf"/><Relationship Id="rId921" Type="http://schemas.openxmlformats.org/officeDocument/2006/relationships/image" Target="media/x7451.wmf"/><Relationship Id="rId922" Type="http://schemas.openxmlformats.org/officeDocument/2006/relationships/image" Target="media/x7452.wmf"/><Relationship Id="rId923" Type="http://schemas.openxmlformats.org/officeDocument/2006/relationships/image" Target="media/x7453.wmf"/><Relationship Id="rId924" Type="http://schemas.openxmlformats.org/officeDocument/2006/relationships/image" Target="media/x7454.wmf"/><Relationship Id="rId925" Type="http://schemas.openxmlformats.org/officeDocument/2006/relationships/image" Target="media/x7455.wmf"/><Relationship Id="rId926" Type="http://schemas.openxmlformats.org/officeDocument/2006/relationships/image" Target="media/x7456.wmf"/><Relationship Id="rId927" Type="http://schemas.openxmlformats.org/officeDocument/2006/relationships/image" Target="media/x7457.wmf"/><Relationship Id="rId928" Type="http://schemas.openxmlformats.org/officeDocument/2006/relationships/image" Target="media/x7458.png"/><Relationship Id="rId929" Type="http://schemas.openxmlformats.org/officeDocument/2006/relationships/image" Target="media/x7459.wmf"/><Relationship Id="rId930" Type="http://schemas.openxmlformats.org/officeDocument/2006/relationships/image" Target="media/x7460.png"/><Relationship Id="rId931" Type="http://schemas.openxmlformats.org/officeDocument/2006/relationships/image" Target="media/x7461.png"/><Relationship Id="rId932" Type="http://schemas.openxmlformats.org/officeDocument/2006/relationships/image" Target="media/x7462.wmf"/><Relationship Id="rId933" Type="http://schemas.openxmlformats.org/officeDocument/2006/relationships/image" Target="media/x7463.wmf"/><Relationship Id="rId934" Type="http://schemas.openxmlformats.org/officeDocument/2006/relationships/image" Target="media/x7464.wmf"/><Relationship Id="rId935" Type="http://schemas.openxmlformats.org/officeDocument/2006/relationships/image" Target="media/x7465.wmf"/><Relationship Id="rId936" Type="http://schemas.openxmlformats.org/officeDocument/2006/relationships/image" Target="media/x7466.png"/><Relationship Id="rId937" Type="http://schemas.openxmlformats.org/officeDocument/2006/relationships/image" Target="media/x7467.wmf"/><Relationship Id="rId938" Type="http://schemas.openxmlformats.org/officeDocument/2006/relationships/image" Target="media/x7468.wmf"/><Relationship Id="rId939" Type="http://schemas.openxmlformats.org/officeDocument/2006/relationships/image" Target="media/x7469.wmf"/><Relationship Id="rId940" Type="http://schemas.openxmlformats.org/officeDocument/2006/relationships/image" Target="media/x7470.wmf"/><Relationship Id="rId941" Type="http://schemas.openxmlformats.org/officeDocument/2006/relationships/image" Target="media/x7471.wmf"/><Relationship Id="rId942" Type="http://schemas.openxmlformats.org/officeDocument/2006/relationships/image" Target="media/x7472.wmf"/><Relationship Id="rId943" Type="http://schemas.openxmlformats.org/officeDocument/2006/relationships/image" Target="media/x7473.wmf"/><Relationship Id="rId944" Type="http://schemas.openxmlformats.org/officeDocument/2006/relationships/image" Target="media/x7474.wmf"/><Relationship Id="rId945" Type="http://schemas.openxmlformats.org/officeDocument/2006/relationships/image" Target="media/x7475.wmf"/><Relationship Id="rId946" Type="http://schemas.openxmlformats.org/officeDocument/2006/relationships/image" Target="media/x7476.wmf"/><Relationship Id="rId947" Type="http://schemas.openxmlformats.org/officeDocument/2006/relationships/image" Target="media/x7477.wmf"/><Relationship Id="rId948" Type="http://schemas.openxmlformats.org/officeDocument/2006/relationships/image" Target="media/x7478.wmf"/><Relationship Id="rId949" Type="http://schemas.openxmlformats.org/officeDocument/2006/relationships/image" Target="media/x7479.wmf"/><Relationship Id="rId950" Type="http://schemas.openxmlformats.org/officeDocument/2006/relationships/image" Target="media/x7480.wmf"/><Relationship Id="rId951" Type="http://schemas.openxmlformats.org/officeDocument/2006/relationships/image" Target="media/x7481.wmf"/><Relationship Id="rId952" Type="http://schemas.openxmlformats.org/officeDocument/2006/relationships/image" Target="media/x7482.png"/><Relationship Id="rId953" Type="http://schemas.openxmlformats.org/officeDocument/2006/relationships/image" Target="media/x7483.wmf"/><Relationship Id="rId954" Type="http://schemas.openxmlformats.org/officeDocument/2006/relationships/image" Target="media/x7484.wmf"/><Relationship Id="rId955" Type="http://schemas.openxmlformats.org/officeDocument/2006/relationships/image" Target="media/x7485.wmf"/><Relationship Id="rId956" Type="http://schemas.openxmlformats.org/officeDocument/2006/relationships/image" Target="media/x7486.wmf"/><Relationship Id="rId957" Type="http://schemas.openxmlformats.org/officeDocument/2006/relationships/image" Target="media/x7487.wmf"/><Relationship Id="rId958" Type="http://schemas.openxmlformats.org/officeDocument/2006/relationships/image" Target="media/x7488.wmf"/><Relationship Id="rId959" Type="http://schemas.openxmlformats.org/officeDocument/2006/relationships/image" Target="media/x7489.wmf"/><Relationship Id="rId960" Type="http://schemas.openxmlformats.org/officeDocument/2006/relationships/image" Target="media/x7490.wmf"/><Relationship Id="rId961" Type="http://schemas.openxmlformats.org/officeDocument/2006/relationships/image" Target="media/x7491.wmf"/><Relationship Id="rId962" Type="http://schemas.openxmlformats.org/officeDocument/2006/relationships/image" Target="media/x7492.wmf"/><Relationship Id="rId963" Type="http://schemas.openxmlformats.org/officeDocument/2006/relationships/image" Target="media/x7493.wmf"/><Relationship Id="rId964" Type="http://schemas.openxmlformats.org/officeDocument/2006/relationships/image" Target="media/x7494.wmf"/><Relationship Id="rId965" Type="http://schemas.openxmlformats.org/officeDocument/2006/relationships/image" Target="media/x7495.wmf"/><Relationship Id="rId966" Type="http://schemas.openxmlformats.org/officeDocument/2006/relationships/image" Target="media/x7496.wmf"/><Relationship Id="rId967" Type="http://schemas.openxmlformats.org/officeDocument/2006/relationships/image" Target="media/x7497.wmf"/><Relationship Id="rId968" Type="http://schemas.openxmlformats.org/officeDocument/2006/relationships/image" Target="media/x7498.png"/><Relationship Id="rId969" Type="http://schemas.openxmlformats.org/officeDocument/2006/relationships/image" Target="media/x7499.png"/><Relationship Id="rId970" Type="http://schemas.openxmlformats.org/officeDocument/2006/relationships/image" Target="media/x7500.wmf"/><Relationship Id="rId971" Type="http://schemas.openxmlformats.org/officeDocument/2006/relationships/image" Target="media/x7501.wmf"/><Relationship Id="rId972" Type="http://schemas.openxmlformats.org/officeDocument/2006/relationships/image" Target="media/x7502.wmf"/><Relationship Id="rId973" Type="http://schemas.openxmlformats.org/officeDocument/2006/relationships/image" Target="media/x7503.wmf"/><Relationship Id="rId974" Type="http://schemas.openxmlformats.org/officeDocument/2006/relationships/image" Target="media/x7504.wmf"/><Relationship Id="rId975" Type="http://schemas.openxmlformats.org/officeDocument/2006/relationships/image" Target="media/x7505.wmf"/><Relationship Id="rId976" Type="http://schemas.openxmlformats.org/officeDocument/2006/relationships/image" Target="media/x7506.wmf"/><Relationship Id="rId977" Type="http://schemas.openxmlformats.org/officeDocument/2006/relationships/image" Target="media/x7507.wmf"/><Relationship Id="rId978" Type="http://schemas.openxmlformats.org/officeDocument/2006/relationships/image" Target="media/x7508.wmf"/><Relationship Id="rId979" Type="http://schemas.openxmlformats.org/officeDocument/2006/relationships/image" Target="media/x7509.wmf"/><Relationship Id="rId980" Type="http://schemas.openxmlformats.org/officeDocument/2006/relationships/image" Target="media/x7510.png"/><Relationship Id="rId981" Type="http://schemas.openxmlformats.org/officeDocument/2006/relationships/image" Target="media/x7511.wmf"/><Relationship Id="rId982" Type="http://schemas.openxmlformats.org/officeDocument/2006/relationships/image" Target="media/x7512.png"/><Relationship Id="rId983" Type="http://schemas.openxmlformats.org/officeDocument/2006/relationships/image" Target="media/x7513.wmf"/><Relationship Id="rId984" Type="http://schemas.openxmlformats.org/officeDocument/2006/relationships/image" Target="media/x7514.wmf"/><Relationship Id="rId985" Type="http://schemas.openxmlformats.org/officeDocument/2006/relationships/image" Target="media/x7515.wmf"/><Relationship Id="rId986" Type="http://schemas.openxmlformats.org/officeDocument/2006/relationships/image" Target="media/x7516.wmf"/><Relationship Id="rId987" Type="http://schemas.openxmlformats.org/officeDocument/2006/relationships/image" Target="media/x7517.wmf"/><Relationship Id="rId988" Type="http://schemas.openxmlformats.org/officeDocument/2006/relationships/image" Target="media/x7518.wmf"/><Relationship Id="rId989" Type="http://schemas.openxmlformats.org/officeDocument/2006/relationships/image" Target="media/x7519.wmf"/><Relationship Id="rId990" Type="http://schemas.openxmlformats.org/officeDocument/2006/relationships/image" Target="media/x7520.wmf"/><Relationship Id="rId991" Type="http://schemas.openxmlformats.org/officeDocument/2006/relationships/image" Target="media/x7521.wmf"/><Relationship Id="rId992" Type="http://schemas.openxmlformats.org/officeDocument/2006/relationships/image" Target="media/x7522.wmf"/><Relationship Id="rId993" Type="http://schemas.openxmlformats.org/officeDocument/2006/relationships/image" Target="media/x7523.wmf"/><Relationship Id="rId994" Type="http://schemas.openxmlformats.org/officeDocument/2006/relationships/image" Target="media/x7524.wmf"/><Relationship Id="rId995" Type="http://schemas.openxmlformats.org/officeDocument/2006/relationships/image" Target="media/x7525.wmf"/><Relationship Id="rId996" Type="http://schemas.openxmlformats.org/officeDocument/2006/relationships/image" Target="media/x7526.wmf"/><Relationship Id="rId997" Type="http://schemas.openxmlformats.org/officeDocument/2006/relationships/image" Target="media/x7527.wmf"/><Relationship Id="rId998" Type="http://schemas.openxmlformats.org/officeDocument/2006/relationships/image" Target="media/x7528.wmf"/><Relationship Id="rId999" Type="http://schemas.openxmlformats.org/officeDocument/2006/relationships/image" Target="media/x7529.wmf"/><Relationship Id="rId1000" Type="http://schemas.openxmlformats.org/officeDocument/2006/relationships/image" Target="media/x7530.png"/><Relationship Id="rId1001" Type="http://schemas.openxmlformats.org/officeDocument/2006/relationships/image" Target="media/x7531.wmf"/><Relationship Id="rId1002" Type="http://schemas.openxmlformats.org/officeDocument/2006/relationships/image" Target="media/x7532.wmf"/><Relationship Id="rId1003" Type="http://schemas.openxmlformats.org/officeDocument/2006/relationships/image" Target="media/x7533.wmf"/><Relationship Id="rId1004" Type="http://schemas.openxmlformats.org/officeDocument/2006/relationships/image" Target="media/x7534.wmf"/><Relationship Id="rId1005" Type="http://schemas.openxmlformats.org/officeDocument/2006/relationships/image" Target="media/x7535.wmf"/><Relationship Id="rId1006" Type="http://schemas.openxmlformats.org/officeDocument/2006/relationships/image" Target="media/x7536.wmf"/><Relationship Id="rId1007" Type="http://schemas.openxmlformats.org/officeDocument/2006/relationships/image" Target="media/x7537.wmf"/><Relationship Id="rId1008" Type="http://schemas.openxmlformats.org/officeDocument/2006/relationships/image" Target="media/x7538.wmf"/><Relationship Id="rId1009" Type="http://schemas.openxmlformats.org/officeDocument/2006/relationships/image" Target="media/x7539.wmf"/><Relationship Id="rId1010" Type="http://schemas.openxmlformats.org/officeDocument/2006/relationships/image" Target="media/x7540.wmf"/><Relationship Id="rId1011" Type="http://schemas.openxmlformats.org/officeDocument/2006/relationships/image" Target="media/x7541.wmf"/><Relationship Id="rId1012" Type="http://schemas.openxmlformats.org/officeDocument/2006/relationships/image" Target="media/x7542.wmf"/><Relationship Id="rId1013" Type="http://schemas.openxmlformats.org/officeDocument/2006/relationships/image" Target="media/x7543.wmf"/><Relationship Id="rId1014" Type="http://schemas.openxmlformats.org/officeDocument/2006/relationships/image" Target="media/x7544.wmf"/><Relationship Id="rId1015" Type="http://schemas.openxmlformats.org/officeDocument/2006/relationships/image" Target="media/x7545.wmf"/><Relationship Id="rId1016" Type="http://schemas.openxmlformats.org/officeDocument/2006/relationships/image" Target="media/x7546.wmf"/><Relationship Id="rId1017" Type="http://schemas.openxmlformats.org/officeDocument/2006/relationships/image" Target="media/x7547.wmf"/><Relationship Id="rId1018" Type="http://schemas.openxmlformats.org/officeDocument/2006/relationships/image" Target="media/x7548.wmf"/><Relationship Id="rId1019" Type="http://schemas.openxmlformats.org/officeDocument/2006/relationships/image" Target="media/x7549.wmf"/><Relationship Id="rId1020" Type="http://schemas.openxmlformats.org/officeDocument/2006/relationships/image" Target="media/x7550.wmf"/><Relationship Id="rId1021" Type="http://schemas.openxmlformats.org/officeDocument/2006/relationships/image" Target="media/x7551.wmf"/><Relationship Id="rId1022" Type="http://schemas.openxmlformats.org/officeDocument/2006/relationships/image" Target="media/x7552.wmf"/><Relationship Id="rId1023" Type="http://schemas.openxmlformats.org/officeDocument/2006/relationships/image" Target="media/x7553.wmf"/><Relationship Id="rId1024" Type="http://schemas.openxmlformats.org/officeDocument/2006/relationships/image" Target="media/x7554.wmf"/><Relationship Id="rId1025" Type="http://schemas.openxmlformats.org/officeDocument/2006/relationships/image" Target="media/x7555.wmf"/><Relationship Id="rId1026" Type="http://schemas.openxmlformats.org/officeDocument/2006/relationships/image" Target="media/x7556.wmf"/><Relationship Id="rId1027" Type="http://schemas.openxmlformats.org/officeDocument/2006/relationships/image" Target="media/x7557.wmf"/><Relationship Id="rId1028" Type="http://schemas.openxmlformats.org/officeDocument/2006/relationships/image" Target="media/x7558.wmf"/><Relationship Id="rId1029" Type="http://schemas.openxmlformats.org/officeDocument/2006/relationships/image" Target="media/x7559.wmf"/><Relationship Id="rId1030" Type="http://schemas.openxmlformats.org/officeDocument/2006/relationships/image" Target="media/x7560.wmf"/><Relationship Id="rId1031" Type="http://schemas.openxmlformats.org/officeDocument/2006/relationships/image" Target="media/x7561.wmf"/><Relationship Id="rId1032" Type="http://schemas.openxmlformats.org/officeDocument/2006/relationships/image" Target="media/x7562.wmf"/><Relationship Id="rId1033" Type="http://schemas.openxmlformats.org/officeDocument/2006/relationships/image" Target="media/x7563.wmf"/><Relationship Id="rId1034" Type="http://schemas.openxmlformats.org/officeDocument/2006/relationships/image" Target="media/x7564.wmf"/><Relationship Id="rId1035" Type="http://schemas.openxmlformats.org/officeDocument/2006/relationships/image" Target="media/x7565.wmf"/><Relationship Id="rId1036" Type="http://schemas.openxmlformats.org/officeDocument/2006/relationships/image" Target="media/x7566.wmf"/><Relationship Id="rId1037" Type="http://schemas.openxmlformats.org/officeDocument/2006/relationships/image" Target="media/x7567.wmf"/><Relationship Id="rId1038" Type="http://schemas.openxmlformats.org/officeDocument/2006/relationships/image" Target="media/x7568.wmf"/><Relationship Id="rId1039" Type="http://schemas.openxmlformats.org/officeDocument/2006/relationships/image" Target="media/x7569.wmf"/><Relationship Id="rId1040" Type="http://schemas.openxmlformats.org/officeDocument/2006/relationships/image" Target="media/x7570.wmf"/><Relationship Id="rId1041" Type="http://schemas.openxmlformats.org/officeDocument/2006/relationships/image" Target="media/x7571.wmf"/><Relationship Id="rId1042" Type="http://schemas.openxmlformats.org/officeDocument/2006/relationships/image" Target="media/x7572.wmf"/><Relationship Id="rId1043" Type="http://schemas.openxmlformats.org/officeDocument/2006/relationships/image" Target="media/x7573.wmf"/><Relationship Id="rId1044" Type="http://schemas.openxmlformats.org/officeDocument/2006/relationships/image" Target="media/x7574.wmf"/><Relationship Id="rId1045" Type="http://schemas.openxmlformats.org/officeDocument/2006/relationships/image" Target="media/x7575.wmf"/><Relationship Id="rId1046" Type="http://schemas.openxmlformats.org/officeDocument/2006/relationships/image" Target="media/x7576.wmf"/><Relationship Id="rId1047" Type="http://schemas.openxmlformats.org/officeDocument/2006/relationships/image" Target="media/x7577.wmf"/><Relationship Id="rId1048" Type="http://schemas.openxmlformats.org/officeDocument/2006/relationships/image" Target="media/x7578.wmf"/><Relationship Id="rId1049" Type="http://schemas.openxmlformats.org/officeDocument/2006/relationships/image" Target="media/x7579.wmf"/><Relationship Id="rId1050" Type="http://schemas.openxmlformats.org/officeDocument/2006/relationships/image" Target="media/x7580.wmf"/><Relationship Id="rId1051" Type="http://schemas.openxmlformats.org/officeDocument/2006/relationships/image" Target="media/x7581.wmf"/><Relationship Id="rId1052" Type="http://schemas.openxmlformats.org/officeDocument/2006/relationships/image" Target="media/x7582.wmf"/><Relationship Id="rId1053" Type="http://schemas.openxmlformats.org/officeDocument/2006/relationships/image" Target="media/x7583.wmf"/><Relationship Id="rId1054" Type="http://schemas.openxmlformats.org/officeDocument/2006/relationships/image" Target="media/x7584.wmf"/><Relationship Id="rId1055" Type="http://schemas.openxmlformats.org/officeDocument/2006/relationships/image" Target="media/x7585.wmf"/><Relationship Id="rId1056" Type="http://schemas.openxmlformats.org/officeDocument/2006/relationships/image" Target="media/x7586.wmf"/><Relationship Id="rId1057" Type="http://schemas.openxmlformats.org/officeDocument/2006/relationships/image" Target="media/x7587.wmf"/><Relationship Id="rId1058" Type="http://schemas.openxmlformats.org/officeDocument/2006/relationships/image" Target="media/x7588.wmf"/><Relationship Id="rId1059" Type="http://schemas.openxmlformats.org/officeDocument/2006/relationships/image" Target="media/x7589.wmf"/><Relationship Id="rId1060" Type="http://schemas.openxmlformats.org/officeDocument/2006/relationships/image" Target="media/x7590.png"/><Relationship Id="rId1061" Type="http://schemas.openxmlformats.org/officeDocument/2006/relationships/image" Target="media/x7591.wmf"/><Relationship Id="rId1062" Type="http://schemas.openxmlformats.org/officeDocument/2006/relationships/image" Target="media/x7592.png"/><Relationship Id="rId1063" Type="http://schemas.openxmlformats.org/officeDocument/2006/relationships/image" Target="media/x7593.png"/><Relationship Id="rId1064" Type="http://schemas.openxmlformats.org/officeDocument/2006/relationships/image" Target="media/x7594.png"/><Relationship Id="rId1065" Type="http://schemas.openxmlformats.org/officeDocument/2006/relationships/image" Target="media/x7595.wmf"/><Relationship Id="rId1066" Type="http://schemas.openxmlformats.org/officeDocument/2006/relationships/image" Target="media/x7596.wmf"/><Relationship Id="rId1067" Type="http://schemas.openxmlformats.org/officeDocument/2006/relationships/image" Target="media/x7597.wmf"/><Relationship Id="rId1068" Type="http://schemas.openxmlformats.org/officeDocument/2006/relationships/image" Target="media/x7598.wmf"/><Relationship Id="rId1069" Type="http://schemas.openxmlformats.org/officeDocument/2006/relationships/image" Target="media/x7599.wmf"/><Relationship Id="rId1070" Type="http://schemas.openxmlformats.org/officeDocument/2006/relationships/image" Target="media/x7600.wmf"/><Relationship Id="rId1071" Type="http://schemas.openxmlformats.org/officeDocument/2006/relationships/image" Target="media/x7601.wmf"/><Relationship Id="rId1072" Type="http://schemas.openxmlformats.org/officeDocument/2006/relationships/image" Target="media/x7602.wmf"/><Relationship Id="rId1073" Type="http://schemas.openxmlformats.org/officeDocument/2006/relationships/image" Target="media/x7603.wmf"/><Relationship Id="rId1074" Type="http://schemas.openxmlformats.org/officeDocument/2006/relationships/image" Target="media/x7604.wmf"/><Relationship Id="rId1075" Type="http://schemas.openxmlformats.org/officeDocument/2006/relationships/image" Target="media/x7605.wmf"/><Relationship Id="rId1076" Type="http://schemas.openxmlformats.org/officeDocument/2006/relationships/image" Target="media/x7606.wmf"/><Relationship Id="rId1077" Type="http://schemas.openxmlformats.org/officeDocument/2006/relationships/image" Target="media/x7607.wmf"/><Relationship Id="rId1078" Type="http://schemas.openxmlformats.org/officeDocument/2006/relationships/image" Target="media/x7608.wmf"/><Relationship Id="rId1079" Type="http://schemas.openxmlformats.org/officeDocument/2006/relationships/image" Target="media/x7609.wmf"/><Relationship Id="rId1080" Type="http://schemas.openxmlformats.org/officeDocument/2006/relationships/image" Target="media/x7610.wmf"/><Relationship Id="rId1081" Type="http://schemas.openxmlformats.org/officeDocument/2006/relationships/image" Target="media/x7611.wmf"/><Relationship Id="rId1082" Type="http://schemas.openxmlformats.org/officeDocument/2006/relationships/image" Target="media/x7612.wmf"/><Relationship Id="rId1083" Type="http://schemas.openxmlformats.org/officeDocument/2006/relationships/image" Target="media/x7613.wmf"/><Relationship Id="rId1084" Type="http://schemas.openxmlformats.org/officeDocument/2006/relationships/image" Target="media/x7614.wmf"/><Relationship Id="rId1085" Type="http://schemas.openxmlformats.org/officeDocument/2006/relationships/image" Target="media/x7615.wmf"/><Relationship Id="rId1086" Type="http://schemas.openxmlformats.org/officeDocument/2006/relationships/image" Target="media/x7616.png"/><Relationship Id="rId1087" Type="http://schemas.openxmlformats.org/officeDocument/2006/relationships/image" Target="media/x7617.wmf"/><Relationship Id="rId1088" Type="http://schemas.openxmlformats.org/officeDocument/2006/relationships/image" Target="media/x7618.png"/><Relationship Id="rId1089" Type="http://schemas.openxmlformats.org/officeDocument/2006/relationships/image" Target="media/x7619.png"/><Relationship Id="rId1090" Type="http://schemas.openxmlformats.org/officeDocument/2006/relationships/image" Target="media/x7620.wmf"/><Relationship Id="rId1091" Type="http://schemas.openxmlformats.org/officeDocument/2006/relationships/image" Target="media/x7621.png"/><Relationship Id="rId1092" Type="http://schemas.openxmlformats.org/officeDocument/2006/relationships/image" Target="media/x7622.wmf"/><Relationship Id="rId1093" Type="http://schemas.openxmlformats.org/officeDocument/2006/relationships/image" Target="media/x7623.wmf"/><Relationship Id="rId1094" Type="http://schemas.openxmlformats.org/officeDocument/2006/relationships/image" Target="media/x7624.wmf"/><Relationship Id="rId1095" Type="http://schemas.openxmlformats.org/officeDocument/2006/relationships/image" Target="media/x7625.wmf"/><Relationship Id="rId1096" Type="http://schemas.openxmlformats.org/officeDocument/2006/relationships/image" Target="media/x7626.wmf"/><Relationship Id="rId1097" Type="http://schemas.openxmlformats.org/officeDocument/2006/relationships/image" Target="media/x7627.wmf"/><Relationship Id="rId1098" Type="http://schemas.openxmlformats.org/officeDocument/2006/relationships/image" Target="media/x7628.wmf"/><Relationship Id="rId1099" Type="http://schemas.openxmlformats.org/officeDocument/2006/relationships/image" Target="media/x7629.wmf"/><Relationship Id="rId1100" Type="http://schemas.openxmlformats.org/officeDocument/2006/relationships/image" Target="media/x7630.wmf"/><Relationship Id="rId1101" Type="http://schemas.openxmlformats.org/officeDocument/2006/relationships/image" Target="media/x7631.wmf"/><Relationship Id="rId1102" Type="http://schemas.openxmlformats.org/officeDocument/2006/relationships/image" Target="media/x7632.wmf"/><Relationship Id="rId1103" Type="http://schemas.openxmlformats.org/officeDocument/2006/relationships/image" Target="media/x7633.wmf"/><Relationship Id="rId1104" Type="http://schemas.openxmlformats.org/officeDocument/2006/relationships/image" Target="media/x7634.wmf"/><Relationship Id="rId1105" Type="http://schemas.openxmlformats.org/officeDocument/2006/relationships/image" Target="media/x7635.wmf"/><Relationship Id="rId1106" Type="http://schemas.openxmlformats.org/officeDocument/2006/relationships/image" Target="media/x7636.wmf"/><Relationship Id="rId1107" Type="http://schemas.openxmlformats.org/officeDocument/2006/relationships/image" Target="media/x7637.wmf"/><Relationship Id="rId1108" Type="http://schemas.openxmlformats.org/officeDocument/2006/relationships/image" Target="media/x7638.wmf"/><Relationship Id="rId1109" Type="http://schemas.openxmlformats.org/officeDocument/2006/relationships/image" Target="media/x7639.wmf"/><Relationship Id="rId1110" Type="http://schemas.openxmlformats.org/officeDocument/2006/relationships/image" Target="media/x7640.wmf"/><Relationship Id="rId1111" Type="http://schemas.openxmlformats.org/officeDocument/2006/relationships/image" Target="media/x7641.wmf"/><Relationship Id="rId1112" Type="http://schemas.openxmlformats.org/officeDocument/2006/relationships/image" Target="media/x7642.wmf"/><Relationship Id="rId1113" Type="http://schemas.openxmlformats.org/officeDocument/2006/relationships/image" Target="media/x7643.wmf"/><Relationship Id="rId1114" Type="http://schemas.openxmlformats.org/officeDocument/2006/relationships/image" Target="media/x7644.wmf"/><Relationship Id="rId1115" Type="http://schemas.openxmlformats.org/officeDocument/2006/relationships/image" Target="media/x7645.wmf"/><Relationship Id="rId1116" Type="http://schemas.openxmlformats.org/officeDocument/2006/relationships/image" Target="media/x7646.wmf"/><Relationship Id="rId1117" Type="http://schemas.openxmlformats.org/officeDocument/2006/relationships/image" Target="media/x7647.wmf"/><Relationship Id="rId1118" Type="http://schemas.openxmlformats.org/officeDocument/2006/relationships/image" Target="media/x7648.wmf"/><Relationship Id="rId1119" Type="http://schemas.openxmlformats.org/officeDocument/2006/relationships/image" Target="media/x7649.wmf"/><Relationship Id="rId1120" Type="http://schemas.openxmlformats.org/officeDocument/2006/relationships/image" Target="media/x7650.wmf"/><Relationship Id="rId1121" Type="http://schemas.openxmlformats.org/officeDocument/2006/relationships/image" Target="media/x7651.wmf"/><Relationship Id="rId1122" Type="http://schemas.openxmlformats.org/officeDocument/2006/relationships/image" Target="media/x7652.wmf"/><Relationship Id="rId1123" Type="http://schemas.openxmlformats.org/officeDocument/2006/relationships/image" Target="media/x7653.wmf"/><Relationship Id="rId1124" Type="http://schemas.openxmlformats.org/officeDocument/2006/relationships/image" Target="media/x7654.wmf"/><Relationship Id="rId1125" Type="http://schemas.openxmlformats.org/officeDocument/2006/relationships/image" Target="media/x7655.wmf"/><Relationship Id="rId1126" Type="http://schemas.openxmlformats.org/officeDocument/2006/relationships/image" Target="media/x7656.wmf"/><Relationship Id="rId1127" Type="http://schemas.openxmlformats.org/officeDocument/2006/relationships/image" Target="media/x7657.wmf"/><Relationship Id="rId1128" Type="http://schemas.openxmlformats.org/officeDocument/2006/relationships/image" Target="media/x7658.wmf"/><Relationship Id="rId1129" Type="http://schemas.openxmlformats.org/officeDocument/2006/relationships/image" Target="media/x7659.wmf"/><Relationship Id="rId1130" Type="http://schemas.openxmlformats.org/officeDocument/2006/relationships/image" Target="media/x7660.wmf"/><Relationship Id="rId1131" Type="http://schemas.openxmlformats.org/officeDocument/2006/relationships/image" Target="media/x7661.png"/><Relationship Id="rId1132" Type="http://schemas.openxmlformats.org/officeDocument/2006/relationships/image" Target="media/x7662.png"/><Relationship Id="rId1133" Type="http://schemas.openxmlformats.org/officeDocument/2006/relationships/image" Target="media/x7663.png"/><Relationship Id="rId1134" Type="http://schemas.openxmlformats.org/officeDocument/2006/relationships/image" Target="media/x7664.png"/><Relationship Id="rId1135" Type="http://schemas.openxmlformats.org/officeDocument/2006/relationships/image" Target="media/x7665.png"/><Relationship Id="rId1136" Type="http://schemas.openxmlformats.org/officeDocument/2006/relationships/image" Target="media/x7666.png"/><Relationship Id="rId1137" Type="http://schemas.openxmlformats.org/officeDocument/2006/relationships/image" Target="media/x7667.wmf"/><Relationship Id="rId1138" Type="http://schemas.openxmlformats.org/officeDocument/2006/relationships/image" Target="media/x7668.wmf"/><Relationship Id="rId1139" Type="http://schemas.openxmlformats.org/officeDocument/2006/relationships/image" Target="media/x7669.wmf"/><Relationship Id="rId1140" Type="http://schemas.openxmlformats.org/officeDocument/2006/relationships/image" Target="media/x7670.wmf"/><Relationship Id="rId1141" Type="http://schemas.openxmlformats.org/officeDocument/2006/relationships/image" Target="media/x7671.wmf"/><Relationship Id="rId1142" Type="http://schemas.openxmlformats.org/officeDocument/2006/relationships/image" Target="media/x7672.wmf"/><Relationship Id="rId1143" Type="http://schemas.openxmlformats.org/officeDocument/2006/relationships/image" Target="media/x7673.wmf"/><Relationship Id="rId1144" Type="http://schemas.openxmlformats.org/officeDocument/2006/relationships/image" Target="media/x7674.wmf"/><Relationship Id="rId1145" Type="http://schemas.openxmlformats.org/officeDocument/2006/relationships/image" Target="media/x7675.wmf"/><Relationship Id="rId1146" Type="http://schemas.openxmlformats.org/officeDocument/2006/relationships/image" Target="media/x7676.wmf"/><Relationship Id="rId1147" Type="http://schemas.openxmlformats.org/officeDocument/2006/relationships/image" Target="media/x7677.wmf"/><Relationship Id="rId1148" Type="http://schemas.openxmlformats.org/officeDocument/2006/relationships/image" Target="media/x7678.wmf"/><Relationship Id="rId1149" Type="http://schemas.openxmlformats.org/officeDocument/2006/relationships/image" Target="media/x7679.wmf"/><Relationship Id="rId1150" Type="http://schemas.openxmlformats.org/officeDocument/2006/relationships/image" Target="media/x7680.wmf"/><Relationship Id="rId1151" Type="http://schemas.openxmlformats.org/officeDocument/2006/relationships/image" Target="media/x7681.wmf"/><Relationship Id="rId1152" Type="http://schemas.openxmlformats.org/officeDocument/2006/relationships/image" Target="media/x7682.wmf"/><Relationship Id="rId1153" Type="http://schemas.openxmlformats.org/officeDocument/2006/relationships/image" Target="media/x7683.wmf"/><Relationship Id="rId1154" Type="http://schemas.openxmlformats.org/officeDocument/2006/relationships/image" Target="media/x7684.wmf"/><Relationship Id="rId1155" Type="http://schemas.openxmlformats.org/officeDocument/2006/relationships/image" Target="media/x7685.wmf"/><Relationship Id="rId1156" Type="http://schemas.openxmlformats.org/officeDocument/2006/relationships/image" Target="media/x7686.wmf"/><Relationship Id="rId1157" Type="http://schemas.openxmlformats.org/officeDocument/2006/relationships/image" Target="media/x7687.wmf"/><Relationship Id="rId1158" Type="http://schemas.openxmlformats.org/officeDocument/2006/relationships/image" Target="media/x7688.png"/><Relationship Id="rId1159" Type="http://schemas.openxmlformats.org/officeDocument/2006/relationships/image" Target="media/x7689.png"/><Relationship Id="rId1160" Type="http://schemas.openxmlformats.org/officeDocument/2006/relationships/image" Target="media/x7690.wmf"/><Relationship Id="rId1161" Type="http://schemas.openxmlformats.org/officeDocument/2006/relationships/image" Target="media/x7691.wmf"/><Relationship Id="rId1162" Type="http://schemas.openxmlformats.org/officeDocument/2006/relationships/image" Target="media/x7692.wmf"/><Relationship Id="rId1163" Type="http://schemas.openxmlformats.org/officeDocument/2006/relationships/image" Target="media/x7693.wmf"/><Relationship Id="rId1164" Type="http://schemas.openxmlformats.org/officeDocument/2006/relationships/image" Target="media/x7694.wmf"/><Relationship Id="rId1165" Type="http://schemas.openxmlformats.org/officeDocument/2006/relationships/image" Target="media/x7695.wmf"/><Relationship Id="rId1166" Type="http://schemas.openxmlformats.org/officeDocument/2006/relationships/image" Target="media/x7696.wmf"/><Relationship Id="rId1167" Type="http://schemas.openxmlformats.org/officeDocument/2006/relationships/image" Target="media/x7697.wmf"/><Relationship Id="rId1168" Type="http://schemas.openxmlformats.org/officeDocument/2006/relationships/image" Target="media/x7698.wmf"/><Relationship Id="rId1169" Type="http://schemas.openxmlformats.org/officeDocument/2006/relationships/image" Target="media/x7699.wmf"/><Relationship Id="rId1170" Type="http://schemas.openxmlformats.org/officeDocument/2006/relationships/image" Target="media/x7700.wmf"/><Relationship Id="rId1171" Type="http://schemas.openxmlformats.org/officeDocument/2006/relationships/image" Target="media/x7701.wmf"/><Relationship Id="rId1172" Type="http://schemas.openxmlformats.org/officeDocument/2006/relationships/image" Target="media/x7702.wmf"/><Relationship Id="rId1173" Type="http://schemas.openxmlformats.org/officeDocument/2006/relationships/image" Target="media/x7703.wmf"/><Relationship Id="rId1174" Type="http://schemas.openxmlformats.org/officeDocument/2006/relationships/image" Target="media/x7704.wmf"/><Relationship Id="rId1175" Type="http://schemas.openxmlformats.org/officeDocument/2006/relationships/image" Target="media/x7705.wmf"/><Relationship Id="rId1176" Type="http://schemas.openxmlformats.org/officeDocument/2006/relationships/image" Target="media/x7706.wmf"/><Relationship Id="rId1177" Type="http://schemas.openxmlformats.org/officeDocument/2006/relationships/image" Target="media/x7707.wmf"/><Relationship Id="rId1178" Type="http://schemas.openxmlformats.org/officeDocument/2006/relationships/image" Target="media/x7708.wmf"/><Relationship Id="rId1179" Type="http://schemas.openxmlformats.org/officeDocument/2006/relationships/image" Target="media/x7709.wmf"/><Relationship Id="rId1180" Type="http://schemas.openxmlformats.org/officeDocument/2006/relationships/image" Target="media/x7710.wmf"/><Relationship Id="rId1181" Type="http://schemas.openxmlformats.org/officeDocument/2006/relationships/image" Target="media/x7711.wmf"/><Relationship Id="rId1182" Type="http://schemas.openxmlformats.org/officeDocument/2006/relationships/image" Target="media/x7712.wmf"/><Relationship Id="rId1183" Type="http://schemas.openxmlformats.org/officeDocument/2006/relationships/image" Target="media/x7713.wmf"/><Relationship Id="rId1184" Type="http://schemas.openxmlformats.org/officeDocument/2006/relationships/image" Target="media/x7714.wmf"/><Relationship Id="rId1185" Type="http://schemas.openxmlformats.org/officeDocument/2006/relationships/image" Target="media/x7715.wmf"/><Relationship Id="rId1186" Type="http://schemas.openxmlformats.org/officeDocument/2006/relationships/image" Target="media/x7716.wmf"/><Relationship Id="rId1187" Type="http://schemas.openxmlformats.org/officeDocument/2006/relationships/image" Target="media/x7717.wmf"/><Relationship Id="rId1188" Type="http://schemas.openxmlformats.org/officeDocument/2006/relationships/image" Target="media/x7718.wmf"/><Relationship Id="rId1189" Type="http://schemas.openxmlformats.org/officeDocument/2006/relationships/image" Target="media/x7719.wmf"/><Relationship Id="rId1190" Type="http://schemas.openxmlformats.org/officeDocument/2006/relationships/image" Target="media/x7720.wmf"/><Relationship Id="rId1191" Type="http://schemas.openxmlformats.org/officeDocument/2006/relationships/image" Target="media/x7721.wmf"/><Relationship Id="rId1192" Type="http://schemas.openxmlformats.org/officeDocument/2006/relationships/image" Target="media/x7722.wmf"/><Relationship Id="rId1193" Type="http://schemas.openxmlformats.org/officeDocument/2006/relationships/image" Target="media/x7723.wmf"/><Relationship Id="rId1194" Type="http://schemas.openxmlformats.org/officeDocument/2006/relationships/image" Target="media/x7724.wmf"/><Relationship Id="rId1195" Type="http://schemas.openxmlformats.org/officeDocument/2006/relationships/image" Target="media/x7725.wmf"/><Relationship Id="rId1196" Type="http://schemas.openxmlformats.org/officeDocument/2006/relationships/image" Target="media/x7726.wmf"/><Relationship Id="rId1197" Type="http://schemas.openxmlformats.org/officeDocument/2006/relationships/image" Target="media/x7727.wmf"/><Relationship Id="rId1198" Type="http://schemas.openxmlformats.org/officeDocument/2006/relationships/image" Target="media/x7728.wmf"/><Relationship Id="rId1199" Type="http://schemas.openxmlformats.org/officeDocument/2006/relationships/image" Target="media/x7729.wmf"/><Relationship Id="rId1200" Type="http://schemas.openxmlformats.org/officeDocument/2006/relationships/image" Target="media/x7730.wmf"/><Relationship Id="rId1201" Type="http://schemas.openxmlformats.org/officeDocument/2006/relationships/image" Target="media/x7731.wmf"/><Relationship Id="rId1202" Type="http://schemas.openxmlformats.org/officeDocument/2006/relationships/image" Target="media/x7732.wmf"/><Relationship Id="rId1203" Type="http://schemas.openxmlformats.org/officeDocument/2006/relationships/image" Target="media/x7733.wmf"/><Relationship Id="rId1204" Type="http://schemas.openxmlformats.org/officeDocument/2006/relationships/image" Target="media/x7734.wmf"/><Relationship Id="rId1205" Type="http://schemas.openxmlformats.org/officeDocument/2006/relationships/image" Target="media/x7735.wmf"/><Relationship Id="rId1206" Type="http://schemas.openxmlformats.org/officeDocument/2006/relationships/image" Target="media/x7736.wmf"/><Relationship Id="rId1207" Type="http://schemas.openxmlformats.org/officeDocument/2006/relationships/image" Target="media/x7737.wmf"/><Relationship Id="rId1208" Type="http://schemas.openxmlformats.org/officeDocument/2006/relationships/image" Target="media/x7738.wmf"/><Relationship Id="rId1209" Type="http://schemas.openxmlformats.org/officeDocument/2006/relationships/image" Target="media/x7739.wmf"/><Relationship Id="rId1210" Type="http://schemas.openxmlformats.org/officeDocument/2006/relationships/image" Target="media/x7740.wmf"/><Relationship Id="rId1211" Type="http://schemas.openxmlformats.org/officeDocument/2006/relationships/image" Target="media/x7741.wmf"/><Relationship Id="rId1212" Type="http://schemas.openxmlformats.org/officeDocument/2006/relationships/image" Target="media/x7742.wmf"/><Relationship Id="rId1213" Type="http://schemas.openxmlformats.org/officeDocument/2006/relationships/image" Target="media/x7743.wmf"/><Relationship Id="rId1214" Type="http://schemas.openxmlformats.org/officeDocument/2006/relationships/image" Target="media/x7744.wmf"/><Relationship Id="rId1215" Type="http://schemas.openxmlformats.org/officeDocument/2006/relationships/image" Target="media/x7745.png"/><Relationship Id="rId1216" Type="http://schemas.openxmlformats.org/officeDocument/2006/relationships/image" Target="media/x7746.png"/><Relationship Id="rId1217" Type="http://schemas.openxmlformats.org/officeDocument/2006/relationships/image" Target="media/x7747.png"/><Relationship Id="rId1218" Type="http://schemas.openxmlformats.org/officeDocument/2006/relationships/image" Target="media/x7748.png"/><Relationship Id="rId1219" Type="http://schemas.openxmlformats.org/officeDocument/2006/relationships/image" Target="media/x7749.wmf"/><Relationship Id="rId1220" Type="http://schemas.openxmlformats.org/officeDocument/2006/relationships/image" Target="media/x7750.wmf"/><Relationship Id="rId1221" Type="http://schemas.openxmlformats.org/officeDocument/2006/relationships/image" Target="media/x7751.png"/><Relationship Id="rId1222" Type="http://schemas.openxmlformats.org/officeDocument/2006/relationships/image" Target="media/x7752.png"/><Relationship Id="rId1223" Type="http://schemas.openxmlformats.org/officeDocument/2006/relationships/image" Target="media/x7753.wmf"/><Relationship Id="rId1224" Type="http://schemas.openxmlformats.org/officeDocument/2006/relationships/image" Target="media/x7754.wmf"/><Relationship Id="rId1225" Type="http://schemas.openxmlformats.org/officeDocument/2006/relationships/image" Target="media/x7755.wmf"/><Relationship Id="rId1226" Type="http://schemas.openxmlformats.org/officeDocument/2006/relationships/image" Target="media/x7756.wmf"/><Relationship Id="rId1227" Type="http://schemas.openxmlformats.org/officeDocument/2006/relationships/image" Target="media/x7757.wmf"/><Relationship Id="rId1228" Type="http://schemas.openxmlformats.org/officeDocument/2006/relationships/image" Target="media/x7758.wmf"/><Relationship Id="rId1229" Type="http://schemas.openxmlformats.org/officeDocument/2006/relationships/image" Target="media/x7759.wmf"/><Relationship Id="rId1230" Type="http://schemas.openxmlformats.org/officeDocument/2006/relationships/image" Target="media/x7760.wmf"/><Relationship Id="rId1231" Type="http://schemas.openxmlformats.org/officeDocument/2006/relationships/image" Target="media/x7761.wmf"/><Relationship Id="rId1232" Type="http://schemas.openxmlformats.org/officeDocument/2006/relationships/image" Target="media/x7762.wmf"/><Relationship Id="rId1233" Type="http://schemas.openxmlformats.org/officeDocument/2006/relationships/image" Target="media/x7763.wmf"/><Relationship Id="rId1234" Type="http://schemas.openxmlformats.org/officeDocument/2006/relationships/image" Target="media/x7764.wmf"/><Relationship Id="rId1235" Type="http://schemas.openxmlformats.org/officeDocument/2006/relationships/image" Target="media/x7765.wmf"/><Relationship Id="rId1236" Type="http://schemas.openxmlformats.org/officeDocument/2006/relationships/image" Target="media/x7766.wmf"/><Relationship Id="rId1237" Type="http://schemas.openxmlformats.org/officeDocument/2006/relationships/image" Target="media/x7767.png"/><Relationship Id="rId1238" Type="http://schemas.openxmlformats.org/officeDocument/2006/relationships/image" Target="media/x7768.wmf"/><Relationship Id="rId1239" Type="http://schemas.openxmlformats.org/officeDocument/2006/relationships/image" Target="media/x7769.wmf"/><Relationship Id="rId1240" Type="http://schemas.openxmlformats.org/officeDocument/2006/relationships/image" Target="media/x7770.wmf"/><Relationship Id="rId1241" Type="http://schemas.openxmlformats.org/officeDocument/2006/relationships/image" Target="media/x7771.wmf"/><Relationship Id="rId1242" Type="http://schemas.openxmlformats.org/officeDocument/2006/relationships/image" Target="media/x7772.wmf"/><Relationship Id="rId1243" Type="http://schemas.openxmlformats.org/officeDocument/2006/relationships/image" Target="media/x7773.wmf"/><Relationship Id="rId1244" Type="http://schemas.openxmlformats.org/officeDocument/2006/relationships/image" Target="media/x7774.wmf"/><Relationship Id="rId1245" Type="http://schemas.openxmlformats.org/officeDocument/2006/relationships/image" Target="media/x7775.wmf"/><Relationship Id="rId1246" Type="http://schemas.openxmlformats.org/officeDocument/2006/relationships/image" Target="media/x7776.wmf"/><Relationship Id="rId1247" Type="http://schemas.openxmlformats.org/officeDocument/2006/relationships/image" Target="media/x7777.png"/><Relationship Id="rId1248" Type="http://schemas.openxmlformats.org/officeDocument/2006/relationships/image" Target="media/x7778.png"/><Relationship Id="rId1249" Type="http://schemas.openxmlformats.org/officeDocument/2006/relationships/image" Target="media/x7779.wmf"/><Relationship Id="rId1250" Type="http://schemas.openxmlformats.org/officeDocument/2006/relationships/image" Target="media/x7780.wmf"/><Relationship Id="rId1251" Type="http://schemas.openxmlformats.org/officeDocument/2006/relationships/image" Target="media/x7781.wmf"/><Relationship Id="rId1252" Type="http://schemas.openxmlformats.org/officeDocument/2006/relationships/image" Target="media/x7782.wmf"/><Relationship Id="rId1253" Type="http://schemas.openxmlformats.org/officeDocument/2006/relationships/image" Target="media/x7783.png"/><Relationship Id="rId1254" Type="http://schemas.openxmlformats.org/officeDocument/2006/relationships/image" Target="media/x7784.png"/><Relationship Id="rId1255" Type="http://schemas.openxmlformats.org/officeDocument/2006/relationships/image" Target="media/x7785.wmf"/><Relationship Id="rId1256" Type="http://schemas.openxmlformats.org/officeDocument/2006/relationships/image" Target="media/x7786.wmf"/><Relationship Id="rId1257" Type="http://schemas.openxmlformats.org/officeDocument/2006/relationships/image" Target="media/x7787.wmf"/><Relationship Id="rId1258" Type="http://schemas.openxmlformats.org/officeDocument/2006/relationships/image" Target="media/x7788.wmf"/><Relationship Id="rId1259" Type="http://schemas.openxmlformats.org/officeDocument/2006/relationships/image" Target="media/x7789.wmf"/><Relationship Id="rId1260" Type="http://schemas.openxmlformats.org/officeDocument/2006/relationships/image" Target="media/x7790.wmf"/><Relationship Id="rId1261" Type="http://schemas.openxmlformats.org/officeDocument/2006/relationships/image" Target="media/x7791.wmf"/><Relationship Id="rId1262" Type="http://schemas.openxmlformats.org/officeDocument/2006/relationships/image" Target="media/x7792.png"/><Relationship Id="rId1263" Type="http://schemas.openxmlformats.org/officeDocument/2006/relationships/image" Target="media/x7793.wmf"/><Relationship Id="rId1264" Type="http://schemas.openxmlformats.org/officeDocument/2006/relationships/image" Target="media/x7794.wmf"/><Relationship Id="rId1265" Type="http://schemas.openxmlformats.org/officeDocument/2006/relationships/image" Target="media/x7795.wmf"/><Relationship Id="rId1266" Type="http://schemas.openxmlformats.org/officeDocument/2006/relationships/image" Target="media/x7796.wmf"/><Relationship Id="rId1267" Type="http://schemas.openxmlformats.org/officeDocument/2006/relationships/image" Target="media/x7797.wmf"/><Relationship Id="rId1268" Type="http://schemas.openxmlformats.org/officeDocument/2006/relationships/image" Target="media/x7798.png"/><Relationship Id="rId1269" Type="http://schemas.openxmlformats.org/officeDocument/2006/relationships/image" Target="media/x7799.wmf"/><Relationship Id="rId1270" Type="http://schemas.openxmlformats.org/officeDocument/2006/relationships/image" Target="media/x7800.wmf"/><Relationship Id="rId1271" Type="http://schemas.openxmlformats.org/officeDocument/2006/relationships/image" Target="media/x7801.wmf"/><Relationship Id="rId1272" Type="http://schemas.openxmlformats.org/officeDocument/2006/relationships/image" Target="media/x7802.wmf"/><Relationship Id="rId1273" Type="http://schemas.openxmlformats.org/officeDocument/2006/relationships/image" Target="media/x7803.wmf"/><Relationship Id="rId1274" Type="http://schemas.openxmlformats.org/officeDocument/2006/relationships/image" Target="media/x7804.png"/><Relationship Id="rId1275" Type="http://schemas.openxmlformats.org/officeDocument/2006/relationships/image" Target="media/x7805.wmf"/><Relationship Id="rId1276" Type="http://schemas.openxmlformats.org/officeDocument/2006/relationships/image" Target="media/x7806.wmf"/><Relationship Id="rId1277" Type="http://schemas.openxmlformats.org/officeDocument/2006/relationships/image" Target="media/x7807.wmf"/><Relationship Id="rId1278" Type="http://schemas.openxmlformats.org/officeDocument/2006/relationships/image" Target="media/x7808.wmf"/><Relationship Id="rId1279" Type="http://schemas.openxmlformats.org/officeDocument/2006/relationships/image" Target="media/x7809.wmf"/><Relationship Id="rId1280" Type="http://schemas.openxmlformats.org/officeDocument/2006/relationships/image" Target="media/x7810.png"/><Relationship Id="rId1281" Type="http://schemas.openxmlformats.org/officeDocument/2006/relationships/image" Target="media/x7811.wmf"/><Relationship Id="rId1282" Type="http://schemas.openxmlformats.org/officeDocument/2006/relationships/image" Target="media/x7812.wmf"/><Relationship Id="rId1283" Type="http://schemas.openxmlformats.org/officeDocument/2006/relationships/image" Target="media/x7813.wmf"/><Relationship Id="rId1284" Type="http://schemas.openxmlformats.org/officeDocument/2006/relationships/image" Target="media/x7814.wmf"/><Relationship Id="rId1285" Type="http://schemas.openxmlformats.org/officeDocument/2006/relationships/image" Target="media/x7815.wmf"/><Relationship Id="rId1286" Type="http://schemas.openxmlformats.org/officeDocument/2006/relationships/image" Target="media/x7816.wmf"/><Relationship Id="rId1287" Type="http://schemas.openxmlformats.org/officeDocument/2006/relationships/image" Target="media/x7817.wmf"/><Relationship Id="rId1288" Type="http://schemas.openxmlformats.org/officeDocument/2006/relationships/image" Target="media/x7818.wmf"/><Relationship Id="rId1289" Type="http://schemas.openxmlformats.org/officeDocument/2006/relationships/image" Target="media/x7819.wmf"/><Relationship Id="rId1290" Type="http://schemas.openxmlformats.org/officeDocument/2006/relationships/image" Target="media/x7820.wmf"/><Relationship Id="rId1291" Type="http://schemas.openxmlformats.org/officeDocument/2006/relationships/image" Target="media/x7821.wmf"/><Relationship Id="rId1292" Type="http://schemas.openxmlformats.org/officeDocument/2006/relationships/image" Target="media/x7822.wmf"/><Relationship Id="rId1293" Type="http://schemas.openxmlformats.org/officeDocument/2006/relationships/image" Target="media/x7823.wmf"/><Relationship Id="rId1294" Type="http://schemas.openxmlformats.org/officeDocument/2006/relationships/image" Target="media/x7824.wmf"/><Relationship Id="rId1295" Type="http://schemas.openxmlformats.org/officeDocument/2006/relationships/image" Target="media/x7825.wmf"/><Relationship Id="rId1296" Type="http://schemas.openxmlformats.org/officeDocument/2006/relationships/image" Target="media/x7826.wmf"/><Relationship Id="rId1297" Type="http://schemas.openxmlformats.org/officeDocument/2006/relationships/image" Target="media/x7827.wmf"/><Relationship Id="rId1298" Type="http://schemas.openxmlformats.org/officeDocument/2006/relationships/image" Target="media/x7828.wmf"/><Relationship Id="rId1299" Type="http://schemas.openxmlformats.org/officeDocument/2006/relationships/image" Target="media/x7829.wmf"/><Relationship Id="rId1300" Type="http://schemas.openxmlformats.org/officeDocument/2006/relationships/image" Target="media/x7830.wmf"/><Relationship Id="rId1301" Type="http://schemas.openxmlformats.org/officeDocument/2006/relationships/image" Target="media/x7831.wmf"/><Relationship Id="rId1302" Type="http://schemas.openxmlformats.org/officeDocument/2006/relationships/image" Target="media/x7832.wmf"/><Relationship Id="rId1303" Type="http://schemas.openxmlformats.org/officeDocument/2006/relationships/image" Target="media/x7833.wmf"/><Relationship Id="rId1304" Type="http://schemas.openxmlformats.org/officeDocument/2006/relationships/image" Target="media/x7834.wmf"/><Relationship Id="rId1305" Type="http://schemas.openxmlformats.org/officeDocument/2006/relationships/image" Target="media/x7835.wmf"/><Relationship Id="rId1306" Type="http://schemas.openxmlformats.org/officeDocument/2006/relationships/image" Target="media/x7836.wmf"/><Relationship Id="rId1307" Type="http://schemas.openxmlformats.org/officeDocument/2006/relationships/image" Target="media/x7837.wmf"/><Relationship Id="rId1308" Type="http://schemas.openxmlformats.org/officeDocument/2006/relationships/image" Target="media/x7838.wmf"/><Relationship Id="rId1309" Type="http://schemas.openxmlformats.org/officeDocument/2006/relationships/image" Target="media/x7839.wmf"/><Relationship Id="rId1310" Type="http://schemas.openxmlformats.org/officeDocument/2006/relationships/image" Target="media/x7840.wmf"/><Relationship Id="rId1311" Type="http://schemas.openxmlformats.org/officeDocument/2006/relationships/image" Target="media/x7841.wmf"/><Relationship Id="rId1312" Type="http://schemas.openxmlformats.org/officeDocument/2006/relationships/image" Target="media/x7842.wmf"/><Relationship Id="rId1313" Type="http://schemas.openxmlformats.org/officeDocument/2006/relationships/image" Target="media/x7843.wmf"/><Relationship Id="rId1314" Type="http://schemas.openxmlformats.org/officeDocument/2006/relationships/image" Target="media/x7844.wmf"/><Relationship Id="rId1315" Type="http://schemas.openxmlformats.org/officeDocument/2006/relationships/image" Target="media/x7845.wmf"/><Relationship Id="rId1316" Type="http://schemas.openxmlformats.org/officeDocument/2006/relationships/image" Target="media/x7846.wmf"/><Relationship Id="rId1317" Type="http://schemas.openxmlformats.org/officeDocument/2006/relationships/image" Target="media/x7847.wmf"/><Relationship Id="rId1318" Type="http://schemas.openxmlformats.org/officeDocument/2006/relationships/image" Target="media/x7848.wmf"/><Relationship Id="rId1319" Type="http://schemas.openxmlformats.org/officeDocument/2006/relationships/image" Target="media/x7849.wmf"/><Relationship Id="rId1320" Type="http://schemas.openxmlformats.org/officeDocument/2006/relationships/image" Target="media/x7850.wmf"/><Relationship Id="rId1321" Type="http://schemas.openxmlformats.org/officeDocument/2006/relationships/image" Target="media/x7851.wmf"/><Relationship Id="rId1322" Type="http://schemas.openxmlformats.org/officeDocument/2006/relationships/image" Target="media/x7852.wmf"/><Relationship Id="rId1323" Type="http://schemas.openxmlformats.org/officeDocument/2006/relationships/image" Target="media/x7853.wmf"/><Relationship Id="rId1324" Type="http://schemas.openxmlformats.org/officeDocument/2006/relationships/image" Target="media/x7854.wmf"/><Relationship Id="rId1325" Type="http://schemas.openxmlformats.org/officeDocument/2006/relationships/image" Target="media/x7855.wmf"/><Relationship Id="rId1326" Type="http://schemas.openxmlformats.org/officeDocument/2006/relationships/image" Target="media/x7856.wmf"/><Relationship Id="rId1327" Type="http://schemas.openxmlformats.org/officeDocument/2006/relationships/image" Target="media/x7857.wmf"/><Relationship Id="rId1328" Type="http://schemas.openxmlformats.org/officeDocument/2006/relationships/image" Target="media/x7858.wmf"/><Relationship Id="rId1329" Type="http://schemas.openxmlformats.org/officeDocument/2006/relationships/image" Target="media/x7859.wmf"/><Relationship Id="rId1330" Type="http://schemas.openxmlformats.org/officeDocument/2006/relationships/image" Target="media/x7860.wmf"/><Relationship Id="rId1331" Type="http://schemas.openxmlformats.org/officeDocument/2006/relationships/image" Target="media/x7861.wmf"/><Relationship Id="rId1332" Type="http://schemas.openxmlformats.org/officeDocument/2006/relationships/image" Target="media/x7862.wmf"/><Relationship Id="rId1333" Type="http://schemas.openxmlformats.org/officeDocument/2006/relationships/image" Target="media/x7863.wmf"/><Relationship Id="rId1334" Type="http://schemas.openxmlformats.org/officeDocument/2006/relationships/image" Target="media/x7864.wmf"/><Relationship Id="rId1335" Type="http://schemas.openxmlformats.org/officeDocument/2006/relationships/image" Target="media/x7865.wmf"/><Relationship Id="rId1336" Type="http://schemas.openxmlformats.org/officeDocument/2006/relationships/image" Target="media/x7866.wmf"/><Relationship Id="rId1337" Type="http://schemas.openxmlformats.org/officeDocument/2006/relationships/image" Target="media/x7867.wmf"/><Relationship Id="rId1338" Type="http://schemas.openxmlformats.org/officeDocument/2006/relationships/image" Target="media/x7868.wmf"/><Relationship Id="rId1339" Type="http://schemas.openxmlformats.org/officeDocument/2006/relationships/image" Target="media/x7869.wmf"/><Relationship Id="rId1340" Type="http://schemas.openxmlformats.org/officeDocument/2006/relationships/image" Target="media/x7870.wmf"/><Relationship Id="rId1341" Type="http://schemas.openxmlformats.org/officeDocument/2006/relationships/image" Target="media/x7871.wmf"/><Relationship Id="rId1342" Type="http://schemas.openxmlformats.org/officeDocument/2006/relationships/image" Target="media/x7872.wmf"/><Relationship Id="rId1343" Type="http://schemas.openxmlformats.org/officeDocument/2006/relationships/image" Target="media/x7873.wmf"/><Relationship Id="rId1344" Type="http://schemas.openxmlformats.org/officeDocument/2006/relationships/image" Target="media/x7874.wmf"/><Relationship Id="rId1345" Type="http://schemas.openxmlformats.org/officeDocument/2006/relationships/image" Target="media/x7875.wmf"/><Relationship Id="rId1346" Type="http://schemas.openxmlformats.org/officeDocument/2006/relationships/image" Target="media/x7876.wmf"/><Relationship Id="rId1347" Type="http://schemas.openxmlformats.org/officeDocument/2006/relationships/image" Target="media/x7877.wmf"/><Relationship Id="rId1348" Type="http://schemas.openxmlformats.org/officeDocument/2006/relationships/image" Target="media/x7878.wmf"/><Relationship Id="rId1349" Type="http://schemas.openxmlformats.org/officeDocument/2006/relationships/image" Target="media/x7879.wmf"/><Relationship Id="rId1350" Type="http://schemas.openxmlformats.org/officeDocument/2006/relationships/image" Target="media/x7880.wmf"/><Relationship Id="rId1351" Type="http://schemas.openxmlformats.org/officeDocument/2006/relationships/image" Target="media/x7881.wmf"/><Relationship Id="rId1352" Type="http://schemas.openxmlformats.org/officeDocument/2006/relationships/image" Target="media/x7882.wmf"/><Relationship Id="rId1353" Type="http://schemas.openxmlformats.org/officeDocument/2006/relationships/image" Target="media/x7883.wmf"/><Relationship Id="rId1354" Type="http://schemas.openxmlformats.org/officeDocument/2006/relationships/image" Target="media/x7884.wmf"/><Relationship Id="rId1355" Type="http://schemas.openxmlformats.org/officeDocument/2006/relationships/image" Target="media/x7885.wmf"/><Relationship Id="rId1356" Type="http://schemas.openxmlformats.org/officeDocument/2006/relationships/image" Target="media/x7886.wmf"/><Relationship Id="rId1357" Type="http://schemas.openxmlformats.org/officeDocument/2006/relationships/image" Target="media/x7887.wmf"/><Relationship Id="rId1358" Type="http://schemas.openxmlformats.org/officeDocument/2006/relationships/image" Target="media/x7888.wmf"/><Relationship Id="rId1359" Type="http://schemas.openxmlformats.org/officeDocument/2006/relationships/image" Target="media/x7889.wmf"/><Relationship Id="rId1360" Type="http://schemas.openxmlformats.org/officeDocument/2006/relationships/image" Target="media/x7890.wmf"/><Relationship Id="rId1361" Type="http://schemas.openxmlformats.org/officeDocument/2006/relationships/image" Target="media/x7891.wmf"/><Relationship Id="rId1362" Type="http://schemas.openxmlformats.org/officeDocument/2006/relationships/image" Target="media/x7892.wmf"/><Relationship Id="rId1363" Type="http://schemas.openxmlformats.org/officeDocument/2006/relationships/image" Target="media/x7893.wmf"/><Relationship Id="rId1364" Type="http://schemas.openxmlformats.org/officeDocument/2006/relationships/image" Target="media/x7894.wmf"/><Relationship Id="rId1365" Type="http://schemas.openxmlformats.org/officeDocument/2006/relationships/image" Target="media/x7895.wmf"/><Relationship Id="rId1366" Type="http://schemas.openxmlformats.org/officeDocument/2006/relationships/image" Target="media/x7896.png"/><Relationship Id="rId1367" Type="http://schemas.openxmlformats.org/officeDocument/2006/relationships/image" Target="media/x7897.wmf"/><Relationship Id="rId1368" Type="http://schemas.openxmlformats.org/officeDocument/2006/relationships/image" Target="media/x7898.wmf"/><Relationship Id="rId1369" Type="http://schemas.openxmlformats.org/officeDocument/2006/relationships/image" Target="media/x7899.wmf"/><Relationship Id="rId1370" Type="http://schemas.openxmlformats.org/officeDocument/2006/relationships/image" Target="media/x7900.wmf"/><Relationship Id="rId1371" Type="http://schemas.openxmlformats.org/officeDocument/2006/relationships/image" Target="media/x7901.wmf"/><Relationship Id="rId1372" Type="http://schemas.openxmlformats.org/officeDocument/2006/relationships/image" Target="media/x7902.wmf"/><Relationship Id="rId1373" Type="http://schemas.openxmlformats.org/officeDocument/2006/relationships/image" Target="media/x7903.wmf"/><Relationship Id="rId1374" Type="http://schemas.openxmlformats.org/officeDocument/2006/relationships/image" Target="media/x7904.wmf"/><Relationship Id="rId1375" Type="http://schemas.openxmlformats.org/officeDocument/2006/relationships/image" Target="media/x7905.wmf"/><Relationship Id="rId1376" Type="http://schemas.openxmlformats.org/officeDocument/2006/relationships/image" Target="media/x7906.wmf"/><Relationship Id="rId1377" Type="http://schemas.openxmlformats.org/officeDocument/2006/relationships/image" Target="media/x7907.wmf"/><Relationship Id="rId1378" Type="http://schemas.openxmlformats.org/officeDocument/2006/relationships/image" Target="media/x7908.wmf"/><Relationship Id="rId1379" Type="http://schemas.openxmlformats.org/officeDocument/2006/relationships/image" Target="media/x7909.wmf"/><Relationship Id="rId1380" Type="http://schemas.openxmlformats.org/officeDocument/2006/relationships/image" Target="media/x7910.wmf"/><Relationship Id="rId1381" Type="http://schemas.openxmlformats.org/officeDocument/2006/relationships/image" Target="media/x7911.wmf"/><Relationship Id="rId1382" Type="http://schemas.openxmlformats.org/officeDocument/2006/relationships/image" Target="media/x7912.wmf"/><Relationship Id="rId1383" Type="http://schemas.openxmlformats.org/officeDocument/2006/relationships/image" Target="media/x7913.wmf"/><Relationship Id="rId1384" Type="http://schemas.openxmlformats.org/officeDocument/2006/relationships/image" Target="media/x7914.wmf"/><Relationship Id="rId1385" Type="http://schemas.openxmlformats.org/officeDocument/2006/relationships/image" Target="media/x7915.wmf"/><Relationship Id="rId1386" Type="http://schemas.openxmlformats.org/officeDocument/2006/relationships/image" Target="media/x7916.wmf"/><Relationship Id="rId1387" Type="http://schemas.openxmlformats.org/officeDocument/2006/relationships/image" Target="media/x7917.wmf"/><Relationship Id="rId1388" Type="http://schemas.openxmlformats.org/officeDocument/2006/relationships/image" Target="media/x7918.wmf"/><Relationship Id="rId1389" Type="http://schemas.openxmlformats.org/officeDocument/2006/relationships/image" Target="media/x7919.wmf"/><Relationship Id="rId1390" Type="http://schemas.openxmlformats.org/officeDocument/2006/relationships/image" Target="media/x7920.wmf"/><Relationship Id="rId1391" Type="http://schemas.openxmlformats.org/officeDocument/2006/relationships/image" Target="media/x7921.wmf"/><Relationship Id="rId1392" Type="http://schemas.openxmlformats.org/officeDocument/2006/relationships/image" Target="media/x7922.wmf"/><Relationship Id="rId1393" Type="http://schemas.openxmlformats.org/officeDocument/2006/relationships/image" Target="media/x7923.wmf"/><Relationship Id="rId1394" Type="http://schemas.openxmlformats.org/officeDocument/2006/relationships/image" Target="media/x7924.wmf"/><Relationship Id="rId1395" Type="http://schemas.openxmlformats.org/officeDocument/2006/relationships/image" Target="media/x7925.wmf"/><Relationship Id="rId1396" Type="http://schemas.openxmlformats.org/officeDocument/2006/relationships/image" Target="media/x7926.wmf"/><Relationship Id="rId1397" Type="http://schemas.openxmlformats.org/officeDocument/2006/relationships/image" Target="media/x7927.wmf"/><Relationship Id="rId1398" Type="http://schemas.openxmlformats.org/officeDocument/2006/relationships/image" Target="media/x7928.wmf"/><Relationship Id="rId1399" Type="http://schemas.openxmlformats.org/officeDocument/2006/relationships/image" Target="media/x7929.wmf"/><Relationship Id="rId1400" Type="http://schemas.openxmlformats.org/officeDocument/2006/relationships/image" Target="media/x7930.wmf"/><Relationship Id="rId1401" Type="http://schemas.openxmlformats.org/officeDocument/2006/relationships/image" Target="media/x7931.wmf"/><Relationship Id="rId1402" Type="http://schemas.openxmlformats.org/officeDocument/2006/relationships/image" Target="media/x7932.wmf"/><Relationship Id="rId1403" Type="http://schemas.openxmlformats.org/officeDocument/2006/relationships/image" Target="media/x7933.wmf"/><Relationship Id="rId1404" Type="http://schemas.openxmlformats.org/officeDocument/2006/relationships/image" Target="media/x7934.wmf"/><Relationship Id="rId1405" Type="http://schemas.openxmlformats.org/officeDocument/2006/relationships/image" Target="media/x7935.wmf"/><Relationship Id="rId1406" Type="http://schemas.openxmlformats.org/officeDocument/2006/relationships/image" Target="media/x7936.wmf"/><Relationship Id="rId1407" Type="http://schemas.openxmlformats.org/officeDocument/2006/relationships/image" Target="media/x7937.wmf"/><Relationship Id="rId1408" Type="http://schemas.openxmlformats.org/officeDocument/2006/relationships/image" Target="media/x7938.wmf"/><Relationship Id="rId1409" Type="http://schemas.openxmlformats.org/officeDocument/2006/relationships/image" Target="media/x7939.wmf"/><Relationship Id="rId1410" Type="http://schemas.openxmlformats.org/officeDocument/2006/relationships/image" Target="media/x7940.wmf"/><Relationship Id="rId1411" Type="http://schemas.openxmlformats.org/officeDocument/2006/relationships/image" Target="media/x7941.wmf"/><Relationship Id="rId1412" Type="http://schemas.openxmlformats.org/officeDocument/2006/relationships/image" Target="media/x7942.wmf"/><Relationship Id="rId1413" Type="http://schemas.openxmlformats.org/officeDocument/2006/relationships/image" Target="media/x7943.wmf"/><Relationship Id="rId1414" Type="http://schemas.openxmlformats.org/officeDocument/2006/relationships/image" Target="media/x7944.wmf"/><Relationship Id="rId1415" Type="http://schemas.openxmlformats.org/officeDocument/2006/relationships/image" Target="media/x7945.wmf"/><Relationship Id="rId1416" Type="http://schemas.openxmlformats.org/officeDocument/2006/relationships/image" Target="media/x7946.wmf"/><Relationship Id="rId1417" Type="http://schemas.openxmlformats.org/officeDocument/2006/relationships/image" Target="media/x7947.png"/><Relationship Id="rId1418" Type="http://schemas.openxmlformats.org/officeDocument/2006/relationships/image" Target="media/x7948.png"/><Relationship Id="rId1419" Type="http://schemas.openxmlformats.org/officeDocument/2006/relationships/image" Target="media/x7949.png"/><Relationship Id="rId1420" Type="http://schemas.openxmlformats.org/officeDocument/2006/relationships/image" Target="media/x7950.wmf"/><Relationship Id="rId1421" Type="http://schemas.openxmlformats.org/officeDocument/2006/relationships/image" Target="media/x7951.wmf"/><Relationship Id="rId1422" Type="http://schemas.openxmlformats.org/officeDocument/2006/relationships/image" Target="media/x7952.wmf"/><Relationship Id="rId1423" Type="http://schemas.openxmlformats.org/officeDocument/2006/relationships/image" Target="media/x7953.wmf"/><Relationship Id="rId1424" Type="http://schemas.openxmlformats.org/officeDocument/2006/relationships/image" Target="media/x7954.wmf"/><Relationship Id="rId1425" Type="http://schemas.openxmlformats.org/officeDocument/2006/relationships/image" Target="media/x7955.wmf"/><Relationship Id="rId1426" Type="http://schemas.openxmlformats.org/officeDocument/2006/relationships/image" Target="media/x7956.wmf"/><Relationship Id="rId1427" Type="http://schemas.openxmlformats.org/officeDocument/2006/relationships/image" Target="media/x7957.wmf"/><Relationship Id="rId1428" Type="http://schemas.openxmlformats.org/officeDocument/2006/relationships/image" Target="media/x7958.wmf"/><Relationship Id="rId1429" Type="http://schemas.openxmlformats.org/officeDocument/2006/relationships/image" Target="media/x7959.png"/><Relationship Id="rId1430" Type="http://schemas.openxmlformats.org/officeDocument/2006/relationships/image" Target="media/x7960.wmf"/><Relationship Id="rId1431" Type="http://schemas.openxmlformats.org/officeDocument/2006/relationships/image" Target="media/x7961.wmf"/><Relationship Id="rId1432" Type="http://schemas.openxmlformats.org/officeDocument/2006/relationships/image" Target="media/x7962.wmf"/><Relationship Id="rId1433" Type="http://schemas.openxmlformats.org/officeDocument/2006/relationships/image" Target="media/x7963.wmf"/><Relationship Id="rId1434" Type="http://schemas.openxmlformats.org/officeDocument/2006/relationships/image" Target="media/x7964.wmf"/><Relationship Id="rId1435" Type="http://schemas.openxmlformats.org/officeDocument/2006/relationships/image" Target="media/x7965.png"/><Relationship Id="rId1436" Type="http://schemas.openxmlformats.org/officeDocument/2006/relationships/image" Target="media/x7966.wmf"/><Relationship Id="rId1437" Type="http://schemas.openxmlformats.org/officeDocument/2006/relationships/image" Target="media/x7967.wmf"/><Relationship Id="rId1438" Type="http://schemas.openxmlformats.org/officeDocument/2006/relationships/image" Target="media/x7968.wmf"/><Relationship Id="rId1439" Type="http://schemas.openxmlformats.org/officeDocument/2006/relationships/image" Target="media/x7969.wmf"/><Relationship Id="rId1440" Type="http://schemas.openxmlformats.org/officeDocument/2006/relationships/image" Target="media/x7970.wmf"/><Relationship Id="rId1441" Type="http://schemas.openxmlformats.org/officeDocument/2006/relationships/image" Target="media/x7971.wmf"/><Relationship Id="rId1442" Type="http://schemas.openxmlformats.org/officeDocument/2006/relationships/image" Target="media/x7972.wmf"/><Relationship Id="rId1443" Type="http://schemas.openxmlformats.org/officeDocument/2006/relationships/image" Target="media/x7973.wmf"/><Relationship Id="rId1444" Type="http://schemas.openxmlformats.org/officeDocument/2006/relationships/image" Target="media/x7974.wmf"/><Relationship Id="rId1445" Type="http://schemas.openxmlformats.org/officeDocument/2006/relationships/image" Target="media/x7975.wmf"/><Relationship Id="rId1446" Type="http://schemas.openxmlformats.org/officeDocument/2006/relationships/image" Target="media/x7976.png"/><Relationship Id="rId1447" Type="http://schemas.openxmlformats.org/officeDocument/2006/relationships/image" Target="media/x7977.wmf"/><Relationship Id="rId1448" Type="http://schemas.openxmlformats.org/officeDocument/2006/relationships/image" Target="media/x7978.wmf"/><Relationship Id="rId1449" Type="http://schemas.openxmlformats.org/officeDocument/2006/relationships/image" Target="media/x7979.wmf"/><Relationship Id="rId1450" Type="http://schemas.openxmlformats.org/officeDocument/2006/relationships/image" Target="media/x7980.wmf"/><Relationship Id="rId1451" Type="http://schemas.openxmlformats.org/officeDocument/2006/relationships/image" Target="media/x7981.wmf"/><Relationship Id="rId1452" Type="http://schemas.openxmlformats.org/officeDocument/2006/relationships/image" Target="media/x7982.wmf"/><Relationship Id="rId1453" Type="http://schemas.openxmlformats.org/officeDocument/2006/relationships/image" Target="media/x7983.wmf"/><Relationship Id="rId1454" Type="http://schemas.openxmlformats.org/officeDocument/2006/relationships/image" Target="media/x7984.wmf"/><Relationship Id="rId1455" Type="http://schemas.openxmlformats.org/officeDocument/2006/relationships/image" Target="media/x7985.wmf"/><Relationship Id="rId1456" Type="http://schemas.openxmlformats.org/officeDocument/2006/relationships/image" Target="media/x7986.wmf"/><Relationship Id="rId1457" Type="http://schemas.openxmlformats.org/officeDocument/2006/relationships/image" Target="media/x7987.wmf"/><Relationship Id="rId1458" Type="http://schemas.openxmlformats.org/officeDocument/2006/relationships/image" Target="media/x7988.wmf"/><Relationship Id="rId1459" Type="http://schemas.openxmlformats.org/officeDocument/2006/relationships/image" Target="media/x7989.wmf"/><Relationship Id="rId1460" Type="http://schemas.openxmlformats.org/officeDocument/2006/relationships/image" Target="media/x7990.wmf"/><Relationship Id="rId1461" Type="http://schemas.openxmlformats.org/officeDocument/2006/relationships/image" Target="media/x7991.wmf"/><Relationship Id="rId1462" Type="http://schemas.openxmlformats.org/officeDocument/2006/relationships/image" Target="media/x7992.wmf"/><Relationship Id="rId1463" Type="http://schemas.openxmlformats.org/officeDocument/2006/relationships/image" Target="media/x7993.wmf"/><Relationship Id="rId1464" Type="http://schemas.openxmlformats.org/officeDocument/2006/relationships/image" Target="media/x7994.wmf"/><Relationship Id="rId1465" Type="http://schemas.openxmlformats.org/officeDocument/2006/relationships/image" Target="media/x7995.wmf"/><Relationship Id="rId1466" Type="http://schemas.openxmlformats.org/officeDocument/2006/relationships/image" Target="media/x7996.wmf"/><Relationship Id="rId1467" Type="http://schemas.openxmlformats.org/officeDocument/2006/relationships/image" Target="media/x7997.wmf"/><Relationship Id="rId1468" Type="http://schemas.openxmlformats.org/officeDocument/2006/relationships/image" Target="media/x7998.wmf"/><Relationship Id="rId1469" Type="http://schemas.openxmlformats.org/officeDocument/2006/relationships/image" Target="media/x7999.wmf"/><Relationship Id="rId1470" Type="http://schemas.openxmlformats.org/officeDocument/2006/relationships/image" Target="media/x8000.wmf"/><Relationship Id="rId1471" Type="http://schemas.openxmlformats.org/officeDocument/2006/relationships/image" Target="media/x8001.wmf"/><Relationship Id="rId1472" Type="http://schemas.openxmlformats.org/officeDocument/2006/relationships/image" Target="media/x8002.wmf"/><Relationship Id="rId1473" Type="http://schemas.openxmlformats.org/officeDocument/2006/relationships/image" Target="media/x8003.png"/><Relationship Id="rId1474" Type="http://schemas.openxmlformats.org/officeDocument/2006/relationships/image" Target="media/x8004.wmf"/><Relationship Id="rId1475" Type="http://schemas.openxmlformats.org/officeDocument/2006/relationships/image" Target="media/x8005.wmf"/><Relationship Id="rId1476" Type="http://schemas.openxmlformats.org/officeDocument/2006/relationships/image" Target="media/x8006.wmf"/><Relationship Id="rId1477" Type="http://schemas.openxmlformats.org/officeDocument/2006/relationships/image" Target="media/x8007.wmf"/><Relationship Id="rId1478" Type="http://schemas.openxmlformats.org/officeDocument/2006/relationships/image" Target="media/x8008.wmf"/><Relationship Id="rId1479" Type="http://schemas.openxmlformats.org/officeDocument/2006/relationships/image" Target="media/x8009.png"/><Relationship Id="rId1480" Type="http://schemas.openxmlformats.org/officeDocument/2006/relationships/image" Target="media/x8010.wmf"/><Relationship Id="rId1481" Type="http://schemas.openxmlformats.org/officeDocument/2006/relationships/image" Target="media/x8011.wmf"/><Relationship Id="rId1482" Type="http://schemas.openxmlformats.org/officeDocument/2006/relationships/image" Target="media/x8012.wmf"/><Relationship Id="rId1483" Type="http://schemas.openxmlformats.org/officeDocument/2006/relationships/image" Target="media/x8013.wmf"/><Relationship Id="rId1484" Type="http://schemas.openxmlformats.org/officeDocument/2006/relationships/image" Target="media/x8014.wmf"/><Relationship Id="rId1485" Type="http://schemas.openxmlformats.org/officeDocument/2006/relationships/image" Target="media/x8015.wmf"/><Relationship Id="rId1486" Type="http://schemas.openxmlformats.org/officeDocument/2006/relationships/image" Target="media/x8016.wmf"/><Relationship Id="rId1487" Type="http://schemas.openxmlformats.org/officeDocument/2006/relationships/image" Target="media/x8017.wmf"/><Relationship Id="rId1488" Type="http://schemas.openxmlformats.org/officeDocument/2006/relationships/image" Target="media/x8018.wmf"/><Relationship Id="rId1489" Type="http://schemas.openxmlformats.org/officeDocument/2006/relationships/image" Target="media/x8019.wmf"/><Relationship Id="rId1490" Type="http://schemas.openxmlformats.org/officeDocument/2006/relationships/image" Target="media/x8020.wmf"/><Relationship Id="rId1491" Type="http://schemas.openxmlformats.org/officeDocument/2006/relationships/image" Target="media/x8021.wmf"/><Relationship Id="rId1492" Type="http://schemas.openxmlformats.org/officeDocument/2006/relationships/image" Target="media/x8022.wmf"/><Relationship Id="rId1493" Type="http://schemas.openxmlformats.org/officeDocument/2006/relationships/image" Target="media/x8023.wmf"/><Relationship Id="rId1494" Type="http://schemas.openxmlformats.org/officeDocument/2006/relationships/image" Target="media/x8024.wmf"/><Relationship Id="rId1495" Type="http://schemas.openxmlformats.org/officeDocument/2006/relationships/image" Target="media/x8025.wmf"/><Relationship Id="rId1496" Type="http://schemas.openxmlformats.org/officeDocument/2006/relationships/image" Target="media/x8026.wmf"/><Relationship Id="rId1497" Type="http://schemas.openxmlformats.org/officeDocument/2006/relationships/image" Target="media/x8027.wmf"/><Relationship Id="rId1498" Type="http://schemas.openxmlformats.org/officeDocument/2006/relationships/image" Target="media/x8028.wmf"/><Relationship Id="rId1499" Type="http://schemas.openxmlformats.org/officeDocument/2006/relationships/image" Target="media/x8029.wmf"/><Relationship Id="rId1500" Type="http://schemas.openxmlformats.org/officeDocument/2006/relationships/image" Target="media/x8030.wmf"/><Relationship Id="rId1501" Type="http://schemas.openxmlformats.org/officeDocument/2006/relationships/image" Target="media/x8031.wmf"/><Relationship Id="rId1502" Type="http://schemas.openxmlformats.org/officeDocument/2006/relationships/image" Target="media/x8032.wmf"/><Relationship Id="rId1503" Type="http://schemas.openxmlformats.org/officeDocument/2006/relationships/image" Target="media/x8033.wmf"/><Relationship Id="rId1504" Type="http://schemas.openxmlformats.org/officeDocument/2006/relationships/image" Target="media/x8034.wmf"/><Relationship Id="rId1505" Type="http://schemas.openxmlformats.org/officeDocument/2006/relationships/image" Target="media/x8035.wmf"/><Relationship Id="rId1506" Type="http://schemas.openxmlformats.org/officeDocument/2006/relationships/image" Target="media/x8036.wmf"/><Relationship Id="rId1507" Type="http://schemas.openxmlformats.org/officeDocument/2006/relationships/image" Target="media/x8037.wmf"/><Relationship Id="rId1508" Type="http://schemas.openxmlformats.org/officeDocument/2006/relationships/image" Target="media/x8038.wmf"/><Relationship Id="rId1509" Type="http://schemas.openxmlformats.org/officeDocument/2006/relationships/image" Target="media/x8039.wmf"/><Relationship Id="rId1510" Type="http://schemas.openxmlformats.org/officeDocument/2006/relationships/image" Target="media/x8040.wmf"/><Relationship Id="rId1511" Type="http://schemas.openxmlformats.org/officeDocument/2006/relationships/image" Target="media/x8041.wmf"/><Relationship Id="rId1512" Type="http://schemas.openxmlformats.org/officeDocument/2006/relationships/image" Target="media/x8042.wmf"/><Relationship Id="rId1513" Type="http://schemas.openxmlformats.org/officeDocument/2006/relationships/image" Target="media/x8043.wmf"/><Relationship Id="rId1514" Type="http://schemas.openxmlformats.org/officeDocument/2006/relationships/image" Target="media/x8044.wmf"/><Relationship Id="rId1515" Type="http://schemas.openxmlformats.org/officeDocument/2006/relationships/image" Target="media/x8045.wmf"/><Relationship Id="rId1516" Type="http://schemas.openxmlformats.org/officeDocument/2006/relationships/image" Target="media/x8046.wmf"/><Relationship Id="rId1517" Type="http://schemas.openxmlformats.org/officeDocument/2006/relationships/image" Target="media/x8047.wmf"/><Relationship Id="rId1518" Type="http://schemas.openxmlformats.org/officeDocument/2006/relationships/image" Target="media/x8048.wmf"/><Relationship Id="rId1519" Type="http://schemas.openxmlformats.org/officeDocument/2006/relationships/image" Target="media/x8049.wmf"/><Relationship Id="rId1520" Type="http://schemas.openxmlformats.org/officeDocument/2006/relationships/image" Target="media/x8050.wmf"/><Relationship Id="rId1521" Type="http://schemas.openxmlformats.org/officeDocument/2006/relationships/image" Target="media/x8051.wmf"/><Relationship Id="rId1522" Type="http://schemas.openxmlformats.org/officeDocument/2006/relationships/image" Target="media/x8052.wmf"/><Relationship Id="rId1523" Type="http://schemas.openxmlformats.org/officeDocument/2006/relationships/image" Target="media/x8053.wmf"/><Relationship Id="rId1524" Type="http://schemas.openxmlformats.org/officeDocument/2006/relationships/image" Target="media/x8054.wmf"/><Relationship Id="rId1525" Type="http://schemas.openxmlformats.org/officeDocument/2006/relationships/image" Target="media/x8055.wmf"/><Relationship Id="rId1526" Type="http://schemas.openxmlformats.org/officeDocument/2006/relationships/image" Target="media/x8056.wmf"/><Relationship Id="rId1527" Type="http://schemas.openxmlformats.org/officeDocument/2006/relationships/image" Target="media/x8057.wmf"/><Relationship Id="rId1528" Type="http://schemas.openxmlformats.org/officeDocument/2006/relationships/image" Target="media/x8058.wmf"/><Relationship Id="rId1529" Type="http://schemas.openxmlformats.org/officeDocument/2006/relationships/image" Target="media/x8059.png"/><Relationship Id="rId1530" Type="http://schemas.openxmlformats.org/officeDocument/2006/relationships/image" Target="media/x8060.wmf"/><Relationship Id="rId1531" Type="http://schemas.openxmlformats.org/officeDocument/2006/relationships/image" Target="media/x8061.wmf"/><Relationship Id="rId1532" Type="http://schemas.openxmlformats.org/officeDocument/2006/relationships/image" Target="media/x8062.wmf"/><Relationship Id="rId1533" Type="http://schemas.openxmlformats.org/officeDocument/2006/relationships/image" Target="media/x8063.wmf"/><Relationship Id="rId1534" Type="http://schemas.openxmlformats.org/officeDocument/2006/relationships/image" Target="media/x8064.wmf"/><Relationship Id="rId1535" Type="http://schemas.openxmlformats.org/officeDocument/2006/relationships/image" Target="media/x8065.wmf"/><Relationship Id="rId1536" Type="http://schemas.openxmlformats.org/officeDocument/2006/relationships/image" Target="media/x8066.wmf"/><Relationship Id="rId1537" Type="http://schemas.openxmlformats.org/officeDocument/2006/relationships/image" Target="media/x8067.wmf"/><Relationship Id="rId1538" Type="http://schemas.openxmlformats.org/officeDocument/2006/relationships/image" Target="media/x8068.wmf"/><Relationship Id="rId1539" Type="http://schemas.openxmlformats.org/officeDocument/2006/relationships/image" Target="media/x8069.wmf"/><Relationship Id="rId1540" Type="http://schemas.openxmlformats.org/officeDocument/2006/relationships/image" Target="media/x8070.wmf"/><Relationship Id="rId1541" Type="http://schemas.openxmlformats.org/officeDocument/2006/relationships/image" Target="media/x8071.wmf"/><Relationship Id="rId1542" Type="http://schemas.openxmlformats.org/officeDocument/2006/relationships/image" Target="media/x8072.wmf"/><Relationship Id="rId1543" Type="http://schemas.openxmlformats.org/officeDocument/2006/relationships/image" Target="media/x8073.wmf"/><Relationship Id="rId1544" Type="http://schemas.openxmlformats.org/officeDocument/2006/relationships/image" Target="media/x8074.wmf"/><Relationship Id="rId1545" Type="http://schemas.openxmlformats.org/officeDocument/2006/relationships/image" Target="media/x8075.wmf"/><Relationship Id="rId1546" Type="http://schemas.openxmlformats.org/officeDocument/2006/relationships/image" Target="media/x8076.wmf"/><Relationship Id="rId1547" Type="http://schemas.openxmlformats.org/officeDocument/2006/relationships/image" Target="media/x8077.wmf"/><Relationship Id="rId1548" Type="http://schemas.openxmlformats.org/officeDocument/2006/relationships/image" Target="media/x8078.wmf"/><Relationship Id="rId1549" Type="http://schemas.openxmlformats.org/officeDocument/2006/relationships/image" Target="media/x8079.wmf"/><Relationship Id="rId1550" Type="http://schemas.openxmlformats.org/officeDocument/2006/relationships/image" Target="media/x8080.wmf"/><Relationship Id="rId1551" Type="http://schemas.openxmlformats.org/officeDocument/2006/relationships/image" Target="media/x8081.wmf"/><Relationship Id="rId1552" Type="http://schemas.openxmlformats.org/officeDocument/2006/relationships/image" Target="media/x8082.wmf"/><Relationship Id="rId1553" Type="http://schemas.openxmlformats.org/officeDocument/2006/relationships/image" Target="media/x8083.wmf"/><Relationship Id="rId1554" Type="http://schemas.openxmlformats.org/officeDocument/2006/relationships/image" Target="media/x8084.wmf"/><Relationship Id="rId1555" Type="http://schemas.openxmlformats.org/officeDocument/2006/relationships/image" Target="media/x8085.wmf"/><Relationship Id="rId1556" Type="http://schemas.openxmlformats.org/officeDocument/2006/relationships/image" Target="media/x8086.wmf"/><Relationship Id="rId1557" Type="http://schemas.openxmlformats.org/officeDocument/2006/relationships/image" Target="media/x8087.wmf"/><Relationship Id="rId1558" Type="http://schemas.openxmlformats.org/officeDocument/2006/relationships/image" Target="media/x8088.wmf"/><Relationship Id="rId1559" Type="http://schemas.openxmlformats.org/officeDocument/2006/relationships/image" Target="media/x8089.wmf"/><Relationship Id="rId1560" Type="http://schemas.openxmlformats.org/officeDocument/2006/relationships/image" Target="media/x8090.wmf"/><Relationship Id="rId1561" Type="http://schemas.openxmlformats.org/officeDocument/2006/relationships/image" Target="media/x8091.wmf"/><Relationship Id="rId1562" Type="http://schemas.openxmlformats.org/officeDocument/2006/relationships/image" Target="media/x8092.wmf"/><Relationship Id="rId1563" Type="http://schemas.openxmlformats.org/officeDocument/2006/relationships/image" Target="media/x8093.wmf"/><Relationship Id="rId1564" Type="http://schemas.openxmlformats.org/officeDocument/2006/relationships/image" Target="media/x8094.wmf"/><Relationship Id="rId1565" Type="http://schemas.openxmlformats.org/officeDocument/2006/relationships/image" Target="media/x8095.wmf"/><Relationship Id="rId1566" Type="http://schemas.openxmlformats.org/officeDocument/2006/relationships/image" Target="media/x8096.wmf"/><Relationship Id="rId1567" Type="http://schemas.openxmlformats.org/officeDocument/2006/relationships/image" Target="media/x8097.wmf"/><Relationship Id="rId1568" Type="http://schemas.openxmlformats.org/officeDocument/2006/relationships/image" Target="media/x8098.wmf"/><Relationship Id="rId1569" Type="http://schemas.openxmlformats.org/officeDocument/2006/relationships/image" Target="media/x8099.wmf"/><Relationship Id="rId1570" Type="http://schemas.openxmlformats.org/officeDocument/2006/relationships/image" Target="media/x8100.png"/><Relationship Id="rId1571" Type="http://schemas.openxmlformats.org/officeDocument/2006/relationships/image" Target="media/x8101.wmf"/><Relationship Id="rId1572" Type="http://schemas.openxmlformats.org/officeDocument/2006/relationships/image" Target="media/x8102.wmf"/><Relationship Id="rId1573" Type="http://schemas.openxmlformats.org/officeDocument/2006/relationships/image" Target="media/x8103.wmf"/><Relationship Id="rId1574" Type="http://schemas.openxmlformats.org/officeDocument/2006/relationships/image" Target="media/x8104.wmf"/><Relationship Id="rId1575" Type="http://schemas.openxmlformats.org/officeDocument/2006/relationships/image" Target="media/x8105.wmf"/><Relationship Id="rId1576" Type="http://schemas.openxmlformats.org/officeDocument/2006/relationships/image" Target="media/x8106.wmf"/><Relationship Id="rId1577" Type="http://schemas.openxmlformats.org/officeDocument/2006/relationships/image" Target="media/x8107.wmf"/><Relationship Id="rId1578" Type="http://schemas.openxmlformats.org/officeDocument/2006/relationships/image" Target="media/x8108.wmf"/><Relationship Id="rId1579" Type="http://schemas.openxmlformats.org/officeDocument/2006/relationships/image" Target="media/x8109.wmf"/><Relationship Id="rId1580" Type="http://schemas.openxmlformats.org/officeDocument/2006/relationships/image" Target="media/x8110.wmf"/><Relationship Id="rId1581" Type="http://schemas.openxmlformats.org/officeDocument/2006/relationships/image" Target="media/x8111.wmf"/><Relationship Id="rId1582" Type="http://schemas.openxmlformats.org/officeDocument/2006/relationships/image" Target="media/x8112.wmf"/><Relationship Id="rId1583" Type="http://schemas.openxmlformats.org/officeDocument/2006/relationships/image" Target="media/x8113.wmf"/><Relationship Id="rId1584" Type="http://schemas.openxmlformats.org/officeDocument/2006/relationships/image" Target="media/x8114.wmf"/><Relationship Id="rId1585" Type="http://schemas.openxmlformats.org/officeDocument/2006/relationships/image" Target="media/x8115.wmf"/><Relationship Id="rId1586" Type="http://schemas.openxmlformats.org/officeDocument/2006/relationships/image" Target="media/x8116.wmf"/><Relationship Id="rId1587" Type="http://schemas.openxmlformats.org/officeDocument/2006/relationships/image" Target="media/x8117.wmf"/><Relationship Id="rId1588" Type="http://schemas.openxmlformats.org/officeDocument/2006/relationships/image" Target="media/x8118.wmf"/><Relationship Id="rId1589" Type="http://schemas.openxmlformats.org/officeDocument/2006/relationships/image" Target="media/x8119.wmf"/><Relationship Id="rId1590" Type="http://schemas.openxmlformats.org/officeDocument/2006/relationships/image" Target="media/x8120.wmf"/><Relationship Id="rId1591" Type="http://schemas.openxmlformats.org/officeDocument/2006/relationships/image" Target="media/x8121.wmf"/><Relationship Id="rId1592" Type="http://schemas.openxmlformats.org/officeDocument/2006/relationships/image" Target="media/x8122.wmf"/><Relationship Id="rId1593" Type="http://schemas.openxmlformats.org/officeDocument/2006/relationships/image" Target="media/x8123.wmf"/><Relationship Id="rId1594" Type="http://schemas.openxmlformats.org/officeDocument/2006/relationships/image" Target="media/x8124.wmf"/><Relationship Id="rId1595" Type="http://schemas.openxmlformats.org/officeDocument/2006/relationships/image" Target="media/x8125.wmf"/><Relationship Id="rId1596" Type="http://schemas.openxmlformats.org/officeDocument/2006/relationships/image" Target="media/x8126.wmf"/><Relationship Id="rId1597" Type="http://schemas.openxmlformats.org/officeDocument/2006/relationships/image" Target="media/x8127.wmf"/><Relationship Id="rId1598" Type="http://schemas.openxmlformats.org/officeDocument/2006/relationships/image" Target="media/x8128.wmf"/><Relationship Id="rId1599" Type="http://schemas.openxmlformats.org/officeDocument/2006/relationships/image" Target="media/x8129.wmf"/><Relationship Id="rId1600" Type="http://schemas.openxmlformats.org/officeDocument/2006/relationships/image" Target="media/x8130.wmf"/><Relationship Id="rId1601" Type="http://schemas.openxmlformats.org/officeDocument/2006/relationships/image" Target="media/x8131.wmf"/><Relationship Id="rId1602" Type="http://schemas.openxmlformats.org/officeDocument/2006/relationships/image" Target="media/x8132.wmf"/><Relationship Id="rId1603" Type="http://schemas.openxmlformats.org/officeDocument/2006/relationships/image" Target="media/x8133.png"/><Relationship Id="rId1604" Type="http://schemas.openxmlformats.org/officeDocument/2006/relationships/image" Target="media/x8134.wmf"/><Relationship Id="rId1605" Type="http://schemas.openxmlformats.org/officeDocument/2006/relationships/image" Target="media/x8135.wmf"/><Relationship Id="rId1606" Type="http://schemas.openxmlformats.org/officeDocument/2006/relationships/image" Target="media/x8136.wmf"/><Relationship Id="rId1607" Type="http://schemas.openxmlformats.org/officeDocument/2006/relationships/image" Target="media/x8137.wmf"/><Relationship Id="rId1608" Type="http://schemas.openxmlformats.org/officeDocument/2006/relationships/image" Target="media/x8138.wmf"/><Relationship Id="rId1609" Type="http://schemas.openxmlformats.org/officeDocument/2006/relationships/image" Target="media/x8139.wmf"/><Relationship Id="rId1610" Type="http://schemas.openxmlformats.org/officeDocument/2006/relationships/image" Target="media/x8140.wmf"/><Relationship Id="rId1611" Type="http://schemas.openxmlformats.org/officeDocument/2006/relationships/image" Target="media/x8141.wmf"/><Relationship Id="rId1612" Type="http://schemas.openxmlformats.org/officeDocument/2006/relationships/image" Target="media/x8142.wmf"/><Relationship Id="rId1613" Type="http://schemas.openxmlformats.org/officeDocument/2006/relationships/image" Target="media/x8143.wmf"/><Relationship Id="rId1614" Type="http://schemas.openxmlformats.org/officeDocument/2006/relationships/image" Target="media/x8144.wmf"/><Relationship Id="rId1615" Type="http://schemas.openxmlformats.org/officeDocument/2006/relationships/image" Target="media/x8145.wmf"/><Relationship Id="rId1616" Type="http://schemas.openxmlformats.org/officeDocument/2006/relationships/image" Target="media/x8146.wmf"/><Relationship Id="rId1617" Type="http://schemas.openxmlformats.org/officeDocument/2006/relationships/image" Target="media/x8147.wmf"/><Relationship Id="rId1618" Type="http://schemas.openxmlformats.org/officeDocument/2006/relationships/image" Target="media/x8148.wmf"/><Relationship Id="rId1619" Type="http://schemas.openxmlformats.org/officeDocument/2006/relationships/image" Target="media/x8149.wmf"/><Relationship Id="rId1620" Type="http://schemas.openxmlformats.org/officeDocument/2006/relationships/image" Target="media/x8150.wmf"/><Relationship Id="rId1621" Type="http://schemas.openxmlformats.org/officeDocument/2006/relationships/image" Target="media/x8151.wmf"/><Relationship Id="rId1622" Type="http://schemas.openxmlformats.org/officeDocument/2006/relationships/image" Target="media/x8152.wmf"/><Relationship Id="rId1623" Type="http://schemas.openxmlformats.org/officeDocument/2006/relationships/image" Target="media/x8153.wmf"/><Relationship Id="rId1624" Type="http://schemas.openxmlformats.org/officeDocument/2006/relationships/image" Target="media/x8154.wmf"/><Relationship Id="rId1625" Type="http://schemas.openxmlformats.org/officeDocument/2006/relationships/image" Target="media/x8155.wmf"/><Relationship Id="rId1626" Type="http://schemas.openxmlformats.org/officeDocument/2006/relationships/image" Target="media/x8156.wmf"/><Relationship Id="rId1627" Type="http://schemas.openxmlformats.org/officeDocument/2006/relationships/image" Target="media/x8157.wmf"/><Relationship Id="rId1628" Type="http://schemas.openxmlformats.org/officeDocument/2006/relationships/image" Target="media/x8158.wmf"/><Relationship Id="rId1629" Type="http://schemas.openxmlformats.org/officeDocument/2006/relationships/image" Target="media/x8159.wmf"/><Relationship Id="rId1630" Type="http://schemas.openxmlformats.org/officeDocument/2006/relationships/image" Target="media/x8160.wmf"/><Relationship Id="rId1631" Type="http://schemas.openxmlformats.org/officeDocument/2006/relationships/image" Target="media/x8161.wmf"/><Relationship Id="rId1632" Type="http://schemas.openxmlformats.org/officeDocument/2006/relationships/image" Target="media/x8162.wmf"/><Relationship Id="rId1633" Type="http://schemas.openxmlformats.org/officeDocument/2006/relationships/image" Target="media/x8163.wmf"/><Relationship Id="rId1634" Type="http://schemas.openxmlformats.org/officeDocument/2006/relationships/image" Target="media/x8164.wmf"/><Relationship Id="rId1635" Type="http://schemas.openxmlformats.org/officeDocument/2006/relationships/image" Target="media/x8165.wmf"/><Relationship Id="rId1636" Type="http://schemas.openxmlformats.org/officeDocument/2006/relationships/image" Target="media/x8166.wmf"/><Relationship Id="rId1637" Type="http://schemas.openxmlformats.org/officeDocument/2006/relationships/image" Target="media/x8167.wmf"/><Relationship Id="rId1638" Type="http://schemas.openxmlformats.org/officeDocument/2006/relationships/image" Target="media/x8168.wmf"/><Relationship Id="rId1639" Type="http://schemas.openxmlformats.org/officeDocument/2006/relationships/image" Target="media/x8169.wmf"/><Relationship Id="rId1640" Type="http://schemas.openxmlformats.org/officeDocument/2006/relationships/image" Target="media/x8170.wmf"/><Relationship Id="rId1641" Type="http://schemas.openxmlformats.org/officeDocument/2006/relationships/image" Target="media/x8171.wmf"/><Relationship Id="rId1642" Type="http://schemas.openxmlformats.org/officeDocument/2006/relationships/image" Target="media/x8172.wmf"/><Relationship Id="rId1643" Type="http://schemas.openxmlformats.org/officeDocument/2006/relationships/image" Target="media/x8173.wmf"/><Relationship Id="rId1644" Type="http://schemas.openxmlformats.org/officeDocument/2006/relationships/image" Target="media/x8174.wmf"/><Relationship Id="rId1645" Type="http://schemas.openxmlformats.org/officeDocument/2006/relationships/image" Target="media/x8175.wmf"/><Relationship Id="rId1646" Type="http://schemas.openxmlformats.org/officeDocument/2006/relationships/image" Target="media/x8176.wmf"/><Relationship Id="rId1647" Type="http://schemas.openxmlformats.org/officeDocument/2006/relationships/image" Target="media/x8177.wmf"/><Relationship Id="rId1648" Type="http://schemas.openxmlformats.org/officeDocument/2006/relationships/image" Target="media/x8178.wmf"/><Relationship Id="rId1649" Type="http://schemas.openxmlformats.org/officeDocument/2006/relationships/image" Target="media/x8179.wmf"/><Relationship Id="rId1650" Type="http://schemas.openxmlformats.org/officeDocument/2006/relationships/image" Target="media/x8180.wmf"/><Relationship Id="rId1651" Type="http://schemas.openxmlformats.org/officeDocument/2006/relationships/image" Target="media/x8181.wmf"/><Relationship Id="rId1652" Type="http://schemas.openxmlformats.org/officeDocument/2006/relationships/image" Target="media/x8182.wmf"/><Relationship Id="rId1653" Type="http://schemas.openxmlformats.org/officeDocument/2006/relationships/image" Target="media/x8183.wmf"/><Relationship Id="rId1654" Type="http://schemas.openxmlformats.org/officeDocument/2006/relationships/image" Target="media/x8184.wmf"/><Relationship Id="rId1655" Type="http://schemas.openxmlformats.org/officeDocument/2006/relationships/image" Target="media/x8185.wmf"/><Relationship Id="rId1656" Type="http://schemas.openxmlformats.org/officeDocument/2006/relationships/image" Target="media/x8186.wmf"/><Relationship Id="rId1657" Type="http://schemas.openxmlformats.org/officeDocument/2006/relationships/image" Target="media/x8187.wmf"/><Relationship Id="rId1658" Type="http://schemas.openxmlformats.org/officeDocument/2006/relationships/image" Target="media/x8188.wmf"/><Relationship Id="rId1659" Type="http://schemas.openxmlformats.org/officeDocument/2006/relationships/image" Target="media/x8189.wmf"/><Relationship Id="rId1660" Type="http://schemas.openxmlformats.org/officeDocument/2006/relationships/image" Target="media/x8190.wmf"/><Relationship Id="rId1661" Type="http://schemas.openxmlformats.org/officeDocument/2006/relationships/image" Target="media/x8191.wmf"/><Relationship Id="rId1662" Type="http://schemas.openxmlformats.org/officeDocument/2006/relationships/image" Target="media/x8192.wmf"/><Relationship Id="rId1663" Type="http://schemas.openxmlformats.org/officeDocument/2006/relationships/image" Target="media/x8193.wmf"/><Relationship Id="rId1664" Type="http://schemas.openxmlformats.org/officeDocument/2006/relationships/image" Target="media/x8194.wmf"/><Relationship Id="rId1665" Type="http://schemas.openxmlformats.org/officeDocument/2006/relationships/image" Target="media/x8195.wmf"/><Relationship Id="rId1666" Type="http://schemas.openxmlformats.org/officeDocument/2006/relationships/image" Target="media/x8196.wmf"/><Relationship Id="rId1667" Type="http://schemas.openxmlformats.org/officeDocument/2006/relationships/image" Target="media/x8197.wmf"/><Relationship Id="rId1668" Type="http://schemas.openxmlformats.org/officeDocument/2006/relationships/image" Target="media/x8198.wmf"/><Relationship Id="rId1669" Type="http://schemas.openxmlformats.org/officeDocument/2006/relationships/image" Target="media/x8199.wmf"/><Relationship Id="rId1670" Type="http://schemas.openxmlformats.org/officeDocument/2006/relationships/image" Target="media/x8200.wmf"/><Relationship Id="rId1671" Type="http://schemas.openxmlformats.org/officeDocument/2006/relationships/image" Target="media/x8201.wmf"/><Relationship Id="rId1672" Type="http://schemas.openxmlformats.org/officeDocument/2006/relationships/image" Target="media/x8202.wmf"/><Relationship Id="rId1673" Type="http://schemas.openxmlformats.org/officeDocument/2006/relationships/image" Target="media/x8203.wmf"/><Relationship Id="rId1674" Type="http://schemas.openxmlformats.org/officeDocument/2006/relationships/image" Target="media/x8204.wmf"/><Relationship Id="rId1675" Type="http://schemas.openxmlformats.org/officeDocument/2006/relationships/image" Target="media/x8205.wmf"/><Relationship Id="rId1676" Type="http://schemas.openxmlformats.org/officeDocument/2006/relationships/image" Target="media/x8206.wmf"/><Relationship Id="rId1677" Type="http://schemas.openxmlformats.org/officeDocument/2006/relationships/image" Target="media/x8207.wmf"/><Relationship Id="rId1678" Type="http://schemas.openxmlformats.org/officeDocument/2006/relationships/image" Target="media/x8208.wmf"/><Relationship Id="rId1679" Type="http://schemas.openxmlformats.org/officeDocument/2006/relationships/image" Target="media/x8209.wmf"/><Relationship Id="rId1680" Type="http://schemas.openxmlformats.org/officeDocument/2006/relationships/image" Target="media/x8210.wmf"/><Relationship Id="rId1681" Type="http://schemas.openxmlformats.org/officeDocument/2006/relationships/image" Target="media/x8211.wmf"/><Relationship Id="rId1682" Type="http://schemas.openxmlformats.org/officeDocument/2006/relationships/image" Target="media/x8212.wmf"/><Relationship Id="rId1683" Type="http://schemas.openxmlformats.org/officeDocument/2006/relationships/image" Target="media/x8213.wmf"/><Relationship Id="rId1684" Type="http://schemas.openxmlformats.org/officeDocument/2006/relationships/image" Target="media/x8214.wmf"/><Relationship Id="rId1685" Type="http://schemas.openxmlformats.org/officeDocument/2006/relationships/image" Target="media/x8215.wmf"/><Relationship Id="rId1686" Type="http://schemas.openxmlformats.org/officeDocument/2006/relationships/image" Target="media/x8216.wmf"/><Relationship Id="rId1687" Type="http://schemas.openxmlformats.org/officeDocument/2006/relationships/image" Target="media/x8217.wmf"/><Relationship Id="rId1688" Type="http://schemas.openxmlformats.org/officeDocument/2006/relationships/image" Target="media/x8218.png"/><Relationship Id="rId1689" Type="http://schemas.openxmlformats.org/officeDocument/2006/relationships/image" Target="media/x8219.wmf"/><Relationship Id="rId1690" Type="http://schemas.openxmlformats.org/officeDocument/2006/relationships/image" Target="media/x8220.wmf"/><Relationship Id="rId1691" Type="http://schemas.openxmlformats.org/officeDocument/2006/relationships/image" Target="media/x8221.wmf"/><Relationship Id="rId1692" Type="http://schemas.openxmlformats.org/officeDocument/2006/relationships/image" Target="media/x8222.wmf"/><Relationship Id="rId1693" Type="http://schemas.openxmlformats.org/officeDocument/2006/relationships/image" Target="media/x8223.wmf"/><Relationship Id="rId1694" Type="http://schemas.openxmlformats.org/officeDocument/2006/relationships/image" Target="media/x8224.wmf"/><Relationship Id="rId1695" Type="http://schemas.openxmlformats.org/officeDocument/2006/relationships/image" Target="media/x8225.wmf"/><Relationship Id="rId1696" Type="http://schemas.openxmlformats.org/officeDocument/2006/relationships/image" Target="media/x8226.wmf"/><Relationship Id="rId1697" Type="http://schemas.openxmlformats.org/officeDocument/2006/relationships/image" Target="media/x8227.wmf"/><Relationship Id="rId1698" Type="http://schemas.openxmlformats.org/officeDocument/2006/relationships/image" Target="media/x8228.wmf"/><Relationship Id="rId1699" Type="http://schemas.openxmlformats.org/officeDocument/2006/relationships/image" Target="media/x8229.wmf"/><Relationship Id="rId1700" Type="http://schemas.openxmlformats.org/officeDocument/2006/relationships/image" Target="media/x8230.wmf"/><Relationship Id="rId1701" Type="http://schemas.openxmlformats.org/officeDocument/2006/relationships/image" Target="media/x8231.wmf"/><Relationship Id="rId1702" Type="http://schemas.openxmlformats.org/officeDocument/2006/relationships/image" Target="media/x8232.wmf"/><Relationship Id="rId1703" Type="http://schemas.openxmlformats.org/officeDocument/2006/relationships/image" Target="media/x8233.wmf"/><Relationship Id="rId1704" Type="http://schemas.openxmlformats.org/officeDocument/2006/relationships/image" Target="media/x8234.wmf"/><Relationship Id="rId1705" Type="http://schemas.openxmlformats.org/officeDocument/2006/relationships/image" Target="media/x8235.wmf"/><Relationship Id="rId1706" Type="http://schemas.openxmlformats.org/officeDocument/2006/relationships/image" Target="media/x8236.wmf"/><Relationship Id="rId1707" Type="http://schemas.openxmlformats.org/officeDocument/2006/relationships/image" Target="media/x8237.wmf"/><Relationship Id="rId1708" Type="http://schemas.openxmlformats.org/officeDocument/2006/relationships/image" Target="media/x8238.wmf"/><Relationship Id="rId1709" Type="http://schemas.openxmlformats.org/officeDocument/2006/relationships/image" Target="media/x8239.wmf"/><Relationship Id="rId1710" Type="http://schemas.openxmlformats.org/officeDocument/2006/relationships/image" Target="media/x8240.wmf"/><Relationship Id="rId1711" Type="http://schemas.openxmlformats.org/officeDocument/2006/relationships/image" Target="media/x8241.wmf"/><Relationship Id="rId1712" Type="http://schemas.openxmlformats.org/officeDocument/2006/relationships/image" Target="media/x8242.wmf"/><Relationship Id="rId1713" Type="http://schemas.openxmlformats.org/officeDocument/2006/relationships/image" Target="media/x8243.wmf"/><Relationship Id="rId1714" Type="http://schemas.openxmlformats.org/officeDocument/2006/relationships/image" Target="media/x8244.wmf"/><Relationship Id="rId1715" Type="http://schemas.openxmlformats.org/officeDocument/2006/relationships/image" Target="media/x8245.wmf"/><Relationship Id="rId1716" Type="http://schemas.openxmlformats.org/officeDocument/2006/relationships/image" Target="media/x8246.wmf"/><Relationship Id="rId1717" Type="http://schemas.openxmlformats.org/officeDocument/2006/relationships/image" Target="media/x8247.wmf"/><Relationship Id="rId1718" Type="http://schemas.openxmlformats.org/officeDocument/2006/relationships/image" Target="media/x8248.wmf"/><Relationship Id="rId1719" Type="http://schemas.openxmlformats.org/officeDocument/2006/relationships/image" Target="media/x8249.wmf"/><Relationship Id="rId1720" Type="http://schemas.openxmlformats.org/officeDocument/2006/relationships/image" Target="media/x8250.wmf"/><Relationship Id="rId1721" Type="http://schemas.openxmlformats.org/officeDocument/2006/relationships/image" Target="media/x8251.wmf"/><Relationship Id="rId1722" Type="http://schemas.openxmlformats.org/officeDocument/2006/relationships/image" Target="media/x8252.wmf"/><Relationship Id="rId1723" Type="http://schemas.openxmlformats.org/officeDocument/2006/relationships/image" Target="media/x8253.wmf"/><Relationship Id="rId1724" Type="http://schemas.openxmlformats.org/officeDocument/2006/relationships/image" Target="media/x8254.wmf"/><Relationship Id="rId1725" Type="http://schemas.openxmlformats.org/officeDocument/2006/relationships/image" Target="media/x8255.wmf"/><Relationship Id="rId1726" Type="http://schemas.openxmlformats.org/officeDocument/2006/relationships/image" Target="media/x8256.wmf"/><Relationship Id="rId1727" Type="http://schemas.openxmlformats.org/officeDocument/2006/relationships/image" Target="media/x8257.wmf"/><Relationship Id="rId1728" Type="http://schemas.openxmlformats.org/officeDocument/2006/relationships/image" Target="media/x8258.wmf"/><Relationship Id="rId1729" Type="http://schemas.openxmlformats.org/officeDocument/2006/relationships/image" Target="media/x8259.wmf"/><Relationship Id="rId1730" Type="http://schemas.openxmlformats.org/officeDocument/2006/relationships/image" Target="media/x8260.wmf"/><Relationship Id="rId1731" Type="http://schemas.openxmlformats.org/officeDocument/2006/relationships/image" Target="media/x8261.wmf"/><Relationship Id="rId1732" Type="http://schemas.openxmlformats.org/officeDocument/2006/relationships/image" Target="media/x8262.wmf"/><Relationship Id="rId1733" Type="http://schemas.openxmlformats.org/officeDocument/2006/relationships/image" Target="media/x8263.wmf"/><Relationship Id="rId1734" Type="http://schemas.openxmlformats.org/officeDocument/2006/relationships/image" Target="media/x8264.wmf"/><Relationship Id="rId1735" Type="http://schemas.openxmlformats.org/officeDocument/2006/relationships/image" Target="media/x8265.wmf"/><Relationship Id="rId1736" Type="http://schemas.openxmlformats.org/officeDocument/2006/relationships/image" Target="media/x8266.wmf"/><Relationship Id="rId1737" Type="http://schemas.openxmlformats.org/officeDocument/2006/relationships/image" Target="media/x8267.wmf"/><Relationship Id="rId1738" Type="http://schemas.openxmlformats.org/officeDocument/2006/relationships/image" Target="media/x8268.wmf"/><Relationship Id="rId1739" Type="http://schemas.openxmlformats.org/officeDocument/2006/relationships/image" Target="media/x8269.wmf"/><Relationship Id="rId1740" Type="http://schemas.openxmlformats.org/officeDocument/2006/relationships/image" Target="media/x8270.wmf"/><Relationship Id="rId1741" Type="http://schemas.openxmlformats.org/officeDocument/2006/relationships/image" Target="media/x8271.wmf"/><Relationship Id="rId1742" Type="http://schemas.openxmlformats.org/officeDocument/2006/relationships/image" Target="media/x8272.wmf"/><Relationship Id="rId1743" Type="http://schemas.openxmlformats.org/officeDocument/2006/relationships/image" Target="media/x8273.wmf"/><Relationship Id="rId1744" Type="http://schemas.openxmlformats.org/officeDocument/2006/relationships/image" Target="media/x8274.wmf"/><Relationship Id="rId1745" Type="http://schemas.openxmlformats.org/officeDocument/2006/relationships/image" Target="media/x8275.wmf"/><Relationship Id="rId1746" Type="http://schemas.openxmlformats.org/officeDocument/2006/relationships/image" Target="media/x8276.wmf"/><Relationship Id="rId1747" Type="http://schemas.openxmlformats.org/officeDocument/2006/relationships/image" Target="media/x8277.wmf"/><Relationship Id="rId1748" Type="http://schemas.openxmlformats.org/officeDocument/2006/relationships/image" Target="media/x8278.wmf"/><Relationship Id="rId1749" Type="http://schemas.openxmlformats.org/officeDocument/2006/relationships/image" Target="media/x8279.wmf"/><Relationship Id="rId1750" Type="http://schemas.openxmlformats.org/officeDocument/2006/relationships/image" Target="media/x8280.wmf"/><Relationship Id="rId1751" Type="http://schemas.openxmlformats.org/officeDocument/2006/relationships/image" Target="media/x8281.wmf"/><Relationship Id="rId1752" Type="http://schemas.openxmlformats.org/officeDocument/2006/relationships/image" Target="media/x8282.wmf"/><Relationship Id="rId1753" Type="http://schemas.openxmlformats.org/officeDocument/2006/relationships/image" Target="media/x8283.wmf"/><Relationship Id="rId1754" Type="http://schemas.openxmlformats.org/officeDocument/2006/relationships/image" Target="media/x8284.wmf"/><Relationship Id="rId1755" Type="http://schemas.openxmlformats.org/officeDocument/2006/relationships/image" Target="media/x8285.wmf"/><Relationship Id="rId1756" Type="http://schemas.openxmlformats.org/officeDocument/2006/relationships/image" Target="media/x8286.wmf"/><Relationship Id="rId1757" Type="http://schemas.openxmlformats.org/officeDocument/2006/relationships/image" Target="media/x8287.wmf"/><Relationship Id="rId1758" Type="http://schemas.openxmlformats.org/officeDocument/2006/relationships/image" Target="media/x8288.wmf"/><Relationship Id="rId1759" Type="http://schemas.openxmlformats.org/officeDocument/2006/relationships/image" Target="media/x8289.wmf"/><Relationship Id="rId1760" Type="http://schemas.openxmlformats.org/officeDocument/2006/relationships/image" Target="media/x8290.wmf"/><Relationship Id="rId1761" Type="http://schemas.openxmlformats.org/officeDocument/2006/relationships/image" Target="media/x8291.wmf"/><Relationship Id="rId1762" Type="http://schemas.openxmlformats.org/officeDocument/2006/relationships/image" Target="media/x8292.wmf"/><Relationship Id="rId1763" Type="http://schemas.openxmlformats.org/officeDocument/2006/relationships/image" Target="media/x8293.wmf"/><Relationship Id="rId1764" Type="http://schemas.openxmlformats.org/officeDocument/2006/relationships/image" Target="media/x8294.wmf"/><Relationship Id="rId1765" Type="http://schemas.openxmlformats.org/officeDocument/2006/relationships/image" Target="media/x8295.wmf"/><Relationship Id="rId1766" Type="http://schemas.openxmlformats.org/officeDocument/2006/relationships/image" Target="media/x8296.wmf"/><Relationship Id="rId1767" Type="http://schemas.openxmlformats.org/officeDocument/2006/relationships/image" Target="media/x8297.wmf"/><Relationship Id="rId1768" Type="http://schemas.openxmlformats.org/officeDocument/2006/relationships/image" Target="media/x8298.wmf"/><Relationship Id="rId1769" Type="http://schemas.openxmlformats.org/officeDocument/2006/relationships/image" Target="media/x8299.wmf"/><Relationship Id="rId1770" Type="http://schemas.openxmlformats.org/officeDocument/2006/relationships/image" Target="media/x8300.wmf"/><Relationship Id="rId1771" Type="http://schemas.openxmlformats.org/officeDocument/2006/relationships/image" Target="media/x8301.wmf"/><Relationship Id="rId1772" Type="http://schemas.openxmlformats.org/officeDocument/2006/relationships/image" Target="media/x8302.wmf"/><Relationship Id="rId1773" Type="http://schemas.openxmlformats.org/officeDocument/2006/relationships/image" Target="media/x8303.wmf"/><Relationship Id="rId1774" Type="http://schemas.openxmlformats.org/officeDocument/2006/relationships/image" Target="media/x8304.wmf"/><Relationship Id="rId1775" Type="http://schemas.openxmlformats.org/officeDocument/2006/relationships/image" Target="media/x8305.wmf"/><Relationship Id="rId1776" Type="http://schemas.openxmlformats.org/officeDocument/2006/relationships/image" Target="media/x8306.wmf"/><Relationship Id="rId1777" Type="http://schemas.openxmlformats.org/officeDocument/2006/relationships/image" Target="media/x8307.wmf"/><Relationship Id="rId1778" Type="http://schemas.openxmlformats.org/officeDocument/2006/relationships/image" Target="media/x8308.wmf"/><Relationship Id="rId1779" Type="http://schemas.openxmlformats.org/officeDocument/2006/relationships/image" Target="media/x8309.wmf"/><Relationship Id="rId1780" Type="http://schemas.openxmlformats.org/officeDocument/2006/relationships/image" Target="media/x8310.wmf"/><Relationship Id="rId1781" Type="http://schemas.openxmlformats.org/officeDocument/2006/relationships/image" Target="media/x8311.wmf"/><Relationship Id="rId1782" Type="http://schemas.openxmlformats.org/officeDocument/2006/relationships/image" Target="media/x8312.wmf"/><Relationship Id="rId1783" Type="http://schemas.openxmlformats.org/officeDocument/2006/relationships/image" Target="media/x8313.wmf"/><Relationship Id="rId1784" Type="http://schemas.openxmlformats.org/officeDocument/2006/relationships/image" Target="media/x8314.wmf"/><Relationship Id="rId1785" Type="http://schemas.openxmlformats.org/officeDocument/2006/relationships/image" Target="media/x8315.wmf"/><Relationship Id="rId1786" Type="http://schemas.openxmlformats.org/officeDocument/2006/relationships/image" Target="media/x8316.wmf"/><Relationship Id="rId1787" Type="http://schemas.openxmlformats.org/officeDocument/2006/relationships/image" Target="media/x8317.wmf"/><Relationship Id="rId1788" Type="http://schemas.openxmlformats.org/officeDocument/2006/relationships/image" Target="media/x8318.wmf"/><Relationship Id="rId1789" Type="http://schemas.openxmlformats.org/officeDocument/2006/relationships/image" Target="media/x8319.wmf"/><Relationship Id="rId1790" Type="http://schemas.openxmlformats.org/officeDocument/2006/relationships/image" Target="media/x8320.wmf"/><Relationship Id="rId1791" Type="http://schemas.openxmlformats.org/officeDocument/2006/relationships/image" Target="media/x8321.wmf"/><Relationship Id="rId1792" Type="http://schemas.openxmlformats.org/officeDocument/2006/relationships/image" Target="media/x8322.wmf"/><Relationship Id="rId1793" Type="http://schemas.openxmlformats.org/officeDocument/2006/relationships/image" Target="media/x8323.wmf"/><Relationship Id="rId1794" Type="http://schemas.openxmlformats.org/officeDocument/2006/relationships/image" Target="media/x8324.wmf"/><Relationship Id="rId1795" Type="http://schemas.openxmlformats.org/officeDocument/2006/relationships/image" Target="media/x8325.wmf"/><Relationship Id="rId1796" Type="http://schemas.openxmlformats.org/officeDocument/2006/relationships/image" Target="media/x8326.wmf"/><Relationship Id="rId1797" Type="http://schemas.openxmlformats.org/officeDocument/2006/relationships/image" Target="media/x8327.wmf"/><Relationship Id="rId1798" Type="http://schemas.openxmlformats.org/officeDocument/2006/relationships/image" Target="media/x8328.wmf"/><Relationship Id="rId1799" Type="http://schemas.openxmlformats.org/officeDocument/2006/relationships/image" Target="media/x8329.wmf"/><Relationship Id="rId1800" Type="http://schemas.openxmlformats.org/officeDocument/2006/relationships/image" Target="media/x8330.wmf"/><Relationship Id="rId1801" Type="http://schemas.openxmlformats.org/officeDocument/2006/relationships/image" Target="media/x8331.wmf"/><Relationship Id="rId1802" Type="http://schemas.openxmlformats.org/officeDocument/2006/relationships/image" Target="media/x8332.wmf"/><Relationship Id="rId1803" Type="http://schemas.openxmlformats.org/officeDocument/2006/relationships/image" Target="media/x8333.wmf"/><Relationship Id="rId1804" Type="http://schemas.openxmlformats.org/officeDocument/2006/relationships/image" Target="media/x8334.wmf"/><Relationship Id="rId1805" Type="http://schemas.openxmlformats.org/officeDocument/2006/relationships/image" Target="media/x8335.wmf"/><Relationship Id="rId1806" Type="http://schemas.openxmlformats.org/officeDocument/2006/relationships/image" Target="media/x8336.wmf"/><Relationship Id="rId1807" Type="http://schemas.openxmlformats.org/officeDocument/2006/relationships/image" Target="media/x8337.wmf"/><Relationship Id="rId1808" Type="http://schemas.openxmlformats.org/officeDocument/2006/relationships/image" Target="media/x8338.wmf"/><Relationship Id="rId1809" Type="http://schemas.openxmlformats.org/officeDocument/2006/relationships/image" Target="media/x8339.wmf"/><Relationship Id="rId1810" Type="http://schemas.openxmlformats.org/officeDocument/2006/relationships/image" Target="media/x8340.wmf"/><Relationship Id="rId1811" Type="http://schemas.openxmlformats.org/officeDocument/2006/relationships/image" Target="media/x8341.wmf"/><Relationship Id="rId1812" Type="http://schemas.openxmlformats.org/officeDocument/2006/relationships/image" Target="media/x8342.wmf"/><Relationship Id="rId1813" Type="http://schemas.openxmlformats.org/officeDocument/2006/relationships/image" Target="media/x8343.wmf"/><Relationship Id="rId1814" Type="http://schemas.openxmlformats.org/officeDocument/2006/relationships/image" Target="media/x8344.wmf"/><Relationship Id="rId1815" Type="http://schemas.openxmlformats.org/officeDocument/2006/relationships/image" Target="media/x8345.wmf"/><Relationship Id="rId1816" Type="http://schemas.openxmlformats.org/officeDocument/2006/relationships/image" Target="media/x8346.wmf"/><Relationship Id="rId1817" Type="http://schemas.openxmlformats.org/officeDocument/2006/relationships/image" Target="media/x8347.wmf"/><Relationship Id="rId1818" Type="http://schemas.openxmlformats.org/officeDocument/2006/relationships/image" Target="media/x8348.wmf"/><Relationship Id="rId1819" Type="http://schemas.openxmlformats.org/officeDocument/2006/relationships/image" Target="media/x8349.wmf"/><Relationship Id="rId1820" Type="http://schemas.openxmlformats.org/officeDocument/2006/relationships/image" Target="media/x8350.wmf"/><Relationship Id="rId1821" Type="http://schemas.openxmlformats.org/officeDocument/2006/relationships/image" Target="media/x8351.wmf"/><Relationship Id="rId1822" Type="http://schemas.openxmlformats.org/officeDocument/2006/relationships/image" Target="media/x8352.wmf"/><Relationship Id="rId1823" Type="http://schemas.openxmlformats.org/officeDocument/2006/relationships/image" Target="media/x8353.wmf"/><Relationship Id="rId1824" Type="http://schemas.openxmlformats.org/officeDocument/2006/relationships/image" Target="media/x8354.wmf"/><Relationship Id="rId1825" Type="http://schemas.openxmlformats.org/officeDocument/2006/relationships/image" Target="media/x8355.wmf"/><Relationship Id="rId1826" Type="http://schemas.openxmlformats.org/officeDocument/2006/relationships/image" Target="media/x8356.wmf"/><Relationship Id="rId1827" Type="http://schemas.openxmlformats.org/officeDocument/2006/relationships/image" Target="media/x8357.wmf"/><Relationship Id="rId1828" Type="http://schemas.openxmlformats.org/officeDocument/2006/relationships/image" Target="media/x8358.wmf"/><Relationship Id="rId1829" Type="http://schemas.openxmlformats.org/officeDocument/2006/relationships/image" Target="media/x8359.wmf"/><Relationship Id="rId1830" Type="http://schemas.openxmlformats.org/officeDocument/2006/relationships/image" Target="media/x8360.wmf"/><Relationship Id="rId1831" Type="http://schemas.openxmlformats.org/officeDocument/2006/relationships/image" Target="media/x8361.wmf"/><Relationship Id="rId1832" Type="http://schemas.openxmlformats.org/officeDocument/2006/relationships/image" Target="media/x8362.wmf"/><Relationship Id="rId1833" Type="http://schemas.openxmlformats.org/officeDocument/2006/relationships/image" Target="media/x8363.wmf"/><Relationship Id="rId1834" Type="http://schemas.openxmlformats.org/officeDocument/2006/relationships/image" Target="media/x8364.wmf"/><Relationship Id="rId1835" Type="http://schemas.openxmlformats.org/officeDocument/2006/relationships/image" Target="media/x8365.wmf"/><Relationship Id="rId1836" Type="http://schemas.openxmlformats.org/officeDocument/2006/relationships/image" Target="media/x8366.wmf"/><Relationship Id="rId1837" Type="http://schemas.openxmlformats.org/officeDocument/2006/relationships/image" Target="media/x8367.wmf"/><Relationship Id="rId1838" Type="http://schemas.openxmlformats.org/officeDocument/2006/relationships/image" Target="media/x8368.wmf"/><Relationship Id="rId1839" Type="http://schemas.openxmlformats.org/officeDocument/2006/relationships/image" Target="media/x8369.wmf"/><Relationship Id="rId1840" Type="http://schemas.openxmlformats.org/officeDocument/2006/relationships/image" Target="media/x8370.wmf"/><Relationship Id="rId1841" Type="http://schemas.openxmlformats.org/officeDocument/2006/relationships/image" Target="media/x8371.wmf"/><Relationship Id="rId1842" Type="http://schemas.openxmlformats.org/officeDocument/2006/relationships/image" Target="media/x8372.wmf"/><Relationship Id="rId1843" Type="http://schemas.openxmlformats.org/officeDocument/2006/relationships/image" Target="media/x8373.wmf"/><Relationship Id="rId1844" Type="http://schemas.openxmlformats.org/officeDocument/2006/relationships/image" Target="media/x8374.wmf"/><Relationship Id="rId1845" Type="http://schemas.openxmlformats.org/officeDocument/2006/relationships/image" Target="media/x8375.wmf"/><Relationship Id="rId1846" Type="http://schemas.openxmlformats.org/officeDocument/2006/relationships/image" Target="media/x8376.wmf"/><Relationship Id="rId1847" Type="http://schemas.openxmlformats.org/officeDocument/2006/relationships/image" Target="media/x8377.wmf"/><Relationship Id="rId1848" Type="http://schemas.openxmlformats.org/officeDocument/2006/relationships/image" Target="media/x8378.wmf"/><Relationship Id="rId1849" Type="http://schemas.openxmlformats.org/officeDocument/2006/relationships/image" Target="media/x8379.wmf"/><Relationship Id="rId1850" Type="http://schemas.openxmlformats.org/officeDocument/2006/relationships/image" Target="media/x8380.wmf"/><Relationship Id="rId1851" Type="http://schemas.openxmlformats.org/officeDocument/2006/relationships/image" Target="media/x8381.wmf"/><Relationship Id="rId1852" Type="http://schemas.openxmlformats.org/officeDocument/2006/relationships/image" Target="media/x8382.wmf"/><Relationship Id="rId1853" Type="http://schemas.openxmlformats.org/officeDocument/2006/relationships/image" Target="media/x8383.wmf"/><Relationship Id="rId1854" Type="http://schemas.openxmlformats.org/officeDocument/2006/relationships/image" Target="media/x8384.wmf"/><Relationship Id="rId1855" Type="http://schemas.openxmlformats.org/officeDocument/2006/relationships/image" Target="media/x8385.wmf"/><Relationship Id="rId1856" Type="http://schemas.openxmlformats.org/officeDocument/2006/relationships/image" Target="media/x8386.wmf"/><Relationship Id="rId1857" Type="http://schemas.openxmlformats.org/officeDocument/2006/relationships/image" Target="media/x8387.wmf"/><Relationship Id="rId1858" Type="http://schemas.openxmlformats.org/officeDocument/2006/relationships/image" Target="media/x8388.wmf"/><Relationship Id="rId1859" Type="http://schemas.openxmlformats.org/officeDocument/2006/relationships/image" Target="media/x8389.wmf"/><Relationship Id="rId1860" Type="http://schemas.openxmlformats.org/officeDocument/2006/relationships/image" Target="media/x8390.wmf"/><Relationship Id="rId1861" Type="http://schemas.openxmlformats.org/officeDocument/2006/relationships/image" Target="media/x8391.wmf"/><Relationship Id="rId1862" Type="http://schemas.openxmlformats.org/officeDocument/2006/relationships/image" Target="media/x8392.wmf"/><Relationship Id="rId1863" Type="http://schemas.openxmlformats.org/officeDocument/2006/relationships/image" Target="media/x8393.wmf"/><Relationship Id="rId1864" Type="http://schemas.openxmlformats.org/officeDocument/2006/relationships/image" Target="media/x8394.png"/><Relationship Id="rId1865" Type="http://schemas.openxmlformats.org/officeDocument/2006/relationships/image" Target="media/x8395.wmf"/><Relationship Id="rId1866" Type="http://schemas.openxmlformats.org/officeDocument/2006/relationships/image" Target="media/x8396.wmf"/><Relationship Id="rId1867" Type="http://schemas.openxmlformats.org/officeDocument/2006/relationships/image" Target="media/x8397.wmf"/><Relationship Id="rId1868" Type="http://schemas.openxmlformats.org/officeDocument/2006/relationships/image" Target="media/x8398.wmf"/><Relationship Id="rId1869" Type="http://schemas.openxmlformats.org/officeDocument/2006/relationships/image" Target="media/x8399.wmf"/><Relationship Id="rId1870" Type="http://schemas.openxmlformats.org/officeDocument/2006/relationships/image" Target="media/x8400.wmf"/><Relationship Id="rId1871" Type="http://schemas.openxmlformats.org/officeDocument/2006/relationships/image" Target="media/x8401.wmf"/><Relationship Id="rId1872" Type="http://schemas.openxmlformats.org/officeDocument/2006/relationships/image" Target="media/x8402.wmf"/><Relationship Id="rId1873" Type="http://schemas.openxmlformats.org/officeDocument/2006/relationships/image" Target="media/x8403.wmf"/><Relationship Id="rId1874" Type="http://schemas.openxmlformats.org/officeDocument/2006/relationships/image" Target="media/x8404.wmf"/><Relationship Id="rId1875" Type="http://schemas.openxmlformats.org/officeDocument/2006/relationships/image" Target="media/x8405.wmf"/><Relationship Id="rId1876" Type="http://schemas.openxmlformats.org/officeDocument/2006/relationships/image" Target="media/x8406.wmf"/><Relationship Id="rId1877" Type="http://schemas.openxmlformats.org/officeDocument/2006/relationships/image" Target="media/x8407.wmf"/><Relationship Id="rId1878" Type="http://schemas.openxmlformats.org/officeDocument/2006/relationships/image" Target="media/x8408.wmf"/><Relationship Id="rId1879" Type="http://schemas.openxmlformats.org/officeDocument/2006/relationships/image" Target="media/x8409.wmf"/><Relationship Id="rId1880" Type="http://schemas.openxmlformats.org/officeDocument/2006/relationships/image" Target="media/x8410.wmf"/><Relationship Id="rId1881" Type="http://schemas.openxmlformats.org/officeDocument/2006/relationships/image" Target="media/x8411.wmf"/><Relationship Id="rId1882" Type="http://schemas.openxmlformats.org/officeDocument/2006/relationships/image" Target="media/x8412.wmf"/><Relationship Id="rId1883" Type="http://schemas.openxmlformats.org/officeDocument/2006/relationships/image" Target="media/x8413.wmf"/><Relationship Id="rId1884" Type="http://schemas.openxmlformats.org/officeDocument/2006/relationships/image" Target="media/x8414.wmf"/><Relationship Id="rId1885" Type="http://schemas.openxmlformats.org/officeDocument/2006/relationships/image" Target="media/x8415.wmf"/><Relationship Id="rId1886" Type="http://schemas.openxmlformats.org/officeDocument/2006/relationships/image" Target="media/x8416.wmf"/><Relationship Id="rId1887" Type="http://schemas.openxmlformats.org/officeDocument/2006/relationships/image" Target="media/x8417.wmf"/><Relationship Id="rId1888" Type="http://schemas.openxmlformats.org/officeDocument/2006/relationships/image" Target="media/x8418.wmf"/><Relationship Id="rId1889" Type="http://schemas.openxmlformats.org/officeDocument/2006/relationships/image" Target="media/x8419.wmf"/><Relationship Id="rId1890" Type="http://schemas.openxmlformats.org/officeDocument/2006/relationships/image" Target="media/x8420.wmf"/><Relationship Id="rId1891" Type="http://schemas.openxmlformats.org/officeDocument/2006/relationships/image" Target="media/x8421.wmf"/><Relationship Id="rId1892" Type="http://schemas.openxmlformats.org/officeDocument/2006/relationships/image" Target="media/x8422.wmf"/><Relationship Id="rId1893" Type="http://schemas.openxmlformats.org/officeDocument/2006/relationships/image" Target="media/x8423.wmf"/><Relationship Id="rId1894" Type="http://schemas.openxmlformats.org/officeDocument/2006/relationships/image" Target="media/x8424.wmf"/><Relationship Id="rId1895" Type="http://schemas.openxmlformats.org/officeDocument/2006/relationships/image" Target="media/x8425.wmf"/><Relationship Id="rId1896" Type="http://schemas.openxmlformats.org/officeDocument/2006/relationships/image" Target="media/x8426.wmf"/><Relationship Id="rId1897" Type="http://schemas.openxmlformats.org/officeDocument/2006/relationships/image" Target="media/x8427.wmf"/><Relationship Id="rId1898" Type="http://schemas.openxmlformats.org/officeDocument/2006/relationships/image" Target="media/x8428.wmf"/><Relationship Id="rId1899" Type="http://schemas.openxmlformats.org/officeDocument/2006/relationships/image" Target="media/x8429.wmf"/><Relationship Id="rId1900" Type="http://schemas.openxmlformats.org/officeDocument/2006/relationships/image" Target="media/x8430.wmf"/><Relationship Id="rId1901" Type="http://schemas.openxmlformats.org/officeDocument/2006/relationships/image" Target="media/x8431.wmf"/><Relationship Id="rId1902" Type="http://schemas.openxmlformats.org/officeDocument/2006/relationships/image" Target="media/x8432.wmf"/><Relationship Id="rId1903" Type="http://schemas.openxmlformats.org/officeDocument/2006/relationships/image" Target="media/x8433.wmf"/><Relationship Id="rId1904" Type="http://schemas.openxmlformats.org/officeDocument/2006/relationships/image" Target="media/x8434.wmf"/><Relationship Id="rId1905" Type="http://schemas.openxmlformats.org/officeDocument/2006/relationships/image" Target="media/x8435.wmf"/><Relationship Id="rId1906" Type="http://schemas.openxmlformats.org/officeDocument/2006/relationships/image" Target="media/x8436.wmf"/><Relationship Id="rId1907" Type="http://schemas.openxmlformats.org/officeDocument/2006/relationships/image" Target="media/x8437.wmf"/><Relationship Id="rId1908" Type="http://schemas.openxmlformats.org/officeDocument/2006/relationships/image" Target="media/x8438.wmf"/><Relationship Id="rId1909" Type="http://schemas.openxmlformats.org/officeDocument/2006/relationships/image" Target="media/x8439.wmf"/><Relationship Id="rId1910" Type="http://schemas.openxmlformats.org/officeDocument/2006/relationships/image" Target="media/x8440.wmf"/><Relationship Id="rId1911" Type="http://schemas.openxmlformats.org/officeDocument/2006/relationships/image" Target="media/x8441.wmf"/><Relationship Id="rId1912" Type="http://schemas.openxmlformats.org/officeDocument/2006/relationships/image" Target="media/x8442.wmf"/><Relationship Id="rId1913" Type="http://schemas.openxmlformats.org/officeDocument/2006/relationships/image" Target="media/x8443.wmf"/><Relationship Id="rId1914" Type="http://schemas.openxmlformats.org/officeDocument/2006/relationships/image" Target="media/x8444.wmf"/><Relationship Id="rId1915" Type="http://schemas.openxmlformats.org/officeDocument/2006/relationships/image" Target="media/x8445.wmf"/><Relationship Id="rId1916" Type="http://schemas.openxmlformats.org/officeDocument/2006/relationships/image" Target="media/x8446.wmf"/><Relationship Id="rId1917" Type="http://schemas.openxmlformats.org/officeDocument/2006/relationships/image" Target="media/x8447.wmf"/><Relationship Id="rId1918" Type="http://schemas.openxmlformats.org/officeDocument/2006/relationships/image" Target="media/x8448.wmf"/><Relationship Id="rId1919" Type="http://schemas.openxmlformats.org/officeDocument/2006/relationships/image" Target="media/x8449.wmf"/><Relationship Id="rId1920" Type="http://schemas.openxmlformats.org/officeDocument/2006/relationships/image" Target="media/x8450.wmf"/><Relationship Id="rId1921" Type="http://schemas.openxmlformats.org/officeDocument/2006/relationships/image" Target="media/x8451.wmf"/><Relationship Id="rId1922" Type="http://schemas.openxmlformats.org/officeDocument/2006/relationships/image" Target="media/x8452.wmf"/><Relationship Id="rId1923" Type="http://schemas.openxmlformats.org/officeDocument/2006/relationships/image" Target="media/x8453.wmf"/><Relationship Id="rId1924" Type="http://schemas.openxmlformats.org/officeDocument/2006/relationships/image" Target="media/x8454.wmf"/><Relationship Id="rId1925" Type="http://schemas.openxmlformats.org/officeDocument/2006/relationships/image" Target="media/x8455.wmf"/><Relationship Id="rId1926" Type="http://schemas.openxmlformats.org/officeDocument/2006/relationships/image" Target="media/x8456.wmf"/><Relationship Id="rId1927" Type="http://schemas.openxmlformats.org/officeDocument/2006/relationships/image" Target="media/x8457.wmf"/><Relationship Id="rId1928" Type="http://schemas.openxmlformats.org/officeDocument/2006/relationships/image" Target="media/x8458.wmf"/><Relationship Id="rId1929" Type="http://schemas.openxmlformats.org/officeDocument/2006/relationships/image" Target="media/x8459.wmf"/><Relationship Id="rId1930" Type="http://schemas.openxmlformats.org/officeDocument/2006/relationships/image" Target="media/x8460.wmf"/><Relationship Id="rId1931" Type="http://schemas.openxmlformats.org/officeDocument/2006/relationships/image" Target="media/x8461.wmf"/><Relationship Id="rId1932" Type="http://schemas.openxmlformats.org/officeDocument/2006/relationships/image" Target="media/x8462.wmf"/><Relationship Id="rId1933" Type="http://schemas.openxmlformats.org/officeDocument/2006/relationships/image" Target="media/x8463.wmf"/><Relationship Id="rId1934" Type="http://schemas.openxmlformats.org/officeDocument/2006/relationships/image" Target="media/x8464.png"/><Relationship Id="rId1935" Type="http://schemas.openxmlformats.org/officeDocument/2006/relationships/image" Target="media/x8465.wmf"/><Relationship Id="rId1936" Type="http://schemas.openxmlformats.org/officeDocument/2006/relationships/image" Target="media/x8466.wmf"/><Relationship Id="rId1937" Type="http://schemas.openxmlformats.org/officeDocument/2006/relationships/image" Target="media/x8467.wmf"/><Relationship Id="rId1938" Type="http://schemas.openxmlformats.org/officeDocument/2006/relationships/image" Target="media/x8468.wmf"/><Relationship Id="rId1939" Type="http://schemas.openxmlformats.org/officeDocument/2006/relationships/image" Target="media/x8469.wmf"/><Relationship Id="rId1940" Type="http://schemas.openxmlformats.org/officeDocument/2006/relationships/image" Target="media/x8470.wmf"/><Relationship Id="rId1941" Type="http://schemas.openxmlformats.org/officeDocument/2006/relationships/image" Target="media/x8471.wmf"/><Relationship Id="rId1942" Type="http://schemas.openxmlformats.org/officeDocument/2006/relationships/image" Target="media/x8472.wmf"/><Relationship Id="rId1943" Type="http://schemas.openxmlformats.org/officeDocument/2006/relationships/image" Target="media/x8473.wmf"/><Relationship Id="rId1944" Type="http://schemas.openxmlformats.org/officeDocument/2006/relationships/image" Target="media/x8474.wmf"/><Relationship Id="rId1945" Type="http://schemas.openxmlformats.org/officeDocument/2006/relationships/image" Target="media/x8475.wmf"/><Relationship Id="rId1946" Type="http://schemas.openxmlformats.org/officeDocument/2006/relationships/image" Target="media/x8476.wmf"/><Relationship Id="rId1947" Type="http://schemas.openxmlformats.org/officeDocument/2006/relationships/image" Target="media/x8477.wmf"/><Relationship Id="rId1948" Type="http://schemas.openxmlformats.org/officeDocument/2006/relationships/image" Target="media/x8478.wmf"/><Relationship Id="rId1949" Type="http://schemas.openxmlformats.org/officeDocument/2006/relationships/image" Target="media/x8479.wmf"/><Relationship Id="rId1950" Type="http://schemas.openxmlformats.org/officeDocument/2006/relationships/image" Target="media/x8480.wmf"/><Relationship Id="rId1951" Type="http://schemas.openxmlformats.org/officeDocument/2006/relationships/image" Target="media/x8481.png"/><Relationship Id="rId1952" Type="http://schemas.openxmlformats.org/officeDocument/2006/relationships/image" Target="media/x8482.png"/><Relationship Id="rId1953" Type="http://schemas.openxmlformats.org/officeDocument/2006/relationships/image" Target="media/x8483.wmf"/><Relationship Id="rId1954" Type="http://schemas.openxmlformats.org/officeDocument/2006/relationships/image" Target="media/x8484.wmf"/><Relationship Id="rId1955" Type="http://schemas.openxmlformats.org/officeDocument/2006/relationships/image" Target="media/x8485.wmf"/><Relationship Id="rId1956" Type="http://schemas.openxmlformats.org/officeDocument/2006/relationships/image" Target="media/x8486.wmf"/><Relationship Id="rId1957" Type="http://schemas.openxmlformats.org/officeDocument/2006/relationships/image" Target="media/x8487.wmf"/><Relationship Id="rId1958" Type="http://schemas.openxmlformats.org/officeDocument/2006/relationships/image" Target="media/x8488.wmf"/><Relationship Id="rId1959" Type="http://schemas.openxmlformats.org/officeDocument/2006/relationships/image" Target="media/x8489.wmf"/><Relationship Id="rId1960" Type="http://schemas.openxmlformats.org/officeDocument/2006/relationships/image" Target="media/x8490.wmf"/><Relationship Id="rId1961" Type="http://schemas.openxmlformats.org/officeDocument/2006/relationships/image" Target="media/x8491.png"/><Relationship Id="rId1962" Type="http://schemas.openxmlformats.org/officeDocument/2006/relationships/image" Target="media/x8492.png"/><Relationship Id="rId1963" Type="http://schemas.openxmlformats.org/officeDocument/2006/relationships/image" Target="media/x8493.wmf"/><Relationship Id="rId1964" Type="http://schemas.openxmlformats.org/officeDocument/2006/relationships/image" Target="media/x8494.wmf"/><Relationship Id="rId1965" Type="http://schemas.openxmlformats.org/officeDocument/2006/relationships/image" Target="media/x8495.wmf"/><Relationship Id="rId1966" Type="http://schemas.openxmlformats.org/officeDocument/2006/relationships/image" Target="media/x8496.wmf"/><Relationship Id="rId1967" Type="http://schemas.openxmlformats.org/officeDocument/2006/relationships/image" Target="media/x8497.wmf"/><Relationship Id="rId1968" Type="http://schemas.openxmlformats.org/officeDocument/2006/relationships/image" Target="media/x8498.wmf"/><Relationship Id="rId1969" Type="http://schemas.openxmlformats.org/officeDocument/2006/relationships/image" Target="media/x8499.wmf"/><Relationship Id="rId1970" Type="http://schemas.openxmlformats.org/officeDocument/2006/relationships/image" Target="media/x8500.wmf"/><Relationship Id="rId1971" Type="http://schemas.openxmlformats.org/officeDocument/2006/relationships/image" Target="media/x8501.png"/><Relationship Id="rId1972" Type="http://schemas.openxmlformats.org/officeDocument/2006/relationships/image" Target="media/x8502.wmf"/><Relationship Id="rId1973" Type="http://schemas.openxmlformats.org/officeDocument/2006/relationships/image" Target="media/x8503.wmf"/><Relationship Id="rId1974" Type="http://schemas.openxmlformats.org/officeDocument/2006/relationships/image" Target="media/x8504.wmf"/><Relationship Id="rId1975" Type="http://schemas.openxmlformats.org/officeDocument/2006/relationships/image" Target="media/x8505.wmf"/><Relationship Id="rId1976" Type="http://schemas.openxmlformats.org/officeDocument/2006/relationships/image" Target="media/x8506.wmf"/><Relationship Id="rId1977" Type="http://schemas.openxmlformats.org/officeDocument/2006/relationships/image" Target="media/x8507.wmf"/><Relationship Id="rId1978" Type="http://schemas.openxmlformats.org/officeDocument/2006/relationships/image" Target="media/x8508.png"/><Relationship Id="rId1979" Type="http://schemas.openxmlformats.org/officeDocument/2006/relationships/image" Target="media/x8509.png"/><Relationship Id="rId1980" Type="http://schemas.openxmlformats.org/officeDocument/2006/relationships/image" Target="media/x8510.wmf"/><Relationship Id="rId1981" Type="http://schemas.openxmlformats.org/officeDocument/2006/relationships/image" Target="media/x8511.wmf"/><Relationship Id="rId1982" Type="http://schemas.openxmlformats.org/officeDocument/2006/relationships/image" Target="media/x8512.wmf"/><Relationship Id="rId1983" Type="http://schemas.openxmlformats.org/officeDocument/2006/relationships/image" Target="media/x8513.wmf"/><Relationship Id="rId1984" Type="http://schemas.openxmlformats.org/officeDocument/2006/relationships/image" Target="media/x8514.wmf"/><Relationship Id="rId1985" Type="http://schemas.openxmlformats.org/officeDocument/2006/relationships/image" Target="media/x8515.wmf"/><Relationship Id="rId1986" Type="http://schemas.openxmlformats.org/officeDocument/2006/relationships/image" Target="media/x8516.wmf"/><Relationship Id="rId1987" Type="http://schemas.openxmlformats.org/officeDocument/2006/relationships/image" Target="media/x8517.wmf"/><Relationship Id="rId1988" Type="http://schemas.openxmlformats.org/officeDocument/2006/relationships/image" Target="media/x8518.png"/><Relationship Id="rId1989" Type="http://schemas.openxmlformats.org/officeDocument/2006/relationships/image" Target="media/x8519.wmf"/><Relationship Id="rId1990" Type="http://schemas.openxmlformats.org/officeDocument/2006/relationships/image" Target="media/x8520.png"/><Relationship Id="rId1991" Type="http://schemas.openxmlformats.org/officeDocument/2006/relationships/image" Target="media/x8521.wmf"/><Relationship Id="rId1992" Type="http://schemas.openxmlformats.org/officeDocument/2006/relationships/image" Target="media/x8522.wmf"/><Relationship Id="rId1993" Type="http://schemas.openxmlformats.org/officeDocument/2006/relationships/image" Target="media/x8523.wmf"/><Relationship Id="rId1994" Type="http://schemas.openxmlformats.org/officeDocument/2006/relationships/image" Target="media/x8524.wmf"/><Relationship Id="rId1995" Type="http://schemas.openxmlformats.org/officeDocument/2006/relationships/image" Target="media/x8525.wmf"/><Relationship Id="rId1996" Type="http://schemas.openxmlformats.org/officeDocument/2006/relationships/image" Target="media/x8526.wmf"/><Relationship Id="rId1997" Type="http://schemas.openxmlformats.org/officeDocument/2006/relationships/image" Target="media/x8527.wmf"/><Relationship Id="rId1998" Type="http://schemas.openxmlformats.org/officeDocument/2006/relationships/image" Target="media/x8528.wmf"/><Relationship Id="rId1999" Type="http://schemas.openxmlformats.org/officeDocument/2006/relationships/image" Target="media/x8529.wmf"/><Relationship Id="rId2000" Type="http://schemas.openxmlformats.org/officeDocument/2006/relationships/image" Target="media/x8530.wmf"/><Relationship Id="rId2001" Type="http://schemas.openxmlformats.org/officeDocument/2006/relationships/image" Target="media/x8531.wmf"/><Relationship Id="rId2002" Type="http://schemas.openxmlformats.org/officeDocument/2006/relationships/image" Target="media/x8532.wmf"/><Relationship Id="rId2003" Type="http://schemas.openxmlformats.org/officeDocument/2006/relationships/image" Target="media/x8533.wmf"/><Relationship Id="rId2004" Type="http://schemas.openxmlformats.org/officeDocument/2006/relationships/image" Target="media/x8534.wmf"/><Relationship Id="rId2005" Type="http://schemas.openxmlformats.org/officeDocument/2006/relationships/image" Target="media/x8535.wmf"/><Relationship Id="rId2006" Type="http://schemas.openxmlformats.org/officeDocument/2006/relationships/image" Target="media/x8536.wmf"/><Relationship Id="rId2007" Type="http://schemas.openxmlformats.org/officeDocument/2006/relationships/image" Target="media/x8537.wmf"/><Relationship Id="rId2008" Type="http://schemas.openxmlformats.org/officeDocument/2006/relationships/image" Target="media/x8538.wmf"/><Relationship Id="rId2009" Type="http://schemas.openxmlformats.org/officeDocument/2006/relationships/image" Target="media/x8539.wmf"/><Relationship Id="rId2010" Type="http://schemas.openxmlformats.org/officeDocument/2006/relationships/image" Target="media/x8540.wmf"/><Relationship Id="rId2011" Type="http://schemas.openxmlformats.org/officeDocument/2006/relationships/image" Target="media/x8541.wmf"/><Relationship Id="rId2012" Type="http://schemas.openxmlformats.org/officeDocument/2006/relationships/image" Target="media/x8542.wmf"/><Relationship Id="rId2013" Type="http://schemas.openxmlformats.org/officeDocument/2006/relationships/image" Target="media/x8543.wmf"/><Relationship Id="rId2014" Type="http://schemas.openxmlformats.org/officeDocument/2006/relationships/image" Target="media/x8544.wmf"/><Relationship Id="rId2015" Type="http://schemas.openxmlformats.org/officeDocument/2006/relationships/image" Target="media/x8545.wmf"/><Relationship Id="rId2016" Type="http://schemas.openxmlformats.org/officeDocument/2006/relationships/image" Target="media/x8546.wmf"/><Relationship Id="rId2017" Type="http://schemas.openxmlformats.org/officeDocument/2006/relationships/image" Target="media/x8547.wmf"/><Relationship Id="rId2018" Type="http://schemas.openxmlformats.org/officeDocument/2006/relationships/image" Target="media/x8548.wmf"/><Relationship Id="rId2019" Type="http://schemas.openxmlformats.org/officeDocument/2006/relationships/image" Target="media/x8549.wmf"/><Relationship Id="rId2020" Type="http://schemas.openxmlformats.org/officeDocument/2006/relationships/image" Target="media/x8550.wmf"/><Relationship Id="rId2021" Type="http://schemas.openxmlformats.org/officeDocument/2006/relationships/image" Target="media/x8551.png"/><Relationship Id="rId2022" Type="http://schemas.openxmlformats.org/officeDocument/2006/relationships/image" Target="media/x8552.wmf"/><Relationship Id="rId2023" Type="http://schemas.openxmlformats.org/officeDocument/2006/relationships/image" Target="media/x8553.wmf"/><Relationship Id="rId2024" Type="http://schemas.openxmlformats.org/officeDocument/2006/relationships/image" Target="media/x8554.wmf"/><Relationship Id="rId2025" Type="http://schemas.openxmlformats.org/officeDocument/2006/relationships/image" Target="media/x8555.wmf"/><Relationship Id="rId2026" Type="http://schemas.openxmlformats.org/officeDocument/2006/relationships/image" Target="media/x8556.wmf"/><Relationship Id="rId2027" Type="http://schemas.openxmlformats.org/officeDocument/2006/relationships/image" Target="media/x8557.wmf"/><Relationship Id="rId2028" Type="http://schemas.openxmlformats.org/officeDocument/2006/relationships/image" Target="media/x8558.wmf"/><Relationship Id="rId2029" Type="http://schemas.openxmlformats.org/officeDocument/2006/relationships/image" Target="media/x8559.wmf"/><Relationship Id="rId2030" Type="http://schemas.openxmlformats.org/officeDocument/2006/relationships/image" Target="media/x8560.wmf"/><Relationship Id="rId2031" Type="http://schemas.openxmlformats.org/officeDocument/2006/relationships/image" Target="media/x8561.png"/><Relationship Id="rId2032" Type="http://schemas.openxmlformats.org/officeDocument/2006/relationships/image" Target="media/x8562.wmf"/><Relationship Id="rId2033" Type="http://schemas.openxmlformats.org/officeDocument/2006/relationships/image" Target="media/x8563.wmf"/><Relationship Id="rId2034" Type="http://schemas.openxmlformats.org/officeDocument/2006/relationships/image" Target="media/x8564.wmf"/><Relationship Id="rId2035" Type="http://schemas.openxmlformats.org/officeDocument/2006/relationships/image" Target="media/x8565.wmf"/><Relationship Id="rId2036" Type="http://schemas.openxmlformats.org/officeDocument/2006/relationships/image" Target="media/x8566.wmf"/><Relationship Id="rId2037" Type="http://schemas.openxmlformats.org/officeDocument/2006/relationships/image" Target="media/x8567.wmf"/><Relationship Id="rId2038" Type="http://schemas.openxmlformats.org/officeDocument/2006/relationships/image" Target="media/x8568.png"/><Relationship Id="rId2039" Type="http://schemas.openxmlformats.org/officeDocument/2006/relationships/image" Target="media/x8569.wmf"/><Relationship Id="rId2040" Type="http://schemas.openxmlformats.org/officeDocument/2006/relationships/image" Target="media/x8570.wmf"/><Relationship Id="rId2041" Type="http://schemas.openxmlformats.org/officeDocument/2006/relationships/image" Target="media/x8571.wmf"/><Relationship Id="rId2042" Type="http://schemas.openxmlformats.org/officeDocument/2006/relationships/image" Target="media/x8572.wmf"/><Relationship Id="rId2043" Type="http://schemas.openxmlformats.org/officeDocument/2006/relationships/image" Target="media/x8573.wmf"/><Relationship Id="rId2044" Type="http://schemas.openxmlformats.org/officeDocument/2006/relationships/image" Target="media/x8574.wmf"/><Relationship Id="rId2045" Type="http://schemas.openxmlformats.org/officeDocument/2006/relationships/image" Target="media/x8575.wmf"/><Relationship Id="rId2046" Type="http://schemas.openxmlformats.org/officeDocument/2006/relationships/image" Target="media/x8576.wmf"/><Relationship Id="rId2047" Type="http://schemas.openxmlformats.org/officeDocument/2006/relationships/image" Target="media/x8577.png"/><Relationship Id="rId2048" Type="http://schemas.openxmlformats.org/officeDocument/2006/relationships/image" Target="media/x8578.wmf"/><Relationship Id="rId2049" Type="http://schemas.openxmlformats.org/officeDocument/2006/relationships/image" Target="media/x8579.wmf"/><Relationship Id="rId2050" Type="http://schemas.openxmlformats.org/officeDocument/2006/relationships/image" Target="media/x8580.wmf"/><Relationship Id="rId2051" Type="http://schemas.openxmlformats.org/officeDocument/2006/relationships/image" Target="media/x8581.wmf"/><Relationship Id="rId2052" Type="http://schemas.openxmlformats.org/officeDocument/2006/relationships/image" Target="media/x8582.wmf"/><Relationship Id="rId2053" Type="http://schemas.openxmlformats.org/officeDocument/2006/relationships/image" Target="media/x8583.wmf"/><Relationship Id="rId2054" Type="http://schemas.openxmlformats.org/officeDocument/2006/relationships/image" Target="media/x8584.png"/><Relationship Id="rId2055" Type="http://schemas.openxmlformats.org/officeDocument/2006/relationships/image" Target="media/x8585.wmf"/><Relationship Id="rId2056" Type="http://schemas.openxmlformats.org/officeDocument/2006/relationships/image" Target="media/x8586.wmf"/><Relationship Id="rId2057" Type="http://schemas.openxmlformats.org/officeDocument/2006/relationships/image" Target="media/x8587.wmf"/><Relationship Id="rId2058" Type="http://schemas.openxmlformats.org/officeDocument/2006/relationships/image" Target="media/x8588.wmf"/><Relationship Id="rId2059" Type="http://schemas.openxmlformats.org/officeDocument/2006/relationships/image" Target="media/x8589.wmf"/><Relationship Id="rId2060" Type="http://schemas.openxmlformats.org/officeDocument/2006/relationships/image" Target="media/x8590.wmf"/><Relationship Id="rId2061" Type="http://schemas.openxmlformats.org/officeDocument/2006/relationships/image" Target="media/x8591.wmf"/><Relationship Id="rId2062" Type="http://schemas.openxmlformats.org/officeDocument/2006/relationships/image" Target="media/x8592.wmf"/><Relationship Id="rId2063" Type="http://schemas.openxmlformats.org/officeDocument/2006/relationships/image" Target="media/x8593.wmf"/><Relationship Id="rId2064" Type="http://schemas.openxmlformats.org/officeDocument/2006/relationships/image" Target="media/x8594.wmf"/><Relationship Id="rId2065" Type="http://schemas.openxmlformats.org/officeDocument/2006/relationships/image" Target="media/x8595.png"/><Relationship Id="rId2066" Type="http://schemas.openxmlformats.org/officeDocument/2006/relationships/image" Target="media/x8596.wmf"/><Relationship Id="rId2067" Type="http://schemas.openxmlformats.org/officeDocument/2006/relationships/image" Target="media/x8597.wmf"/><Relationship Id="rId2068" Type="http://schemas.openxmlformats.org/officeDocument/2006/relationships/image" Target="media/x8598.wmf"/><Relationship Id="rId2069" Type="http://schemas.openxmlformats.org/officeDocument/2006/relationships/image" Target="media/x8599.wmf"/><Relationship Id="rId2070" Type="http://schemas.openxmlformats.org/officeDocument/2006/relationships/image" Target="media/x8600.wmf"/><Relationship Id="rId2071" Type="http://schemas.openxmlformats.org/officeDocument/2006/relationships/image" Target="media/x8601.wmf"/><Relationship Id="rId2072" Type="http://schemas.openxmlformats.org/officeDocument/2006/relationships/image" Target="media/x8602.wmf"/><Relationship Id="rId2073" Type="http://schemas.openxmlformats.org/officeDocument/2006/relationships/image" Target="media/x8603.wmf"/><Relationship Id="rId2074" Type="http://schemas.openxmlformats.org/officeDocument/2006/relationships/image" Target="media/x8604.wmf"/><Relationship Id="rId2075" Type="http://schemas.openxmlformats.org/officeDocument/2006/relationships/image" Target="media/x8605.wmf"/><Relationship Id="rId2076" Type="http://schemas.openxmlformats.org/officeDocument/2006/relationships/image" Target="media/x8606.wmf"/><Relationship Id="rId2077" Type="http://schemas.openxmlformats.org/officeDocument/2006/relationships/image" Target="media/x8607.wmf"/><Relationship Id="rId2078" Type="http://schemas.openxmlformats.org/officeDocument/2006/relationships/image" Target="media/x8608.wmf"/><Relationship Id="rId2079" Type="http://schemas.openxmlformats.org/officeDocument/2006/relationships/image" Target="media/x8609.wmf"/><Relationship Id="rId2080" Type="http://schemas.openxmlformats.org/officeDocument/2006/relationships/image" Target="media/x8610.wmf"/><Relationship Id="rId2081" Type="http://schemas.openxmlformats.org/officeDocument/2006/relationships/image" Target="media/x8611.wmf"/><Relationship Id="rId2082" Type="http://schemas.openxmlformats.org/officeDocument/2006/relationships/image" Target="media/x8612.wmf"/><Relationship Id="rId2083" Type="http://schemas.openxmlformats.org/officeDocument/2006/relationships/image" Target="media/x8613.wmf"/><Relationship Id="rId2084" Type="http://schemas.openxmlformats.org/officeDocument/2006/relationships/image" Target="media/x8614.wmf"/><Relationship Id="rId2085" Type="http://schemas.openxmlformats.org/officeDocument/2006/relationships/image" Target="media/x8615.wmf"/><Relationship Id="rId2086" Type="http://schemas.openxmlformats.org/officeDocument/2006/relationships/image" Target="media/x8616.wmf"/><Relationship Id="rId2087" Type="http://schemas.openxmlformats.org/officeDocument/2006/relationships/image" Target="media/x8617.wmf"/><Relationship Id="rId2088" Type="http://schemas.openxmlformats.org/officeDocument/2006/relationships/image" Target="media/x8618.wmf"/><Relationship Id="rId2089" Type="http://schemas.openxmlformats.org/officeDocument/2006/relationships/image" Target="media/x8619.wmf"/><Relationship Id="rId2090" Type="http://schemas.openxmlformats.org/officeDocument/2006/relationships/image" Target="media/x8620.wmf"/><Relationship Id="rId2091" Type="http://schemas.openxmlformats.org/officeDocument/2006/relationships/image" Target="media/x8621.wmf"/><Relationship Id="rId2092" Type="http://schemas.openxmlformats.org/officeDocument/2006/relationships/image" Target="media/x8622.wmf"/><Relationship Id="rId2093" Type="http://schemas.openxmlformats.org/officeDocument/2006/relationships/image" Target="media/x8623.wmf"/><Relationship Id="rId2094" Type="http://schemas.openxmlformats.org/officeDocument/2006/relationships/image" Target="media/x8624.wmf"/><Relationship Id="rId2095" Type="http://schemas.openxmlformats.org/officeDocument/2006/relationships/image" Target="media/x8625.wmf"/><Relationship Id="rId2096" Type="http://schemas.openxmlformats.org/officeDocument/2006/relationships/image" Target="media/x8626.wmf"/><Relationship Id="rId2097" Type="http://schemas.openxmlformats.org/officeDocument/2006/relationships/image" Target="media/x8627.wmf"/><Relationship Id="rId2098" Type="http://schemas.openxmlformats.org/officeDocument/2006/relationships/image" Target="media/x8628.wmf"/><Relationship Id="rId2099" Type="http://schemas.openxmlformats.org/officeDocument/2006/relationships/image" Target="media/x8629.wmf"/><Relationship Id="rId2100" Type="http://schemas.openxmlformats.org/officeDocument/2006/relationships/image" Target="media/x8630.wmf"/><Relationship Id="rId2101" Type="http://schemas.openxmlformats.org/officeDocument/2006/relationships/image" Target="media/x8631.wmf"/><Relationship Id="rId2102" Type="http://schemas.openxmlformats.org/officeDocument/2006/relationships/image" Target="media/x8632.wmf"/><Relationship Id="rId2103" Type="http://schemas.openxmlformats.org/officeDocument/2006/relationships/image" Target="media/x8633.wmf"/><Relationship Id="rId2104" Type="http://schemas.openxmlformats.org/officeDocument/2006/relationships/image" Target="media/x8634.wmf"/><Relationship Id="rId2105" Type="http://schemas.openxmlformats.org/officeDocument/2006/relationships/image" Target="media/x8635.wmf"/><Relationship Id="rId2106" Type="http://schemas.openxmlformats.org/officeDocument/2006/relationships/image" Target="media/x8636.wmf"/><Relationship Id="rId2107" Type="http://schemas.openxmlformats.org/officeDocument/2006/relationships/image" Target="media/x8637.wmf"/><Relationship Id="rId2108" Type="http://schemas.openxmlformats.org/officeDocument/2006/relationships/image" Target="media/x8638.wmf"/><Relationship Id="rId2109" Type="http://schemas.openxmlformats.org/officeDocument/2006/relationships/image" Target="media/x8639.wmf"/><Relationship Id="rId2110" Type="http://schemas.openxmlformats.org/officeDocument/2006/relationships/image" Target="media/x8640.wmf"/><Relationship Id="rId2111" Type="http://schemas.openxmlformats.org/officeDocument/2006/relationships/image" Target="media/x8641.wmf"/><Relationship Id="rId2112" Type="http://schemas.openxmlformats.org/officeDocument/2006/relationships/image" Target="media/x8642.wmf"/><Relationship Id="rId2113" Type="http://schemas.openxmlformats.org/officeDocument/2006/relationships/image" Target="media/x8643.wmf"/><Relationship Id="rId2114" Type="http://schemas.openxmlformats.org/officeDocument/2006/relationships/image" Target="media/x8644.wmf"/><Relationship Id="rId2115" Type="http://schemas.openxmlformats.org/officeDocument/2006/relationships/image" Target="media/x8645.wmf"/><Relationship Id="rId2116" Type="http://schemas.openxmlformats.org/officeDocument/2006/relationships/image" Target="media/x8646.wmf"/><Relationship Id="rId2117" Type="http://schemas.openxmlformats.org/officeDocument/2006/relationships/image" Target="media/x8647.wmf"/><Relationship Id="rId2118" Type="http://schemas.openxmlformats.org/officeDocument/2006/relationships/image" Target="media/x8648.wmf"/><Relationship Id="rId2119" Type="http://schemas.openxmlformats.org/officeDocument/2006/relationships/image" Target="media/x8649.wmf"/><Relationship Id="rId2120" Type="http://schemas.openxmlformats.org/officeDocument/2006/relationships/image" Target="media/x8650.wmf"/><Relationship Id="rId2121" Type="http://schemas.openxmlformats.org/officeDocument/2006/relationships/image" Target="media/x8651.wmf"/><Relationship Id="rId2122" Type="http://schemas.openxmlformats.org/officeDocument/2006/relationships/image" Target="media/x8652.wmf"/><Relationship Id="rId2123" Type="http://schemas.openxmlformats.org/officeDocument/2006/relationships/image" Target="media/x8653.png"/><Relationship Id="rId2124" Type="http://schemas.openxmlformats.org/officeDocument/2006/relationships/image" Target="media/x8654.wmf"/><Relationship Id="rId2125" Type="http://schemas.openxmlformats.org/officeDocument/2006/relationships/image" Target="media/x8655.wmf"/><Relationship Id="rId2126" Type="http://schemas.openxmlformats.org/officeDocument/2006/relationships/image" Target="media/x8656.wmf"/><Relationship Id="rId2127" Type="http://schemas.openxmlformats.org/officeDocument/2006/relationships/image" Target="media/x8657.wmf"/><Relationship Id="rId2128" Type="http://schemas.openxmlformats.org/officeDocument/2006/relationships/image" Target="media/x8658.wmf"/><Relationship Id="rId2129" Type="http://schemas.openxmlformats.org/officeDocument/2006/relationships/image" Target="media/x8659.wmf"/><Relationship Id="rId2130" Type="http://schemas.openxmlformats.org/officeDocument/2006/relationships/image" Target="media/x8660.wmf"/><Relationship Id="rId2131" Type="http://schemas.openxmlformats.org/officeDocument/2006/relationships/image" Target="media/x8661.wmf"/><Relationship Id="rId2132" Type="http://schemas.openxmlformats.org/officeDocument/2006/relationships/image" Target="media/x8662.wmf"/><Relationship Id="rId2133" Type="http://schemas.openxmlformats.org/officeDocument/2006/relationships/image" Target="media/x8663.wmf"/><Relationship Id="rId2134" Type="http://schemas.openxmlformats.org/officeDocument/2006/relationships/image" Target="media/x8664.wmf"/><Relationship Id="rId2135" Type="http://schemas.openxmlformats.org/officeDocument/2006/relationships/image" Target="media/x8665.wmf"/><Relationship Id="rId2136" Type="http://schemas.openxmlformats.org/officeDocument/2006/relationships/image" Target="media/x8666.wmf"/><Relationship Id="rId2137" Type="http://schemas.openxmlformats.org/officeDocument/2006/relationships/image" Target="media/x8667.wmf"/><Relationship Id="rId2138" Type="http://schemas.openxmlformats.org/officeDocument/2006/relationships/image" Target="media/x8668.wmf"/><Relationship Id="rId2139" Type="http://schemas.openxmlformats.org/officeDocument/2006/relationships/image" Target="media/x8669.wmf"/><Relationship Id="rId2140" Type="http://schemas.openxmlformats.org/officeDocument/2006/relationships/image" Target="media/x8670.wmf"/><Relationship Id="rId2141" Type="http://schemas.openxmlformats.org/officeDocument/2006/relationships/image" Target="media/x8671.wmf"/><Relationship Id="rId2142" Type="http://schemas.openxmlformats.org/officeDocument/2006/relationships/image" Target="media/x8672.wmf"/><Relationship Id="rId2143" Type="http://schemas.openxmlformats.org/officeDocument/2006/relationships/image" Target="media/x8673.wmf"/><Relationship Id="rId2144" Type="http://schemas.openxmlformats.org/officeDocument/2006/relationships/image" Target="media/x8674.wmf"/><Relationship Id="rId2145" Type="http://schemas.openxmlformats.org/officeDocument/2006/relationships/image" Target="media/x8675.wmf"/><Relationship Id="rId2146" Type="http://schemas.openxmlformats.org/officeDocument/2006/relationships/image" Target="media/x8676.wmf"/><Relationship Id="rId2147" Type="http://schemas.openxmlformats.org/officeDocument/2006/relationships/image" Target="media/x8677.wmf"/><Relationship Id="rId2148" Type="http://schemas.openxmlformats.org/officeDocument/2006/relationships/image" Target="media/x8678.wmf"/><Relationship Id="rId2149" Type="http://schemas.openxmlformats.org/officeDocument/2006/relationships/image" Target="media/x8679.wmf"/><Relationship Id="rId2150" Type="http://schemas.openxmlformats.org/officeDocument/2006/relationships/image" Target="media/x8680.wmf"/><Relationship Id="rId2151" Type="http://schemas.openxmlformats.org/officeDocument/2006/relationships/image" Target="media/x8681.wmf"/><Relationship Id="rId2152" Type="http://schemas.openxmlformats.org/officeDocument/2006/relationships/image" Target="media/x8682.wmf"/><Relationship Id="rId2153" Type="http://schemas.openxmlformats.org/officeDocument/2006/relationships/image" Target="media/x8683.wmf"/><Relationship Id="rId2154" Type="http://schemas.openxmlformats.org/officeDocument/2006/relationships/image" Target="media/x8684.wmf"/><Relationship Id="rId2155" Type="http://schemas.openxmlformats.org/officeDocument/2006/relationships/image" Target="media/x8685.wmf"/><Relationship Id="rId2156" Type="http://schemas.openxmlformats.org/officeDocument/2006/relationships/image" Target="media/x8686.wmf"/><Relationship Id="rId2157" Type="http://schemas.openxmlformats.org/officeDocument/2006/relationships/image" Target="media/x8687.wmf"/><Relationship Id="rId2158" Type="http://schemas.openxmlformats.org/officeDocument/2006/relationships/image" Target="media/x8688.wmf"/><Relationship Id="rId2159" Type="http://schemas.openxmlformats.org/officeDocument/2006/relationships/image" Target="media/x8689.wmf"/><Relationship Id="rId2160" Type="http://schemas.openxmlformats.org/officeDocument/2006/relationships/image" Target="media/x8690.wmf"/><Relationship Id="rId2161" Type="http://schemas.openxmlformats.org/officeDocument/2006/relationships/image" Target="media/x8691.wmf"/><Relationship Id="rId2162" Type="http://schemas.openxmlformats.org/officeDocument/2006/relationships/image" Target="media/x8692.wmf"/><Relationship Id="rId2163" Type="http://schemas.openxmlformats.org/officeDocument/2006/relationships/image" Target="media/x8693.wmf"/><Relationship Id="rId2164" Type="http://schemas.openxmlformats.org/officeDocument/2006/relationships/image" Target="media/x8694.wmf"/><Relationship Id="rId2165" Type="http://schemas.openxmlformats.org/officeDocument/2006/relationships/image" Target="media/x8695.wmf"/><Relationship Id="rId2166" Type="http://schemas.openxmlformats.org/officeDocument/2006/relationships/image" Target="media/x8696.png"/><Relationship Id="rId2167" Type="http://schemas.openxmlformats.org/officeDocument/2006/relationships/image" Target="media/x8697.png"/><Relationship Id="rId2168" Type="http://schemas.openxmlformats.org/officeDocument/2006/relationships/image" Target="media/x8698.png"/><Relationship Id="rId2169" Type="http://schemas.openxmlformats.org/officeDocument/2006/relationships/image" Target="media/x8699.wmf"/><Relationship Id="rId2170" Type="http://schemas.openxmlformats.org/officeDocument/2006/relationships/image" Target="media/x8700.wmf"/><Relationship Id="rId2171" Type="http://schemas.openxmlformats.org/officeDocument/2006/relationships/image" Target="media/x8701.wmf"/><Relationship Id="rId2172" Type="http://schemas.openxmlformats.org/officeDocument/2006/relationships/image" Target="media/x8702.png"/><Relationship Id="rId2173" Type="http://schemas.openxmlformats.org/officeDocument/2006/relationships/image" Target="media/x8703.png"/><Relationship Id="rId2174" Type="http://schemas.openxmlformats.org/officeDocument/2006/relationships/image" Target="media/x8704.wmf"/><Relationship Id="rId2175" Type="http://schemas.openxmlformats.org/officeDocument/2006/relationships/image" Target="media/x8705.png"/><Relationship Id="rId2176" Type="http://schemas.openxmlformats.org/officeDocument/2006/relationships/image" Target="media/x8706.wmf"/><Relationship Id="rId2177" Type="http://schemas.openxmlformats.org/officeDocument/2006/relationships/image" Target="media/x8707.wmf"/><Relationship Id="rId2178" Type="http://schemas.openxmlformats.org/officeDocument/2006/relationships/image" Target="media/x8708.wmf"/><Relationship Id="rId2179" Type="http://schemas.openxmlformats.org/officeDocument/2006/relationships/image" Target="media/x8709.wmf"/><Relationship Id="rId2180" Type="http://schemas.openxmlformats.org/officeDocument/2006/relationships/image" Target="media/x8710.wmf"/><Relationship Id="rId2181" Type="http://schemas.openxmlformats.org/officeDocument/2006/relationships/image" Target="media/x8711.png"/><Relationship Id="rId2182" Type="http://schemas.openxmlformats.org/officeDocument/2006/relationships/image" Target="media/x8712.wmf"/><Relationship Id="rId2183" Type="http://schemas.openxmlformats.org/officeDocument/2006/relationships/image" Target="media/x8713.wmf"/><Relationship Id="rId2184" Type="http://schemas.openxmlformats.org/officeDocument/2006/relationships/image" Target="media/x8714.wmf"/><Relationship Id="rId2185" Type="http://schemas.openxmlformats.org/officeDocument/2006/relationships/image" Target="media/x8715.wmf"/><Relationship Id="rId2186" Type="http://schemas.openxmlformats.org/officeDocument/2006/relationships/image" Target="media/x8716.wmf"/><Relationship Id="rId2187" Type="http://schemas.openxmlformats.org/officeDocument/2006/relationships/image" Target="media/x8717.wmf"/><Relationship Id="rId2188" Type="http://schemas.openxmlformats.org/officeDocument/2006/relationships/image" Target="media/x8718.wmf"/><Relationship Id="rId2189" Type="http://schemas.openxmlformats.org/officeDocument/2006/relationships/image" Target="media/x8719.wmf"/><Relationship Id="rId2190" Type="http://schemas.openxmlformats.org/officeDocument/2006/relationships/image" Target="media/x8720.wmf"/><Relationship Id="rId2191" Type="http://schemas.openxmlformats.org/officeDocument/2006/relationships/image" Target="media/x8721.wmf"/><Relationship Id="rId2192" Type="http://schemas.openxmlformats.org/officeDocument/2006/relationships/image" Target="media/x8722.wmf"/><Relationship Id="rId2193" Type="http://schemas.openxmlformats.org/officeDocument/2006/relationships/image" Target="media/x8723.wmf"/><Relationship Id="rId2194" Type="http://schemas.openxmlformats.org/officeDocument/2006/relationships/image" Target="media/x8724.wmf"/><Relationship Id="rId2195" Type="http://schemas.openxmlformats.org/officeDocument/2006/relationships/image" Target="media/x8725.wmf"/><Relationship Id="rId2196" Type="http://schemas.openxmlformats.org/officeDocument/2006/relationships/image" Target="media/x8726.wmf"/><Relationship Id="rId2197" Type="http://schemas.openxmlformats.org/officeDocument/2006/relationships/image" Target="media/x8727.wmf"/><Relationship Id="rId2198" Type="http://schemas.openxmlformats.org/officeDocument/2006/relationships/image" Target="media/x8728.wmf"/><Relationship Id="rId2199" Type="http://schemas.openxmlformats.org/officeDocument/2006/relationships/image" Target="media/x8729.wmf"/><Relationship Id="rId2200" Type="http://schemas.openxmlformats.org/officeDocument/2006/relationships/image" Target="media/x8730.wmf"/><Relationship Id="rId2201" Type="http://schemas.openxmlformats.org/officeDocument/2006/relationships/image" Target="media/x8731.wmf"/><Relationship Id="rId2202" Type="http://schemas.openxmlformats.org/officeDocument/2006/relationships/image" Target="media/x8732.wmf"/><Relationship Id="rId2203" Type="http://schemas.openxmlformats.org/officeDocument/2006/relationships/image" Target="media/x8733.wmf"/><Relationship Id="rId2204" Type="http://schemas.openxmlformats.org/officeDocument/2006/relationships/image" Target="media/x8734.png"/><Relationship Id="rId2205" Type="http://schemas.openxmlformats.org/officeDocument/2006/relationships/image" Target="media/x8735.wmf"/><Relationship Id="rId2206" Type="http://schemas.openxmlformats.org/officeDocument/2006/relationships/image" Target="media/x8736.wmf"/><Relationship Id="rId2207" Type="http://schemas.openxmlformats.org/officeDocument/2006/relationships/image" Target="media/x8737.wmf"/><Relationship Id="rId2208" Type="http://schemas.openxmlformats.org/officeDocument/2006/relationships/image" Target="media/x8738.wmf"/><Relationship Id="rId2209" Type="http://schemas.openxmlformats.org/officeDocument/2006/relationships/image" Target="media/x8739.png"/><Relationship Id="rId2210" Type="http://schemas.openxmlformats.org/officeDocument/2006/relationships/image" Target="media/x8740.wmf"/><Relationship Id="rId2211" Type="http://schemas.openxmlformats.org/officeDocument/2006/relationships/image" Target="media/x8741.wmf"/><Relationship Id="rId2212" Type="http://schemas.openxmlformats.org/officeDocument/2006/relationships/image" Target="media/x8742.wmf"/><Relationship Id="rId2213" Type="http://schemas.openxmlformats.org/officeDocument/2006/relationships/image" Target="media/x8743.wmf"/><Relationship Id="rId2214" Type="http://schemas.openxmlformats.org/officeDocument/2006/relationships/image" Target="media/x8744.png"/><Relationship Id="rId2215" Type="http://schemas.openxmlformats.org/officeDocument/2006/relationships/image" Target="media/x8745.wmf"/><Relationship Id="rId2216" Type="http://schemas.openxmlformats.org/officeDocument/2006/relationships/image" Target="media/x8746.wmf"/><Relationship Id="rId2217" Type="http://schemas.openxmlformats.org/officeDocument/2006/relationships/image" Target="media/x8747.wmf"/><Relationship Id="rId2218" Type="http://schemas.openxmlformats.org/officeDocument/2006/relationships/image" Target="media/x8748.wmf"/><Relationship Id="rId2219" Type="http://schemas.openxmlformats.org/officeDocument/2006/relationships/image" Target="media/x8749.wmf"/><Relationship Id="rId2220" Type="http://schemas.openxmlformats.org/officeDocument/2006/relationships/image" Target="media/x8750.wmf"/><Relationship Id="rId2221" Type="http://schemas.openxmlformats.org/officeDocument/2006/relationships/image" Target="media/x8751.png"/><Relationship Id="rId2222" Type="http://schemas.openxmlformats.org/officeDocument/2006/relationships/image" Target="media/x8752.png"/><Relationship Id="rId2223" Type="http://schemas.openxmlformats.org/officeDocument/2006/relationships/image" Target="media/x8753.png"/><Relationship Id="rId2224" Type="http://schemas.openxmlformats.org/officeDocument/2006/relationships/image" Target="media/x8754.png"/><Relationship Id="rId2225" Type="http://schemas.openxmlformats.org/officeDocument/2006/relationships/image" Target="media/x8755.png"/><Relationship Id="rId2226" Type="http://schemas.openxmlformats.org/officeDocument/2006/relationships/image" Target="media/x8756.wmf"/><Relationship Id="rId2227" Type="http://schemas.openxmlformats.org/officeDocument/2006/relationships/image" Target="media/x8757.wmf"/><Relationship Id="rId2228" Type="http://schemas.openxmlformats.org/officeDocument/2006/relationships/image" Target="media/x8758.wmf"/><Relationship Id="rId2229" Type="http://schemas.openxmlformats.org/officeDocument/2006/relationships/image" Target="media/x8759.wmf"/><Relationship Id="rId2230" Type="http://schemas.openxmlformats.org/officeDocument/2006/relationships/image" Target="media/x8760.wmf"/><Relationship Id="rId2231" Type="http://schemas.openxmlformats.org/officeDocument/2006/relationships/image" Target="media/x8761.wmf"/><Relationship Id="rId2232" Type="http://schemas.openxmlformats.org/officeDocument/2006/relationships/image" Target="media/x8762.wmf"/><Relationship Id="rId2233" Type="http://schemas.openxmlformats.org/officeDocument/2006/relationships/image" Target="media/x8763.wmf"/><Relationship Id="rId2234" Type="http://schemas.openxmlformats.org/officeDocument/2006/relationships/image" Target="media/x8764.wmf"/><Relationship Id="rId2235" Type="http://schemas.openxmlformats.org/officeDocument/2006/relationships/image" Target="media/x8765.wmf"/><Relationship Id="rId2236" Type="http://schemas.openxmlformats.org/officeDocument/2006/relationships/image" Target="media/x8766.wmf"/><Relationship Id="rId2237" Type="http://schemas.openxmlformats.org/officeDocument/2006/relationships/image" Target="media/x8767.wmf"/><Relationship Id="rId2238" Type="http://schemas.openxmlformats.org/officeDocument/2006/relationships/image" Target="media/x8768.wmf"/><Relationship Id="rId2239" Type="http://schemas.openxmlformats.org/officeDocument/2006/relationships/image" Target="media/x8769.wmf"/><Relationship Id="rId2240" Type="http://schemas.openxmlformats.org/officeDocument/2006/relationships/image" Target="media/x8770.wmf"/><Relationship Id="rId2241" Type="http://schemas.openxmlformats.org/officeDocument/2006/relationships/image" Target="media/x8771.wmf"/><Relationship Id="rId2242" Type="http://schemas.openxmlformats.org/officeDocument/2006/relationships/image" Target="media/x8772.wmf"/><Relationship Id="rId2243" Type="http://schemas.openxmlformats.org/officeDocument/2006/relationships/image" Target="media/x8773.wmf"/><Relationship Id="rId2244" Type="http://schemas.openxmlformats.org/officeDocument/2006/relationships/image" Target="media/x8774.wmf"/><Relationship Id="rId2245" Type="http://schemas.openxmlformats.org/officeDocument/2006/relationships/image" Target="media/x8775.wmf"/><Relationship Id="rId2246" Type="http://schemas.openxmlformats.org/officeDocument/2006/relationships/image" Target="media/x8776.wmf"/><Relationship Id="rId2247" Type="http://schemas.openxmlformats.org/officeDocument/2006/relationships/image" Target="media/x8777.wmf"/><Relationship Id="rId2248" Type="http://schemas.openxmlformats.org/officeDocument/2006/relationships/image" Target="media/x8778.wmf"/><Relationship Id="rId2249" Type="http://schemas.openxmlformats.org/officeDocument/2006/relationships/image" Target="media/x8779.wmf"/><Relationship Id="rId2250" Type="http://schemas.openxmlformats.org/officeDocument/2006/relationships/image" Target="media/x8780.wmf"/><Relationship Id="rId2251" Type="http://schemas.openxmlformats.org/officeDocument/2006/relationships/image" Target="media/x8781.wmf"/><Relationship Id="rId2252" Type="http://schemas.openxmlformats.org/officeDocument/2006/relationships/image" Target="media/x8782.wmf"/><Relationship Id="rId2253" Type="http://schemas.openxmlformats.org/officeDocument/2006/relationships/image" Target="media/x8783.wmf"/><Relationship Id="rId2254" Type="http://schemas.openxmlformats.org/officeDocument/2006/relationships/image" Target="media/x8784.wmf"/><Relationship Id="rId2255" Type="http://schemas.openxmlformats.org/officeDocument/2006/relationships/image" Target="media/x8785.wmf"/><Relationship Id="rId2256" Type="http://schemas.openxmlformats.org/officeDocument/2006/relationships/image" Target="media/x8786.wmf"/><Relationship Id="rId2257" Type="http://schemas.openxmlformats.org/officeDocument/2006/relationships/image" Target="media/x8787.wmf"/><Relationship Id="rId2258" Type="http://schemas.openxmlformats.org/officeDocument/2006/relationships/image" Target="media/x8788.wmf"/><Relationship Id="rId2259" Type="http://schemas.openxmlformats.org/officeDocument/2006/relationships/image" Target="media/x8789.wmf"/><Relationship Id="rId2260" Type="http://schemas.openxmlformats.org/officeDocument/2006/relationships/image" Target="media/x8790.wmf"/><Relationship Id="rId2261" Type="http://schemas.openxmlformats.org/officeDocument/2006/relationships/image" Target="media/x8791.wmf"/><Relationship Id="rId2262" Type="http://schemas.openxmlformats.org/officeDocument/2006/relationships/image" Target="media/x8792.wmf"/><Relationship Id="rId2263" Type="http://schemas.openxmlformats.org/officeDocument/2006/relationships/image" Target="media/x8793.wmf"/><Relationship Id="rId2264" Type="http://schemas.openxmlformats.org/officeDocument/2006/relationships/image" Target="media/x8794.wmf"/><Relationship Id="rId2265" Type="http://schemas.openxmlformats.org/officeDocument/2006/relationships/image" Target="media/x8795.wmf"/><Relationship Id="rId2266" Type="http://schemas.openxmlformats.org/officeDocument/2006/relationships/image" Target="media/x8796.wmf"/><Relationship Id="rId2267" Type="http://schemas.openxmlformats.org/officeDocument/2006/relationships/image" Target="media/x8797.wmf"/><Relationship Id="rId2268" Type="http://schemas.openxmlformats.org/officeDocument/2006/relationships/image" Target="media/x8798.wmf"/><Relationship Id="rId2269" Type="http://schemas.openxmlformats.org/officeDocument/2006/relationships/image" Target="media/x8799.wmf"/><Relationship Id="rId2270" Type="http://schemas.openxmlformats.org/officeDocument/2006/relationships/image" Target="media/x8800.wmf"/><Relationship Id="rId2271" Type="http://schemas.openxmlformats.org/officeDocument/2006/relationships/image" Target="media/x8801.wmf"/><Relationship Id="rId2272" Type="http://schemas.openxmlformats.org/officeDocument/2006/relationships/image" Target="media/x8802.wmf"/><Relationship Id="rId2273" Type="http://schemas.openxmlformats.org/officeDocument/2006/relationships/image" Target="media/x8803.wmf"/><Relationship Id="rId2274" Type="http://schemas.openxmlformats.org/officeDocument/2006/relationships/image" Target="media/x8804.wmf"/><Relationship Id="rId2275" Type="http://schemas.openxmlformats.org/officeDocument/2006/relationships/image" Target="media/x8805.wmf"/><Relationship Id="rId2276" Type="http://schemas.openxmlformats.org/officeDocument/2006/relationships/image" Target="media/x8806.wmf"/><Relationship Id="rId2277" Type="http://schemas.openxmlformats.org/officeDocument/2006/relationships/image" Target="media/x8807.wmf"/><Relationship Id="rId2278" Type="http://schemas.openxmlformats.org/officeDocument/2006/relationships/image" Target="media/x8808.wmf"/><Relationship Id="rId2279" Type="http://schemas.openxmlformats.org/officeDocument/2006/relationships/image" Target="media/x8809.wmf"/><Relationship Id="rId2280" Type="http://schemas.openxmlformats.org/officeDocument/2006/relationships/image" Target="media/x8810.wmf"/><Relationship Id="rId2281" Type="http://schemas.openxmlformats.org/officeDocument/2006/relationships/image" Target="media/x8811.wmf"/><Relationship Id="rId2282" Type="http://schemas.openxmlformats.org/officeDocument/2006/relationships/image" Target="media/x8812.wmf"/><Relationship Id="rId2283" Type="http://schemas.openxmlformats.org/officeDocument/2006/relationships/image" Target="media/x8813.wmf"/><Relationship Id="rId2284" Type="http://schemas.openxmlformats.org/officeDocument/2006/relationships/image" Target="media/x8814.wmf"/><Relationship Id="rId2285" Type="http://schemas.openxmlformats.org/officeDocument/2006/relationships/image" Target="media/x8815.wmf"/><Relationship Id="rId2286" Type="http://schemas.openxmlformats.org/officeDocument/2006/relationships/image" Target="media/x8816.wmf"/><Relationship Id="rId2287" Type="http://schemas.openxmlformats.org/officeDocument/2006/relationships/image" Target="media/x8817.wmf"/><Relationship Id="rId2288" Type="http://schemas.openxmlformats.org/officeDocument/2006/relationships/image" Target="media/x8818.wmf"/><Relationship Id="rId2289" Type="http://schemas.openxmlformats.org/officeDocument/2006/relationships/image" Target="media/x8819.wmf"/><Relationship Id="rId2290" Type="http://schemas.openxmlformats.org/officeDocument/2006/relationships/image" Target="media/x8820.png"/><Relationship Id="rId2291" Type="http://schemas.openxmlformats.org/officeDocument/2006/relationships/image" Target="media/x8821.wmf"/><Relationship Id="rId2292" Type="http://schemas.openxmlformats.org/officeDocument/2006/relationships/image" Target="media/x8822.wmf"/><Relationship Id="rId2293" Type="http://schemas.openxmlformats.org/officeDocument/2006/relationships/image" Target="media/x8823.wmf"/><Relationship Id="rId2294" Type="http://schemas.openxmlformats.org/officeDocument/2006/relationships/image" Target="media/x8824.wmf"/><Relationship Id="rId2295" Type="http://schemas.openxmlformats.org/officeDocument/2006/relationships/image" Target="media/x8825.wmf"/><Relationship Id="rId2296" Type="http://schemas.openxmlformats.org/officeDocument/2006/relationships/image" Target="media/x8826.png"/><Relationship Id="rId2297" Type="http://schemas.openxmlformats.org/officeDocument/2006/relationships/image" Target="media/x8827.wmf"/><Relationship Id="rId2298" Type="http://schemas.openxmlformats.org/officeDocument/2006/relationships/image" Target="media/x8828.wmf"/><Relationship Id="rId2299" Type="http://schemas.openxmlformats.org/officeDocument/2006/relationships/image" Target="media/x8829.wmf"/><Relationship Id="rId2300" Type="http://schemas.openxmlformats.org/officeDocument/2006/relationships/image" Target="media/x8830.wmf"/><Relationship Id="rId2301" Type="http://schemas.openxmlformats.org/officeDocument/2006/relationships/image" Target="media/x8831.wmf"/><Relationship Id="rId2302" Type="http://schemas.openxmlformats.org/officeDocument/2006/relationships/image" Target="media/x8832.wmf"/><Relationship Id="rId2303" Type="http://schemas.openxmlformats.org/officeDocument/2006/relationships/image" Target="media/x8833.wmf"/><Relationship Id="rId2304" Type="http://schemas.openxmlformats.org/officeDocument/2006/relationships/image" Target="media/x8834.wmf"/><Relationship Id="rId2305" Type="http://schemas.openxmlformats.org/officeDocument/2006/relationships/image" Target="media/x8835.wmf"/><Relationship Id="rId2306" Type="http://schemas.openxmlformats.org/officeDocument/2006/relationships/image" Target="media/x8836.wmf"/><Relationship Id="rId2307" Type="http://schemas.openxmlformats.org/officeDocument/2006/relationships/image" Target="media/x8837.wmf"/><Relationship Id="rId2308" Type="http://schemas.openxmlformats.org/officeDocument/2006/relationships/image" Target="media/x8838.wmf"/><Relationship Id="rId2309" Type="http://schemas.openxmlformats.org/officeDocument/2006/relationships/image" Target="media/x8839.wmf"/><Relationship Id="rId2310" Type="http://schemas.openxmlformats.org/officeDocument/2006/relationships/image" Target="media/x8840.wmf"/><Relationship Id="rId2311" Type="http://schemas.openxmlformats.org/officeDocument/2006/relationships/image" Target="media/x8841.png"/><Relationship Id="rId2312" Type="http://schemas.openxmlformats.org/officeDocument/2006/relationships/image" Target="media/x8842.wmf"/><Relationship Id="rId2313" Type="http://schemas.openxmlformats.org/officeDocument/2006/relationships/image" Target="media/x8843.wmf"/><Relationship Id="rId2314" Type="http://schemas.openxmlformats.org/officeDocument/2006/relationships/image" Target="media/x8844.wmf"/><Relationship Id="rId2315" Type="http://schemas.openxmlformats.org/officeDocument/2006/relationships/image" Target="media/x8845.wmf"/><Relationship Id="rId2316" Type="http://schemas.openxmlformats.org/officeDocument/2006/relationships/image" Target="media/x8846.wmf"/><Relationship Id="rId2317" Type="http://schemas.openxmlformats.org/officeDocument/2006/relationships/image" Target="media/x8847.png"/><Relationship Id="rId2318" Type="http://schemas.openxmlformats.org/officeDocument/2006/relationships/image" Target="media/x8848.wmf"/><Relationship Id="rId2319" Type="http://schemas.openxmlformats.org/officeDocument/2006/relationships/image" Target="media/x8849.wmf"/><Relationship Id="rId2320" Type="http://schemas.openxmlformats.org/officeDocument/2006/relationships/image" Target="media/x8850.wmf"/><Relationship Id="rId2321" Type="http://schemas.openxmlformats.org/officeDocument/2006/relationships/image" Target="media/x8851.wmf"/><Relationship Id="rId2322" Type="http://schemas.openxmlformats.org/officeDocument/2006/relationships/image" Target="media/x8852.wmf"/><Relationship Id="rId2323" Type="http://schemas.openxmlformats.org/officeDocument/2006/relationships/image" Target="media/x8853.png"/><Relationship Id="rId2324" Type="http://schemas.openxmlformats.org/officeDocument/2006/relationships/image" Target="media/x8854.wmf"/><Relationship Id="rId2325" Type="http://schemas.openxmlformats.org/officeDocument/2006/relationships/image" Target="media/x8855.wmf"/><Relationship Id="rId2326" Type="http://schemas.openxmlformats.org/officeDocument/2006/relationships/image" Target="media/x8856.wmf"/><Relationship Id="rId2327" Type="http://schemas.openxmlformats.org/officeDocument/2006/relationships/image" Target="media/x8857.wmf"/><Relationship Id="rId2328" Type="http://schemas.openxmlformats.org/officeDocument/2006/relationships/image" Target="media/x8858.wmf"/><Relationship Id="rId2329" Type="http://schemas.openxmlformats.org/officeDocument/2006/relationships/image" Target="media/x8859.wmf"/><Relationship Id="rId2330" Type="http://schemas.openxmlformats.org/officeDocument/2006/relationships/image" Target="media/x8860.png"/><Relationship Id="rId2331" Type="http://schemas.openxmlformats.org/officeDocument/2006/relationships/image" Target="media/x8861.wmf"/><Relationship Id="rId2332" Type="http://schemas.openxmlformats.org/officeDocument/2006/relationships/image" Target="media/x8862.wmf"/><Relationship Id="rId2333" Type="http://schemas.openxmlformats.org/officeDocument/2006/relationships/image" Target="media/x8863.wmf"/><Relationship Id="rId2334" Type="http://schemas.openxmlformats.org/officeDocument/2006/relationships/image" Target="media/x8864.png"/><Relationship Id="rId2335" Type="http://schemas.openxmlformats.org/officeDocument/2006/relationships/image" Target="media/x8865.wmf"/><Relationship Id="rId2336" Type="http://schemas.openxmlformats.org/officeDocument/2006/relationships/image" Target="media/x8866.wmf"/><Relationship Id="rId2337" Type="http://schemas.openxmlformats.org/officeDocument/2006/relationships/image" Target="media/x8867.wmf"/><Relationship Id="rId2338" Type="http://schemas.openxmlformats.org/officeDocument/2006/relationships/image" Target="media/x8868.png"/><Relationship Id="rId2339" Type="http://schemas.openxmlformats.org/officeDocument/2006/relationships/image" Target="media/x8869.wmf"/><Relationship Id="rId2340" Type="http://schemas.openxmlformats.org/officeDocument/2006/relationships/image" Target="media/x8870.wmf"/><Relationship Id="rId2341" Type="http://schemas.openxmlformats.org/officeDocument/2006/relationships/image" Target="media/x8871.wmf"/><Relationship Id="rId2342" Type="http://schemas.openxmlformats.org/officeDocument/2006/relationships/image" Target="media/x8872.wmf"/><Relationship Id="rId2343" Type="http://schemas.openxmlformats.org/officeDocument/2006/relationships/image" Target="media/x8873.wmf"/><Relationship Id="rId2344" Type="http://schemas.openxmlformats.org/officeDocument/2006/relationships/image" Target="media/x8874.wmf"/><Relationship Id="rId2345" Type="http://schemas.openxmlformats.org/officeDocument/2006/relationships/image" Target="media/x8875.wmf"/><Relationship Id="rId2346" Type="http://schemas.openxmlformats.org/officeDocument/2006/relationships/image" Target="media/x8876.wmf"/><Relationship Id="rId2347" Type="http://schemas.openxmlformats.org/officeDocument/2006/relationships/image" Target="media/x8877.wmf"/><Relationship Id="rId2348" Type="http://schemas.openxmlformats.org/officeDocument/2006/relationships/image" Target="media/x8878.wmf"/><Relationship Id="rId2349" Type="http://schemas.openxmlformats.org/officeDocument/2006/relationships/image" Target="media/x8879.wmf"/><Relationship Id="rId2350" Type="http://schemas.openxmlformats.org/officeDocument/2006/relationships/image" Target="media/x8880.wmf"/><Relationship Id="rId2351" Type="http://schemas.openxmlformats.org/officeDocument/2006/relationships/image" Target="media/x8881.wmf"/><Relationship Id="rId2352" Type="http://schemas.openxmlformats.org/officeDocument/2006/relationships/image" Target="media/x8882.wmf"/><Relationship Id="rId2353" Type="http://schemas.openxmlformats.org/officeDocument/2006/relationships/image" Target="media/x8883.wmf"/><Relationship Id="rId2354" Type="http://schemas.openxmlformats.org/officeDocument/2006/relationships/image" Target="media/x8884.wmf"/><Relationship Id="rId2355" Type="http://schemas.openxmlformats.org/officeDocument/2006/relationships/image" Target="media/x8885.wmf"/><Relationship Id="rId2356" Type="http://schemas.openxmlformats.org/officeDocument/2006/relationships/image" Target="media/x8886.wmf"/><Relationship Id="rId2357" Type="http://schemas.openxmlformats.org/officeDocument/2006/relationships/image" Target="media/x8887.wmf"/><Relationship Id="rId2358" Type="http://schemas.openxmlformats.org/officeDocument/2006/relationships/image" Target="media/x8888.wmf"/><Relationship Id="rId2359" Type="http://schemas.openxmlformats.org/officeDocument/2006/relationships/image" Target="media/x8889.wmf"/><Relationship Id="rId2360" Type="http://schemas.openxmlformats.org/officeDocument/2006/relationships/image" Target="media/x8890.wmf"/><Relationship Id="rId2361" Type="http://schemas.openxmlformats.org/officeDocument/2006/relationships/image" Target="media/x8891.wmf"/><Relationship Id="rId2362" Type="http://schemas.openxmlformats.org/officeDocument/2006/relationships/image" Target="media/x8892.wmf"/><Relationship Id="rId2363" Type="http://schemas.openxmlformats.org/officeDocument/2006/relationships/image" Target="media/x8893.wmf"/><Relationship Id="rId2364" Type="http://schemas.openxmlformats.org/officeDocument/2006/relationships/image" Target="media/x8894.wmf"/><Relationship Id="rId2365" Type="http://schemas.openxmlformats.org/officeDocument/2006/relationships/image" Target="media/x8895.wmf"/><Relationship Id="rId2366" Type="http://schemas.openxmlformats.org/officeDocument/2006/relationships/image" Target="media/x8896.wmf"/><Relationship Id="rId2367" Type="http://schemas.openxmlformats.org/officeDocument/2006/relationships/image" Target="media/x8897.wmf"/><Relationship Id="rId2368" Type="http://schemas.openxmlformats.org/officeDocument/2006/relationships/image" Target="media/x8898.wmf"/><Relationship Id="rId2369" Type="http://schemas.openxmlformats.org/officeDocument/2006/relationships/image" Target="media/x8899.wmf"/><Relationship Id="rId2370" Type="http://schemas.openxmlformats.org/officeDocument/2006/relationships/image" Target="media/x8900.wmf"/><Relationship Id="rId2371" Type="http://schemas.openxmlformats.org/officeDocument/2006/relationships/image" Target="media/x8901.wmf"/><Relationship Id="rId2372" Type="http://schemas.openxmlformats.org/officeDocument/2006/relationships/image" Target="media/x8902.wmf"/><Relationship Id="rId2373" Type="http://schemas.openxmlformats.org/officeDocument/2006/relationships/image" Target="media/x8903.wmf"/><Relationship Id="rId2374" Type="http://schemas.openxmlformats.org/officeDocument/2006/relationships/image" Target="media/x8904.wmf"/><Relationship Id="rId2375" Type="http://schemas.openxmlformats.org/officeDocument/2006/relationships/image" Target="media/x8905.png"/><Relationship Id="rId2376" Type="http://schemas.openxmlformats.org/officeDocument/2006/relationships/image" Target="media/x8906.wmf"/><Relationship Id="rId2377" Type="http://schemas.openxmlformats.org/officeDocument/2006/relationships/image" Target="media/x8907.wmf"/><Relationship Id="rId2378" Type="http://schemas.openxmlformats.org/officeDocument/2006/relationships/image" Target="media/x8908.wmf"/><Relationship Id="rId2379" Type="http://schemas.openxmlformats.org/officeDocument/2006/relationships/image" Target="media/x8909.wmf"/><Relationship Id="rId2380" Type="http://schemas.openxmlformats.org/officeDocument/2006/relationships/image" Target="media/x8910.wmf"/><Relationship Id="rId2381" Type="http://schemas.openxmlformats.org/officeDocument/2006/relationships/image" Target="media/x8911.wmf"/><Relationship Id="rId2382" Type="http://schemas.openxmlformats.org/officeDocument/2006/relationships/image" Target="media/x8912.wmf"/><Relationship Id="rId2383" Type="http://schemas.openxmlformats.org/officeDocument/2006/relationships/image" Target="media/x8913.wmf"/><Relationship Id="rId2384" Type="http://schemas.openxmlformats.org/officeDocument/2006/relationships/image" Target="media/x8914.wmf"/><Relationship Id="rId2385" Type="http://schemas.openxmlformats.org/officeDocument/2006/relationships/image" Target="media/x8915.wmf"/><Relationship Id="rId2386" Type="http://schemas.openxmlformats.org/officeDocument/2006/relationships/image" Target="media/x8916.wmf"/><Relationship Id="rId2387" Type="http://schemas.openxmlformats.org/officeDocument/2006/relationships/image" Target="media/x8917.wmf"/><Relationship Id="rId2388" Type="http://schemas.openxmlformats.org/officeDocument/2006/relationships/image" Target="media/x8918.wmf"/><Relationship Id="rId2389" Type="http://schemas.openxmlformats.org/officeDocument/2006/relationships/image" Target="media/x8919.wmf"/><Relationship Id="rId2390" Type="http://schemas.openxmlformats.org/officeDocument/2006/relationships/image" Target="media/x8920.wmf"/><Relationship Id="rId2391" Type="http://schemas.openxmlformats.org/officeDocument/2006/relationships/image" Target="media/x8921.wmf"/><Relationship Id="rId2392" Type="http://schemas.openxmlformats.org/officeDocument/2006/relationships/image" Target="media/x8922.wmf"/><Relationship Id="rId2393" Type="http://schemas.openxmlformats.org/officeDocument/2006/relationships/image" Target="media/x8923.wmf"/><Relationship Id="rId2394" Type="http://schemas.openxmlformats.org/officeDocument/2006/relationships/image" Target="media/x8924.wmf"/><Relationship Id="rId2395" Type="http://schemas.openxmlformats.org/officeDocument/2006/relationships/image" Target="media/x8925.wmf"/><Relationship Id="rId2396" Type="http://schemas.openxmlformats.org/officeDocument/2006/relationships/image" Target="media/x8926.wmf"/><Relationship Id="rId2397" Type="http://schemas.openxmlformats.org/officeDocument/2006/relationships/image" Target="media/x8927.wmf"/><Relationship Id="rId2398" Type="http://schemas.openxmlformats.org/officeDocument/2006/relationships/image" Target="media/x8928.wmf"/><Relationship Id="rId2399" Type="http://schemas.openxmlformats.org/officeDocument/2006/relationships/image" Target="media/x8929.wmf"/><Relationship Id="rId2400" Type="http://schemas.openxmlformats.org/officeDocument/2006/relationships/image" Target="media/x8930.wmf"/><Relationship Id="rId2401" Type="http://schemas.openxmlformats.org/officeDocument/2006/relationships/image" Target="media/x8931.wmf"/><Relationship Id="rId2402" Type="http://schemas.openxmlformats.org/officeDocument/2006/relationships/image" Target="media/x8932.wmf"/><Relationship Id="rId2403" Type="http://schemas.openxmlformats.org/officeDocument/2006/relationships/image" Target="media/x8933.wmf"/><Relationship Id="rId2404" Type="http://schemas.openxmlformats.org/officeDocument/2006/relationships/image" Target="media/x8934.wmf"/><Relationship Id="rId2405" Type="http://schemas.openxmlformats.org/officeDocument/2006/relationships/image" Target="media/x8935.wmf"/><Relationship Id="rId2406" Type="http://schemas.openxmlformats.org/officeDocument/2006/relationships/image" Target="media/x8936.wmf"/><Relationship Id="rId2407" Type="http://schemas.openxmlformats.org/officeDocument/2006/relationships/image" Target="media/x8937.wmf"/><Relationship Id="rId2408" Type="http://schemas.openxmlformats.org/officeDocument/2006/relationships/image" Target="media/x8938.wmf"/><Relationship Id="rId2409" Type="http://schemas.openxmlformats.org/officeDocument/2006/relationships/image" Target="media/x8939.wmf"/><Relationship Id="rId2410" Type="http://schemas.openxmlformats.org/officeDocument/2006/relationships/image" Target="media/x8940.wmf"/><Relationship Id="rId2411" Type="http://schemas.openxmlformats.org/officeDocument/2006/relationships/image" Target="media/x8941.wmf"/><Relationship Id="rId2412" Type="http://schemas.openxmlformats.org/officeDocument/2006/relationships/image" Target="media/x8942.wmf"/><Relationship Id="rId2413" Type="http://schemas.openxmlformats.org/officeDocument/2006/relationships/image" Target="media/x8943.wmf"/><Relationship Id="rId2414" Type="http://schemas.openxmlformats.org/officeDocument/2006/relationships/image" Target="media/x8944.wmf"/><Relationship Id="rId2415" Type="http://schemas.openxmlformats.org/officeDocument/2006/relationships/image" Target="media/x8945.wmf"/><Relationship Id="rId2416" Type="http://schemas.openxmlformats.org/officeDocument/2006/relationships/image" Target="media/x8946.wmf"/><Relationship Id="rId2417" Type="http://schemas.openxmlformats.org/officeDocument/2006/relationships/image" Target="media/x8947.wmf"/><Relationship Id="rId2418" Type="http://schemas.openxmlformats.org/officeDocument/2006/relationships/image" Target="media/x8948.wmf"/><Relationship Id="rId2419" Type="http://schemas.openxmlformats.org/officeDocument/2006/relationships/image" Target="media/x8949.wmf"/><Relationship Id="rId2420" Type="http://schemas.openxmlformats.org/officeDocument/2006/relationships/image" Target="media/x8950.wmf"/><Relationship Id="rId2421" Type="http://schemas.openxmlformats.org/officeDocument/2006/relationships/image" Target="media/x8951.wmf"/><Relationship Id="rId2422" Type="http://schemas.openxmlformats.org/officeDocument/2006/relationships/image" Target="media/x8952.wmf"/><Relationship Id="rId2423" Type="http://schemas.openxmlformats.org/officeDocument/2006/relationships/image" Target="media/x8953.wmf"/><Relationship Id="rId2424" Type="http://schemas.openxmlformats.org/officeDocument/2006/relationships/image" Target="media/x8954.wmf"/><Relationship Id="rId2425" Type="http://schemas.openxmlformats.org/officeDocument/2006/relationships/image" Target="media/x8955.wmf"/><Relationship Id="rId2426" Type="http://schemas.openxmlformats.org/officeDocument/2006/relationships/image" Target="media/x8956.wmf"/><Relationship Id="rId2427" Type="http://schemas.openxmlformats.org/officeDocument/2006/relationships/image" Target="media/x8957.wmf"/><Relationship Id="rId2428" Type="http://schemas.openxmlformats.org/officeDocument/2006/relationships/image" Target="media/x8958.wmf"/><Relationship Id="rId2429" Type="http://schemas.openxmlformats.org/officeDocument/2006/relationships/image" Target="media/x8959.wmf"/><Relationship Id="rId2430" Type="http://schemas.openxmlformats.org/officeDocument/2006/relationships/image" Target="media/x8960.wmf"/><Relationship Id="rId2431" Type="http://schemas.openxmlformats.org/officeDocument/2006/relationships/image" Target="media/x8961.wmf"/><Relationship Id="rId2432" Type="http://schemas.openxmlformats.org/officeDocument/2006/relationships/image" Target="media/x8962.wmf"/><Relationship Id="rId2433" Type="http://schemas.openxmlformats.org/officeDocument/2006/relationships/image" Target="media/x8963.png"/><Relationship Id="rId2434" Type="http://schemas.openxmlformats.org/officeDocument/2006/relationships/image" Target="media/x8964.wmf"/><Relationship Id="rId2435" Type="http://schemas.openxmlformats.org/officeDocument/2006/relationships/image" Target="media/x8965.wmf"/><Relationship Id="rId2436" Type="http://schemas.openxmlformats.org/officeDocument/2006/relationships/image" Target="media/x8966.wmf"/><Relationship Id="rId2437" Type="http://schemas.openxmlformats.org/officeDocument/2006/relationships/image" Target="media/x8967.wmf"/><Relationship Id="rId2438" Type="http://schemas.openxmlformats.org/officeDocument/2006/relationships/image" Target="media/x8968.wmf"/><Relationship Id="rId2439" Type="http://schemas.openxmlformats.org/officeDocument/2006/relationships/image" Target="media/x8969.wmf"/><Relationship Id="rId2440" Type="http://schemas.openxmlformats.org/officeDocument/2006/relationships/image" Target="media/x8970.wmf"/><Relationship Id="rId2441" Type="http://schemas.openxmlformats.org/officeDocument/2006/relationships/image" Target="media/x8971.wmf"/><Relationship Id="rId2442" Type="http://schemas.openxmlformats.org/officeDocument/2006/relationships/image" Target="media/x8972.wmf"/><Relationship Id="rId2443" Type="http://schemas.openxmlformats.org/officeDocument/2006/relationships/image" Target="media/x8973.wmf"/><Relationship Id="rId2444" Type="http://schemas.openxmlformats.org/officeDocument/2006/relationships/image" Target="media/x8974.wmf"/><Relationship Id="rId2445" Type="http://schemas.openxmlformats.org/officeDocument/2006/relationships/image" Target="media/x8975.wmf"/><Relationship Id="rId2446" Type="http://schemas.openxmlformats.org/officeDocument/2006/relationships/image" Target="media/x8976.wmf"/><Relationship Id="rId2447" Type="http://schemas.openxmlformats.org/officeDocument/2006/relationships/image" Target="media/x8977.wmf"/><Relationship Id="rId2448" Type="http://schemas.openxmlformats.org/officeDocument/2006/relationships/image" Target="media/x8978.wmf"/><Relationship Id="rId2449" Type="http://schemas.openxmlformats.org/officeDocument/2006/relationships/image" Target="media/x8979.wmf"/><Relationship Id="rId2450" Type="http://schemas.openxmlformats.org/officeDocument/2006/relationships/image" Target="media/x8980.wmf"/><Relationship Id="rId2451" Type="http://schemas.openxmlformats.org/officeDocument/2006/relationships/image" Target="media/x8981.wmf"/><Relationship Id="rId2452" Type="http://schemas.openxmlformats.org/officeDocument/2006/relationships/image" Target="media/x8982.wmf"/><Relationship Id="rId2453" Type="http://schemas.openxmlformats.org/officeDocument/2006/relationships/image" Target="media/x8983.png"/><Relationship Id="rId2454" Type="http://schemas.openxmlformats.org/officeDocument/2006/relationships/image" Target="media/x8984.wmf"/><Relationship Id="rId2455" Type="http://schemas.openxmlformats.org/officeDocument/2006/relationships/image" Target="media/x8985.wmf"/><Relationship Id="rId2456" Type="http://schemas.openxmlformats.org/officeDocument/2006/relationships/image" Target="media/x8986.png"/><Relationship Id="rId2457" Type="http://schemas.openxmlformats.org/officeDocument/2006/relationships/image" Target="media/x8987.wmf"/><Relationship Id="rId2458" Type="http://schemas.openxmlformats.org/officeDocument/2006/relationships/image" Target="media/x8988.wmf"/><Relationship Id="rId2459" Type="http://schemas.openxmlformats.org/officeDocument/2006/relationships/image" Target="media/x8989.wmf"/><Relationship Id="rId2460" Type="http://schemas.openxmlformats.org/officeDocument/2006/relationships/image" Target="media/x8990.wmf"/><Relationship Id="rId2461" Type="http://schemas.openxmlformats.org/officeDocument/2006/relationships/image" Target="media/x8991.wmf"/><Relationship Id="rId2462" Type="http://schemas.openxmlformats.org/officeDocument/2006/relationships/image" Target="media/x8992.wmf"/><Relationship Id="rId2463" Type="http://schemas.openxmlformats.org/officeDocument/2006/relationships/image" Target="media/x8993.wmf"/><Relationship Id="rId2464" Type="http://schemas.openxmlformats.org/officeDocument/2006/relationships/image" Target="media/x8994.wmf"/><Relationship Id="rId2465" Type="http://schemas.openxmlformats.org/officeDocument/2006/relationships/image" Target="media/x8995.png"/><Relationship Id="rId2466" Type="http://schemas.openxmlformats.org/officeDocument/2006/relationships/image" Target="media/x8996.wmf"/><Relationship Id="rId2467" Type="http://schemas.openxmlformats.org/officeDocument/2006/relationships/image" Target="media/x8997.wmf"/><Relationship Id="rId2468" Type="http://schemas.openxmlformats.org/officeDocument/2006/relationships/image" Target="media/x8998.wmf"/><Relationship Id="rId2469" Type="http://schemas.openxmlformats.org/officeDocument/2006/relationships/image" Target="media/x8999.wmf"/><Relationship Id="rId2470" Type="http://schemas.openxmlformats.org/officeDocument/2006/relationships/image" Target="media/x9000.wmf"/><Relationship Id="rId2471" Type="http://schemas.openxmlformats.org/officeDocument/2006/relationships/image" Target="media/x9001.wmf"/><Relationship Id="rId2472" Type="http://schemas.openxmlformats.org/officeDocument/2006/relationships/image" Target="media/x9002.wmf"/><Relationship Id="rId2473" Type="http://schemas.openxmlformats.org/officeDocument/2006/relationships/image" Target="media/x9003.wmf"/><Relationship Id="rId2474" Type="http://schemas.openxmlformats.org/officeDocument/2006/relationships/image" Target="media/x9004.png"/><Relationship Id="rId2475" Type="http://schemas.openxmlformats.org/officeDocument/2006/relationships/image" Target="media/x9005.wmf"/><Relationship Id="rId2476" Type="http://schemas.openxmlformats.org/officeDocument/2006/relationships/image" Target="media/x9006.wmf"/><Relationship Id="rId2477" Type="http://schemas.openxmlformats.org/officeDocument/2006/relationships/image" Target="media/x9007.wmf"/><Relationship Id="rId2478" Type="http://schemas.openxmlformats.org/officeDocument/2006/relationships/image" Target="media/x9008.wmf"/><Relationship Id="rId2479" Type="http://schemas.openxmlformats.org/officeDocument/2006/relationships/image" Target="media/x9009.wmf"/><Relationship Id="rId2480" Type="http://schemas.openxmlformats.org/officeDocument/2006/relationships/image" Target="media/x9010.wmf"/><Relationship Id="rId2481" Type="http://schemas.openxmlformats.org/officeDocument/2006/relationships/image" Target="media/x9011.wmf"/><Relationship Id="rId2482" Type="http://schemas.openxmlformats.org/officeDocument/2006/relationships/image" Target="media/x9012.wmf"/><Relationship Id="rId2483" Type="http://schemas.openxmlformats.org/officeDocument/2006/relationships/image" Target="media/x9013.wmf"/><Relationship Id="rId2484" Type="http://schemas.openxmlformats.org/officeDocument/2006/relationships/image" Target="media/x9014.wmf"/><Relationship Id="rId2485" Type="http://schemas.openxmlformats.org/officeDocument/2006/relationships/image" Target="media/x9015.wmf"/><Relationship Id="rId2486" Type="http://schemas.openxmlformats.org/officeDocument/2006/relationships/image" Target="media/x9016.png"/><Relationship Id="rId2487" Type="http://schemas.openxmlformats.org/officeDocument/2006/relationships/image" Target="media/x9017.wmf"/><Relationship Id="rId2488" Type="http://schemas.openxmlformats.org/officeDocument/2006/relationships/image" Target="media/x9018.wmf"/><Relationship Id="rId2489" Type="http://schemas.openxmlformats.org/officeDocument/2006/relationships/image" Target="media/x9019.wmf"/><Relationship Id="rId2490" Type="http://schemas.openxmlformats.org/officeDocument/2006/relationships/image" Target="media/x9020.wmf"/><Relationship Id="rId2491" Type="http://schemas.openxmlformats.org/officeDocument/2006/relationships/image" Target="media/x9021.wmf"/><Relationship Id="rId2492" Type="http://schemas.openxmlformats.org/officeDocument/2006/relationships/image" Target="media/x9022.wmf"/><Relationship Id="rId2493" Type="http://schemas.openxmlformats.org/officeDocument/2006/relationships/image" Target="media/x9023.wmf"/><Relationship Id="rId2494" Type="http://schemas.openxmlformats.org/officeDocument/2006/relationships/image" Target="media/x9024.wmf"/><Relationship Id="rId2495" Type="http://schemas.openxmlformats.org/officeDocument/2006/relationships/image" Target="media/x9025.wmf"/><Relationship Id="rId2496" Type="http://schemas.openxmlformats.org/officeDocument/2006/relationships/image" Target="media/x9026.wmf"/><Relationship Id="rId2497" Type="http://schemas.openxmlformats.org/officeDocument/2006/relationships/image" Target="media/x9027.wmf"/><Relationship Id="rId2498" Type="http://schemas.openxmlformats.org/officeDocument/2006/relationships/image" Target="media/x9028.wmf"/><Relationship Id="rId2499" Type="http://schemas.openxmlformats.org/officeDocument/2006/relationships/image" Target="media/x9029.wmf"/><Relationship Id="rId2500" Type="http://schemas.openxmlformats.org/officeDocument/2006/relationships/image" Target="media/x9030.wmf"/><Relationship Id="rId2501" Type="http://schemas.openxmlformats.org/officeDocument/2006/relationships/image" Target="media/x9031.wmf"/><Relationship Id="rId2502" Type="http://schemas.openxmlformats.org/officeDocument/2006/relationships/image" Target="media/x9032.wmf"/><Relationship Id="rId2503" Type="http://schemas.openxmlformats.org/officeDocument/2006/relationships/image" Target="media/x9033.wmf"/><Relationship Id="rId2504" Type="http://schemas.openxmlformats.org/officeDocument/2006/relationships/image" Target="media/x9034.wmf"/><Relationship Id="rId2505" Type="http://schemas.openxmlformats.org/officeDocument/2006/relationships/image" Target="media/x9035.wmf"/><Relationship Id="rId2506" Type="http://schemas.openxmlformats.org/officeDocument/2006/relationships/image" Target="media/x9036.wmf"/><Relationship Id="rId2507" Type="http://schemas.openxmlformats.org/officeDocument/2006/relationships/image" Target="media/x9037.wmf"/><Relationship Id="rId2508" Type="http://schemas.openxmlformats.org/officeDocument/2006/relationships/image" Target="media/x9038.wmf"/><Relationship Id="rId2509" Type="http://schemas.openxmlformats.org/officeDocument/2006/relationships/image" Target="media/x9039.wmf"/><Relationship Id="rId2510" Type="http://schemas.openxmlformats.org/officeDocument/2006/relationships/image" Target="media/x9040.wmf"/><Relationship Id="rId2511" Type="http://schemas.openxmlformats.org/officeDocument/2006/relationships/image" Target="media/x9041.wmf"/><Relationship Id="rId2512" Type="http://schemas.openxmlformats.org/officeDocument/2006/relationships/image" Target="media/x9042.wmf"/><Relationship Id="rId2513" Type="http://schemas.openxmlformats.org/officeDocument/2006/relationships/image" Target="media/x9043.wmf"/><Relationship Id="rId2514" Type="http://schemas.openxmlformats.org/officeDocument/2006/relationships/image" Target="media/x9044.wmf"/><Relationship Id="rId2515" Type="http://schemas.openxmlformats.org/officeDocument/2006/relationships/image" Target="media/x9045.wmf"/><Relationship Id="rId2516" Type="http://schemas.openxmlformats.org/officeDocument/2006/relationships/image" Target="media/x9046.wmf"/><Relationship Id="rId2517" Type="http://schemas.openxmlformats.org/officeDocument/2006/relationships/image" Target="media/x9047.wmf"/><Relationship Id="rId2518" Type="http://schemas.openxmlformats.org/officeDocument/2006/relationships/image" Target="media/x9048.wmf"/><Relationship Id="rId2519" Type="http://schemas.openxmlformats.org/officeDocument/2006/relationships/image" Target="media/x9049.wmf"/><Relationship Id="rId2520" Type="http://schemas.openxmlformats.org/officeDocument/2006/relationships/image" Target="media/x9050.wmf"/><Relationship Id="rId2521" Type="http://schemas.openxmlformats.org/officeDocument/2006/relationships/image" Target="media/x9051.wmf"/><Relationship Id="rId2522" Type="http://schemas.openxmlformats.org/officeDocument/2006/relationships/image" Target="media/x9052.wmf"/><Relationship Id="rId2523" Type="http://schemas.openxmlformats.org/officeDocument/2006/relationships/image" Target="media/x9053.wmf"/><Relationship Id="rId2524" Type="http://schemas.openxmlformats.org/officeDocument/2006/relationships/image" Target="media/x9054.wmf"/><Relationship Id="rId2525" Type="http://schemas.openxmlformats.org/officeDocument/2006/relationships/image" Target="media/x9055.wmf"/><Relationship Id="rId2526" Type="http://schemas.openxmlformats.org/officeDocument/2006/relationships/image" Target="media/x9056.wmf"/><Relationship Id="rId2527" Type="http://schemas.openxmlformats.org/officeDocument/2006/relationships/image" Target="media/x9057.wmf"/><Relationship Id="rId2528" Type="http://schemas.openxmlformats.org/officeDocument/2006/relationships/image" Target="media/x9058.wmf"/><Relationship Id="rId2529" Type="http://schemas.openxmlformats.org/officeDocument/2006/relationships/image" Target="media/x9059.wmf"/><Relationship Id="rId2530" Type="http://schemas.openxmlformats.org/officeDocument/2006/relationships/image" Target="media/x9060.wmf"/><Relationship Id="rId2531" Type="http://schemas.openxmlformats.org/officeDocument/2006/relationships/image" Target="media/x9061.wmf"/><Relationship Id="rId2532" Type="http://schemas.openxmlformats.org/officeDocument/2006/relationships/image" Target="media/x9062.wmf"/><Relationship Id="rId2533" Type="http://schemas.openxmlformats.org/officeDocument/2006/relationships/image" Target="media/x9063.wmf"/><Relationship Id="rId2534" Type="http://schemas.openxmlformats.org/officeDocument/2006/relationships/image" Target="media/x9064.wmf"/><Relationship Id="rId2535" Type="http://schemas.openxmlformats.org/officeDocument/2006/relationships/image" Target="media/x9065.wmf"/><Relationship Id="rId2536" Type="http://schemas.openxmlformats.org/officeDocument/2006/relationships/image" Target="media/x9066.wmf"/><Relationship Id="rId2537" Type="http://schemas.openxmlformats.org/officeDocument/2006/relationships/image" Target="media/x9067.wmf"/><Relationship Id="rId2538" Type="http://schemas.openxmlformats.org/officeDocument/2006/relationships/image" Target="media/x9068.wmf"/><Relationship Id="rId2539" Type="http://schemas.openxmlformats.org/officeDocument/2006/relationships/image" Target="media/x9069.wmf"/><Relationship Id="rId2540" Type="http://schemas.openxmlformats.org/officeDocument/2006/relationships/image" Target="media/x9070.wmf"/><Relationship Id="rId2541" Type="http://schemas.openxmlformats.org/officeDocument/2006/relationships/image" Target="media/x9071.png"/><Relationship Id="rId2542" Type="http://schemas.openxmlformats.org/officeDocument/2006/relationships/image" Target="media/x9072.png"/><Relationship Id="rId2543" Type="http://schemas.openxmlformats.org/officeDocument/2006/relationships/image" Target="media/x9073.png"/><Relationship Id="rId2544" Type="http://schemas.openxmlformats.org/officeDocument/2006/relationships/image" Target="media/x9074.png"/><Relationship Id="rId2545" Type="http://schemas.openxmlformats.org/officeDocument/2006/relationships/image" Target="media/x9075.wmf"/><Relationship Id="rId2546" Type="http://schemas.openxmlformats.org/officeDocument/2006/relationships/image" Target="media/x9076.png"/><Relationship Id="rId2547" Type="http://schemas.openxmlformats.org/officeDocument/2006/relationships/image" Target="media/x9077.wmf"/><Relationship Id="rId2548" Type="http://schemas.openxmlformats.org/officeDocument/2006/relationships/image" Target="media/x9078.png"/><Relationship Id="rId2549" Type="http://schemas.openxmlformats.org/officeDocument/2006/relationships/image" Target="media/x9079.png"/><Relationship Id="rId2550" Type="http://schemas.openxmlformats.org/officeDocument/2006/relationships/image" Target="media/x9080.wmf"/><Relationship Id="rId2551" Type="http://schemas.openxmlformats.org/officeDocument/2006/relationships/image" Target="media/x9081.wmf"/><Relationship Id="rId2552" Type="http://schemas.openxmlformats.org/officeDocument/2006/relationships/image" Target="media/x9082.wmf"/><Relationship Id="rId2553" Type="http://schemas.openxmlformats.org/officeDocument/2006/relationships/image" Target="media/x9083.wmf"/><Relationship Id="rId2554" Type="http://schemas.openxmlformats.org/officeDocument/2006/relationships/image" Target="media/x9084.wmf"/><Relationship Id="rId2555" Type="http://schemas.openxmlformats.org/officeDocument/2006/relationships/image" Target="media/x9085.wmf"/><Relationship Id="rId2556" Type="http://schemas.openxmlformats.org/officeDocument/2006/relationships/image" Target="media/x9086.wmf"/><Relationship Id="rId2557" Type="http://schemas.openxmlformats.org/officeDocument/2006/relationships/image" Target="media/x9087.wmf"/><Relationship Id="rId2558" Type="http://schemas.openxmlformats.org/officeDocument/2006/relationships/image" Target="media/x9088.wmf"/><Relationship Id="rId2559" Type="http://schemas.openxmlformats.org/officeDocument/2006/relationships/image" Target="media/x9089.wmf"/><Relationship Id="rId2560" Type="http://schemas.openxmlformats.org/officeDocument/2006/relationships/image" Target="media/x9090.wmf"/><Relationship Id="rId2561" Type="http://schemas.openxmlformats.org/officeDocument/2006/relationships/image" Target="media/x9091.wmf"/><Relationship Id="rId2562" Type="http://schemas.openxmlformats.org/officeDocument/2006/relationships/image" Target="media/x9092.wmf"/><Relationship Id="rId2563" Type="http://schemas.openxmlformats.org/officeDocument/2006/relationships/image" Target="media/x9093.wmf"/><Relationship Id="rId2564" Type="http://schemas.openxmlformats.org/officeDocument/2006/relationships/image" Target="media/x9094.wmf"/><Relationship Id="rId2565" Type="http://schemas.openxmlformats.org/officeDocument/2006/relationships/image" Target="media/x9095.wmf"/><Relationship Id="rId2566" Type="http://schemas.openxmlformats.org/officeDocument/2006/relationships/image" Target="media/x9096.wmf"/><Relationship Id="rId2567" Type="http://schemas.openxmlformats.org/officeDocument/2006/relationships/image" Target="media/x9097.wmf"/><Relationship Id="rId2568" Type="http://schemas.openxmlformats.org/officeDocument/2006/relationships/image" Target="media/x9098.wmf"/><Relationship Id="rId2569" Type="http://schemas.openxmlformats.org/officeDocument/2006/relationships/image" Target="media/x9099.wmf"/><Relationship Id="rId2570" Type="http://schemas.openxmlformats.org/officeDocument/2006/relationships/image" Target="media/x9100.wmf"/><Relationship Id="rId2571" Type="http://schemas.openxmlformats.org/officeDocument/2006/relationships/image" Target="media/x9101.wmf"/><Relationship Id="rId2572" Type="http://schemas.openxmlformats.org/officeDocument/2006/relationships/image" Target="media/x9102.wmf"/><Relationship Id="rId2573" Type="http://schemas.openxmlformats.org/officeDocument/2006/relationships/image" Target="media/x9103.wmf"/><Relationship Id="rId2574" Type="http://schemas.openxmlformats.org/officeDocument/2006/relationships/image" Target="media/x9104.wmf"/><Relationship Id="rId2575" Type="http://schemas.openxmlformats.org/officeDocument/2006/relationships/image" Target="media/x9105.wmf"/><Relationship Id="rId2576" Type="http://schemas.openxmlformats.org/officeDocument/2006/relationships/image" Target="media/x9106.wmf"/><Relationship Id="rId2577" Type="http://schemas.openxmlformats.org/officeDocument/2006/relationships/image" Target="media/x9107.wmf"/><Relationship Id="rId2578" Type="http://schemas.openxmlformats.org/officeDocument/2006/relationships/image" Target="media/x9108.wmf"/><Relationship Id="rId2579" Type="http://schemas.openxmlformats.org/officeDocument/2006/relationships/image" Target="media/x9109.wmf"/><Relationship Id="rId2580" Type="http://schemas.openxmlformats.org/officeDocument/2006/relationships/image" Target="media/x9110.wmf"/><Relationship Id="rId2581" Type="http://schemas.openxmlformats.org/officeDocument/2006/relationships/image" Target="media/x9111.wmf"/><Relationship Id="rId2582" Type="http://schemas.openxmlformats.org/officeDocument/2006/relationships/image" Target="media/x9112.wmf"/><Relationship Id="rId2583" Type="http://schemas.openxmlformats.org/officeDocument/2006/relationships/image" Target="media/x9113.wmf"/><Relationship Id="rId2584" Type="http://schemas.openxmlformats.org/officeDocument/2006/relationships/image" Target="media/x9114.wmf"/><Relationship Id="rId2585" Type="http://schemas.openxmlformats.org/officeDocument/2006/relationships/image" Target="media/x9115.wmf"/><Relationship Id="rId2586" Type="http://schemas.openxmlformats.org/officeDocument/2006/relationships/image" Target="media/x9116.wmf"/><Relationship Id="rId2587" Type="http://schemas.openxmlformats.org/officeDocument/2006/relationships/image" Target="media/x9117.wmf"/><Relationship Id="rId2588" Type="http://schemas.openxmlformats.org/officeDocument/2006/relationships/image" Target="media/x9118.wmf"/><Relationship Id="rId2589" Type="http://schemas.openxmlformats.org/officeDocument/2006/relationships/image" Target="media/x9119.wmf"/><Relationship Id="rId2590" Type="http://schemas.openxmlformats.org/officeDocument/2006/relationships/image" Target="media/x9120.wmf"/><Relationship Id="rId2591" Type="http://schemas.openxmlformats.org/officeDocument/2006/relationships/image" Target="media/x9121.wmf"/><Relationship Id="rId2592" Type="http://schemas.openxmlformats.org/officeDocument/2006/relationships/image" Target="media/x9122.wmf"/><Relationship Id="rId2593" Type="http://schemas.openxmlformats.org/officeDocument/2006/relationships/image" Target="media/x9123.wmf"/><Relationship Id="rId2594" Type="http://schemas.openxmlformats.org/officeDocument/2006/relationships/image" Target="media/x9124.wmf"/><Relationship Id="rId2595" Type="http://schemas.openxmlformats.org/officeDocument/2006/relationships/image" Target="media/x9125.wmf"/><Relationship Id="rId2596" Type="http://schemas.openxmlformats.org/officeDocument/2006/relationships/image" Target="media/x9126.wmf"/><Relationship Id="rId2597" Type="http://schemas.openxmlformats.org/officeDocument/2006/relationships/image" Target="media/x9127.wmf"/><Relationship Id="rId2598" Type="http://schemas.openxmlformats.org/officeDocument/2006/relationships/image" Target="media/x9128.wmf"/><Relationship Id="rId2599" Type="http://schemas.openxmlformats.org/officeDocument/2006/relationships/image" Target="media/x9129.wmf"/><Relationship Id="rId2600" Type="http://schemas.openxmlformats.org/officeDocument/2006/relationships/image" Target="media/x9130.wmf"/><Relationship Id="rId2601" Type="http://schemas.openxmlformats.org/officeDocument/2006/relationships/image" Target="media/x9131.wmf"/><Relationship Id="rId2602" Type="http://schemas.openxmlformats.org/officeDocument/2006/relationships/image" Target="media/x9132.wmf"/><Relationship Id="rId2603" Type="http://schemas.openxmlformats.org/officeDocument/2006/relationships/image" Target="media/x9133.wmf"/><Relationship Id="rId2604" Type="http://schemas.openxmlformats.org/officeDocument/2006/relationships/image" Target="media/x9134.wmf"/><Relationship Id="rId2605" Type="http://schemas.openxmlformats.org/officeDocument/2006/relationships/image" Target="media/x9135.wmf"/><Relationship Id="rId2606" Type="http://schemas.openxmlformats.org/officeDocument/2006/relationships/image" Target="media/x9136.png"/><Relationship Id="rId2607" Type="http://schemas.openxmlformats.org/officeDocument/2006/relationships/image" Target="media/x9137.wmf"/><Relationship Id="rId2608" Type="http://schemas.openxmlformats.org/officeDocument/2006/relationships/image" Target="media/x9138.wmf"/><Relationship Id="rId2609" Type="http://schemas.openxmlformats.org/officeDocument/2006/relationships/image" Target="media/x9139.wmf"/><Relationship Id="rId2610" Type="http://schemas.openxmlformats.org/officeDocument/2006/relationships/image" Target="media/x9140.wmf"/><Relationship Id="rId2611" Type="http://schemas.openxmlformats.org/officeDocument/2006/relationships/image" Target="media/x9141.wmf"/><Relationship Id="rId2612" Type="http://schemas.openxmlformats.org/officeDocument/2006/relationships/image" Target="media/x9142.wmf"/><Relationship Id="rId2613" Type="http://schemas.openxmlformats.org/officeDocument/2006/relationships/image" Target="media/x9143.wmf"/><Relationship Id="rId2614" Type="http://schemas.openxmlformats.org/officeDocument/2006/relationships/image" Target="media/x9144.wmf"/><Relationship Id="rId2615" Type="http://schemas.openxmlformats.org/officeDocument/2006/relationships/image" Target="media/x9145.wmf"/><Relationship Id="rId2616" Type="http://schemas.openxmlformats.org/officeDocument/2006/relationships/image" Target="media/x9146.wmf"/><Relationship Id="rId2617" Type="http://schemas.openxmlformats.org/officeDocument/2006/relationships/image" Target="media/x9147.wmf"/><Relationship Id="rId2618" Type="http://schemas.openxmlformats.org/officeDocument/2006/relationships/image" Target="media/x9148.wmf"/><Relationship Id="rId2619" Type="http://schemas.openxmlformats.org/officeDocument/2006/relationships/image" Target="media/x9149.wmf"/><Relationship Id="rId2620" Type="http://schemas.openxmlformats.org/officeDocument/2006/relationships/image" Target="media/x9150.wmf"/><Relationship Id="rId2621" Type="http://schemas.openxmlformats.org/officeDocument/2006/relationships/image" Target="media/x9151.wmf"/><Relationship Id="rId2622" Type="http://schemas.openxmlformats.org/officeDocument/2006/relationships/image" Target="media/x9152.wmf"/><Relationship Id="rId2623" Type="http://schemas.openxmlformats.org/officeDocument/2006/relationships/image" Target="media/x9153.wmf"/><Relationship Id="rId2624" Type="http://schemas.openxmlformats.org/officeDocument/2006/relationships/image" Target="media/x9154.wmf"/><Relationship Id="rId2625" Type="http://schemas.openxmlformats.org/officeDocument/2006/relationships/image" Target="media/x9155.wmf"/><Relationship Id="rId2626" Type="http://schemas.openxmlformats.org/officeDocument/2006/relationships/image" Target="media/x9156.wmf"/><Relationship Id="rId2627" Type="http://schemas.openxmlformats.org/officeDocument/2006/relationships/image" Target="media/x9157.wmf"/><Relationship Id="rId2628" Type="http://schemas.openxmlformats.org/officeDocument/2006/relationships/image" Target="media/x9158.wmf"/><Relationship Id="rId2629" Type="http://schemas.openxmlformats.org/officeDocument/2006/relationships/image" Target="media/x9159.wmf"/><Relationship Id="rId2630" Type="http://schemas.openxmlformats.org/officeDocument/2006/relationships/image" Target="media/x9160.wmf"/><Relationship Id="rId2631" Type="http://schemas.openxmlformats.org/officeDocument/2006/relationships/image" Target="media/x9161.wmf"/><Relationship Id="rId2632" Type="http://schemas.openxmlformats.org/officeDocument/2006/relationships/image" Target="media/x9162.wmf"/><Relationship Id="rId2633" Type="http://schemas.openxmlformats.org/officeDocument/2006/relationships/image" Target="media/x9163.wmf"/><Relationship Id="rId2634" Type="http://schemas.openxmlformats.org/officeDocument/2006/relationships/image" Target="media/x9164.wmf"/><Relationship Id="rId2635" Type="http://schemas.openxmlformats.org/officeDocument/2006/relationships/image" Target="media/x9165.wmf"/><Relationship Id="rId2636" Type="http://schemas.openxmlformats.org/officeDocument/2006/relationships/image" Target="media/x9166.wmf"/><Relationship Id="rId2637" Type="http://schemas.openxmlformats.org/officeDocument/2006/relationships/image" Target="media/x9167.wmf"/><Relationship Id="rId2638" Type="http://schemas.openxmlformats.org/officeDocument/2006/relationships/image" Target="media/x9168.png"/><Relationship Id="rId2639" Type="http://schemas.openxmlformats.org/officeDocument/2006/relationships/image" Target="media/x9169.wmf"/><Relationship Id="rId2640" Type="http://schemas.openxmlformats.org/officeDocument/2006/relationships/image" Target="media/x9170.wmf"/><Relationship Id="rId2641" Type="http://schemas.openxmlformats.org/officeDocument/2006/relationships/image" Target="media/x9171.wmf"/><Relationship Id="rId2642" Type="http://schemas.openxmlformats.org/officeDocument/2006/relationships/image" Target="media/x9172.wmf"/><Relationship Id="rId2643" Type="http://schemas.openxmlformats.org/officeDocument/2006/relationships/image" Target="media/x9173.wmf"/><Relationship Id="rId2644" Type="http://schemas.openxmlformats.org/officeDocument/2006/relationships/image" Target="media/x9174.wmf"/><Relationship Id="rId2645" Type="http://schemas.openxmlformats.org/officeDocument/2006/relationships/image" Target="media/x9175.wmf"/><Relationship Id="rId2646" Type="http://schemas.openxmlformats.org/officeDocument/2006/relationships/image" Target="media/x9176.wmf"/><Relationship Id="rId2647" Type="http://schemas.openxmlformats.org/officeDocument/2006/relationships/image" Target="media/x9177.wmf"/><Relationship Id="rId2648" Type="http://schemas.openxmlformats.org/officeDocument/2006/relationships/image" Target="media/x9178.wmf"/><Relationship Id="rId2649" Type="http://schemas.openxmlformats.org/officeDocument/2006/relationships/image" Target="media/x9179.wmf"/><Relationship Id="rId2650" Type="http://schemas.openxmlformats.org/officeDocument/2006/relationships/image" Target="media/x9180.wmf"/><Relationship Id="rId2651" Type="http://schemas.openxmlformats.org/officeDocument/2006/relationships/image" Target="media/x9181.wmf"/><Relationship Id="rId2652" Type="http://schemas.openxmlformats.org/officeDocument/2006/relationships/image" Target="media/x9182.wmf"/><Relationship Id="rId2653" Type="http://schemas.openxmlformats.org/officeDocument/2006/relationships/image" Target="media/x9183.wmf"/><Relationship Id="rId2654" Type="http://schemas.openxmlformats.org/officeDocument/2006/relationships/image" Target="media/x9184.wmf"/><Relationship Id="rId2655" Type="http://schemas.openxmlformats.org/officeDocument/2006/relationships/image" Target="media/x9185.wmf"/><Relationship Id="rId2656" Type="http://schemas.openxmlformats.org/officeDocument/2006/relationships/image" Target="media/x9186.wmf"/><Relationship Id="rId2657" Type="http://schemas.openxmlformats.org/officeDocument/2006/relationships/image" Target="media/x9187.wmf"/><Relationship Id="rId2658" Type="http://schemas.openxmlformats.org/officeDocument/2006/relationships/image" Target="media/x9188.wmf"/><Relationship Id="rId2659" Type="http://schemas.openxmlformats.org/officeDocument/2006/relationships/image" Target="media/x9189.wmf"/><Relationship Id="rId2660" Type="http://schemas.openxmlformats.org/officeDocument/2006/relationships/image" Target="media/x9190.wmf"/><Relationship Id="rId2661" Type="http://schemas.openxmlformats.org/officeDocument/2006/relationships/image" Target="media/x9191.wmf"/><Relationship Id="rId2662" Type="http://schemas.openxmlformats.org/officeDocument/2006/relationships/image" Target="media/x9192.wmf"/><Relationship Id="rId2663" Type="http://schemas.openxmlformats.org/officeDocument/2006/relationships/image" Target="media/x9193.wmf"/><Relationship Id="rId2664" Type="http://schemas.openxmlformats.org/officeDocument/2006/relationships/image" Target="media/x9194.wmf"/><Relationship Id="rId2665" Type="http://schemas.openxmlformats.org/officeDocument/2006/relationships/image" Target="media/x9195.wmf"/><Relationship Id="rId2666" Type="http://schemas.openxmlformats.org/officeDocument/2006/relationships/image" Target="media/x9196.wmf"/><Relationship Id="rId2667" Type="http://schemas.openxmlformats.org/officeDocument/2006/relationships/image" Target="media/x9197.wmf"/><Relationship Id="rId2668" Type="http://schemas.openxmlformats.org/officeDocument/2006/relationships/image" Target="media/x9198.png"/><Relationship Id="rId2669" Type="http://schemas.openxmlformats.org/officeDocument/2006/relationships/image" Target="media/x9199.wmf"/><Relationship Id="rId2670" Type="http://schemas.openxmlformats.org/officeDocument/2006/relationships/image" Target="media/x9200.wmf"/><Relationship Id="rId2671" Type="http://schemas.openxmlformats.org/officeDocument/2006/relationships/image" Target="media/x9201.wmf"/><Relationship Id="rId2672" Type="http://schemas.openxmlformats.org/officeDocument/2006/relationships/image" Target="media/x9202.wmf"/><Relationship Id="rId2673" Type="http://schemas.openxmlformats.org/officeDocument/2006/relationships/image" Target="media/x9203.wmf"/><Relationship Id="rId2674" Type="http://schemas.openxmlformats.org/officeDocument/2006/relationships/image" Target="media/x9204.wmf"/><Relationship Id="rId2675" Type="http://schemas.openxmlformats.org/officeDocument/2006/relationships/image" Target="media/x9205.wmf"/><Relationship Id="rId2676" Type="http://schemas.openxmlformats.org/officeDocument/2006/relationships/image" Target="media/x9206.wmf"/><Relationship Id="rId2677" Type="http://schemas.openxmlformats.org/officeDocument/2006/relationships/image" Target="media/x9207.wmf"/><Relationship Id="rId2678" Type="http://schemas.openxmlformats.org/officeDocument/2006/relationships/image" Target="media/x9208.wmf"/><Relationship Id="rId2679" Type="http://schemas.openxmlformats.org/officeDocument/2006/relationships/image" Target="media/x9209.wmf"/><Relationship Id="rId2680" Type="http://schemas.openxmlformats.org/officeDocument/2006/relationships/image" Target="media/x9210.wmf"/><Relationship Id="rId2681" Type="http://schemas.openxmlformats.org/officeDocument/2006/relationships/image" Target="media/x9211.wmf"/><Relationship Id="rId2682" Type="http://schemas.openxmlformats.org/officeDocument/2006/relationships/image" Target="media/x9212.wmf"/><Relationship Id="rId2683" Type="http://schemas.openxmlformats.org/officeDocument/2006/relationships/image" Target="media/x9213.wmf"/><Relationship Id="rId2684" Type="http://schemas.openxmlformats.org/officeDocument/2006/relationships/image" Target="media/x9214.wmf"/><Relationship Id="rId2685" Type="http://schemas.openxmlformats.org/officeDocument/2006/relationships/image" Target="media/x9215.wmf"/><Relationship Id="rId2686" Type="http://schemas.openxmlformats.org/officeDocument/2006/relationships/image" Target="media/x9216.wmf"/><Relationship Id="rId2687" Type="http://schemas.openxmlformats.org/officeDocument/2006/relationships/image" Target="media/x9217.wmf"/><Relationship Id="rId2688" Type="http://schemas.openxmlformats.org/officeDocument/2006/relationships/image" Target="media/x9218.wmf"/><Relationship Id="rId2689" Type="http://schemas.openxmlformats.org/officeDocument/2006/relationships/image" Target="media/x9219.wmf"/><Relationship Id="rId2690" Type="http://schemas.openxmlformats.org/officeDocument/2006/relationships/image" Target="media/x9220.wmf"/><Relationship Id="rId2691" Type="http://schemas.openxmlformats.org/officeDocument/2006/relationships/image" Target="media/x9221.wmf"/><Relationship Id="rId2692" Type="http://schemas.openxmlformats.org/officeDocument/2006/relationships/image" Target="media/x9222.wmf"/><Relationship Id="rId2693" Type="http://schemas.openxmlformats.org/officeDocument/2006/relationships/image" Target="media/x9223.wmf"/><Relationship Id="rId2694" Type="http://schemas.openxmlformats.org/officeDocument/2006/relationships/image" Target="media/x9224.wmf"/><Relationship Id="rId2695" Type="http://schemas.openxmlformats.org/officeDocument/2006/relationships/image" Target="media/x9225.wmf"/><Relationship Id="rId2696" Type="http://schemas.openxmlformats.org/officeDocument/2006/relationships/image" Target="media/x9226.wmf"/><Relationship Id="rId2697" Type="http://schemas.openxmlformats.org/officeDocument/2006/relationships/image" Target="media/x9227.wmf"/><Relationship Id="rId2698" Type="http://schemas.openxmlformats.org/officeDocument/2006/relationships/image" Target="media/x9228.wmf"/><Relationship Id="rId2699" Type="http://schemas.openxmlformats.org/officeDocument/2006/relationships/image" Target="media/x9229.wmf"/><Relationship Id="rId2700" Type="http://schemas.openxmlformats.org/officeDocument/2006/relationships/image" Target="media/x9230.wmf"/><Relationship Id="rId2701" Type="http://schemas.openxmlformats.org/officeDocument/2006/relationships/image" Target="media/x9231.wmf"/><Relationship Id="rId2702" Type="http://schemas.openxmlformats.org/officeDocument/2006/relationships/image" Target="media/x9232.wmf"/><Relationship Id="rId2703" Type="http://schemas.openxmlformats.org/officeDocument/2006/relationships/image" Target="media/x9233.wmf"/><Relationship Id="rId2704" Type="http://schemas.openxmlformats.org/officeDocument/2006/relationships/image" Target="media/x9234.wmf"/><Relationship Id="rId2705" Type="http://schemas.openxmlformats.org/officeDocument/2006/relationships/image" Target="media/x9235.wmf"/><Relationship Id="rId2706" Type="http://schemas.openxmlformats.org/officeDocument/2006/relationships/image" Target="media/x9236.wmf"/><Relationship Id="rId2707" Type="http://schemas.openxmlformats.org/officeDocument/2006/relationships/image" Target="media/x9237.png"/><Relationship Id="rId2708" Type="http://schemas.openxmlformats.org/officeDocument/2006/relationships/image" Target="media/x9238.wmf"/><Relationship Id="rId2709" Type="http://schemas.openxmlformats.org/officeDocument/2006/relationships/image" Target="media/x9239.wmf"/><Relationship Id="rId2710" Type="http://schemas.openxmlformats.org/officeDocument/2006/relationships/image" Target="media/x9240.wmf"/><Relationship Id="rId2711" Type="http://schemas.openxmlformats.org/officeDocument/2006/relationships/image" Target="media/x9241.wmf"/><Relationship Id="rId2712" Type="http://schemas.openxmlformats.org/officeDocument/2006/relationships/image" Target="media/x9242.wmf"/><Relationship Id="rId2713" Type="http://schemas.openxmlformats.org/officeDocument/2006/relationships/image" Target="media/x9243.wmf"/><Relationship Id="rId2714" Type="http://schemas.openxmlformats.org/officeDocument/2006/relationships/image" Target="media/x9244.png"/><Relationship Id="rId2715" Type="http://schemas.openxmlformats.org/officeDocument/2006/relationships/image" Target="media/x9245.wmf"/><Relationship Id="rId2716" Type="http://schemas.openxmlformats.org/officeDocument/2006/relationships/image" Target="media/x9246.wmf"/><Relationship Id="rId2717" Type="http://schemas.openxmlformats.org/officeDocument/2006/relationships/image" Target="media/x9247.wmf"/><Relationship Id="rId2718" Type="http://schemas.openxmlformats.org/officeDocument/2006/relationships/image" Target="media/x9248.wmf"/><Relationship Id="rId2719" Type="http://schemas.openxmlformats.org/officeDocument/2006/relationships/image" Target="media/x9249.wmf"/><Relationship Id="rId2720" Type="http://schemas.openxmlformats.org/officeDocument/2006/relationships/image" Target="media/x9250.wmf"/><Relationship Id="rId2721" Type="http://schemas.openxmlformats.org/officeDocument/2006/relationships/image" Target="media/x9251.wmf"/><Relationship Id="rId2722" Type="http://schemas.openxmlformats.org/officeDocument/2006/relationships/image" Target="media/x9252.wmf"/><Relationship Id="rId2723" Type="http://schemas.openxmlformats.org/officeDocument/2006/relationships/image" Target="media/x9253.wmf"/><Relationship Id="rId2724" Type="http://schemas.openxmlformats.org/officeDocument/2006/relationships/image" Target="media/x9254.wmf"/><Relationship Id="rId2725" Type="http://schemas.openxmlformats.org/officeDocument/2006/relationships/image" Target="media/x9255.png"/><Relationship Id="rId2726" Type="http://schemas.openxmlformats.org/officeDocument/2006/relationships/image" Target="media/x9256.wmf"/><Relationship Id="rId2727" Type="http://schemas.openxmlformats.org/officeDocument/2006/relationships/image" Target="media/x9257.wmf"/><Relationship Id="rId2728" Type="http://schemas.openxmlformats.org/officeDocument/2006/relationships/image" Target="media/x9258.wmf"/><Relationship Id="rId2729" Type="http://schemas.openxmlformats.org/officeDocument/2006/relationships/image" Target="media/x9259.wmf"/><Relationship Id="rId2730" Type="http://schemas.openxmlformats.org/officeDocument/2006/relationships/image" Target="media/x9260.wmf"/><Relationship Id="rId2731" Type="http://schemas.openxmlformats.org/officeDocument/2006/relationships/image" Target="media/x9261.wmf"/><Relationship Id="rId2732" Type="http://schemas.openxmlformats.org/officeDocument/2006/relationships/image" Target="media/x9262.wmf"/><Relationship Id="rId2733" Type="http://schemas.openxmlformats.org/officeDocument/2006/relationships/image" Target="media/x9263.wmf"/><Relationship Id="rId2734" Type="http://schemas.openxmlformats.org/officeDocument/2006/relationships/image" Target="media/x9264.wmf"/><Relationship Id="rId2735" Type="http://schemas.openxmlformats.org/officeDocument/2006/relationships/image" Target="media/x9265.png"/><Relationship Id="rId2736" Type="http://schemas.openxmlformats.org/officeDocument/2006/relationships/image" Target="media/x9266.png"/><Relationship Id="rId2737" Type="http://schemas.openxmlformats.org/officeDocument/2006/relationships/image" Target="media/x9267.wmf"/><Relationship Id="rId2738" Type="http://schemas.openxmlformats.org/officeDocument/2006/relationships/image" Target="media/x9268.wmf"/><Relationship Id="rId2739" Type="http://schemas.openxmlformats.org/officeDocument/2006/relationships/image" Target="media/x9269.wmf"/><Relationship Id="rId2740" Type="http://schemas.openxmlformats.org/officeDocument/2006/relationships/image" Target="media/x9270.wmf"/><Relationship Id="rId2741" Type="http://schemas.openxmlformats.org/officeDocument/2006/relationships/image" Target="media/x9271.wmf"/><Relationship Id="rId2742" Type="http://schemas.openxmlformats.org/officeDocument/2006/relationships/image" Target="media/x9272.wmf"/><Relationship Id="rId2743" Type="http://schemas.openxmlformats.org/officeDocument/2006/relationships/image" Target="media/x9273.wmf"/><Relationship Id="rId2744" Type="http://schemas.openxmlformats.org/officeDocument/2006/relationships/image" Target="media/x9274.wmf"/><Relationship Id="rId2745" Type="http://schemas.openxmlformats.org/officeDocument/2006/relationships/image" Target="media/x9275.wmf"/><Relationship Id="rId2746" Type="http://schemas.openxmlformats.org/officeDocument/2006/relationships/image" Target="media/x9276.wmf"/><Relationship Id="rId2747" Type="http://schemas.openxmlformats.org/officeDocument/2006/relationships/image" Target="media/x9277.png"/><Relationship Id="rId2748" Type="http://schemas.openxmlformats.org/officeDocument/2006/relationships/image" Target="media/x9278.wmf"/><Relationship Id="rId2749" Type="http://schemas.openxmlformats.org/officeDocument/2006/relationships/image" Target="media/x9279.wmf"/><Relationship Id="rId2750" Type="http://schemas.openxmlformats.org/officeDocument/2006/relationships/image" Target="media/x9280.wmf"/><Relationship Id="rId2751" Type="http://schemas.openxmlformats.org/officeDocument/2006/relationships/image" Target="media/x9281.wmf"/><Relationship Id="rId2752" Type="http://schemas.openxmlformats.org/officeDocument/2006/relationships/image" Target="media/x9282.png"/><Relationship Id="rId2753" Type="http://schemas.openxmlformats.org/officeDocument/2006/relationships/image" Target="media/x9283.wmf"/><Relationship Id="rId2754" Type="http://schemas.openxmlformats.org/officeDocument/2006/relationships/image" Target="media/x9284.wmf"/><Relationship Id="rId2755" Type="http://schemas.openxmlformats.org/officeDocument/2006/relationships/image" Target="media/x9285.wmf"/><Relationship Id="rId2756" Type="http://schemas.openxmlformats.org/officeDocument/2006/relationships/image" Target="media/x9286.wmf"/><Relationship Id="rId2757" Type="http://schemas.openxmlformats.org/officeDocument/2006/relationships/image" Target="media/x9287.wmf"/><Relationship Id="rId2758" Type="http://schemas.openxmlformats.org/officeDocument/2006/relationships/image" Target="media/x9288.wmf"/><Relationship Id="rId2759" Type="http://schemas.openxmlformats.org/officeDocument/2006/relationships/image" Target="media/x9289.wmf"/><Relationship Id="rId2760" Type="http://schemas.openxmlformats.org/officeDocument/2006/relationships/image" Target="media/x9290.wmf"/><Relationship Id="rId2761" Type="http://schemas.openxmlformats.org/officeDocument/2006/relationships/image" Target="media/x9291.wmf"/><Relationship Id="rId2762" Type="http://schemas.openxmlformats.org/officeDocument/2006/relationships/image" Target="media/x9292.wmf"/><Relationship Id="rId2763" Type="http://schemas.openxmlformats.org/officeDocument/2006/relationships/image" Target="media/x9293.wmf"/><Relationship Id="rId2764" Type="http://schemas.openxmlformats.org/officeDocument/2006/relationships/image" Target="media/x9294.wmf"/><Relationship Id="rId2765" Type="http://schemas.openxmlformats.org/officeDocument/2006/relationships/image" Target="media/x9295.wmf"/><Relationship Id="rId2766" Type="http://schemas.openxmlformats.org/officeDocument/2006/relationships/image" Target="media/x9296.wmf"/><Relationship Id="rId2767" Type="http://schemas.openxmlformats.org/officeDocument/2006/relationships/image" Target="media/x9297.wmf"/><Relationship Id="rId2768" Type="http://schemas.openxmlformats.org/officeDocument/2006/relationships/image" Target="media/x9298.wmf"/><Relationship Id="rId2769" Type="http://schemas.openxmlformats.org/officeDocument/2006/relationships/image" Target="media/x9299.wmf"/><Relationship Id="rId2770" Type="http://schemas.openxmlformats.org/officeDocument/2006/relationships/image" Target="media/x9300.wmf"/><Relationship Id="rId2771" Type="http://schemas.openxmlformats.org/officeDocument/2006/relationships/image" Target="media/x9301.wmf"/><Relationship Id="rId2772" Type="http://schemas.openxmlformats.org/officeDocument/2006/relationships/image" Target="media/x9302.wmf"/><Relationship Id="rId2773" Type="http://schemas.openxmlformats.org/officeDocument/2006/relationships/image" Target="media/x9303.wmf"/><Relationship Id="rId2774" Type="http://schemas.openxmlformats.org/officeDocument/2006/relationships/image" Target="media/x9304.wmf"/><Relationship Id="rId2775" Type="http://schemas.openxmlformats.org/officeDocument/2006/relationships/image" Target="media/x9305.wmf"/><Relationship Id="rId2776" Type="http://schemas.openxmlformats.org/officeDocument/2006/relationships/image" Target="media/x9306.wmf"/><Relationship Id="rId2777" Type="http://schemas.openxmlformats.org/officeDocument/2006/relationships/image" Target="media/x9307.wmf"/><Relationship Id="rId2778" Type="http://schemas.openxmlformats.org/officeDocument/2006/relationships/image" Target="media/x9308.wmf"/><Relationship Id="rId2779" Type="http://schemas.openxmlformats.org/officeDocument/2006/relationships/image" Target="media/x9309.wmf"/><Relationship Id="rId2780" Type="http://schemas.openxmlformats.org/officeDocument/2006/relationships/image" Target="media/x9310.wmf"/><Relationship Id="rId2781" Type="http://schemas.openxmlformats.org/officeDocument/2006/relationships/image" Target="media/x9311.wmf"/><Relationship Id="rId2782" Type="http://schemas.openxmlformats.org/officeDocument/2006/relationships/image" Target="media/x9312.wmf"/><Relationship Id="rId2783" Type="http://schemas.openxmlformats.org/officeDocument/2006/relationships/image" Target="media/x9313.wmf"/><Relationship Id="rId2784" Type="http://schemas.openxmlformats.org/officeDocument/2006/relationships/image" Target="media/x9314.wmf"/><Relationship Id="rId2785" Type="http://schemas.openxmlformats.org/officeDocument/2006/relationships/image" Target="media/x9315.wmf"/><Relationship Id="rId2786" Type="http://schemas.openxmlformats.org/officeDocument/2006/relationships/image" Target="media/x9316.wmf"/><Relationship Id="rId2787" Type="http://schemas.openxmlformats.org/officeDocument/2006/relationships/image" Target="media/x9317.wmf"/><Relationship Id="rId2788" Type="http://schemas.openxmlformats.org/officeDocument/2006/relationships/image" Target="media/x9318.wmf"/><Relationship Id="rId2789" Type="http://schemas.openxmlformats.org/officeDocument/2006/relationships/image" Target="media/x9319.wmf"/><Relationship Id="rId2790" Type="http://schemas.openxmlformats.org/officeDocument/2006/relationships/image" Target="media/x9320.wmf"/><Relationship Id="rId2791" Type="http://schemas.openxmlformats.org/officeDocument/2006/relationships/image" Target="media/x9321.wmf"/><Relationship Id="rId2792" Type="http://schemas.openxmlformats.org/officeDocument/2006/relationships/image" Target="media/x9322.wmf"/><Relationship Id="rId2793" Type="http://schemas.openxmlformats.org/officeDocument/2006/relationships/image" Target="media/x9323.wmf"/><Relationship Id="rId2794" Type="http://schemas.openxmlformats.org/officeDocument/2006/relationships/image" Target="media/x9324.wmf"/><Relationship Id="rId2795" Type="http://schemas.openxmlformats.org/officeDocument/2006/relationships/image" Target="media/x9325.wmf"/><Relationship Id="rId2796" Type="http://schemas.openxmlformats.org/officeDocument/2006/relationships/image" Target="media/x9326.wmf"/><Relationship Id="rId2797" Type="http://schemas.openxmlformats.org/officeDocument/2006/relationships/image" Target="media/x9327.wmf"/><Relationship Id="rId2798" Type="http://schemas.openxmlformats.org/officeDocument/2006/relationships/image" Target="media/x9328.wmf"/><Relationship Id="rId2799" Type="http://schemas.openxmlformats.org/officeDocument/2006/relationships/image" Target="media/x9329.wmf"/><Relationship Id="rId2800" Type="http://schemas.openxmlformats.org/officeDocument/2006/relationships/image" Target="media/x9330.wmf"/><Relationship Id="rId2801" Type="http://schemas.openxmlformats.org/officeDocument/2006/relationships/image" Target="media/x9331.wmf"/><Relationship Id="rId2802" Type="http://schemas.openxmlformats.org/officeDocument/2006/relationships/image" Target="media/x9332.wmf"/><Relationship Id="rId2803" Type="http://schemas.openxmlformats.org/officeDocument/2006/relationships/image" Target="media/x9333.wmf"/><Relationship Id="rId2804" Type="http://schemas.openxmlformats.org/officeDocument/2006/relationships/image" Target="media/x9334.wmf"/><Relationship Id="rId2805" Type="http://schemas.openxmlformats.org/officeDocument/2006/relationships/image" Target="media/x9335.wmf"/><Relationship Id="rId2806" Type="http://schemas.openxmlformats.org/officeDocument/2006/relationships/image" Target="media/x9336.wmf"/><Relationship Id="rId2807" Type="http://schemas.openxmlformats.org/officeDocument/2006/relationships/image" Target="media/x9337.wmf"/><Relationship Id="rId2808" Type="http://schemas.openxmlformats.org/officeDocument/2006/relationships/image" Target="media/x9338.wmf"/><Relationship Id="rId2809" Type="http://schemas.openxmlformats.org/officeDocument/2006/relationships/image" Target="media/x9339.wmf"/><Relationship Id="rId2810" Type="http://schemas.openxmlformats.org/officeDocument/2006/relationships/image" Target="media/x9340.wmf"/><Relationship Id="rId2811" Type="http://schemas.openxmlformats.org/officeDocument/2006/relationships/image" Target="media/x9341.wmf"/><Relationship Id="rId2812" Type="http://schemas.openxmlformats.org/officeDocument/2006/relationships/image" Target="media/x9342.wmf"/><Relationship Id="rId2813" Type="http://schemas.openxmlformats.org/officeDocument/2006/relationships/image" Target="media/x9343.wmf"/><Relationship Id="rId2814" Type="http://schemas.openxmlformats.org/officeDocument/2006/relationships/image" Target="media/x9344.wmf"/><Relationship Id="rId2815" Type="http://schemas.openxmlformats.org/officeDocument/2006/relationships/image" Target="media/x9345.wmf"/><Relationship Id="rId2816" Type="http://schemas.openxmlformats.org/officeDocument/2006/relationships/image" Target="media/x9346.wmf"/><Relationship Id="rId2817" Type="http://schemas.openxmlformats.org/officeDocument/2006/relationships/image" Target="media/x9347.wmf"/><Relationship Id="rId2818" Type="http://schemas.openxmlformats.org/officeDocument/2006/relationships/image" Target="media/x9348.wmf"/><Relationship Id="rId2819" Type="http://schemas.openxmlformats.org/officeDocument/2006/relationships/image" Target="media/x9349.wmf"/><Relationship Id="rId2820" Type="http://schemas.openxmlformats.org/officeDocument/2006/relationships/image" Target="media/x9350.wmf"/><Relationship Id="rId2821" Type="http://schemas.openxmlformats.org/officeDocument/2006/relationships/image" Target="media/x9351.wmf"/><Relationship Id="rId2822" Type="http://schemas.openxmlformats.org/officeDocument/2006/relationships/image" Target="media/x9352.wmf"/><Relationship Id="rId2823" Type="http://schemas.openxmlformats.org/officeDocument/2006/relationships/image" Target="media/x9353.wmf"/><Relationship Id="rId2824" Type="http://schemas.openxmlformats.org/officeDocument/2006/relationships/image" Target="media/x9354.wmf"/><Relationship Id="rId2825" Type="http://schemas.openxmlformats.org/officeDocument/2006/relationships/image" Target="media/x9355.wmf"/><Relationship Id="rId2826" Type="http://schemas.openxmlformats.org/officeDocument/2006/relationships/image" Target="media/x9356.wmf"/><Relationship Id="rId2827" Type="http://schemas.openxmlformats.org/officeDocument/2006/relationships/image" Target="media/x9357.wmf"/><Relationship Id="rId2828" Type="http://schemas.openxmlformats.org/officeDocument/2006/relationships/image" Target="media/x9358.wmf"/><Relationship Id="rId2829" Type="http://schemas.openxmlformats.org/officeDocument/2006/relationships/image" Target="media/x9359.wmf"/><Relationship Id="rId2830" Type="http://schemas.openxmlformats.org/officeDocument/2006/relationships/image" Target="media/x9360.wmf"/><Relationship Id="rId2831" Type="http://schemas.openxmlformats.org/officeDocument/2006/relationships/image" Target="media/x9361.wmf"/><Relationship Id="rId2832" Type="http://schemas.openxmlformats.org/officeDocument/2006/relationships/image" Target="media/x9362.wmf"/><Relationship Id="rId2833" Type="http://schemas.openxmlformats.org/officeDocument/2006/relationships/image" Target="media/x9363.wmf"/><Relationship Id="rId2834" Type="http://schemas.openxmlformats.org/officeDocument/2006/relationships/image" Target="media/x9364.wmf"/><Relationship Id="rId2835" Type="http://schemas.openxmlformats.org/officeDocument/2006/relationships/image" Target="media/x9365.wmf"/><Relationship Id="rId2836" Type="http://schemas.openxmlformats.org/officeDocument/2006/relationships/image" Target="media/x9366.wmf"/><Relationship Id="rId2837" Type="http://schemas.openxmlformats.org/officeDocument/2006/relationships/image" Target="media/x9367.wmf"/><Relationship Id="rId2838" Type="http://schemas.openxmlformats.org/officeDocument/2006/relationships/image" Target="media/x9368.wmf"/><Relationship Id="rId2839" Type="http://schemas.openxmlformats.org/officeDocument/2006/relationships/image" Target="media/x9369.wmf"/><Relationship Id="rId2840" Type="http://schemas.openxmlformats.org/officeDocument/2006/relationships/image" Target="media/x9370.wmf"/><Relationship Id="rId2841" Type="http://schemas.openxmlformats.org/officeDocument/2006/relationships/image" Target="media/x9371.wmf"/><Relationship Id="rId2842" Type="http://schemas.openxmlformats.org/officeDocument/2006/relationships/image" Target="media/x9372.wmf"/><Relationship Id="rId2843" Type="http://schemas.openxmlformats.org/officeDocument/2006/relationships/image" Target="media/x9373.wmf"/><Relationship Id="rId2844" Type="http://schemas.openxmlformats.org/officeDocument/2006/relationships/image" Target="media/x9374.wmf"/><Relationship Id="rId2845" Type="http://schemas.openxmlformats.org/officeDocument/2006/relationships/image" Target="media/x9375.wmf"/><Relationship Id="rId2846" Type="http://schemas.openxmlformats.org/officeDocument/2006/relationships/image" Target="media/x9376.wmf"/><Relationship Id="rId2847" Type="http://schemas.openxmlformats.org/officeDocument/2006/relationships/image" Target="media/x9377.wmf"/><Relationship Id="rId2848" Type="http://schemas.openxmlformats.org/officeDocument/2006/relationships/image" Target="media/x9378.wmf"/><Relationship Id="rId2849" Type="http://schemas.openxmlformats.org/officeDocument/2006/relationships/image" Target="media/x9379.wmf"/><Relationship Id="rId2850" Type="http://schemas.openxmlformats.org/officeDocument/2006/relationships/image" Target="media/x9380.wmf"/><Relationship Id="rId2851" Type="http://schemas.openxmlformats.org/officeDocument/2006/relationships/image" Target="media/x9381.wmf"/><Relationship Id="rId2852" Type="http://schemas.openxmlformats.org/officeDocument/2006/relationships/image" Target="media/x9382.wmf"/><Relationship Id="rId2853" Type="http://schemas.openxmlformats.org/officeDocument/2006/relationships/image" Target="media/x9383.wmf"/><Relationship Id="rId2854" Type="http://schemas.openxmlformats.org/officeDocument/2006/relationships/image" Target="media/x9384.wmf"/><Relationship Id="rId2855" Type="http://schemas.openxmlformats.org/officeDocument/2006/relationships/image" Target="media/x9385.wmf"/><Relationship Id="rId2856" Type="http://schemas.openxmlformats.org/officeDocument/2006/relationships/image" Target="media/x9386.wmf"/><Relationship Id="rId2857" Type="http://schemas.openxmlformats.org/officeDocument/2006/relationships/image" Target="media/x9387.wmf"/><Relationship Id="rId2858" Type="http://schemas.openxmlformats.org/officeDocument/2006/relationships/image" Target="media/x9388.wmf"/><Relationship Id="rId2859" Type="http://schemas.openxmlformats.org/officeDocument/2006/relationships/image" Target="media/x9389.wmf"/><Relationship Id="rId2860" Type="http://schemas.openxmlformats.org/officeDocument/2006/relationships/image" Target="media/x9390.wmf"/><Relationship Id="rId2861" Type="http://schemas.openxmlformats.org/officeDocument/2006/relationships/image" Target="media/x9391.wmf"/><Relationship Id="rId2862" Type="http://schemas.openxmlformats.org/officeDocument/2006/relationships/image" Target="media/x9392.wmf"/><Relationship Id="rId2863" Type="http://schemas.openxmlformats.org/officeDocument/2006/relationships/image" Target="media/x9393.wmf"/><Relationship Id="rId2864" Type="http://schemas.openxmlformats.org/officeDocument/2006/relationships/image" Target="media/x9394.wmf"/><Relationship Id="rId2865" Type="http://schemas.openxmlformats.org/officeDocument/2006/relationships/image" Target="media/x9395.wmf"/><Relationship Id="rId2866" Type="http://schemas.openxmlformats.org/officeDocument/2006/relationships/image" Target="media/x9396.wmf"/><Relationship Id="rId2867" Type="http://schemas.openxmlformats.org/officeDocument/2006/relationships/image" Target="media/x9397.wmf"/><Relationship Id="rId2868" Type="http://schemas.openxmlformats.org/officeDocument/2006/relationships/image" Target="media/x9398.wmf"/><Relationship Id="rId2869" Type="http://schemas.openxmlformats.org/officeDocument/2006/relationships/image" Target="media/x9399.wmf"/><Relationship Id="rId2870" Type="http://schemas.openxmlformats.org/officeDocument/2006/relationships/image" Target="media/x9400.wmf"/><Relationship Id="rId2871" Type="http://schemas.openxmlformats.org/officeDocument/2006/relationships/image" Target="media/x9401.wmf"/><Relationship Id="rId2872" Type="http://schemas.openxmlformats.org/officeDocument/2006/relationships/image" Target="media/x9402.wmf"/><Relationship Id="rId2873" Type="http://schemas.openxmlformats.org/officeDocument/2006/relationships/image" Target="media/x9403.wmf"/><Relationship Id="rId2874" Type="http://schemas.openxmlformats.org/officeDocument/2006/relationships/image" Target="media/x9404.wmf"/><Relationship Id="rId2875" Type="http://schemas.openxmlformats.org/officeDocument/2006/relationships/image" Target="media/x9405.wmf"/><Relationship Id="rId2876" Type="http://schemas.openxmlformats.org/officeDocument/2006/relationships/image" Target="media/x9406.wmf"/><Relationship Id="rId2877" Type="http://schemas.openxmlformats.org/officeDocument/2006/relationships/image" Target="media/x9407.wmf"/><Relationship Id="rId2878" Type="http://schemas.openxmlformats.org/officeDocument/2006/relationships/image" Target="media/x9408.wmf"/><Relationship Id="rId2879" Type="http://schemas.openxmlformats.org/officeDocument/2006/relationships/image" Target="media/x9409.wmf"/><Relationship Id="rId2880" Type="http://schemas.openxmlformats.org/officeDocument/2006/relationships/image" Target="media/x9410.wmf"/><Relationship Id="rId2881" Type="http://schemas.openxmlformats.org/officeDocument/2006/relationships/image" Target="media/x9411.wmf"/><Relationship Id="rId2882" Type="http://schemas.openxmlformats.org/officeDocument/2006/relationships/image" Target="media/x9412.wmf"/><Relationship Id="rId2883" Type="http://schemas.openxmlformats.org/officeDocument/2006/relationships/image" Target="media/x9413.wmf"/><Relationship Id="rId2884" Type="http://schemas.openxmlformats.org/officeDocument/2006/relationships/image" Target="media/x9414.wmf"/><Relationship Id="rId2885" Type="http://schemas.openxmlformats.org/officeDocument/2006/relationships/image" Target="media/x9415.wmf"/><Relationship Id="rId2886" Type="http://schemas.openxmlformats.org/officeDocument/2006/relationships/image" Target="media/x9416.wmf"/><Relationship Id="rId2887" Type="http://schemas.openxmlformats.org/officeDocument/2006/relationships/image" Target="media/x9417.wmf"/><Relationship Id="rId2888" Type="http://schemas.openxmlformats.org/officeDocument/2006/relationships/image" Target="media/x9418.wmf"/><Relationship Id="rId2889" Type="http://schemas.openxmlformats.org/officeDocument/2006/relationships/image" Target="media/x9419.wmf"/><Relationship Id="rId2890" Type="http://schemas.openxmlformats.org/officeDocument/2006/relationships/image" Target="media/x9420.wmf"/><Relationship Id="rId2891" Type="http://schemas.openxmlformats.org/officeDocument/2006/relationships/image" Target="media/x9421.wmf"/><Relationship Id="rId2892" Type="http://schemas.openxmlformats.org/officeDocument/2006/relationships/image" Target="media/x9422.wmf"/><Relationship Id="rId2893" Type="http://schemas.openxmlformats.org/officeDocument/2006/relationships/image" Target="media/x9423.wmf"/><Relationship Id="rId2894" Type="http://schemas.openxmlformats.org/officeDocument/2006/relationships/image" Target="media/x9424.wmf"/><Relationship Id="rId2895" Type="http://schemas.openxmlformats.org/officeDocument/2006/relationships/image" Target="media/x9425.wmf"/><Relationship Id="rId2896" Type="http://schemas.openxmlformats.org/officeDocument/2006/relationships/image" Target="media/x9426.wmf"/><Relationship Id="rId2897" Type="http://schemas.openxmlformats.org/officeDocument/2006/relationships/image" Target="media/x9427.wmf"/><Relationship Id="rId2898" Type="http://schemas.openxmlformats.org/officeDocument/2006/relationships/image" Target="media/x9428.wmf"/><Relationship Id="rId2899" Type="http://schemas.openxmlformats.org/officeDocument/2006/relationships/image" Target="media/x9429.wmf"/><Relationship Id="rId2900" Type="http://schemas.openxmlformats.org/officeDocument/2006/relationships/image" Target="media/x9430.wmf"/><Relationship Id="rId2901" Type="http://schemas.openxmlformats.org/officeDocument/2006/relationships/image" Target="media/x9431.wmf"/><Relationship Id="rId2902" Type="http://schemas.openxmlformats.org/officeDocument/2006/relationships/image" Target="media/x9432.wmf"/><Relationship Id="rId2903" Type="http://schemas.openxmlformats.org/officeDocument/2006/relationships/image" Target="media/x9433.wmf"/><Relationship Id="rId2904" Type="http://schemas.openxmlformats.org/officeDocument/2006/relationships/image" Target="media/x9434.wmf"/><Relationship Id="rId2905" Type="http://schemas.openxmlformats.org/officeDocument/2006/relationships/image" Target="media/x9435.wmf"/><Relationship Id="rId2906" Type="http://schemas.openxmlformats.org/officeDocument/2006/relationships/image" Target="media/x9436.wmf"/><Relationship Id="rId2907" Type="http://schemas.openxmlformats.org/officeDocument/2006/relationships/image" Target="media/x9437.wmf"/><Relationship Id="rId2908" Type="http://schemas.openxmlformats.org/officeDocument/2006/relationships/image" Target="media/x9438.wmf"/><Relationship Id="rId2909" Type="http://schemas.openxmlformats.org/officeDocument/2006/relationships/image" Target="media/x9439.wmf"/><Relationship Id="rId2910" Type="http://schemas.openxmlformats.org/officeDocument/2006/relationships/image" Target="media/x9440.wmf"/><Relationship Id="rId2911" Type="http://schemas.openxmlformats.org/officeDocument/2006/relationships/image" Target="media/x9441.wmf"/><Relationship Id="rId2912" Type="http://schemas.openxmlformats.org/officeDocument/2006/relationships/image" Target="media/x9442.wmf"/><Relationship Id="rId2913" Type="http://schemas.openxmlformats.org/officeDocument/2006/relationships/image" Target="media/x9443.wmf"/><Relationship Id="rId2914" Type="http://schemas.openxmlformats.org/officeDocument/2006/relationships/image" Target="media/x9444.wmf"/><Relationship Id="rId2915" Type="http://schemas.openxmlformats.org/officeDocument/2006/relationships/image" Target="media/x9445.wmf"/><Relationship Id="rId2916" Type="http://schemas.openxmlformats.org/officeDocument/2006/relationships/image" Target="media/x9446.wmf"/><Relationship Id="rId2917" Type="http://schemas.openxmlformats.org/officeDocument/2006/relationships/image" Target="media/x9447.wmf"/><Relationship Id="rId2918" Type="http://schemas.openxmlformats.org/officeDocument/2006/relationships/image" Target="media/x9448.wmf"/><Relationship Id="rId2919" Type="http://schemas.openxmlformats.org/officeDocument/2006/relationships/image" Target="media/x9449.wmf"/><Relationship Id="rId2920" Type="http://schemas.openxmlformats.org/officeDocument/2006/relationships/image" Target="media/x9450.wmf"/><Relationship Id="rId2921" Type="http://schemas.openxmlformats.org/officeDocument/2006/relationships/image" Target="media/x9451.wmf"/><Relationship Id="rId2922" Type="http://schemas.openxmlformats.org/officeDocument/2006/relationships/image" Target="media/x9452.wmf"/><Relationship Id="rId2923" Type="http://schemas.openxmlformats.org/officeDocument/2006/relationships/image" Target="media/x9453.wmf"/><Relationship Id="rId2924" Type="http://schemas.openxmlformats.org/officeDocument/2006/relationships/image" Target="media/x9454.wmf"/><Relationship Id="rId2925" Type="http://schemas.openxmlformats.org/officeDocument/2006/relationships/image" Target="media/x9455.wmf"/><Relationship Id="rId2926" Type="http://schemas.openxmlformats.org/officeDocument/2006/relationships/image" Target="media/x9456.wmf"/><Relationship Id="rId2927" Type="http://schemas.openxmlformats.org/officeDocument/2006/relationships/image" Target="media/x9457.wmf"/><Relationship Id="rId2928" Type="http://schemas.openxmlformats.org/officeDocument/2006/relationships/image" Target="media/x9458.png"/><Relationship Id="rId2929" Type="http://schemas.openxmlformats.org/officeDocument/2006/relationships/image" Target="media/x9459.wmf"/><Relationship Id="rId2930" Type="http://schemas.openxmlformats.org/officeDocument/2006/relationships/image" Target="media/x9460.wmf"/><Relationship Id="rId2931" Type="http://schemas.openxmlformats.org/officeDocument/2006/relationships/image" Target="media/x9461.wmf"/><Relationship Id="rId2932" Type="http://schemas.openxmlformats.org/officeDocument/2006/relationships/image" Target="media/x9462.wmf"/><Relationship Id="rId2933" Type="http://schemas.openxmlformats.org/officeDocument/2006/relationships/image" Target="media/x9463.wmf"/><Relationship Id="rId2934" Type="http://schemas.openxmlformats.org/officeDocument/2006/relationships/image" Target="media/x9464.wmf"/><Relationship Id="rId2935" Type="http://schemas.openxmlformats.org/officeDocument/2006/relationships/image" Target="media/x9465.wmf"/><Relationship Id="rId2936" Type="http://schemas.openxmlformats.org/officeDocument/2006/relationships/image" Target="media/x9466.wmf"/><Relationship Id="rId2937" Type="http://schemas.openxmlformats.org/officeDocument/2006/relationships/image" Target="media/x9467.wmf"/><Relationship Id="rId2938" Type="http://schemas.openxmlformats.org/officeDocument/2006/relationships/image" Target="media/x9468.wmf"/><Relationship Id="rId2939" Type="http://schemas.openxmlformats.org/officeDocument/2006/relationships/image" Target="media/x9469.wmf"/><Relationship Id="rId2940" Type="http://schemas.openxmlformats.org/officeDocument/2006/relationships/image" Target="media/x9470.wmf"/><Relationship Id="rId2941" Type="http://schemas.openxmlformats.org/officeDocument/2006/relationships/image" Target="media/x9471.wmf"/><Relationship Id="rId2942" Type="http://schemas.openxmlformats.org/officeDocument/2006/relationships/image" Target="media/x9472.wmf"/><Relationship Id="rId2943" Type="http://schemas.openxmlformats.org/officeDocument/2006/relationships/image" Target="media/x9473.wmf"/><Relationship Id="rId2944" Type="http://schemas.openxmlformats.org/officeDocument/2006/relationships/image" Target="media/x9474.wmf"/><Relationship Id="rId2945" Type="http://schemas.openxmlformats.org/officeDocument/2006/relationships/image" Target="media/x9475.wmf"/><Relationship Id="rId2946" Type="http://schemas.openxmlformats.org/officeDocument/2006/relationships/image" Target="media/x9476.wmf"/><Relationship Id="rId2947" Type="http://schemas.openxmlformats.org/officeDocument/2006/relationships/image" Target="media/x9477.wmf"/><Relationship Id="rId2948" Type="http://schemas.openxmlformats.org/officeDocument/2006/relationships/image" Target="media/x9478.wmf"/><Relationship Id="rId2949" Type="http://schemas.openxmlformats.org/officeDocument/2006/relationships/image" Target="media/x9479.wmf"/><Relationship Id="rId2950" Type="http://schemas.openxmlformats.org/officeDocument/2006/relationships/image" Target="media/x9480.wmf"/><Relationship Id="rId2951" Type="http://schemas.openxmlformats.org/officeDocument/2006/relationships/image" Target="media/x9481.wmf"/><Relationship Id="rId2952" Type="http://schemas.openxmlformats.org/officeDocument/2006/relationships/image" Target="media/x9482.wmf"/><Relationship Id="rId2953" Type="http://schemas.openxmlformats.org/officeDocument/2006/relationships/image" Target="media/x9483.wmf"/><Relationship Id="rId2954" Type="http://schemas.openxmlformats.org/officeDocument/2006/relationships/image" Target="media/x9484.wmf"/><Relationship Id="rId2955" Type="http://schemas.openxmlformats.org/officeDocument/2006/relationships/image" Target="media/x9485.wmf"/><Relationship Id="rId2956" Type="http://schemas.openxmlformats.org/officeDocument/2006/relationships/image" Target="media/x9486.wmf"/><Relationship Id="rId2957" Type="http://schemas.openxmlformats.org/officeDocument/2006/relationships/image" Target="media/x9487.wmf"/><Relationship Id="rId2958" Type="http://schemas.openxmlformats.org/officeDocument/2006/relationships/image" Target="media/x9488.wmf"/><Relationship Id="rId2959" Type="http://schemas.openxmlformats.org/officeDocument/2006/relationships/image" Target="media/x9489.wmf"/><Relationship Id="rId2960" Type="http://schemas.openxmlformats.org/officeDocument/2006/relationships/image" Target="media/x9490.wmf"/><Relationship Id="rId2961" Type="http://schemas.openxmlformats.org/officeDocument/2006/relationships/image" Target="media/x9491.wmf"/><Relationship Id="rId2962" Type="http://schemas.openxmlformats.org/officeDocument/2006/relationships/image" Target="media/x9492.wmf"/><Relationship Id="rId2963" Type="http://schemas.openxmlformats.org/officeDocument/2006/relationships/image" Target="media/x9493.wmf"/><Relationship Id="rId2964" Type="http://schemas.openxmlformats.org/officeDocument/2006/relationships/image" Target="media/x9494.wmf"/><Relationship Id="rId2965" Type="http://schemas.openxmlformats.org/officeDocument/2006/relationships/image" Target="media/x9495.wmf"/><Relationship Id="rId2966" Type="http://schemas.openxmlformats.org/officeDocument/2006/relationships/image" Target="media/x9496.wmf"/><Relationship Id="rId2967" Type="http://schemas.openxmlformats.org/officeDocument/2006/relationships/image" Target="media/x9497.wmf"/><Relationship Id="rId2968" Type="http://schemas.openxmlformats.org/officeDocument/2006/relationships/image" Target="media/x9498.wmf"/><Relationship Id="rId2969" Type="http://schemas.openxmlformats.org/officeDocument/2006/relationships/image" Target="media/x9499.wmf"/><Relationship Id="rId2970" Type="http://schemas.openxmlformats.org/officeDocument/2006/relationships/image" Target="media/x9500.wmf"/><Relationship Id="rId2971" Type="http://schemas.openxmlformats.org/officeDocument/2006/relationships/image" Target="media/x9501.wmf"/><Relationship Id="rId2972" Type="http://schemas.openxmlformats.org/officeDocument/2006/relationships/image" Target="media/x9502.wmf"/><Relationship Id="rId2973" Type="http://schemas.openxmlformats.org/officeDocument/2006/relationships/image" Target="media/x9503.png"/><Relationship Id="rId2974" Type="http://schemas.openxmlformats.org/officeDocument/2006/relationships/image" Target="media/x9504.wmf"/><Relationship Id="rId2975" Type="http://schemas.openxmlformats.org/officeDocument/2006/relationships/image" Target="media/x9505.wmf"/><Relationship Id="rId2976" Type="http://schemas.openxmlformats.org/officeDocument/2006/relationships/image" Target="media/x9506.wmf"/><Relationship Id="rId2977" Type="http://schemas.openxmlformats.org/officeDocument/2006/relationships/image" Target="media/x9507.wmf"/><Relationship Id="rId2978" Type="http://schemas.openxmlformats.org/officeDocument/2006/relationships/image" Target="media/x9508.wmf"/><Relationship Id="rId2979" Type="http://schemas.openxmlformats.org/officeDocument/2006/relationships/image" Target="media/x9509.wmf"/><Relationship Id="rId2980" Type="http://schemas.openxmlformats.org/officeDocument/2006/relationships/image" Target="media/x9510.png"/><Relationship Id="rId2981" Type="http://schemas.openxmlformats.org/officeDocument/2006/relationships/image" Target="media/x9511.wmf"/><Relationship Id="rId2982" Type="http://schemas.openxmlformats.org/officeDocument/2006/relationships/image" Target="media/x9512.wmf"/><Relationship Id="rId2983" Type="http://schemas.openxmlformats.org/officeDocument/2006/relationships/image" Target="media/x9513.wmf"/><Relationship Id="rId2984" Type="http://schemas.openxmlformats.org/officeDocument/2006/relationships/image" Target="media/x9514.png"/><Relationship Id="rId2985" Type="http://schemas.openxmlformats.org/officeDocument/2006/relationships/image" Target="media/x9515.wmf"/><Relationship Id="rId2986" Type="http://schemas.openxmlformats.org/officeDocument/2006/relationships/image" Target="media/x9516.wmf"/><Relationship Id="rId2987" Type="http://schemas.openxmlformats.org/officeDocument/2006/relationships/image" Target="media/x9517.wmf"/><Relationship Id="rId2988" Type="http://schemas.openxmlformats.org/officeDocument/2006/relationships/image" Target="media/x9518.wmf"/><Relationship Id="rId2989" Type="http://schemas.openxmlformats.org/officeDocument/2006/relationships/image" Target="media/x9519.wmf"/><Relationship Id="rId2990" Type="http://schemas.openxmlformats.org/officeDocument/2006/relationships/image" Target="media/x9520.wmf"/><Relationship Id="rId2991" Type="http://schemas.openxmlformats.org/officeDocument/2006/relationships/image" Target="media/x9521.wmf"/><Relationship Id="rId2992" Type="http://schemas.openxmlformats.org/officeDocument/2006/relationships/image" Target="media/x9522.wmf"/><Relationship Id="rId2993" Type="http://schemas.openxmlformats.org/officeDocument/2006/relationships/image" Target="media/x9523.wmf"/><Relationship Id="rId2994" Type="http://schemas.openxmlformats.org/officeDocument/2006/relationships/image" Target="media/x9524.png"/><Relationship Id="rId2995" Type="http://schemas.openxmlformats.org/officeDocument/2006/relationships/image" Target="media/x9525.png"/><Relationship Id="rId2996" Type="http://schemas.openxmlformats.org/officeDocument/2006/relationships/image" Target="media/x9526.wmf"/><Relationship Id="rId2997" Type="http://schemas.openxmlformats.org/officeDocument/2006/relationships/image" Target="media/x9527.wmf"/><Relationship Id="rId2998" Type="http://schemas.openxmlformats.org/officeDocument/2006/relationships/image" Target="media/x9528.png"/><Relationship Id="rId2999" Type="http://schemas.openxmlformats.org/officeDocument/2006/relationships/image" Target="media/x9529.png"/><Relationship Id="rId3000" Type="http://schemas.openxmlformats.org/officeDocument/2006/relationships/image" Target="media/x9530.png"/><Relationship Id="rId3001" Type="http://schemas.openxmlformats.org/officeDocument/2006/relationships/image" Target="media/x9531.wmf"/><Relationship Id="rId3002" Type="http://schemas.openxmlformats.org/officeDocument/2006/relationships/image" Target="media/x9532.wmf"/><Relationship Id="rId3003" Type="http://schemas.openxmlformats.org/officeDocument/2006/relationships/image" Target="media/x9533.wmf"/><Relationship Id="rId3004" Type="http://schemas.openxmlformats.org/officeDocument/2006/relationships/image" Target="media/x9534.wmf"/><Relationship Id="rId3005" Type="http://schemas.openxmlformats.org/officeDocument/2006/relationships/image" Target="media/x9535.png"/><Relationship Id="rId3006" Type="http://schemas.openxmlformats.org/officeDocument/2006/relationships/image" Target="media/x9536.wmf"/><Relationship Id="rId3007" Type="http://schemas.openxmlformats.org/officeDocument/2006/relationships/image" Target="media/x9537.wmf"/><Relationship Id="rId3008" Type="http://schemas.openxmlformats.org/officeDocument/2006/relationships/image" Target="media/x9538.wmf"/><Relationship Id="rId3009" Type="http://schemas.openxmlformats.org/officeDocument/2006/relationships/image" Target="media/x9539.wmf"/><Relationship Id="rId3010" Type="http://schemas.openxmlformats.org/officeDocument/2006/relationships/image" Target="media/x9540.wmf"/><Relationship Id="rId3011" Type="http://schemas.openxmlformats.org/officeDocument/2006/relationships/image" Target="media/x9541.wmf"/><Relationship Id="rId3012" Type="http://schemas.openxmlformats.org/officeDocument/2006/relationships/image" Target="media/x9542.wmf"/><Relationship Id="rId3013" Type="http://schemas.openxmlformats.org/officeDocument/2006/relationships/image" Target="media/x9543.wmf"/><Relationship Id="rId3014" Type="http://schemas.openxmlformats.org/officeDocument/2006/relationships/image" Target="media/x9544.wmf"/><Relationship Id="rId3015" Type="http://schemas.openxmlformats.org/officeDocument/2006/relationships/image" Target="media/x9545.wmf"/><Relationship Id="rId3016" Type="http://schemas.openxmlformats.org/officeDocument/2006/relationships/image" Target="media/x9546.wmf"/><Relationship Id="rId3017" Type="http://schemas.openxmlformats.org/officeDocument/2006/relationships/image" Target="media/x9547.wmf"/><Relationship Id="rId3018" Type="http://schemas.openxmlformats.org/officeDocument/2006/relationships/image" Target="media/x9548.wmf"/><Relationship Id="rId3019" Type="http://schemas.openxmlformats.org/officeDocument/2006/relationships/image" Target="media/x9549.wmf"/><Relationship Id="rId3020" Type="http://schemas.openxmlformats.org/officeDocument/2006/relationships/image" Target="media/x9550.wmf"/><Relationship Id="rId3021" Type="http://schemas.openxmlformats.org/officeDocument/2006/relationships/image" Target="media/x9551.wmf"/><Relationship Id="rId3022" Type="http://schemas.openxmlformats.org/officeDocument/2006/relationships/image" Target="media/x9552.wmf"/><Relationship Id="rId3023" Type="http://schemas.openxmlformats.org/officeDocument/2006/relationships/image" Target="media/x9553.wmf"/><Relationship Id="rId3024" Type="http://schemas.openxmlformats.org/officeDocument/2006/relationships/image" Target="media/x9554.wmf"/><Relationship Id="rId3025" Type="http://schemas.openxmlformats.org/officeDocument/2006/relationships/image" Target="media/x9555.wmf"/><Relationship Id="rId3026" Type="http://schemas.openxmlformats.org/officeDocument/2006/relationships/image" Target="media/x9556.wmf"/><Relationship Id="rId3027" Type="http://schemas.openxmlformats.org/officeDocument/2006/relationships/image" Target="media/x9557.wmf"/><Relationship Id="rId3028" Type="http://schemas.openxmlformats.org/officeDocument/2006/relationships/image" Target="media/x9558.wmf"/><Relationship Id="rId3029" Type="http://schemas.openxmlformats.org/officeDocument/2006/relationships/image" Target="media/x9559.wmf"/><Relationship Id="rId3030" Type="http://schemas.openxmlformats.org/officeDocument/2006/relationships/image" Target="media/x9560.wmf"/><Relationship Id="rId3031" Type="http://schemas.openxmlformats.org/officeDocument/2006/relationships/image" Target="media/x9561.wmf"/><Relationship Id="rId3032" Type="http://schemas.openxmlformats.org/officeDocument/2006/relationships/image" Target="media/x9562.wmf"/><Relationship Id="rId3033" Type="http://schemas.openxmlformats.org/officeDocument/2006/relationships/image" Target="media/x9563.wmf"/><Relationship Id="rId3034" Type="http://schemas.openxmlformats.org/officeDocument/2006/relationships/image" Target="media/x9564.wmf"/><Relationship Id="rId3035" Type="http://schemas.openxmlformats.org/officeDocument/2006/relationships/image" Target="media/x9565.wmf"/><Relationship Id="rId3036" Type="http://schemas.openxmlformats.org/officeDocument/2006/relationships/image" Target="media/x9566.wmf"/><Relationship Id="rId3037" Type="http://schemas.openxmlformats.org/officeDocument/2006/relationships/image" Target="media/x9567.wmf"/><Relationship Id="rId3038" Type="http://schemas.openxmlformats.org/officeDocument/2006/relationships/image" Target="media/x9568.wmf"/><Relationship Id="rId3039" Type="http://schemas.openxmlformats.org/officeDocument/2006/relationships/image" Target="media/x9569.wmf"/><Relationship Id="rId3040" Type="http://schemas.openxmlformats.org/officeDocument/2006/relationships/image" Target="media/x9570.wmf"/><Relationship Id="rId3041" Type="http://schemas.openxmlformats.org/officeDocument/2006/relationships/image" Target="media/x9571.wmf"/><Relationship Id="rId3042" Type="http://schemas.openxmlformats.org/officeDocument/2006/relationships/image" Target="media/x9572.wmf"/><Relationship Id="rId3043" Type="http://schemas.openxmlformats.org/officeDocument/2006/relationships/image" Target="media/x9573.wmf"/><Relationship Id="rId3044" Type="http://schemas.openxmlformats.org/officeDocument/2006/relationships/image" Target="media/x9574.wmf"/><Relationship Id="rId3045" Type="http://schemas.openxmlformats.org/officeDocument/2006/relationships/image" Target="media/x9575.wmf"/><Relationship Id="rId3046" Type="http://schemas.openxmlformats.org/officeDocument/2006/relationships/image" Target="media/x9576.wmf"/><Relationship Id="rId3047" Type="http://schemas.openxmlformats.org/officeDocument/2006/relationships/image" Target="media/x9577.wmf"/><Relationship Id="rId3048" Type="http://schemas.openxmlformats.org/officeDocument/2006/relationships/image" Target="media/x9578.wmf"/><Relationship Id="rId3049" Type="http://schemas.openxmlformats.org/officeDocument/2006/relationships/image" Target="media/x9579.wmf"/><Relationship Id="rId3050" Type="http://schemas.openxmlformats.org/officeDocument/2006/relationships/image" Target="media/x9580.wmf"/><Relationship Id="rId3051" Type="http://schemas.openxmlformats.org/officeDocument/2006/relationships/image" Target="media/x9581.wmf"/><Relationship Id="rId3052" Type="http://schemas.openxmlformats.org/officeDocument/2006/relationships/image" Target="media/x9582.wmf"/><Relationship Id="rId3053" Type="http://schemas.openxmlformats.org/officeDocument/2006/relationships/image" Target="media/x9583.wmf"/><Relationship Id="rId3054" Type="http://schemas.openxmlformats.org/officeDocument/2006/relationships/image" Target="media/x9584.wmf"/><Relationship Id="rId3055" Type="http://schemas.openxmlformats.org/officeDocument/2006/relationships/image" Target="media/x9585.wmf"/><Relationship Id="rId3056" Type="http://schemas.openxmlformats.org/officeDocument/2006/relationships/image" Target="media/x9586.wmf"/><Relationship Id="rId3057" Type="http://schemas.openxmlformats.org/officeDocument/2006/relationships/image" Target="media/x9587.wmf"/><Relationship Id="rId3058" Type="http://schemas.openxmlformats.org/officeDocument/2006/relationships/image" Target="media/x9588.wmf"/><Relationship Id="rId3059" Type="http://schemas.openxmlformats.org/officeDocument/2006/relationships/image" Target="media/x9589.wmf"/><Relationship Id="rId3060" Type="http://schemas.openxmlformats.org/officeDocument/2006/relationships/image" Target="media/x9590.wmf"/><Relationship Id="rId3061" Type="http://schemas.openxmlformats.org/officeDocument/2006/relationships/image" Target="media/x9591.wmf"/><Relationship Id="rId3062" Type="http://schemas.openxmlformats.org/officeDocument/2006/relationships/image" Target="media/x9592.wmf"/><Relationship Id="rId3063" Type="http://schemas.openxmlformats.org/officeDocument/2006/relationships/image" Target="media/x9593.wmf"/><Relationship Id="rId3064" Type="http://schemas.openxmlformats.org/officeDocument/2006/relationships/image" Target="media/x9594.wmf"/><Relationship Id="rId3065" Type="http://schemas.openxmlformats.org/officeDocument/2006/relationships/image" Target="media/x9595.png"/><Relationship Id="rId3066" Type="http://schemas.openxmlformats.org/officeDocument/2006/relationships/image" Target="media/x9596.wmf"/><Relationship Id="rId3067" Type="http://schemas.openxmlformats.org/officeDocument/2006/relationships/image" Target="media/x9597.wmf"/><Relationship Id="rId3068" Type="http://schemas.openxmlformats.org/officeDocument/2006/relationships/image" Target="media/x9598.wmf"/><Relationship Id="rId3069" Type="http://schemas.openxmlformats.org/officeDocument/2006/relationships/image" Target="media/x9599.wmf"/><Relationship Id="rId3070" Type="http://schemas.openxmlformats.org/officeDocument/2006/relationships/image" Target="media/x9600.wmf"/><Relationship Id="rId3071" Type="http://schemas.openxmlformats.org/officeDocument/2006/relationships/image" Target="media/x9601.wmf"/><Relationship Id="rId3072" Type="http://schemas.openxmlformats.org/officeDocument/2006/relationships/image" Target="media/x9602.wmf"/><Relationship Id="rId3073" Type="http://schemas.openxmlformats.org/officeDocument/2006/relationships/image" Target="media/x9603.wmf"/><Relationship Id="rId3074" Type="http://schemas.openxmlformats.org/officeDocument/2006/relationships/image" Target="media/x9604.wmf"/><Relationship Id="rId3075" Type="http://schemas.openxmlformats.org/officeDocument/2006/relationships/image" Target="media/x9605.wmf"/><Relationship Id="rId3076" Type="http://schemas.openxmlformats.org/officeDocument/2006/relationships/image" Target="media/x9606.wmf"/><Relationship Id="rId3077" Type="http://schemas.openxmlformats.org/officeDocument/2006/relationships/image" Target="media/x9607.wmf"/><Relationship Id="rId3078" Type="http://schemas.openxmlformats.org/officeDocument/2006/relationships/image" Target="media/x9608.wmf"/><Relationship Id="rId3079" Type="http://schemas.openxmlformats.org/officeDocument/2006/relationships/image" Target="media/x9609.wmf"/><Relationship Id="rId3080" Type="http://schemas.openxmlformats.org/officeDocument/2006/relationships/image" Target="media/x9610.wmf"/><Relationship Id="rId3081" Type="http://schemas.openxmlformats.org/officeDocument/2006/relationships/image" Target="media/x9611.wmf"/><Relationship Id="rId3082" Type="http://schemas.openxmlformats.org/officeDocument/2006/relationships/image" Target="media/x9612.wmf"/><Relationship Id="rId3083" Type="http://schemas.openxmlformats.org/officeDocument/2006/relationships/image" Target="media/x9613.wmf"/><Relationship Id="rId3084" Type="http://schemas.openxmlformats.org/officeDocument/2006/relationships/image" Target="media/x9614.wmf"/><Relationship Id="rId3085" Type="http://schemas.openxmlformats.org/officeDocument/2006/relationships/image" Target="media/x9615.wmf"/><Relationship Id="rId3086" Type="http://schemas.openxmlformats.org/officeDocument/2006/relationships/image" Target="media/x9616.wmf"/><Relationship Id="rId3087" Type="http://schemas.openxmlformats.org/officeDocument/2006/relationships/image" Target="media/x9617.wmf"/><Relationship Id="rId3088" Type="http://schemas.openxmlformats.org/officeDocument/2006/relationships/image" Target="media/x9618.wmf"/><Relationship Id="rId3089" Type="http://schemas.openxmlformats.org/officeDocument/2006/relationships/image" Target="media/x9619.wmf"/><Relationship Id="rId3090" Type="http://schemas.openxmlformats.org/officeDocument/2006/relationships/image" Target="media/x9620.wmf"/><Relationship Id="rId3091" Type="http://schemas.openxmlformats.org/officeDocument/2006/relationships/image" Target="media/x9621.wmf"/><Relationship Id="rId3092" Type="http://schemas.openxmlformats.org/officeDocument/2006/relationships/image" Target="media/x9622.png"/><Relationship Id="rId3093" Type="http://schemas.openxmlformats.org/officeDocument/2006/relationships/image" Target="media/x9623.wmf"/><Relationship Id="rId3094" Type="http://schemas.openxmlformats.org/officeDocument/2006/relationships/image" Target="media/x9624.wmf"/><Relationship Id="rId3095" Type="http://schemas.openxmlformats.org/officeDocument/2006/relationships/image" Target="media/x9625.wmf"/><Relationship Id="rId3096" Type="http://schemas.openxmlformats.org/officeDocument/2006/relationships/image" Target="media/x9626.wmf"/><Relationship Id="rId3097" Type="http://schemas.openxmlformats.org/officeDocument/2006/relationships/image" Target="media/x9627.wmf"/><Relationship Id="rId3098" Type="http://schemas.openxmlformats.org/officeDocument/2006/relationships/image" Target="media/x9628.wmf"/><Relationship Id="rId3099" Type="http://schemas.openxmlformats.org/officeDocument/2006/relationships/image" Target="media/x9629.wmf"/><Relationship Id="rId3100" Type="http://schemas.openxmlformats.org/officeDocument/2006/relationships/image" Target="media/x9630.wmf"/><Relationship Id="rId3101" Type="http://schemas.openxmlformats.org/officeDocument/2006/relationships/image" Target="media/x9631.wmf"/><Relationship Id="rId3102" Type="http://schemas.openxmlformats.org/officeDocument/2006/relationships/image" Target="media/x9632.wmf"/><Relationship Id="rId3103" Type="http://schemas.openxmlformats.org/officeDocument/2006/relationships/image" Target="media/x9633.wmf"/><Relationship Id="rId3104" Type="http://schemas.openxmlformats.org/officeDocument/2006/relationships/image" Target="media/x9634.png"/><Relationship Id="rId3105" Type="http://schemas.openxmlformats.org/officeDocument/2006/relationships/image" Target="media/x9635.wmf"/><Relationship Id="rId3106" Type="http://schemas.openxmlformats.org/officeDocument/2006/relationships/image" Target="media/x9636.wmf"/><Relationship Id="rId3107" Type="http://schemas.openxmlformats.org/officeDocument/2006/relationships/image" Target="media/x9637.wmf"/><Relationship Id="rId3108" Type="http://schemas.openxmlformats.org/officeDocument/2006/relationships/image" Target="media/x9638.wmf"/><Relationship Id="rId3109" Type="http://schemas.openxmlformats.org/officeDocument/2006/relationships/image" Target="media/x9639.wmf"/><Relationship Id="rId3110" Type="http://schemas.openxmlformats.org/officeDocument/2006/relationships/image" Target="media/x9640.wmf"/><Relationship Id="rId3111" Type="http://schemas.openxmlformats.org/officeDocument/2006/relationships/image" Target="media/x9641.wmf"/><Relationship Id="rId3112" Type="http://schemas.openxmlformats.org/officeDocument/2006/relationships/image" Target="media/x9642.wmf"/><Relationship Id="rId3113" Type="http://schemas.openxmlformats.org/officeDocument/2006/relationships/image" Target="media/x9643.png"/><Relationship Id="rId3114" Type="http://schemas.openxmlformats.org/officeDocument/2006/relationships/image" Target="media/x9644.wmf"/><Relationship Id="rId3115" Type="http://schemas.openxmlformats.org/officeDocument/2006/relationships/image" Target="media/x9645.wmf"/><Relationship Id="rId3116" Type="http://schemas.openxmlformats.org/officeDocument/2006/relationships/image" Target="media/x9646.wmf"/><Relationship Id="rId3117" Type="http://schemas.openxmlformats.org/officeDocument/2006/relationships/image" Target="media/x9647.wmf"/><Relationship Id="rId3118" Type="http://schemas.openxmlformats.org/officeDocument/2006/relationships/image" Target="media/x9648.wmf"/><Relationship Id="rId3119" Type="http://schemas.openxmlformats.org/officeDocument/2006/relationships/image" Target="media/x9649.wmf"/><Relationship Id="rId3120" Type="http://schemas.openxmlformats.org/officeDocument/2006/relationships/image" Target="media/x9650.png"/><Relationship Id="rId3121" Type="http://schemas.openxmlformats.org/officeDocument/2006/relationships/image" Target="media/x9651.wmf"/><Relationship Id="rId3122" Type="http://schemas.openxmlformats.org/officeDocument/2006/relationships/image" Target="media/x9652.png"/><Relationship Id="rId3123" Type="http://schemas.openxmlformats.org/officeDocument/2006/relationships/image" Target="media/x9653.png"/><Relationship Id="rId3124" Type="http://schemas.openxmlformats.org/officeDocument/2006/relationships/image" Target="media/x9654.png"/><Relationship Id="rId3125" Type="http://schemas.openxmlformats.org/officeDocument/2006/relationships/image" Target="media/x9655.png"/><Relationship Id="rId3126" Type="http://schemas.openxmlformats.org/officeDocument/2006/relationships/image" Target="media/x9656.png"/><Relationship Id="rId3127" Type="http://schemas.openxmlformats.org/officeDocument/2006/relationships/image" Target="media/x9657.png"/><Relationship Id="rId3128" Type="http://schemas.openxmlformats.org/officeDocument/2006/relationships/image" Target="media/x9658.png"/><Relationship Id="rId3129" Type="http://schemas.openxmlformats.org/officeDocument/2006/relationships/image" Target="media/x9659.wmf"/><Relationship Id="rId3130" Type="http://schemas.openxmlformats.org/officeDocument/2006/relationships/image" Target="media/x9660.wmf"/><Relationship Id="rId3131" Type="http://schemas.openxmlformats.org/officeDocument/2006/relationships/image" Target="media/x9661.wmf"/><Relationship Id="rId3132" Type="http://schemas.openxmlformats.org/officeDocument/2006/relationships/image" Target="media/x9662.wmf"/><Relationship Id="rId3133" Type="http://schemas.openxmlformats.org/officeDocument/2006/relationships/image" Target="media/x9663.wmf"/><Relationship Id="rId3134" Type="http://schemas.openxmlformats.org/officeDocument/2006/relationships/image" Target="media/x9664.wmf"/><Relationship Id="rId3135" Type="http://schemas.openxmlformats.org/officeDocument/2006/relationships/image" Target="media/x9665.wmf"/><Relationship Id="rId3136" Type="http://schemas.openxmlformats.org/officeDocument/2006/relationships/image" Target="media/x9666.wmf"/><Relationship Id="rId3137" Type="http://schemas.openxmlformats.org/officeDocument/2006/relationships/image" Target="media/x9667.wmf"/><Relationship Id="rId3138" Type="http://schemas.openxmlformats.org/officeDocument/2006/relationships/image" Target="media/x9668.wmf"/><Relationship Id="rId3139" Type="http://schemas.openxmlformats.org/officeDocument/2006/relationships/image" Target="media/x9669.wmf"/><Relationship Id="rId3140" Type="http://schemas.openxmlformats.org/officeDocument/2006/relationships/image" Target="media/x9670.wmf"/><Relationship Id="rId3141" Type="http://schemas.openxmlformats.org/officeDocument/2006/relationships/image" Target="media/x9671.wmf"/><Relationship Id="rId3142" Type="http://schemas.openxmlformats.org/officeDocument/2006/relationships/image" Target="media/x9672.wmf"/><Relationship Id="rId3143" Type="http://schemas.openxmlformats.org/officeDocument/2006/relationships/image" Target="media/x9673.wmf"/><Relationship Id="rId3144" Type="http://schemas.openxmlformats.org/officeDocument/2006/relationships/image" Target="media/x9674.wmf"/><Relationship Id="rId3145" Type="http://schemas.openxmlformats.org/officeDocument/2006/relationships/image" Target="media/x9675.wmf"/><Relationship Id="rId3146" Type="http://schemas.openxmlformats.org/officeDocument/2006/relationships/image" Target="media/x9676.wmf"/><Relationship Id="rId3147" Type="http://schemas.openxmlformats.org/officeDocument/2006/relationships/image" Target="media/x9677.wmf"/><Relationship Id="rId3148" Type="http://schemas.openxmlformats.org/officeDocument/2006/relationships/image" Target="media/x9678.wmf"/><Relationship Id="rId3149" Type="http://schemas.openxmlformats.org/officeDocument/2006/relationships/image" Target="media/x9679.wmf"/><Relationship Id="rId3150" Type="http://schemas.openxmlformats.org/officeDocument/2006/relationships/image" Target="media/x9680.wmf"/><Relationship Id="rId3151" Type="http://schemas.openxmlformats.org/officeDocument/2006/relationships/image" Target="media/x9681.wmf"/><Relationship Id="rId3152" Type="http://schemas.openxmlformats.org/officeDocument/2006/relationships/image" Target="media/x9682.wmf"/><Relationship Id="rId3153" Type="http://schemas.openxmlformats.org/officeDocument/2006/relationships/image" Target="media/x9683.wmf"/><Relationship Id="rId3154" Type="http://schemas.openxmlformats.org/officeDocument/2006/relationships/image" Target="media/x9684.wmf"/><Relationship Id="rId3155" Type="http://schemas.openxmlformats.org/officeDocument/2006/relationships/image" Target="media/x9685.wmf"/><Relationship Id="rId3156" Type="http://schemas.openxmlformats.org/officeDocument/2006/relationships/image" Target="media/x9686.wmf"/><Relationship Id="rId3157" Type="http://schemas.openxmlformats.org/officeDocument/2006/relationships/image" Target="media/x9687.wmf"/><Relationship Id="rId3158" Type="http://schemas.openxmlformats.org/officeDocument/2006/relationships/image" Target="media/x9688.wmf"/><Relationship Id="rId3159" Type="http://schemas.openxmlformats.org/officeDocument/2006/relationships/image" Target="media/x9689.wmf"/><Relationship Id="rId3160" Type="http://schemas.openxmlformats.org/officeDocument/2006/relationships/image" Target="media/x9690.wmf"/><Relationship Id="rId3161" Type="http://schemas.openxmlformats.org/officeDocument/2006/relationships/image" Target="media/x9691.wmf"/><Relationship Id="rId3162" Type="http://schemas.openxmlformats.org/officeDocument/2006/relationships/image" Target="media/x9692.wmf"/><Relationship Id="rId3163" Type="http://schemas.openxmlformats.org/officeDocument/2006/relationships/image" Target="media/x9693.wmf"/><Relationship Id="rId3164" Type="http://schemas.openxmlformats.org/officeDocument/2006/relationships/image" Target="media/x9694.wmf"/><Relationship Id="rId3165" Type="http://schemas.openxmlformats.org/officeDocument/2006/relationships/image" Target="media/x9695.wmf"/><Relationship Id="rId3166" Type="http://schemas.openxmlformats.org/officeDocument/2006/relationships/image" Target="media/x9696.wmf"/><Relationship Id="rId3167" Type="http://schemas.openxmlformats.org/officeDocument/2006/relationships/image" Target="media/x9697.wmf"/><Relationship Id="rId3168" Type="http://schemas.openxmlformats.org/officeDocument/2006/relationships/image" Target="media/x9698.wmf"/><Relationship Id="rId3169" Type="http://schemas.openxmlformats.org/officeDocument/2006/relationships/image" Target="media/x9699.wmf"/><Relationship Id="rId3170" Type="http://schemas.openxmlformats.org/officeDocument/2006/relationships/image" Target="media/x9700.wmf"/><Relationship Id="rId3171" Type="http://schemas.openxmlformats.org/officeDocument/2006/relationships/image" Target="media/x9701.wmf"/><Relationship Id="rId3172" Type="http://schemas.openxmlformats.org/officeDocument/2006/relationships/image" Target="media/x9702.wmf"/><Relationship Id="rId3173" Type="http://schemas.openxmlformats.org/officeDocument/2006/relationships/image" Target="media/x9703.wmf"/><Relationship Id="rId3174" Type="http://schemas.openxmlformats.org/officeDocument/2006/relationships/image" Target="media/x9704.png"/><Relationship Id="rId3175" Type="http://schemas.openxmlformats.org/officeDocument/2006/relationships/image" Target="media/x9705.wmf"/><Relationship Id="rId3176" Type="http://schemas.openxmlformats.org/officeDocument/2006/relationships/image" Target="media/x9706.wmf"/><Relationship Id="rId3177" Type="http://schemas.openxmlformats.org/officeDocument/2006/relationships/image" Target="media/x9707.wmf"/><Relationship Id="rId3178" Type="http://schemas.openxmlformats.org/officeDocument/2006/relationships/image" Target="media/x9708.wmf"/><Relationship Id="rId3179" Type="http://schemas.openxmlformats.org/officeDocument/2006/relationships/image" Target="media/x9709.wmf"/><Relationship Id="rId3180" Type="http://schemas.openxmlformats.org/officeDocument/2006/relationships/image" Target="media/x9710.wmf"/><Relationship Id="rId3181" Type="http://schemas.openxmlformats.org/officeDocument/2006/relationships/image" Target="media/x9711.wmf"/><Relationship Id="rId3182" Type="http://schemas.openxmlformats.org/officeDocument/2006/relationships/image" Target="media/x9712.wmf"/><Relationship Id="rId3183" Type="http://schemas.openxmlformats.org/officeDocument/2006/relationships/image" Target="media/x9713.wmf"/><Relationship Id="rId3184" Type="http://schemas.openxmlformats.org/officeDocument/2006/relationships/image" Target="media/x9714.wmf"/><Relationship Id="rId3185" Type="http://schemas.openxmlformats.org/officeDocument/2006/relationships/image" Target="media/x9715.wmf"/><Relationship Id="rId3186" Type="http://schemas.openxmlformats.org/officeDocument/2006/relationships/image" Target="media/x9716.wmf"/><Relationship Id="rId3187" Type="http://schemas.openxmlformats.org/officeDocument/2006/relationships/image" Target="media/x9717.wmf"/><Relationship Id="rId3188" Type="http://schemas.openxmlformats.org/officeDocument/2006/relationships/image" Target="media/x9718.wmf"/><Relationship Id="rId3189" Type="http://schemas.openxmlformats.org/officeDocument/2006/relationships/image" Target="media/x9719.wmf"/><Relationship Id="rId3190" Type="http://schemas.openxmlformats.org/officeDocument/2006/relationships/image" Target="media/x9720.wmf"/><Relationship Id="rId3191" Type="http://schemas.openxmlformats.org/officeDocument/2006/relationships/image" Target="media/x9721.wmf"/><Relationship Id="rId3192" Type="http://schemas.openxmlformats.org/officeDocument/2006/relationships/image" Target="media/x9722.wmf"/><Relationship Id="rId3193" Type="http://schemas.openxmlformats.org/officeDocument/2006/relationships/image" Target="media/x9723.wmf"/><Relationship Id="rId3194" Type="http://schemas.openxmlformats.org/officeDocument/2006/relationships/image" Target="media/x9724.wmf"/><Relationship Id="rId3195" Type="http://schemas.openxmlformats.org/officeDocument/2006/relationships/image" Target="media/x9725.wmf"/><Relationship Id="rId3196" Type="http://schemas.openxmlformats.org/officeDocument/2006/relationships/image" Target="media/x9726.wmf"/><Relationship Id="rId3197" Type="http://schemas.openxmlformats.org/officeDocument/2006/relationships/image" Target="media/x9727.wmf"/><Relationship Id="rId3198" Type="http://schemas.openxmlformats.org/officeDocument/2006/relationships/image" Target="media/x9728.wmf"/><Relationship Id="rId3199" Type="http://schemas.openxmlformats.org/officeDocument/2006/relationships/image" Target="media/x9729.wmf"/><Relationship Id="rId3200" Type="http://schemas.openxmlformats.org/officeDocument/2006/relationships/image" Target="media/x9730.wmf"/><Relationship Id="rId3201" Type="http://schemas.openxmlformats.org/officeDocument/2006/relationships/image" Target="media/x9731.wmf"/><Relationship Id="rId3202" Type="http://schemas.openxmlformats.org/officeDocument/2006/relationships/image" Target="media/x9732.wmf"/><Relationship Id="rId3203" Type="http://schemas.openxmlformats.org/officeDocument/2006/relationships/image" Target="media/x9733.wmf"/><Relationship Id="rId3204" Type="http://schemas.openxmlformats.org/officeDocument/2006/relationships/image" Target="media/x9734.png"/><Relationship Id="rId3205" Type="http://schemas.openxmlformats.org/officeDocument/2006/relationships/image" Target="media/x9735.png"/><Relationship Id="rId3206" Type="http://schemas.openxmlformats.org/officeDocument/2006/relationships/image" Target="media/x9736.wmf"/><Relationship Id="rId3207" Type="http://schemas.openxmlformats.org/officeDocument/2006/relationships/image" Target="media/x9737.wmf"/><Relationship Id="rId3208" Type="http://schemas.openxmlformats.org/officeDocument/2006/relationships/image" Target="media/x9738.wmf"/><Relationship Id="rId3209" Type="http://schemas.openxmlformats.org/officeDocument/2006/relationships/image" Target="media/x9739.wmf"/><Relationship Id="rId3210" Type="http://schemas.openxmlformats.org/officeDocument/2006/relationships/image" Target="media/x9740.wmf"/><Relationship Id="rId3211" Type="http://schemas.openxmlformats.org/officeDocument/2006/relationships/image" Target="media/x9741.wmf"/><Relationship Id="rId3212" Type="http://schemas.openxmlformats.org/officeDocument/2006/relationships/image" Target="media/x9742.wmf"/><Relationship Id="rId3213" Type="http://schemas.openxmlformats.org/officeDocument/2006/relationships/image" Target="media/x9743.wmf"/><Relationship Id="rId3214" Type="http://schemas.openxmlformats.org/officeDocument/2006/relationships/image" Target="media/x9744.wmf"/><Relationship Id="rId3215" Type="http://schemas.openxmlformats.org/officeDocument/2006/relationships/image" Target="media/x9745.wmf"/><Relationship Id="rId3216" Type="http://schemas.openxmlformats.org/officeDocument/2006/relationships/image" Target="media/x9746.wmf"/><Relationship Id="rId3217" Type="http://schemas.openxmlformats.org/officeDocument/2006/relationships/image" Target="media/x9747.wmf"/><Relationship Id="rId3218" Type="http://schemas.openxmlformats.org/officeDocument/2006/relationships/image" Target="media/x9748.wmf"/><Relationship Id="rId3219" Type="http://schemas.openxmlformats.org/officeDocument/2006/relationships/image" Target="media/x9749.wmf"/><Relationship Id="rId3220" Type="http://schemas.openxmlformats.org/officeDocument/2006/relationships/image" Target="media/x9750.wmf"/><Relationship Id="rId3221" Type="http://schemas.openxmlformats.org/officeDocument/2006/relationships/image" Target="media/x9751.wmf"/><Relationship Id="rId3222" Type="http://schemas.openxmlformats.org/officeDocument/2006/relationships/image" Target="media/x9752.wmf"/><Relationship Id="rId3223" Type="http://schemas.openxmlformats.org/officeDocument/2006/relationships/image" Target="media/x9753.wmf"/><Relationship Id="rId3224" Type="http://schemas.openxmlformats.org/officeDocument/2006/relationships/image" Target="media/x9754.wmf"/><Relationship Id="rId3225" Type="http://schemas.openxmlformats.org/officeDocument/2006/relationships/image" Target="media/x9755.wmf"/><Relationship Id="rId3226" Type="http://schemas.openxmlformats.org/officeDocument/2006/relationships/image" Target="media/x9756.wmf"/><Relationship Id="rId3227" Type="http://schemas.openxmlformats.org/officeDocument/2006/relationships/image" Target="media/x9757.wmf"/><Relationship Id="rId3228" Type="http://schemas.openxmlformats.org/officeDocument/2006/relationships/image" Target="media/x9758.wmf"/><Relationship Id="rId3229" Type="http://schemas.openxmlformats.org/officeDocument/2006/relationships/image" Target="media/x9759.wmf"/><Relationship Id="rId3230" Type="http://schemas.openxmlformats.org/officeDocument/2006/relationships/image" Target="media/x9760.wmf"/><Relationship Id="rId3231" Type="http://schemas.openxmlformats.org/officeDocument/2006/relationships/image" Target="media/x9761.wmf"/><Relationship Id="rId3232" Type="http://schemas.openxmlformats.org/officeDocument/2006/relationships/image" Target="media/x9762.wmf"/><Relationship Id="rId3233" Type="http://schemas.openxmlformats.org/officeDocument/2006/relationships/image" Target="media/x976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